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Coahoma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2027-04-12</w:t>
      </w:r>
    </w:p>
    <w:p>
      <w:pPr>
        <w:keepNext/>
        <w:spacing w:after="40" w:before="0"/>
      </w:pPr>
      <w:r>
        <w:rPr>
          <w:b/>
        </w:rPr>
        <w:t xml:space="preserve">Plan: </w:t>
      </w:r>
      <w:r>
        <w:rPr/>
        <w:t>MEMA District 1 Regional (FEMA plan 108087)</w:t>
      </w:r>
    </w:p>
    <w:p>
      <w:pPr>
        <w:keepNext/>
        <w:spacing w:after="40" w:before="0"/>
      </w:pPr>
      <w:r>
        <w:rPr>
          <w:b/>
        </w:rPr>
        <w:t xml:space="preserve">Approved: </w:t>
      </w:r>
      <w:r>
        <w:rPr/>
        <w:t>2022-04-13</w:t>
      </w:r>
    </w:p>
    <w:p>
      <w:pPr>
        <w:keepNext/>
        <w:spacing w:after="40" w:before="0"/>
      </w:pPr>
      <w:r>
        <w:rPr>
          <w:b/>
        </w:rPr>
        <w:t xml:space="preserve">Expires: </w:t>
      </w:r>
      <w:r>
        <w:rPr/>
        <w:t>2027-04-12</w:t>
      </w:r>
    </w:p>
    <w:p>
      <w:pPr>
        <w:keepNext/>
        <w:spacing w:after="40" w:before="0"/>
      </w:pPr>
      <w:r>
        <w:rPr>
          <w:b/>
        </w:rPr>
        <w:t xml:space="preserve">As of: </w:t>
      </w:r>
      <w:r>
        <w:rPr/>
        <w:t>2026-09-28</w:t>
      </w:r>
    </w:p>
    <w:p>
      <w:pPr>
        <w:keepNext/>
        <w:spacing w:after="40" w:before="0"/>
      </w:pPr>
      <w:r>
        <w:rPr>
          <w:b/>
        </w:rPr>
        <w:t xml:space="preserve">Days: </w:t>
      </w:r>
      <w:r>
        <w:rPr/>
        <w:t>196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9 (44 CFR 77.2); any definition: 48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96"/>
        <w:gridCol w:w="3112"/>
        <w:gridCol w:w="1037"/>
        <w:gridCol w:w="1037"/>
        <w:gridCol w:w="864"/>
        <w:gridCol w:w="923"/>
        <w:gridCol w:w="206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6"/>
            <w:shd w:val="clear" w:color="auto" w:fill="E8E8E8"/>
          </w:tcPr>
          <w:p>
            <w:pPr>
              <w:spacing w:after="0"/>
              <w:jc w:val="left"/>
            </w:pPr>
            <w:r>
              <w:rPr>
                <w:b/>
                <w:sz w:val="16"/>
              </w:rPr>
              <w:t>Status</w:t>
            </w:r>
          </w:p>
        </w:tc>
        <w:tc>
          <w:tcPr>
            <w:tcW w:type="dxa" w:w="311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3"/>
            <w:shd w:val="clear" w:color="auto" w:fill="E8E8E8"/>
          </w:tcPr>
          <w:p>
            <w:pPr>
              <w:spacing w:after="0"/>
              <w:jc w:val="left"/>
            </w:pPr>
            <w:r>
              <w:rPr>
                <w:b/>
                <w:sz w:val="16"/>
              </w:rPr>
              <w:t>Update underway</w:t>
            </w:r>
          </w:p>
        </w:tc>
        <w:tc>
          <w:tcPr>
            <w:tcW w:type="dxa" w:w="2067"/>
            <w:shd w:val="clear" w:color="auto" w:fill="E8E8E8"/>
          </w:tcPr>
          <w:p>
            <w:pPr>
              <w:spacing w:after="0"/>
              <w:jc w:val="left"/>
            </w:pPr>
            <w:r>
              <w:rPr>
                <w:b/>
                <w:sz w:val="16"/>
              </w:rPr>
              <w:t>Notes</w:t>
            </w:r>
          </w:p>
        </w:tc>
      </w:tr>
      <w:tr>
        <w:trPr>
          <w:cantSplit/>
        </w:trPr>
        <w:tc>
          <w:tcPr>
            <w:tcW w:type="dxa" w:w="1483"/>
          </w:tcPr>
          <w:p>
            <w:pPr>
              <w:spacing w:after="0"/>
              <w:jc w:val="left"/>
            </w:pPr>
            <w:r>
              <w:rPr>
                <w:sz w:val="16"/>
              </w:rPr>
              <w:t>Coahoma County (unincorporated area)</w:t>
            </w:r>
          </w:p>
        </w:tc>
        <w:tc>
          <w:tcPr>
            <w:tcW w:type="dxa" w:w="1394"/>
          </w:tcPr>
          <w:p>
            <w:pPr>
              <w:spacing w:after="0"/>
              <w:jc w:val="left"/>
            </w:pPr>
            <w:r>
              <w:rPr>
                <w:sz w:val="16"/>
              </w:rPr>
              <w:t>Unincorporated</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2022-05-26</w:t>
            </w:r>
          </w:p>
        </w:tc>
      </w:tr>
      <w:tr>
        <w:trPr>
          <w:cantSplit/>
        </w:trPr>
        <w:tc>
          <w:tcPr>
            <w:tcW w:type="dxa" w:w="1483"/>
          </w:tcPr>
          <w:p>
            <w:pPr>
              <w:spacing w:after="0"/>
              <w:jc w:val="left"/>
            </w:pPr>
            <w:r>
              <w:rPr>
                <w:sz w:val="16"/>
              </w:rPr>
              <w:t>Clarksdale city</w:t>
            </w:r>
          </w:p>
        </w:tc>
        <w:tc>
          <w:tcPr>
            <w:tcW w:type="dxa" w:w="1394"/>
          </w:tcPr>
          <w:p>
            <w:pPr>
              <w:spacing w:after="0"/>
              <w:jc w:val="left"/>
            </w:pPr>
            <w:r>
              <w:rPr>
                <w:sz w:val="16"/>
              </w:rPr>
              <w:t>City</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2022-05-20</w:t>
            </w:r>
          </w:p>
        </w:tc>
      </w:tr>
      <w:tr>
        <w:trPr>
          <w:cantSplit/>
        </w:trPr>
        <w:tc>
          <w:tcPr>
            <w:tcW w:type="dxa" w:w="1483"/>
          </w:tcPr>
          <w:p>
            <w:pPr>
              <w:spacing w:after="0"/>
              <w:jc w:val="left"/>
            </w:pPr>
            <w:r>
              <w:rPr>
                <w:sz w:val="16"/>
              </w:rPr>
              <w:t>Coahoma town</w:t>
            </w:r>
          </w:p>
        </w:tc>
        <w:tc>
          <w:tcPr>
            <w:tcW w:type="dxa" w:w="1394"/>
          </w:tcPr>
          <w:p>
            <w:pPr>
              <w:spacing w:after="0"/>
              <w:jc w:val="left"/>
            </w:pPr>
            <w:r>
              <w:rPr>
                <w:sz w:val="16"/>
              </w:rPr>
              <w:t>Town</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2022-08-10</w:t>
            </w:r>
          </w:p>
        </w:tc>
      </w:tr>
      <w:tr>
        <w:trPr>
          <w:cantSplit/>
        </w:trPr>
        <w:tc>
          <w:tcPr>
            <w:tcW w:type="dxa" w:w="1483"/>
          </w:tcPr>
          <w:p>
            <w:pPr>
              <w:spacing w:after="0"/>
              <w:jc w:val="left"/>
            </w:pPr>
            <w:r>
              <w:rPr>
                <w:sz w:val="16"/>
              </w:rPr>
              <w:t>Friars Point town</w:t>
            </w:r>
          </w:p>
        </w:tc>
        <w:tc>
          <w:tcPr>
            <w:tcW w:type="dxa" w:w="1394"/>
          </w:tcPr>
          <w:p>
            <w:pPr>
              <w:spacing w:after="0"/>
              <w:jc w:val="left"/>
            </w:pPr>
            <w:r>
              <w:rPr>
                <w:sz w:val="16"/>
              </w:rPr>
              <w:t>Town</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2022-07-13</w:t>
            </w:r>
          </w:p>
        </w:tc>
      </w:tr>
      <w:tr>
        <w:trPr>
          <w:cantSplit/>
        </w:trPr>
        <w:tc>
          <w:tcPr>
            <w:tcW w:type="dxa" w:w="1483"/>
          </w:tcPr>
          <w:p>
            <w:pPr>
              <w:spacing w:after="0"/>
              <w:jc w:val="left"/>
            </w:pPr>
            <w:r>
              <w:rPr>
                <w:sz w:val="16"/>
              </w:rPr>
              <w:t>Jonestown town</w:t>
            </w:r>
          </w:p>
        </w:tc>
        <w:tc>
          <w:tcPr>
            <w:tcW w:type="dxa" w:w="1394"/>
          </w:tcPr>
          <w:p>
            <w:pPr>
              <w:spacing w:after="0"/>
              <w:jc w:val="left"/>
            </w:pPr>
            <w:r>
              <w:rPr>
                <w:sz w:val="16"/>
              </w:rPr>
              <w:t>Town</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2022-05-17</w:t>
            </w:r>
          </w:p>
        </w:tc>
      </w:tr>
      <w:tr>
        <w:trPr>
          <w:cantSplit/>
        </w:trPr>
        <w:tc>
          <w:tcPr>
            <w:tcW w:type="dxa" w:w="1483"/>
          </w:tcPr>
          <w:p>
            <w:pPr>
              <w:spacing w:after="0"/>
              <w:jc w:val="left"/>
            </w:pPr>
            <w:r>
              <w:rPr>
                <w:sz w:val="16"/>
              </w:rPr>
              <w:t>Lula town</w:t>
            </w:r>
          </w:p>
        </w:tc>
        <w:tc>
          <w:tcPr>
            <w:tcW w:type="dxa" w:w="1394"/>
          </w:tcPr>
          <w:p>
            <w:pPr>
              <w:spacing w:after="0"/>
              <w:jc w:val="left"/>
            </w:pPr>
            <w:r>
              <w:rPr>
                <w:sz w:val="16"/>
              </w:rPr>
              <w:t>Town</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2022-08-30</w:t>
            </w:r>
          </w:p>
        </w:tc>
      </w:tr>
      <w:tr>
        <w:trPr>
          <w:cantSplit/>
        </w:trPr>
        <w:tc>
          <w:tcPr>
            <w:tcW w:type="dxa" w:w="1483"/>
          </w:tcPr>
          <w:p>
            <w:pPr>
              <w:spacing w:after="0"/>
              <w:jc w:val="left"/>
            </w:pPr>
            <w:r>
              <w:rPr>
                <w:sz w:val="16"/>
              </w:rPr>
              <w:t>Lyon town</w:t>
            </w:r>
          </w:p>
        </w:tc>
        <w:tc>
          <w:tcPr>
            <w:tcW w:type="dxa" w:w="1394"/>
          </w:tcPr>
          <w:p>
            <w:pPr>
              <w:spacing w:after="0"/>
              <w:jc w:val="left"/>
            </w:pPr>
            <w:r>
              <w:rPr>
                <w:sz w:val="16"/>
              </w:rPr>
              <w:t>Town</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2022-09-16</w:t>
            </w:r>
          </w:p>
        </w:tc>
      </w:tr>
    </w:tbl>
    <w:p>
      <w:pPr>
        <w:spacing w:after="40" w:before="60"/>
      </w:pPr>
      <w:r>
        <w:rPr>
          <w:sz w:val="15"/>
        </w:rPr>
        <w:t>Plan 108087 also covers 36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$3,769,865</w:t>
            </w:r>
          </w:p>
        </w:tc>
        <w:tc>
          <w:tcPr>
            <w:tcW w:type="dxa" w:w="1126"/>
          </w:tcPr>
          <w:p>
            <w:pPr>
              <w:spacing w:after="0"/>
              <w:jc w:val="right"/>
            </w:pPr>
            <w:r>
              <w:rPr>
                <w:sz w:val="16"/>
              </w:rPr>
              <w:t>$141,170</w:t>
            </w:r>
          </w:p>
        </w:tc>
        <w:tc>
          <w:tcPr>
            <w:tcW w:type="dxa" w:w="1297"/>
          </w:tcPr>
          <w:p>
            <w:pPr>
              <w:spacing w:after="0"/>
              <w:jc w:val="right"/>
            </w:pPr>
            <w:r>
              <w:rPr>
                <w:sz w:val="16"/>
              </w:rPr>
              <w:t>$2,065</w:t>
            </w:r>
          </w:p>
        </w:tc>
        <w:tc>
          <w:tcPr>
            <w:tcW w:type="dxa" w:w="1111"/>
          </w:tcPr>
          <w:p>
            <w:pPr>
              <w:spacing w:after="0"/>
              <w:jc w:val="right"/>
            </w:pPr>
            <w:r>
              <w:rPr>
                <w:sz w:val="16"/>
              </w:rPr>
              <w:t>$3,913,100</w:t>
            </w:r>
          </w:p>
        </w:tc>
        <w:tc>
          <w:tcPr>
            <w:tcW w:type="dxa" w:w="1199"/>
          </w:tcPr>
          <w:p>
            <w:pPr>
              <w:spacing w:after="0"/>
              <w:jc w:val="right"/>
            </w:pPr>
            <w:r>
              <w:rPr>
                <w:sz w:val="16"/>
              </w:rPr>
              <w:t>23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Earthquake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$2,266,001</w:t>
            </w:r>
          </w:p>
        </w:tc>
        <w:tc>
          <w:tcPr>
            <w:tcW w:type="dxa" w:w="1126"/>
          </w:tcPr>
          <w:p>
            <w:pPr>
              <w:spacing w:after="0"/>
              <w:jc w:val="right"/>
            </w:pPr>
          </w:p>
        </w:tc>
        <w:tc>
          <w:tcPr>
            <w:tcW w:type="dxa" w:w="1297"/>
          </w:tcPr>
          <w:p>
            <w:pPr>
              <w:spacing w:after="0"/>
              <w:jc w:val="right"/>
            </w:pPr>
            <w:r>
              <w:rPr>
                <w:sz w:val="16"/>
              </w:rPr>
              <w:t>$1,567,813</w:t>
            </w:r>
          </w:p>
        </w:tc>
        <w:tc>
          <w:tcPr>
            <w:tcW w:type="dxa" w:w="1111"/>
          </w:tcPr>
          <w:p>
            <w:pPr>
              <w:spacing w:after="0"/>
              <w:jc w:val="right"/>
            </w:pPr>
            <w:r>
              <w:rPr>
                <w:sz w:val="16"/>
              </w:rPr>
              <w:t>$3,833,814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$487,965</w:t>
            </w:r>
          </w:p>
        </w:tc>
        <w:tc>
          <w:tcPr>
            <w:tcW w:type="dxa" w:w="1126"/>
          </w:tcPr>
          <w:p>
            <w:pPr>
              <w:spacing w:after="0"/>
              <w:jc w:val="right"/>
            </w:pPr>
            <w:r>
              <w:rPr>
                <w:sz w:val="16"/>
              </w:rPr>
              <w:t>$7,448</w:t>
            </w:r>
          </w:p>
        </w:tc>
        <w:tc>
          <w:tcPr>
            <w:tcW w:type="dxa" w:w="1297"/>
          </w:tcPr>
          <w:p>
            <w:pPr>
              <w:spacing w:after="0"/>
              <w:jc w:val="right"/>
            </w:pPr>
            <w:r>
              <w:rPr>
                <w:sz w:val="16"/>
              </w:rPr>
              <w:t>$3,241,880</w:t>
            </w:r>
          </w:p>
        </w:tc>
        <w:tc>
          <w:tcPr>
            <w:tcW w:type="dxa" w:w="1111"/>
          </w:tcPr>
          <w:p>
            <w:pPr>
              <w:spacing w:after="0"/>
              <w:jc w:val="right"/>
            </w:pPr>
            <w:r>
              <w:rPr>
                <w:sz w:val="16"/>
              </w:rPr>
              <w:t>$3,737,292</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$72</w:t>
            </w:r>
          </w:p>
        </w:tc>
        <w:tc>
          <w:tcPr>
            <w:tcW w:type="dxa" w:w="1126"/>
          </w:tcPr>
          <w:p>
            <w:pPr>
              <w:spacing w:after="0"/>
              <w:jc w:val="right"/>
            </w:pPr>
            <w:r>
              <w:rPr>
                <w:sz w:val="16"/>
              </w:rPr>
              <w:t>$275</w:t>
            </w:r>
          </w:p>
        </w:tc>
        <w:tc>
          <w:tcPr>
            <w:tcW w:type="dxa" w:w="1297"/>
          </w:tcPr>
          <w:p>
            <w:pPr>
              <w:spacing w:after="0"/>
              <w:jc w:val="right"/>
            </w:pPr>
            <w:r>
              <w:rPr>
                <w:sz w:val="16"/>
              </w:rPr>
              <w:t>$907,496</w:t>
            </w:r>
          </w:p>
        </w:tc>
        <w:tc>
          <w:tcPr>
            <w:tcW w:type="dxa" w:w="1111"/>
          </w:tcPr>
          <w:p>
            <w:pPr>
              <w:spacing w:after="0"/>
              <w:jc w:val="right"/>
            </w:pPr>
            <w:r>
              <w:rPr>
                <w:sz w:val="16"/>
              </w:rPr>
              <w:t>$907,844</w:t>
            </w:r>
          </w:p>
        </w:tc>
        <w:tc>
          <w:tcPr>
            <w:tcW w:type="dxa" w:w="1199"/>
          </w:tcPr>
          <w:p>
            <w:pPr>
              <w:spacing w:after="0"/>
              <w:jc w:val="right"/>
            </w:pPr>
            <w:r>
              <w:rPr>
                <w:sz w:val="16"/>
              </w:rPr>
              <w:t>141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$96,465</w:t>
            </w:r>
          </w:p>
        </w:tc>
        <w:tc>
          <w:tcPr>
            <w:tcW w:type="dxa" w:w="1126"/>
          </w:tcPr>
          <w:p>
            <w:pPr>
              <w:spacing w:after="0"/>
              <w:jc w:val="right"/>
            </w:pPr>
            <w:r>
              <w:rPr>
                <w:sz w:val="16"/>
              </w:rPr>
              <w:t>$5,282</w:t>
            </w:r>
          </w:p>
        </w:tc>
        <w:tc>
          <w:tcPr>
            <w:tcW w:type="dxa" w:w="1297"/>
          </w:tcPr>
          <w:p>
            <w:pPr>
              <w:spacing w:after="0"/>
              <w:jc w:val="right"/>
            </w:pPr>
            <w:r>
              <w:rPr>
                <w:sz w:val="16"/>
              </w:rPr>
              <w:t>$656,283</w:t>
            </w:r>
          </w:p>
        </w:tc>
        <w:tc>
          <w:tcPr>
            <w:tcW w:type="dxa" w:w="1111"/>
          </w:tcPr>
          <w:p>
            <w:pPr>
              <w:spacing w:after="0"/>
              <w:jc w:val="right"/>
            </w:pPr>
            <w:r>
              <w:rPr>
                <w:sz w:val="16"/>
              </w:rPr>
              <w:t>$758,031</w:t>
            </w:r>
          </w:p>
        </w:tc>
        <w:tc>
          <w:tcPr>
            <w:tcW w:type="dxa" w:w="1199"/>
          </w:tcPr>
          <w:p>
            <w:pPr>
              <w:spacing w:after="0"/>
              <w:jc w:val="right"/>
            </w:pPr>
            <w:r>
              <w:rPr>
                <w:sz w:val="16"/>
              </w:rPr>
              <w:t>84</w:t>
            </w:r>
          </w:p>
        </w:tc>
        <w:tc>
          <w:tcPr>
            <w:tcW w:type="dxa" w:w="2172"/>
          </w:tcPr>
          <w:p>
            <w:pPr>
              <w:spacing w:after="0"/>
              <w:jc w:val="left"/>
            </w:pPr>
          </w:p>
        </w:tc>
        <w:tc>
          <w:tcPr>
            <w:tcW w:type="dxa" w:w="2080"/>
          </w:tcPr>
          <w:p>
            <w:pPr>
              <w:spacing w:after="0"/>
              <w:jc w:val="left"/>
            </w:pPr>
            <w:r>
              <w:rPr>
                <w:sz w:val="16"/>
              </w:rPr>
              <w:t>Includes 3 High Wind records and 3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$615,471</w:t>
            </w:r>
          </w:p>
        </w:tc>
        <w:tc>
          <w:tcPr>
            <w:tcW w:type="dxa" w:w="1297"/>
          </w:tcPr>
          <w:p>
            <w:pPr>
              <w:spacing w:after="0"/>
              <w:jc w:val="right"/>
            </w:pPr>
          </w:p>
        </w:tc>
        <w:tc>
          <w:tcPr>
            <w:tcW w:type="dxa" w:w="1111"/>
          </w:tcPr>
          <w:p>
            <w:pPr>
              <w:spacing w:after="0"/>
              <w:jc w:val="right"/>
            </w:pPr>
            <w:r>
              <w:rPr>
                <w:sz w:val="16"/>
              </w:rPr>
              <w:t>$615,471</w:t>
            </w:r>
          </w:p>
        </w:tc>
        <w:tc>
          <w:tcPr>
            <w:tcW w:type="dxa" w:w="1199"/>
          </w:tcPr>
          <w:p>
            <w:pPr>
              <w:spacing w:after="0"/>
              <w:jc w:val="right"/>
            </w:pPr>
            <w:r>
              <w:rPr>
                <w:sz w:val="16"/>
              </w:rPr>
              <w:t>39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$15,260</w:t>
            </w:r>
          </w:p>
        </w:tc>
        <w:tc>
          <w:tcPr>
            <w:tcW w:type="dxa" w:w="1126"/>
          </w:tcPr>
          <w:p>
            <w:pPr>
              <w:spacing w:after="0"/>
              <w:jc w:val="right"/>
            </w:pPr>
            <w:r>
              <w:rPr>
                <w:sz w:val="16"/>
              </w:rPr>
              <w:t>$676</w:t>
            </w:r>
          </w:p>
        </w:tc>
        <w:tc>
          <w:tcPr>
            <w:tcW w:type="dxa" w:w="1297"/>
          </w:tcPr>
          <w:p>
            <w:pPr>
              <w:spacing w:after="0"/>
              <w:jc w:val="right"/>
            </w:pPr>
            <w:r>
              <w:rPr>
                <w:sz w:val="16"/>
              </w:rPr>
              <w:t>$582,002</w:t>
            </w:r>
          </w:p>
        </w:tc>
        <w:tc>
          <w:tcPr>
            <w:tcW w:type="dxa" w:w="1111"/>
          </w:tcPr>
          <w:p>
            <w:pPr>
              <w:spacing w:after="0"/>
              <w:jc w:val="right"/>
            </w:pPr>
            <w:r>
              <w:rPr>
                <w:sz w:val="16"/>
              </w:rPr>
              <w:t>$597,938</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$111,540</w:t>
            </w:r>
          </w:p>
        </w:tc>
        <w:tc>
          <w:tcPr>
            <w:tcW w:type="dxa" w:w="1126"/>
          </w:tcPr>
          <w:p>
            <w:pPr>
              <w:spacing w:after="0"/>
              <w:jc w:val="right"/>
            </w:pPr>
            <w:r>
              <w:rPr>
                <w:sz w:val="16"/>
              </w:rPr>
              <w:t>$133,405</w:t>
            </w:r>
          </w:p>
        </w:tc>
        <w:tc>
          <w:tcPr>
            <w:tcW w:type="dxa" w:w="1297"/>
          </w:tcPr>
          <w:p>
            <w:pPr>
              <w:spacing w:after="0"/>
              <w:jc w:val="right"/>
            </w:pPr>
            <w:r>
              <w:rPr>
                <w:sz w:val="16"/>
              </w:rPr>
              <w:t>$38,743</w:t>
            </w:r>
          </w:p>
        </w:tc>
        <w:tc>
          <w:tcPr>
            <w:tcW w:type="dxa" w:w="1111"/>
          </w:tcPr>
          <w:p>
            <w:pPr>
              <w:spacing w:after="0"/>
              <w:jc w:val="right"/>
            </w:pPr>
            <w:r>
              <w:rPr>
                <w:sz w:val="16"/>
              </w:rPr>
              <w:t>$283,688</w:t>
            </w:r>
          </w:p>
        </w:tc>
        <w:tc>
          <w:tcPr>
            <w:tcW w:type="dxa" w:w="1199"/>
          </w:tcPr>
          <w:p>
            <w:pPr>
              <w:spacing w:after="0"/>
              <w:jc w:val="right"/>
            </w:pPr>
            <w:r>
              <w:rPr>
                <w:sz w:val="16"/>
              </w:rPr>
              <w:t>45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$7,946</w:t>
            </w:r>
          </w:p>
        </w:tc>
        <w:tc>
          <w:tcPr>
            <w:tcW w:type="dxa" w:w="1126"/>
          </w:tcPr>
          <w:p>
            <w:pPr>
              <w:spacing w:after="0"/>
              <w:jc w:val="right"/>
            </w:pPr>
          </w:p>
        </w:tc>
        <w:tc>
          <w:tcPr>
            <w:tcW w:type="dxa" w:w="1297"/>
          </w:tcPr>
          <w:p>
            <w:pPr>
              <w:spacing w:after="0"/>
              <w:jc w:val="right"/>
            </w:pPr>
            <w:r>
              <w:rPr>
                <w:sz w:val="16"/>
              </w:rPr>
              <w:t>$130,100</w:t>
            </w:r>
          </w:p>
        </w:tc>
        <w:tc>
          <w:tcPr>
            <w:tcW w:type="dxa" w:w="1111"/>
          </w:tcPr>
          <w:p>
            <w:pPr>
              <w:spacing w:after="0"/>
              <w:jc w:val="right"/>
            </w:pPr>
            <w:r>
              <w:rPr>
                <w:sz w:val="16"/>
              </w:rPr>
              <w:t>$138,046</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$53,409</w:t>
            </w:r>
          </w:p>
        </w:tc>
        <w:tc>
          <w:tcPr>
            <w:tcW w:type="dxa" w:w="1126"/>
          </w:tcPr>
          <w:p>
            <w:pPr>
              <w:spacing w:after="0"/>
              <w:jc w:val="right"/>
            </w:pPr>
            <w:r>
              <w:rPr>
                <w:sz w:val="16"/>
              </w:rPr>
              <w:t>$74,635</w:t>
            </w:r>
          </w:p>
        </w:tc>
        <w:tc>
          <w:tcPr>
            <w:tcW w:type="dxa" w:w="1297"/>
          </w:tcPr>
          <w:p>
            <w:pPr>
              <w:spacing w:after="0"/>
              <w:jc w:val="right"/>
            </w:pPr>
            <w:r>
              <w:rPr>
                <w:sz w:val="16"/>
              </w:rPr>
              <w:t>$2,513</w:t>
            </w:r>
          </w:p>
        </w:tc>
        <w:tc>
          <w:tcPr>
            <w:tcW w:type="dxa" w:w="1111"/>
          </w:tcPr>
          <w:p>
            <w:pPr>
              <w:spacing w:after="0"/>
              <w:jc w:val="right"/>
            </w:pPr>
            <w:r>
              <w:rPr>
                <w:sz w:val="16"/>
              </w:rPr>
              <w:t>$130,557</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$23,823</w:t>
            </w:r>
          </w:p>
        </w:tc>
        <w:tc>
          <w:tcPr>
            <w:tcW w:type="dxa" w:w="1126"/>
          </w:tcPr>
          <w:p>
            <w:pPr>
              <w:spacing w:after="0"/>
              <w:jc w:val="right"/>
            </w:pPr>
          </w:p>
        </w:tc>
        <w:tc>
          <w:tcPr>
            <w:tcW w:type="dxa" w:w="1297"/>
          </w:tcPr>
          <w:p>
            <w:pPr>
              <w:spacing w:after="0"/>
              <w:jc w:val="right"/>
            </w:pPr>
            <w:r>
              <w:rPr>
                <w:sz w:val="16"/>
              </w:rPr>
              <w:t>$15,025</w:t>
            </w:r>
          </w:p>
        </w:tc>
        <w:tc>
          <w:tcPr>
            <w:tcW w:type="dxa" w:w="1111"/>
          </w:tcPr>
          <w:p>
            <w:pPr>
              <w:spacing w:after="0"/>
              <w:jc w:val="right"/>
            </w:pPr>
            <w:r>
              <w:rPr>
                <w:sz w:val="16"/>
              </w:rPr>
              <w:t>$38,848</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$9,952</w:t>
            </w:r>
          </w:p>
        </w:tc>
        <w:tc>
          <w:tcPr>
            <w:tcW w:type="dxa" w:w="1126"/>
          </w:tcPr>
          <w:p>
            <w:pPr>
              <w:spacing w:after="0"/>
              <w:jc w:val="right"/>
            </w:pPr>
            <w:r>
              <w:rPr>
                <w:sz w:val="16"/>
              </w:rPr>
              <w:t>$469</w:t>
            </w:r>
          </w:p>
        </w:tc>
        <w:tc>
          <w:tcPr>
            <w:tcW w:type="dxa" w:w="1297"/>
          </w:tcPr>
          <w:p>
            <w:pPr>
              <w:spacing w:after="0"/>
              <w:jc w:val="right"/>
            </w:pPr>
            <w:r>
              <w:rPr>
                <w:sz w:val="16"/>
              </w:rPr>
              <w:t>$1,597</w:t>
            </w:r>
          </w:p>
        </w:tc>
        <w:tc>
          <w:tcPr>
            <w:tcW w:type="dxa" w:w="1111"/>
          </w:tcPr>
          <w:p>
            <w:pPr>
              <w:spacing w:after="0"/>
              <w:jc w:val="right"/>
            </w:pPr>
            <w:r>
              <w:rPr>
                <w:sz w:val="16"/>
              </w:rPr>
              <w:t>$12,018</w:t>
            </w:r>
          </w:p>
        </w:tc>
        <w:tc>
          <w:tcPr>
            <w:tcW w:type="dxa" w:w="1199"/>
          </w:tcPr>
          <w:p>
            <w:pPr>
              <w:spacing w:after="0"/>
              <w:jc w:val="right"/>
            </w:pPr>
            <w:r>
              <w:rPr>
                <w:sz w:val="16"/>
              </w:rPr>
              <w:t>28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$1,823</w:t>
            </w:r>
          </w:p>
        </w:tc>
        <w:tc>
          <w:tcPr>
            <w:tcW w:type="dxa" w:w="1126"/>
          </w:tcPr>
          <w:p>
            <w:pPr>
              <w:spacing w:after="0"/>
              <w:jc w:val="right"/>
            </w:pPr>
            <w:r>
              <w:rPr>
                <w:sz w:val="16"/>
              </w:rPr>
              <w:t>$41</w:t>
            </w:r>
          </w:p>
        </w:tc>
        <w:tc>
          <w:tcPr>
            <w:tcW w:type="dxa" w:w="1297"/>
          </w:tcPr>
          <w:p>
            <w:pPr>
              <w:spacing w:after="0"/>
              <w:jc w:val="right"/>
            </w:pPr>
            <w:r>
              <w:rPr>
                <w:sz w:val="16"/>
              </w:rPr>
              <w:t>$302</w:t>
            </w:r>
          </w:p>
        </w:tc>
        <w:tc>
          <w:tcPr>
            <w:tcW w:type="dxa" w:w="1111"/>
          </w:tcPr>
          <w:p>
            <w:pPr>
              <w:spacing w:after="0"/>
              <w:jc w:val="right"/>
            </w:pPr>
            <w:r>
              <w:rPr>
                <w:sz w:val="16"/>
              </w:rPr>
              <w:t>$2,165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$157</w:t>
            </w:r>
          </w:p>
        </w:tc>
        <w:tc>
          <w:tcPr>
            <w:tcW w:type="dxa" w:w="1126"/>
          </w:tcPr>
          <w:p>
            <w:pPr>
              <w:spacing w:after="0"/>
              <w:jc w:val="right"/>
            </w:pPr>
          </w:p>
        </w:tc>
        <w:tc>
          <w:tcPr>
            <w:tcW w:type="dxa" w:w="1297"/>
          </w:tcPr>
          <w:p>
            <w:pPr>
              <w:spacing w:after="0"/>
              <w:jc w:val="right"/>
            </w:pPr>
            <w:r>
              <w:rPr>
                <w:sz w:val="16"/>
              </w:rPr>
              <w:t>$7</w:t>
            </w:r>
          </w:p>
        </w:tc>
        <w:tc>
          <w:tcPr>
            <w:tcW w:type="dxa" w:w="1111"/>
          </w:tcPr>
          <w:p>
            <w:pPr>
              <w:spacing w:after="0"/>
              <w:jc w:val="right"/>
            </w:pPr>
            <w:r>
              <w:rPr>
                <w:sz w:val="16"/>
              </w:rPr>
              <w:t>$164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1"/>
        <w:gridCol w:w="1711"/>
        <w:gridCol w:w="1527"/>
        <w:gridCol w:w="1872"/>
        <w:gridCol w:w="1905"/>
        <w:gridCol w:w="1620"/>
        <w:gridCol w:w="1591"/>
        <w:gridCol w:w="2184"/>
      </w:tblGrid>
      <w:tr>
        <w:trPr>
          <w:cantSplit/>
          <w:tblHeader/>
        </w:trPr>
        <w:tc>
          <w:tcPr>
            <w:tcW w:type="dxa" w:w="1701"/>
            <w:shd w:val="clear" w:color="auto" w:fill="E8E8E8"/>
          </w:tcPr>
          <w:p>
            <w:pPr>
              <w:spacing w:after="0"/>
              <w:jc w:val="left"/>
            </w:pPr>
            <w:r>
              <w:rPr>
                <w:b/>
                <w:sz w:val="16"/>
              </w:rPr>
              <w:t>Hazard</w:t>
            </w:r>
          </w:p>
        </w:tc>
        <w:tc>
          <w:tcPr>
            <w:tcW w:type="dxa" w:w="1711"/>
            <w:shd w:val="clear" w:color="auto" w:fill="E8E8E8"/>
          </w:tcPr>
          <w:p>
            <w:pPr>
              <w:spacing w:after="0"/>
              <w:jc w:val="left"/>
            </w:pPr>
            <w:r>
              <w:rPr>
                <w:b/>
                <w:sz w:val="16"/>
              </w:rPr>
              <w:t>Scale</w:t>
            </w:r>
          </w:p>
        </w:tc>
        <w:tc>
          <w:tcPr>
            <w:tcW w:type="dxa" w:w="1527"/>
            <w:shd w:val="clear" w:color="auto" w:fill="E8E8E8"/>
          </w:tcPr>
          <w:p>
            <w:pPr>
              <w:spacing w:after="0"/>
              <w:jc w:val="right"/>
            </w:pPr>
            <w:r>
              <w:rPr>
                <w:b/>
                <w:sz w:val="16"/>
              </w:rPr>
              <w:t>Records</w:t>
            </w:r>
          </w:p>
          <w:p>
            <w:pPr>
              <w:spacing w:after="0"/>
              <w:jc w:val="right"/>
            </w:pPr>
            <w:r>
              <w:rPr>
                <w:i/>
                <w:color w:val="555555"/>
                <w:sz w:val="14"/>
              </w:rPr>
              <w:t>count, years</w:t>
            </w:r>
          </w:p>
        </w:tc>
        <w:tc>
          <w:tcPr>
            <w:tcW w:type="dxa" w:w="1872"/>
            <w:shd w:val="clear" w:color="auto" w:fill="E8E8E8"/>
          </w:tcPr>
          <w:p>
            <w:pPr>
              <w:spacing w:after="0"/>
              <w:jc w:val="left"/>
            </w:pPr>
            <w:r>
              <w:rPr>
                <w:b/>
                <w:sz w:val="16"/>
              </w:rPr>
              <w:t>Observed range</w:t>
            </w:r>
          </w:p>
        </w:tc>
        <w:tc>
          <w:tcPr>
            <w:tcW w:type="dxa" w:w="1905"/>
            <w:shd w:val="clear" w:color="auto" w:fill="E8E8E8"/>
          </w:tcPr>
          <w:p>
            <w:pPr>
              <w:spacing w:after="0"/>
              <w:jc w:val="left"/>
            </w:pPr>
            <w:r>
              <w:rPr>
                <w:b/>
                <w:sz w:val="16"/>
              </w:rPr>
              <w:t>Worst recorded event</w:t>
            </w:r>
          </w:p>
        </w:tc>
        <w:tc>
          <w:tcPr>
            <w:tcW w:type="dxa" w:w="1620"/>
            <w:shd w:val="clear" w:color="auto" w:fill="E8E8E8"/>
          </w:tcPr>
          <w:p>
            <w:pPr>
              <w:spacing w:after="0"/>
              <w:jc w:val="left"/>
            </w:pPr>
            <w:r>
              <w:rPr>
                <w:b/>
                <w:sz w:val="16"/>
              </w:rPr>
              <w:t>Most damaging (when different)</w:t>
            </w:r>
          </w:p>
        </w:tc>
        <w:tc>
          <w:tcPr>
            <w:tcW w:type="dxa" w:w="1591"/>
            <w:shd w:val="clear" w:color="auto" w:fill="E8E8E8"/>
          </w:tcPr>
          <w:p>
            <w:pPr>
              <w:spacing w:after="0"/>
              <w:jc w:val="left"/>
            </w:pPr>
            <w:r>
              <w:rPr>
                <w:b/>
                <w:sz w:val="16"/>
              </w:rPr>
              <w:t>How it applies to members</w:t>
            </w:r>
          </w:p>
        </w:tc>
        <w:tc>
          <w:tcPr>
            <w:tcW w:type="dxa" w:w="2184"/>
            <w:shd w:val="clear" w:color="auto" w:fill="E8E8E8"/>
          </w:tcPr>
          <w:p>
            <w:pPr>
              <w:spacing w:after="0"/>
              <w:jc w:val="left"/>
            </w:pPr>
            <w:r>
              <w:rPr>
                <w:b/>
                <w:sz w:val="16"/>
              </w:rPr>
              <w:t>Note</w:t>
            </w:r>
          </w:p>
        </w:tc>
      </w:tr>
      <w:tr>
        <w:trPr>
          <w:cantSplit/>
        </w:trPr>
        <w:tc>
          <w:tcPr>
            <w:tcW w:type="dxa" w:w="1701"/>
          </w:tcPr>
          <w:p>
            <w:pPr>
              <w:spacing w:after="0"/>
              <w:jc w:val="left"/>
            </w:pPr>
            <w:r>
              <w:rPr>
                <w:sz w:val="16"/>
              </w:rPr>
              <w:t>Avalanche</w:t>
            </w:r>
          </w:p>
        </w:tc>
        <w:tc>
          <w:tcPr>
            <w:tcW w:type="dxa" w:w="1711"/>
          </w:tcPr>
          <w:p>
            <w:pPr>
              <w:spacing w:after="0"/>
              <w:jc w:val="left"/>
            </w:pPr>
            <w:r>
              <w:rPr>
                <w:sz w:val="16"/>
              </w:rPr>
              <w:t>none (count and damage)</w:t>
            </w:r>
          </w:p>
        </w:tc>
        <w:tc>
          <w:tcPr>
            <w:tcW w:type="dxa" w:w="1527"/>
          </w:tcPr>
          <w:p>
            <w:pPr>
              <w:spacing w:after="0"/>
              <w:jc w:val="right"/>
            </w:pPr>
            <w:r>
              <w:rPr>
                <w:sz w:val="16"/>
              </w:rPr>
              <w:t>0</w:t>
            </w:r>
          </w:p>
        </w:tc>
        <w:tc>
          <w:tcPr>
            <w:tcW w:type="dxa" w:w="1872"/>
          </w:tcPr>
          <w:p>
            <w:pPr>
              <w:spacing w:after="0"/>
              <w:jc w:val="left"/>
            </w:pPr>
          </w:p>
        </w:tc>
        <w:tc>
          <w:tcPr>
            <w:tcW w:type="dxa" w:w="1905"/>
          </w:tcPr>
          <w:p>
            <w:pPr>
              <w:spacing w:after="0"/>
              <w:jc w:val="left"/>
            </w:pPr>
          </w:p>
        </w:tc>
        <w:tc>
          <w:tcPr>
            <w:tcW w:type="dxa" w:w="1620"/>
          </w:tcPr>
          <w:p>
            <w:pPr>
              <w:spacing w:after="0"/>
              <w:jc w:val="left"/>
            </w:pPr>
          </w:p>
        </w:tc>
        <w:tc>
          <w:tcPr>
            <w:tcW w:type="dxa" w:w="1591"/>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Coastal Flood, Storm Surge/Tide</w:t>
            </w:r>
          </w:p>
        </w:tc>
        <w:tc>
          <w:tcPr>
            <w:tcW w:type="dxa" w:w="1711"/>
          </w:tcPr>
          <w:p>
            <w:pPr>
              <w:spacing w:after="0"/>
              <w:jc w:val="left"/>
            </w:pPr>
            <w:r>
              <w:rPr>
                <w:sz w:val="16"/>
              </w:rPr>
              <w:t>none in data (FIRM for depth)</w:t>
            </w:r>
          </w:p>
        </w:tc>
        <w:tc>
          <w:tcPr>
            <w:tcW w:type="dxa" w:w="1527"/>
          </w:tcPr>
          <w:p>
            <w:pPr>
              <w:spacing w:after="0"/>
              <w:jc w:val="right"/>
            </w:pPr>
            <w:r>
              <w:rPr>
                <w:sz w:val="16"/>
              </w:rPr>
              <w:t>0</w:t>
            </w:r>
          </w:p>
        </w:tc>
        <w:tc>
          <w:tcPr>
            <w:tcW w:type="dxa" w:w="1872"/>
          </w:tcPr>
          <w:p>
            <w:pPr>
              <w:spacing w:after="0"/>
              <w:jc w:val="left"/>
            </w:pPr>
          </w:p>
        </w:tc>
        <w:tc>
          <w:tcPr>
            <w:tcW w:type="dxa" w:w="1905"/>
          </w:tcPr>
          <w:p>
            <w:pPr>
              <w:spacing w:after="0"/>
              <w:jc w:val="left"/>
            </w:pPr>
          </w:p>
        </w:tc>
        <w:tc>
          <w:tcPr>
            <w:tcW w:type="dxa" w:w="1620"/>
          </w:tcPr>
          <w:p>
            <w:pPr>
              <w:spacing w:after="0"/>
              <w:jc w:val="left"/>
            </w:pPr>
          </w:p>
        </w:tc>
        <w:tc>
          <w:tcPr>
            <w:tcW w:type="dxa" w:w="1591"/>
          </w:tcPr>
          <w:p>
            <w:pPr>
              <w:spacing w:after="0"/>
              <w:jc w:val="left"/>
            </w:pPr>
          </w:p>
        </w:tc>
        <w:tc>
          <w:tcPr>
            <w:tcW w:type="dxa" w:w="2184"/>
          </w:tcPr>
          <w:p>
            <w:pPr>
              <w:spacing w:after="0"/>
              <w:jc w:val="left"/>
            </w:pPr>
            <w:r>
              <w:rPr>
                <w:sz w:val="16"/>
              </w:rPr>
              <w:t>Flood depth: see the FEMA Flood Insurance Rate Map.</w:t>
            </w:r>
          </w:p>
        </w:tc>
      </w:tr>
      <w:tr>
        <w:trPr>
          <w:cantSplit/>
        </w:trPr>
        <w:tc>
          <w:tcPr>
            <w:tcW w:type="dxa" w:w="1701"/>
          </w:tcPr>
          <w:p>
            <w:pPr>
              <w:spacing w:after="0"/>
              <w:jc w:val="left"/>
            </w:pPr>
            <w:r>
              <w:rPr>
                <w:sz w:val="16"/>
              </w:rPr>
              <w:t>Cold/Wind Chill, Extreme Cold/Wind Chill</w:t>
            </w:r>
          </w:p>
        </w:tc>
        <w:tc>
          <w:tcPr>
            <w:tcW w:type="dxa" w:w="1711"/>
          </w:tcPr>
          <w:p>
            <w:pPr>
              <w:spacing w:after="0"/>
              <w:jc w:val="left"/>
            </w:pPr>
            <w:r>
              <w:rPr>
                <w:sz w:val="16"/>
              </w:rPr>
              <w:t>wind chill</w:t>
            </w:r>
          </w:p>
        </w:tc>
        <w:tc>
          <w:tcPr>
            <w:tcW w:type="dxa" w:w="1527"/>
          </w:tcPr>
          <w:p>
            <w:pPr>
              <w:spacing w:after="0"/>
              <w:jc w:val="right"/>
            </w:pPr>
            <w:r>
              <w:rPr>
                <w:sz w:val="16"/>
              </w:rPr>
              <w:t>8, 2022 to 2026 (8 zone-level)</w:t>
            </w:r>
          </w:p>
        </w:tc>
        <w:tc>
          <w:tcPr>
            <w:tcW w:type="dxa" w:w="1872"/>
          </w:tcPr>
          <w:p>
            <w:pPr>
              <w:spacing w:after="0"/>
              <w:jc w:val="left"/>
            </w:pPr>
            <w:r>
              <w:rPr>
                <w:sz w:val="16"/>
              </w:rPr>
              <w:t>1 day to 3 days (median 2 days); 5 with a recorded value</w:t>
            </w:r>
          </w:p>
        </w:tc>
        <w:tc>
          <w:tcPr>
            <w:tcW w:type="dxa" w:w="1905"/>
          </w:tcPr>
          <w:p>
            <w:pPr>
              <w:spacing w:after="0"/>
              <w:jc w:val="left"/>
            </w:pPr>
            <w:r>
              <w:rPr>
                <w:sz w:val="16"/>
              </w:rPr>
              <w:t>3 consecutive days, 2024-01-15 to 2024-01-17, zone-level</w:t>
            </w:r>
          </w:p>
        </w:tc>
        <w:tc>
          <w:tcPr>
            <w:tcW w:type="dxa" w:w="1620"/>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Wind chill: in event narratives only; local data required.</w:t>
            </w:r>
          </w:p>
        </w:tc>
      </w:tr>
      <w:tr>
        <w:trPr>
          <w:cantSplit/>
        </w:trPr>
        <w:tc>
          <w:tcPr>
            <w:tcW w:type="dxa" w:w="1701"/>
          </w:tcPr>
          <w:p>
            <w:pPr>
              <w:spacing w:after="0"/>
              <w:jc w:val="left"/>
            </w:pPr>
            <w:r>
              <w:rPr>
                <w:sz w:val="16"/>
              </w:rPr>
              <w:t>Frost/Freeze (outside NRI Cold Wave definition)</w:t>
            </w:r>
          </w:p>
        </w:tc>
        <w:tc>
          <w:tcPr>
            <w:tcW w:type="dxa" w:w="1711"/>
          </w:tcPr>
          <w:p>
            <w:pPr>
              <w:spacing w:after="0"/>
              <w:jc w:val="left"/>
            </w:pPr>
            <w:r>
              <w:rPr>
                <w:sz w:val="16"/>
              </w:rPr>
              <w:t>crop damage</w:t>
            </w:r>
          </w:p>
        </w:tc>
        <w:tc>
          <w:tcPr>
            <w:tcW w:type="dxa" w:w="1527"/>
          </w:tcPr>
          <w:p>
            <w:pPr>
              <w:spacing w:after="0"/>
              <w:jc w:val="right"/>
            </w:pPr>
            <w:r>
              <w:rPr>
                <w:sz w:val="16"/>
              </w:rPr>
              <w:t>0</w:t>
            </w:r>
          </w:p>
        </w:tc>
        <w:tc>
          <w:tcPr>
            <w:tcW w:type="dxa" w:w="1872"/>
          </w:tcPr>
          <w:p>
            <w:pPr>
              <w:spacing w:after="0"/>
              <w:jc w:val="left"/>
            </w:pPr>
          </w:p>
        </w:tc>
        <w:tc>
          <w:tcPr>
            <w:tcW w:type="dxa" w:w="1905"/>
          </w:tcPr>
          <w:p>
            <w:pPr>
              <w:spacing w:after="0"/>
              <w:jc w:val="left"/>
            </w:pPr>
          </w:p>
        </w:tc>
        <w:tc>
          <w:tcPr>
            <w:tcW w:type="dxa" w:w="1620"/>
          </w:tcPr>
          <w:p>
            <w:pPr>
              <w:spacing w:after="0"/>
              <w:jc w:val="left"/>
            </w:pPr>
          </w:p>
        </w:tc>
        <w:tc>
          <w:tcPr>
            <w:tcW w:type="dxa" w:w="1591"/>
          </w:tcPr>
          <w:p>
            <w:pPr>
              <w:spacing w:after="0"/>
              <w:jc w:val="left"/>
            </w:pPr>
          </w:p>
        </w:tc>
        <w:tc>
          <w:tcPr>
            <w:tcW w:type="dxa" w:w="2184"/>
          </w:tcPr>
          <w:p>
            <w:pPr>
              <w:spacing w:after="0"/>
              <w:jc w:val="left"/>
            </w:pPr>
            <w:r>
              <w:rPr>
                <w:sz w:val="16"/>
              </w:rPr>
              <w:t>Temperature: in event narratives only; local data required.</w:t>
            </w:r>
          </w:p>
        </w:tc>
      </w:tr>
      <w:tr>
        <w:trPr>
          <w:cantSplit/>
        </w:trPr>
        <w:tc>
          <w:tcPr>
            <w:tcW w:type="dxa" w:w="1701"/>
          </w:tcPr>
          <w:p>
            <w:pPr>
              <w:spacing w:after="0"/>
              <w:jc w:val="left"/>
            </w:pPr>
            <w:r>
              <w:rPr>
                <w:sz w:val="16"/>
              </w:rPr>
              <w:t>Drought</w:t>
            </w:r>
          </w:p>
        </w:tc>
        <w:tc>
          <w:tcPr>
            <w:tcW w:type="dxa" w:w="1711"/>
          </w:tcPr>
          <w:p>
            <w:pPr>
              <w:spacing w:after="0"/>
              <w:jc w:val="left"/>
            </w:pPr>
            <w:r>
              <w:rPr>
                <w:sz w:val="16"/>
              </w:rPr>
              <w:t>US Drought Monitor D-scale</w:t>
            </w:r>
          </w:p>
        </w:tc>
        <w:tc>
          <w:tcPr>
            <w:tcW w:type="dxa" w:w="1527"/>
          </w:tcPr>
          <w:p>
            <w:pPr>
              <w:spacing w:after="0"/>
              <w:jc w:val="right"/>
            </w:pPr>
            <w:r>
              <w:rPr>
                <w:sz w:val="16"/>
              </w:rPr>
              <w:t>39, 2007 to 2026 (39 zone-level)</w:t>
            </w:r>
          </w:p>
        </w:tc>
        <w:tc>
          <w:tcPr>
            <w:tcW w:type="dxa" w:w="1872"/>
          </w:tcPr>
          <w:p>
            <w:pPr>
              <w:spacing w:after="0"/>
              <w:jc w:val="left"/>
            </w:pPr>
            <w:r>
              <w:rPr>
                <w:sz w:val="16"/>
              </w:rPr>
              <w:t>22 days to 181 days (median 65 days); 11 with a recorded value</w:t>
            </w:r>
          </w:p>
        </w:tc>
        <w:tc>
          <w:tcPr>
            <w:tcW w:type="dxa" w:w="1905"/>
          </w:tcPr>
          <w:p>
            <w:pPr>
              <w:spacing w:after="0"/>
              <w:jc w:val="left"/>
            </w:pPr>
            <w:r>
              <w:rPr>
                <w:sz w:val="16"/>
              </w:rPr>
              <w:t>181 days (6 months), 2026-01-01 to 2026-06-30, a run of 6 consecutive Storm Events drought records, zone-level</w:t>
            </w:r>
          </w:p>
        </w:tc>
        <w:tc>
          <w:tcPr>
            <w:tcW w:type="dxa" w:w="1620"/>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1"/>
          </w:tcPr>
          <w:p>
            <w:pPr>
              <w:spacing w:after="0"/>
              <w:jc w:val="left"/>
            </w:pPr>
            <w:r>
              <w:rPr>
                <w:sz w:val="16"/>
              </w:rPr>
              <w:t>Earthquake</w:t>
            </w:r>
          </w:p>
        </w:tc>
        <w:tc>
          <w:tcPr>
            <w:tcW w:type="dxa" w:w="1711"/>
          </w:tcPr>
          <w:p>
            <w:pPr>
              <w:spacing w:after="0"/>
              <w:jc w:val="left"/>
            </w:pPr>
            <w:r>
              <w:rPr>
                <w:sz w:val="16"/>
              </w:rPr>
              <w:t>Modified Mercalli (local data)</w:t>
            </w:r>
          </w:p>
        </w:tc>
        <w:tc>
          <w:tcPr>
            <w:tcW w:type="dxa" w:w="1527"/>
          </w:tcPr>
          <w:p>
            <w:pPr>
              <w:spacing w:after="0"/>
              <w:jc w:val="right"/>
            </w:pPr>
            <w:r>
              <w:rPr>
                <w:sz w:val="16"/>
              </w:rPr>
              <w:t>0</w:t>
            </w:r>
          </w:p>
        </w:tc>
        <w:tc>
          <w:tcPr>
            <w:tcW w:type="dxa" w:w="1872"/>
          </w:tcPr>
          <w:p>
            <w:pPr>
              <w:spacing w:after="0"/>
              <w:jc w:val="left"/>
            </w:pPr>
          </w:p>
        </w:tc>
        <w:tc>
          <w:tcPr>
            <w:tcW w:type="dxa" w:w="1905"/>
          </w:tcPr>
          <w:p>
            <w:pPr>
              <w:spacing w:after="0"/>
              <w:jc w:val="left"/>
            </w:pPr>
          </w:p>
        </w:tc>
        <w:tc>
          <w:tcPr>
            <w:tcW w:type="dxa" w:w="1620"/>
          </w:tcPr>
          <w:p>
            <w:pPr>
              <w:spacing w:after="0"/>
              <w:jc w:val="left"/>
            </w:pPr>
          </w:p>
        </w:tc>
        <w:tc>
          <w:tcPr>
            <w:tcW w:type="dxa" w:w="1591"/>
          </w:tcPr>
          <w:p>
            <w:pPr>
              <w:spacing w:after="0"/>
              <w:jc w:val="left"/>
            </w:pPr>
          </w:p>
        </w:tc>
        <w:tc>
          <w:tcPr>
            <w:tcW w:type="dxa" w:w="2184"/>
          </w:tcPr>
          <w:p>
            <w:pPr>
              <w:spacing w:after="0"/>
              <w:jc w:val="left"/>
            </w:pPr>
            <w:r>
              <w:rPr>
                <w:sz w:val="16"/>
              </w:rPr>
              <w:t>No Storm Events record; local data required (e.g., USGS).</w:t>
            </w:r>
          </w:p>
        </w:tc>
      </w:tr>
      <w:tr>
        <w:trPr>
          <w:cantSplit/>
        </w:trPr>
        <w:tc>
          <w:tcPr>
            <w:tcW w:type="dxa" w:w="1701"/>
          </w:tcPr>
          <w:p>
            <w:pPr>
              <w:spacing w:after="0"/>
              <w:jc w:val="left"/>
            </w:pPr>
            <w:r>
              <w:rPr>
                <w:sz w:val="16"/>
              </w:rPr>
              <w:t>Hail</w:t>
            </w:r>
          </w:p>
        </w:tc>
        <w:tc>
          <w:tcPr>
            <w:tcW w:type="dxa" w:w="1711"/>
          </w:tcPr>
          <w:p>
            <w:pPr>
              <w:spacing w:after="0"/>
              <w:jc w:val="left"/>
            </w:pPr>
            <w:r>
              <w:rPr>
                <w:sz w:val="16"/>
              </w:rPr>
              <w:t>hail size (inches)</w:t>
            </w:r>
          </w:p>
        </w:tc>
        <w:tc>
          <w:tcPr>
            <w:tcW w:type="dxa" w:w="1527"/>
          </w:tcPr>
          <w:p>
            <w:pPr>
              <w:spacing w:after="0"/>
              <w:jc w:val="right"/>
            </w:pPr>
            <w:r>
              <w:rPr>
                <w:sz w:val="16"/>
              </w:rPr>
              <w:t>61, 1966 to 2025</w:t>
            </w:r>
          </w:p>
        </w:tc>
        <w:tc>
          <w:tcPr>
            <w:tcW w:type="dxa" w:w="1872"/>
          </w:tcPr>
          <w:p>
            <w:pPr>
              <w:spacing w:after="0"/>
              <w:jc w:val="left"/>
            </w:pPr>
            <w:r>
              <w:rPr>
                <w:sz w:val="16"/>
              </w:rPr>
              <w:t>0.75 in to 2.75 in (median 1 in); 61 with a recorded value</w:t>
            </w:r>
          </w:p>
        </w:tc>
        <w:tc>
          <w:tcPr>
            <w:tcW w:type="dxa" w:w="1905"/>
          </w:tcPr>
          <w:p>
            <w:pPr>
              <w:spacing w:after="0"/>
              <w:jc w:val="left"/>
            </w:pPr>
            <w:r>
              <w:rPr>
                <w:sz w:val="16"/>
              </w:rPr>
              <w:t>2.75 in hail, 2015-03-31; same size also recorded on 2000-02-13, 2011-04-26</w:t>
            </w:r>
          </w:p>
        </w:tc>
        <w:tc>
          <w:tcPr>
            <w:tcW w:type="dxa" w:w="1620"/>
          </w:tcPr>
          <w:p>
            <w:pPr>
              <w:spacing w:after="0"/>
              <w:jc w:val="left"/>
            </w:pPr>
            <w:r>
              <w:rPr>
                <w:sz w:val="16"/>
              </w:rPr>
              <w:t>Hail, 1996-05-25, $500 property; $3,000,000 crops (1996 dollars)</w:t>
            </w:r>
          </w:p>
        </w:tc>
        <w:tc>
          <w:tcPr>
            <w:tcW w:type="dxa" w:w="1591"/>
          </w:tcPr>
          <w:p>
            <w:pPr>
              <w:spacing w:after="0"/>
              <w:jc w:val="left"/>
            </w:pPr>
            <w:r>
              <w:rPr>
                <w:sz w:val="16"/>
              </w:rPr>
              <w:t>Event records naming member places: Clarksdale city (21 records), Lyon town (4 records), Coahoma town (3 records), Lula town (2 records), Jonestown town (1 record).</w:t>
            </w:r>
          </w:p>
        </w:tc>
        <w:tc>
          <w:tcPr>
            <w:tcW w:type="dxa" w:w="2184"/>
          </w:tcPr>
          <w:p>
            <w:pPr>
              <w:spacing w:after="0"/>
              <w:jc w:val="left"/>
            </w:pPr>
          </w:p>
        </w:tc>
      </w:tr>
      <w:tr>
        <w:trPr>
          <w:cantSplit/>
        </w:trPr>
        <w:tc>
          <w:tcPr>
            <w:tcW w:type="dxa" w:w="1701"/>
          </w:tcPr>
          <w:p>
            <w:pPr>
              <w:spacing w:after="0"/>
              <w:jc w:val="left"/>
            </w:pPr>
            <w:r>
              <w:rPr>
                <w:sz w:val="16"/>
              </w:rPr>
              <w:t>Excessive Heat, Heat</w:t>
            </w:r>
          </w:p>
        </w:tc>
        <w:tc>
          <w:tcPr>
            <w:tcW w:type="dxa" w:w="1711"/>
          </w:tcPr>
          <w:p>
            <w:pPr>
              <w:spacing w:after="0"/>
              <w:jc w:val="left"/>
            </w:pPr>
            <w:r>
              <w:rPr>
                <w:sz w:val="16"/>
              </w:rPr>
              <w:t>heat index (narratives)</w:t>
            </w:r>
          </w:p>
        </w:tc>
        <w:tc>
          <w:tcPr>
            <w:tcW w:type="dxa" w:w="1527"/>
          </w:tcPr>
          <w:p>
            <w:pPr>
              <w:spacing w:after="0"/>
              <w:jc w:val="right"/>
            </w:pPr>
            <w:r>
              <w:rPr>
                <w:sz w:val="16"/>
              </w:rPr>
              <w:t>141, 2007 to 2026 (141 zone-level)</w:t>
            </w:r>
          </w:p>
        </w:tc>
        <w:tc>
          <w:tcPr>
            <w:tcW w:type="dxa" w:w="1872"/>
          </w:tcPr>
          <w:p>
            <w:pPr>
              <w:spacing w:after="0"/>
              <w:jc w:val="left"/>
            </w:pPr>
            <w:r>
              <w:rPr>
                <w:sz w:val="16"/>
              </w:rPr>
              <w:t>1 day to 21 days (median 2 days); 72 with a recorded value</w:t>
            </w:r>
          </w:p>
        </w:tc>
        <w:tc>
          <w:tcPr>
            <w:tcW w:type="dxa" w:w="1905"/>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620"/>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Heat index: in event narratives only; local data required.</w:t>
            </w:r>
          </w:p>
        </w:tc>
      </w:tr>
      <w:tr>
        <w:trPr>
          <w:cantSplit/>
        </w:trPr>
        <w:tc>
          <w:tcPr>
            <w:tcW w:type="dxa" w:w="1701"/>
          </w:tcPr>
          <w:p>
            <w:pPr>
              <w:spacing w:after="0"/>
              <w:jc w:val="left"/>
            </w:pPr>
            <w:r>
              <w:rPr>
                <w:sz w:val="16"/>
              </w:rPr>
              <w:t>Hurricane, Tropical Storm, Tropical Depression</w:t>
            </w:r>
          </w:p>
        </w:tc>
        <w:tc>
          <w:tcPr>
            <w:tcW w:type="dxa" w:w="1711"/>
          </w:tcPr>
          <w:p>
            <w:pPr>
              <w:spacing w:after="0"/>
              <w:jc w:val="left"/>
            </w:pPr>
            <w:r>
              <w:rPr>
                <w:sz w:val="16"/>
              </w:rPr>
              <w:t>Saffir-Simpson</w:t>
            </w:r>
          </w:p>
        </w:tc>
        <w:tc>
          <w:tcPr>
            <w:tcW w:type="dxa" w:w="1527"/>
          </w:tcPr>
          <w:p>
            <w:pPr>
              <w:spacing w:after="0"/>
              <w:jc w:val="right"/>
            </w:pPr>
            <w:r>
              <w:rPr>
                <w:sz w:val="16"/>
              </w:rPr>
              <w:t>2, 2005 to 2005 (2 zone-level)</w:t>
            </w:r>
          </w:p>
        </w:tc>
        <w:tc>
          <w:tcPr>
            <w:tcW w:type="dxa" w:w="1872"/>
          </w:tcPr>
          <w:p>
            <w:pPr>
              <w:spacing w:after="0"/>
              <w:jc w:val="left"/>
            </w:pPr>
          </w:p>
        </w:tc>
        <w:tc>
          <w:tcPr>
            <w:tcW w:type="dxa" w:w="1905"/>
          </w:tcPr>
          <w:p>
            <w:pPr>
              <w:spacing w:after="0"/>
              <w:jc w:val="left"/>
            </w:pPr>
            <w:r>
              <w:rPr>
                <w:sz w:val="16"/>
              </w:rPr>
              <w:t>Strongest recorded (records with damage, a wind speed or direct casualties first, then storm type, category and wind): Tropical Storm record, 2005-08-29 to 2005-08-30, $10,000 property; crops not reported, reported for the zone (2005 dollars); NWS zone MSZ010 (COAHOMA), zone-level: may include parts of neighboring counties</w:t>
            </w:r>
          </w:p>
        </w:tc>
        <w:tc>
          <w:tcPr>
            <w:tcW w:type="dxa" w:w="1620"/>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1"/>
          </w:tcPr>
          <w:p>
            <w:pPr>
              <w:spacing w:after="0"/>
              <w:jc w:val="left"/>
            </w:pPr>
            <w:r>
              <w:rPr>
                <w:sz w:val="16"/>
              </w:rPr>
              <w:t>Ice Storm</w:t>
            </w:r>
          </w:p>
        </w:tc>
        <w:tc>
          <w:tcPr>
            <w:tcW w:type="dxa" w:w="1711"/>
          </w:tcPr>
          <w:p>
            <w:pPr>
              <w:spacing w:after="0"/>
              <w:jc w:val="left"/>
            </w:pPr>
            <w:r>
              <w:rPr>
                <w:sz w:val="16"/>
              </w:rPr>
              <w:t>Sperry-Piltz (local data)</w:t>
            </w:r>
          </w:p>
        </w:tc>
        <w:tc>
          <w:tcPr>
            <w:tcW w:type="dxa" w:w="1527"/>
          </w:tcPr>
          <w:p>
            <w:pPr>
              <w:spacing w:after="0"/>
              <w:jc w:val="right"/>
            </w:pPr>
            <w:r>
              <w:rPr>
                <w:sz w:val="16"/>
              </w:rPr>
              <w:t>5, 1998 to 2023 (5 zone-level)</w:t>
            </w:r>
          </w:p>
        </w:tc>
        <w:tc>
          <w:tcPr>
            <w:tcW w:type="dxa" w:w="1872"/>
          </w:tcPr>
          <w:p>
            <w:pPr>
              <w:spacing w:after="0"/>
              <w:jc w:val="left"/>
            </w:pPr>
          </w:p>
        </w:tc>
        <w:tc>
          <w:tcPr>
            <w:tcW w:type="dxa" w:w="1905"/>
          </w:tcPr>
          <w:p>
            <w:pPr>
              <w:spacing w:after="0"/>
              <w:jc w:val="left"/>
            </w:pPr>
            <w:r>
              <w:rPr>
                <w:sz w:val="16"/>
              </w:rPr>
              <w:t>Ice Storm, 2000-12-13, $10,000 property; crops not reported, reported for the zone (2000 dollars); NWS zone MSZ010 (COAHOMA), zone-level: may include parts of neighboring counties</w:t>
            </w:r>
          </w:p>
        </w:tc>
        <w:tc>
          <w:tcPr>
            <w:tcW w:type="dxa" w:w="1620"/>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Ice thickness: in event narratives only; local data required.</w:t>
            </w:r>
          </w:p>
        </w:tc>
      </w:tr>
      <w:tr>
        <w:trPr>
          <w:cantSplit/>
        </w:trPr>
        <w:tc>
          <w:tcPr>
            <w:tcW w:type="dxa" w:w="1701"/>
          </w:tcPr>
          <w:p>
            <w:pPr>
              <w:spacing w:after="0"/>
              <w:jc w:val="left"/>
            </w:pPr>
            <w:r>
              <w:rPr>
                <w:sz w:val="16"/>
              </w:rPr>
              <w:t>Flash Flood, Flood, Lakeshore Flood</w:t>
            </w:r>
          </w:p>
        </w:tc>
        <w:tc>
          <w:tcPr>
            <w:tcW w:type="dxa" w:w="1711"/>
          </w:tcPr>
          <w:p>
            <w:pPr>
              <w:spacing w:after="0"/>
              <w:jc w:val="left"/>
            </w:pPr>
            <w:r>
              <w:rPr>
                <w:sz w:val="16"/>
              </w:rPr>
              <w:t>damage and flood days (FIRM for depth)</w:t>
            </w:r>
          </w:p>
        </w:tc>
        <w:tc>
          <w:tcPr>
            <w:tcW w:type="dxa" w:w="1527"/>
          </w:tcPr>
          <w:p>
            <w:pPr>
              <w:spacing w:after="0"/>
              <w:jc w:val="right"/>
            </w:pPr>
            <w:r>
              <w:rPr>
                <w:sz w:val="16"/>
              </w:rPr>
              <w:t>23, 1997 to 2021 (3 zone-level)</w:t>
            </w:r>
          </w:p>
        </w:tc>
        <w:tc>
          <w:tcPr>
            <w:tcW w:type="dxa" w:w="1872"/>
          </w:tcPr>
          <w:p>
            <w:pPr>
              <w:spacing w:after="0"/>
              <w:jc w:val="left"/>
            </w:pPr>
          </w:p>
        </w:tc>
        <w:tc>
          <w:tcPr>
            <w:tcW w:type="dxa" w:w="1905"/>
          </w:tcPr>
          <w:p>
            <w:pPr>
              <w:spacing w:after="0"/>
              <w:jc w:val="left"/>
            </w:pPr>
            <w:r>
              <w:rPr>
                <w:sz w:val="16"/>
              </w:rPr>
              <w:t>Flood, 2016-03-10, $1,000,000 property; $0 crops (2016 dollars)</w:t>
            </w:r>
          </w:p>
        </w:tc>
        <w:tc>
          <w:tcPr>
            <w:tcW w:type="dxa" w:w="1620"/>
          </w:tcPr>
          <w:p>
            <w:pPr>
              <w:spacing w:after="0"/>
              <w:jc w:val="left"/>
            </w:pPr>
          </w:p>
        </w:tc>
        <w:tc>
          <w:tcPr>
            <w:tcW w:type="dxa" w:w="1591"/>
          </w:tcPr>
          <w:p>
            <w:pPr>
              <w:spacing w:after="0"/>
              <w:jc w:val="left"/>
            </w:pPr>
            <w:r>
              <w:rPr>
                <w:sz w:val="16"/>
              </w:rPr>
              <w:t>Event records naming member places: Clarksdale city (15 records), Lyon town (4 records), Coahoma town (1 record). Zone-level records (3) apply countywide.</w:t>
            </w:r>
          </w:p>
        </w:tc>
        <w:tc>
          <w:tcPr>
            <w:tcW w:type="dxa" w:w="218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1"/>
          </w:tcPr>
          <w:p>
            <w:pPr>
              <w:spacing w:after="0"/>
              <w:jc w:val="left"/>
            </w:pPr>
            <w:r>
              <w:rPr>
                <w:sz w:val="16"/>
              </w:rPr>
              <w:t>Debris Flow</w:t>
            </w:r>
          </w:p>
        </w:tc>
        <w:tc>
          <w:tcPr>
            <w:tcW w:type="dxa" w:w="1711"/>
          </w:tcPr>
          <w:p>
            <w:pPr>
              <w:spacing w:after="0"/>
              <w:jc w:val="left"/>
            </w:pPr>
            <w:r>
              <w:rPr>
                <w:sz w:val="16"/>
              </w:rPr>
              <w:t>none (count and damage)</w:t>
            </w:r>
          </w:p>
        </w:tc>
        <w:tc>
          <w:tcPr>
            <w:tcW w:type="dxa" w:w="1527"/>
          </w:tcPr>
          <w:p>
            <w:pPr>
              <w:spacing w:after="0"/>
              <w:jc w:val="right"/>
            </w:pPr>
            <w:r>
              <w:rPr>
                <w:sz w:val="16"/>
              </w:rPr>
              <w:t>0</w:t>
            </w:r>
          </w:p>
        </w:tc>
        <w:tc>
          <w:tcPr>
            <w:tcW w:type="dxa" w:w="1872"/>
          </w:tcPr>
          <w:p>
            <w:pPr>
              <w:spacing w:after="0"/>
              <w:jc w:val="left"/>
            </w:pPr>
          </w:p>
        </w:tc>
        <w:tc>
          <w:tcPr>
            <w:tcW w:type="dxa" w:w="1905"/>
          </w:tcPr>
          <w:p>
            <w:pPr>
              <w:spacing w:after="0"/>
              <w:jc w:val="left"/>
            </w:pPr>
          </w:p>
        </w:tc>
        <w:tc>
          <w:tcPr>
            <w:tcW w:type="dxa" w:w="1620"/>
          </w:tcPr>
          <w:p>
            <w:pPr>
              <w:spacing w:after="0"/>
              <w:jc w:val="left"/>
            </w:pPr>
          </w:p>
        </w:tc>
        <w:tc>
          <w:tcPr>
            <w:tcW w:type="dxa" w:w="1591"/>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Lightning</w:t>
            </w:r>
          </w:p>
        </w:tc>
        <w:tc>
          <w:tcPr>
            <w:tcW w:type="dxa" w:w="1711"/>
          </w:tcPr>
          <w:p>
            <w:pPr>
              <w:spacing w:after="0"/>
              <w:jc w:val="left"/>
            </w:pPr>
            <w:r>
              <w:rPr>
                <w:sz w:val="16"/>
              </w:rPr>
              <w:t>annualized frequency (the measure FEMA's Local Mitigation Planning Handbook names)</w:t>
            </w:r>
          </w:p>
        </w:tc>
        <w:tc>
          <w:tcPr>
            <w:tcW w:type="dxa" w:w="1527"/>
          </w:tcPr>
          <w:p>
            <w:pPr>
              <w:spacing w:after="0"/>
              <w:jc w:val="right"/>
            </w:pPr>
            <w:r>
              <w:rPr>
                <w:sz w:val="16"/>
              </w:rPr>
              <w:t>1, 1997 to 1997</w:t>
            </w:r>
          </w:p>
        </w:tc>
        <w:tc>
          <w:tcPr>
            <w:tcW w:type="dxa" w:w="1872"/>
          </w:tcPr>
          <w:p>
            <w:pPr>
              <w:spacing w:after="0"/>
              <w:jc w:val="left"/>
            </w:pPr>
          </w:p>
        </w:tc>
        <w:tc>
          <w:tcPr>
            <w:tcW w:type="dxa" w:w="1905"/>
          </w:tcPr>
          <w:p>
            <w:pPr>
              <w:spacing w:after="0"/>
              <w:jc w:val="left"/>
            </w:pPr>
            <w:r>
              <w:rPr>
                <w:sz w:val="16"/>
              </w:rPr>
              <w:t>Lightning, 1997-03-02, $10,000 property; crops not reported (1997 dollars)</w:t>
            </w:r>
          </w:p>
        </w:tc>
        <w:tc>
          <w:tcPr>
            <w:tcW w:type="dxa" w:w="1620"/>
          </w:tcPr>
          <w:p>
            <w:pPr>
              <w:spacing w:after="0"/>
              <w:jc w:val="left"/>
            </w:pPr>
          </w:p>
        </w:tc>
        <w:tc>
          <w:tcPr>
            <w:tcW w:type="dxa" w:w="1591"/>
          </w:tcPr>
          <w:p>
            <w:pPr>
              <w:spacing w:after="0"/>
              <w:jc w:val="left"/>
            </w:pPr>
            <w:r>
              <w:rPr>
                <w:sz w:val="16"/>
              </w:rPr>
              <w:t>Event records naming member places: Jonestown town (1 record).</w:t>
            </w:r>
          </w:p>
        </w:tc>
        <w:tc>
          <w:tcPr>
            <w:tcW w:type="dxa" w:w="2184"/>
          </w:tcPr>
          <w:p>
            <w:pPr>
              <w:spacing w:after="0"/>
              <w:jc w:val="left"/>
            </w:pPr>
            <w:r>
              <w:rPr>
                <w:sz w:val="16"/>
              </w:rPr>
              <w:t>Storm Events lists lightning with damage or casualties; physical measure in event narratives only; local data required.</w:t>
            </w:r>
          </w:p>
        </w:tc>
      </w:tr>
      <w:tr>
        <w:trPr>
          <w:cantSplit/>
        </w:trPr>
        <w:tc>
          <w:tcPr>
            <w:tcW w:type="dxa" w:w="1701"/>
          </w:tcPr>
          <w:p>
            <w:pPr>
              <w:spacing w:after="0"/>
              <w:jc w:val="left"/>
            </w:pPr>
            <w:r>
              <w:rPr>
                <w:sz w:val="16"/>
              </w:rPr>
              <w:t>High Wind and Strong Wind (outside NRI Strong Wind definition)</w:t>
            </w:r>
          </w:p>
        </w:tc>
        <w:tc>
          <w:tcPr>
            <w:tcW w:type="dxa" w:w="1711"/>
          </w:tcPr>
          <w:p>
            <w:pPr>
              <w:spacing w:after="0"/>
              <w:jc w:val="left"/>
            </w:pPr>
            <w:r>
              <w:rPr>
                <w:sz w:val="16"/>
              </w:rPr>
              <w:t>wind speed (kt and mph)</w:t>
            </w:r>
          </w:p>
        </w:tc>
        <w:tc>
          <w:tcPr>
            <w:tcW w:type="dxa" w:w="1527"/>
          </w:tcPr>
          <w:p>
            <w:pPr>
              <w:spacing w:after="0"/>
              <w:jc w:val="right"/>
            </w:pPr>
            <w:r>
              <w:rPr>
                <w:sz w:val="16"/>
              </w:rPr>
              <w:t>6, 1999 to 2020 (6 zone-level)</w:t>
            </w:r>
          </w:p>
        </w:tc>
        <w:tc>
          <w:tcPr>
            <w:tcW w:type="dxa" w:w="1872"/>
          </w:tcPr>
          <w:p>
            <w:pPr>
              <w:spacing w:after="0"/>
              <w:jc w:val="left"/>
            </w:pPr>
            <w:r>
              <w:rPr>
                <w:sz w:val="16"/>
              </w:rPr>
              <w:t>35 kt (40 mph) to 50 kt (58 mph) (median 43 kt (49 mph)); 5 with a recorded value</w:t>
            </w:r>
          </w:p>
        </w:tc>
        <w:tc>
          <w:tcPr>
            <w:tcW w:type="dxa" w:w="1905"/>
          </w:tcPr>
          <w:p>
            <w:pPr>
              <w:spacing w:after="0"/>
              <w:jc w:val="left"/>
            </w:pPr>
            <w:r>
              <w:rPr>
                <w:sz w:val="16"/>
              </w:rPr>
              <w:t>50 kt (58 mph) estimated gust, High Wind, 2008-01-29; NWS zone MSZ010 (COAHOMA), zone-level: may include parts of neighboring counties</w:t>
            </w:r>
          </w:p>
        </w:tc>
        <w:tc>
          <w:tcPr>
            <w:tcW w:type="dxa" w:w="1620"/>
          </w:tcPr>
          <w:p>
            <w:pPr>
              <w:spacing w:after="0"/>
              <w:jc w:val="left"/>
            </w:pPr>
            <w:r>
              <w:rPr>
                <w:sz w:val="16"/>
              </w:rPr>
              <w:t>Strong Wind, 2020-02-12, $50,000 property; $0 crops, reported for the zone (2020 dollars)</w:t>
            </w: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p>
        </w:tc>
      </w:tr>
      <w:tr>
        <w:trPr>
          <w:cantSplit/>
        </w:trPr>
        <w:tc>
          <w:tcPr>
            <w:tcW w:type="dxa" w:w="1701"/>
          </w:tcPr>
          <w:p>
            <w:pPr>
              <w:spacing w:after="0"/>
              <w:jc w:val="left"/>
            </w:pPr>
            <w:r>
              <w:rPr>
                <w:sz w:val="16"/>
              </w:rPr>
              <w:t>Thunderstorm Wind</w:t>
            </w:r>
          </w:p>
        </w:tc>
        <w:tc>
          <w:tcPr>
            <w:tcW w:type="dxa" w:w="1711"/>
          </w:tcPr>
          <w:p>
            <w:pPr>
              <w:spacing w:after="0"/>
              <w:jc w:val="left"/>
            </w:pPr>
            <w:r>
              <w:rPr>
                <w:sz w:val="16"/>
              </w:rPr>
              <w:t>wind speed (kt and mph)</w:t>
            </w:r>
          </w:p>
        </w:tc>
        <w:tc>
          <w:tcPr>
            <w:tcW w:type="dxa" w:w="1527"/>
          </w:tcPr>
          <w:p>
            <w:pPr>
              <w:spacing w:after="0"/>
              <w:jc w:val="right"/>
            </w:pPr>
            <w:r>
              <w:rPr>
                <w:sz w:val="16"/>
              </w:rPr>
              <w:t>136, 1959 to 2025</w:t>
            </w:r>
          </w:p>
        </w:tc>
        <w:tc>
          <w:tcPr>
            <w:tcW w:type="dxa" w:w="1872"/>
          </w:tcPr>
          <w:p>
            <w:pPr>
              <w:spacing w:after="0"/>
              <w:jc w:val="left"/>
            </w:pPr>
            <w:r>
              <w:rPr>
                <w:sz w:val="16"/>
              </w:rPr>
              <w:t>50 kt (58 mph) to 96 kt (110 mph) (median 52 kt (60 mph)); 69 with a recorded value</w:t>
            </w:r>
          </w:p>
        </w:tc>
        <w:tc>
          <w:tcPr>
            <w:tcW w:type="dxa" w:w="1905"/>
          </w:tcPr>
          <w:p>
            <w:pPr>
              <w:spacing w:after="0"/>
              <w:jc w:val="left"/>
            </w:pPr>
            <w:r>
              <w:rPr>
                <w:sz w:val="16"/>
              </w:rPr>
              <w:t>96 kt (110 mph) estimated gust, Thunderstorm Wind, 2008-05-10</w:t>
            </w:r>
          </w:p>
        </w:tc>
        <w:tc>
          <w:tcPr>
            <w:tcW w:type="dxa" w:w="1620"/>
          </w:tcPr>
          <w:p>
            <w:pPr>
              <w:spacing w:after="0"/>
              <w:jc w:val="left"/>
            </w:pPr>
            <w:r>
              <w:rPr>
                <w:sz w:val="16"/>
              </w:rPr>
              <w:t>Thunderstorm Wind, 2023-06-25, $500,000 property; $0 crops (2023 dollars)</w:t>
            </w:r>
          </w:p>
        </w:tc>
        <w:tc>
          <w:tcPr>
            <w:tcW w:type="dxa" w:w="1591"/>
          </w:tcPr>
          <w:p>
            <w:pPr>
              <w:spacing w:after="0"/>
              <w:jc w:val="left"/>
            </w:pPr>
            <w:r>
              <w:rPr>
                <w:sz w:val="16"/>
              </w:rPr>
              <w:t>Event records naming member places: Clarksdale city (37 records), Lyon town (9 records), Jonestown town (6 records), Lula town (6 records), Coahoma town (5 records).</w:t>
            </w:r>
          </w:p>
        </w:tc>
        <w:tc>
          <w:tcPr>
            <w:tcW w:type="dxa" w:w="2184"/>
          </w:tcPr>
          <w:p>
            <w:pPr>
              <w:spacing w:after="0"/>
              <w:jc w:val="left"/>
            </w:pPr>
          </w:p>
        </w:tc>
      </w:tr>
      <w:tr>
        <w:trPr>
          <w:cantSplit/>
        </w:trPr>
        <w:tc>
          <w:tcPr>
            <w:tcW w:type="dxa" w:w="1701"/>
          </w:tcPr>
          <w:p>
            <w:pPr>
              <w:spacing w:after="0"/>
              <w:jc w:val="left"/>
            </w:pPr>
            <w:r>
              <w:rPr>
                <w:sz w:val="16"/>
              </w:rPr>
              <w:t>Tornado</w:t>
            </w:r>
          </w:p>
        </w:tc>
        <w:tc>
          <w:tcPr>
            <w:tcW w:type="dxa" w:w="1711"/>
          </w:tcPr>
          <w:p>
            <w:pPr>
              <w:spacing w:after="0"/>
              <w:jc w:val="left"/>
            </w:pPr>
            <w:r>
              <w:rPr>
                <w:sz w:val="16"/>
              </w:rPr>
              <w:t>Enhanced Fujita (F before Feb 2007)</w:t>
            </w:r>
          </w:p>
        </w:tc>
        <w:tc>
          <w:tcPr>
            <w:tcW w:type="dxa" w:w="1527"/>
          </w:tcPr>
          <w:p>
            <w:pPr>
              <w:spacing w:after="0"/>
              <w:jc w:val="right"/>
            </w:pPr>
            <w:r>
              <w:rPr>
                <w:sz w:val="16"/>
              </w:rPr>
              <w:t>29, 1953 to 2015</w:t>
            </w:r>
          </w:p>
        </w:tc>
        <w:tc>
          <w:tcPr>
            <w:tcW w:type="dxa" w:w="1872"/>
          </w:tcPr>
          <w:p>
            <w:pPr>
              <w:spacing w:after="0"/>
              <w:jc w:val="left"/>
            </w:pPr>
            <w:r>
              <w:rPr>
                <w:sz w:val="16"/>
              </w:rPr>
              <w:t>F/EF0 to F/EF3 (median F/EF1); 29 with a recorded value</w:t>
            </w:r>
          </w:p>
        </w:tc>
        <w:tc>
          <w:tcPr>
            <w:tcW w:type="dxa" w:w="1905"/>
          </w:tcPr>
          <w:p>
            <w:pPr>
              <w:spacing w:after="0"/>
              <w:jc w:val="left"/>
            </w:pPr>
            <w:r>
              <w:rPr>
                <w:sz w:val="16"/>
              </w:rPr>
              <w:t>EF3 tornado, 2015-12-23, 14.53 mi within this county, 800 yd wide, $600,000 property; $0 crops (2015 dollars), 2 direct deaths, 19 direct injuries</w:t>
            </w:r>
          </w:p>
        </w:tc>
        <w:tc>
          <w:tcPr>
            <w:tcW w:type="dxa" w:w="1620"/>
          </w:tcPr>
          <w:p>
            <w:pPr>
              <w:spacing w:after="0"/>
              <w:jc w:val="left"/>
            </w:pPr>
            <w:r>
              <w:rPr>
                <w:sz w:val="16"/>
              </w:rPr>
              <w:t>Tornado, 1978-05-12, $25,000,000 property; crops not recorded (1978 dollars)</w:t>
            </w:r>
          </w:p>
        </w:tc>
        <w:tc>
          <w:tcPr>
            <w:tcW w:type="dxa" w:w="1591"/>
          </w:tcPr>
          <w:p>
            <w:pPr>
              <w:spacing w:after="0"/>
              <w:jc w:val="left"/>
            </w:pPr>
            <w:r>
              <w:rPr>
                <w:sz w:val="16"/>
              </w:rPr>
              <w:t>Event records naming member places: Clarksdale city (2 records), Coahoma town (1 record), Lyon town (1 record).</w:t>
            </w:r>
          </w:p>
        </w:tc>
        <w:tc>
          <w:tcPr>
            <w:tcW w:type="dxa" w:w="218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1"/>
          </w:tcPr>
          <w:p>
            <w:pPr>
              <w:spacing w:after="0"/>
              <w:jc w:val="left"/>
            </w:pPr>
            <w:r>
              <w:rPr>
                <w:sz w:val="16"/>
              </w:rPr>
              <w:t>Tsunami</w:t>
            </w:r>
          </w:p>
        </w:tc>
        <w:tc>
          <w:tcPr>
            <w:tcW w:type="dxa" w:w="1711"/>
          </w:tcPr>
          <w:p>
            <w:pPr>
              <w:spacing w:after="0"/>
              <w:jc w:val="left"/>
            </w:pPr>
            <w:r>
              <w:rPr>
                <w:sz w:val="16"/>
              </w:rPr>
              <w:t>none (count and damage)</w:t>
            </w:r>
          </w:p>
        </w:tc>
        <w:tc>
          <w:tcPr>
            <w:tcW w:type="dxa" w:w="1527"/>
          </w:tcPr>
          <w:p>
            <w:pPr>
              <w:spacing w:after="0"/>
              <w:jc w:val="right"/>
            </w:pPr>
            <w:r>
              <w:rPr>
                <w:sz w:val="16"/>
              </w:rPr>
              <w:t>0</w:t>
            </w:r>
          </w:p>
        </w:tc>
        <w:tc>
          <w:tcPr>
            <w:tcW w:type="dxa" w:w="1872"/>
          </w:tcPr>
          <w:p>
            <w:pPr>
              <w:spacing w:after="0"/>
              <w:jc w:val="left"/>
            </w:pPr>
          </w:p>
        </w:tc>
        <w:tc>
          <w:tcPr>
            <w:tcW w:type="dxa" w:w="1905"/>
          </w:tcPr>
          <w:p>
            <w:pPr>
              <w:spacing w:after="0"/>
              <w:jc w:val="left"/>
            </w:pPr>
          </w:p>
        </w:tc>
        <w:tc>
          <w:tcPr>
            <w:tcW w:type="dxa" w:w="1620"/>
          </w:tcPr>
          <w:p>
            <w:pPr>
              <w:spacing w:after="0"/>
              <w:jc w:val="left"/>
            </w:pPr>
          </w:p>
        </w:tc>
        <w:tc>
          <w:tcPr>
            <w:tcW w:type="dxa" w:w="1591"/>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Volcanic Ash, Volcanic Ashfall</w:t>
            </w:r>
          </w:p>
        </w:tc>
        <w:tc>
          <w:tcPr>
            <w:tcW w:type="dxa" w:w="1711"/>
          </w:tcPr>
          <w:p>
            <w:pPr>
              <w:spacing w:after="0"/>
              <w:jc w:val="left"/>
            </w:pPr>
            <w:r>
              <w:rPr>
                <w:sz w:val="16"/>
              </w:rPr>
              <w:t>Volcanic Explosivity Index (local data)</w:t>
            </w:r>
          </w:p>
        </w:tc>
        <w:tc>
          <w:tcPr>
            <w:tcW w:type="dxa" w:w="1527"/>
          </w:tcPr>
          <w:p>
            <w:pPr>
              <w:spacing w:after="0"/>
              <w:jc w:val="right"/>
            </w:pPr>
            <w:r>
              <w:rPr>
                <w:sz w:val="16"/>
              </w:rPr>
              <w:t>0</w:t>
            </w:r>
          </w:p>
        </w:tc>
        <w:tc>
          <w:tcPr>
            <w:tcW w:type="dxa" w:w="1872"/>
          </w:tcPr>
          <w:p>
            <w:pPr>
              <w:spacing w:after="0"/>
              <w:jc w:val="left"/>
            </w:pPr>
          </w:p>
        </w:tc>
        <w:tc>
          <w:tcPr>
            <w:tcW w:type="dxa" w:w="1905"/>
          </w:tcPr>
          <w:p>
            <w:pPr>
              <w:spacing w:after="0"/>
              <w:jc w:val="left"/>
            </w:pPr>
          </w:p>
        </w:tc>
        <w:tc>
          <w:tcPr>
            <w:tcW w:type="dxa" w:w="1620"/>
          </w:tcPr>
          <w:p>
            <w:pPr>
              <w:spacing w:after="0"/>
              <w:jc w:val="left"/>
            </w:pPr>
          </w:p>
        </w:tc>
        <w:tc>
          <w:tcPr>
            <w:tcW w:type="dxa" w:w="1591"/>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Wildfire</w:t>
            </w:r>
          </w:p>
        </w:tc>
        <w:tc>
          <w:tcPr>
            <w:tcW w:type="dxa" w:w="1711"/>
          </w:tcPr>
          <w:p>
            <w:pPr>
              <w:spacing w:after="0"/>
              <w:jc w:val="left"/>
            </w:pPr>
            <w:r>
              <w:rPr>
                <w:sz w:val="16"/>
              </w:rPr>
              <w:t>acres burned (local data)</w:t>
            </w:r>
          </w:p>
        </w:tc>
        <w:tc>
          <w:tcPr>
            <w:tcW w:type="dxa" w:w="1527"/>
          </w:tcPr>
          <w:p>
            <w:pPr>
              <w:spacing w:after="0"/>
              <w:jc w:val="right"/>
            </w:pPr>
            <w:r>
              <w:rPr>
                <w:sz w:val="16"/>
              </w:rPr>
              <w:t>0</w:t>
            </w:r>
          </w:p>
        </w:tc>
        <w:tc>
          <w:tcPr>
            <w:tcW w:type="dxa" w:w="1872"/>
          </w:tcPr>
          <w:p>
            <w:pPr>
              <w:spacing w:after="0"/>
              <w:jc w:val="left"/>
            </w:pPr>
          </w:p>
        </w:tc>
        <w:tc>
          <w:tcPr>
            <w:tcW w:type="dxa" w:w="1905"/>
          </w:tcPr>
          <w:p>
            <w:pPr>
              <w:spacing w:after="0"/>
              <w:jc w:val="left"/>
            </w:pPr>
          </w:p>
        </w:tc>
        <w:tc>
          <w:tcPr>
            <w:tcW w:type="dxa" w:w="1620"/>
          </w:tcPr>
          <w:p>
            <w:pPr>
              <w:spacing w:after="0"/>
              <w:jc w:val="left"/>
            </w:pPr>
          </w:p>
        </w:tc>
        <w:tc>
          <w:tcPr>
            <w:tcW w:type="dxa" w:w="1591"/>
          </w:tcPr>
          <w:p>
            <w:pPr>
              <w:spacing w:after="0"/>
              <w:jc w:val="left"/>
            </w:pPr>
          </w:p>
        </w:tc>
        <w:tc>
          <w:tcPr>
            <w:tcW w:type="dxa" w:w="2184"/>
          </w:tcPr>
          <w:p>
            <w:pPr>
              <w:spacing w:after="0"/>
              <w:jc w:val="left"/>
            </w:pPr>
            <w:r>
              <w:rPr>
                <w:sz w:val="16"/>
              </w:rPr>
              <w:t>Acres burned: in event narratives only; local data required.</w:t>
            </w:r>
          </w:p>
        </w:tc>
      </w:tr>
      <w:tr>
        <w:trPr>
          <w:cantSplit/>
        </w:trPr>
        <w:tc>
          <w:tcPr>
            <w:tcW w:type="dxa" w:w="1701"/>
          </w:tcPr>
          <w:p>
            <w:pPr>
              <w:spacing w:after="0"/>
              <w:jc w:val="left"/>
            </w:pPr>
            <w:r>
              <w:rPr>
                <w:sz w:val="16"/>
              </w:rPr>
              <w:t>Winter Storm, Heavy Snow, Blizzard, Lake-Effect Snow, Winter Weather, Sleet</w:t>
            </w:r>
          </w:p>
        </w:tc>
        <w:tc>
          <w:tcPr>
            <w:tcW w:type="dxa" w:w="1711"/>
          </w:tcPr>
          <w:p>
            <w:pPr>
              <w:spacing w:after="0"/>
              <w:jc w:val="left"/>
            </w:pPr>
            <w:r>
              <w:rPr>
                <w:sz w:val="16"/>
              </w:rPr>
              <w:t>none in data (snowfall local)</w:t>
            </w:r>
          </w:p>
        </w:tc>
        <w:tc>
          <w:tcPr>
            <w:tcW w:type="dxa" w:w="1527"/>
          </w:tcPr>
          <w:p>
            <w:pPr>
              <w:spacing w:after="0"/>
              <w:jc w:val="right"/>
            </w:pPr>
            <w:r>
              <w:rPr>
                <w:sz w:val="16"/>
              </w:rPr>
              <w:t>28, 1996 to 2026 (28 zone-level)</w:t>
            </w:r>
          </w:p>
        </w:tc>
        <w:tc>
          <w:tcPr>
            <w:tcW w:type="dxa" w:w="1872"/>
          </w:tcPr>
          <w:p>
            <w:pPr>
              <w:spacing w:after="0"/>
              <w:jc w:val="left"/>
            </w:pPr>
          </w:p>
        </w:tc>
        <w:tc>
          <w:tcPr>
            <w:tcW w:type="dxa" w:w="1905"/>
          </w:tcPr>
          <w:p>
            <w:pPr>
              <w:spacing w:after="0"/>
              <w:jc w:val="left"/>
            </w:pPr>
            <w:r>
              <w:rPr>
                <w:sz w:val="16"/>
              </w:rPr>
              <w:t>Winter Storm, 2026-01-23, $100,000 property; $0 crops, reported for the zone (2026 dollars); NWS zone MSZ010 (COAHOMA), zone-level: may include parts of neighboring counties</w:t>
            </w:r>
          </w:p>
        </w:tc>
        <w:tc>
          <w:tcPr>
            <w:tcW w:type="dxa" w:w="1620"/>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6"/>
        <w:gridCol w:w="2311"/>
        <w:gridCol w:w="1764"/>
        <w:gridCol w:w="1369"/>
        <w:gridCol w:w="1789"/>
        <w:gridCol w:w="25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6"/>
            <w:shd w:val="clear" w:color="auto" w:fill="E8E8E8"/>
          </w:tcPr>
          <w:p>
            <w:pPr>
              <w:spacing w:after="0"/>
              <w:jc w:val="left"/>
            </w:pPr>
            <w:r>
              <w:rPr>
                <w:b/>
                <w:sz w:val="16"/>
              </w:rPr>
              <w:t>Type</w:t>
            </w:r>
          </w:p>
        </w:tc>
        <w:tc>
          <w:tcPr>
            <w:tcW w:type="dxa" w:w="2311"/>
            <w:shd w:val="clear" w:color="auto" w:fill="E8E8E8"/>
          </w:tcPr>
          <w:p>
            <w:pPr>
              <w:spacing w:after="0"/>
              <w:jc w:val="left"/>
            </w:pPr>
            <w:r>
              <w:rPr>
                <w:b/>
                <w:sz w:val="16"/>
              </w:rPr>
              <w:t>Title</w:t>
            </w:r>
          </w:p>
        </w:tc>
        <w:tc>
          <w:tcPr>
            <w:tcW w:type="dxa" w:w="1764"/>
            <w:shd w:val="clear" w:color="auto" w:fill="E8E8E8"/>
          </w:tcPr>
          <w:p>
            <w:pPr>
              <w:spacing w:after="0"/>
              <w:jc w:val="left"/>
            </w:pPr>
            <w:r>
              <w:rPr>
                <w:b/>
                <w:sz w:val="16"/>
              </w:rPr>
              <w:t>Mapped hazard</w:t>
            </w:r>
          </w:p>
        </w:tc>
        <w:tc>
          <w:tcPr>
            <w:tcW w:type="dxa" w:w="136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9"/>
            <w:shd w:val="clear" w:color="auto" w:fill="E8E8E8"/>
          </w:tcPr>
          <w:p>
            <w:pPr>
              <w:spacing w:after="0"/>
              <w:jc w:val="left"/>
            </w:pPr>
            <w:r>
              <w:rPr>
                <w:b/>
                <w:sz w:val="16"/>
              </w:rPr>
              <w:t>Flags</w:t>
            </w:r>
          </w:p>
        </w:tc>
        <w:tc>
          <w:tcPr>
            <w:tcW w:type="dxa" w:w="2592"/>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176"/>
          </w:tcPr>
          <w:p>
            <w:pPr>
              <w:spacing w:after="0"/>
              <w:jc w:val="left"/>
            </w:pPr>
            <w:r>
              <w:rPr>
                <w:sz w:val="16"/>
              </w:rPr>
              <w:t>Major disaster</w:t>
            </w:r>
          </w:p>
        </w:tc>
        <w:tc>
          <w:tcPr>
            <w:tcW w:type="dxa" w:w="2311"/>
          </w:tcPr>
          <w:p>
            <w:pPr>
              <w:spacing w:after="0"/>
              <w:jc w:val="left"/>
            </w:pPr>
            <w:r>
              <w:rPr>
                <w:sz w:val="16"/>
              </w:rPr>
              <w:t>SEVERE WINTER STORM</w:t>
            </w:r>
          </w:p>
        </w:tc>
        <w:tc>
          <w:tcPr>
            <w:tcW w:type="dxa" w:w="1764"/>
          </w:tcPr>
          <w:p>
            <w:pPr>
              <w:spacing w:after="0"/>
              <w:jc w:val="left"/>
            </w:pPr>
            <w:r>
              <w:rPr>
                <w:sz w:val="16"/>
              </w:rPr>
              <w:t>Winter Weather</w:t>
            </w:r>
          </w:p>
        </w:tc>
        <w:tc>
          <w:tcPr>
            <w:tcW w:type="dxa" w:w="1369"/>
          </w:tcPr>
          <w:p>
            <w:pPr>
              <w:spacing w:after="0"/>
              <w:jc w:val="right"/>
            </w:pPr>
            <w:r>
              <w:rPr>
                <w:sz w:val="16"/>
              </w:rPr>
              <w:t>$9,772.61</w:t>
            </w:r>
          </w:p>
        </w:tc>
        <w:tc>
          <w:tcPr>
            <w:tcW w:type="dxa" w:w="1789"/>
          </w:tcPr>
          <w:p>
            <w:pPr>
              <w:spacing w:after="0"/>
              <w:jc w:val="left"/>
            </w:pPr>
            <w:r>
              <w:rPr>
                <w:sz w:val="16"/>
              </w:rPr>
              <w:t>new since last plan; within last 5 years</w:t>
            </w:r>
          </w:p>
        </w:tc>
        <w:tc>
          <w:tcPr>
            <w:tcW w:type="dxa" w:w="2592"/>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176"/>
          </w:tcPr>
          <w:p>
            <w:pPr>
              <w:spacing w:after="0"/>
              <w:jc w:val="left"/>
            </w:pPr>
            <w:r>
              <w:rPr>
                <w:sz w:val="16"/>
              </w:rPr>
              <w:t>Emergency</w:t>
            </w:r>
          </w:p>
        </w:tc>
        <w:tc>
          <w:tcPr>
            <w:tcW w:type="dxa" w:w="2311"/>
          </w:tcPr>
          <w:p>
            <w:pPr>
              <w:spacing w:after="0"/>
              <w:jc w:val="left"/>
            </w:pPr>
            <w:r>
              <w:rPr>
                <w:sz w:val="16"/>
              </w:rPr>
              <w:t>SEVERE WINTER STORM</w:t>
            </w:r>
          </w:p>
        </w:tc>
        <w:tc>
          <w:tcPr>
            <w:tcW w:type="dxa" w:w="1764"/>
          </w:tcPr>
          <w:p>
            <w:pPr>
              <w:spacing w:after="0"/>
              <w:jc w:val="left"/>
            </w:pPr>
            <w:r>
              <w:rPr>
                <w:sz w:val="16"/>
              </w:rPr>
              <w:t>Winter Weather</w:t>
            </w:r>
          </w:p>
        </w:tc>
        <w:tc>
          <w:tcPr>
            <w:tcW w:type="dxa" w:w="1369"/>
          </w:tcPr>
          <w:p>
            <w:pPr>
              <w:spacing w:after="0"/>
              <w:jc w:val="right"/>
            </w:pPr>
            <w:r>
              <w:rPr>
                <w:sz w:val="16"/>
              </w:rPr>
              <w:t>none found</w:t>
            </w:r>
          </w:p>
        </w:tc>
        <w:tc>
          <w:tcPr>
            <w:tcW w:type="dxa" w:w="1789"/>
          </w:tcPr>
          <w:p>
            <w:pPr>
              <w:spacing w:after="0"/>
              <w:jc w:val="left"/>
            </w:pPr>
            <w:r>
              <w:rPr>
                <w:sz w:val="16"/>
              </w:rPr>
              <w:t>new since last plan; within last 5 years</w:t>
            </w:r>
          </w:p>
        </w:tc>
        <w:tc>
          <w:tcPr>
            <w:tcW w:type="dxa" w:w="2592"/>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176"/>
          </w:tcPr>
          <w:p>
            <w:pPr>
              <w:spacing w:after="0"/>
              <w:jc w:val="left"/>
            </w:pPr>
            <w:r>
              <w:rPr>
                <w:sz w:val="16"/>
              </w:rPr>
              <w:t>Major disaster</w:t>
            </w:r>
          </w:p>
        </w:tc>
        <w:tc>
          <w:tcPr>
            <w:tcW w:type="dxa" w:w="2311"/>
          </w:tcPr>
          <w:p>
            <w:pPr>
              <w:spacing w:after="0"/>
              <w:jc w:val="left"/>
            </w:pPr>
            <w:r>
              <w:rPr>
                <w:sz w:val="16"/>
              </w:rPr>
              <w:t>HURRICANE IDA</w:t>
            </w:r>
          </w:p>
        </w:tc>
        <w:tc>
          <w:tcPr>
            <w:tcW w:type="dxa" w:w="1764"/>
          </w:tcPr>
          <w:p>
            <w:pPr>
              <w:spacing w:after="0"/>
              <w:jc w:val="left"/>
            </w:pPr>
            <w:r>
              <w:rPr>
                <w:sz w:val="16"/>
              </w:rPr>
              <w:t>Hurricane</w:t>
            </w:r>
          </w:p>
        </w:tc>
        <w:tc>
          <w:tcPr>
            <w:tcW w:type="dxa" w:w="1369"/>
          </w:tcPr>
          <w:p>
            <w:pPr>
              <w:spacing w:after="0"/>
              <w:jc w:val="right"/>
            </w:pPr>
            <w:r>
              <w:rPr>
                <w:sz w:val="16"/>
              </w:rPr>
              <w:t>none found</w:t>
            </w:r>
          </w:p>
        </w:tc>
        <w:tc>
          <w:tcPr>
            <w:tcW w:type="dxa" w:w="1789"/>
          </w:tcPr>
          <w:p>
            <w:pPr>
              <w:spacing w:after="0"/>
              <w:jc w:val="left"/>
            </w:pPr>
            <w:r>
              <w:rPr>
                <w:sz w:val="16"/>
              </w:rPr>
              <w:t>during plan review, check whether your last plan included it; within last 5 years</w:t>
            </w:r>
          </w:p>
        </w:tc>
        <w:tc>
          <w:tcPr>
            <w:tcW w:type="dxa" w:w="2592"/>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176"/>
          </w:tcPr>
          <w:p>
            <w:pPr>
              <w:spacing w:after="0"/>
              <w:jc w:val="left"/>
            </w:pPr>
            <w:r>
              <w:rPr>
                <w:sz w:val="16"/>
              </w:rPr>
              <w:t>Emergency</w:t>
            </w:r>
          </w:p>
        </w:tc>
        <w:tc>
          <w:tcPr>
            <w:tcW w:type="dxa" w:w="2311"/>
          </w:tcPr>
          <w:p>
            <w:pPr>
              <w:spacing w:after="0"/>
              <w:jc w:val="left"/>
            </w:pPr>
            <w:r>
              <w:rPr>
                <w:sz w:val="16"/>
              </w:rPr>
              <w:t>HURRICANE IDA</w:t>
            </w:r>
          </w:p>
        </w:tc>
        <w:tc>
          <w:tcPr>
            <w:tcW w:type="dxa" w:w="1764"/>
          </w:tcPr>
          <w:p>
            <w:pPr>
              <w:spacing w:after="0"/>
              <w:jc w:val="left"/>
            </w:pPr>
            <w:r>
              <w:rPr>
                <w:sz w:val="16"/>
              </w:rPr>
              <w:t>Hurricane</w:t>
            </w:r>
          </w:p>
        </w:tc>
        <w:tc>
          <w:tcPr>
            <w:tcW w:type="dxa" w:w="1369"/>
          </w:tcPr>
          <w:p>
            <w:pPr>
              <w:spacing w:after="0"/>
              <w:jc w:val="right"/>
            </w:pPr>
            <w:r>
              <w:rPr>
                <w:sz w:val="16"/>
              </w:rPr>
              <w:t>none found</w:t>
            </w:r>
          </w:p>
        </w:tc>
        <w:tc>
          <w:tcPr>
            <w:tcW w:type="dxa" w:w="1789"/>
          </w:tcPr>
          <w:p>
            <w:pPr>
              <w:spacing w:after="0"/>
              <w:jc w:val="left"/>
            </w:pPr>
            <w:r>
              <w:rPr>
                <w:sz w:val="16"/>
              </w:rPr>
              <w:t>during plan review, check whether your last plan included it</w:t>
            </w:r>
          </w:p>
        </w:tc>
        <w:tc>
          <w:tcPr>
            <w:tcW w:type="dxa" w:w="2592"/>
          </w:tcPr>
          <w:p>
            <w:pPr>
              <w:spacing w:after="0"/>
              <w:jc w:val="left"/>
            </w:pPr>
            <w:r>
              <w:rPr>
                <w:sz w:val="16"/>
              </w:rPr>
              <w:t>same incident as DR-4626</w:t>
            </w: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176"/>
          </w:tcPr>
          <w:p>
            <w:pPr>
              <w:spacing w:after="0"/>
              <w:jc w:val="left"/>
            </w:pPr>
            <w:r>
              <w:rPr>
                <w:sz w:val="16"/>
              </w:rPr>
              <w:t>Major disaster</w:t>
            </w:r>
          </w:p>
        </w:tc>
        <w:tc>
          <w:tcPr>
            <w:tcW w:type="dxa" w:w="2311"/>
          </w:tcPr>
          <w:p>
            <w:pPr>
              <w:spacing w:after="0"/>
              <w:jc w:val="left"/>
            </w:pPr>
            <w:r>
              <w:rPr>
                <w:sz w:val="16"/>
              </w:rPr>
              <w:t>SEVERE STORMS, TORNADOES, STRAIGHT-LINE WINDS, AND FLOODING</w:t>
            </w:r>
          </w:p>
        </w:tc>
        <w:tc>
          <w:tcPr>
            <w:tcW w:type="dxa" w:w="1764"/>
          </w:tcPr>
          <w:p>
            <w:pPr>
              <w:spacing w:after="0"/>
              <w:jc w:val="left"/>
            </w:pPr>
            <w:r>
              <w:rPr>
                <w:sz w:val="16"/>
              </w:rPr>
              <w:t>Inland Flooding; Strong Wind; Tornado</w:t>
            </w:r>
          </w:p>
        </w:tc>
        <w:tc>
          <w:tcPr>
            <w:tcW w:type="dxa" w:w="1369"/>
          </w:tcPr>
          <w:p>
            <w:pPr>
              <w:spacing w:after="0"/>
              <w:jc w:val="right"/>
            </w:pPr>
            <w:r>
              <w:rPr>
                <w:sz w:val="16"/>
              </w:rPr>
              <w:t>$423,612.59</w:t>
            </w:r>
          </w:p>
        </w:tc>
        <w:tc>
          <w:tcPr>
            <w:tcW w:type="dxa" w:w="1789"/>
          </w:tcPr>
          <w:p>
            <w:pPr>
              <w:spacing w:after="0"/>
              <w:jc w:val="left"/>
            </w:pPr>
          </w:p>
        </w:tc>
        <w:tc>
          <w:tcPr>
            <w:tcW w:type="dxa" w:w="2592"/>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176"/>
          </w:tcPr>
          <w:p>
            <w:pPr>
              <w:spacing w:after="0"/>
              <w:jc w:val="left"/>
            </w:pPr>
            <w:r>
              <w:rPr>
                <w:sz w:val="16"/>
              </w:rPr>
              <w:t>Major disaster</w:t>
            </w:r>
          </w:p>
        </w:tc>
        <w:tc>
          <w:tcPr>
            <w:tcW w:type="dxa" w:w="2311"/>
          </w:tcPr>
          <w:p>
            <w:pPr>
              <w:spacing w:after="0"/>
              <w:jc w:val="left"/>
            </w:pPr>
            <w:r>
              <w:rPr>
                <w:sz w:val="16"/>
              </w:rPr>
              <w:t>COVID-19 PANDEMIC</w:t>
            </w:r>
          </w:p>
        </w:tc>
        <w:tc>
          <w:tcPr>
            <w:tcW w:type="dxa" w:w="1764"/>
          </w:tcPr>
          <w:p>
            <w:pPr>
              <w:spacing w:after="0"/>
              <w:jc w:val="left"/>
            </w:pPr>
            <w:r>
              <w:rPr>
                <w:sz w:val="16"/>
              </w:rPr>
              <w:t>Non-natural, not counted</w:t>
            </w:r>
          </w:p>
        </w:tc>
        <w:tc>
          <w:tcPr>
            <w:tcW w:type="dxa" w:w="1369"/>
          </w:tcPr>
          <w:p>
            <w:pPr>
              <w:spacing w:after="0"/>
              <w:jc w:val="right"/>
            </w:pPr>
            <w:r>
              <w:rPr>
                <w:sz w:val="16"/>
              </w:rPr>
              <w:t>$12,830.70</w:t>
            </w:r>
          </w:p>
        </w:tc>
        <w:tc>
          <w:tcPr>
            <w:tcW w:type="dxa" w:w="1789"/>
          </w:tcPr>
          <w:p>
            <w:pPr>
              <w:spacing w:after="0"/>
              <w:jc w:val="left"/>
            </w:pPr>
          </w:p>
        </w:tc>
        <w:tc>
          <w:tcPr>
            <w:tcW w:type="dxa" w:w="25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176"/>
          </w:tcPr>
          <w:p>
            <w:pPr>
              <w:spacing w:after="0"/>
              <w:jc w:val="left"/>
            </w:pPr>
            <w:r>
              <w:rPr>
                <w:sz w:val="16"/>
              </w:rPr>
              <w:t>Emergency</w:t>
            </w:r>
          </w:p>
        </w:tc>
        <w:tc>
          <w:tcPr>
            <w:tcW w:type="dxa" w:w="2311"/>
          </w:tcPr>
          <w:p>
            <w:pPr>
              <w:spacing w:after="0"/>
              <w:jc w:val="left"/>
            </w:pPr>
            <w:r>
              <w:rPr>
                <w:sz w:val="16"/>
              </w:rPr>
              <w:t>COVID-19</w:t>
            </w:r>
          </w:p>
        </w:tc>
        <w:tc>
          <w:tcPr>
            <w:tcW w:type="dxa" w:w="1764"/>
          </w:tcPr>
          <w:p>
            <w:pPr>
              <w:spacing w:after="0"/>
              <w:jc w:val="left"/>
            </w:pPr>
            <w:r>
              <w:rPr>
                <w:sz w:val="16"/>
              </w:rPr>
              <w:t>Non-natural, not counted</w:t>
            </w:r>
          </w:p>
        </w:tc>
        <w:tc>
          <w:tcPr>
            <w:tcW w:type="dxa" w:w="1369"/>
          </w:tcPr>
          <w:p>
            <w:pPr>
              <w:spacing w:after="0"/>
              <w:jc w:val="right"/>
            </w:pPr>
            <w:r>
              <w:rPr>
                <w:sz w:val="16"/>
              </w:rPr>
              <w:t>none found</w:t>
            </w:r>
          </w:p>
        </w:tc>
        <w:tc>
          <w:tcPr>
            <w:tcW w:type="dxa" w:w="1789"/>
          </w:tcPr>
          <w:p>
            <w:pPr>
              <w:spacing w:after="0"/>
              <w:jc w:val="left"/>
            </w:pPr>
          </w:p>
        </w:tc>
        <w:tc>
          <w:tcPr>
            <w:tcW w:type="dxa" w:w="2592"/>
          </w:tcPr>
          <w:p>
            <w:pPr>
              <w:spacing w:after="0"/>
              <w:jc w:val="left"/>
            </w:pPr>
            <w:r>
              <w:rPr>
                <w:sz w:val="16"/>
              </w:rPr>
              <w:t>same incident as DR-4528</w:t>
            </w: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176"/>
          </w:tcPr>
          <w:p>
            <w:pPr>
              <w:spacing w:after="0"/>
              <w:jc w:val="left"/>
            </w:pPr>
            <w:r>
              <w:rPr>
                <w:sz w:val="16"/>
              </w:rPr>
              <w:t>Major disaster</w:t>
            </w:r>
          </w:p>
        </w:tc>
        <w:tc>
          <w:tcPr>
            <w:tcW w:type="dxa" w:w="2311"/>
          </w:tcPr>
          <w:p>
            <w:pPr>
              <w:spacing w:after="0"/>
              <w:jc w:val="left"/>
            </w:pPr>
            <w:r>
              <w:rPr>
                <w:sz w:val="16"/>
              </w:rPr>
              <w:t>SEVERE STORMS, STRAIGHT-LINE WINDS, TORNADOES, AND FLOODING</w:t>
            </w:r>
          </w:p>
        </w:tc>
        <w:tc>
          <w:tcPr>
            <w:tcW w:type="dxa" w:w="1764"/>
          </w:tcPr>
          <w:p>
            <w:pPr>
              <w:spacing w:after="0"/>
              <w:jc w:val="left"/>
            </w:pPr>
            <w:r>
              <w:rPr>
                <w:sz w:val="16"/>
              </w:rPr>
              <w:t>Inland Flooding; Strong Wind; Tornado</w:t>
            </w:r>
          </w:p>
        </w:tc>
        <w:tc>
          <w:tcPr>
            <w:tcW w:type="dxa" w:w="1369"/>
          </w:tcPr>
          <w:p>
            <w:pPr>
              <w:spacing w:after="0"/>
              <w:jc w:val="right"/>
            </w:pPr>
            <w:r>
              <w:rPr>
                <w:sz w:val="16"/>
              </w:rPr>
              <w:t>$190,548.61</w:t>
            </w:r>
          </w:p>
        </w:tc>
        <w:tc>
          <w:tcPr>
            <w:tcW w:type="dxa" w:w="1789"/>
          </w:tcPr>
          <w:p>
            <w:pPr>
              <w:spacing w:after="0"/>
              <w:jc w:val="left"/>
            </w:pPr>
          </w:p>
        </w:tc>
        <w:tc>
          <w:tcPr>
            <w:tcW w:type="dxa" w:w="2592"/>
          </w:tcPr>
          <w:p>
            <w:pPr>
              <w:spacing w:after="0"/>
              <w:jc w:val="left"/>
            </w:pP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176"/>
          </w:tcPr>
          <w:p>
            <w:pPr>
              <w:spacing w:after="0"/>
              <w:jc w:val="left"/>
            </w:pPr>
            <w:r>
              <w:rPr>
                <w:sz w:val="16"/>
              </w:rPr>
              <w:t>Major disaster</w:t>
            </w:r>
          </w:p>
        </w:tc>
        <w:tc>
          <w:tcPr>
            <w:tcW w:type="dxa" w:w="2311"/>
          </w:tcPr>
          <w:p>
            <w:pPr>
              <w:spacing w:after="0"/>
              <w:jc w:val="left"/>
            </w:pPr>
            <w:r>
              <w:rPr>
                <w:sz w:val="16"/>
              </w:rPr>
              <w:t>SEVERE STORMS AND FLOODING</w:t>
            </w:r>
          </w:p>
        </w:tc>
        <w:tc>
          <w:tcPr>
            <w:tcW w:type="dxa" w:w="1764"/>
          </w:tcPr>
          <w:p>
            <w:pPr>
              <w:spacing w:after="0"/>
              <w:jc w:val="left"/>
            </w:pPr>
            <w:r>
              <w:rPr>
                <w:sz w:val="16"/>
              </w:rPr>
              <w:t>Inland Flooding</w:t>
            </w:r>
          </w:p>
        </w:tc>
        <w:tc>
          <w:tcPr>
            <w:tcW w:type="dxa" w:w="1369"/>
          </w:tcPr>
          <w:p>
            <w:pPr>
              <w:spacing w:after="0"/>
              <w:jc w:val="right"/>
            </w:pPr>
            <w:r>
              <w:rPr>
                <w:sz w:val="16"/>
              </w:rPr>
              <w:t>$1,340,728.14</w:t>
            </w:r>
          </w:p>
        </w:tc>
        <w:tc>
          <w:tcPr>
            <w:tcW w:type="dxa" w:w="1789"/>
          </w:tcPr>
          <w:p>
            <w:pPr>
              <w:spacing w:after="0"/>
              <w:jc w:val="left"/>
            </w:pPr>
          </w:p>
        </w:tc>
        <w:tc>
          <w:tcPr>
            <w:tcW w:type="dxa" w:w="2592"/>
          </w:tcPr>
          <w:p>
            <w:pPr>
              <w:spacing w:after="0"/>
              <w:jc w:val="left"/>
            </w:pPr>
          </w:p>
        </w:tc>
      </w:tr>
      <w:tr>
        <w:trPr>
          <w:cantSplit/>
        </w:trPr>
        <w:tc>
          <w:tcPr>
            <w:tcW w:type="dxa" w:w="1037"/>
          </w:tcPr>
          <w:p>
            <w:pPr>
              <w:spacing w:after="0"/>
              <w:jc w:val="left"/>
            </w:pPr>
            <w:r>
              <w:rPr>
                <w:sz w:val="16"/>
              </w:rPr>
              <w:t>2016-01-04</w:t>
            </w:r>
          </w:p>
        </w:tc>
        <w:tc>
          <w:tcPr>
            <w:tcW w:type="dxa" w:w="1037"/>
          </w:tcPr>
          <w:p>
            <w:pPr>
              <w:spacing w:after="0"/>
              <w:jc w:val="left"/>
            </w:pPr>
            <w:r>
              <w:rPr>
                <w:sz w:val="16"/>
              </w:rPr>
              <w:t>2015-12-23</w:t>
            </w:r>
          </w:p>
        </w:tc>
        <w:tc>
          <w:tcPr>
            <w:tcW w:type="dxa" w:w="1037"/>
          </w:tcPr>
          <w:p>
            <w:pPr>
              <w:spacing w:after="0"/>
              <w:jc w:val="left"/>
            </w:pPr>
            <w:r>
              <w:rPr>
                <w:sz w:val="16"/>
              </w:rPr>
              <w:t>DR-4248-MS</w:t>
            </w:r>
          </w:p>
        </w:tc>
        <w:tc>
          <w:tcPr>
            <w:tcW w:type="dxa" w:w="1176"/>
          </w:tcPr>
          <w:p>
            <w:pPr>
              <w:spacing w:after="0"/>
              <w:jc w:val="left"/>
            </w:pPr>
            <w:r>
              <w:rPr>
                <w:sz w:val="16"/>
              </w:rPr>
              <w:t>Major disaster</w:t>
            </w:r>
          </w:p>
        </w:tc>
        <w:tc>
          <w:tcPr>
            <w:tcW w:type="dxa" w:w="2311"/>
          </w:tcPr>
          <w:p>
            <w:pPr>
              <w:spacing w:after="0"/>
              <w:jc w:val="left"/>
            </w:pPr>
            <w:r>
              <w:rPr>
                <w:sz w:val="16"/>
              </w:rPr>
              <w:t>SEVERE STORMS, TORNADOES, STRAIGHT-LINE WINDS, AND FLOODING</w:t>
            </w:r>
          </w:p>
        </w:tc>
        <w:tc>
          <w:tcPr>
            <w:tcW w:type="dxa" w:w="1764"/>
          </w:tcPr>
          <w:p>
            <w:pPr>
              <w:spacing w:after="0"/>
              <w:jc w:val="left"/>
            </w:pPr>
            <w:r>
              <w:rPr>
                <w:sz w:val="16"/>
              </w:rPr>
              <w:t>Inland Flooding; Strong Wind; Tornado</w:t>
            </w:r>
          </w:p>
        </w:tc>
        <w:tc>
          <w:tcPr>
            <w:tcW w:type="dxa" w:w="1369"/>
          </w:tcPr>
          <w:p>
            <w:pPr>
              <w:spacing w:after="0"/>
              <w:jc w:val="right"/>
            </w:pPr>
            <w:r>
              <w:rPr>
                <w:sz w:val="16"/>
              </w:rPr>
              <w:t>$187,074.46</w:t>
            </w:r>
          </w:p>
        </w:tc>
        <w:tc>
          <w:tcPr>
            <w:tcW w:type="dxa" w:w="1789"/>
          </w:tcPr>
          <w:p>
            <w:pPr>
              <w:spacing w:after="0"/>
              <w:jc w:val="left"/>
            </w:pPr>
          </w:p>
        </w:tc>
        <w:tc>
          <w:tcPr>
            <w:tcW w:type="dxa" w:w="2592"/>
          </w:tcPr>
          <w:p>
            <w:pPr>
              <w:spacing w:after="0"/>
              <w:jc w:val="left"/>
            </w:pPr>
          </w:p>
        </w:tc>
      </w:tr>
      <w:tr>
        <w:trPr>
          <w:cantSplit/>
        </w:trPr>
        <w:tc>
          <w:tcPr>
            <w:tcW w:type="dxa" w:w="1037"/>
          </w:tcPr>
          <w:p>
            <w:pPr>
              <w:spacing w:after="0"/>
              <w:jc w:val="left"/>
            </w:pPr>
            <w:r>
              <w:rPr>
                <w:sz w:val="16"/>
              </w:rPr>
              <w:t>2011-05-11</w:t>
            </w:r>
          </w:p>
        </w:tc>
        <w:tc>
          <w:tcPr>
            <w:tcW w:type="dxa" w:w="1037"/>
          </w:tcPr>
          <w:p>
            <w:pPr>
              <w:spacing w:after="0"/>
              <w:jc w:val="left"/>
            </w:pPr>
            <w:r>
              <w:rPr>
                <w:sz w:val="16"/>
              </w:rPr>
              <w:t>2011-05-03</w:t>
            </w:r>
          </w:p>
        </w:tc>
        <w:tc>
          <w:tcPr>
            <w:tcW w:type="dxa" w:w="1037"/>
          </w:tcPr>
          <w:p>
            <w:pPr>
              <w:spacing w:after="0"/>
              <w:jc w:val="left"/>
            </w:pPr>
            <w:r>
              <w:rPr>
                <w:sz w:val="16"/>
              </w:rPr>
              <w:t>DR-1983-MS</w:t>
            </w:r>
          </w:p>
        </w:tc>
        <w:tc>
          <w:tcPr>
            <w:tcW w:type="dxa" w:w="1176"/>
          </w:tcPr>
          <w:p>
            <w:pPr>
              <w:spacing w:after="0"/>
              <w:jc w:val="left"/>
            </w:pPr>
            <w:r>
              <w:rPr>
                <w:sz w:val="16"/>
              </w:rPr>
              <w:t>Major disaster</w:t>
            </w:r>
          </w:p>
        </w:tc>
        <w:tc>
          <w:tcPr>
            <w:tcW w:type="dxa" w:w="2311"/>
          </w:tcPr>
          <w:p>
            <w:pPr>
              <w:spacing w:after="0"/>
              <w:jc w:val="left"/>
            </w:pPr>
            <w:r>
              <w:rPr>
                <w:sz w:val="16"/>
              </w:rPr>
              <w:t>FLOODING</w:t>
            </w:r>
          </w:p>
        </w:tc>
        <w:tc>
          <w:tcPr>
            <w:tcW w:type="dxa" w:w="1764"/>
          </w:tcPr>
          <w:p>
            <w:pPr>
              <w:spacing w:after="0"/>
              <w:jc w:val="left"/>
            </w:pPr>
            <w:r>
              <w:rPr>
                <w:sz w:val="16"/>
              </w:rPr>
              <w:t>Inland Flooding</w:t>
            </w:r>
          </w:p>
        </w:tc>
        <w:tc>
          <w:tcPr>
            <w:tcW w:type="dxa" w:w="1369"/>
          </w:tcPr>
          <w:p>
            <w:pPr>
              <w:spacing w:after="0"/>
              <w:jc w:val="right"/>
            </w:pPr>
            <w:r>
              <w:rPr>
                <w:sz w:val="16"/>
              </w:rPr>
              <w:t>$120,375.14</w:t>
            </w:r>
          </w:p>
        </w:tc>
        <w:tc>
          <w:tcPr>
            <w:tcW w:type="dxa" w:w="1789"/>
          </w:tcPr>
          <w:p>
            <w:pPr>
              <w:spacing w:after="0"/>
              <w:jc w:val="left"/>
            </w:pPr>
          </w:p>
        </w:tc>
        <w:tc>
          <w:tcPr>
            <w:tcW w:type="dxa" w:w="2592"/>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2011-04-27</w:t>
            </w:r>
          </w:p>
        </w:tc>
        <w:tc>
          <w:tcPr>
            <w:tcW w:type="dxa" w:w="1037"/>
          </w:tcPr>
          <w:p>
            <w:pPr>
              <w:spacing w:after="0"/>
              <w:jc w:val="left"/>
            </w:pPr>
            <w:r>
              <w:rPr>
                <w:sz w:val="16"/>
              </w:rPr>
              <w:t>EM-3320-MS</w:t>
            </w:r>
          </w:p>
        </w:tc>
        <w:tc>
          <w:tcPr>
            <w:tcW w:type="dxa" w:w="1176"/>
          </w:tcPr>
          <w:p>
            <w:pPr>
              <w:spacing w:after="0"/>
              <w:jc w:val="left"/>
            </w:pPr>
            <w:r>
              <w:rPr>
                <w:sz w:val="16"/>
              </w:rPr>
              <w:t>Emergency</w:t>
            </w:r>
          </w:p>
        </w:tc>
        <w:tc>
          <w:tcPr>
            <w:tcW w:type="dxa" w:w="2311"/>
          </w:tcPr>
          <w:p>
            <w:pPr>
              <w:spacing w:after="0"/>
              <w:jc w:val="left"/>
            </w:pPr>
            <w:r>
              <w:rPr>
                <w:sz w:val="16"/>
              </w:rPr>
              <w:t>FLOODING</w:t>
            </w:r>
          </w:p>
        </w:tc>
        <w:tc>
          <w:tcPr>
            <w:tcW w:type="dxa" w:w="1764"/>
          </w:tcPr>
          <w:p>
            <w:pPr>
              <w:spacing w:after="0"/>
              <w:jc w:val="left"/>
            </w:pPr>
            <w:r>
              <w:rPr>
                <w:sz w:val="16"/>
              </w:rPr>
              <w:t>Inland Flooding</w:t>
            </w:r>
          </w:p>
        </w:tc>
        <w:tc>
          <w:tcPr>
            <w:tcW w:type="dxa" w:w="1369"/>
          </w:tcPr>
          <w:p>
            <w:pPr>
              <w:spacing w:after="0"/>
              <w:jc w:val="right"/>
            </w:pPr>
            <w:r>
              <w:rPr>
                <w:sz w:val="16"/>
              </w:rPr>
              <w:t>none found</w:t>
            </w:r>
          </w:p>
        </w:tc>
        <w:tc>
          <w:tcPr>
            <w:tcW w:type="dxa" w:w="1789"/>
          </w:tcPr>
          <w:p>
            <w:pPr>
              <w:spacing w:after="0"/>
              <w:jc w:val="left"/>
            </w:pPr>
          </w:p>
        </w:tc>
        <w:tc>
          <w:tcPr>
            <w:tcW w:type="dxa" w:w="2592"/>
          </w:tcPr>
          <w:p>
            <w:pPr>
              <w:spacing w:after="0"/>
              <w:jc w:val="left"/>
            </w:pPr>
            <w:r>
              <w:rPr>
                <w:sz w:val="16"/>
              </w:rPr>
              <w:t>same incident as DR-1983</w:t>
            </w: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176"/>
          </w:tcPr>
          <w:p>
            <w:pPr>
              <w:spacing w:after="0"/>
              <w:jc w:val="left"/>
            </w:pPr>
            <w:r>
              <w:rPr>
                <w:sz w:val="16"/>
              </w:rPr>
              <w:t>Major disaster</w:t>
            </w:r>
          </w:p>
        </w:tc>
        <w:tc>
          <w:tcPr>
            <w:tcW w:type="dxa" w:w="2311"/>
          </w:tcPr>
          <w:p>
            <w:pPr>
              <w:spacing w:after="0"/>
              <w:jc w:val="left"/>
            </w:pPr>
            <w:r>
              <w:rPr>
                <w:sz w:val="16"/>
              </w:rPr>
              <w:t>SEVERE STORMS, TORNADOES, STRAIGHT-LINE WINDS, AND ASSOCIATED FLOODING</w:t>
            </w:r>
          </w:p>
        </w:tc>
        <w:tc>
          <w:tcPr>
            <w:tcW w:type="dxa" w:w="1764"/>
          </w:tcPr>
          <w:p>
            <w:pPr>
              <w:spacing w:after="0"/>
              <w:jc w:val="left"/>
            </w:pPr>
            <w:r>
              <w:rPr>
                <w:sz w:val="16"/>
              </w:rPr>
              <w:t>Inland Flooding; Strong Wind; Tornado</w:t>
            </w:r>
          </w:p>
        </w:tc>
        <w:tc>
          <w:tcPr>
            <w:tcW w:type="dxa" w:w="1369"/>
          </w:tcPr>
          <w:p>
            <w:pPr>
              <w:spacing w:after="0"/>
              <w:jc w:val="right"/>
            </w:pPr>
            <w:r>
              <w:rPr>
                <w:sz w:val="16"/>
              </w:rPr>
              <w:t>$25,865.08</w:t>
            </w:r>
          </w:p>
        </w:tc>
        <w:tc>
          <w:tcPr>
            <w:tcW w:type="dxa" w:w="1789"/>
          </w:tcPr>
          <w:p>
            <w:pPr>
              <w:spacing w:after="0"/>
              <w:jc w:val="left"/>
            </w:pPr>
          </w:p>
        </w:tc>
        <w:tc>
          <w:tcPr>
            <w:tcW w:type="dxa" w:w="2592"/>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176"/>
          </w:tcPr>
          <w:p>
            <w:pPr>
              <w:spacing w:after="0"/>
              <w:jc w:val="left"/>
            </w:pPr>
            <w:r>
              <w:rPr>
                <w:sz w:val="16"/>
              </w:rPr>
              <w:t>Emergency</w:t>
            </w:r>
          </w:p>
        </w:tc>
        <w:tc>
          <w:tcPr>
            <w:tcW w:type="dxa" w:w="2311"/>
          </w:tcPr>
          <w:p>
            <w:pPr>
              <w:spacing w:after="0"/>
              <w:jc w:val="left"/>
            </w:pPr>
            <w:r>
              <w:rPr>
                <w:sz w:val="16"/>
              </w:rPr>
              <w:t>HURRICANE GUSTAV</w:t>
            </w:r>
          </w:p>
        </w:tc>
        <w:tc>
          <w:tcPr>
            <w:tcW w:type="dxa" w:w="1764"/>
          </w:tcPr>
          <w:p>
            <w:pPr>
              <w:spacing w:after="0"/>
              <w:jc w:val="left"/>
            </w:pPr>
            <w:r>
              <w:rPr>
                <w:sz w:val="16"/>
              </w:rPr>
              <w:t>Hurricane</w:t>
            </w:r>
          </w:p>
        </w:tc>
        <w:tc>
          <w:tcPr>
            <w:tcW w:type="dxa" w:w="1369"/>
          </w:tcPr>
          <w:p>
            <w:pPr>
              <w:spacing w:after="0"/>
              <w:jc w:val="right"/>
            </w:pPr>
            <w:r>
              <w:rPr>
                <w:sz w:val="16"/>
              </w:rPr>
              <w:t>none found</w:t>
            </w:r>
          </w:p>
        </w:tc>
        <w:tc>
          <w:tcPr>
            <w:tcW w:type="dxa" w:w="1789"/>
          </w:tcPr>
          <w:p>
            <w:pPr>
              <w:spacing w:after="0"/>
              <w:jc w:val="left"/>
            </w:pPr>
          </w:p>
        </w:tc>
        <w:tc>
          <w:tcPr>
            <w:tcW w:type="dxa" w:w="2592"/>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176"/>
          </w:tcPr>
          <w:p>
            <w:pPr>
              <w:spacing w:after="0"/>
              <w:jc w:val="left"/>
            </w:pPr>
            <w:r>
              <w:rPr>
                <w:sz w:val="16"/>
              </w:rPr>
              <w:t>Major disaster</w:t>
            </w:r>
          </w:p>
        </w:tc>
        <w:tc>
          <w:tcPr>
            <w:tcW w:type="dxa" w:w="2311"/>
          </w:tcPr>
          <w:p>
            <w:pPr>
              <w:spacing w:after="0"/>
              <w:jc w:val="left"/>
            </w:pPr>
            <w:r>
              <w:rPr>
                <w:sz w:val="16"/>
              </w:rPr>
              <w:t>HURRICANE KATRINA</w:t>
            </w:r>
          </w:p>
        </w:tc>
        <w:tc>
          <w:tcPr>
            <w:tcW w:type="dxa" w:w="1764"/>
          </w:tcPr>
          <w:p>
            <w:pPr>
              <w:spacing w:after="0"/>
              <w:jc w:val="left"/>
            </w:pPr>
            <w:r>
              <w:rPr>
                <w:sz w:val="16"/>
              </w:rPr>
              <w:t>Hurricane</w:t>
            </w:r>
          </w:p>
        </w:tc>
        <w:tc>
          <w:tcPr>
            <w:tcW w:type="dxa" w:w="1369"/>
          </w:tcPr>
          <w:p>
            <w:pPr>
              <w:spacing w:after="0"/>
              <w:jc w:val="right"/>
            </w:pPr>
            <w:r>
              <w:rPr>
                <w:sz w:val="16"/>
              </w:rPr>
              <w:t>$129,780.80</w:t>
            </w:r>
          </w:p>
        </w:tc>
        <w:tc>
          <w:tcPr>
            <w:tcW w:type="dxa" w:w="1789"/>
          </w:tcPr>
          <w:p>
            <w:pPr>
              <w:spacing w:after="0"/>
              <w:jc w:val="left"/>
            </w:pPr>
          </w:p>
        </w:tc>
        <w:tc>
          <w:tcPr>
            <w:tcW w:type="dxa" w:w="2592"/>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DR-1398-MS</w:t>
            </w:r>
          </w:p>
        </w:tc>
        <w:tc>
          <w:tcPr>
            <w:tcW w:type="dxa" w:w="1176"/>
          </w:tcPr>
          <w:p>
            <w:pPr>
              <w:spacing w:after="0"/>
              <w:jc w:val="left"/>
            </w:pPr>
            <w:r>
              <w:rPr>
                <w:sz w:val="16"/>
              </w:rPr>
              <w:t>Major disaster</w:t>
            </w:r>
          </w:p>
        </w:tc>
        <w:tc>
          <w:tcPr>
            <w:tcW w:type="dxa" w:w="2311"/>
          </w:tcPr>
          <w:p>
            <w:pPr>
              <w:spacing w:after="0"/>
              <w:jc w:val="left"/>
            </w:pPr>
            <w:r>
              <w:rPr>
                <w:sz w:val="16"/>
              </w:rPr>
              <w:t>SEVERE STORMS, TORNADOES AND FLOODING</w:t>
            </w:r>
          </w:p>
        </w:tc>
        <w:tc>
          <w:tcPr>
            <w:tcW w:type="dxa" w:w="1764"/>
          </w:tcPr>
          <w:p>
            <w:pPr>
              <w:spacing w:after="0"/>
              <w:jc w:val="left"/>
            </w:pPr>
            <w:r>
              <w:rPr>
                <w:sz w:val="16"/>
              </w:rPr>
              <w:t>Inland Flooding; Tornado</w:t>
            </w:r>
          </w:p>
        </w:tc>
        <w:tc>
          <w:tcPr>
            <w:tcW w:type="dxa" w:w="1369"/>
          </w:tcPr>
          <w:p>
            <w:pPr>
              <w:spacing w:after="0"/>
              <w:jc w:val="right"/>
            </w:pPr>
            <w:r>
              <w:rPr>
                <w:sz w:val="16"/>
              </w:rPr>
              <w:t>$130,860.02</w:t>
            </w:r>
          </w:p>
        </w:tc>
        <w:tc>
          <w:tcPr>
            <w:tcW w:type="dxa" w:w="1789"/>
          </w:tcPr>
          <w:p>
            <w:pPr>
              <w:spacing w:after="0"/>
              <w:jc w:val="left"/>
            </w:pPr>
          </w:p>
        </w:tc>
        <w:tc>
          <w:tcPr>
            <w:tcW w:type="dxa" w:w="2592"/>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176"/>
          </w:tcPr>
          <w:p>
            <w:pPr>
              <w:spacing w:after="0"/>
              <w:jc w:val="left"/>
            </w:pPr>
            <w:r>
              <w:rPr>
                <w:sz w:val="16"/>
              </w:rPr>
              <w:t>Major disaster</w:t>
            </w:r>
          </w:p>
        </w:tc>
        <w:tc>
          <w:tcPr>
            <w:tcW w:type="dxa" w:w="2311"/>
          </w:tcPr>
          <w:p>
            <w:pPr>
              <w:spacing w:after="0"/>
              <w:jc w:val="left"/>
            </w:pPr>
            <w:r>
              <w:rPr>
                <w:sz w:val="16"/>
              </w:rPr>
              <w:t>SEVERE STORMS AND TORNADOES</w:t>
            </w:r>
          </w:p>
        </w:tc>
        <w:tc>
          <w:tcPr>
            <w:tcW w:type="dxa" w:w="1764"/>
          </w:tcPr>
          <w:p>
            <w:pPr>
              <w:spacing w:after="0"/>
              <w:jc w:val="left"/>
            </w:pPr>
            <w:r>
              <w:rPr>
                <w:sz w:val="16"/>
              </w:rPr>
              <w:t>Tornado</w:t>
            </w:r>
          </w:p>
        </w:tc>
        <w:tc>
          <w:tcPr>
            <w:tcW w:type="dxa" w:w="1369"/>
          </w:tcPr>
          <w:p>
            <w:pPr>
              <w:spacing w:after="0"/>
              <w:jc w:val="right"/>
            </w:pPr>
            <w:r>
              <w:rPr>
                <w:sz w:val="16"/>
              </w:rPr>
              <w:t>PA not declared for this county</w:t>
            </w:r>
          </w:p>
        </w:tc>
        <w:tc>
          <w:tcPr>
            <w:tcW w:type="dxa" w:w="1789"/>
          </w:tcPr>
          <w:p>
            <w:pPr>
              <w:spacing w:after="0"/>
              <w:jc w:val="left"/>
            </w:pPr>
          </w:p>
        </w:tc>
        <w:tc>
          <w:tcPr>
            <w:tcW w:type="dxa" w:w="2592"/>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176"/>
          </w:tcPr>
          <w:p>
            <w:pPr>
              <w:spacing w:after="0"/>
              <w:jc w:val="left"/>
            </w:pPr>
            <w:r>
              <w:rPr>
                <w:sz w:val="16"/>
              </w:rPr>
              <w:t>Major disaster</w:t>
            </w:r>
          </w:p>
        </w:tc>
        <w:tc>
          <w:tcPr>
            <w:tcW w:type="dxa" w:w="2311"/>
          </w:tcPr>
          <w:p>
            <w:pPr>
              <w:spacing w:after="0"/>
              <w:jc w:val="left"/>
            </w:pPr>
            <w:r>
              <w:rPr>
                <w:sz w:val="16"/>
              </w:rPr>
              <w:t>SEVERE WINTER STORM, FREEEZING RAIN AND SLEET</w:t>
            </w:r>
          </w:p>
        </w:tc>
        <w:tc>
          <w:tcPr>
            <w:tcW w:type="dxa" w:w="1764"/>
          </w:tcPr>
          <w:p>
            <w:pPr>
              <w:spacing w:after="0"/>
              <w:jc w:val="left"/>
            </w:pPr>
            <w:r>
              <w:rPr>
                <w:sz w:val="16"/>
              </w:rPr>
              <w:t>Winter Weather</w:t>
            </w:r>
          </w:p>
        </w:tc>
        <w:tc>
          <w:tcPr>
            <w:tcW w:type="dxa" w:w="1369"/>
          </w:tcPr>
          <w:p>
            <w:pPr>
              <w:spacing w:after="0"/>
              <w:jc w:val="right"/>
            </w:pPr>
            <w:r>
              <w:rPr>
                <w:sz w:val="16"/>
              </w:rPr>
              <w:t>none found</w:t>
            </w:r>
          </w:p>
        </w:tc>
        <w:tc>
          <w:tcPr>
            <w:tcW w:type="dxa" w:w="1789"/>
          </w:tcPr>
          <w:p>
            <w:pPr>
              <w:spacing w:after="0"/>
              <w:jc w:val="left"/>
            </w:pPr>
          </w:p>
        </w:tc>
        <w:tc>
          <w:tcPr>
            <w:tcW w:type="dxa" w:w="2592"/>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176"/>
          </w:tcPr>
          <w:p>
            <w:pPr>
              <w:spacing w:after="0"/>
              <w:jc w:val="left"/>
            </w:pPr>
            <w:r>
              <w:rPr>
                <w:sz w:val="16"/>
              </w:rPr>
              <w:t>Major disaster</w:t>
            </w:r>
          </w:p>
        </w:tc>
        <w:tc>
          <w:tcPr>
            <w:tcW w:type="dxa" w:w="2311"/>
          </w:tcPr>
          <w:p>
            <w:pPr>
              <w:spacing w:after="0"/>
              <w:jc w:val="left"/>
            </w:pPr>
            <w:r>
              <w:rPr>
                <w:sz w:val="16"/>
              </w:rPr>
              <w:t>SEVERE STORMS, TORNADOES &amp; FLOODING</w:t>
            </w:r>
          </w:p>
        </w:tc>
        <w:tc>
          <w:tcPr>
            <w:tcW w:type="dxa" w:w="1764"/>
          </w:tcPr>
          <w:p>
            <w:pPr>
              <w:spacing w:after="0"/>
              <w:jc w:val="left"/>
            </w:pPr>
            <w:r>
              <w:rPr>
                <w:sz w:val="16"/>
              </w:rPr>
              <w:t>Inland Flooding; Tornado</w:t>
            </w:r>
          </w:p>
        </w:tc>
        <w:tc>
          <w:tcPr>
            <w:tcW w:type="dxa" w:w="1369"/>
          </w:tcPr>
          <w:p>
            <w:pPr>
              <w:spacing w:after="0"/>
              <w:jc w:val="right"/>
            </w:pPr>
            <w:r>
              <w:rPr>
                <w:sz w:val="16"/>
              </w:rPr>
              <w:t>PA not declared for this county</w:t>
            </w:r>
          </w:p>
        </w:tc>
        <w:tc>
          <w:tcPr>
            <w:tcW w:type="dxa" w:w="1789"/>
          </w:tcPr>
          <w:p>
            <w:pPr>
              <w:spacing w:after="0"/>
              <w:jc w:val="left"/>
            </w:pPr>
          </w:p>
        </w:tc>
        <w:tc>
          <w:tcPr>
            <w:tcW w:type="dxa" w:w="2592"/>
          </w:tcPr>
          <w:p>
            <w:pPr>
              <w:spacing w:after="0"/>
              <w:jc w:val="left"/>
            </w:pPr>
          </w:p>
        </w:tc>
      </w:tr>
      <w:tr>
        <w:trPr>
          <w:cantSplit/>
        </w:trPr>
        <w:tc>
          <w:tcPr>
            <w:tcW w:type="dxa" w:w="1037"/>
          </w:tcPr>
          <w:p>
            <w:pPr>
              <w:spacing w:after="0"/>
              <w:jc w:val="left"/>
            </w:pPr>
            <w:r>
              <w:rPr>
                <w:sz w:val="16"/>
              </w:rPr>
              <w:t>1991-03-05</w:t>
            </w:r>
          </w:p>
        </w:tc>
        <w:tc>
          <w:tcPr>
            <w:tcW w:type="dxa" w:w="1037"/>
          </w:tcPr>
          <w:p>
            <w:pPr>
              <w:spacing w:after="0"/>
              <w:jc w:val="left"/>
            </w:pPr>
            <w:r>
              <w:rPr>
                <w:sz w:val="16"/>
              </w:rPr>
              <w:t>1991-02-17</w:t>
            </w:r>
          </w:p>
        </w:tc>
        <w:tc>
          <w:tcPr>
            <w:tcW w:type="dxa" w:w="1037"/>
          </w:tcPr>
          <w:p>
            <w:pPr>
              <w:spacing w:after="0"/>
              <w:jc w:val="left"/>
            </w:pPr>
            <w:r>
              <w:rPr>
                <w:sz w:val="16"/>
              </w:rPr>
              <w:t>DR-895-MS</w:t>
            </w:r>
          </w:p>
        </w:tc>
        <w:tc>
          <w:tcPr>
            <w:tcW w:type="dxa" w:w="1176"/>
          </w:tcPr>
          <w:p>
            <w:pPr>
              <w:spacing w:after="0"/>
              <w:jc w:val="left"/>
            </w:pPr>
            <w:r>
              <w:rPr>
                <w:sz w:val="16"/>
              </w:rPr>
              <w:t>Major disaster</w:t>
            </w:r>
          </w:p>
        </w:tc>
        <w:tc>
          <w:tcPr>
            <w:tcW w:type="dxa" w:w="2311"/>
          </w:tcPr>
          <w:p>
            <w:pPr>
              <w:spacing w:after="0"/>
              <w:jc w:val="left"/>
            </w:pPr>
            <w:r>
              <w:rPr>
                <w:sz w:val="16"/>
              </w:rPr>
              <w:t>SEVERE STORMS &amp; FLOODING</w:t>
            </w:r>
          </w:p>
        </w:tc>
        <w:tc>
          <w:tcPr>
            <w:tcW w:type="dxa" w:w="1764"/>
          </w:tcPr>
          <w:p>
            <w:pPr>
              <w:spacing w:after="0"/>
              <w:jc w:val="left"/>
            </w:pPr>
            <w:r>
              <w:rPr>
                <w:sz w:val="16"/>
              </w:rPr>
              <w:t>Inland Flooding</w:t>
            </w:r>
          </w:p>
        </w:tc>
        <w:tc>
          <w:tcPr>
            <w:tcW w:type="dxa" w:w="1369"/>
          </w:tcPr>
          <w:p>
            <w:pPr>
              <w:spacing w:after="0"/>
              <w:jc w:val="right"/>
            </w:pPr>
            <w:r>
              <w:rPr>
                <w:sz w:val="16"/>
              </w:rPr>
              <w:t>PA not declared for this county</w:t>
            </w:r>
          </w:p>
        </w:tc>
        <w:tc>
          <w:tcPr>
            <w:tcW w:type="dxa" w:w="1789"/>
          </w:tcPr>
          <w:p>
            <w:pPr>
              <w:spacing w:after="0"/>
              <w:jc w:val="left"/>
            </w:pPr>
          </w:p>
        </w:tc>
        <w:tc>
          <w:tcPr>
            <w:tcW w:type="dxa" w:w="2592"/>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176"/>
          </w:tcPr>
          <w:p>
            <w:pPr>
              <w:spacing w:after="0"/>
              <w:jc w:val="left"/>
            </w:pPr>
            <w:r>
              <w:rPr>
                <w:sz w:val="16"/>
              </w:rPr>
              <w:t>Major disaster</w:t>
            </w:r>
          </w:p>
        </w:tc>
        <w:tc>
          <w:tcPr>
            <w:tcW w:type="dxa" w:w="2311"/>
          </w:tcPr>
          <w:p>
            <w:pPr>
              <w:spacing w:after="0"/>
              <w:jc w:val="left"/>
            </w:pPr>
            <w:r>
              <w:rPr>
                <w:sz w:val="16"/>
              </w:rPr>
              <w:t>SEVERE STORMS, TORNADOES &amp; FLOODING</w:t>
            </w:r>
          </w:p>
        </w:tc>
        <w:tc>
          <w:tcPr>
            <w:tcW w:type="dxa" w:w="1764"/>
          </w:tcPr>
          <w:p>
            <w:pPr>
              <w:spacing w:after="0"/>
              <w:jc w:val="left"/>
            </w:pPr>
            <w:r>
              <w:rPr>
                <w:sz w:val="16"/>
              </w:rPr>
              <w:t>Inland Flooding; Tornado</w:t>
            </w:r>
          </w:p>
        </w:tc>
        <w:tc>
          <w:tcPr>
            <w:tcW w:type="dxa" w:w="1369"/>
          </w:tcPr>
          <w:p>
            <w:pPr>
              <w:spacing w:after="0"/>
              <w:jc w:val="right"/>
            </w:pPr>
            <w:r>
              <w:rPr>
                <w:sz w:val="16"/>
              </w:rPr>
              <w:t>PA not declared for this county</w:t>
            </w:r>
          </w:p>
        </w:tc>
        <w:tc>
          <w:tcPr>
            <w:tcW w:type="dxa" w:w="1789"/>
          </w:tcPr>
          <w:p>
            <w:pPr>
              <w:spacing w:after="0"/>
              <w:jc w:val="left"/>
            </w:pPr>
          </w:p>
        </w:tc>
        <w:tc>
          <w:tcPr>
            <w:tcW w:type="dxa" w:w="2592"/>
          </w:tcPr>
          <w:p>
            <w:pPr>
              <w:spacing w:after="0"/>
              <w:jc w:val="left"/>
            </w:pPr>
          </w:p>
        </w:tc>
      </w:tr>
      <w:tr>
        <w:trPr>
          <w:cantSplit/>
        </w:trPr>
        <w:tc>
          <w:tcPr>
            <w:tcW w:type="dxa" w:w="1037"/>
          </w:tcPr>
          <w:p>
            <w:pPr>
              <w:spacing w:after="0"/>
              <w:jc w:val="left"/>
            </w:pPr>
            <w:r>
              <w:rPr>
                <w:sz w:val="16"/>
              </w:rPr>
              <w:t>1978-04-24</w:t>
            </w:r>
          </w:p>
        </w:tc>
        <w:tc>
          <w:tcPr>
            <w:tcW w:type="dxa" w:w="1037"/>
          </w:tcPr>
          <w:p>
            <w:pPr>
              <w:spacing w:after="0"/>
              <w:jc w:val="left"/>
            </w:pPr>
            <w:r>
              <w:rPr>
                <w:sz w:val="16"/>
              </w:rPr>
              <w:t>1978-04-24</w:t>
            </w:r>
          </w:p>
        </w:tc>
        <w:tc>
          <w:tcPr>
            <w:tcW w:type="dxa" w:w="1037"/>
          </w:tcPr>
          <w:p>
            <w:pPr>
              <w:spacing w:after="0"/>
              <w:jc w:val="left"/>
            </w:pPr>
            <w:r>
              <w:rPr>
                <w:sz w:val="16"/>
              </w:rPr>
              <w:t>EM-3063-MS</w:t>
            </w:r>
          </w:p>
        </w:tc>
        <w:tc>
          <w:tcPr>
            <w:tcW w:type="dxa" w:w="1176"/>
          </w:tcPr>
          <w:p>
            <w:pPr>
              <w:spacing w:after="0"/>
              <w:jc w:val="left"/>
            </w:pPr>
            <w:r>
              <w:rPr>
                <w:sz w:val="16"/>
              </w:rPr>
              <w:t>Emergency</w:t>
            </w:r>
          </w:p>
        </w:tc>
        <w:tc>
          <w:tcPr>
            <w:tcW w:type="dxa" w:w="2311"/>
          </w:tcPr>
          <w:p>
            <w:pPr>
              <w:spacing w:after="0"/>
              <w:jc w:val="left"/>
            </w:pPr>
            <w:r>
              <w:rPr>
                <w:sz w:val="16"/>
              </w:rPr>
              <w:t>TORNADOES</w:t>
            </w:r>
          </w:p>
        </w:tc>
        <w:tc>
          <w:tcPr>
            <w:tcW w:type="dxa" w:w="1764"/>
          </w:tcPr>
          <w:p>
            <w:pPr>
              <w:spacing w:after="0"/>
              <w:jc w:val="left"/>
            </w:pPr>
            <w:r>
              <w:rPr>
                <w:sz w:val="16"/>
              </w:rPr>
              <w:t>Tornado</w:t>
            </w:r>
          </w:p>
        </w:tc>
        <w:tc>
          <w:tcPr>
            <w:tcW w:type="dxa" w:w="1369"/>
          </w:tcPr>
          <w:p>
            <w:pPr>
              <w:spacing w:after="0"/>
              <w:jc w:val="right"/>
            </w:pPr>
            <w:r>
              <w:rPr>
                <w:sz w:val="16"/>
              </w:rPr>
              <w:t>PA not declared for this county</w:t>
            </w:r>
          </w:p>
        </w:tc>
        <w:tc>
          <w:tcPr>
            <w:tcW w:type="dxa" w:w="1789"/>
          </w:tcPr>
          <w:p>
            <w:pPr>
              <w:spacing w:after="0"/>
              <w:jc w:val="left"/>
            </w:pPr>
          </w:p>
        </w:tc>
        <w:tc>
          <w:tcPr>
            <w:tcW w:type="dxa" w:w="2592"/>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176"/>
          </w:tcPr>
          <w:p>
            <w:pPr>
              <w:spacing w:after="0"/>
              <w:jc w:val="left"/>
            </w:pPr>
            <w:r>
              <w:rPr>
                <w:sz w:val="16"/>
              </w:rPr>
              <w:t>Major disaster</w:t>
            </w:r>
          </w:p>
        </w:tc>
        <w:tc>
          <w:tcPr>
            <w:tcW w:type="dxa" w:w="2311"/>
          </w:tcPr>
          <w:p>
            <w:pPr>
              <w:spacing w:after="0"/>
              <w:jc w:val="left"/>
            </w:pPr>
            <w:r>
              <w:rPr>
                <w:sz w:val="16"/>
              </w:rPr>
              <w:t>HEAVY RAINS, TORNADOES &amp; FLOODING</w:t>
            </w:r>
          </w:p>
        </w:tc>
        <w:tc>
          <w:tcPr>
            <w:tcW w:type="dxa" w:w="1764"/>
          </w:tcPr>
          <w:p>
            <w:pPr>
              <w:spacing w:after="0"/>
              <w:jc w:val="left"/>
            </w:pPr>
            <w:r>
              <w:rPr>
                <w:sz w:val="16"/>
              </w:rPr>
              <w:t>Inland Flooding; Tornado</w:t>
            </w:r>
          </w:p>
        </w:tc>
        <w:tc>
          <w:tcPr>
            <w:tcW w:type="dxa" w:w="1369"/>
          </w:tcPr>
          <w:p>
            <w:pPr>
              <w:spacing w:after="0"/>
              <w:jc w:val="right"/>
            </w:pPr>
            <w:r>
              <w:rPr>
                <w:sz w:val="16"/>
              </w:rPr>
              <w:t>none found</w:t>
            </w:r>
          </w:p>
        </w:tc>
        <w:tc>
          <w:tcPr>
            <w:tcW w:type="dxa" w:w="1789"/>
          </w:tcPr>
          <w:p>
            <w:pPr>
              <w:spacing w:after="0"/>
              <w:jc w:val="left"/>
            </w:pPr>
          </w:p>
        </w:tc>
        <w:tc>
          <w:tcPr>
            <w:tcW w:type="dxa" w:w="25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39</w:t>
            </w:r>
          </w:p>
        </w:tc>
        <w:tc>
          <w:tcPr>
            <w:tcW w:type="dxa" w:w="1422"/>
          </w:tcPr>
          <w:p>
            <w:pPr>
              <w:spacing w:after="0"/>
              <w:jc w:val="right"/>
            </w:pPr>
            <w:r>
              <w:rPr>
                <w:sz w:val="16"/>
              </w:rPr>
              <w:t>17</w:t>
            </w:r>
          </w:p>
        </w:tc>
        <w:tc>
          <w:tcPr>
            <w:tcW w:type="dxa" w:w="1356"/>
          </w:tcPr>
          <w:p>
            <w:pPr>
              <w:spacing w:after="0"/>
              <w:jc w:val="right"/>
            </w:pPr>
            <w:r>
              <w:rPr>
                <w:sz w:val="16"/>
              </w:rPr>
              <w:t>0</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61</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141</w:t>
            </w:r>
          </w:p>
        </w:tc>
        <w:tc>
          <w:tcPr>
            <w:tcW w:type="dxa" w:w="1422"/>
          </w:tcPr>
          <w:p>
            <w:pPr>
              <w:spacing w:after="0"/>
              <w:jc w:val="right"/>
            </w:pPr>
            <w:r>
              <w:rPr>
                <w:sz w:val="16"/>
              </w:rPr>
              <w:t>85</w:t>
            </w:r>
          </w:p>
        </w:tc>
        <w:tc>
          <w:tcPr>
            <w:tcW w:type="dxa" w:w="1356"/>
          </w:tcPr>
          <w:p>
            <w:pPr>
              <w:spacing w:after="0"/>
              <w:jc w:val="right"/>
            </w:pPr>
            <w:r>
              <w:rPr>
                <w:sz w:val="16"/>
              </w:rPr>
              <w:t>8</w:t>
            </w:r>
          </w:p>
        </w:tc>
        <w:tc>
          <w:tcPr>
            <w:tcW w:type="dxa" w:w="963"/>
          </w:tcPr>
          <w:p>
            <w:pPr>
              <w:spacing w:after="0"/>
              <w:jc w:val="right"/>
            </w:pPr>
            <w:r>
              <w:rPr>
                <w:sz w:val="16"/>
              </w:rPr>
              <w:t>85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142</w:t>
            </w:r>
          </w:p>
        </w:tc>
        <w:tc>
          <w:tcPr>
            <w:tcW w:type="dxa" w:w="1422"/>
          </w:tcPr>
          <w:p>
            <w:pPr>
              <w:spacing w:after="0"/>
              <w:jc w:val="right"/>
            </w:pPr>
            <w:r>
              <w:rPr>
                <w:sz w:val="16"/>
              </w:rPr>
              <w:t>8</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7"/>
        <w:gridCol w:w="2491"/>
        <w:gridCol w:w="2790"/>
        <w:gridCol w:w="1066"/>
        <w:gridCol w:w="1687"/>
        <w:gridCol w:w="966"/>
        <w:gridCol w:w="2789"/>
      </w:tblGrid>
      <w:tr>
        <w:trPr>
          <w:cantSplit/>
          <w:tblHeader/>
        </w:trPr>
        <w:tc>
          <w:tcPr>
            <w:tcW w:type="dxa" w:w="1037"/>
            <w:shd w:val="clear" w:color="auto" w:fill="E8E8E8"/>
          </w:tcPr>
          <w:p>
            <w:pPr>
              <w:spacing w:after="0"/>
              <w:jc w:val="left"/>
            </w:pPr>
            <w:r>
              <w:rPr>
                <w:b/>
                <w:sz w:val="16"/>
              </w:rPr>
              <w:t>Date</w:t>
            </w:r>
          </w:p>
        </w:tc>
        <w:tc>
          <w:tcPr>
            <w:tcW w:type="dxa" w:w="1287"/>
            <w:shd w:val="clear" w:color="auto" w:fill="E8E8E8"/>
          </w:tcPr>
          <w:p>
            <w:pPr>
              <w:spacing w:after="0"/>
              <w:jc w:val="left"/>
            </w:pPr>
            <w:r>
              <w:rPr>
                <w:b/>
                <w:sz w:val="16"/>
              </w:rPr>
              <w:t>Event type</w:t>
            </w:r>
          </w:p>
        </w:tc>
        <w:tc>
          <w:tcPr>
            <w:tcW w:type="dxa" w:w="2491"/>
            <w:shd w:val="clear" w:color="auto" w:fill="E8E8E8"/>
          </w:tcPr>
          <w:p>
            <w:pPr>
              <w:spacing w:after="0"/>
              <w:jc w:val="left"/>
            </w:pPr>
            <w:r>
              <w:rPr>
                <w:b/>
                <w:sz w:val="16"/>
              </w:rPr>
              <w:t>Magnitude or extent</w:t>
            </w:r>
          </w:p>
        </w:tc>
        <w:tc>
          <w:tcPr>
            <w:tcW w:type="dxa" w:w="2790"/>
            <w:shd w:val="clear" w:color="auto" w:fill="E8E8E8"/>
          </w:tcPr>
          <w:p>
            <w:pPr>
              <w:spacing w:after="0"/>
              <w:jc w:val="left"/>
            </w:pPr>
            <w:r>
              <w:rPr>
                <w:b/>
                <w:sz w:val="16"/>
              </w:rPr>
              <w:t>Damage</w:t>
            </w:r>
          </w:p>
          <w:p>
            <w:pPr>
              <w:spacing w:after="0"/>
              <w:jc w:val="left"/>
            </w:pPr>
            <w:r>
              <w:rPr>
                <w:i/>
                <w:color w:val="555555"/>
                <w:sz w:val="14"/>
              </w:rPr>
              <w:t>nominal dollars</w:t>
            </w:r>
          </w:p>
        </w:tc>
        <w:tc>
          <w:tcPr>
            <w:tcW w:type="dxa" w:w="106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7"/>
            <w:shd w:val="clear" w:color="auto" w:fill="E8E8E8"/>
          </w:tcPr>
          <w:p>
            <w:pPr>
              <w:spacing w:after="0"/>
              <w:jc w:val="left"/>
            </w:pPr>
            <w:r>
              <w:rPr>
                <w:b/>
                <w:sz w:val="16"/>
              </w:rPr>
              <w:t>Location</w:t>
            </w:r>
          </w:p>
        </w:tc>
        <w:tc>
          <w:tcPr>
            <w:tcW w:type="dxa" w:w="966"/>
            <w:shd w:val="clear" w:color="auto" w:fill="E8E8E8"/>
          </w:tcPr>
          <w:p>
            <w:pPr>
              <w:spacing w:after="0"/>
              <w:jc w:val="left"/>
            </w:pPr>
            <w:r>
              <w:rPr>
                <w:b/>
                <w:sz w:val="16"/>
              </w:rPr>
              <w:t>Flags</w:t>
            </w:r>
          </w:p>
        </w:tc>
        <w:tc>
          <w:tcPr>
            <w:tcW w:type="dxa" w:w="27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2026-01-01</w:t>
            </w:r>
          </w:p>
        </w:tc>
        <w:tc>
          <w:tcPr>
            <w:tcW w:type="dxa" w:w="1287"/>
          </w:tcPr>
          <w:p>
            <w:pPr>
              <w:spacing w:after="0"/>
              <w:jc w:val="left"/>
            </w:pPr>
            <w:r>
              <w:rPr>
                <w:sz w:val="16"/>
              </w:rPr>
              <w:t>Drought</w:t>
            </w:r>
          </w:p>
        </w:tc>
        <w:tc>
          <w:tcPr>
            <w:tcW w:type="dxa" w:w="2491"/>
          </w:tcPr>
          <w:p>
            <w:pPr>
              <w:spacing w:after="0"/>
              <w:jc w:val="left"/>
            </w:pPr>
          </w:p>
        </w:tc>
        <w:tc>
          <w:tcPr>
            <w:tcW w:type="dxa" w:w="2790"/>
          </w:tcPr>
          <w:p>
            <w:pPr>
              <w:spacing w:after="0"/>
              <w:jc w:val="left"/>
            </w:pPr>
            <w:r>
              <w:rPr>
                <w:sz w:val="16"/>
              </w:rPr>
              <w:t>$0 property; $0 crops, reported for the zone (2026 dollars)</w:t>
            </w:r>
          </w:p>
        </w:tc>
        <w:tc>
          <w:tcPr>
            <w:tcW w:type="dxa" w:w="1066"/>
          </w:tcPr>
          <w:p>
            <w:pPr>
              <w:spacing w:after="0"/>
              <w:jc w:val="right"/>
            </w:pPr>
            <w:r>
              <w:rPr>
                <w:sz w:val="16"/>
              </w:rPr>
              <w:t>0, 0</w:t>
            </w:r>
          </w:p>
        </w:tc>
        <w:tc>
          <w:tcPr>
            <w:tcW w:type="dxa" w:w="1687"/>
          </w:tcPr>
          <w:p>
            <w:pPr>
              <w:spacing w:after="0"/>
              <w:jc w:val="left"/>
            </w:pPr>
            <w:r>
              <w:rPr>
                <w:sz w:val="16"/>
              </w:rPr>
              <w:t>NWS zone MSZ010 (COAHOMA), zone-level: may include parts of neighboring counties</w:t>
            </w:r>
          </w:p>
        </w:tc>
        <w:tc>
          <w:tcPr>
            <w:tcW w:type="dxa" w:w="966"/>
          </w:tcPr>
          <w:p>
            <w:pPr>
              <w:spacing w:after="0"/>
              <w:jc w:val="left"/>
            </w:pPr>
            <w:r>
              <w:rPr>
                <w:sz w:val="16"/>
              </w:rPr>
              <w:t>new since last plan; within last 5 years</w:t>
            </w:r>
          </w:p>
        </w:tc>
        <w:tc>
          <w:tcPr>
            <w:tcW w:type="dxa" w:w="2789"/>
          </w:tcPr>
          <w:p>
            <w:pPr>
              <w:spacing w:after="0"/>
              <w:jc w:val="left"/>
            </w:pPr>
            <w:r>
              <w:rPr>
                <w:sz w:val="16"/>
              </w:rPr>
              <w:t>B1-c worst recorded: Drought</w:t>
            </w:r>
          </w:p>
        </w:tc>
      </w:tr>
      <w:tr>
        <w:trPr>
          <w:cantSplit/>
        </w:trPr>
        <w:tc>
          <w:tcPr>
            <w:tcW w:type="dxa" w:w="1037"/>
          </w:tcPr>
          <w:p>
            <w:pPr>
              <w:spacing w:after="0"/>
              <w:jc w:val="left"/>
            </w:pPr>
            <w:r>
              <w:rPr>
                <w:sz w:val="16"/>
              </w:rPr>
              <w:t>2024-01-15</w:t>
            </w:r>
          </w:p>
        </w:tc>
        <w:tc>
          <w:tcPr>
            <w:tcW w:type="dxa" w:w="1287"/>
          </w:tcPr>
          <w:p>
            <w:pPr>
              <w:spacing w:after="0"/>
              <w:jc w:val="left"/>
            </w:pPr>
            <w:r>
              <w:rPr>
                <w:sz w:val="16"/>
              </w:rPr>
              <w:t>Cold/Wind Chill</w:t>
            </w:r>
          </w:p>
        </w:tc>
        <w:tc>
          <w:tcPr>
            <w:tcW w:type="dxa" w:w="2491"/>
          </w:tcPr>
          <w:p>
            <w:pPr>
              <w:spacing w:after="0"/>
              <w:jc w:val="left"/>
            </w:pPr>
          </w:p>
        </w:tc>
        <w:tc>
          <w:tcPr>
            <w:tcW w:type="dxa" w:w="2790"/>
          </w:tcPr>
          <w:p>
            <w:pPr>
              <w:spacing w:after="0"/>
              <w:jc w:val="left"/>
            </w:pPr>
            <w:r>
              <w:rPr>
                <w:sz w:val="16"/>
              </w:rPr>
              <w:t>$0 property; $0 crops, reported for the zone (2024 dollars)</w:t>
            </w:r>
          </w:p>
        </w:tc>
        <w:tc>
          <w:tcPr>
            <w:tcW w:type="dxa" w:w="1066"/>
          </w:tcPr>
          <w:p>
            <w:pPr>
              <w:spacing w:after="0"/>
              <w:jc w:val="right"/>
            </w:pPr>
            <w:r>
              <w:rPr>
                <w:sz w:val="16"/>
              </w:rPr>
              <w:t>0, 0</w:t>
            </w:r>
          </w:p>
        </w:tc>
        <w:tc>
          <w:tcPr>
            <w:tcW w:type="dxa" w:w="1687"/>
          </w:tcPr>
          <w:p>
            <w:pPr>
              <w:spacing w:after="0"/>
              <w:jc w:val="left"/>
            </w:pPr>
            <w:r>
              <w:rPr>
                <w:sz w:val="16"/>
              </w:rPr>
              <w:t>NWS zone MSZ010 (COAHOMA), zone-level: may include parts of neighboring counties</w:t>
            </w:r>
          </w:p>
        </w:tc>
        <w:tc>
          <w:tcPr>
            <w:tcW w:type="dxa" w:w="966"/>
          </w:tcPr>
          <w:p>
            <w:pPr>
              <w:spacing w:after="0"/>
              <w:jc w:val="left"/>
            </w:pPr>
            <w:r>
              <w:rPr>
                <w:sz w:val="16"/>
              </w:rPr>
              <w:t>new since last plan; within last 5 years</w:t>
            </w:r>
          </w:p>
        </w:tc>
        <w:tc>
          <w:tcPr>
            <w:tcW w:type="dxa" w:w="278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2016-03-10</w:t>
            </w:r>
          </w:p>
        </w:tc>
        <w:tc>
          <w:tcPr>
            <w:tcW w:type="dxa" w:w="1287"/>
          </w:tcPr>
          <w:p>
            <w:pPr>
              <w:spacing w:after="0"/>
              <w:jc w:val="left"/>
            </w:pPr>
            <w:r>
              <w:rPr>
                <w:sz w:val="16"/>
              </w:rPr>
              <w:t>Flood</w:t>
            </w:r>
          </w:p>
        </w:tc>
        <w:tc>
          <w:tcPr>
            <w:tcW w:type="dxa" w:w="2491"/>
          </w:tcPr>
          <w:p>
            <w:pPr>
              <w:spacing w:after="0"/>
              <w:jc w:val="left"/>
            </w:pPr>
          </w:p>
        </w:tc>
        <w:tc>
          <w:tcPr>
            <w:tcW w:type="dxa" w:w="2790"/>
          </w:tcPr>
          <w:p>
            <w:pPr>
              <w:spacing w:after="0"/>
              <w:jc w:val="left"/>
            </w:pPr>
            <w:r>
              <w:rPr>
                <w:sz w:val="16"/>
              </w:rPr>
              <w:t>$1,000,000 property; $0 crops (2016 dollars)</w:t>
            </w:r>
          </w:p>
        </w:tc>
        <w:tc>
          <w:tcPr>
            <w:tcW w:type="dxa" w:w="1066"/>
          </w:tcPr>
          <w:p>
            <w:pPr>
              <w:spacing w:after="0"/>
              <w:jc w:val="right"/>
            </w:pPr>
            <w:r>
              <w:rPr>
                <w:sz w:val="16"/>
              </w:rPr>
              <w:t>0, 0</w:t>
            </w:r>
          </w:p>
        </w:tc>
        <w:tc>
          <w:tcPr>
            <w:tcW w:type="dxa" w:w="1687"/>
          </w:tcPr>
          <w:p>
            <w:pPr>
              <w:spacing w:after="0"/>
              <w:jc w:val="left"/>
            </w:pPr>
            <w:r>
              <w:rPr>
                <w:sz w:val="16"/>
              </w:rPr>
              <w:t>CLARKSDALE to LYON</w:t>
            </w:r>
          </w:p>
        </w:tc>
        <w:tc>
          <w:tcPr>
            <w:tcW w:type="dxa" w:w="966"/>
          </w:tcPr>
          <w:p>
            <w:pPr>
              <w:spacing w:after="0"/>
              <w:jc w:val="left"/>
            </w:pPr>
          </w:p>
        </w:tc>
        <w:tc>
          <w:tcPr>
            <w:tcW w:type="dxa" w:w="27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2015-12-23</w:t>
            </w:r>
          </w:p>
        </w:tc>
        <w:tc>
          <w:tcPr>
            <w:tcW w:type="dxa" w:w="1287"/>
          </w:tcPr>
          <w:p>
            <w:pPr>
              <w:spacing w:after="0"/>
              <w:jc w:val="left"/>
            </w:pPr>
            <w:r>
              <w:rPr>
                <w:sz w:val="16"/>
              </w:rPr>
              <w:t>Tornado</w:t>
            </w:r>
          </w:p>
        </w:tc>
        <w:tc>
          <w:tcPr>
            <w:tcW w:type="dxa" w:w="2491"/>
          </w:tcPr>
          <w:p>
            <w:pPr>
              <w:spacing w:after="0"/>
              <w:jc w:val="left"/>
            </w:pPr>
            <w:r>
              <w:rPr>
                <w:sz w:val="16"/>
              </w:rPr>
              <w:t>EF3, 14.53 mi within this county, 800 yd wide</w:t>
            </w:r>
          </w:p>
        </w:tc>
        <w:tc>
          <w:tcPr>
            <w:tcW w:type="dxa" w:w="2790"/>
          </w:tcPr>
          <w:p>
            <w:pPr>
              <w:spacing w:after="0"/>
              <w:jc w:val="left"/>
            </w:pPr>
            <w:r>
              <w:rPr>
                <w:sz w:val="16"/>
              </w:rPr>
              <w:t>$600,000 property; $0 crops (2015 dollars)</w:t>
            </w:r>
          </w:p>
        </w:tc>
        <w:tc>
          <w:tcPr>
            <w:tcW w:type="dxa" w:w="1066"/>
          </w:tcPr>
          <w:p>
            <w:pPr>
              <w:spacing w:after="0"/>
              <w:jc w:val="right"/>
            </w:pPr>
            <w:r>
              <w:rPr>
                <w:sz w:val="16"/>
              </w:rPr>
              <w:t>2, 19</w:t>
            </w:r>
          </w:p>
        </w:tc>
        <w:tc>
          <w:tcPr>
            <w:tcW w:type="dxa" w:w="1687"/>
          </w:tcPr>
          <w:p>
            <w:pPr>
              <w:spacing w:after="0"/>
              <w:jc w:val="left"/>
            </w:pPr>
            <w:r>
              <w:rPr>
                <w:sz w:val="16"/>
              </w:rPr>
              <w:t>AFRICA to CLAREMONT</w:t>
            </w:r>
          </w:p>
        </w:tc>
        <w:tc>
          <w:tcPr>
            <w:tcW w:type="dxa" w:w="966"/>
          </w:tcPr>
          <w:p>
            <w:pPr>
              <w:spacing w:after="0"/>
              <w:jc w:val="left"/>
            </w:pPr>
          </w:p>
        </w:tc>
        <w:tc>
          <w:tcPr>
            <w:tcW w:type="dxa" w:w="2789"/>
          </w:tcPr>
          <w:p>
            <w:pPr>
              <w:spacing w:after="0"/>
              <w:jc w:val="left"/>
            </w:pPr>
            <w:r>
              <w:rPr>
                <w:sz w:val="16"/>
              </w:rPr>
              <w:t>deaths or injuries recorded</w:t>
            </w:r>
          </w:p>
        </w:tc>
      </w:tr>
      <w:tr>
        <w:trPr>
          <w:cantSplit/>
        </w:trPr>
        <w:tc>
          <w:tcPr>
            <w:tcW w:type="dxa" w:w="1037"/>
          </w:tcPr>
          <w:p>
            <w:pPr>
              <w:spacing w:after="0"/>
              <w:jc w:val="left"/>
            </w:pPr>
            <w:r>
              <w:rPr>
                <w:sz w:val="16"/>
              </w:rPr>
              <w:t>2015-03-31</w:t>
            </w:r>
          </w:p>
        </w:tc>
        <w:tc>
          <w:tcPr>
            <w:tcW w:type="dxa" w:w="1287"/>
          </w:tcPr>
          <w:p>
            <w:pPr>
              <w:spacing w:after="0"/>
              <w:jc w:val="left"/>
            </w:pPr>
            <w:r>
              <w:rPr>
                <w:sz w:val="16"/>
              </w:rPr>
              <w:t>Hail</w:t>
            </w:r>
          </w:p>
        </w:tc>
        <w:tc>
          <w:tcPr>
            <w:tcW w:type="dxa" w:w="2491"/>
          </w:tcPr>
          <w:p>
            <w:pPr>
              <w:spacing w:after="0"/>
              <w:jc w:val="left"/>
            </w:pPr>
            <w:r>
              <w:rPr>
                <w:sz w:val="16"/>
              </w:rPr>
              <w:t>2.75 in</w:t>
            </w:r>
          </w:p>
        </w:tc>
        <w:tc>
          <w:tcPr>
            <w:tcW w:type="dxa" w:w="2790"/>
          </w:tcPr>
          <w:p>
            <w:pPr>
              <w:spacing w:after="0"/>
              <w:jc w:val="left"/>
            </w:pPr>
            <w:r>
              <w:rPr>
                <w:sz w:val="16"/>
              </w:rPr>
              <w:t>property not reported; $0 crops (2015 dollars)</w:t>
            </w:r>
          </w:p>
        </w:tc>
        <w:tc>
          <w:tcPr>
            <w:tcW w:type="dxa" w:w="1066"/>
          </w:tcPr>
          <w:p>
            <w:pPr>
              <w:spacing w:after="0"/>
              <w:jc w:val="right"/>
            </w:pPr>
            <w:r>
              <w:rPr>
                <w:sz w:val="16"/>
              </w:rPr>
              <w:t>0, 0</w:t>
            </w:r>
          </w:p>
        </w:tc>
        <w:tc>
          <w:tcPr>
            <w:tcW w:type="dxa" w:w="1687"/>
          </w:tcPr>
          <w:p>
            <w:pPr>
              <w:spacing w:after="0"/>
              <w:jc w:val="left"/>
            </w:pPr>
            <w:r>
              <w:rPr>
                <w:sz w:val="16"/>
              </w:rPr>
              <w:t>CLARKSDALE</w:t>
            </w:r>
          </w:p>
        </w:tc>
        <w:tc>
          <w:tcPr>
            <w:tcW w:type="dxa" w:w="966"/>
          </w:tcPr>
          <w:p>
            <w:pPr>
              <w:spacing w:after="0"/>
              <w:jc w:val="left"/>
            </w:pPr>
          </w:p>
        </w:tc>
        <w:tc>
          <w:tcPr>
            <w:tcW w:type="dxa" w:w="2789"/>
          </w:tcPr>
          <w:p>
            <w:pPr>
              <w:spacing w:after="0"/>
              <w:jc w:val="left"/>
            </w:pPr>
            <w:r>
              <w:rPr>
                <w:sz w:val="16"/>
              </w:rPr>
              <w:t>B1-c worst recorded: Hail</w:t>
            </w:r>
          </w:p>
        </w:tc>
      </w:tr>
      <w:tr>
        <w:trPr>
          <w:cantSplit/>
        </w:trPr>
        <w:tc>
          <w:tcPr>
            <w:tcW w:type="dxa" w:w="1037"/>
          </w:tcPr>
          <w:p>
            <w:pPr>
              <w:spacing w:after="0"/>
              <w:jc w:val="left"/>
            </w:pPr>
            <w:r>
              <w:rPr>
                <w:sz w:val="16"/>
              </w:rPr>
              <w:t>2013-12-21</w:t>
            </w:r>
          </w:p>
        </w:tc>
        <w:tc>
          <w:tcPr>
            <w:tcW w:type="dxa" w:w="1287"/>
          </w:tcPr>
          <w:p>
            <w:pPr>
              <w:spacing w:after="0"/>
              <w:jc w:val="left"/>
            </w:pPr>
            <w:r>
              <w:rPr>
                <w:sz w:val="16"/>
              </w:rPr>
              <w:t>Tornado</w:t>
            </w:r>
          </w:p>
        </w:tc>
        <w:tc>
          <w:tcPr>
            <w:tcW w:type="dxa" w:w="2491"/>
          </w:tcPr>
          <w:p>
            <w:pPr>
              <w:spacing w:after="0"/>
              <w:jc w:val="left"/>
            </w:pPr>
            <w:r>
              <w:rPr>
                <w:sz w:val="16"/>
              </w:rPr>
              <w:t>EF2, 10.07 mi within this county, 300 yd wide</w:t>
            </w:r>
          </w:p>
        </w:tc>
        <w:tc>
          <w:tcPr>
            <w:tcW w:type="dxa" w:w="2790"/>
          </w:tcPr>
          <w:p>
            <w:pPr>
              <w:spacing w:after="0"/>
              <w:jc w:val="left"/>
            </w:pPr>
            <w:r>
              <w:rPr>
                <w:sz w:val="16"/>
              </w:rPr>
              <w:t>$1,000,000 property; $0 crops (2013 dollars)</w:t>
            </w:r>
          </w:p>
        </w:tc>
        <w:tc>
          <w:tcPr>
            <w:tcW w:type="dxa" w:w="1066"/>
          </w:tcPr>
          <w:p>
            <w:pPr>
              <w:spacing w:after="0"/>
              <w:jc w:val="right"/>
            </w:pPr>
            <w:r>
              <w:rPr>
                <w:sz w:val="16"/>
              </w:rPr>
              <w:t>1, 2</w:t>
            </w:r>
          </w:p>
        </w:tc>
        <w:tc>
          <w:tcPr>
            <w:tcW w:type="dxa" w:w="1687"/>
          </w:tcPr>
          <w:p>
            <w:pPr>
              <w:spacing w:after="0"/>
              <w:jc w:val="left"/>
            </w:pPr>
            <w:r>
              <w:rPr>
                <w:sz w:val="16"/>
              </w:rPr>
              <w:t>RENA LARA to CLARKSDALE</w:t>
            </w:r>
          </w:p>
        </w:tc>
        <w:tc>
          <w:tcPr>
            <w:tcW w:type="dxa" w:w="966"/>
          </w:tcPr>
          <w:p>
            <w:pPr>
              <w:spacing w:after="0"/>
              <w:jc w:val="left"/>
            </w:pPr>
          </w:p>
        </w:tc>
        <w:tc>
          <w:tcPr>
            <w:tcW w:type="dxa" w:w="2789"/>
          </w:tcPr>
          <w:p>
            <w:pPr>
              <w:spacing w:after="0"/>
              <w:jc w:val="left"/>
            </w:pPr>
            <w:r>
              <w:rPr>
                <w:sz w:val="16"/>
              </w:rPr>
              <w:t>deaths or injuries recorded</w:t>
            </w:r>
          </w:p>
        </w:tc>
      </w:tr>
      <w:tr>
        <w:trPr>
          <w:cantSplit/>
        </w:trPr>
        <w:tc>
          <w:tcPr>
            <w:tcW w:type="dxa" w:w="1037"/>
          </w:tcPr>
          <w:p>
            <w:pPr>
              <w:spacing w:after="0"/>
              <w:jc w:val="left"/>
            </w:pPr>
            <w:r>
              <w:rPr>
                <w:sz w:val="16"/>
              </w:rPr>
              <w:t>2008-05-10</w:t>
            </w:r>
          </w:p>
        </w:tc>
        <w:tc>
          <w:tcPr>
            <w:tcW w:type="dxa" w:w="1287"/>
          </w:tcPr>
          <w:p>
            <w:pPr>
              <w:spacing w:after="0"/>
              <w:jc w:val="left"/>
            </w:pPr>
            <w:r>
              <w:rPr>
                <w:sz w:val="16"/>
              </w:rPr>
              <w:t>Thunderstorm Wind</w:t>
            </w:r>
          </w:p>
        </w:tc>
        <w:tc>
          <w:tcPr>
            <w:tcW w:type="dxa" w:w="2491"/>
          </w:tcPr>
          <w:p>
            <w:pPr>
              <w:spacing w:after="0"/>
              <w:jc w:val="left"/>
            </w:pPr>
            <w:r>
              <w:rPr>
                <w:sz w:val="16"/>
              </w:rPr>
              <w:t>96 kt (110 mph) estimated gust</w:t>
            </w:r>
          </w:p>
        </w:tc>
        <w:tc>
          <w:tcPr>
            <w:tcW w:type="dxa" w:w="2790"/>
          </w:tcPr>
          <w:p>
            <w:pPr>
              <w:spacing w:after="0"/>
              <w:jc w:val="left"/>
            </w:pPr>
            <w:r>
              <w:rPr>
                <w:sz w:val="16"/>
              </w:rPr>
              <w:t>$50,000 property; $0 crops (2008 dollars)</w:t>
            </w:r>
          </w:p>
        </w:tc>
        <w:tc>
          <w:tcPr>
            <w:tcW w:type="dxa" w:w="1066"/>
          </w:tcPr>
          <w:p>
            <w:pPr>
              <w:spacing w:after="0"/>
              <w:jc w:val="right"/>
            </w:pPr>
            <w:r>
              <w:rPr>
                <w:sz w:val="16"/>
              </w:rPr>
              <w:t>0, 0</w:t>
            </w:r>
          </w:p>
        </w:tc>
        <w:tc>
          <w:tcPr>
            <w:tcW w:type="dxa" w:w="1687"/>
          </w:tcPr>
          <w:p>
            <w:pPr>
              <w:spacing w:after="0"/>
              <w:jc w:val="left"/>
            </w:pPr>
            <w:r>
              <w:rPr>
                <w:sz w:val="16"/>
              </w:rPr>
              <w:t>COAHOMA to FRIARS PT</w:t>
            </w:r>
          </w:p>
        </w:tc>
        <w:tc>
          <w:tcPr>
            <w:tcW w:type="dxa" w:w="966"/>
          </w:tcPr>
          <w:p>
            <w:pPr>
              <w:spacing w:after="0"/>
              <w:jc w:val="left"/>
            </w:pPr>
          </w:p>
        </w:tc>
        <w:tc>
          <w:tcPr>
            <w:tcW w:type="dxa" w:w="2789"/>
          </w:tcPr>
          <w:p>
            <w:pPr>
              <w:spacing w:after="0"/>
              <w:jc w:val="left"/>
            </w:pPr>
            <w:r>
              <w:rPr>
                <w:sz w:val="16"/>
              </w:rPr>
              <w:t>B1-c worst recorded: Thunderstorm Wind</w:t>
            </w:r>
          </w:p>
        </w:tc>
      </w:tr>
      <w:tr>
        <w:trPr>
          <w:cantSplit/>
        </w:trPr>
        <w:tc>
          <w:tcPr>
            <w:tcW w:type="dxa" w:w="1037"/>
          </w:tcPr>
          <w:p>
            <w:pPr>
              <w:spacing w:after="0"/>
              <w:jc w:val="left"/>
            </w:pPr>
            <w:r>
              <w:rPr>
                <w:sz w:val="16"/>
              </w:rPr>
              <w:t>2008-01-29</w:t>
            </w:r>
          </w:p>
        </w:tc>
        <w:tc>
          <w:tcPr>
            <w:tcW w:type="dxa" w:w="1287"/>
          </w:tcPr>
          <w:p>
            <w:pPr>
              <w:spacing w:after="0"/>
              <w:jc w:val="left"/>
            </w:pPr>
            <w:r>
              <w:rPr>
                <w:sz w:val="16"/>
              </w:rPr>
              <w:t>High Wind</w:t>
            </w:r>
          </w:p>
        </w:tc>
        <w:tc>
          <w:tcPr>
            <w:tcW w:type="dxa" w:w="2491"/>
          </w:tcPr>
          <w:p>
            <w:pPr>
              <w:spacing w:after="0"/>
              <w:jc w:val="left"/>
            </w:pPr>
            <w:r>
              <w:rPr>
                <w:sz w:val="16"/>
              </w:rPr>
              <w:t>50 kt (58 mph) estimated gust</w:t>
            </w:r>
          </w:p>
        </w:tc>
        <w:tc>
          <w:tcPr>
            <w:tcW w:type="dxa" w:w="2790"/>
          </w:tcPr>
          <w:p>
            <w:pPr>
              <w:spacing w:after="0"/>
              <w:jc w:val="left"/>
            </w:pPr>
            <w:r>
              <w:rPr>
                <w:sz w:val="16"/>
              </w:rPr>
              <w:t>$50,000 property; $0 crops, reported for the zone (2008 dollars)</w:t>
            </w:r>
          </w:p>
        </w:tc>
        <w:tc>
          <w:tcPr>
            <w:tcW w:type="dxa" w:w="1066"/>
          </w:tcPr>
          <w:p>
            <w:pPr>
              <w:spacing w:after="0"/>
              <w:jc w:val="right"/>
            </w:pPr>
            <w:r>
              <w:rPr>
                <w:sz w:val="16"/>
              </w:rPr>
              <w:t>0, 0</w:t>
            </w:r>
          </w:p>
        </w:tc>
        <w:tc>
          <w:tcPr>
            <w:tcW w:type="dxa" w:w="1687"/>
          </w:tcPr>
          <w:p>
            <w:pPr>
              <w:spacing w:after="0"/>
              <w:jc w:val="left"/>
            </w:pPr>
            <w:r>
              <w:rPr>
                <w:sz w:val="16"/>
              </w:rPr>
              <w:t>NWS zone MSZ010 (COAHOMA), zone-level: may include parts of neighboring counties</w:t>
            </w:r>
          </w:p>
        </w:tc>
        <w:tc>
          <w:tcPr>
            <w:tcW w:type="dxa" w:w="966"/>
          </w:tcPr>
          <w:p>
            <w:pPr>
              <w:spacing w:after="0"/>
              <w:jc w:val="left"/>
            </w:pPr>
          </w:p>
        </w:tc>
        <w:tc>
          <w:tcPr>
            <w:tcW w:type="dxa" w:w="278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2007-08-05</w:t>
            </w:r>
          </w:p>
        </w:tc>
        <w:tc>
          <w:tcPr>
            <w:tcW w:type="dxa" w:w="1287"/>
          </w:tcPr>
          <w:p>
            <w:pPr>
              <w:spacing w:after="0"/>
              <w:jc w:val="left"/>
            </w:pPr>
            <w:r>
              <w:rPr>
                <w:sz w:val="16"/>
              </w:rPr>
              <w:t>Excessive Heat</w:t>
            </w:r>
          </w:p>
        </w:tc>
        <w:tc>
          <w:tcPr>
            <w:tcW w:type="dxa" w:w="2491"/>
          </w:tcPr>
          <w:p>
            <w:pPr>
              <w:spacing w:after="0"/>
              <w:jc w:val="left"/>
            </w:pPr>
          </w:p>
        </w:tc>
        <w:tc>
          <w:tcPr>
            <w:tcW w:type="dxa" w:w="2790"/>
          </w:tcPr>
          <w:p>
            <w:pPr>
              <w:spacing w:after="0"/>
              <w:jc w:val="left"/>
            </w:pPr>
            <w:r>
              <w:rPr>
                <w:sz w:val="16"/>
              </w:rPr>
              <w:t>$0 property; $0 crops, reported for the zone (2007 dollars)</w:t>
            </w:r>
          </w:p>
        </w:tc>
        <w:tc>
          <w:tcPr>
            <w:tcW w:type="dxa" w:w="1066"/>
          </w:tcPr>
          <w:p>
            <w:pPr>
              <w:spacing w:after="0"/>
              <w:jc w:val="right"/>
            </w:pPr>
            <w:r>
              <w:rPr>
                <w:sz w:val="16"/>
              </w:rPr>
              <w:t>0, 0</w:t>
            </w:r>
          </w:p>
        </w:tc>
        <w:tc>
          <w:tcPr>
            <w:tcW w:type="dxa" w:w="1687"/>
          </w:tcPr>
          <w:p>
            <w:pPr>
              <w:spacing w:after="0"/>
              <w:jc w:val="left"/>
            </w:pPr>
            <w:r>
              <w:rPr>
                <w:sz w:val="16"/>
              </w:rPr>
              <w:t>NWS zone MSZ010 (COAHOMA), zone-level: may include parts of neighboring counties</w:t>
            </w:r>
          </w:p>
        </w:tc>
        <w:tc>
          <w:tcPr>
            <w:tcW w:type="dxa" w:w="966"/>
          </w:tcPr>
          <w:p>
            <w:pPr>
              <w:spacing w:after="0"/>
              <w:jc w:val="left"/>
            </w:pPr>
          </w:p>
        </w:tc>
        <w:tc>
          <w:tcPr>
            <w:tcW w:type="dxa" w:w="2789"/>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287"/>
          </w:tcPr>
          <w:p>
            <w:pPr>
              <w:spacing w:after="0"/>
              <w:jc w:val="left"/>
            </w:pPr>
            <w:r>
              <w:rPr>
                <w:sz w:val="16"/>
              </w:rPr>
              <w:t>Tropical Storm</w:t>
            </w:r>
          </w:p>
        </w:tc>
        <w:tc>
          <w:tcPr>
            <w:tcW w:type="dxa" w:w="2491"/>
          </w:tcPr>
          <w:p>
            <w:pPr>
              <w:spacing w:after="0"/>
              <w:jc w:val="left"/>
            </w:pPr>
          </w:p>
        </w:tc>
        <w:tc>
          <w:tcPr>
            <w:tcW w:type="dxa" w:w="2790"/>
          </w:tcPr>
          <w:p>
            <w:pPr>
              <w:spacing w:after="0"/>
              <w:jc w:val="left"/>
            </w:pPr>
            <w:r>
              <w:rPr>
                <w:sz w:val="16"/>
              </w:rPr>
              <w:t>$10,000 property; crops not reported, reported for the zone (2005 dollars)</w:t>
            </w:r>
          </w:p>
        </w:tc>
        <w:tc>
          <w:tcPr>
            <w:tcW w:type="dxa" w:w="1066"/>
          </w:tcPr>
          <w:p>
            <w:pPr>
              <w:spacing w:after="0"/>
              <w:jc w:val="right"/>
            </w:pPr>
            <w:r>
              <w:rPr>
                <w:sz w:val="16"/>
              </w:rPr>
              <w:t>0, 0</w:t>
            </w:r>
          </w:p>
        </w:tc>
        <w:tc>
          <w:tcPr>
            <w:tcW w:type="dxa" w:w="1687"/>
          </w:tcPr>
          <w:p>
            <w:pPr>
              <w:spacing w:after="0"/>
              <w:jc w:val="left"/>
            </w:pPr>
            <w:r>
              <w:rPr>
                <w:sz w:val="16"/>
              </w:rPr>
              <w:t>NWS zone MSZ010 (COAHOMA), zone-level: may include parts of neighboring counties</w:t>
            </w:r>
          </w:p>
        </w:tc>
        <w:tc>
          <w:tcPr>
            <w:tcW w:type="dxa" w:w="966"/>
          </w:tcPr>
          <w:p>
            <w:pPr>
              <w:spacing w:after="0"/>
              <w:jc w:val="left"/>
            </w:pPr>
          </w:p>
        </w:tc>
        <w:tc>
          <w:tcPr>
            <w:tcW w:type="dxa" w:w="278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1997-03-02</w:t>
            </w:r>
          </w:p>
        </w:tc>
        <w:tc>
          <w:tcPr>
            <w:tcW w:type="dxa" w:w="1287"/>
          </w:tcPr>
          <w:p>
            <w:pPr>
              <w:spacing w:after="0"/>
              <w:jc w:val="left"/>
            </w:pPr>
            <w:r>
              <w:rPr>
                <w:sz w:val="16"/>
              </w:rPr>
              <w:t>Lightning</w:t>
            </w:r>
          </w:p>
        </w:tc>
        <w:tc>
          <w:tcPr>
            <w:tcW w:type="dxa" w:w="2491"/>
          </w:tcPr>
          <w:p>
            <w:pPr>
              <w:spacing w:after="0"/>
              <w:jc w:val="left"/>
            </w:pPr>
          </w:p>
        </w:tc>
        <w:tc>
          <w:tcPr>
            <w:tcW w:type="dxa" w:w="2790"/>
          </w:tcPr>
          <w:p>
            <w:pPr>
              <w:spacing w:after="0"/>
              <w:jc w:val="left"/>
            </w:pPr>
            <w:r>
              <w:rPr>
                <w:sz w:val="16"/>
              </w:rPr>
              <w:t>$10,000 property; crops not reported (1997 dollars)</w:t>
            </w:r>
          </w:p>
        </w:tc>
        <w:tc>
          <w:tcPr>
            <w:tcW w:type="dxa" w:w="1066"/>
          </w:tcPr>
          <w:p>
            <w:pPr>
              <w:spacing w:after="0"/>
              <w:jc w:val="right"/>
            </w:pPr>
            <w:r>
              <w:rPr>
                <w:sz w:val="16"/>
              </w:rPr>
              <w:t>0, 0</w:t>
            </w:r>
          </w:p>
        </w:tc>
        <w:tc>
          <w:tcPr>
            <w:tcW w:type="dxa" w:w="1687"/>
          </w:tcPr>
          <w:p>
            <w:pPr>
              <w:spacing w:after="0"/>
              <w:jc w:val="left"/>
            </w:pPr>
            <w:r>
              <w:rPr>
                <w:sz w:val="16"/>
              </w:rPr>
              <w:t>JONESTOWN</w:t>
            </w:r>
          </w:p>
        </w:tc>
        <w:tc>
          <w:tcPr>
            <w:tcW w:type="dxa" w:w="966"/>
          </w:tcPr>
          <w:p>
            <w:pPr>
              <w:spacing w:after="0"/>
              <w:jc w:val="left"/>
            </w:pPr>
          </w:p>
        </w:tc>
        <w:tc>
          <w:tcPr>
            <w:tcW w:type="dxa" w:w="2789"/>
          </w:tcPr>
          <w:p>
            <w:pPr>
              <w:spacing w:after="0"/>
              <w:jc w:val="left"/>
            </w:pPr>
            <w:r>
              <w:rPr>
                <w:sz w:val="16"/>
              </w:rPr>
              <w:t>B1-c worst recorded: Lightning</w:t>
            </w:r>
          </w:p>
        </w:tc>
      </w:tr>
      <w:tr>
        <w:trPr>
          <w:cantSplit/>
        </w:trPr>
        <w:tc>
          <w:tcPr>
            <w:tcW w:type="dxa" w:w="1037"/>
          </w:tcPr>
          <w:p>
            <w:pPr>
              <w:spacing w:after="0"/>
              <w:jc w:val="left"/>
            </w:pPr>
            <w:r>
              <w:rPr>
                <w:sz w:val="16"/>
              </w:rPr>
              <w:t>1963-04-29</w:t>
            </w:r>
          </w:p>
        </w:tc>
        <w:tc>
          <w:tcPr>
            <w:tcW w:type="dxa" w:w="1287"/>
          </w:tcPr>
          <w:p>
            <w:pPr>
              <w:spacing w:after="0"/>
              <w:jc w:val="left"/>
            </w:pPr>
            <w:r>
              <w:rPr>
                <w:sz w:val="16"/>
              </w:rPr>
              <w:t>Tornado</w:t>
            </w:r>
          </w:p>
        </w:tc>
        <w:tc>
          <w:tcPr>
            <w:tcW w:type="dxa" w:w="2491"/>
          </w:tcPr>
          <w:p>
            <w:pPr>
              <w:spacing w:after="0"/>
              <w:jc w:val="left"/>
            </w:pPr>
            <w:r>
              <w:rPr>
                <w:sz w:val="16"/>
              </w:rPr>
              <w:t>F3, 5.7 mi path length (records before 1996 may include the whole path; rating and listing come from the county where the tornado began), 440 yd wide</w:t>
            </w:r>
          </w:p>
        </w:tc>
        <w:tc>
          <w:tcPr>
            <w:tcW w:type="dxa" w:w="2790"/>
          </w:tcPr>
          <w:p>
            <w:pPr>
              <w:spacing w:after="0"/>
              <w:jc w:val="left"/>
            </w:pPr>
            <w:r>
              <w:rPr>
                <w:sz w:val="16"/>
              </w:rPr>
              <w:t>$250,000 property; crops not recorded (1963 dollars)</w:t>
            </w:r>
          </w:p>
        </w:tc>
        <w:tc>
          <w:tcPr>
            <w:tcW w:type="dxa" w:w="1066"/>
          </w:tcPr>
          <w:p>
            <w:pPr>
              <w:spacing w:after="0"/>
              <w:jc w:val="right"/>
            </w:pPr>
            <w:r>
              <w:rPr>
                <w:sz w:val="16"/>
              </w:rPr>
              <w:t>5, 10</w:t>
            </w:r>
          </w:p>
        </w:tc>
        <w:tc>
          <w:tcPr>
            <w:tcW w:type="dxa" w:w="1687"/>
          </w:tcPr>
          <w:p>
            <w:pPr>
              <w:spacing w:after="0"/>
              <w:jc w:val="left"/>
            </w:pPr>
            <w:r>
              <w:rPr>
                <w:sz w:val="16"/>
              </w:rPr>
              <w:t>location not recorded</w:t>
            </w:r>
          </w:p>
        </w:tc>
        <w:tc>
          <w:tcPr>
            <w:tcW w:type="dxa" w:w="966"/>
          </w:tcPr>
          <w:p>
            <w:pPr>
              <w:spacing w:after="0"/>
              <w:jc w:val="left"/>
            </w:pPr>
          </w:p>
        </w:tc>
        <w:tc>
          <w:tcPr>
            <w:tcW w:type="dxa" w:w="278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(479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1.16</w:t>
            </w:r>
          </w:p>
        </w:tc>
        <w:tc>
          <w:tcPr>
            <w:tcW w:type="dxa" w:w="1447"/>
          </w:tcPr>
          <w:p>
            <w:pPr>
              <w:spacing w:after="0"/>
              <w:jc w:val="left"/>
            </w:pPr>
            <w:r>
              <w:rPr>
                <w:sz w:val="16"/>
              </w:rPr>
              <w:t>event-days per year</w:t>
            </w:r>
          </w:p>
        </w:tc>
        <w:tc>
          <w:tcPr>
            <w:tcW w:type="dxa" w:w="1569"/>
          </w:tcPr>
          <w:p>
            <w:pPr>
              <w:spacing w:after="0"/>
              <w:jc w:val="left"/>
            </w:pPr>
            <w:r>
              <w:rPr>
                <w:sz w:val="16"/>
              </w:rPr>
              <w:t>about 1.16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22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1.16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11.8</w:t>
            </w:r>
          </w:p>
        </w:tc>
        <w:tc>
          <w:tcPr>
            <w:tcW w:type="dxa" w:w="1447"/>
          </w:tcPr>
          <w:p>
            <w:pPr>
              <w:spacing w:after="0"/>
              <w:jc w:val="left"/>
            </w:pPr>
            <w:r>
              <w:rPr>
                <w:sz w:val="16"/>
              </w:rPr>
              <w:t>event-days per year</w:t>
            </w:r>
          </w:p>
        </w:tc>
        <w:tc>
          <w:tcPr>
            <w:tcW w:type="dxa" w:w="1569"/>
          </w:tcPr>
          <w:p>
            <w:pPr>
              <w:spacing w:after="0"/>
              <w:jc w:val="left"/>
            </w:pPr>
            <w:r>
              <w:rPr>
                <w:sz w:val="16"/>
              </w:rPr>
              <w:t>about 11.8 days per year</w:t>
            </w:r>
          </w:p>
        </w:tc>
        <w:tc>
          <w:tcPr>
            <w:tcW w:type="dxa" w:w="1037"/>
          </w:tcPr>
          <w:p>
            <w:pPr>
              <w:spacing w:after="0"/>
              <w:jc w:val="left"/>
            </w:pPr>
            <w:r>
              <w:rPr>
                <w:sz w:val="16"/>
              </w:rPr>
              <w:t>Likely</w:t>
            </w:r>
          </w:p>
        </w:tc>
        <w:tc>
          <w:tcPr>
            <w:tcW w:type="dxa" w:w="1757"/>
          </w:tcPr>
          <w:p>
            <w:pPr>
              <w:spacing w:after="0"/>
              <w:jc w:val="left"/>
            </w:pPr>
            <w:r>
              <w:rPr>
                <w:sz w:val="16"/>
              </w:rPr>
              <w:t>event-days in 10 of 30 years, 1996 to 2025 (33.3%)</w:t>
            </w:r>
          </w:p>
        </w:tc>
        <w:tc>
          <w:tcPr>
            <w:tcW w:type="dxa" w:w="1520"/>
          </w:tcPr>
          <w:p>
            <w:pPr>
              <w:spacing w:after="0"/>
              <w:jc w:val="right"/>
            </w:pPr>
            <w:r>
              <w:rPr>
                <w:sz w:val="16"/>
              </w:rPr>
              <w:t>385</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11.8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0.00477</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0.477%</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2.6</w:t>
            </w:r>
          </w:p>
        </w:tc>
        <w:tc>
          <w:tcPr>
            <w:tcW w:type="dxa" w:w="1447"/>
          </w:tcPr>
          <w:p>
            <w:pPr>
              <w:spacing w:after="0"/>
              <w:jc w:val="left"/>
            </w:pPr>
            <w:r>
              <w:rPr>
                <w:sz w:val="16"/>
              </w:rPr>
              <w:t>events per year</w:t>
            </w:r>
          </w:p>
        </w:tc>
        <w:tc>
          <w:tcPr>
            <w:tcW w:type="dxa" w:w="1569"/>
          </w:tcPr>
          <w:p>
            <w:pPr>
              <w:spacing w:after="0"/>
              <w:jc w:val="left"/>
            </w:pPr>
            <w:r>
              <w:rPr>
                <w:sz w:val="16"/>
              </w:rPr>
              <w:t>about 2.6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99.0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23.4</w:t>
            </w:r>
          </w:p>
        </w:tc>
        <w:tc>
          <w:tcPr>
            <w:tcW w:type="dxa" w:w="1447"/>
          </w:tcPr>
          <w:p>
            <w:pPr>
              <w:spacing w:after="0"/>
              <w:jc w:val="left"/>
            </w:pPr>
            <w:r>
              <w:rPr>
                <w:sz w:val="16"/>
              </w:rPr>
              <w:t>event-days per year</w:t>
            </w:r>
          </w:p>
        </w:tc>
        <w:tc>
          <w:tcPr>
            <w:tcW w:type="dxa" w:w="1569"/>
          </w:tcPr>
          <w:p>
            <w:pPr>
              <w:spacing w:after="0"/>
              <w:jc w:val="left"/>
            </w:pPr>
            <w:r>
              <w:rPr>
                <w:sz w:val="16"/>
              </w:rPr>
              <w:t>about 23.4 days per year</w:t>
            </w:r>
          </w:p>
        </w:tc>
        <w:tc>
          <w:tcPr>
            <w:tcW w:type="dxa" w:w="1037"/>
          </w:tcPr>
          <w:p>
            <w:pPr>
              <w:spacing w:after="0"/>
              <w:jc w:val="left"/>
            </w:pPr>
            <w:r>
              <w:rPr>
                <w:sz w:val="16"/>
              </w:rPr>
              <w:t>Likely</w:t>
            </w:r>
          </w:p>
        </w:tc>
        <w:tc>
          <w:tcPr>
            <w:tcW w:type="dxa" w:w="1757"/>
          </w:tcPr>
          <w:p>
            <w:pPr>
              <w:spacing w:after="0"/>
              <w:jc w:val="left"/>
            </w:pPr>
            <w:r>
              <w:rPr>
                <w:sz w:val="16"/>
              </w:rPr>
              <w:t>event-days in 14 of 30 years, 1996 to 2025 (46.7%)</w:t>
            </w:r>
          </w:p>
        </w:tc>
        <w:tc>
          <w:tcPr>
            <w:tcW w:type="dxa" w:w="1520"/>
          </w:tcPr>
          <w:p>
            <w:pPr>
              <w:spacing w:after="0"/>
              <w:jc w:val="right"/>
            </w:pPr>
            <w:r>
              <w:rPr>
                <w:sz w:val="16"/>
              </w:rPr>
              <w:t>373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23.4 heat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0.0299</w:t>
            </w:r>
          </w:p>
        </w:tc>
        <w:tc>
          <w:tcPr>
            <w:tcW w:type="dxa" w:w="1447"/>
          </w:tcPr>
          <w:p>
            <w:pPr>
              <w:spacing w:after="0"/>
              <w:jc w:val="left"/>
            </w:pPr>
            <w:r>
              <w:rPr>
                <w:sz w:val="16"/>
              </w:rPr>
              <w:t>events per year</w:t>
            </w:r>
          </w:p>
        </w:tc>
        <w:tc>
          <w:tcPr>
            <w:tcW w:type="dxa" w:w="1569"/>
          </w:tcPr>
          <w:p>
            <w:pPr>
              <w:spacing w:after="0"/>
              <w:jc w:val="left"/>
            </w:pPr>
            <w:r>
              <w:rPr>
                <w:sz w:val="16"/>
              </w:rPr>
              <w:t>about 1 in 33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6</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0.697</w:t>
            </w:r>
          </w:p>
        </w:tc>
        <w:tc>
          <w:tcPr>
            <w:tcW w:type="dxa" w:w="1447"/>
          </w:tcPr>
          <w:p>
            <w:pPr>
              <w:spacing w:after="0"/>
              <w:jc w:val="left"/>
            </w:pPr>
            <w:r>
              <w:rPr>
                <w:sz w:val="16"/>
              </w:rPr>
              <w:t>event-days per year</w:t>
            </w:r>
          </w:p>
        </w:tc>
        <w:tc>
          <w:tcPr>
            <w:tcW w:type="dxa" w:w="1569"/>
          </w:tcPr>
          <w:p>
            <w:pPr>
              <w:spacing w:after="0"/>
              <w:jc w:val="left"/>
            </w:pPr>
            <w:r>
              <w:rPr>
                <w:sz w:val="16"/>
              </w:rPr>
              <w:t>about 0.697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47</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0.821</w:t>
            </w:r>
          </w:p>
        </w:tc>
        <w:tc>
          <w:tcPr>
            <w:tcW w:type="dxa" w:w="1447"/>
          </w:tcPr>
          <w:p>
            <w:pPr>
              <w:spacing w:after="0"/>
              <w:jc w:val="left"/>
            </w:pPr>
            <w:r>
              <w:rPr>
                <w:sz w:val="16"/>
              </w:rPr>
              <w:t>event-days per year</w:t>
            </w:r>
          </w:p>
        </w:tc>
        <w:tc>
          <w:tcPr>
            <w:tcW w:type="dxa" w:w="1569"/>
          </w:tcPr>
          <w:p>
            <w:pPr>
              <w:spacing w:after="0"/>
              <w:jc w:val="left"/>
            </w:pPr>
            <w:r>
              <w:rPr>
                <w:sz w:val="16"/>
              </w:rPr>
              <w:t>about 0.821 days per year</w:t>
            </w:r>
          </w:p>
        </w:tc>
        <w:tc>
          <w:tcPr>
            <w:tcW w:type="dxa" w:w="1037"/>
          </w:tcPr>
          <w:p>
            <w:pPr>
              <w:spacing w:after="0"/>
              <w:jc w:val="left"/>
            </w:pPr>
            <w:r>
              <w:rPr>
                <w:sz w:val="16"/>
              </w:rPr>
              <w:t>Likely</w:t>
            </w:r>
          </w:p>
        </w:tc>
        <w:tc>
          <w:tcPr>
            <w:tcW w:type="dxa" w:w="1757"/>
          </w:tcPr>
          <w:p>
            <w:pPr>
              <w:spacing w:after="0"/>
              <w:jc w:val="left"/>
            </w:pPr>
            <w:r>
              <w:rPr>
                <w:sz w:val="16"/>
              </w:rPr>
              <w:t>event-days in 14 of 30 years, 1996 to 2025 (46.7%)</w:t>
            </w:r>
          </w:p>
        </w:tc>
        <w:tc>
          <w:tcPr>
            <w:tcW w:type="dxa" w:w="1520"/>
          </w:tcPr>
          <w:p>
            <w:pPr>
              <w:spacing w:after="0"/>
              <w:jc w:val="right"/>
            </w:pPr>
            <w:r>
              <w:rPr>
                <w:sz w:val="16"/>
              </w:rPr>
              <w:t>23</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0.175</w:t>
            </w:r>
          </w:p>
        </w:tc>
        <w:tc>
          <w:tcPr>
            <w:tcW w:type="dxa" w:w="1447"/>
          </w:tcPr>
          <w:p>
            <w:pPr>
              <w:spacing w:after="0"/>
              <w:jc w:val="left"/>
            </w:pPr>
            <w:r>
              <w:rPr>
                <w:sz w:val="16"/>
              </w:rPr>
              <w:t>events per year (modeled)</w:t>
            </w:r>
          </w:p>
        </w:tc>
        <w:tc>
          <w:tcPr>
            <w:tcW w:type="dxa" w:w="1569"/>
          </w:tcPr>
          <w:p>
            <w:pPr>
              <w:spacing w:after="0"/>
              <w:jc w:val="left"/>
            </w:pPr>
            <w:r>
              <w:rPr>
                <w:sz w:val="16"/>
              </w:rPr>
              <w:t>about 1 in 6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61.8</w:t>
            </w:r>
          </w:p>
        </w:tc>
        <w:tc>
          <w:tcPr>
            <w:tcW w:type="dxa" w:w="1447"/>
          </w:tcPr>
          <w:p>
            <w:pPr>
              <w:spacing w:after="0"/>
              <w:jc w:val="left"/>
            </w:pPr>
            <w:r>
              <w:rPr>
                <w:sz w:val="16"/>
              </w:rPr>
              <w:t>days per year with a strike</w:t>
            </w:r>
          </w:p>
        </w:tc>
        <w:tc>
          <w:tcPr>
            <w:tcW w:type="dxa" w:w="1569"/>
          </w:tcPr>
          <w:p>
            <w:pPr>
              <w:spacing w:after="0"/>
              <w:jc w:val="left"/>
            </w:pPr>
            <w:r>
              <w:rPr>
                <w:sz w:val="16"/>
              </w:rPr>
              <w:t>about 61.8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1.62</w:t>
            </w:r>
          </w:p>
        </w:tc>
        <w:tc>
          <w:tcPr>
            <w:tcW w:type="dxa" w:w="1447"/>
          </w:tcPr>
          <w:p>
            <w:pPr>
              <w:spacing w:after="0"/>
              <w:jc w:val="left"/>
            </w:pPr>
            <w:r>
              <w:rPr>
                <w:sz w:val="16"/>
              </w:rPr>
              <w:t>events per year</w:t>
            </w:r>
          </w:p>
        </w:tc>
        <w:tc>
          <w:tcPr>
            <w:tcW w:type="dxa" w:w="1569"/>
          </w:tcPr>
          <w:p>
            <w:pPr>
              <w:spacing w:after="0"/>
              <w:jc w:val="left"/>
            </w:pPr>
            <w:r>
              <w:rPr>
                <w:sz w:val="16"/>
              </w:rPr>
              <w:t>about 1.62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62</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0.349</w:t>
            </w:r>
          </w:p>
        </w:tc>
        <w:tc>
          <w:tcPr>
            <w:tcW w:type="dxa" w:w="1447"/>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0.000295</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0.0295%</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4.32</w:t>
            </w:r>
          </w:p>
        </w:tc>
        <w:tc>
          <w:tcPr>
            <w:tcW w:type="dxa" w:w="1447"/>
          </w:tcPr>
          <w:p>
            <w:pPr>
              <w:spacing w:after="0"/>
              <w:jc w:val="left"/>
            </w:pPr>
            <w:r>
              <w:rPr>
                <w:sz w:val="16"/>
              </w:rPr>
              <w:t>event-days per year</w:t>
            </w:r>
          </w:p>
        </w:tc>
        <w:tc>
          <w:tcPr>
            <w:tcW w:type="dxa" w:w="1569"/>
          </w:tcPr>
          <w:p>
            <w:pPr>
              <w:spacing w:after="0"/>
              <w:jc w:val="left"/>
            </w:pPr>
            <w:r>
              <w:rPr>
                <w:sz w:val="16"/>
              </w:rPr>
              <w:t>about 4.32 days per year</w:t>
            </w:r>
          </w:p>
        </w:tc>
        <w:tc>
          <w:tcPr>
            <w:tcW w:type="dxa" w:w="1037"/>
          </w:tcPr>
          <w:p>
            <w:pPr>
              <w:spacing w:after="0"/>
              <w:jc w:val="left"/>
            </w:pPr>
            <w:r>
              <w:rPr>
                <w:sz w:val="16"/>
              </w:rPr>
              <w:t>Likely</w:t>
            </w:r>
          </w:p>
        </w:tc>
        <w:tc>
          <w:tcPr>
            <w:tcW w:type="dxa" w:w="1757"/>
          </w:tcPr>
          <w:p>
            <w:pPr>
              <w:spacing w:after="0"/>
              <w:jc w:val="left"/>
            </w:pPr>
            <w:r>
              <w:rPr>
                <w:sz w:val="16"/>
              </w:rPr>
              <w:t>event-days in 18 of 30 years, 1996 to 2025 (60%)</w:t>
            </w:r>
          </w:p>
        </w:tc>
        <w:tc>
          <w:tcPr>
            <w:tcW w:type="dxa" w:w="1520"/>
          </w:tcPr>
          <w:p>
            <w:pPr>
              <w:spacing w:after="0"/>
              <w:jc w:val="right"/>
            </w:pPr>
            <w:r>
              <w:rPr>
                <w:sz w:val="16"/>
              </w:rPr>
              <w:t>82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1"/>
          </w:tcPr>
          <w:p>
            <w:pPr>
              <w:spacing w:after="0"/>
              <w:jc w:val="right"/>
            </w:pPr>
            <w:r>
              <w:rPr>
                <w:sz w:val="16"/>
              </w:rPr>
              <w:t>40.4</w:t>
            </w:r>
          </w:p>
        </w:tc>
        <w:tc>
          <w:tcPr>
            <w:tcW w:type="dxa" w:w="680"/>
          </w:tcPr>
          <w:p>
            <w:pPr>
              <w:spacing w:after="0"/>
              <w:jc w:val="right"/>
            </w:pPr>
            <w:r>
              <w:rPr>
                <w:sz w:val="16"/>
              </w:rPr>
              <w:t>72.3</w:t>
            </w:r>
          </w:p>
        </w:tc>
        <w:tc>
          <w:tcPr>
            <w:tcW w:type="dxa" w:w="648"/>
          </w:tcPr>
          <w:p>
            <w:pPr>
              <w:spacing w:after="0"/>
              <w:jc w:val="right"/>
            </w:pPr>
            <w:r>
              <w:rPr>
                <w:sz w:val="16"/>
              </w:rPr>
              <w:t>80.5</w:t>
            </w:r>
          </w:p>
        </w:tc>
        <w:tc>
          <w:tcPr>
            <w:tcW w:type="dxa" w:w="3571"/>
          </w:tcPr>
          <w:p>
            <w:pPr>
              <w:spacing w:after="0"/>
              <w:jc w:val="left"/>
            </w:pPr>
            <w:r>
              <w:rPr>
                <w:sz w:val="16"/>
              </w:rPr>
              <w:t>Relatively High 2, Relatively Moderate 4,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81"/>
          </w:tcPr>
          <w:p>
            <w:pPr>
              <w:spacing w:after="0"/>
              <w:jc w:val="right"/>
            </w:pPr>
            <w:r>
              <w:rPr>
                <w:sz w:val="16"/>
              </w:rPr>
              <w:t>71.3</w:t>
            </w:r>
          </w:p>
        </w:tc>
        <w:tc>
          <w:tcPr>
            <w:tcW w:type="dxa" w:w="680"/>
          </w:tcPr>
          <w:p>
            <w:pPr>
              <w:spacing w:after="0"/>
              <w:jc w:val="right"/>
            </w:pPr>
            <w:r>
              <w:rPr>
                <w:sz w:val="16"/>
              </w:rPr>
              <w:t>82.8</w:t>
            </w:r>
          </w:p>
        </w:tc>
        <w:tc>
          <w:tcPr>
            <w:tcW w:type="dxa" w:w="648"/>
          </w:tcPr>
          <w:p>
            <w:pPr>
              <w:spacing w:after="0"/>
              <w:jc w:val="right"/>
            </w:pPr>
            <w:r>
              <w:rPr>
                <w:sz w:val="16"/>
              </w:rPr>
              <w:t>98.2</w:t>
            </w:r>
          </w:p>
        </w:tc>
        <w:tc>
          <w:tcPr>
            <w:tcW w:type="dxa" w:w="3571"/>
          </w:tcPr>
          <w:p>
            <w:pPr>
              <w:spacing w:after="0"/>
              <w:jc w:val="left"/>
            </w:pPr>
            <w:r>
              <w:rPr>
                <w:sz w:val="16"/>
              </w:rPr>
              <w:t>Relatively High 2, Relatively Moderate 1, Relatively Low 3, Very Low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1"/>
          </w:tcPr>
          <w:p>
            <w:pPr>
              <w:spacing w:after="0"/>
              <w:jc w:val="right"/>
            </w:pPr>
            <w:r>
              <w:rPr>
                <w:sz w:val="16"/>
              </w:rPr>
              <w:t>85.4</w:t>
            </w:r>
          </w:p>
        </w:tc>
        <w:tc>
          <w:tcPr>
            <w:tcW w:type="dxa" w:w="680"/>
          </w:tcPr>
          <w:p>
            <w:pPr>
              <w:spacing w:after="0"/>
              <w:jc w:val="right"/>
            </w:pPr>
            <w:r>
              <w:rPr>
                <w:sz w:val="16"/>
              </w:rPr>
              <w:t>88.9</w:t>
            </w:r>
          </w:p>
        </w:tc>
        <w:tc>
          <w:tcPr>
            <w:tcW w:type="dxa" w:w="648"/>
          </w:tcPr>
          <w:p>
            <w:pPr>
              <w:spacing w:after="0"/>
              <w:jc w:val="right"/>
            </w:pPr>
            <w:r>
              <w:rPr>
                <w:sz w:val="16"/>
              </w:rPr>
              <w:t>92.4</w:t>
            </w:r>
          </w:p>
        </w:tc>
        <w:tc>
          <w:tcPr>
            <w:tcW w:type="dxa" w:w="3571"/>
          </w:tcPr>
          <w:p>
            <w:pPr>
              <w:spacing w:after="0"/>
              <w:jc w:val="left"/>
            </w:pPr>
            <w:r>
              <w:rPr>
                <w:sz w:val="16"/>
              </w:rPr>
              <w:t>Relatively High 4, Relatively Moderate 3</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1"/>
          </w:tcPr>
          <w:p>
            <w:pPr>
              <w:spacing w:after="0"/>
              <w:jc w:val="right"/>
            </w:pPr>
            <w:r>
              <w:rPr>
                <w:sz w:val="16"/>
              </w:rPr>
              <w:t>67.0</w:t>
            </w:r>
          </w:p>
        </w:tc>
        <w:tc>
          <w:tcPr>
            <w:tcW w:type="dxa" w:w="680"/>
          </w:tcPr>
          <w:p>
            <w:pPr>
              <w:spacing w:after="0"/>
              <w:jc w:val="right"/>
            </w:pPr>
            <w:r>
              <w:rPr>
                <w:sz w:val="16"/>
              </w:rPr>
              <w:t>81.8</w:t>
            </w:r>
          </w:p>
        </w:tc>
        <w:tc>
          <w:tcPr>
            <w:tcW w:type="dxa" w:w="648"/>
          </w:tcPr>
          <w:p>
            <w:pPr>
              <w:spacing w:after="0"/>
              <w:jc w:val="right"/>
            </w:pPr>
            <w:r>
              <w:rPr>
                <w:sz w:val="16"/>
              </w:rPr>
              <w:t>91.3</w:t>
            </w:r>
          </w:p>
        </w:tc>
        <w:tc>
          <w:tcPr>
            <w:tcW w:type="dxa" w:w="3571"/>
          </w:tcPr>
          <w:p>
            <w:pPr>
              <w:spacing w:after="0"/>
              <w:jc w:val="left"/>
            </w:pPr>
            <w:r>
              <w:rPr>
                <w:sz w:val="16"/>
              </w:rPr>
              <w:t>Relatively High 2, Relatively Moderate 4,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1"/>
          </w:tcPr>
          <w:p>
            <w:pPr>
              <w:spacing w:after="0"/>
              <w:jc w:val="right"/>
            </w:pPr>
            <w:r>
              <w:rPr>
                <w:sz w:val="16"/>
              </w:rPr>
              <w:t>58.5</w:t>
            </w:r>
          </w:p>
        </w:tc>
        <w:tc>
          <w:tcPr>
            <w:tcW w:type="dxa" w:w="680"/>
          </w:tcPr>
          <w:p>
            <w:pPr>
              <w:spacing w:after="0"/>
              <w:jc w:val="right"/>
            </w:pPr>
            <w:r>
              <w:rPr>
                <w:sz w:val="16"/>
              </w:rPr>
              <w:t>90.5</w:t>
            </w:r>
          </w:p>
        </w:tc>
        <w:tc>
          <w:tcPr>
            <w:tcW w:type="dxa" w:w="648"/>
          </w:tcPr>
          <w:p>
            <w:pPr>
              <w:spacing w:after="0"/>
              <w:jc w:val="right"/>
            </w:pPr>
            <w:r>
              <w:rPr>
                <w:sz w:val="16"/>
              </w:rPr>
              <w:t>94.1</w:t>
            </w:r>
          </w:p>
        </w:tc>
        <w:tc>
          <w:tcPr>
            <w:tcW w:type="dxa" w:w="3571"/>
          </w:tcPr>
          <w:p>
            <w:pPr>
              <w:spacing w:after="0"/>
              <w:jc w:val="left"/>
            </w:pPr>
            <w:r>
              <w:rPr>
                <w:sz w:val="16"/>
              </w:rPr>
              <w:t>Relatively High 5,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1"/>
          </w:tcPr>
          <w:p>
            <w:pPr>
              <w:spacing w:after="0"/>
              <w:jc w:val="right"/>
            </w:pPr>
            <w:r>
              <w:rPr>
                <w:sz w:val="16"/>
              </w:rPr>
              <w:t>50.7</w:t>
            </w:r>
          </w:p>
        </w:tc>
        <w:tc>
          <w:tcPr>
            <w:tcW w:type="dxa" w:w="680"/>
          </w:tcPr>
          <w:p>
            <w:pPr>
              <w:spacing w:after="0"/>
              <w:jc w:val="right"/>
            </w:pPr>
            <w:r>
              <w:rPr>
                <w:sz w:val="16"/>
              </w:rPr>
              <w:t>56.3</w:t>
            </w:r>
          </w:p>
        </w:tc>
        <w:tc>
          <w:tcPr>
            <w:tcW w:type="dxa" w:w="648"/>
          </w:tcPr>
          <w:p>
            <w:pPr>
              <w:spacing w:after="0"/>
              <w:jc w:val="right"/>
            </w:pPr>
            <w:r>
              <w:rPr>
                <w:sz w:val="16"/>
              </w:rPr>
              <w:t>69.4</w:t>
            </w:r>
          </w:p>
        </w:tc>
        <w:tc>
          <w:tcPr>
            <w:tcW w:type="dxa" w:w="3571"/>
          </w:tcPr>
          <w:p>
            <w:pPr>
              <w:spacing w:after="0"/>
              <w:jc w:val="left"/>
            </w:pPr>
            <w:r>
              <w:rPr>
                <w:sz w:val="16"/>
              </w:rPr>
              <w:t>Relatively Low 6, Very Low 1</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1"/>
          </w:tcPr>
          <w:p>
            <w:pPr>
              <w:spacing w:after="0"/>
              <w:jc w:val="right"/>
            </w:pPr>
            <w:r>
              <w:rPr>
                <w:sz w:val="16"/>
              </w:rPr>
              <w:t>46.2</w:t>
            </w:r>
          </w:p>
        </w:tc>
        <w:tc>
          <w:tcPr>
            <w:tcW w:type="dxa" w:w="680"/>
          </w:tcPr>
          <w:p>
            <w:pPr>
              <w:spacing w:after="0"/>
              <w:jc w:val="right"/>
            </w:pPr>
            <w:r>
              <w:rPr>
                <w:sz w:val="16"/>
              </w:rPr>
              <w:t>61.5</w:t>
            </w:r>
          </w:p>
        </w:tc>
        <w:tc>
          <w:tcPr>
            <w:tcW w:type="dxa" w:w="648"/>
          </w:tcPr>
          <w:p>
            <w:pPr>
              <w:spacing w:after="0"/>
              <w:jc w:val="right"/>
            </w:pPr>
            <w:r>
              <w:rPr>
                <w:sz w:val="16"/>
              </w:rPr>
              <w:t>73.6</w:t>
            </w:r>
          </w:p>
        </w:tc>
        <w:tc>
          <w:tcPr>
            <w:tcW w:type="dxa" w:w="3571"/>
          </w:tcPr>
          <w:p>
            <w:pPr>
              <w:spacing w:after="0"/>
              <w:jc w:val="left"/>
            </w:pPr>
            <w:r>
              <w:rPr>
                <w:sz w:val="16"/>
              </w:rPr>
              <w:t>Relatively Moderate 1, Relatively Low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1"/>
          </w:tcPr>
          <w:p>
            <w:pPr>
              <w:spacing w:after="0"/>
              <w:jc w:val="right"/>
            </w:pPr>
            <w:r>
              <w:rPr>
                <w:sz w:val="16"/>
              </w:rPr>
              <w:t>10.7</w:t>
            </w:r>
          </w:p>
        </w:tc>
        <w:tc>
          <w:tcPr>
            <w:tcW w:type="dxa" w:w="680"/>
          </w:tcPr>
          <w:p>
            <w:pPr>
              <w:spacing w:after="0"/>
              <w:jc w:val="right"/>
            </w:pPr>
            <w:r>
              <w:rPr>
                <w:sz w:val="16"/>
              </w:rPr>
              <w:t>65.5</w:t>
            </w:r>
          </w:p>
        </w:tc>
        <w:tc>
          <w:tcPr>
            <w:tcW w:type="dxa" w:w="648"/>
          </w:tcPr>
          <w:p>
            <w:pPr>
              <w:spacing w:after="0"/>
              <w:jc w:val="right"/>
            </w:pPr>
            <w:r>
              <w:rPr>
                <w:sz w:val="16"/>
              </w:rPr>
              <w:t>76.9</w:t>
            </w:r>
          </w:p>
        </w:tc>
        <w:tc>
          <w:tcPr>
            <w:tcW w:type="dxa" w:w="3571"/>
          </w:tcPr>
          <w:p>
            <w:pPr>
              <w:spacing w:after="0"/>
              <w:jc w:val="left"/>
            </w:pPr>
            <w:r>
              <w:rPr>
                <w:sz w:val="16"/>
              </w:rPr>
              <w:t>Relatively Moderate 6, Very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1"/>
          </w:tcPr>
          <w:p>
            <w:pPr>
              <w:spacing w:after="0"/>
              <w:jc w:val="right"/>
            </w:pPr>
            <w:r>
              <w:rPr>
                <w:sz w:val="16"/>
              </w:rPr>
              <w:t>11.0</w:t>
            </w:r>
          </w:p>
        </w:tc>
        <w:tc>
          <w:tcPr>
            <w:tcW w:type="dxa" w:w="680"/>
          </w:tcPr>
          <w:p>
            <w:pPr>
              <w:spacing w:after="0"/>
              <w:jc w:val="right"/>
            </w:pPr>
            <w:r>
              <w:rPr>
                <w:sz w:val="16"/>
              </w:rPr>
              <w:t>46.4</w:t>
            </w:r>
          </w:p>
        </w:tc>
        <w:tc>
          <w:tcPr>
            <w:tcW w:type="dxa" w:w="648"/>
          </w:tcPr>
          <w:p>
            <w:pPr>
              <w:spacing w:after="0"/>
              <w:jc w:val="right"/>
            </w:pPr>
            <w:r>
              <w:rPr>
                <w:sz w:val="16"/>
              </w:rPr>
              <w:t>80.1</w:t>
            </w:r>
          </w:p>
        </w:tc>
        <w:tc>
          <w:tcPr>
            <w:tcW w:type="dxa" w:w="3571"/>
          </w:tcPr>
          <w:p>
            <w:pPr>
              <w:spacing w:after="0"/>
              <w:jc w:val="left"/>
            </w:pPr>
            <w:r>
              <w:rPr>
                <w:sz w:val="16"/>
              </w:rPr>
              <w:t>Very Low 7</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1"/>
          </w:tcPr>
          <w:p>
            <w:pPr>
              <w:spacing w:after="0"/>
              <w:jc w:val="right"/>
            </w:pPr>
            <w:r>
              <w:rPr>
                <w:sz w:val="16"/>
              </w:rPr>
              <w:t>40.1</w:t>
            </w:r>
          </w:p>
        </w:tc>
        <w:tc>
          <w:tcPr>
            <w:tcW w:type="dxa" w:w="680"/>
          </w:tcPr>
          <w:p>
            <w:pPr>
              <w:spacing w:after="0"/>
              <w:jc w:val="right"/>
            </w:pPr>
            <w:r>
              <w:rPr>
                <w:sz w:val="16"/>
              </w:rPr>
              <w:t>78.7</w:t>
            </w:r>
          </w:p>
        </w:tc>
        <w:tc>
          <w:tcPr>
            <w:tcW w:type="dxa" w:w="648"/>
          </w:tcPr>
          <w:p>
            <w:pPr>
              <w:spacing w:after="0"/>
              <w:jc w:val="right"/>
            </w:pPr>
            <w:r>
              <w:rPr>
                <w:sz w:val="16"/>
              </w:rPr>
              <w:t>88.1</w:t>
            </w:r>
          </w:p>
        </w:tc>
        <w:tc>
          <w:tcPr>
            <w:tcW w:type="dxa" w:w="3571"/>
          </w:tcPr>
          <w:p>
            <w:pPr>
              <w:spacing w:after="0"/>
              <w:jc w:val="left"/>
            </w:pPr>
            <w:r>
              <w:rPr>
                <w:sz w:val="16"/>
              </w:rPr>
              <w:t>Relatively High 4, Relatively Moderate 2,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1"/>
          </w:tcPr>
          <w:p>
            <w:pPr>
              <w:spacing w:after="0"/>
              <w:jc w:val="right"/>
            </w:pPr>
            <w:r>
              <w:rPr>
                <w:sz w:val="16"/>
              </w:rPr>
              <w:t>78.5</w:t>
            </w:r>
          </w:p>
        </w:tc>
        <w:tc>
          <w:tcPr>
            <w:tcW w:type="dxa" w:w="680"/>
          </w:tcPr>
          <w:p>
            <w:pPr>
              <w:spacing w:after="0"/>
              <w:jc w:val="right"/>
            </w:pPr>
            <w:r>
              <w:rPr>
                <w:sz w:val="16"/>
              </w:rPr>
              <w:t>95.6</w:t>
            </w:r>
          </w:p>
        </w:tc>
        <w:tc>
          <w:tcPr>
            <w:tcW w:type="dxa" w:w="648"/>
          </w:tcPr>
          <w:p>
            <w:pPr>
              <w:spacing w:after="0"/>
              <w:jc w:val="right"/>
            </w:pPr>
            <w:r>
              <w:rPr>
                <w:sz w:val="16"/>
              </w:rPr>
              <w:t>97.8</w:t>
            </w:r>
          </w:p>
        </w:tc>
        <w:tc>
          <w:tcPr>
            <w:tcW w:type="dxa" w:w="3571"/>
          </w:tcPr>
          <w:p>
            <w:pPr>
              <w:spacing w:after="0"/>
              <w:jc w:val="left"/>
            </w:pPr>
            <w:r>
              <w:rPr>
                <w:sz w:val="16"/>
              </w:rPr>
              <w:t>Very High 2, Relatively High 4,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1"/>
          </w:tcPr>
          <w:p>
            <w:pPr>
              <w:spacing w:after="0"/>
              <w:jc w:val="right"/>
            </w:pPr>
            <w:r>
              <w:rPr>
                <w:sz w:val="16"/>
              </w:rPr>
              <w:t>79.8</w:t>
            </w:r>
          </w:p>
        </w:tc>
        <w:tc>
          <w:tcPr>
            <w:tcW w:type="dxa" w:w="680"/>
          </w:tcPr>
          <w:p>
            <w:pPr>
              <w:spacing w:after="0"/>
              <w:jc w:val="right"/>
            </w:pPr>
            <w:r>
              <w:rPr>
                <w:sz w:val="16"/>
              </w:rPr>
              <w:t>98.5</w:t>
            </w:r>
          </w:p>
        </w:tc>
        <w:tc>
          <w:tcPr>
            <w:tcW w:type="dxa" w:w="648"/>
          </w:tcPr>
          <w:p>
            <w:pPr>
              <w:spacing w:after="0"/>
              <w:jc w:val="right"/>
            </w:pPr>
            <w:r>
              <w:rPr>
                <w:sz w:val="16"/>
              </w:rPr>
              <w:t>99.6</w:t>
            </w:r>
          </w:p>
        </w:tc>
        <w:tc>
          <w:tcPr>
            <w:tcW w:type="dxa" w:w="3571"/>
          </w:tcPr>
          <w:p>
            <w:pPr>
              <w:spacing w:after="0"/>
              <w:jc w:val="left"/>
            </w:pPr>
            <w:r>
              <w:rPr>
                <w:sz w:val="16"/>
              </w:rPr>
              <w:t>Very High 6, Relatively High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1"/>
          </w:tcPr>
          <w:p>
            <w:pPr>
              <w:spacing w:after="0"/>
              <w:jc w:val="right"/>
            </w:pPr>
            <w:r>
              <w:rPr>
                <w:sz w:val="16"/>
              </w:rPr>
              <w:t>25.5</w:t>
            </w:r>
          </w:p>
        </w:tc>
        <w:tc>
          <w:tcPr>
            <w:tcW w:type="dxa" w:w="680"/>
          </w:tcPr>
          <w:p>
            <w:pPr>
              <w:spacing w:after="0"/>
              <w:jc w:val="right"/>
            </w:pPr>
            <w:r>
              <w:rPr>
                <w:sz w:val="16"/>
              </w:rPr>
              <w:t>44.4</w:t>
            </w:r>
          </w:p>
        </w:tc>
        <w:tc>
          <w:tcPr>
            <w:tcW w:type="dxa" w:w="648"/>
          </w:tcPr>
          <w:p>
            <w:pPr>
              <w:spacing w:after="0"/>
              <w:jc w:val="right"/>
            </w:pPr>
            <w:r>
              <w:rPr>
                <w:sz w:val="16"/>
              </w:rPr>
              <w:t>67.8</w:t>
            </w:r>
          </w:p>
        </w:tc>
        <w:tc>
          <w:tcPr>
            <w:tcW w:type="dxa" w:w="3571"/>
          </w:tcPr>
          <w:p>
            <w:pPr>
              <w:spacing w:after="0"/>
              <w:jc w:val="left"/>
            </w:pPr>
            <w:r>
              <w:rPr>
                <w:sz w:val="16"/>
              </w:rPr>
              <w:t>Very Low 7</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1"/>
          </w:tcPr>
          <w:p>
            <w:pPr>
              <w:spacing w:after="0"/>
              <w:jc w:val="right"/>
            </w:pPr>
            <w:r>
              <w:rPr>
                <w:sz w:val="16"/>
              </w:rPr>
              <w:t>38.6</w:t>
            </w:r>
          </w:p>
        </w:tc>
        <w:tc>
          <w:tcPr>
            <w:tcW w:type="dxa" w:w="680"/>
          </w:tcPr>
          <w:p>
            <w:pPr>
              <w:spacing w:after="0"/>
              <w:jc w:val="right"/>
            </w:pPr>
            <w:r>
              <w:rPr>
                <w:sz w:val="16"/>
              </w:rPr>
              <w:t>47.6</w:t>
            </w:r>
          </w:p>
        </w:tc>
        <w:tc>
          <w:tcPr>
            <w:tcW w:type="dxa" w:w="648"/>
          </w:tcPr>
          <w:p>
            <w:pPr>
              <w:spacing w:after="0"/>
              <w:jc w:val="right"/>
            </w:pPr>
            <w:r>
              <w:rPr>
                <w:sz w:val="16"/>
              </w:rPr>
              <w:t>57.4</w:t>
            </w:r>
          </w:p>
        </w:tc>
        <w:tc>
          <w:tcPr>
            <w:tcW w:type="dxa" w:w="3571"/>
          </w:tcPr>
          <w:p>
            <w:pPr>
              <w:spacing w:after="0"/>
              <w:jc w:val="left"/>
            </w:pPr>
            <w:r>
              <w:rPr>
                <w:sz w:val="16"/>
              </w:rPr>
              <w:t>Relatively Moderate 3, Relatively Low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6"/>
        <w:gridCol w:w="1444"/>
        <w:gridCol w:w="2739"/>
        <w:gridCol w:w="2184"/>
        <w:gridCol w:w="1536"/>
        <w:gridCol w:w="1869"/>
        <w:gridCol w:w="2803"/>
      </w:tblGrid>
      <w:tr>
        <w:trPr>
          <w:cantSplit/>
          <w:tblHeader/>
        </w:trPr>
        <w:tc>
          <w:tcPr>
            <w:tcW w:type="dxa" w:w="1536"/>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3"/>
            <w:shd w:val="clear" w:color="auto" w:fill="E8E8E8"/>
          </w:tcPr>
          <w:p>
            <w:pPr>
              <w:spacing w:after="0"/>
              <w:jc w:val="left"/>
            </w:pPr>
            <w:r>
              <w:rPr>
                <w:b/>
                <w:sz w:val="16"/>
              </w:rPr>
              <w:t>Notes</w:t>
            </w:r>
          </w:p>
        </w:tc>
      </w:tr>
      <w:tr>
        <w:trPr>
          <w:cantSplit/>
        </w:trPr>
        <w:tc>
          <w:tcPr>
            <w:tcW w:type="dxa" w:w="1536"/>
          </w:tcPr>
          <w:p>
            <w:pPr>
              <w:spacing w:after="0"/>
              <w:jc w:val="left"/>
            </w:pPr>
            <w:r>
              <w:rPr>
                <w:sz w:val="16"/>
              </w:rPr>
              <w:t>Coahoma County (unincorporated area)</w:t>
            </w:r>
          </w:p>
        </w:tc>
        <w:tc>
          <w:tcPr>
            <w:tcW w:type="dxa" w:w="1444"/>
          </w:tcPr>
          <w:p>
            <w:pPr>
              <w:spacing w:after="0"/>
              <w:jc w:val="left"/>
            </w:pPr>
            <w:r>
              <w:rPr>
                <w:sz w:val="16"/>
              </w:rPr>
              <w:t>Unincorporated</w:t>
            </w:r>
          </w:p>
        </w:tc>
        <w:tc>
          <w:tcPr>
            <w:tcW w:type="dxa" w:w="2739"/>
          </w:tcPr>
          <w:p>
            <w:pPr>
              <w:spacing w:after="0"/>
              <w:jc w:val="left"/>
            </w:pPr>
            <w:r>
              <w:rPr>
                <w:sz w:val="16"/>
              </w:rPr>
              <w:t>Approved, expires 2027-04-12</w:t>
            </w:r>
          </w:p>
        </w:tc>
        <w:tc>
          <w:tcPr>
            <w:tcW w:type="dxa" w:w="2184"/>
          </w:tcPr>
          <w:p>
            <w:pPr>
              <w:spacing w:after="0"/>
              <w:jc w:val="right"/>
            </w:pPr>
            <w:r>
              <w:rPr>
                <w:sz w:val="16"/>
              </w:rPr>
              <w:t>FMA RL 3, SRL 8; any 35</w:t>
            </w:r>
          </w:p>
        </w:tc>
        <w:tc>
          <w:tcPr>
            <w:tcW w:type="dxa" w:w="1536"/>
          </w:tcPr>
          <w:p>
            <w:pPr>
              <w:spacing w:after="0"/>
              <w:jc w:val="right"/>
            </w:pPr>
            <w:r>
              <w:rPr>
                <w:sz w:val="16"/>
              </w:rPr>
              <w:t>$619,663.31</w:t>
            </w:r>
          </w:p>
        </w:tc>
        <w:tc>
          <w:tcPr>
            <w:tcW w:type="dxa" w:w="1869"/>
          </w:tcPr>
          <w:p>
            <w:pPr>
              <w:spacing w:after="0"/>
              <w:jc w:val="right"/>
            </w:pPr>
            <w:r>
              <w:rPr>
                <w:sz w:val="16"/>
              </w:rPr>
              <w:t>0; 0</w:t>
            </w:r>
          </w:p>
        </w:tc>
        <w:tc>
          <w:tcPr>
            <w:tcW w:type="dxa" w:w="2803"/>
          </w:tcPr>
          <w:p>
            <w:pPr>
              <w:spacing w:after="0"/>
              <w:jc w:val="left"/>
            </w:pPr>
          </w:p>
        </w:tc>
      </w:tr>
      <w:tr>
        <w:trPr>
          <w:cantSplit/>
        </w:trPr>
        <w:tc>
          <w:tcPr>
            <w:tcW w:type="dxa" w:w="1536"/>
          </w:tcPr>
          <w:p>
            <w:pPr>
              <w:spacing w:after="0"/>
              <w:jc w:val="left"/>
            </w:pPr>
            <w:r>
              <w:rPr>
                <w:sz w:val="16"/>
              </w:rPr>
              <w:t>Clarksdale city</w:t>
            </w:r>
          </w:p>
        </w:tc>
        <w:tc>
          <w:tcPr>
            <w:tcW w:type="dxa" w:w="1444"/>
          </w:tcPr>
          <w:p>
            <w:pPr>
              <w:spacing w:after="0"/>
              <w:jc w:val="left"/>
            </w:pPr>
            <w:r>
              <w:rPr>
                <w:sz w:val="16"/>
              </w:rPr>
              <w:t>City</w:t>
            </w:r>
          </w:p>
        </w:tc>
        <w:tc>
          <w:tcPr>
            <w:tcW w:type="dxa" w:w="2739"/>
          </w:tcPr>
          <w:p>
            <w:pPr>
              <w:spacing w:after="0"/>
              <w:jc w:val="left"/>
            </w:pPr>
            <w:r>
              <w:rPr>
                <w:sz w:val="16"/>
              </w:rPr>
              <w:t>Approved, expires 2027-04-12</w:t>
            </w:r>
          </w:p>
        </w:tc>
        <w:tc>
          <w:tcPr>
            <w:tcW w:type="dxa" w:w="2184"/>
          </w:tcPr>
          <w:p>
            <w:pPr>
              <w:spacing w:after="0"/>
              <w:jc w:val="right"/>
            </w:pPr>
            <w:r>
              <w:rPr>
                <w:sz w:val="16"/>
              </w:rPr>
              <w:t>FMA RL 1, SRL 1; any 10</w:t>
            </w:r>
          </w:p>
        </w:tc>
        <w:tc>
          <w:tcPr>
            <w:tcW w:type="dxa" w:w="1536"/>
          </w:tcPr>
          <w:p>
            <w:pPr>
              <w:spacing w:after="0"/>
              <w:jc w:val="right"/>
            </w:pPr>
            <w:r>
              <w:rPr>
                <w:sz w:val="16"/>
              </w:rPr>
              <w:t>$596,808.10</w:t>
            </w:r>
          </w:p>
        </w:tc>
        <w:tc>
          <w:tcPr>
            <w:tcW w:type="dxa" w:w="1869"/>
          </w:tcPr>
          <w:p>
            <w:pPr>
              <w:spacing w:after="0"/>
              <w:jc w:val="right"/>
            </w:pPr>
            <w:r>
              <w:rPr>
                <w:sz w:val="16"/>
              </w:rPr>
              <w:t>75; 2</w:t>
            </w:r>
          </w:p>
        </w:tc>
        <w:tc>
          <w:tcPr>
            <w:tcW w:type="dxa" w:w="2803"/>
          </w:tcPr>
          <w:p>
            <w:pPr>
              <w:spacing w:after="0"/>
              <w:jc w:val="left"/>
            </w:pPr>
            <w:r>
              <w:rPr>
                <w:sz w:val="16"/>
              </w:rPr>
              <w:t>Includes $12,830.70 for declarations not counted as hazard incidents (DR-4528-MS).</w:t>
            </w:r>
          </w:p>
        </w:tc>
      </w:tr>
      <w:tr>
        <w:trPr>
          <w:cantSplit/>
        </w:trPr>
        <w:tc>
          <w:tcPr>
            <w:tcW w:type="dxa" w:w="1536"/>
          </w:tcPr>
          <w:p>
            <w:pPr>
              <w:spacing w:after="0"/>
              <w:jc w:val="left"/>
            </w:pPr>
            <w:r>
              <w:rPr>
                <w:sz w:val="16"/>
              </w:rPr>
              <w:t>Coahoma town</w:t>
            </w:r>
          </w:p>
        </w:tc>
        <w:tc>
          <w:tcPr>
            <w:tcW w:type="dxa" w:w="1444"/>
          </w:tcPr>
          <w:p>
            <w:pPr>
              <w:spacing w:after="0"/>
              <w:jc w:val="left"/>
            </w:pPr>
            <w:r>
              <w:rPr>
                <w:sz w:val="16"/>
              </w:rPr>
              <w:t>Town</w:t>
            </w:r>
          </w:p>
        </w:tc>
        <w:tc>
          <w:tcPr>
            <w:tcW w:type="dxa" w:w="2739"/>
          </w:tcPr>
          <w:p>
            <w:pPr>
              <w:spacing w:after="0"/>
              <w:jc w:val="left"/>
            </w:pPr>
            <w:r>
              <w:rPr>
                <w:sz w:val="16"/>
              </w:rPr>
              <w:t>Approved, expires 2027-04-12</w:t>
            </w:r>
          </w:p>
        </w:tc>
        <w:tc>
          <w:tcPr>
            <w:tcW w:type="dxa" w:w="2184"/>
          </w:tcPr>
          <w:p>
            <w:pPr>
              <w:spacing w:after="0"/>
              <w:jc w:val="right"/>
            </w:pPr>
            <w:r>
              <w:rPr>
                <w:sz w:val="16"/>
              </w:rPr>
              <w:t>FMA RL 0, SRL 0; any 0</w:t>
            </w:r>
          </w:p>
        </w:tc>
        <w:tc>
          <w:tcPr>
            <w:tcW w:type="dxa" w:w="1536"/>
          </w:tcPr>
          <w:p>
            <w:pPr>
              <w:spacing w:after="0"/>
              <w:jc w:val="right"/>
            </w:pPr>
            <w:r>
              <w:rPr>
                <w:sz w:val="16"/>
              </w:rPr>
              <w:t>none found</w:t>
            </w:r>
          </w:p>
        </w:tc>
        <w:tc>
          <w:tcPr>
            <w:tcW w:type="dxa" w:w="1869"/>
          </w:tcPr>
          <w:p>
            <w:pPr>
              <w:spacing w:after="0"/>
              <w:jc w:val="right"/>
            </w:pPr>
            <w:r>
              <w:rPr>
                <w:sz w:val="16"/>
              </w:rPr>
              <w:t>10; 1</w:t>
            </w:r>
          </w:p>
        </w:tc>
        <w:tc>
          <w:tcPr>
            <w:tcW w:type="dxa" w:w="2803"/>
          </w:tcPr>
          <w:p>
            <w:pPr>
              <w:spacing w:after="0"/>
              <w:jc w:val="left"/>
            </w:pPr>
          </w:p>
        </w:tc>
      </w:tr>
      <w:tr>
        <w:trPr>
          <w:cantSplit/>
        </w:trPr>
        <w:tc>
          <w:tcPr>
            <w:tcW w:type="dxa" w:w="1536"/>
          </w:tcPr>
          <w:p>
            <w:pPr>
              <w:spacing w:after="0"/>
              <w:jc w:val="left"/>
            </w:pPr>
            <w:r>
              <w:rPr>
                <w:sz w:val="16"/>
              </w:rPr>
              <w:t>Friars Point town</w:t>
            </w:r>
          </w:p>
        </w:tc>
        <w:tc>
          <w:tcPr>
            <w:tcW w:type="dxa" w:w="1444"/>
          </w:tcPr>
          <w:p>
            <w:pPr>
              <w:spacing w:after="0"/>
              <w:jc w:val="left"/>
            </w:pPr>
            <w:r>
              <w:rPr>
                <w:sz w:val="16"/>
              </w:rPr>
              <w:t>Town</w:t>
            </w:r>
          </w:p>
        </w:tc>
        <w:tc>
          <w:tcPr>
            <w:tcW w:type="dxa" w:w="2739"/>
          </w:tcPr>
          <w:p>
            <w:pPr>
              <w:spacing w:after="0"/>
              <w:jc w:val="left"/>
            </w:pPr>
            <w:r>
              <w:rPr>
                <w:sz w:val="16"/>
              </w:rPr>
              <w:t>Approved, expires 2027-04-12</w:t>
            </w:r>
          </w:p>
        </w:tc>
        <w:tc>
          <w:tcPr>
            <w:tcW w:type="dxa" w:w="2184"/>
          </w:tcPr>
          <w:p>
            <w:pPr>
              <w:spacing w:after="0"/>
              <w:jc w:val="right"/>
            </w:pPr>
            <w:r>
              <w:rPr>
                <w:sz w:val="16"/>
              </w:rPr>
              <w:t>FMA RL 0, SRL 0; any 0</w:t>
            </w:r>
          </w:p>
        </w:tc>
        <w:tc>
          <w:tcPr>
            <w:tcW w:type="dxa" w:w="1536"/>
          </w:tcPr>
          <w:p>
            <w:pPr>
              <w:spacing w:after="0"/>
              <w:jc w:val="right"/>
            </w:pPr>
            <w:r>
              <w:rPr>
                <w:sz w:val="16"/>
              </w:rPr>
              <w:t>none found</w:t>
            </w:r>
          </w:p>
        </w:tc>
        <w:tc>
          <w:tcPr>
            <w:tcW w:type="dxa" w:w="1869"/>
          </w:tcPr>
          <w:p>
            <w:pPr>
              <w:spacing w:after="0"/>
              <w:jc w:val="right"/>
            </w:pPr>
            <w:r>
              <w:rPr>
                <w:sz w:val="16"/>
              </w:rPr>
              <w:t>0; 0</w:t>
            </w:r>
          </w:p>
        </w:tc>
        <w:tc>
          <w:tcPr>
            <w:tcW w:type="dxa" w:w="2803"/>
          </w:tcPr>
          <w:p>
            <w:pPr>
              <w:spacing w:after="0"/>
              <w:jc w:val="left"/>
            </w:pPr>
          </w:p>
        </w:tc>
      </w:tr>
      <w:tr>
        <w:trPr>
          <w:cantSplit/>
        </w:trPr>
        <w:tc>
          <w:tcPr>
            <w:tcW w:type="dxa" w:w="1536"/>
          </w:tcPr>
          <w:p>
            <w:pPr>
              <w:spacing w:after="0"/>
              <w:jc w:val="left"/>
            </w:pPr>
            <w:r>
              <w:rPr>
                <w:sz w:val="16"/>
              </w:rPr>
              <w:t>Jonestown town</w:t>
            </w:r>
          </w:p>
        </w:tc>
        <w:tc>
          <w:tcPr>
            <w:tcW w:type="dxa" w:w="1444"/>
          </w:tcPr>
          <w:p>
            <w:pPr>
              <w:spacing w:after="0"/>
              <w:jc w:val="left"/>
            </w:pPr>
            <w:r>
              <w:rPr>
                <w:sz w:val="16"/>
              </w:rPr>
              <w:t>Town</w:t>
            </w:r>
          </w:p>
        </w:tc>
        <w:tc>
          <w:tcPr>
            <w:tcW w:type="dxa" w:w="2739"/>
          </w:tcPr>
          <w:p>
            <w:pPr>
              <w:spacing w:after="0"/>
              <w:jc w:val="left"/>
            </w:pPr>
            <w:r>
              <w:rPr>
                <w:sz w:val="16"/>
              </w:rPr>
              <w:t>Approved, expires 2027-04-12</w:t>
            </w:r>
          </w:p>
        </w:tc>
        <w:tc>
          <w:tcPr>
            <w:tcW w:type="dxa" w:w="2184"/>
          </w:tcPr>
          <w:p>
            <w:pPr>
              <w:spacing w:after="0"/>
              <w:jc w:val="right"/>
            </w:pPr>
            <w:r>
              <w:rPr>
                <w:sz w:val="16"/>
              </w:rPr>
              <w:t>FMA RL 0, SRL 0; any 2</w:t>
            </w:r>
          </w:p>
        </w:tc>
        <w:tc>
          <w:tcPr>
            <w:tcW w:type="dxa" w:w="1536"/>
          </w:tcPr>
          <w:p>
            <w:pPr>
              <w:spacing w:after="0"/>
              <w:jc w:val="right"/>
            </w:pPr>
            <w:r>
              <w:rPr>
                <w:sz w:val="16"/>
              </w:rPr>
              <w:t>$3,375</w:t>
            </w:r>
          </w:p>
        </w:tc>
        <w:tc>
          <w:tcPr>
            <w:tcW w:type="dxa" w:w="1869"/>
          </w:tcPr>
          <w:p>
            <w:pPr>
              <w:spacing w:after="0"/>
              <w:jc w:val="right"/>
            </w:pPr>
            <w:r>
              <w:rPr>
                <w:sz w:val="16"/>
              </w:rPr>
              <w:t>8; 1</w:t>
            </w:r>
          </w:p>
        </w:tc>
        <w:tc>
          <w:tcPr>
            <w:tcW w:type="dxa" w:w="2803"/>
          </w:tcPr>
          <w:p>
            <w:pPr>
              <w:spacing w:after="0"/>
              <w:jc w:val="left"/>
            </w:pPr>
          </w:p>
        </w:tc>
      </w:tr>
      <w:tr>
        <w:trPr>
          <w:cantSplit/>
        </w:trPr>
        <w:tc>
          <w:tcPr>
            <w:tcW w:type="dxa" w:w="1536"/>
          </w:tcPr>
          <w:p>
            <w:pPr>
              <w:spacing w:after="0"/>
              <w:jc w:val="left"/>
            </w:pPr>
            <w:r>
              <w:rPr>
                <w:sz w:val="16"/>
              </w:rPr>
              <w:t>Lula town</w:t>
            </w:r>
          </w:p>
        </w:tc>
        <w:tc>
          <w:tcPr>
            <w:tcW w:type="dxa" w:w="1444"/>
          </w:tcPr>
          <w:p>
            <w:pPr>
              <w:spacing w:after="0"/>
              <w:jc w:val="left"/>
            </w:pPr>
            <w:r>
              <w:rPr>
                <w:sz w:val="16"/>
              </w:rPr>
              <w:t>Town</w:t>
            </w:r>
          </w:p>
        </w:tc>
        <w:tc>
          <w:tcPr>
            <w:tcW w:type="dxa" w:w="2739"/>
          </w:tcPr>
          <w:p>
            <w:pPr>
              <w:spacing w:after="0"/>
              <w:jc w:val="left"/>
            </w:pPr>
            <w:r>
              <w:rPr>
                <w:sz w:val="16"/>
              </w:rPr>
              <w:t>Approved, expires 2027-04-12</w:t>
            </w:r>
          </w:p>
        </w:tc>
        <w:tc>
          <w:tcPr>
            <w:tcW w:type="dxa" w:w="2184"/>
          </w:tcPr>
          <w:p>
            <w:pPr>
              <w:spacing w:after="0"/>
              <w:jc w:val="right"/>
            </w:pPr>
            <w:r>
              <w:rPr>
                <w:sz w:val="16"/>
              </w:rPr>
              <w:t>FMA RL 0, SRL 0; any 0</w:t>
            </w:r>
          </w:p>
        </w:tc>
        <w:tc>
          <w:tcPr>
            <w:tcW w:type="dxa" w:w="1536"/>
          </w:tcPr>
          <w:p>
            <w:pPr>
              <w:spacing w:after="0"/>
              <w:jc w:val="right"/>
            </w:pPr>
            <w:r>
              <w:rPr>
                <w:sz w:val="16"/>
              </w:rPr>
              <w:t>none found</w:t>
            </w:r>
          </w:p>
        </w:tc>
        <w:tc>
          <w:tcPr>
            <w:tcW w:type="dxa" w:w="1869"/>
          </w:tcPr>
          <w:p>
            <w:pPr>
              <w:spacing w:after="0"/>
              <w:jc w:val="right"/>
            </w:pPr>
            <w:r>
              <w:rPr>
                <w:sz w:val="16"/>
              </w:rPr>
              <w:t>8; 0</w:t>
            </w:r>
          </w:p>
        </w:tc>
        <w:tc>
          <w:tcPr>
            <w:tcW w:type="dxa" w:w="2803"/>
          </w:tcPr>
          <w:p>
            <w:pPr>
              <w:spacing w:after="0"/>
              <w:jc w:val="left"/>
            </w:pPr>
          </w:p>
        </w:tc>
      </w:tr>
      <w:tr>
        <w:trPr>
          <w:cantSplit/>
        </w:trPr>
        <w:tc>
          <w:tcPr>
            <w:tcW w:type="dxa" w:w="1536"/>
          </w:tcPr>
          <w:p>
            <w:pPr>
              <w:spacing w:after="0"/>
              <w:jc w:val="left"/>
            </w:pPr>
            <w:r>
              <w:rPr>
                <w:sz w:val="16"/>
              </w:rPr>
              <w:t>Lyon town</w:t>
            </w:r>
          </w:p>
        </w:tc>
        <w:tc>
          <w:tcPr>
            <w:tcW w:type="dxa" w:w="1444"/>
          </w:tcPr>
          <w:p>
            <w:pPr>
              <w:spacing w:after="0"/>
              <w:jc w:val="left"/>
            </w:pPr>
            <w:r>
              <w:rPr>
                <w:sz w:val="16"/>
              </w:rPr>
              <w:t>Town</w:t>
            </w:r>
          </w:p>
        </w:tc>
        <w:tc>
          <w:tcPr>
            <w:tcW w:type="dxa" w:w="2739"/>
          </w:tcPr>
          <w:p>
            <w:pPr>
              <w:spacing w:after="0"/>
              <w:jc w:val="left"/>
            </w:pPr>
            <w:r>
              <w:rPr>
                <w:sz w:val="16"/>
              </w:rPr>
              <w:t>Approved, expires 2027-04-12</w:t>
            </w:r>
          </w:p>
        </w:tc>
        <w:tc>
          <w:tcPr>
            <w:tcW w:type="dxa" w:w="2184"/>
          </w:tcPr>
          <w:p>
            <w:pPr>
              <w:spacing w:after="0"/>
              <w:jc w:val="right"/>
            </w:pPr>
            <w:r>
              <w:rPr>
                <w:sz w:val="16"/>
              </w:rPr>
              <w:t>FMA RL 0, SRL 0; any 1</w:t>
            </w:r>
          </w:p>
        </w:tc>
        <w:tc>
          <w:tcPr>
            <w:tcW w:type="dxa" w:w="1536"/>
          </w:tcPr>
          <w:p>
            <w:pPr>
              <w:spacing w:after="0"/>
              <w:jc w:val="right"/>
            </w:pPr>
            <w:r>
              <w:rPr>
                <w:sz w:val="16"/>
              </w:rPr>
              <w:t>none found</w:t>
            </w:r>
          </w:p>
        </w:tc>
        <w:tc>
          <w:tcPr>
            <w:tcW w:type="dxa" w:w="1869"/>
          </w:tcPr>
          <w:p>
            <w:pPr>
              <w:spacing w:after="0"/>
              <w:jc w:val="right"/>
            </w:pPr>
            <w:r>
              <w:rPr>
                <w:sz w:val="16"/>
              </w:rPr>
              <w:t>18; 1</w:t>
            </w:r>
          </w:p>
        </w:tc>
        <w:tc>
          <w:tcPr>
            <w:tcW w:type="dxa" w:w="2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2022-04-13</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$4,369,703,329</w:t>
            </w:r>
          </w:p>
        </w:tc>
        <w:tc>
          <w:tcPr>
            <w:tcW w:type="dxa" w:w="1215"/>
          </w:tcPr>
          <w:p>
            <w:pPr>
              <w:spacing w:after="0"/>
              <w:jc w:val="right"/>
            </w:pPr>
            <w:r>
              <w:rPr>
                <w:sz w:val="16"/>
              </w:rPr>
              <w:t>$201,190,577</w:t>
            </w:r>
          </w:p>
        </w:tc>
        <w:tc>
          <w:tcPr>
            <w:tcW w:type="dxa" w:w="1047"/>
          </w:tcPr>
          <w:p>
            <w:pPr>
              <w:spacing w:after="0"/>
              <w:jc w:val="right"/>
            </w:pPr>
            <w:r>
              <w:rPr>
                <w:sz w:val="16"/>
              </w:rPr>
              <w:t>21,300</w:t>
            </w:r>
          </w:p>
        </w:tc>
        <w:tc>
          <w:tcPr>
            <w:tcW w:type="dxa" w:w="1037"/>
          </w:tcPr>
          <w:p>
            <w:pPr>
              <w:spacing w:after="0"/>
              <w:jc w:val="right"/>
            </w:pPr>
            <w:r>
              <w:rPr>
                <w:sz w:val="16"/>
              </w:rPr>
              <w:t>$15,260</w:t>
            </w:r>
          </w:p>
        </w:tc>
        <w:tc>
          <w:tcPr>
            <w:tcW w:type="dxa" w:w="1126"/>
          </w:tcPr>
          <w:p>
            <w:pPr>
              <w:spacing w:after="0"/>
              <w:jc w:val="right"/>
            </w:pPr>
            <w:r>
              <w:rPr>
                <w:sz w:val="16"/>
              </w:rPr>
              <w:t>$676</w:t>
            </w:r>
          </w:p>
        </w:tc>
        <w:tc>
          <w:tcPr>
            <w:tcW w:type="dxa" w:w="1184"/>
          </w:tcPr>
          <w:p>
            <w:pPr>
              <w:spacing w:after="0"/>
              <w:jc w:val="right"/>
            </w:pPr>
            <w:r>
              <w:rPr>
                <w:sz w:val="16"/>
              </w:rPr>
              <w:t>$582,002</w:t>
            </w:r>
          </w:p>
        </w:tc>
        <w:tc>
          <w:tcPr>
            <w:tcW w:type="dxa" w:w="1305"/>
          </w:tcPr>
          <w:p>
            <w:pPr>
              <w:spacing w:after="0"/>
              <w:jc w:val="right"/>
            </w:pPr>
            <w:r>
              <w:rPr>
                <w:sz w:val="16"/>
              </w:rPr>
              <w:t>0.000349%</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$131,052,282</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$615,471</w:t>
            </w:r>
          </w:p>
        </w:tc>
        <w:tc>
          <w:tcPr>
            <w:tcW w:type="dxa" w:w="1184"/>
          </w:tcPr>
          <w:p>
            <w:pPr>
              <w:spacing w:after="0"/>
              <w:jc w:val="right"/>
            </w:pPr>
          </w:p>
        </w:tc>
        <w:tc>
          <w:tcPr>
            <w:tcW w:type="dxa" w:w="1305"/>
          </w:tcPr>
          <w:p>
            <w:pPr>
              <w:spacing w:after="0"/>
              <w:jc w:val="right"/>
            </w:pPr>
            <w:r>
              <w:rPr>
                <w:sz w:val="16"/>
              </w:rPr>
              <w:t>0.47%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$7,922,972,176</w:t>
            </w:r>
          </w:p>
        </w:tc>
        <w:tc>
          <w:tcPr>
            <w:tcW w:type="dxa" w:w="1215"/>
          </w:tcPr>
          <w:p>
            <w:pPr>
              <w:spacing w:after="0"/>
              <w:jc w:val="right"/>
            </w:pPr>
          </w:p>
        </w:tc>
        <w:tc>
          <w:tcPr>
            <w:tcW w:type="dxa" w:w="1047"/>
          </w:tcPr>
          <w:p>
            <w:pPr>
              <w:spacing w:after="0"/>
              <w:jc w:val="right"/>
            </w:pPr>
            <w:r>
              <w:rPr>
                <w:sz w:val="16"/>
              </w:rPr>
              <w:t>21,390</w:t>
            </w:r>
          </w:p>
        </w:tc>
        <w:tc>
          <w:tcPr>
            <w:tcW w:type="dxa" w:w="1037"/>
          </w:tcPr>
          <w:p>
            <w:pPr>
              <w:spacing w:after="0"/>
              <w:jc w:val="right"/>
            </w:pPr>
            <w:r>
              <w:rPr>
                <w:sz w:val="16"/>
              </w:rPr>
              <w:t>$2,266,001</w:t>
            </w:r>
          </w:p>
        </w:tc>
        <w:tc>
          <w:tcPr>
            <w:tcW w:type="dxa" w:w="1126"/>
          </w:tcPr>
          <w:p>
            <w:pPr>
              <w:spacing w:after="0"/>
              <w:jc w:val="right"/>
            </w:pPr>
          </w:p>
        </w:tc>
        <w:tc>
          <w:tcPr>
            <w:tcW w:type="dxa" w:w="1184"/>
          </w:tcPr>
          <w:p>
            <w:pPr>
              <w:spacing w:after="0"/>
              <w:jc w:val="right"/>
            </w:pPr>
            <w:r>
              <w:rPr>
                <w:sz w:val="16"/>
              </w:rPr>
              <w:t>$1,567,813</w:t>
            </w:r>
          </w:p>
        </w:tc>
        <w:tc>
          <w:tcPr>
            <w:tcW w:type="dxa" w:w="1305"/>
          </w:tcPr>
          <w:p>
            <w:pPr>
              <w:spacing w:after="0"/>
              <w:jc w:val="right"/>
            </w:pPr>
            <w:r>
              <w:rPr>
                <w:sz w:val="16"/>
              </w:rPr>
              <w:t>0.0286%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$4,369,707,630</w:t>
            </w:r>
          </w:p>
        </w:tc>
        <w:tc>
          <w:tcPr>
            <w:tcW w:type="dxa" w:w="1215"/>
          </w:tcPr>
          <w:p>
            <w:pPr>
              <w:spacing w:after="0"/>
              <w:jc w:val="right"/>
            </w:pPr>
            <w:r>
              <w:rPr>
                <w:sz w:val="16"/>
              </w:rPr>
              <w:t>$201,190,577</w:t>
            </w:r>
          </w:p>
        </w:tc>
        <w:tc>
          <w:tcPr>
            <w:tcW w:type="dxa" w:w="1047"/>
          </w:tcPr>
          <w:p>
            <w:pPr>
              <w:spacing w:after="0"/>
              <w:jc w:val="right"/>
            </w:pPr>
            <w:r>
              <w:rPr>
                <w:sz w:val="16"/>
              </w:rPr>
              <w:t>21,300</w:t>
            </w:r>
          </w:p>
        </w:tc>
        <w:tc>
          <w:tcPr>
            <w:tcW w:type="dxa" w:w="1037"/>
          </w:tcPr>
          <w:p>
            <w:pPr>
              <w:spacing w:after="0"/>
              <w:jc w:val="right"/>
            </w:pPr>
            <w:r>
              <w:rPr>
                <w:sz w:val="16"/>
              </w:rPr>
              <w:t>$111,540</w:t>
            </w:r>
          </w:p>
        </w:tc>
        <w:tc>
          <w:tcPr>
            <w:tcW w:type="dxa" w:w="1126"/>
          </w:tcPr>
          <w:p>
            <w:pPr>
              <w:spacing w:after="0"/>
              <w:jc w:val="right"/>
            </w:pPr>
            <w:r>
              <w:rPr>
                <w:sz w:val="16"/>
              </w:rPr>
              <w:t>$133,405</w:t>
            </w:r>
          </w:p>
        </w:tc>
        <w:tc>
          <w:tcPr>
            <w:tcW w:type="dxa" w:w="1184"/>
          </w:tcPr>
          <w:p>
            <w:pPr>
              <w:spacing w:after="0"/>
              <w:jc w:val="right"/>
            </w:pPr>
            <w:r>
              <w:rPr>
                <w:sz w:val="16"/>
              </w:rPr>
              <w:t>$38,743</w:t>
            </w:r>
          </w:p>
        </w:tc>
        <w:tc>
          <w:tcPr>
            <w:tcW w:type="dxa" w:w="1305"/>
          </w:tcPr>
          <w:p>
            <w:pPr>
              <w:spacing w:after="0"/>
              <w:jc w:val="right"/>
            </w:pPr>
            <w:r>
              <w:rPr>
                <w:sz w:val="16"/>
              </w:rPr>
              <w:t>0.00255%</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$4,369,703,329</w:t>
            </w:r>
          </w:p>
        </w:tc>
        <w:tc>
          <w:tcPr>
            <w:tcW w:type="dxa" w:w="1215"/>
          </w:tcPr>
          <w:p>
            <w:pPr>
              <w:spacing w:after="0"/>
              <w:jc w:val="right"/>
            </w:pPr>
            <w:r>
              <w:rPr>
                <w:sz w:val="16"/>
              </w:rPr>
              <w:t>$201,190,577</w:t>
            </w:r>
          </w:p>
        </w:tc>
        <w:tc>
          <w:tcPr>
            <w:tcW w:type="dxa" w:w="1047"/>
          </w:tcPr>
          <w:p>
            <w:pPr>
              <w:spacing w:after="0"/>
              <w:jc w:val="right"/>
            </w:pPr>
            <w:r>
              <w:rPr>
                <w:sz w:val="16"/>
              </w:rPr>
              <w:t>21,300</w:t>
            </w:r>
          </w:p>
        </w:tc>
        <w:tc>
          <w:tcPr>
            <w:tcW w:type="dxa" w:w="1037"/>
          </w:tcPr>
          <w:p>
            <w:pPr>
              <w:spacing w:after="0"/>
              <w:jc w:val="right"/>
            </w:pPr>
            <w:r>
              <w:rPr>
                <w:sz w:val="16"/>
              </w:rPr>
              <w:t>$72</w:t>
            </w:r>
          </w:p>
        </w:tc>
        <w:tc>
          <w:tcPr>
            <w:tcW w:type="dxa" w:w="1126"/>
          </w:tcPr>
          <w:p>
            <w:pPr>
              <w:spacing w:after="0"/>
              <w:jc w:val="right"/>
            </w:pPr>
            <w:r>
              <w:rPr>
                <w:sz w:val="16"/>
              </w:rPr>
              <w:t>$275</w:t>
            </w:r>
          </w:p>
        </w:tc>
        <w:tc>
          <w:tcPr>
            <w:tcW w:type="dxa" w:w="1184"/>
          </w:tcPr>
          <w:p>
            <w:pPr>
              <w:spacing w:after="0"/>
              <w:jc w:val="right"/>
            </w:pPr>
            <w:r>
              <w:rPr>
                <w:sz w:val="16"/>
              </w:rPr>
              <w:t>$907,496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$4,364,573,859</w:t>
            </w:r>
          </w:p>
        </w:tc>
        <w:tc>
          <w:tcPr>
            <w:tcW w:type="dxa" w:w="1215"/>
          </w:tcPr>
          <w:p>
            <w:pPr>
              <w:spacing w:after="0"/>
              <w:jc w:val="right"/>
            </w:pPr>
            <w:r>
              <w:rPr>
                <w:sz w:val="16"/>
              </w:rPr>
              <w:t>$192,624,996</w:t>
            </w:r>
          </w:p>
        </w:tc>
        <w:tc>
          <w:tcPr>
            <w:tcW w:type="dxa" w:w="1047"/>
          </w:tcPr>
          <w:p>
            <w:pPr>
              <w:spacing w:after="0"/>
              <w:jc w:val="right"/>
            </w:pPr>
            <w:r>
              <w:rPr>
                <w:sz w:val="16"/>
              </w:rPr>
              <w:t>21,258</w:t>
            </w:r>
          </w:p>
        </w:tc>
        <w:tc>
          <w:tcPr>
            <w:tcW w:type="dxa" w:w="1037"/>
          </w:tcPr>
          <w:p>
            <w:pPr>
              <w:spacing w:after="0"/>
              <w:jc w:val="right"/>
            </w:pPr>
            <w:r>
              <w:rPr>
                <w:sz w:val="16"/>
              </w:rPr>
              <w:t>$53,409</w:t>
            </w:r>
          </w:p>
        </w:tc>
        <w:tc>
          <w:tcPr>
            <w:tcW w:type="dxa" w:w="1126"/>
          </w:tcPr>
          <w:p>
            <w:pPr>
              <w:spacing w:after="0"/>
              <w:jc w:val="right"/>
            </w:pPr>
            <w:r>
              <w:rPr>
                <w:sz w:val="16"/>
              </w:rPr>
              <w:t>$74,635</w:t>
            </w:r>
          </w:p>
        </w:tc>
        <w:tc>
          <w:tcPr>
            <w:tcW w:type="dxa" w:w="1184"/>
          </w:tcPr>
          <w:p>
            <w:pPr>
              <w:spacing w:after="0"/>
              <w:jc w:val="right"/>
            </w:pPr>
            <w:r>
              <w:rPr>
                <w:sz w:val="16"/>
              </w:rPr>
              <w:t>$2,513</w:t>
            </w:r>
          </w:p>
        </w:tc>
        <w:tc>
          <w:tcPr>
            <w:tcW w:type="dxa" w:w="1305"/>
          </w:tcPr>
          <w:p>
            <w:pPr>
              <w:spacing w:after="0"/>
              <w:jc w:val="right"/>
            </w:pPr>
            <w:r>
              <w:rPr>
                <w:sz w:val="16"/>
              </w:rPr>
              <w:t>0.00122%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$4,369,428,577</w:t>
            </w:r>
          </w:p>
        </w:tc>
        <w:tc>
          <w:tcPr>
            <w:tcW w:type="dxa" w:w="1215"/>
          </w:tcPr>
          <w:p>
            <w:pPr>
              <w:spacing w:after="0"/>
              <w:jc w:val="right"/>
            </w:pPr>
          </w:p>
        </w:tc>
        <w:tc>
          <w:tcPr>
            <w:tcW w:type="dxa" w:w="1047"/>
          </w:tcPr>
          <w:p>
            <w:pPr>
              <w:spacing w:after="0"/>
              <w:jc w:val="right"/>
            </w:pPr>
            <w:r>
              <w:rPr>
                <w:sz w:val="16"/>
              </w:rPr>
              <w:t>21,297</w:t>
            </w:r>
          </w:p>
        </w:tc>
        <w:tc>
          <w:tcPr>
            <w:tcW w:type="dxa" w:w="1037"/>
          </w:tcPr>
          <w:p>
            <w:pPr>
              <w:spacing w:after="0"/>
              <w:jc w:val="right"/>
            </w:pPr>
            <w:r>
              <w:rPr>
                <w:sz w:val="16"/>
              </w:rPr>
              <w:t>$23,823</w:t>
            </w:r>
          </w:p>
        </w:tc>
        <w:tc>
          <w:tcPr>
            <w:tcW w:type="dxa" w:w="1126"/>
          </w:tcPr>
          <w:p>
            <w:pPr>
              <w:spacing w:after="0"/>
              <w:jc w:val="right"/>
            </w:pPr>
          </w:p>
        </w:tc>
        <w:tc>
          <w:tcPr>
            <w:tcW w:type="dxa" w:w="1184"/>
          </w:tcPr>
          <w:p>
            <w:pPr>
              <w:spacing w:after="0"/>
              <w:jc w:val="right"/>
            </w:pPr>
            <w:r>
              <w:rPr>
                <w:sz w:val="16"/>
              </w:rPr>
              <w:t>$15,025</w:t>
            </w:r>
          </w:p>
        </w:tc>
        <w:tc>
          <w:tcPr>
            <w:tcW w:type="dxa" w:w="1305"/>
          </w:tcPr>
          <w:p>
            <w:pPr>
              <w:spacing w:after="0"/>
              <w:jc w:val="right"/>
            </w:pPr>
            <w:r>
              <w:rPr>
                <w:sz w:val="16"/>
              </w:rPr>
              <w:t>0.000545%</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$4,365,789,286</w:t>
            </w:r>
          </w:p>
        </w:tc>
        <w:tc>
          <w:tcPr>
            <w:tcW w:type="dxa" w:w="1215"/>
          </w:tcPr>
          <w:p>
            <w:pPr>
              <w:spacing w:after="0"/>
              <w:jc w:val="right"/>
            </w:pPr>
            <w:r>
              <w:rPr>
                <w:sz w:val="16"/>
              </w:rPr>
              <w:t>$32,167,994</w:t>
            </w:r>
          </w:p>
        </w:tc>
        <w:tc>
          <w:tcPr>
            <w:tcW w:type="dxa" w:w="1047"/>
          </w:tcPr>
          <w:p>
            <w:pPr>
              <w:spacing w:after="0"/>
              <w:jc w:val="right"/>
            </w:pPr>
            <w:r>
              <w:rPr>
                <w:sz w:val="16"/>
              </w:rPr>
              <w:t>516</w:t>
            </w:r>
          </w:p>
        </w:tc>
        <w:tc>
          <w:tcPr>
            <w:tcW w:type="dxa" w:w="1037"/>
          </w:tcPr>
          <w:p>
            <w:pPr>
              <w:spacing w:after="0"/>
              <w:jc w:val="right"/>
            </w:pPr>
            <w:r>
              <w:rPr>
                <w:sz w:val="16"/>
              </w:rPr>
              <w:t>$3,769,865</w:t>
            </w:r>
          </w:p>
        </w:tc>
        <w:tc>
          <w:tcPr>
            <w:tcW w:type="dxa" w:w="1126"/>
          </w:tcPr>
          <w:p>
            <w:pPr>
              <w:spacing w:after="0"/>
              <w:jc w:val="right"/>
            </w:pPr>
            <w:r>
              <w:rPr>
                <w:sz w:val="16"/>
              </w:rPr>
              <w:t>$141,170</w:t>
            </w:r>
          </w:p>
        </w:tc>
        <w:tc>
          <w:tcPr>
            <w:tcW w:type="dxa" w:w="1184"/>
          </w:tcPr>
          <w:p>
            <w:pPr>
              <w:spacing w:after="0"/>
              <w:jc w:val="right"/>
            </w:pPr>
            <w:r>
              <w:rPr>
                <w:sz w:val="16"/>
              </w:rPr>
              <w:t>$2,065</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$16,510,350</w:t>
            </w:r>
          </w:p>
        </w:tc>
        <w:tc>
          <w:tcPr>
            <w:tcW w:type="dxa" w:w="1215"/>
          </w:tcPr>
          <w:p>
            <w:pPr>
              <w:spacing w:after="0"/>
              <w:jc w:val="right"/>
            </w:pPr>
          </w:p>
        </w:tc>
        <w:tc>
          <w:tcPr>
            <w:tcW w:type="dxa" w:w="1047"/>
          </w:tcPr>
          <w:p>
            <w:pPr>
              <w:spacing w:after="0"/>
              <w:jc w:val="right"/>
            </w:pPr>
            <w:r>
              <w:rPr>
                <w:sz w:val="16"/>
              </w:rPr>
              <w:t>57</w:t>
            </w:r>
          </w:p>
        </w:tc>
        <w:tc>
          <w:tcPr>
            <w:tcW w:type="dxa" w:w="1037"/>
          </w:tcPr>
          <w:p>
            <w:pPr>
              <w:spacing w:after="0"/>
              <w:jc w:val="right"/>
            </w:pPr>
            <w:r>
              <w:rPr>
                <w:sz w:val="16"/>
              </w:rPr>
              <w:t>$157</w:t>
            </w:r>
          </w:p>
        </w:tc>
        <w:tc>
          <w:tcPr>
            <w:tcW w:type="dxa" w:w="1126"/>
          </w:tcPr>
          <w:p>
            <w:pPr>
              <w:spacing w:after="0"/>
              <w:jc w:val="right"/>
            </w:pPr>
          </w:p>
        </w:tc>
        <w:tc>
          <w:tcPr>
            <w:tcW w:type="dxa" w:w="1184"/>
          </w:tcPr>
          <w:p>
            <w:pPr>
              <w:spacing w:after="0"/>
              <w:jc w:val="right"/>
            </w:pPr>
            <w:r>
              <w:rPr>
                <w:sz w:val="16"/>
              </w:rPr>
              <w:t>$7</w:t>
            </w:r>
          </w:p>
        </w:tc>
        <w:tc>
          <w:tcPr>
            <w:tcW w:type="dxa" w:w="1305"/>
          </w:tcPr>
          <w:p>
            <w:pPr>
              <w:spacing w:after="0"/>
              <w:jc w:val="right"/>
            </w:pPr>
            <w:r>
              <w:rPr>
                <w:sz w:val="16"/>
              </w:rPr>
              <w:t>0.000954%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$4,369,707,630</w:t>
            </w:r>
          </w:p>
        </w:tc>
        <w:tc>
          <w:tcPr>
            <w:tcW w:type="dxa" w:w="1215"/>
          </w:tcPr>
          <w:p>
            <w:pPr>
              <w:spacing w:after="0"/>
              <w:jc w:val="right"/>
            </w:pPr>
          </w:p>
        </w:tc>
        <w:tc>
          <w:tcPr>
            <w:tcW w:type="dxa" w:w="1047"/>
          </w:tcPr>
          <w:p>
            <w:pPr>
              <w:spacing w:after="0"/>
              <w:jc w:val="right"/>
            </w:pPr>
            <w:r>
              <w:rPr>
                <w:sz w:val="16"/>
              </w:rPr>
              <w:t>21,300</w:t>
            </w:r>
          </w:p>
        </w:tc>
        <w:tc>
          <w:tcPr>
            <w:tcW w:type="dxa" w:w="1037"/>
          </w:tcPr>
          <w:p>
            <w:pPr>
              <w:spacing w:after="0"/>
              <w:jc w:val="right"/>
            </w:pPr>
            <w:r>
              <w:rPr>
                <w:sz w:val="16"/>
              </w:rPr>
              <w:t>$7,946</w:t>
            </w:r>
          </w:p>
        </w:tc>
        <w:tc>
          <w:tcPr>
            <w:tcW w:type="dxa" w:w="1126"/>
          </w:tcPr>
          <w:p>
            <w:pPr>
              <w:spacing w:after="0"/>
              <w:jc w:val="right"/>
            </w:pPr>
          </w:p>
        </w:tc>
        <w:tc>
          <w:tcPr>
            <w:tcW w:type="dxa" w:w="1184"/>
          </w:tcPr>
          <w:p>
            <w:pPr>
              <w:spacing w:after="0"/>
              <w:jc w:val="right"/>
            </w:pPr>
            <w:r>
              <w:rPr>
                <w:sz w:val="16"/>
              </w:rPr>
              <w:t>$130,100</w:t>
            </w:r>
          </w:p>
        </w:tc>
        <w:tc>
          <w:tcPr>
            <w:tcW w:type="dxa" w:w="1305"/>
          </w:tcPr>
          <w:p>
            <w:pPr>
              <w:spacing w:after="0"/>
              <w:jc w:val="right"/>
            </w:pPr>
            <w:r>
              <w:rPr>
                <w:sz w:val="16"/>
              </w:rPr>
              <w:t>0.000182%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$4,369,707,630</w:t>
            </w:r>
          </w:p>
        </w:tc>
        <w:tc>
          <w:tcPr>
            <w:tcW w:type="dxa" w:w="1215"/>
          </w:tcPr>
          <w:p>
            <w:pPr>
              <w:spacing w:after="0"/>
              <w:jc w:val="right"/>
            </w:pPr>
            <w:r>
              <w:rPr>
                <w:sz w:val="16"/>
              </w:rPr>
              <w:t>$201,190,577</w:t>
            </w:r>
          </w:p>
        </w:tc>
        <w:tc>
          <w:tcPr>
            <w:tcW w:type="dxa" w:w="1047"/>
          </w:tcPr>
          <w:p>
            <w:pPr>
              <w:spacing w:after="0"/>
              <w:jc w:val="right"/>
            </w:pPr>
            <w:r>
              <w:rPr>
                <w:sz w:val="16"/>
              </w:rPr>
              <w:t>21,300</w:t>
            </w:r>
          </w:p>
        </w:tc>
        <w:tc>
          <w:tcPr>
            <w:tcW w:type="dxa" w:w="1037"/>
          </w:tcPr>
          <w:p>
            <w:pPr>
              <w:spacing w:after="0"/>
              <w:jc w:val="right"/>
            </w:pPr>
            <w:r>
              <w:rPr>
                <w:sz w:val="16"/>
              </w:rPr>
              <w:t>$96,465</w:t>
            </w:r>
          </w:p>
        </w:tc>
        <w:tc>
          <w:tcPr>
            <w:tcW w:type="dxa" w:w="1126"/>
          </w:tcPr>
          <w:p>
            <w:pPr>
              <w:spacing w:after="0"/>
              <w:jc w:val="right"/>
            </w:pPr>
            <w:r>
              <w:rPr>
                <w:sz w:val="16"/>
              </w:rPr>
              <w:t>$5,282</w:t>
            </w:r>
          </w:p>
        </w:tc>
        <w:tc>
          <w:tcPr>
            <w:tcW w:type="dxa" w:w="1184"/>
          </w:tcPr>
          <w:p>
            <w:pPr>
              <w:spacing w:after="0"/>
              <w:jc w:val="right"/>
            </w:pPr>
            <w:r>
              <w:rPr>
                <w:sz w:val="16"/>
              </w:rPr>
              <w:t>$656,283</w:t>
            </w:r>
          </w:p>
        </w:tc>
        <w:tc>
          <w:tcPr>
            <w:tcW w:type="dxa" w:w="1305"/>
          </w:tcPr>
          <w:p>
            <w:pPr>
              <w:spacing w:after="0"/>
              <w:jc w:val="right"/>
            </w:pPr>
            <w:r>
              <w:rPr>
                <w:sz w:val="16"/>
              </w:rPr>
              <w:t>0.00221%</w:t>
            </w:r>
          </w:p>
        </w:tc>
        <w:tc>
          <w:tcPr>
            <w:tcW w:type="dxa" w:w="1245"/>
          </w:tcPr>
          <w:p>
            <w:pPr>
              <w:spacing w:after="0"/>
              <w:jc w:val="right"/>
            </w:pPr>
            <w:r>
              <w:rPr>
                <w:sz w:val="16"/>
              </w:rPr>
              <w:t>$670,000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$4,369,707,630</w:t>
            </w:r>
          </w:p>
        </w:tc>
        <w:tc>
          <w:tcPr>
            <w:tcW w:type="dxa" w:w="1215"/>
          </w:tcPr>
          <w:p>
            <w:pPr>
              <w:spacing w:after="0"/>
              <w:jc w:val="right"/>
            </w:pPr>
            <w:r>
              <w:rPr>
                <w:sz w:val="16"/>
              </w:rPr>
              <w:t>$201,190,577</w:t>
            </w:r>
          </w:p>
        </w:tc>
        <w:tc>
          <w:tcPr>
            <w:tcW w:type="dxa" w:w="1047"/>
          </w:tcPr>
          <w:p>
            <w:pPr>
              <w:spacing w:after="0"/>
              <w:jc w:val="right"/>
            </w:pPr>
            <w:r>
              <w:rPr>
                <w:sz w:val="16"/>
              </w:rPr>
              <w:t>21,300</w:t>
            </w:r>
          </w:p>
        </w:tc>
        <w:tc>
          <w:tcPr>
            <w:tcW w:type="dxa" w:w="1037"/>
          </w:tcPr>
          <w:p>
            <w:pPr>
              <w:spacing w:after="0"/>
              <w:jc w:val="right"/>
            </w:pPr>
            <w:r>
              <w:rPr>
                <w:sz w:val="16"/>
              </w:rPr>
              <w:t>$487,965</w:t>
            </w:r>
          </w:p>
        </w:tc>
        <w:tc>
          <w:tcPr>
            <w:tcW w:type="dxa" w:w="1126"/>
          </w:tcPr>
          <w:p>
            <w:pPr>
              <w:spacing w:after="0"/>
              <w:jc w:val="right"/>
            </w:pPr>
            <w:r>
              <w:rPr>
                <w:sz w:val="16"/>
              </w:rPr>
              <w:t>$7,448</w:t>
            </w:r>
          </w:p>
        </w:tc>
        <w:tc>
          <w:tcPr>
            <w:tcW w:type="dxa" w:w="1184"/>
          </w:tcPr>
          <w:p>
            <w:pPr>
              <w:spacing w:after="0"/>
              <w:jc w:val="right"/>
            </w:pPr>
            <w:r>
              <w:rPr>
                <w:sz w:val="16"/>
              </w:rPr>
              <w:t>$3,241,880</w:t>
            </w:r>
          </w:p>
        </w:tc>
        <w:tc>
          <w:tcPr>
            <w:tcW w:type="dxa" w:w="1305"/>
          </w:tcPr>
          <w:p>
            <w:pPr>
              <w:spacing w:after="0"/>
              <w:jc w:val="right"/>
            </w:pPr>
            <w:r>
              <w:rPr>
                <w:sz w:val="16"/>
              </w:rPr>
              <w:t>0.0112%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$450,176,675</w:t>
            </w:r>
          </w:p>
        </w:tc>
        <w:tc>
          <w:tcPr>
            <w:tcW w:type="dxa" w:w="1215"/>
          </w:tcPr>
          <w:p>
            <w:pPr>
              <w:spacing w:after="0"/>
              <w:jc w:val="right"/>
            </w:pPr>
            <w:r>
              <w:rPr>
                <w:sz w:val="16"/>
              </w:rPr>
              <w:t>$17,415,679</w:t>
            </w:r>
          </w:p>
        </w:tc>
        <w:tc>
          <w:tcPr>
            <w:tcW w:type="dxa" w:w="1047"/>
          </w:tcPr>
          <w:p>
            <w:pPr>
              <w:spacing w:after="0"/>
              <w:jc w:val="right"/>
            </w:pPr>
            <w:r>
              <w:rPr>
                <w:sz w:val="16"/>
              </w:rPr>
              <w:t>2,700</w:t>
            </w:r>
          </w:p>
        </w:tc>
        <w:tc>
          <w:tcPr>
            <w:tcW w:type="dxa" w:w="1037"/>
          </w:tcPr>
          <w:p>
            <w:pPr>
              <w:spacing w:after="0"/>
              <w:jc w:val="right"/>
            </w:pPr>
            <w:r>
              <w:rPr>
                <w:sz w:val="16"/>
              </w:rPr>
              <w:t>$1,823</w:t>
            </w:r>
          </w:p>
        </w:tc>
        <w:tc>
          <w:tcPr>
            <w:tcW w:type="dxa" w:w="1126"/>
          </w:tcPr>
          <w:p>
            <w:pPr>
              <w:spacing w:after="0"/>
              <w:jc w:val="right"/>
            </w:pPr>
            <w:r>
              <w:rPr>
                <w:sz w:val="16"/>
              </w:rPr>
              <w:t>$41</w:t>
            </w:r>
          </w:p>
        </w:tc>
        <w:tc>
          <w:tcPr>
            <w:tcW w:type="dxa" w:w="1184"/>
          </w:tcPr>
          <w:p>
            <w:pPr>
              <w:spacing w:after="0"/>
              <w:jc w:val="right"/>
            </w:pPr>
            <w:r>
              <w:rPr>
                <w:sz w:val="16"/>
              </w:rPr>
              <w:t>$302</w:t>
            </w:r>
          </w:p>
        </w:tc>
        <w:tc>
          <w:tcPr>
            <w:tcW w:type="dxa" w:w="1305"/>
          </w:tcPr>
          <w:p>
            <w:pPr>
              <w:spacing w:after="0"/>
              <w:jc w:val="right"/>
            </w:pPr>
            <w:r>
              <w:rPr>
                <w:sz w:val="16"/>
              </w:rPr>
              <w:t>0.000405%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$4,369,703,329</w:t>
            </w:r>
          </w:p>
        </w:tc>
        <w:tc>
          <w:tcPr>
            <w:tcW w:type="dxa" w:w="1215"/>
          </w:tcPr>
          <w:p>
            <w:pPr>
              <w:spacing w:after="0"/>
              <w:jc w:val="right"/>
            </w:pPr>
            <w:r>
              <w:rPr>
                <w:sz w:val="16"/>
              </w:rPr>
              <w:t>$201,190,577</w:t>
            </w:r>
          </w:p>
        </w:tc>
        <w:tc>
          <w:tcPr>
            <w:tcW w:type="dxa" w:w="1047"/>
          </w:tcPr>
          <w:p>
            <w:pPr>
              <w:spacing w:after="0"/>
              <w:jc w:val="right"/>
            </w:pPr>
            <w:r>
              <w:rPr>
                <w:sz w:val="16"/>
              </w:rPr>
              <w:t>21,300</w:t>
            </w:r>
          </w:p>
        </w:tc>
        <w:tc>
          <w:tcPr>
            <w:tcW w:type="dxa" w:w="1037"/>
          </w:tcPr>
          <w:p>
            <w:pPr>
              <w:spacing w:after="0"/>
              <w:jc w:val="right"/>
            </w:pPr>
            <w:r>
              <w:rPr>
                <w:sz w:val="16"/>
              </w:rPr>
              <w:t>$9,952</w:t>
            </w:r>
          </w:p>
        </w:tc>
        <w:tc>
          <w:tcPr>
            <w:tcW w:type="dxa" w:w="1126"/>
          </w:tcPr>
          <w:p>
            <w:pPr>
              <w:spacing w:after="0"/>
              <w:jc w:val="right"/>
            </w:pPr>
            <w:r>
              <w:rPr>
                <w:sz w:val="16"/>
              </w:rPr>
              <w:t>$469</w:t>
            </w:r>
          </w:p>
        </w:tc>
        <w:tc>
          <w:tcPr>
            <w:tcW w:type="dxa" w:w="1184"/>
          </w:tcPr>
          <w:p>
            <w:pPr>
              <w:spacing w:after="0"/>
              <w:jc w:val="right"/>
            </w:pPr>
            <w:r>
              <w:rPr>
                <w:sz w:val="16"/>
              </w:rPr>
              <w:t>$1,597</w:t>
            </w:r>
          </w:p>
        </w:tc>
        <w:tc>
          <w:tcPr>
            <w:tcW w:type="dxa" w:w="1305"/>
          </w:tcPr>
          <w:p>
            <w:pPr>
              <w:spacing w:after="0"/>
              <w:jc w:val="right"/>
            </w:pPr>
            <w:r>
              <w:rPr>
                <w:sz w:val="16"/>
              </w:rPr>
              <w:t>0.000228%</w:t>
            </w:r>
          </w:p>
        </w:tc>
        <w:tc>
          <w:tcPr>
            <w:tcW w:type="dxa" w:w="1245"/>
          </w:tcPr>
          <w:p>
            <w:pPr>
              <w:spacing w:after="0"/>
              <w:jc w:val="right"/>
            </w:pPr>
          </w:p>
        </w:tc>
        <w:tc>
          <w:tcPr>
            <w:tcW w:type="dxa" w:w="1123"/>
          </w:tcPr>
          <w:p>
            <w:pPr>
              <w:spacing w:after="0"/>
              <w:jc w:val="right"/>
            </w:pPr>
            <w:r>
              <w:rPr>
                <w:sz w:val="16"/>
              </w:rPr>
              <w:t>$100,000</w:t>
            </w:r>
          </w:p>
        </w:tc>
        <w:tc>
          <w:tcPr>
            <w:tcW w:type="dxa" w:w="1123"/>
          </w:tcPr>
          <w:p>
            <w:pPr>
              <w:spacing w:after="0"/>
              <w:jc w:val="right"/>
            </w:pPr>
            <w:r>
              <w:rPr>
                <w:sz w:val="16"/>
              </w:rPr>
              <w:t>$9,772.61</w:t>
            </w:r>
          </w:p>
        </w:tc>
        <w:tc>
          <w:tcPr>
            <w:tcW w:type="dxa" w:w="1276"/>
          </w:tcPr>
          <w:p>
            <w:pPr>
              <w:spacing w:after="0"/>
              <w:jc w:val="left"/>
            </w:pPr>
          </w:p>
        </w:tc>
      </w:tr>
    </w:tbl>
    <w:p>
      <w:pPr>
        <w:spacing w:after="40" w:before="60"/>
      </w:pPr>
      <w:r>
        <w:rPr>
          <w:sz w:val="15"/>
        </w:rPr>
        <w:t>Totals since 2022-04-13 (Storm Events through 2026-06-30): 11 county-coded records, 11 with a damage value recorded (including $0), $670,000; 116 zone-level records, 116 with a damage value recorded (including $0), $100,000 reported for the zone; Public Assistance on counted declarations $9,772.61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21,300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$4,369,707,630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$201,190,577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$7,823,153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$7,145,825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4</w:t>
            </w:r>
          </w:p>
        </w:tc>
        <w:tc>
          <w:tcPr>
            <w:tcW w:type="dxa" w:w="1572"/>
          </w:tcPr>
          <w:p>
            <w:pPr>
              <w:spacing w:after="0"/>
              <w:jc w:val="right"/>
            </w:pPr>
            <w:r>
              <w:rPr>
                <w:sz w:val="16"/>
              </w:rPr>
              <w:t>9</w:t>
            </w:r>
          </w:p>
        </w:tc>
        <w:tc>
          <w:tcPr>
            <w:tcW w:type="dxa" w:w="1572"/>
          </w:tcPr>
          <w:p>
            <w:pPr>
              <w:spacing w:after="0"/>
              <w:jc w:val="right"/>
            </w:pPr>
            <w:r>
              <w:rPr>
                <w:sz w:val="16"/>
              </w:rPr>
              <w:t>45</w:t>
            </w:r>
          </w:p>
        </w:tc>
        <w:tc>
          <w:tcPr>
            <w:tcW w:type="dxa" w:w="1572"/>
          </w:tcPr>
          <w:p>
            <w:pPr>
              <w:spacing w:after="0"/>
              <w:jc w:val="right"/>
            </w:pPr>
            <w:r>
              <w:rPr>
                <w:sz w:val="16"/>
              </w:rPr>
              <w:t>5</w:t>
            </w:r>
          </w:p>
        </w:tc>
        <w:tc>
          <w:tcPr>
            <w:tcW w:type="dxa" w:w="1572"/>
          </w:tcPr>
          <w:p>
            <w:pPr>
              <w:spacing w:after="0"/>
              <w:jc w:val="right"/>
            </w:pPr>
            <w:r>
              <w:rPr>
                <w:sz w:val="16"/>
              </w:rPr>
              <w:t>48</w:t>
            </w:r>
          </w:p>
        </w:tc>
        <w:tc>
          <w:tcPr>
            <w:tcW w:type="dxa" w:w="1572"/>
          </w:tcPr>
          <w:p>
            <w:pPr>
              <w:spacing w:after="0"/>
              <w:jc w:val="right"/>
            </w:pPr>
            <w:r>
              <w:rPr>
                <w:sz w:val="16"/>
              </w:rPr>
              <w:t>4</w:t>
            </w:r>
          </w:p>
        </w:tc>
        <w:tc>
          <w:tcPr>
            <w:tcW w:type="dxa" w:w="1749"/>
          </w:tcPr>
          <w:p>
            <w:pPr>
              <w:spacing w:after="0"/>
              <w:jc w:val="right"/>
            </w:pPr>
            <w:r>
              <w:rPr>
                <w:sz w:val="16"/>
              </w:rPr>
              <w:t>5</w:t>
            </w:r>
          </w:p>
        </w:tc>
      </w:tr>
      <w:tr>
        <w:trPr>
          <w:cantSplit/>
        </w:trPr>
        <w:tc>
          <w:tcPr>
            <w:tcW w:type="dxa" w:w="2934"/>
          </w:tcPr>
          <w:p>
            <w:pPr>
              <w:spacing w:after="0"/>
              <w:jc w:val="left"/>
            </w:pPr>
            <w:r>
              <w:rPr>
                <w:sz w:val="16"/>
              </w:rPr>
              <w:t>COAHOMA COUNTY *</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32</w:t>
            </w:r>
          </w:p>
        </w:tc>
        <w:tc>
          <w:tcPr>
            <w:tcW w:type="dxa" w:w="1572"/>
          </w:tcPr>
          <w:p>
            <w:pPr>
              <w:spacing w:after="0"/>
              <w:jc w:val="right"/>
            </w:pPr>
            <w:r>
              <w:rPr>
                <w:sz w:val="16"/>
              </w:rPr>
              <w:t>4</w:t>
            </w:r>
          </w:p>
        </w:tc>
        <w:tc>
          <w:tcPr>
            <w:tcW w:type="dxa" w:w="1572"/>
          </w:tcPr>
          <w:p>
            <w:pPr>
              <w:spacing w:after="0"/>
              <w:jc w:val="right"/>
            </w:pPr>
            <w:r>
              <w:rPr>
                <w:sz w:val="16"/>
              </w:rPr>
              <w:t>35</w:t>
            </w:r>
          </w:p>
        </w:tc>
        <w:tc>
          <w:tcPr>
            <w:tcW w:type="dxa" w:w="1572"/>
          </w:tcPr>
          <w:p>
            <w:pPr>
              <w:spacing w:after="0"/>
              <w:jc w:val="right"/>
            </w:pPr>
            <w:r>
              <w:rPr>
                <w:sz w:val="16"/>
              </w:rPr>
              <w:t>4</w:t>
            </w:r>
          </w:p>
        </w:tc>
        <w:tc>
          <w:tcPr>
            <w:tcW w:type="dxa" w:w="1749"/>
          </w:tcPr>
          <w:p>
            <w:pPr>
              <w:spacing w:after="0"/>
              <w:jc w:val="right"/>
            </w:pPr>
            <w:r>
              <w:rPr>
                <w:sz w:val="16"/>
              </w:rPr>
              <w:t>2</w:t>
            </w:r>
          </w:p>
        </w:tc>
      </w:tr>
      <w:tr>
        <w:trPr>
          <w:cantSplit/>
        </w:trPr>
        <w:tc>
          <w:tcPr>
            <w:tcW w:type="dxa" w:w="2934"/>
          </w:tcPr>
          <w:p>
            <w:pPr>
              <w:spacing w:after="0"/>
              <w:jc w:val="left"/>
            </w:pPr>
            <w:r>
              <w:rPr>
                <w:sz w:val="16"/>
              </w:rPr>
              <w:t>CLARKSDALE, CITY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10</w:t>
            </w:r>
          </w:p>
        </w:tc>
        <w:tc>
          <w:tcPr>
            <w:tcW w:type="dxa" w:w="1572"/>
          </w:tcPr>
          <w:p>
            <w:pPr>
              <w:spacing w:after="0"/>
              <w:jc w:val="right"/>
            </w:pPr>
            <w:r>
              <w:rPr>
                <w:sz w:val="16"/>
              </w:rPr>
              <w:t>1</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JONESTOWN,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LYON,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Coahoma County (unincorporated area)</w:t>
            </w:r>
          </w:p>
        </w:tc>
        <w:tc>
          <w:tcPr>
            <w:tcW w:type="dxa" w:w="1499"/>
          </w:tcPr>
          <w:p>
            <w:pPr>
              <w:spacing w:after="0"/>
              <w:jc w:val="left"/>
            </w:pPr>
            <w:r>
              <w:rPr>
                <w:sz w:val="16"/>
              </w:rPr>
              <w:t>280038</w:t>
            </w:r>
          </w:p>
        </w:tc>
        <w:tc>
          <w:tcPr>
            <w:tcW w:type="dxa" w:w="1347"/>
          </w:tcPr>
          <w:p>
            <w:pPr>
              <w:spacing w:after="0"/>
              <w:jc w:val="right"/>
            </w:pPr>
            <w:r>
              <w:rPr>
                <w:sz w:val="16"/>
              </w:rPr>
              <w:t>3</w:t>
            </w:r>
          </w:p>
        </w:tc>
        <w:tc>
          <w:tcPr>
            <w:tcW w:type="dxa" w:w="1347"/>
          </w:tcPr>
          <w:p>
            <w:pPr>
              <w:spacing w:after="0"/>
              <w:jc w:val="right"/>
            </w:pPr>
            <w:r>
              <w:rPr>
                <w:sz w:val="16"/>
              </w:rPr>
              <w:t>8</w:t>
            </w:r>
          </w:p>
        </w:tc>
        <w:tc>
          <w:tcPr>
            <w:tcW w:type="dxa" w:w="1347"/>
          </w:tcPr>
          <w:p>
            <w:pPr>
              <w:spacing w:after="0"/>
              <w:jc w:val="right"/>
            </w:pPr>
            <w:r>
              <w:rPr>
                <w:sz w:val="16"/>
              </w:rPr>
              <w:t>32</w:t>
            </w:r>
          </w:p>
        </w:tc>
        <w:tc>
          <w:tcPr>
            <w:tcW w:type="dxa" w:w="1347"/>
          </w:tcPr>
          <w:p>
            <w:pPr>
              <w:spacing w:after="0"/>
              <w:jc w:val="right"/>
            </w:pPr>
            <w:r>
              <w:rPr>
                <w:sz w:val="16"/>
              </w:rPr>
              <w:t>4</w:t>
            </w:r>
          </w:p>
        </w:tc>
        <w:tc>
          <w:tcPr>
            <w:tcW w:type="dxa" w:w="1347"/>
          </w:tcPr>
          <w:p>
            <w:pPr>
              <w:spacing w:after="0"/>
              <w:jc w:val="right"/>
            </w:pPr>
            <w:r>
              <w:rPr>
                <w:sz w:val="16"/>
              </w:rPr>
              <w:t>35</w:t>
            </w:r>
          </w:p>
        </w:tc>
        <w:tc>
          <w:tcPr>
            <w:tcW w:type="dxa" w:w="1347"/>
          </w:tcPr>
          <w:p>
            <w:pPr>
              <w:spacing w:after="0"/>
              <w:jc w:val="right"/>
            </w:pPr>
            <w:r>
              <w:rPr>
                <w:sz w:val="16"/>
              </w:rPr>
              <w:t>4</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Clarksdale city</w:t>
            </w:r>
          </w:p>
        </w:tc>
        <w:tc>
          <w:tcPr>
            <w:tcW w:type="dxa" w:w="1499"/>
          </w:tcPr>
          <w:p>
            <w:pPr>
              <w:spacing w:after="0"/>
              <w:jc w:val="left"/>
            </w:pPr>
            <w:r>
              <w:rPr>
                <w:sz w:val="16"/>
              </w:rPr>
              <w:t>280039</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10</w:t>
            </w:r>
          </w:p>
        </w:tc>
        <w:tc>
          <w:tcPr>
            <w:tcW w:type="dxa" w:w="1347"/>
          </w:tcPr>
          <w:p>
            <w:pPr>
              <w:spacing w:after="0"/>
              <w:jc w:val="right"/>
            </w:pPr>
            <w:r>
              <w:rPr>
                <w:sz w:val="16"/>
              </w:rPr>
              <w:t>1</w:t>
            </w:r>
          </w:p>
        </w:tc>
        <w:tc>
          <w:tcPr>
            <w:tcW w:type="dxa" w:w="1347"/>
          </w:tcPr>
          <w:p>
            <w:pPr>
              <w:spacing w:after="0"/>
              <w:jc w:val="right"/>
            </w:pPr>
            <w:r>
              <w:rPr>
                <w:sz w:val="16"/>
              </w:rPr>
              <w:t>10</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Coahoma town</w:t>
            </w:r>
          </w:p>
        </w:tc>
        <w:tc>
          <w:tcPr>
            <w:tcW w:type="dxa" w:w="1499"/>
          </w:tcPr>
          <w:p>
            <w:pPr>
              <w:spacing w:after="0"/>
              <w:jc w:val="left"/>
            </w:pPr>
            <w:r>
              <w:rPr>
                <w:sz w:val="16"/>
              </w:rPr>
              <w:t>285264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Friars Point town</w:t>
            </w:r>
          </w:p>
        </w:tc>
        <w:tc>
          <w:tcPr>
            <w:tcW w:type="dxa" w:w="1499"/>
          </w:tcPr>
          <w:p>
            <w:pPr>
              <w:spacing w:after="0"/>
              <w:jc w:val="left"/>
            </w:pPr>
            <w:r>
              <w:rPr>
                <w:sz w:val="16"/>
              </w:rPr>
              <w:t>280040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Jonestown town</w:t>
            </w:r>
          </w:p>
        </w:tc>
        <w:tc>
          <w:tcPr>
            <w:tcW w:type="dxa" w:w="1499"/>
          </w:tcPr>
          <w:p>
            <w:pPr>
              <w:spacing w:after="0"/>
              <w:jc w:val="left"/>
            </w:pPr>
            <w:r>
              <w:rPr>
                <w:sz w:val="16"/>
              </w:rPr>
              <w:t>280041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Lula town</w:t>
            </w:r>
          </w:p>
        </w:tc>
        <w:tc>
          <w:tcPr>
            <w:tcW w:type="dxa" w:w="1499"/>
          </w:tcPr>
          <w:p>
            <w:pPr>
              <w:spacing w:after="0"/>
              <w:jc w:val="left"/>
            </w:pPr>
            <w:r>
              <w:rPr>
                <w:sz w:val="16"/>
              </w:rPr>
              <w:t>280042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Lyon town</w:t>
            </w:r>
          </w:p>
        </w:tc>
        <w:tc>
          <w:tcPr>
            <w:tcW w:type="dxa" w:w="1499"/>
          </w:tcPr>
          <w:p>
            <w:pPr>
              <w:spacing w:after="0"/>
              <w:jc w:val="left"/>
            </w:pPr>
            <w:r>
              <w:rPr>
                <w:sz w:val="16"/>
              </w:rPr>
              <w:t>280043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9</w:t>
            </w:r>
          </w:p>
        </w:tc>
        <w:tc>
          <w:tcPr>
            <w:tcW w:type="dxa" w:w="1496"/>
          </w:tcPr>
          <w:p>
            <w:pPr>
              <w:spacing w:after="0"/>
              <w:jc w:val="right"/>
            </w:pPr>
            <w:r>
              <w:rPr>
                <w:sz w:val="16"/>
              </w:rPr>
              <w:t>41</w:t>
            </w:r>
          </w:p>
        </w:tc>
        <w:tc>
          <w:tcPr>
            <w:tcW w:type="dxa" w:w="1496"/>
          </w:tcPr>
          <w:p>
            <w:pPr>
              <w:spacing w:after="0"/>
              <w:jc w:val="right"/>
            </w:pPr>
            <w:r>
              <w:rPr>
                <w:sz w:val="16"/>
              </w:rPr>
              <w:t>5</w:t>
            </w:r>
          </w:p>
        </w:tc>
        <w:tc>
          <w:tcPr>
            <w:tcW w:type="dxa" w:w="1496"/>
          </w:tcPr>
          <w:p>
            <w:pPr>
              <w:spacing w:after="0"/>
              <w:jc w:val="right"/>
            </w:pPr>
            <w:r>
              <w:rPr>
                <w:sz w:val="16"/>
              </w:rPr>
              <w:t>44</w:t>
            </w:r>
          </w:p>
        </w:tc>
        <w:tc>
          <w:tcPr>
            <w:tcW w:type="dxa" w:w="1496"/>
          </w:tcPr>
          <w:p>
            <w:pPr>
              <w:spacing w:after="0"/>
              <w:jc w:val="right"/>
            </w:pPr>
            <w:r>
              <w:rPr>
                <w:sz w:val="16"/>
              </w:rPr>
              <w:t>4</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Coahoma County, MS: risk-assessment baseline packet, release 2026-10 (data as of 2026-09-28; County area 28027).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Coahoma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Coahoma County, MS: Risk-assessment baseline packet</dc:title>
  <dc:subject>Hazard Plain release 2026-10, as of 2026-09-28. Preview: automated baseline</dc:subject>
  <dc:creator>Hazard Plain</dc:creator>
  <cp:keywords>Hazard Plain; hazard mitigation; risk assessment; 28027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