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Allegan County, MI</w:t>
      </w:r>
    </w:p>
    <w:p>
      <w:pPr>
        <w:spacing w:after="120" w:before="0"/>
      </w:pPr>
      <w:r>
        <w:rPr>
          <w:color w:val="555555"/>
          <w:sz w:val="24"/>
        </w:rPr>
        <w:t>Risk-assessment baseline packet</w:t>
      </w:r>
    </w:p>
    <w:p>
      <w:pPr>
        <w:spacing w:after="120" w:before="0"/>
      </w:pPr>
      <w:r>
        <w:rPr>
          <w:b/>
          <w:sz w:val="18"/>
        </w:rPr>
        <w:t xml:space="preserve">County FIPS: </w:t>
      </w:r>
      <w:r>
        <w:rPr>
          <w:sz w:val="18"/>
        </w:rPr>
        <w:t>26005</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2026-10-27. Plan: Allegan County 2021 HMP Update (FEMA plan 107872), approved 2021-10-28.</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2021-10-28: 1 new hazard declaration (1 incident) and 47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($22,054,413 a year), Tornado ($3,819,892) and Strong Wind ($1,975,391).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26005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2026-10-27</w:t>
      </w:r>
    </w:p>
    <w:p>
      <w:pPr>
        <w:keepNext/>
        <w:spacing w:after="40" w:before="0"/>
      </w:pPr>
      <w:r>
        <w:rPr>
          <w:b/>
        </w:rPr>
        <w:t xml:space="preserve">Plan: </w:t>
      </w:r>
      <w:r>
        <w:rPr/>
        <w:t>Allegan County 2021 HMP Update (FEMA plan 107872)</w:t>
      </w:r>
    </w:p>
    <w:p>
      <w:pPr>
        <w:keepNext/>
        <w:spacing w:after="40" w:before="0"/>
      </w:pPr>
      <w:r>
        <w:rPr>
          <w:b/>
        </w:rPr>
        <w:t xml:space="preserve">Approved: </w:t>
      </w:r>
      <w:r>
        <w:rPr/>
        <w:t>2021-10-28</w:t>
      </w:r>
    </w:p>
    <w:p>
      <w:pPr>
        <w:keepNext/>
        <w:spacing w:after="40" w:before="0"/>
      </w:pPr>
      <w:r>
        <w:rPr>
          <w:b/>
        </w:rPr>
        <w:t xml:space="preserve">Days to expiry: </w:t>
      </w:r>
      <w:r>
        <w:rPr/>
        <w:t>27</w:t>
      </w:r>
    </w:p>
    <w:p>
      <w:pPr>
        <w:keepNext/>
        <w:spacing w:after="40" w:before="0"/>
      </w:pPr>
      <w:r>
        <w:rPr>
          <w:b/>
        </w:rPr>
        <w:t xml:space="preserve">Update underway: </w:t>
      </w:r>
      <w:r>
        <w:rPr/>
        <w:t>none recorded in FEMA's plan tracker</w:t>
      </w:r>
    </w:p>
    <w:p>
      <w:pPr>
        <w:spacing w:after="80" w:before="0"/>
      </w:pPr>
      <w:r>
        <w:rPr>
          <w:color w:val="555555"/>
          <w:sz w:val="17"/>
        </w:rPr>
        <w:t>Every jurisdiction listed on this page (36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2021-10-28)</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1 new hazard declaration (1 incident): DR-4925-MI (Severe Storms, Tornadoes, and Flooding)</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47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347"/>
        <w:gridCol w:w="858"/>
        <w:gridCol w:w="1554"/>
        <w:gridCol w:w="1385"/>
        <w:gridCol w:w="2024"/>
        <w:gridCol w:w="1464"/>
        <w:gridCol w:w="826"/>
        <w:gridCol w:w="2451"/>
        <w:gridCol w:w="2202"/>
      </w:tblGrid>
      <w:tr>
        <w:trPr>
          <w:cantSplit/>
          <w:tblHeader/>
        </w:trPr>
        <w:tc>
          <w:tcPr>
            <w:tcW w:type="dxa" w:w="1347"/>
            <w:shd w:val="clear" w:color="auto" w:fill="E8E8E8"/>
          </w:tcPr>
          <w:p>
            <w:pPr>
              <w:spacing w:after="0"/>
              <w:jc w:val="left"/>
            </w:pPr>
            <w:r>
              <w:rPr>
                <w:b/>
                <w:sz w:val="16"/>
              </w:rPr>
              <w:t>Jurisdiction</w:t>
            </w:r>
          </w:p>
        </w:tc>
        <w:tc>
          <w:tcPr>
            <w:tcW w:type="dxa" w:w="858"/>
            <w:shd w:val="clear" w:color="auto" w:fill="E8E8E8"/>
          </w:tcPr>
          <w:p>
            <w:pPr>
              <w:spacing w:after="0"/>
              <w:jc w:val="left"/>
            </w:pPr>
            <w:r>
              <w:rPr>
                <w:b/>
                <w:sz w:val="16"/>
              </w:rPr>
              <w:t>Type</w:t>
            </w:r>
          </w:p>
        </w:tc>
        <w:tc>
          <w:tcPr>
            <w:tcW w:type="dxa" w:w="1554"/>
            <w:shd w:val="clear" w:color="auto" w:fill="E8E8E8"/>
          </w:tcPr>
          <w:p>
            <w:pPr>
              <w:spacing w:after="0"/>
              <w:jc w:val="left"/>
            </w:pPr>
            <w:r>
              <w:rPr>
                <w:b/>
                <w:sz w:val="16"/>
              </w:rPr>
              <w:t>Status</w:t>
            </w:r>
          </w:p>
        </w:tc>
        <w:tc>
          <w:tcPr>
            <w:tcW w:type="dxa" w:w="1385"/>
            <w:shd w:val="clear" w:color="auto" w:fill="E8E8E8"/>
          </w:tcPr>
          <w:p>
            <w:pPr>
              <w:spacing w:after="0"/>
              <w:jc w:val="left"/>
            </w:pPr>
            <w:r>
              <w:rPr>
                <w:b/>
                <w:sz w:val="16"/>
              </w:rPr>
              <w:t>Plan</w:t>
            </w:r>
          </w:p>
        </w:tc>
        <w:tc>
          <w:tcPr>
            <w:tcW w:type="dxa" w:w="2024"/>
            <w:shd w:val="clear" w:color="auto" w:fill="E8E8E8"/>
          </w:tcPr>
          <w:p>
            <w:pPr>
              <w:spacing w:after="0"/>
              <w:jc w:val="left"/>
            </w:pPr>
            <w:r>
              <w:rPr>
                <w:b/>
                <w:sz w:val="16"/>
              </w:rPr>
              <w:t>Approved</w:t>
            </w:r>
          </w:p>
        </w:tc>
        <w:tc>
          <w:tcPr>
            <w:tcW w:type="dxa" w:w="1464"/>
            <w:shd w:val="clear" w:color="auto" w:fill="E8E8E8"/>
          </w:tcPr>
          <w:p>
            <w:pPr>
              <w:spacing w:after="0"/>
              <w:jc w:val="left"/>
            </w:pPr>
            <w:r>
              <w:rPr>
                <w:b/>
                <w:sz w:val="16"/>
              </w:rPr>
              <w:t>Expires</w:t>
            </w:r>
          </w:p>
        </w:tc>
        <w:tc>
          <w:tcPr>
            <w:tcW w:type="dxa" w:w="826"/>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451"/>
            <w:shd w:val="clear" w:color="auto" w:fill="E8E8E8"/>
          </w:tcPr>
          <w:p>
            <w:pPr>
              <w:spacing w:after="0"/>
              <w:jc w:val="left"/>
            </w:pPr>
            <w:r>
              <w:rPr>
                <w:b/>
                <w:sz w:val="16"/>
              </w:rPr>
              <w:t>Update underway</w:t>
            </w:r>
          </w:p>
        </w:tc>
        <w:tc>
          <w:tcPr>
            <w:tcW w:type="dxa" w:w="2202"/>
            <w:shd w:val="clear" w:color="auto" w:fill="E8E8E8"/>
          </w:tcPr>
          <w:p>
            <w:pPr>
              <w:spacing w:after="0"/>
              <w:jc w:val="left"/>
            </w:pPr>
            <w:r>
              <w:rPr>
                <w:b/>
                <w:sz w:val="16"/>
              </w:rPr>
              <w:t>Notes</w:t>
            </w:r>
          </w:p>
        </w:tc>
      </w:tr>
      <w:tr>
        <w:trPr>
          <w:cantSplit/>
        </w:trPr>
        <w:tc>
          <w:tcPr>
            <w:tcW w:type="dxa" w:w="1347"/>
          </w:tcPr>
          <w:p>
            <w:pPr>
              <w:spacing w:after="0"/>
              <w:jc w:val="left"/>
            </w:pPr>
            <w:r>
              <w:rPr>
                <w:sz w:val="16"/>
              </w:rPr>
              <w:t>Allegan County</w:t>
            </w:r>
          </w:p>
        </w:tc>
        <w:tc>
          <w:tcPr>
            <w:tcW w:type="dxa" w:w="858"/>
          </w:tcPr>
          <w:p>
            <w:pPr>
              <w:spacing w:after="0"/>
              <w:jc w:val="left"/>
            </w:pPr>
            <w:r>
              <w:rPr>
                <w:sz w:val="16"/>
              </w:rPr>
              <w:t>County</w:t>
            </w:r>
          </w:p>
        </w:tc>
        <w:tc>
          <w:tcPr>
            <w:tcW w:type="dxa" w:w="1554"/>
          </w:tcPr>
          <w:p>
            <w:pPr>
              <w:spacing w:after="0"/>
              <w:jc w:val="left"/>
            </w:pPr>
            <w:r>
              <w:rPr>
                <w:sz w:val="16"/>
              </w:rPr>
              <w:t>Approved, expires 2026-10-27</w:t>
            </w:r>
          </w:p>
        </w:tc>
        <w:tc>
          <w:tcPr>
            <w:tcW w:type="dxa" w:w="1385"/>
          </w:tcPr>
          <w:p>
            <w:pPr>
              <w:spacing w:after="0"/>
              <w:jc w:val="left"/>
            </w:pPr>
            <w:r>
              <w:rPr>
                <w:sz w:val="16"/>
              </w:rPr>
              <w:t>Allegan County 2021 HMP Update (FEMA plan 107872)</w:t>
            </w:r>
          </w:p>
        </w:tc>
        <w:tc>
          <w:tcPr>
            <w:tcW w:type="dxa" w:w="2024"/>
          </w:tcPr>
          <w:p>
            <w:pPr>
              <w:spacing w:after="0"/>
              <w:jc w:val="left"/>
            </w:pPr>
            <w:r>
              <w:rPr>
                <w:sz w:val="16"/>
              </w:rPr>
              <w:t>2021-10-28</w:t>
            </w:r>
          </w:p>
        </w:tc>
        <w:tc>
          <w:tcPr>
            <w:tcW w:type="dxa" w:w="1464"/>
          </w:tcPr>
          <w:p>
            <w:pPr>
              <w:spacing w:after="0"/>
              <w:jc w:val="left"/>
            </w:pPr>
            <w:r>
              <w:rPr>
                <w:sz w:val="16"/>
              </w:rPr>
              <w:t>2026-10-27</w:t>
            </w:r>
          </w:p>
        </w:tc>
        <w:tc>
          <w:tcPr>
            <w:tcW w:type="dxa" w:w="826"/>
          </w:tcPr>
          <w:p>
            <w:pPr>
              <w:spacing w:after="0"/>
              <w:jc w:val="right"/>
            </w:pPr>
            <w:r>
              <w:rPr>
                <w:sz w:val="16"/>
              </w:rPr>
              <w:t>27</w:t>
            </w:r>
          </w:p>
        </w:tc>
        <w:tc>
          <w:tcPr>
            <w:tcW w:type="dxa" w:w="2451"/>
          </w:tcPr>
          <w:p>
            <w:pPr>
              <w:spacing w:after="0"/>
              <w:jc w:val="left"/>
            </w:pPr>
          </w:p>
        </w:tc>
        <w:tc>
          <w:tcPr>
            <w:tcW w:type="dxa" w:w="2202"/>
          </w:tcPr>
          <w:p>
            <w:pPr>
              <w:spacing w:after="0"/>
              <w:jc w:val="left"/>
            </w:pPr>
          </w:p>
        </w:tc>
      </w:tr>
      <w:tr>
        <w:trPr>
          <w:cantSplit/>
        </w:trPr>
        <w:tc>
          <w:tcPr>
            <w:tcW w:type="dxa" w:w="1347"/>
          </w:tcPr>
          <w:p>
            <w:pPr>
              <w:spacing w:after="0"/>
              <w:jc w:val="left"/>
            </w:pPr>
            <w:r>
              <w:rPr>
                <w:sz w:val="16"/>
              </w:rPr>
              <w:t>Allegan city</w:t>
            </w:r>
          </w:p>
        </w:tc>
        <w:tc>
          <w:tcPr>
            <w:tcW w:type="dxa" w:w="858"/>
          </w:tcPr>
          <w:p>
            <w:pPr>
              <w:spacing w:after="0"/>
              <w:jc w:val="left"/>
            </w:pPr>
            <w:r>
              <w:rPr>
                <w:sz w:val="16"/>
              </w:rPr>
              <w:t>City</w:t>
            </w:r>
          </w:p>
        </w:tc>
        <w:tc>
          <w:tcPr>
            <w:tcW w:type="dxa" w:w="1554"/>
          </w:tcPr>
          <w:p>
            <w:pPr>
              <w:spacing w:after="0"/>
              <w:jc w:val="left"/>
            </w:pPr>
            <w:r>
              <w:rPr>
                <w:sz w:val="16"/>
              </w:rPr>
              <w:t>Plan 107872 approved 2021-10-28, pending adoption here; not yet eligible</w:t>
            </w:r>
          </w:p>
        </w:tc>
        <w:tc>
          <w:tcPr>
            <w:tcW w:type="dxa" w:w="1385"/>
          </w:tcPr>
          <w:p>
            <w:pPr>
              <w:spacing w:after="0"/>
              <w:jc w:val="left"/>
            </w:pPr>
            <w:r>
              <w:rPr>
                <w:sz w:val="16"/>
              </w:rPr>
              <w:t>Allegan County 2021 HMP Update (FEMA plan 107872), pending adoption here</w:t>
            </w:r>
          </w:p>
        </w:tc>
        <w:tc>
          <w:tcPr>
            <w:tcW w:type="dxa" w:w="2024"/>
          </w:tcPr>
          <w:p>
            <w:pPr>
              <w:spacing w:after="0"/>
              <w:jc w:val="left"/>
            </w:pPr>
            <w:r>
              <w:rPr>
                <w:sz w:val="16"/>
              </w:rPr>
              <w:t>2021-10-28 by FEMA; not yet adopted here</w:t>
            </w:r>
          </w:p>
        </w:tc>
        <w:tc>
          <w:tcPr>
            <w:tcW w:type="dxa" w:w="1464"/>
          </w:tcPr>
          <w:p>
            <w:pPr>
              <w:spacing w:after="0"/>
              <w:jc w:val="left"/>
            </w:pPr>
            <w:r>
              <w:rPr>
                <w:sz w:val="16"/>
              </w:rPr>
              <w:t>2026-10-27 once adopted</w:t>
            </w:r>
          </w:p>
        </w:tc>
        <w:tc>
          <w:tcPr>
            <w:tcW w:type="dxa" w:w="826"/>
          </w:tcPr>
          <w:p>
            <w:pPr>
              <w:spacing w:after="0"/>
              <w:jc w:val="right"/>
            </w:pPr>
          </w:p>
        </w:tc>
        <w:tc>
          <w:tcPr>
            <w:tcW w:type="dxa" w:w="2451"/>
          </w:tcPr>
          <w:p>
            <w:pPr>
              <w:spacing w:after="0"/>
              <w:jc w:val="left"/>
            </w:pPr>
            <w:r>
              <w:rPr>
                <w:sz w:val="16"/>
              </w:rPr>
              <w:t>FEMA tracker shows a plan approvable pending adoption</w:t>
            </w:r>
          </w:p>
        </w:tc>
        <w:tc>
          <w:tcPr>
            <w:tcW w:type="dxa" w:w="2202"/>
          </w:tcPr>
          <w:p>
            <w:pPr>
              <w:spacing w:after="0"/>
              <w:jc w:val="left"/>
            </w:pPr>
            <w:r>
              <w:rPr>
                <w:sz w:val="16"/>
              </w:rPr>
              <w:t>Not yet eligible: adopt the approved plan.</w:t>
            </w:r>
          </w:p>
        </w:tc>
      </w:tr>
      <w:tr>
        <w:trPr>
          <w:cantSplit/>
        </w:trPr>
        <w:tc>
          <w:tcPr>
            <w:tcW w:type="dxa" w:w="1347"/>
          </w:tcPr>
          <w:p>
            <w:pPr>
              <w:spacing w:after="0"/>
              <w:jc w:val="left"/>
            </w:pPr>
            <w:r>
              <w:rPr>
                <w:sz w:val="16"/>
              </w:rPr>
              <w:t>Douglas city</w:t>
            </w:r>
          </w:p>
        </w:tc>
        <w:tc>
          <w:tcPr>
            <w:tcW w:type="dxa" w:w="858"/>
          </w:tcPr>
          <w:p>
            <w:pPr>
              <w:spacing w:after="0"/>
              <w:jc w:val="left"/>
            </w:pPr>
            <w:r>
              <w:rPr>
                <w:sz w:val="16"/>
              </w:rPr>
              <w:t>City</w:t>
            </w:r>
          </w:p>
        </w:tc>
        <w:tc>
          <w:tcPr>
            <w:tcW w:type="dxa" w:w="1554"/>
          </w:tcPr>
          <w:p>
            <w:pPr>
              <w:spacing w:after="0"/>
              <w:jc w:val="left"/>
            </w:pPr>
            <w:r>
              <w:rPr>
                <w:sz w:val="16"/>
              </w:rPr>
              <w:t>Plan 107872 approved 2021-10-28, pending adoption here; not yet eligible</w:t>
            </w:r>
          </w:p>
        </w:tc>
        <w:tc>
          <w:tcPr>
            <w:tcW w:type="dxa" w:w="1385"/>
          </w:tcPr>
          <w:p>
            <w:pPr>
              <w:spacing w:after="0"/>
              <w:jc w:val="left"/>
            </w:pPr>
            <w:r>
              <w:rPr>
                <w:sz w:val="16"/>
              </w:rPr>
              <w:t>Allegan County 2021 HMP Update (FEMA plan 107872), pending adoption here</w:t>
            </w:r>
          </w:p>
        </w:tc>
        <w:tc>
          <w:tcPr>
            <w:tcW w:type="dxa" w:w="2024"/>
          </w:tcPr>
          <w:p>
            <w:pPr>
              <w:spacing w:after="0"/>
              <w:jc w:val="left"/>
            </w:pPr>
            <w:r>
              <w:rPr>
                <w:sz w:val="16"/>
              </w:rPr>
              <w:t>2021-10-28 by FEMA; not yet adopted here</w:t>
            </w:r>
          </w:p>
        </w:tc>
        <w:tc>
          <w:tcPr>
            <w:tcW w:type="dxa" w:w="1464"/>
          </w:tcPr>
          <w:p>
            <w:pPr>
              <w:spacing w:after="0"/>
              <w:jc w:val="left"/>
            </w:pPr>
            <w:r>
              <w:rPr>
                <w:sz w:val="16"/>
              </w:rPr>
              <w:t>2026-10-27 once adopted</w:t>
            </w:r>
          </w:p>
        </w:tc>
        <w:tc>
          <w:tcPr>
            <w:tcW w:type="dxa" w:w="826"/>
          </w:tcPr>
          <w:p>
            <w:pPr>
              <w:spacing w:after="0"/>
              <w:jc w:val="right"/>
            </w:pPr>
          </w:p>
        </w:tc>
        <w:tc>
          <w:tcPr>
            <w:tcW w:type="dxa" w:w="2451"/>
          </w:tcPr>
          <w:p>
            <w:pPr>
              <w:spacing w:after="0"/>
              <w:jc w:val="left"/>
            </w:pPr>
            <w:r>
              <w:rPr>
                <w:sz w:val="16"/>
              </w:rPr>
              <w:t>FEMA tracker shows a plan approvable pending adoption</w:t>
            </w:r>
          </w:p>
        </w:tc>
        <w:tc>
          <w:tcPr>
            <w:tcW w:type="dxa" w:w="2202"/>
          </w:tcPr>
          <w:p>
            <w:pPr>
              <w:spacing w:after="0"/>
              <w:jc w:val="left"/>
            </w:pPr>
            <w:r>
              <w:rPr>
                <w:sz w:val="16"/>
              </w:rPr>
              <w:t>Not yet eligible: adopt the approved plan.</w:t>
            </w:r>
          </w:p>
        </w:tc>
      </w:tr>
      <w:tr>
        <w:trPr>
          <w:cantSplit/>
        </w:trPr>
        <w:tc>
          <w:tcPr>
            <w:tcW w:type="dxa" w:w="1347"/>
          </w:tcPr>
          <w:p>
            <w:pPr>
              <w:spacing w:after="0"/>
              <w:jc w:val="left"/>
            </w:pPr>
            <w:r>
              <w:rPr>
                <w:sz w:val="16"/>
              </w:rPr>
              <w:t>Fennville city</w:t>
            </w:r>
          </w:p>
        </w:tc>
        <w:tc>
          <w:tcPr>
            <w:tcW w:type="dxa" w:w="858"/>
          </w:tcPr>
          <w:p>
            <w:pPr>
              <w:spacing w:after="0"/>
              <w:jc w:val="left"/>
            </w:pPr>
            <w:r>
              <w:rPr>
                <w:sz w:val="16"/>
              </w:rPr>
              <w:t>City</w:t>
            </w:r>
          </w:p>
        </w:tc>
        <w:tc>
          <w:tcPr>
            <w:tcW w:type="dxa" w:w="1554"/>
          </w:tcPr>
          <w:p>
            <w:pPr>
              <w:spacing w:after="0"/>
              <w:jc w:val="left"/>
            </w:pPr>
            <w:r>
              <w:rPr>
                <w:sz w:val="16"/>
              </w:rPr>
              <w:t>Plan 107872 approved 2021-10-28, pending adoption here; not yet eligible</w:t>
            </w:r>
          </w:p>
        </w:tc>
        <w:tc>
          <w:tcPr>
            <w:tcW w:type="dxa" w:w="1385"/>
          </w:tcPr>
          <w:p>
            <w:pPr>
              <w:spacing w:after="0"/>
              <w:jc w:val="left"/>
            </w:pPr>
            <w:r>
              <w:rPr>
                <w:sz w:val="16"/>
              </w:rPr>
              <w:t>Allegan County 2021 HMP Update (FEMA plan 107872), pending adoption here</w:t>
            </w:r>
          </w:p>
        </w:tc>
        <w:tc>
          <w:tcPr>
            <w:tcW w:type="dxa" w:w="2024"/>
          </w:tcPr>
          <w:p>
            <w:pPr>
              <w:spacing w:after="0"/>
              <w:jc w:val="left"/>
            </w:pPr>
            <w:r>
              <w:rPr>
                <w:sz w:val="16"/>
              </w:rPr>
              <w:t>2021-10-28 by FEMA; not yet adopted here</w:t>
            </w:r>
          </w:p>
        </w:tc>
        <w:tc>
          <w:tcPr>
            <w:tcW w:type="dxa" w:w="1464"/>
          </w:tcPr>
          <w:p>
            <w:pPr>
              <w:spacing w:after="0"/>
              <w:jc w:val="left"/>
            </w:pPr>
            <w:r>
              <w:rPr>
                <w:sz w:val="16"/>
              </w:rPr>
              <w:t>2026-10-27 once adopted</w:t>
            </w:r>
          </w:p>
        </w:tc>
        <w:tc>
          <w:tcPr>
            <w:tcW w:type="dxa" w:w="826"/>
          </w:tcPr>
          <w:p>
            <w:pPr>
              <w:spacing w:after="0"/>
              <w:jc w:val="right"/>
            </w:pPr>
          </w:p>
        </w:tc>
        <w:tc>
          <w:tcPr>
            <w:tcW w:type="dxa" w:w="2451"/>
          </w:tcPr>
          <w:p>
            <w:pPr>
              <w:spacing w:after="0"/>
              <w:jc w:val="left"/>
            </w:pPr>
            <w:r>
              <w:rPr>
                <w:sz w:val="16"/>
              </w:rPr>
              <w:t>FEMA tracker shows a plan approvable pending adoption</w:t>
            </w:r>
          </w:p>
        </w:tc>
        <w:tc>
          <w:tcPr>
            <w:tcW w:type="dxa" w:w="2202"/>
          </w:tcPr>
          <w:p>
            <w:pPr>
              <w:spacing w:after="0"/>
              <w:jc w:val="left"/>
            </w:pPr>
            <w:r>
              <w:rPr>
                <w:sz w:val="16"/>
              </w:rPr>
              <w:t>Not yet eligible: adopt the approved plan.</w:t>
            </w:r>
          </w:p>
        </w:tc>
      </w:tr>
      <w:tr>
        <w:trPr>
          <w:cantSplit/>
        </w:trPr>
        <w:tc>
          <w:tcPr>
            <w:tcW w:type="dxa" w:w="1347"/>
          </w:tcPr>
          <w:p>
            <w:pPr>
              <w:spacing w:after="0"/>
              <w:jc w:val="left"/>
            </w:pPr>
            <w:r>
              <w:rPr>
                <w:sz w:val="16"/>
              </w:rPr>
              <w:t>Holland city</w:t>
            </w:r>
          </w:p>
        </w:tc>
        <w:tc>
          <w:tcPr>
            <w:tcW w:type="dxa" w:w="858"/>
          </w:tcPr>
          <w:p>
            <w:pPr>
              <w:spacing w:after="0"/>
              <w:jc w:val="left"/>
            </w:pPr>
            <w:r>
              <w:rPr>
                <w:sz w:val="16"/>
              </w:rPr>
              <w:t>City</w:t>
            </w:r>
          </w:p>
        </w:tc>
        <w:tc>
          <w:tcPr>
            <w:tcW w:type="dxa" w:w="1554"/>
          </w:tcPr>
          <w:p>
            <w:pPr>
              <w:spacing w:after="0"/>
              <w:jc w:val="left"/>
            </w:pPr>
            <w:r>
              <w:rPr>
                <w:sz w:val="16"/>
              </w:rPr>
              <w:t>Approved, expires 2028-01-25</w:t>
            </w:r>
          </w:p>
        </w:tc>
        <w:tc>
          <w:tcPr>
            <w:tcW w:type="dxa" w:w="1385"/>
          </w:tcPr>
          <w:p>
            <w:pPr>
              <w:spacing w:after="0"/>
              <w:jc w:val="left"/>
            </w:pPr>
            <w:r>
              <w:rPr>
                <w:sz w:val="16"/>
              </w:rPr>
              <w:t>Ottawa County (Kent County) (FEMA plan 108780)</w:t>
            </w:r>
          </w:p>
        </w:tc>
        <w:tc>
          <w:tcPr>
            <w:tcW w:type="dxa" w:w="2024"/>
          </w:tcPr>
          <w:p>
            <w:pPr>
              <w:spacing w:after="0"/>
              <w:jc w:val="left"/>
            </w:pPr>
            <w:r>
              <w:rPr>
                <w:sz w:val="16"/>
              </w:rPr>
              <w:t>2023-01-26</w:t>
            </w:r>
          </w:p>
        </w:tc>
        <w:tc>
          <w:tcPr>
            <w:tcW w:type="dxa" w:w="1464"/>
          </w:tcPr>
          <w:p>
            <w:pPr>
              <w:spacing w:after="0"/>
              <w:jc w:val="left"/>
            </w:pPr>
            <w:r>
              <w:rPr>
                <w:sz w:val="16"/>
              </w:rPr>
              <w:t>2028-01-25</w:t>
            </w:r>
          </w:p>
        </w:tc>
        <w:tc>
          <w:tcPr>
            <w:tcW w:type="dxa" w:w="826"/>
          </w:tcPr>
          <w:p>
            <w:pPr>
              <w:spacing w:after="0"/>
              <w:jc w:val="right"/>
            </w:pPr>
            <w:r>
              <w:rPr>
                <w:sz w:val="16"/>
              </w:rPr>
              <w:t>482</w:t>
            </w:r>
          </w:p>
        </w:tc>
        <w:tc>
          <w:tcPr>
            <w:tcW w:type="dxa" w:w="2451"/>
          </w:tcPr>
          <w:p>
            <w:pPr>
              <w:spacing w:after="0"/>
              <w:jc w:val="left"/>
            </w:pPr>
          </w:p>
        </w:tc>
        <w:tc>
          <w:tcPr>
            <w:tcW w:type="dxa" w:w="2202"/>
          </w:tcPr>
          <w:p>
            <w:pPr>
              <w:spacing w:after="0"/>
              <w:jc w:val="left"/>
            </w:pPr>
            <w:r>
              <w:rPr>
                <w:sz w:val="16"/>
              </w:rPr>
              <w:t>this jurisdiction approved 2023-08-04</w:t>
            </w:r>
          </w:p>
        </w:tc>
      </w:tr>
      <w:tr>
        <w:trPr>
          <w:cantSplit/>
        </w:trPr>
        <w:tc>
          <w:tcPr>
            <w:tcW w:type="dxa" w:w="1347"/>
          </w:tcPr>
          <w:p>
            <w:pPr>
              <w:spacing w:after="0"/>
              <w:jc w:val="left"/>
            </w:pPr>
            <w:r>
              <w:rPr>
                <w:sz w:val="16"/>
              </w:rPr>
              <w:t>Hopkins village</w:t>
            </w:r>
          </w:p>
        </w:tc>
        <w:tc>
          <w:tcPr>
            <w:tcW w:type="dxa" w:w="858"/>
          </w:tcPr>
          <w:p>
            <w:pPr>
              <w:spacing w:after="0"/>
              <w:jc w:val="left"/>
            </w:pPr>
            <w:r>
              <w:rPr>
                <w:sz w:val="16"/>
              </w:rPr>
              <w:t>Village</w:t>
            </w:r>
          </w:p>
        </w:tc>
        <w:tc>
          <w:tcPr>
            <w:tcW w:type="dxa" w:w="1554"/>
          </w:tcPr>
          <w:p>
            <w:pPr>
              <w:spacing w:after="0"/>
              <w:jc w:val="left"/>
            </w:pPr>
            <w:r>
              <w:rPr>
                <w:sz w:val="16"/>
              </w:rPr>
              <w:t>Plan 107872 approved 2021-10-28, pending adoption here; not yet eligible</w:t>
            </w:r>
          </w:p>
        </w:tc>
        <w:tc>
          <w:tcPr>
            <w:tcW w:type="dxa" w:w="1385"/>
          </w:tcPr>
          <w:p>
            <w:pPr>
              <w:spacing w:after="0"/>
              <w:jc w:val="left"/>
            </w:pPr>
            <w:r>
              <w:rPr>
                <w:sz w:val="16"/>
              </w:rPr>
              <w:t>Allegan County 2021 HMP Update (FEMA plan 107872), pending adoption here</w:t>
            </w:r>
          </w:p>
        </w:tc>
        <w:tc>
          <w:tcPr>
            <w:tcW w:type="dxa" w:w="2024"/>
          </w:tcPr>
          <w:p>
            <w:pPr>
              <w:spacing w:after="0"/>
              <w:jc w:val="left"/>
            </w:pPr>
            <w:r>
              <w:rPr>
                <w:sz w:val="16"/>
              </w:rPr>
              <w:t>2021-10-28 by FEMA; not yet adopted here</w:t>
            </w:r>
          </w:p>
        </w:tc>
        <w:tc>
          <w:tcPr>
            <w:tcW w:type="dxa" w:w="1464"/>
          </w:tcPr>
          <w:p>
            <w:pPr>
              <w:spacing w:after="0"/>
              <w:jc w:val="left"/>
            </w:pPr>
            <w:r>
              <w:rPr>
                <w:sz w:val="16"/>
              </w:rPr>
              <w:t>2026-10-27 once adopted</w:t>
            </w:r>
          </w:p>
        </w:tc>
        <w:tc>
          <w:tcPr>
            <w:tcW w:type="dxa" w:w="826"/>
          </w:tcPr>
          <w:p>
            <w:pPr>
              <w:spacing w:after="0"/>
              <w:jc w:val="right"/>
            </w:pPr>
          </w:p>
        </w:tc>
        <w:tc>
          <w:tcPr>
            <w:tcW w:type="dxa" w:w="2451"/>
          </w:tcPr>
          <w:p>
            <w:pPr>
              <w:spacing w:after="0"/>
              <w:jc w:val="left"/>
            </w:pPr>
            <w:r>
              <w:rPr>
                <w:sz w:val="16"/>
              </w:rPr>
              <w:t>FEMA tracker shows a plan approvable pending adoption</w:t>
            </w:r>
          </w:p>
        </w:tc>
        <w:tc>
          <w:tcPr>
            <w:tcW w:type="dxa" w:w="2202"/>
          </w:tcPr>
          <w:p>
            <w:pPr>
              <w:spacing w:after="0"/>
              <w:jc w:val="left"/>
            </w:pPr>
            <w:r>
              <w:rPr>
                <w:sz w:val="16"/>
              </w:rPr>
              <w:t>Not yet eligible: adopt the approved plan.</w:t>
            </w:r>
          </w:p>
        </w:tc>
      </w:tr>
      <w:tr>
        <w:trPr>
          <w:cantSplit/>
        </w:trPr>
        <w:tc>
          <w:tcPr>
            <w:tcW w:type="dxa" w:w="1347"/>
          </w:tcPr>
          <w:p>
            <w:pPr>
              <w:spacing w:after="0"/>
              <w:jc w:val="left"/>
            </w:pPr>
            <w:r>
              <w:rPr>
                <w:sz w:val="16"/>
              </w:rPr>
              <w:t>Martin village</w:t>
            </w:r>
          </w:p>
        </w:tc>
        <w:tc>
          <w:tcPr>
            <w:tcW w:type="dxa" w:w="858"/>
          </w:tcPr>
          <w:p>
            <w:pPr>
              <w:spacing w:after="0"/>
              <w:jc w:val="left"/>
            </w:pPr>
            <w:r>
              <w:rPr>
                <w:sz w:val="16"/>
              </w:rPr>
              <w:t>Village</w:t>
            </w:r>
          </w:p>
        </w:tc>
        <w:tc>
          <w:tcPr>
            <w:tcW w:type="dxa" w:w="1554"/>
          </w:tcPr>
          <w:p>
            <w:pPr>
              <w:spacing w:after="0"/>
              <w:jc w:val="left"/>
            </w:pPr>
            <w:r>
              <w:rPr>
                <w:sz w:val="16"/>
              </w:rPr>
              <w:t>Plan 107872 approved 2021-10-28, pending adoption here; not yet eligible</w:t>
            </w:r>
          </w:p>
        </w:tc>
        <w:tc>
          <w:tcPr>
            <w:tcW w:type="dxa" w:w="1385"/>
          </w:tcPr>
          <w:p>
            <w:pPr>
              <w:spacing w:after="0"/>
              <w:jc w:val="left"/>
            </w:pPr>
            <w:r>
              <w:rPr>
                <w:sz w:val="16"/>
              </w:rPr>
              <w:t>Allegan County 2021 HMP Update (FEMA plan 107872), pending adoption here</w:t>
            </w:r>
          </w:p>
        </w:tc>
        <w:tc>
          <w:tcPr>
            <w:tcW w:type="dxa" w:w="2024"/>
          </w:tcPr>
          <w:p>
            <w:pPr>
              <w:spacing w:after="0"/>
              <w:jc w:val="left"/>
            </w:pPr>
            <w:r>
              <w:rPr>
                <w:sz w:val="16"/>
              </w:rPr>
              <w:t>2021-10-28 by FEMA; not yet adopted here</w:t>
            </w:r>
          </w:p>
        </w:tc>
        <w:tc>
          <w:tcPr>
            <w:tcW w:type="dxa" w:w="1464"/>
          </w:tcPr>
          <w:p>
            <w:pPr>
              <w:spacing w:after="0"/>
              <w:jc w:val="left"/>
            </w:pPr>
            <w:r>
              <w:rPr>
                <w:sz w:val="16"/>
              </w:rPr>
              <w:t>2026-10-27 once adopted</w:t>
            </w:r>
          </w:p>
        </w:tc>
        <w:tc>
          <w:tcPr>
            <w:tcW w:type="dxa" w:w="826"/>
          </w:tcPr>
          <w:p>
            <w:pPr>
              <w:spacing w:after="0"/>
              <w:jc w:val="right"/>
            </w:pPr>
          </w:p>
        </w:tc>
        <w:tc>
          <w:tcPr>
            <w:tcW w:type="dxa" w:w="2451"/>
          </w:tcPr>
          <w:p>
            <w:pPr>
              <w:spacing w:after="0"/>
              <w:jc w:val="left"/>
            </w:pPr>
            <w:r>
              <w:rPr>
                <w:sz w:val="16"/>
              </w:rPr>
              <w:t>FEMA tracker shows a plan approvable pending adoption</w:t>
            </w:r>
          </w:p>
        </w:tc>
        <w:tc>
          <w:tcPr>
            <w:tcW w:type="dxa" w:w="2202"/>
          </w:tcPr>
          <w:p>
            <w:pPr>
              <w:spacing w:after="0"/>
              <w:jc w:val="left"/>
            </w:pPr>
            <w:r>
              <w:rPr>
                <w:sz w:val="16"/>
              </w:rPr>
              <w:t>Not yet eligible: adopt the approved plan.</w:t>
            </w:r>
          </w:p>
        </w:tc>
      </w:tr>
      <w:tr>
        <w:trPr>
          <w:cantSplit/>
        </w:trPr>
        <w:tc>
          <w:tcPr>
            <w:tcW w:type="dxa" w:w="1347"/>
          </w:tcPr>
          <w:p>
            <w:pPr>
              <w:spacing w:after="0"/>
              <w:jc w:val="left"/>
            </w:pPr>
            <w:r>
              <w:rPr>
                <w:sz w:val="16"/>
              </w:rPr>
              <w:t>Otsego city</w:t>
            </w:r>
          </w:p>
        </w:tc>
        <w:tc>
          <w:tcPr>
            <w:tcW w:type="dxa" w:w="858"/>
          </w:tcPr>
          <w:p>
            <w:pPr>
              <w:spacing w:after="0"/>
              <w:jc w:val="left"/>
            </w:pPr>
            <w:r>
              <w:rPr>
                <w:sz w:val="16"/>
              </w:rPr>
              <w:t>City</w:t>
            </w:r>
          </w:p>
        </w:tc>
        <w:tc>
          <w:tcPr>
            <w:tcW w:type="dxa" w:w="1554"/>
          </w:tcPr>
          <w:p>
            <w:pPr>
              <w:spacing w:after="0"/>
              <w:jc w:val="left"/>
            </w:pPr>
            <w:r>
              <w:rPr>
                <w:sz w:val="16"/>
              </w:rPr>
              <w:t>Approved, expires 2026-10-27</w:t>
            </w:r>
          </w:p>
        </w:tc>
        <w:tc>
          <w:tcPr>
            <w:tcW w:type="dxa" w:w="1385"/>
          </w:tcPr>
          <w:p>
            <w:pPr>
              <w:spacing w:after="0"/>
              <w:jc w:val="left"/>
            </w:pPr>
            <w:r>
              <w:rPr>
                <w:sz w:val="16"/>
              </w:rPr>
              <w:t>Allegan County 2021 HMP Update (FEMA plan 107872)</w:t>
            </w:r>
          </w:p>
        </w:tc>
        <w:tc>
          <w:tcPr>
            <w:tcW w:type="dxa" w:w="2024"/>
          </w:tcPr>
          <w:p>
            <w:pPr>
              <w:spacing w:after="0"/>
              <w:jc w:val="left"/>
            </w:pPr>
            <w:r>
              <w:rPr>
                <w:sz w:val="16"/>
              </w:rPr>
              <w:t>2021-10-28</w:t>
            </w:r>
          </w:p>
        </w:tc>
        <w:tc>
          <w:tcPr>
            <w:tcW w:type="dxa" w:w="1464"/>
          </w:tcPr>
          <w:p>
            <w:pPr>
              <w:spacing w:after="0"/>
              <w:jc w:val="left"/>
            </w:pPr>
            <w:r>
              <w:rPr>
                <w:sz w:val="16"/>
              </w:rPr>
              <w:t>2026-10-27</w:t>
            </w:r>
          </w:p>
        </w:tc>
        <w:tc>
          <w:tcPr>
            <w:tcW w:type="dxa" w:w="826"/>
          </w:tcPr>
          <w:p>
            <w:pPr>
              <w:spacing w:after="0"/>
              <w:jc w:val="right"/>
            </w:pPr>
            <w:r>
              <w:rPr>
                <w:sz w:val="16"/>
              </w:rPr>
              <w:t>27</w:t>
            </w:r>
          </w:p>
        </w:tc>
        <w:tc>
          <w:tcPr>
            <w:tcW w:type="dxa" w:w="2451"/>
          </w:tcPr>
          <w:p>
            <w:pPr>
              <w:spacing w:after="0"/>
              <w:jc w:val="left"/>
            </w:pPr>
          </w:p>
        </w:tc>
        <w:tc>
          <w:tcPr>
            <w:tcW w:type="dxa" w:w="2202"/>
          </w:tcPr>
          <w:p>
            <w:pPr>
              <w:spacing w:after="0"/>
              <w:jc w:val="left"/>
            </w:pPr>
            <w:r>
              <w:rPr>
                <w:sz w:val="16"/>
              </w:rPr>
              <w:t>this jurisdiction approved 2021-11-17</w:t>
            </w:r>
          </w:p>
        </w:tc>
      </w:tr>
      <w:tr>
        <w:trPr>
          <w:cantSplit/>
        </w:trPr>
        <w:tc>
          <w:tcPr>
            <w:tcW w:type="dxa" w:w="1347"/>
          </w:tcPr>
          <w:p>
            <w:pPr>
              <w:spacing w:after="0"/>
              <w:jc w:val="left"/>
            </w:pPr>
            <w:r>
              <w:rPr>
                <w:sz w:val="16"/>
              </w:rPr>
              <w:t>Plainwell city</w:t>
            </w:r>
          </w:p>
        </w:tc>
        <w:tc>
          <w:tcPr>
            <w:tcW w:type="dxa" w:w="858"/>
          </w:tcPr>
          <w:p>
            <w:pPr>
              <w:spacing w:after="0"/>
              <w:jc w:val="left"/>
            </w:pPr>
            <w:r>
              <w:rPr>
                <w:sz w:val="16"/>
              </w:rPr>
              <w:t>City</w:t>
            </w:r>
          </w:p>
        </w:tc>
        <w:tc>
          <w:tcPr>
            <w:tcW w:type="dxa" w:w="1554"/>
          </w:tcPr>
          <w:p>
            <w:pPr>
              <w:spacing w:after="0"/>
              <w:jc w:val="left"/>
            </w:pPr>
            <w:r>
              <w:rPr>
                <w:sz w:val="16"/>
              </w:rPr>
              <w:t>Approved, expires 2026-10-27</w:t>
            </w:r>
          </w:p>
        </w:tc>
        <w:tc>
          <w:tcPr>
            <w:tcW w:type="dxa" w:w="1385"/>
          </w:tcPr>
          <w:p>
            <w:pPr>
              <w:spacing w:after="0"/>
              <w:jc w:val="left"/>
            </w:pPr>
            <w:r>
              <w:rPr>
                <w:sz w:val="16"/>
              </w:rPr>
              <w:t>Allegan County 2021 HMP Update (FEMA plan 107872)</w:t>
            </w:r>
          </w:p>
        </w:tc>
        <w:tc>
          <w:tcPr>
            <w:tcW w:type="dxa" w:w="2024"/>
          </w:tcPr>
          <w:p>
            <w:pPr>
              <w:spacing w:after="0"/>
              <w:jc w:val="left"/>
            </w:pPr>
            <w:r>
              <w:rPr>
                <w:sz w:val="16"/>
              </w:rPr>
              <w:t>2021-10-28</w:t>
            </w:r>
          </w:p>
        </w:tc>
        <w:tc>
          <w:tcPr>
            <w:tcW w:type="dxa" w:w="1464"/>
          </w:tcPr>
          <w:p>
            <w:pPr>
              <w:spacing w:after="0"/>
              <w:jc w:val="left"/>
            </w:pPr>
            <w:r>
              <w:rPr>
                <w:sz w:val="16"/>
              </w:rPr>
              <w:t>2026-10-27</w:t>
            </w:r>
          </w:p>
        </w:tc>
        <w:tc>
          <w:tcPr>
            <w:tcW w:type="dxa" w:w="826"/>
          </w:tcPr>
          <w:p>
            <w:pPr>
              <w:spacing w:after="0"/>
              <w:jc w:val="right"/>
            </w:pPr>
            <w:r>
              <w:rPr>
                <w:sz w:val="16"/>
              </w:rPr>
              <w:t>27</w:t>
            </w:r>
          </w:p>
        </w:tc>
        <w:tc>
          <w:tcPr>
            <w:tcW w:type="dxa" w:w="2451"/>
          </w:tcPr>
          <w:p>
            <w:pPr>
              <w:spacing w:after="0"/>
              <w:jc w:val="left"/>
            </w:pPr>
          </w:p>
        </w:tc>
        <w:tc>
          <w:tcPr>
            <w:tcW w:type="dxa" w:w="2202"/>
          </w:tcPr>
          <w:p>
            <w:pPr>
              <w:spacing w:after="0"/>
              <w:jc w:val="left"/>
            </w:pPr>
            <w:r>
              <w:rPr>
                <w:sz w:val="16"/>
              </w:rPr>
              <w:t>this jurisdiction approved 2021-12-17</w:t>
            </w:r>
          </w:p>
        </w:tc>
      </w:tr>
      <w:tr>
        <w:trPr>
          <w:cantSplit/>
        </w:trPr>
        <w:tc>
          <w:tcPr>
            <w:tcW w:type="dxa" w:w="1347"/>
          </w:tcPr>
          <w:p>
            <w:pPr>
              <w:spacing w:after="0"/>
              <w:jc w:val="left"/>
            </w:pPr>
            <w:r>
              <w:rPr>
                <w:sz w:val="16"/>
              </w:rPr>
              <w:t>Saugatuck city</w:t>
            </w:r>
          </w:p>
        </w:tc>
        <w:tc>
          <w:tcPr>
            <w:tcW w:type="dxa" w:w="858"/>
          </w:tcPr>
          <w:p>
            <w:pPr>
              <w:spacing w:after="0"/>
              <w:jc w:val="left"/>
            </w:pPr>
            <w:r>
              <w:rPr>
                <w:sz w:val="16"/>
              </w:rPr>
              <w:t>City</w:t>
            </w:r>
          </w:p>
        </w:tc>
        <w:tc>
          <w:tcPr>
            <w:tcW w:type="dxa" w:w="1554"/>
          </w:tcPr>
          <w:p>
            <w:pPr>
              <w:spacing w:after="0"/>
              <w:jc w:val="left"/>
            </w:pPr>
            <w:r>
              <w:rPr>
                <w:sz w:val="16"/>
              </w:rPr>
              <w:t>Approved, expires 2026-10-27</w:t>
            </w:r>
          </w:p>
        </w:tc>
        <w:tc>
          <w:tcPr>
            <w:tcW w:type="dxa" w:w="1385"/>
          </w:tcPr>
          <w:p>
            <w:pPr>
              <w:spacing w:after="0"/>
              <w:jc w:val="left"/>
            </w:pPr>
            <w:r>
              <w:rPr>
                <w:sz w:val="16"/>
              </w:rPr>
              <w:t>Allegan County 2021 HMP Update (FEMA plan 107872)</w:t>
            </w:r>
          </w:p>
        </w:tc>
        <w:tc>
          <w:tcPr>
            <w:tcW w:type="dxa" w:w="2024"/>
          </w:tcPr>
          <w:p>
            <w:pPr>
              <w:spacing w:after="0"/>
              <w:jc w:val="left"/>
            </w:pPr>
            <w:r>
              <w:rPr>
                <w:sz w:val="16"/>
              </w:rPr>
              <w:t>2021-10-28</w:t>
            </w:r>
          </w:p>
        </w:tc>
        <w:tc>
          <w:tcPr>
            <w:tcW w:type="dxa" w:w="1464"/>
          </w:tcPr>
          <w:p>
            <w:pPr>
              <w:spacing w:after="0"/>
              <w:jc w:val="left"/>
            </w:pPr>
            <w:r>
              <w:rPr>
                <w:sz w:val="16"/>
              </w:rPr>
              <w:t>2026-10-27</w:t>
            </w:r>
          </w:p>
        </w:tc>
        <w:tc>
          <w:tcPr>
            <w:tcW w:type="dxa" w:w="826"/>
          </w:tcPr>
          <w:p>
            <w:pPr>
              <w:spacing w:after="0"/>
              <w:jc w:val="right"/>
            </w:pPr>
            <w:r>
              <w:rPr>
                <w:sz w:val="16"/>
              </w:rPr>
              <w:t>27</w:t>
            </w:r>
          </w:p>
        </w:tc>
        <w:tc>
          <w:tcPr>
            <w:tcW w:type="dxa" w:w="2451"/>
          </w:tcPr>
          <w:p>
            <w:pPr>
              <w:spacing w:after="0"/>
              <w:jc w:val="left"/>
            </w:pPr>
          </w:p>
        </w:tc>
        <w:tc>
          <w:tcPr>
            <w:tcW w:type="dxa" w:w="2202"/>
          </w:tcPr>
          <w:p>
            <w:pPr>
              <w:spacing w:after="0"/>
              <w:jc w:val="left"/>
            </w:pPr>
            <w:r>
              <w:rPr>
                <w:sz w:val="16"/>
              </w:rPr>
              <w:t>this jurisdiction approved 2022-06-30</w:t>
            </w:r>
          </w:p>
        </w:tc>
      </w:tr>
      <w:tr>
        <w:trPr>
          <w:cantSplit/>
        </w:trPr>
        <w:tc>
          <w:tcPr>
            <w:tcW w:type="dxa" w:w="1347"/>
          </w:tcPr>
          <w:p>
            <w:pPr>
              <w:spacing w:after="0"/>
              <w:jc w:val="left"/>
            </w:pPr>
            <w:r>
              <w:rPr>
                <w:sz w:val="16"/>
              </w:rPr>
              <w:t>South Haven city</w:t>
            </w:r>
          </w:p>
        </w:tc>
        <w:tc>
          <w:tcPr>
            <w:tcW w:type="dxa" w:w="858"/>
          </w:tcPr>
          <w:p>
            <w:pPr>
              <w:spacing w:after="0"/>
              <w:jc w:val="left"/>
            </w:pPr>
            <w:r>
              <w:rPr>
                <w:sz w:val="16"/>
              </w:rPr>
              <w:t>City</w:t>
            </w:r>
          </w:p>
        </w:tc>
        <w:tc>
          <w:tcPr>
            <w:tcW w:type="dxa" w:w="1554"/>
          </w:tcPr>
          <w:p>
            <w:pPr>
              <w:spacing w:after="0"/>
              <w:jc w:val="left"/>
            </w:pPr>
            <w:r>
              <w:rPr>
                <w:sz w:val="16"/>
              </w:rPr>
              <w:t>Expired on 2021-03-01</w:t>
            </w:r>
          </w:p>
        </w:tc>
        <w:tc>
          <w:tcPr>
            <w:tcW w:type="dxa" w:w="1385"/>
          </w:tcPr>
          <w:p>
            <w:pPr>
              <w:spacing w:after="0"/>
              <w:jc w:val="left"/>
            </w:pPr>
            <w:r>
              <w:rPr>
                <w:sz w:val="16"/>
              </w:rPr>
              <w:t>Van Buren County (FEMA plan 102083)</w:t>
            </w:r>
          </w:p>
        </w:tc>
        <w:tc>
          <w:tcPr>
            <w:tcW w:type="dxa" w:w="2024"/>
          </w:tcPr>
          <w:p>
            <w:pPr>
              <w:spacing w:after="0"/>
              <w:jc w:val="left"/>
            </w:pPr>
            <w:r>
              <w:rPr>
                <w:sz w:val="16"/>
              </w:rPr>
              <w:t>2016-03-01</w:t>
            </w:r>
          </w:p>
        </w:tc>
        <w:tc>
          <w:tcPr>
            <w:tcW w:type="dxa" w:w="1464"/>
          </w:tcPr>
          <w:p>
            <w:pPr>
              <w:spacing w:after="0"/>
              <w:jc w:val="left"/>
            </w:pPr>
            <w:r>
              <w:rPr>
                <w:sz w:val="16"/>
              </w:rPr>
              <w:t>2021-03-01</w:t>
            </w:r>
          </w:p>
        </w:tc>
        <w:tc>
          <w:tcPr>
            <w:tcW w:type="dxa" w:w="826"/>
          </w:tcPr>
          <w:p>
            <w:pPr>
              <w:spacing w:after="0"/>
              <w:jc w:val="right"/>
            </w:pPr>
            <w:r>
              <w:rPr>
                <w:sz w:val="16"/>
              </w:rPr>
              <w:t>-2,039</w:t>
            </w:r>
          </w:p>
        </w:tc>
        <w:tc>
          <w:tcPr>
            <w:tcW w:type="dxa" w:w="2451"/>
          </w:tcPr>
          <w:p>
            <w:pPr>
              <w:spacing w:after="0"/>
              <w:jc w:val="left"/>
            </w:pPr>
          </w:p>
        </w:tc>
        <w:tc>
          <w:tcPr>
            <w:tcW w:type="dxa" w:w="2202"/>
          </w:tcPr>
          <w:p>
            <w:pPr>
              <w:spacing w:after="0"/>
              <w:jc w:val="left"/>
            </w:pPr>
          </w:p>
        </w:tc>
      </w:tr>
      <w:tr>
        <w:trPr>
          <w:cantSplit/>
        </w:trPr>
        <w:tc>
          <w:tcPr>
            <w:tcW w:type="dxa" w:w="1347"/>
          </w:tcPr>
          <w:p>
            <w:pPr>
              <w:spacing w:after="0"/>
              <w:jc w:val="left"/>
            </w:pPr>
            <w:r>
              <w:rPr>
                <w:sz w:val="16"/>
              </w:rPr>
              <w:t>Wayland city</w:t>
            </w:r>
          </w:p>
        </w:tc>
        <w:tc>
          <w:tcPr>
            <w:tcW w:type="dxa" w:w="858"/>
          </w:tcPr>
          <w:p>
            <w:pPr>
              <w:spacing w:after="0"/>
              <w:jc w:val="left"/>
            </w:pPr>
            <w:r>
              <w:rPr>
                <w:sz w:val="16"/>
              </w:rPr>
              <w:t>City</w:t>
            </w:r>
          </w:p>
        </w:tc>
        <w:tc>
          <w:tcPr>
            <w:tcW w:type="dxa" w:w="1554"/>
          </w:tcPr>
          <w:p>
            <w:pPr>
              <w:spacing w:after="0"/>
              <w:jc w:val="left"/>
            </w:pPr>
            <w:r>
              <w:rPr>
                <w:sz w:val="16"/>
              </w:rPr>
              <w:t>Plan 107872 approved 2021-10-28, pending adoption here; not yet eligible</w:t>
            </w:r>
          </w:p>
        </w:tc>
        <w:tc>
          <w:tcPr>
            <w:tcW w:type="dxa" w:w="1385"/>
          </w:tcPr>
          <w:p>
            <w:pPr>
              <w:spacing w:after="0"/>
              <w:jc w:val="left"/>
            </w:pPr>
            <w:r>
              <w:rPr>
                <w:sz w:val="16"/>
              </w:rPr>
              <w:t>Allegan County 2021 HMP Update (FEMA plan 107872), pending adoption here</w:t>
            </w:r>
          </w:p>
        </w:tc>
        <w:tc>
          <w:tcPr>
            <w:tcW w:type="dxa" w:w="2024"/>
          </w:tcPr>
          <w:p>
            <w:pPr>
              <w:spacing w:after="0"/>
              <w:jc w:val="left"/>
            </w:pPr>
            <w:r>
              <w:rPr>
                <w:sz w:val="16"/>
              </w:rPr>
              <w:t>2021-10-28 by FEMA; not yet adopted here</w:t>
            </w:r>
          </w:p>
        </w:tc>
        <w:tc>
          <w:tcPr>
            <w:tcW w:type="dxa" w:w="1464"/>
          </w:tcPr>
          <w:p>
            <w:pPr>
              <w:spacing w:after="0"/>
              <w:jc w:val="left"/>
            </w:pPr>
            <w:r>
              <w:rPr>
                <w:sz w:val="16"/>
              </w:rPr>
              <w:t>2026-10-27 once adopted</w:t>
            </w:r>
          </w:p>
        </w:tc>
        <w:tc>
          <w:tcPr>
            <w:tcW w:type="dxa" w:w="826"/>
          </w:tcPr>
          <w:p>
            <w:pPr>
              <w:spacing w:after="0"/>
              <w:jc w:val="right"/>
            </w:pPr>
          </w:p>
        </w:tc>
        <w:tc>
          <w:tcPr>
            <w:tcW w:type="dxa" w:w="2451"/>
          </w:tcPr>
          <w:p>
            <w:pPr>
              <w:spacing w:after="0"/>
              <w:jc w:val="left"/>
            </w:pPr>
            <w:r>
              <w:rPr>
                <w:sz w:val="16"/>
              </w:rPr>
              <w:t>FEMA tracker shows a plan approvable pending adoption</w:t>
            </w:r>
          </w:p>
        </w:tc>
        <w:tc>
          <w:tcPr>
            <w:tcW w:type="dxa" w:w="2202"/>
          </w:tcPr>
          <w:p>
            <w:pPr>
              <w:spacing w:after="0"/>
              <w:jc w:val="left"/>
            </w:pPr>
            <w:r>
              <w:rPr>
                <w:sz w:val="16"/>
              </w:rPr>
              <w:t>Not yet eligible: adopt the approved plan.</w:t>
            </w:r>
          </w:p>
        </w:tc>
      </w:tr>
      <w:tr>
        <w:trPr>
          <w:cantSplit/>
        </w:trPr>
        <w:tc>
          <w:tcPr>
            <w:tcW w:type="dxa" w:w="1347"/>
          </w:tcPr>
          <w:p>
            <w:pPr>
              <w:spacing w:after="0"/>
              <w:jc w:val="left"/>
            </w:pPr>
            <w:r>
              <w:rPr>
                <w:sz w:val="16"/>
              </w:rPr>
              <w:t>Allegan township</w:t>
            </w:r>
          </w:p>
        </w:tc>
        <w:tc>
          <w:tcPr>
            <w:tcW w:type="dxa" w:w="858"/>
          </w:tcPr>
          <w:p>
            <w:pPr>
              <w:spacing w:after="0"/>
              <w:jc w:val="left"/>
            </w:pPr>
            <w:r>
              <w:rPr>
                <w:sz w:val="16"/>
              </w:rPr>
              <w:t>Township</w:t>
            </w:r>
          </w:p>
        </w:tc>
        <w:tc>
          <w:tcPr>
            <w:tcW w:type="dxa" w:w="1554"/>
          </w:tcPr>
          <w:p>
            <w:pPr>
              <w:spacing w:after="0"/>
              <w:jc w:val="left"/>
            </w:pPr>
            <w:r>
              <w:rPr>
                <w:sz w:val="16"/>
              </w:rPr>
              <w:t>Plan 107872 approved 2021-10-28, pending adoption here; not yet eligible</w:t>
            </w:r>
          </w:p>
        </w:tc>
        <w:tc>
          <w:tcPr>
            <w:tcW w:type="dxa" w:w="1385"/>
          </w:tcPr>
          <w:p>
            <w:pPr>
              <w:spacing w:after="0"/>
              <w:jc w:val="left"/>
            </w:pPr>
            <w:r>
              <w:rPr>
                <w:sz w:val="16"/>
              </w:rPr>
              <w:t>Allegan County 2021 HMP Update (FEMA plan 107872), pending adoption here</w:t>
            </w:r>
          </w:p>
        </w:tc>
        <w:tc>
          <w:tcPr>
            <w:tcW w:type="dxa" w:w="2024"/>
          </w:tcPr>
          <w:p>
            <w:pPr>
              <w:spacing w:after="0"/>
              <w:jc w:val="left"/>
            </w:pPr>
            <w:r>
              <w:rPr>
                <w:sz w:val="16"/>
              </w:rPr>
              <w:t>2021-10-28 by FEMA; not yet adopted here</w:t>
            </w:r>
          </w:p>
        </w:tc>
        <w:tc>
          <w:tcPr>
            <w:tcW w:type="dxa" w:w="1464"/>
          </w:tcPr>
          <w:p>
            <w:pPr>
              <w:spacing w:after="0"/>
              <w:jc w:val="left"/>
            </w:pPr>
            <w:r>
              <w:rPr>
                <w:sz w:val="16"/>
              </w:rPr>
              <w:t>2026-10-27 once adopted</w:t>
            </w:r>
          </w:p>
        </w:tc>
        <w:tc>
          <w:tcPr>
            <w:tcW w:type="dxa" w:w="826"/>
          </w:tcPr>
          <w:p>
            <w:pPr>
              <w:spacing w:after="0"/>
              <w:jc w:val="right"/>
            </w:pPr>
          </w:p>
        </w:tc>
        <w:tc>
          <w:tcPr>
            <w:tcW w:type="dxa" w:w="2451"/>
          </w:tcPr>
          <w:p>
            <w:pPr>
              <w:spacing w:after="0"/>
              <w:jc w:val="left"/>
            </w:pPr>
            <w:r>
              <w:rPr>
                <w:sz w:val="16"/>
              </w:rPr>
              <w:t>FEMA tracker shows a plan approvable pending adoption</w:t>
            </w:r>
          </w:p>
        </w:tc>
        <w:tc>
          <w:tcPr>
            <w:tcW w:type="dxa" w:w="2202"/>
          </w:tcPr>
          <w:p>
            <w:pPr>
              <w:spacing w:after="0"/>
              <w:jc w:val="left"/>
            </w:pPr>
            <w:r>
              <w:rPr>
                <w:sz w:val="16"/>
              </w:rPr>
              <w:t>Not yet eligible: adopt the approved plan.</w:t>
            </w:r>
          </w:p>
        </w:tc>
      </w:tr>
      <w:tr>
        <w:trPr>
          <w:cantSplit/>
        </w:trPr>
        <w:tc>
          <w:tcPr>
            <w:tcW w:type="dxa" w:w="1347"/>
          </w:tcPr>
          <w:p>
            <w:pPr>
              <w:spacing w:after="0"/>
              <w:jc w:val="left"/>
            </w:pPr>
            <w:r>
              <w:rPr>
                <w:sz w:val="16"/>
              </w:rPr>
              <w:t>Casco township</w:t>
            </w:r>
          </w:p>
        </w:tc>
        <w:tc>
          <w:tcPr>
            <w:tcW w:type="dxa" w:w="858"/>
          </w:tcPr>
          <w:p>
            <w:pPr>
              <w:spacing w:after="0"/>
              <w:jc w:val="left"/>
            </w:pPr>
            <w:r>
              <w:rPr>
                <w:sz w:val="16"/>
              </w:rPr>
              <w:t>Township</w:t>
            </w:r>
          </w:p>
        </w:tc>
        <w:tc>
          <w:tcPr>
            <w:tcW w:type="dxa" w:w="1554"/>
          </w:tcPr>
          <w:p>
            <w:pPr>
              <w:spacing w:after="0"/>
              <w:jc w:val="left"/>
            </w:pPr>
            <w:r>
              <w:rPr>
                <w:sz w:val="16"/>
              </w:rPr>
              <w:t>Plan 107872 approved 2021-10-28, pending adoption here; not yet eligible</w:t>
            </w:r>
          </w:p>
        </w:tc>
        <w:tc>
          <w:tcPr>
            <w:tcW w:type="dxa" w:w="1385"/>
          </w:tcPr>
          <w:p>
            <w:pPr>
              <w:spacing w:after="0"/>
              <w:jc w:val="left"/>
            </w:pPr>
            <w:r>
              <w:rPr>
                <w:sz w:val="16"/>
              </w:rPr>
              <w:t>Allegan County 2021 HMP Update (FEMA plan 107872), pending adoption here</w:t>
            </w:r>
          </w:p>
        </w:tc>
        <w:tc>
          <w:tcPr>
            <w:tcW w:type="dxa" w:w="2024"/>
          </w:tcPr>
          <w:p>
            <w:pPr>
              <w:spacing w:after="0"/>
              <w:jc w:val="left"/>
            </w:pPr>
            <w:r>
              <w:rPr>
                <w:sz w:val="16"/>
              </w:rPr>
              <w:t>2021-10-28 by FEMA; not yet adopted here</w:t>
            </w:r>
          </w:p>
        </w:tc>
        <w:tc>
          <w:tcPr>
            <w:tcW w:type="dxa" w:w="1464"/>
          </w:tcPr>
          <w:p>
            <w:pPr>
              <w:spacing w:after="0"/>
              <w:jc w:val="left"/>
            </w:pPr>
            <w:r>
              <w:rPr>
                <w:sz w:val="16"/>
              </w:rPr>
              <w:t>2026-10-27 once adopted</w:t>
            </w:r>
          </w:p>
        </w:tc>
        <w:tc>
          <w:tcPr>
            <w:tcW w:type="dxa" w:w="826"/>
          </w:tcPr>
          <w:p>
            <w:pPr>
              <w:spacing w:after="0"/>
              <w:jc w:val="right"/>
            </w:pPr>
          </w:p>
        </w:tc>
        <w:tc>
          <w:tcPr>
            <w:tcW w:type="dxa" w:w="2451"/>
          </w:tcPr>
          <w:p>
            <w:pPr>
              <w:spacing w:after="0"/>
              <w:jc w:val="left"/>
            </w:pPr>
            <w:r>
              <w:rPr>
                <w:sz w:val="16"/>
              </w:rPr>
              <w:t>FEMA tracker shows a plan approvable pending adoption</w:t>
            </w:r>
          </w:p>
        </w:tc>
        <w:tc>
          <w:tcPr>
            <w:tcW w:type="dxa" w:w="2202"/>
          </w:tcPr>
          <w:p>
            <w:pPr>
              <w:spacing w:after="0"/>
              <w:jc w:val="left"/>
            </w:pPr>
            <w:r>
              <w:rPr>
                <w:sz w:val="16"/>
              </w:rPr>
              <w:t>Not yet eligible: adopt the approved plan.</w:t>
            </w:r>
          </w:p>
        </w:tc>
      </w:tr>
      <w:tr>
        <w:trPr>
          <w:cantSplit/>
        </w:trPr>
        <w:tc>
          <w:tcPr>
            <w:tcW w:type="dxa" w:w="1347"/>
          </w:tcPr>
          <w:p>
            <w:pPr>
              <w:spacing w:after="0"/>
              <w:jc w:val="left"/>
            </w:pPr>
            <w:r>
              <w:rPr>
                <w:sz w:val="16"/>
              </w:rPr>
              <w:t>Cheshire township</w:t>
            </w:r>
          </w:p>
        </w:tc>
        <w:tc>
          <w:tcPr>
            <w:tcW w:type="dxa" w:w="858"/>
          </w:tcPr>
          <w:p>
            <w:pPr>
              <w:spacing w:after="0"/>
              <w:jc w:val="left"/>
            </w:pPr>
            <w:r>
              <w:rPr>
                <w:sz w:val="16"/>
              </w:rPr>
              <w:t>Township</w:t>
            </w:r>
          </w:p>
        </w:tc>
        <w:tc>
          <w:tcPr>
            <w:tcW w:type="dxa" w:w="1554"/>
          </w:tcPr>
          <w:p>
            <w:pPr>
              <w:spacing w:after="0"/>
              <w:jc w:val="left"/>
            </w:pPr>
            <w:r>
              <w:rPr>
                <w:sz w:val="16"/>
              </w:rPr>
              <w:t>Plan 107872 approved 2021-10-28, pending adoption here; not yet eligible</w:t>
            </w:r>
          </w:p>
        </w:tc>
        <w:tc>
          <w:tcPr>
            <w:tcW w:type="dxa" w:w="1385"/>
          </w:tcPr>
          <w:p>
            <w:pPr>
              <w:spacing w:after="0"/>
              <w:jc w:val="left"/>
            </w:pPr>
            <w:r>
              <w:rPr>
                <w:sz w:val="16"/>
              </w:rPr>
              <w:t>Allegan County 2021 HMP Update (FEMA plan 107872), pending adoption here</w:t>
            </w:r>
          </w:p>
        </w:tc>
        <w:tc>
          <w:tcPr>
            <w:tcW w:type="dxa" w:w="2024"/>
          </w:tcPr>
          <w:p>
            <w:pPr>
              <w:spacing w:after="0"/>
              <w:jc w:val="left"/>
            </w:pPr>
            <w:r>
              <w:rPr>
                <w:sz w:val="16"/>
              </w:rPr>
              <w:t>2021-10-28 by FEMA; not yet adopted here</w:t>
            </w:r>
          </w:p>
        </w:tc>
        <w:tc>
          <w:tcPr>
            <w:tcW w:type="dxa" w:w="1464"/>
          </w:tcPr>
          <w:p>
            <w:pPr>
              <w:spacing w:after="0"/>
              <w:jc w:val="left"/>
            </w:pPr>
            <w:r>
              <w:rPr>
                <w:sz w:val="16"/>
              </w:rPr>
              <w:t>2026-10-27 once adopted</w:t>
            </w:r>
          </w:p>
        </w:tc>
        <w:tc>
          <w:tcPr>
            <w:tcW w:type="dxa" w:w="826"/>
          </w:tcPr>
          <w:p>
            <w:pPr>
              <w:spacing w:after="0"/>
              <w:jc w:val="right"/>
            </w:pPr>
          </w:p>
        </w:tc>
        <w:tc>
          <w:tcPr>
            <w:tcW w:type="dxa" w:w="2451"/>
          </w:tcPr>
          <w:p>
            <w:pPr>
              <w:spacing w:after="0"/>
              <w:jc w:val="left"/>
            </w:pPr>
            <w:r>
              <w:rPr>
                <w:sz w:val="16"/>
              </w:rPr>
              <w:t>FEMA tracker shows a plan approvable pending adoption</w:t>
            </w:r>
          </w:p>
        </w:tc>
        <w:tc>
          <w:tcPr>
            <w:tcW w:type="dxa" w:w="2202"/>
          </w:tcPr>
          <w:p>
            <w:pPr>
              <w:spacing w:after="0"/>
              <w:jc w:val="left"/>
            </w:pPr>
            <w:r>
              <w:rPr>
                <w:sz w:val="16"/>
              </w:rPr>
              <w:t>Not yet eligible: adopt the approved plan.</w:t>
            </w:r>
          </w:p>
        </w:tc>
      </w:tr>
      <w:tr>
        <w:trPr>
          <w:cantSplit/>
        </w:trPr>
        <w:tc>
          <w:tcPr>
            <w:tcW w:type="dxa" w:w="1347"/>
          </w:tcPr>
          <w:p>
            <w:pPr>
              <w:spacing w:after="0"/>
              <w:jc w:val="left"/>
            </w:pPr>
            <w:r>
              <w:rPr>
                <w:sz w:val="16"/>
              </w:rPr>
              <w:t>Clyde township</w:t>
            </w:r>
          </w:p>
        </w:tc>
        <w:tc>
          <w:tcPr>
            <w:tcW w:type="dxa" w:w="858"/>
          </w:tcPr>
          <w:p>
            <w:pPr>
              <w:spacing w:after="0"/>
              <w:jc w:val="left"/>
            </w:pPr>
            <w:r>
              <w:rPr>
                <w:sz w:val="16"/>
              </w:rPr>
              <w:t>Township</w:t>
            </w:r>
          </w:p>
        </w:tc>
        <w:tc>
          <w:tcPr>
            <w:tcW w:type="dxa" w:w="1554"/>
          </w:tcPr>
          <w:p>
            <w:pPr>
              <w:spacing w:after="0"/>
              <w:jc w:val="left"/>
            </w:pPr>
            <w:r>
              <w:rPr>
                <w:sz w:val="16"/>
              </w:rPr>
              <w:t>Plan 107872 approved 2021-10-28, pending adoption here; not yet eligible</w:t>
            </w:r>
          </w:p>
        </w:tc>
        <w:tc>
          <w:tcPr>
            <w:tcW w:type="dxa" w:w="1385"/>
          </w:tcPr>
          <w:p>
            <w:pPr>
              <w:spacing w:after="0"/>
              <w:jc w:val="left"/>
            </w:pPr>
            <w:r>
              <w:rPr>
                <w:sz w:val="16"/>
              </w:rPr>
              <w:t>Allegan County 2021 HMP Update (FEMA plan 107872), pending adoption here</w:t>
            </w:r>
          </w:p>
        </w:tc>
        <w:tc>
          <w:tcPr>
            <w:tcW w:type="dxa" w:w="2024"/>
          </w:tcPr>
          <w:p>
            <w:pPr>
              <w:spacing w:after="0"/>
              <w:jc w:val="left"/>
            </w:pPr>
            <w:r>
              <w:rPr>
                <w:sz w:val="16"/>
              </w:rPr>
              <w:t>2021-10-28 by FEMA; not yet adopted here</w:t>
            </w:r>
          </w:p>
        </w:tc>
        <w:tc>
          <w:tcPr>
            <w:tcW w:type="dxa" w:w="1464"/>
          </w:tcPr>
          <w:p>
            <w:pPr>
              <w:spacing w:after="0"/>
              <w:jc w:val="left"/>
            </w:pPr>
            <w:r>
              <w:rPr>
                <w:sz w:val="16"/>
              </w:rPr>
              <w:t>2026-10-27 once adopted</w:t>
            </w:r>
          </w:p>
        </w:tc>
        <w:tc>
          <w:tcPr>
            <w:tcW w:type="dxa" w:w="826"/>
          </w:tcPr>
          <w:p>
            <w:pPr>
              <w:spacing w:after="0"/>
              <w:jc w:val="right"/>
            </w:pPr>
          </w:p>
        </w:tc>
        <w:tc>
          <w:tcPr>
            <w:tcW w:type="dxa" w:w="2451"/>
          </w:tcPr>
          <w:p>
            <w:pPr>
              <w:spacing w:after="0"/>
              <w:jc w:val="left"/>
            </w:pPr>
            <w:r>
              <w:rPr>
                <w:sz w:val="16"/>
              </w:rPr>
              <w:t>FEMA tracker shows a plan approvable pending adoption</w:t>
            </w:r>
          </w:p>
        </w:tc>
        <w:tc>
          <w:tcPr>
            <w:tcW w:type="dxa" w:w="2202"/>
          </w:tcPr>
          <w:p>
            <w:pPr>
              <w:spacing w:after="0"/>
              <w:jc w:val="left"/>
            </w:pPr>
            <w:r>
              <w:rPr>
                <w:sz w:val="16"/>
              </w:rPr>
              <w:t>Not yet eligible: adopt the approved plan.</w:t>
            </w:r>
          </w:p>
        </w:tc>
      </w:tr>
      <w:tr>
        <w:trPr>
          <w:cantSplit/>
        </w:trPr>
        <w:tc>
          <w:tcPr>
            <w:tcW w:type="dxa" w:w="1347"/>
          </w:tcPr>
          <w:p>
            <w:pPr>
              <w:spacing w:after="0"/>
              <w:jc w:val="left"/>
            </w:pPr>
            <w:r>
              <w:rPr>
                <w:sz w:val="16"/>
              </w:rPr>
              <w:t>Dorr township</w:t>
            </w:r>
          </w:p>
        </w:tc>
        <w:tc>
          <w:tcPr>
            <w:tcW w:type="dxa" w:w="858"/>
          </w:tcPr>
          <w:p>
            <w:pPr>
              <w:spacing w:after="0"/>
              <w:jc w:val="left"/>
            </w:pPr>
            <w:r>
              <w:rPr>
                <w:sz w:val="16"/>
              </w:rPr>
              <w:t>Township</w:t>
            </w:r>
          </w:p>
        </w:tc>
        <w:tc>
          <w:tcPr>
            <w:tcW w:type="dxa" w:w="1554"/>
          </w:tcPr>
          <w:p>
            <w:pPr>
              <w:spacing w:after="0"/>
              <w:jc w:val="left"/>
            </w:pPr>
            <w:r>
              <w:rPr>
                <w:sz w:val="16"/>
              </w:rPr>
              <w:t>Plan 107872 approved 2021-10-28, pending adoption here; not yet eligible</w:t>
            </w:r>
          </w:p>
        </w:tc>
        <w:tc>
          <w:tcPr>
            <w:tcW w:type="dxa" w:w="1385"/>
          </w:tcPr>
          <w:p>
            <w:pPr>
              <w:spacing w:after="0"/>
              <w:jc w:val="left"/>
            </w:pPr>
            <w:r>
              <w:rPr>
                <w:sz w:val="16"/>
              </w:rPr>
              <w:t>Allegan County 2021 HMP Update (FEMA plan 107872), pending adoption here</w:t>
            </w:r>
          </w:p>
        </w:tc>
        <w:tc>
          <w:tcPr>
            <w:tcW w:type="dxa" w:w="2024"/>
          </w:tcPr>
          <w:p>
            <w:pPr>
              <w:spacing w:after="0"/>
              <w:jc w:val="left"/>
            </w:pPr>
            <w:r>
              <w:rPr>
                <w:sz w:val="16"/>
              </w:rPr>
              <w:t>2021-10-28 by FEMA; not yet adopted here</w:t>
            </w:r>
          </w:p>
        </w:tc>
        <w:tc>
          <w:tcPr>
            <w:tcW w:type="dxa" w:w="1464"/>
          </w:tcPr>
          <w:p>
            <w:pPr>
              <w:spacing w:after="0"/>
              <w:jc w:val="left"/>
            </w:pPr>
            <w:r>
              <w:rPr>
                <w:sz w:val="16"/>
              </w:rPr>
              <w:t>2026-10-27 once adopted</w:t>
            </w:r>
          </w:p>
        </w:tc>
        <w:tc>
          <w:tcPr>
            <w:tcW w:type="dxa" w:w="826"/>
          </w:tcPr>
          <w:p>
            <w:pPr>
              <w:spacing w:after="0"/>
              <w:jc w:val="right"/>
            </w:pPr>
          </w:p>
        </w:tc>
        <w:tc>
          <w:tcPr>
            <w:tcW w:type="dxa" w:w="2451"/>
          </w:tcPr>
          <w:p>
            <w:pPr>
              <w:spacing w:after="0"/>
              <w:jc w:val="left"/>
            </w:pPr>
            <w:r>
              <w:rPr>
                <w:sz w:val="16"/>
              </w:rPr>
              <w:t>FEMA tracker shows a plan approvable pending adoption</w:t>
            </w:r>
          </w:p>
        </w:tc>
        <w:tc>
          <w:tcPr>
            <w:tcW w:type="dxa" w:w="2202"/>
          </w:tcPr>
          <w:p>
            <w:pPr>
              <w:spacing w:after="0"/>
              <w:jc w:val="left"/>
            </w:pPr>
            <w:r>
              <w:rPr>
                <w:sz w:val="16"/>
              </w:rPr>
              <w:t>Not yet eligible: adopt the approved plan.</w:t>
            </w:r>
          </w:p>
        </w:tc>
      </w:tr>
      <w:tr>
        <w:trPr>
          <w:cantSplit/>
        </w:trPr>
        <w:tc>
          <w:tcPr>
            <w:tcW w:type="dxa" w:w="1347"/>
          </w:tcPr>
          <w:p>
            <w:pPr>
              <w:spacing w:after="0"/>
              <w:jc w:val="left"/>
            </w:pPr>
            <w:r>
              <w:rPr>
                <w:sz w:val="16"/>
              </w:rPr>
              <w:t>Fillmore township</w:t>
            </w:r>
          </w:p>
        </w:tc>
        <w:tc>
          <w:tcPr>
            <w:tcW w:type="dxa" w:w="858"/>
          </w:tcPr>
          <w:p>
            <w:pPr>
              <w:spacing w:after="0"/>
              <w:jc w:val="left"/>
            </w:pPr>
            <w:r>
              <w:rPr>
                <w:sz w:val="16"/>
              </w:rPr>
              <w:t>Township</w:t>
            </w:r>
          </w:p>
        </w:tc>
        <w:tc>
          <w:tcPr>
            <w:tcW w:type="dxa" w:w="1554"/>
          </w:tcPr>
          <w:p>
            <w:pPr>
              <w:spacing w:after="0"/>
              <w:jc w:val="left"/>
            </w:pPr>
            <w:r>
              <w:rPr>
                <w:sz w:val="16"/>
              </w:rPr>
              <w:t>Plan 107872 approved 2021-10-28, pending adoption here; not yet eligible</w:t>
            </w:r>
          </w:p>
        </w:tc>
        <w:tc>
          <w:tcPr>
            <w:tcW w:type="dxa" w:w="1385"/>
          </w:tcPr>
          <w:p>
            <w:pPr>
              <w:spacing w:after="0"/>
              <w:jc w:val="left"/>
            </w:pPr>
            <w:r>
              <w:rPr>
                <w:sz w:val="16"/>
              </w:rPr>
              <w:t>Allegan County 2021 HMP Update (FEMA plan 107872), pending adoption here</w:t>
            </w:r>
          </w:p>
        </w:tc>
        <w:tc>
          <w:tcPr>
            <w:tcW w:type="dxa" w:w="2024"/>
          </w:tcPr>
          <w:p>
            <w:pPr>
              <w:spacing w:after="0"/>
              <w:jc w:val="left"/>
            </w:pPr>
            <w:r>
              <w:rPr>
                <w:sz w:val="16"/>
              </w:rPr>
              <w:t>2021-10-28 by FEMA; not yet adopted here</w:t>
            </w:r>
          </w:p>
        </w:tc>
        <w:tc>
          <w:tcPr>
            <w:tcW w:type="dxa" w:w="1464"/>
          </w:tcPr>
          <w:p>
            <w:pPr>
              <w:spacing w:after="0"/>
              <w:jc w:val="left"/>
            </w:pPr>
            <w:r>
              <w:rPr>
                <w:sz w:val="16"/>
              </w:rPr>
              <w:t>2026-10-27 once adopted</w:t>
            </w:r>
          </w:p>
        </w:tc>
        <w:tc>
          <w:tcPr>
            <w:tcW w:type="dxa" w:w="826"/>
          </w:tcPr>
          <w:p>
            <w:pPr>
              <w:spacing w:after="0"/>
              <w:jc w:val="right"/>
            </w:pPr>
          </w:p>
        </w:tc>
        <w:tc>
          <w:tcPr>
            <w:tcW w:type="dxa" w:w="2451"/>
          </w:tcPr>
          <w:p>
            <w:pPr>
              <w:spacing w:after="0"/>
              <w:jc w:val="left"/>
            </w:pPr>
            <w:r>
              <w:rPr>
                <w:sz w:val="16"/>
              </w:rPr>
              <w:t>FEMA tracker shows a plan approvable pending adoption</w:t>
            </w:r>
          </w:p>
        </w:tc>
        <w:tc>
          <w:tcPr>
            <w:tcW w:type="dxa" w:w="2202"/>
          </w:tcPr>
          <w:p>
            <w:pPr>
              <w:spacing w:after="0"/>
              <w:jc w:val="left"/>
            </w:pPr>
            <w:r>
              <w:rPr>
                <w:sz w:val="16"/>
              </w:rPr>
              <w:t>Not yet eligible: adopt the approved plan.</w:t>
            </w:r>
          </w:p>
        </w:tc>
      </w:tr>
      <w:tr>
        <w:trPr>
          <w:cantSplit/>
        </w:trPr>
        <w:tc>
          <w:tcPr>
            <w:tcW w:type="dxa" w:w="1347"/>
          </w:tcPr>
          <w:p>
            <w:pPr>
              <w:spacing w:after="0"/>
              <w:jc w:val="left"/>
            </w:pPr>
            <w:r>
              <w:rPr>
                <w:sz w:val="16"/>
              </w:rPr>
              <w:t>Ganges township</w:t>
            </w:r>
          </w:p>
        </w:tc>
        <w:tc>
          <w:tcPr>
            <w:tcW w:type="dxa" w:w="858"/>
          </w:tcPr>
          <w:p>
            <w:pPr>
              <w:spacing w:after="0"/>
              <w:jc w:val="left"/>
            </w:pPr>
            <w:r>
              <w:rPr>
                <w:sz w:val="16"/>
              </w:rPr>
              <w:t>Township</w:t>
            </w:r>
          </w:p>
        </w:tc>
        <w:tc>
          <w:tcPr>
            <w:tcW w:type="dxa" w:w="1554"/>
          </w:tcPr>
          <w:p>
            <w:pPr>
              <w:spacing w:after="0"/>
              <w:jc w:val="left"/>
            </w:pPr>
            <w:r>
              <w:rPr>
                <w:sz w:val="16"/>
              </w:rPr>
              <w:t>Approved, expires 2026-10-27</w:t>
            </w:r>
          </w:p>
        </w:tc>
        <w:tc>
          <w:tcPr>
            <w:tcW w:type="dxa" w:w="1385"/>
          </w:tcPr>
          <w:p>
            <w:pPr>
              <w:spacing w:after="0"/>
              <w:jc w:val="left"/>
            </w:pPr>
            <w:r>
              <w:rPr>
                <w:sz w:val="16"/>
              </w:rPr>
              <w:t>Allegan County 2021 HMP Update (FEMA plan 107872)</w:t>
            </w:r>
          </w:p>
        </w:tc>
        <w:tc>
          <w:tcPr>
            <w:tcW w:type="dxa" w:w="2024"/>
          </w:tcPr>
          <w:p>
            <w:pPr>
              <w:spacing w:after="0"/>
              <w:jc w:val="left"/>
            </w:pPr>
            <w:r>
              <w:rPr>
                <w:sz w:val="16"/>
              </w:rPr>
              <w:t>2021-10-28</w:t>
            </w:r>
          </w:p>
        </w:tc>
        <w:tc>
          <w:tcPr>
            <w:tcW w:type="dxa" w:w="1464"/>
          </w:tcPr>
          <w:p>
            <w:pPr>
              <w:spacing w:after="0"/>
              <w:jc w:val="left"/>
            </w:pPr>
            <w:r>
              <w:rPr>
                <w:sz w:val="16"/>
              </w:rPr>
              <w:t>2026-10-27</w:t>
            </w:r>
          </w:p>
        </w:tc>
        <w:tc>
          <w:tcPr>
            <w:tcW w:type="dxa" w:w="826"/>
          </w:tcPr>
          <w:p>
            <w:pPr>
              <w:spacing w:after="0"/>
              <w:jc w:val="right"/>
            </w:pPr>
            <w:r>
              <w:rPr>
                <w:sz w:val="16"/>
              </w:rPr>
              <w:t>27</w:t>
            </w:r>
          </w:p>
        </w:tc>
        <w:tc>
          <w:tcPr>
            <w:tcW w:type="dxa" w:w="2451"/>
          </w:tcPr>
          <w:p>
            <w:pPr>
              <w:spacing w:after="0"/>
              <w:jc w:val="left"/>
            </w:pPr>
          </w:p>
        </w:tc>
        <w:tc>
          <w:tcPr>
            <w:tcW w:type="dxa" w:w="2202"/>
          </w:tcPr>
          <w:p>
            <w:pPr>
              <w:spacing w:after="0"/>
              <w:jc w:val="left"/>
            </w:pPr>
            <w:r>
              <w:rPr>
                <w:sz w:val="16"/>
              </w:rPr>
              <w:t>this jurisdiction approved 2021-12-17</w:t>
            </w:r>
          </w:p>
        </w:tc>
      </w:tr>
      <w:tr>
        <w:trPr>
          <w:cantSplit/>
        </w:trPr>
        <w:tc>
          <w:tcPr>
            <w:tcW w:type="dxa" w:w="1347"/>
          </w:tcPr>
          <w:p>
            <w:pPr>
              <w:spacing w:after="0"/>
              <w:jc w:val="left"/>
            </w:pPr>
            <w:r>
              <w:rPr>
                <w:sz w:val="16"/>
              </w:rPr>
              <w:t>Gun Plain township</w:t>
            </w:r>
          </w:p>
        </w:tc>
        <w:tc>
          <w:tcPr>
            <w:tcW w:type="dxa" w:w="858"/>
          </w:tcPr>
          <w:p>
            <w:pPr>
              <w:spacing w:after="0"/>
              <w:jc w:val="left"/>
            </w:pPr>
            <w:r>
              <w:rPr>
                <w:sz w:val="16"/>
              </w:rPr>
              <w:t>Township</w:t>
            </w:r>
          </w:p>
        </w:tc>
        <w:tc>
          <w:tcPr>
            <w:tcW w:type="dxa" w:w="1554"/>
          </w:tcPr>
          <w:p>
            <w:pPr>
              <w:spacing w:after="0"/>
              <w:jc w:val="left"/>
            </w:pPr>
            <w:r>
              <w:rPr>
                <w:sz w:val="16"/>
              </w:rPr>
              <w:t>Approved, expires 2026-10-27</w:t>
            </w:r>
          </w:p>
        </w:tc>
        <w:tc>
          <w:tcPr>
            <w:tcW w:type="dxa" w:w="1385"/>
          </w:tcPr>
          <w:p>
            <w:pPr>
              <w:spacing w:after="0"/>
              <w:jc w:val="left"/>
            </w:pPr>
            <w:r>
              <w:rPr>
                <w:sz w:val="16"/>
              </w:rPr>
              <w:t>Allegan County 2021 HMP Update (FEMA plan 107872)</w:t>
            </w:r>
          </w:p>
        </w:tc>
        <w:tc>
          <w:tcPr>
            <w:tcW w:type="dxa" w:w="2024"/>
          </w:tcPr>
          <w:p>
            <w:pPr>
              <w:spacing w:after="0"/>
              <w:jc w:val="left"/>
            </w:pPr>
            <w:r>
              <w:rPr>
                <w:sz w:val="16"/>
              </w:rPr>
              <w:t>2021-10-28</w:t>
            </w:r>
          </w:p>
        </w:tc>
        <w:tc>
          <w:tcPr>
            <w:tcW w:type="dxa" w:w="1464"/>
          </w:tcPr>
          <w:p>
            <w:pPr>
              <w:spacing w:after="0"/>
              <w:jc w:val="left"/>
            </w:pPr>
            <w:r>
              <w:rPr>
                <w:sz w:val="16"/>
              </w:rPr>
              <w:t>2026-10-27</w:t>
            </w:r>
          </w:p>
        </w:tc>
        <w:tc>
          <w:tcPr>
            <w:tcW w:type="dxa" w:w="826"/>
          </w:tcPr>
          <w:p>
            <w:pPr>
              <w:spacing w:after="0"/>
              <w:jc w:val="right"/>
            </w:pPr>
            <w:r>
              <w:rPr>
                <w:sz w:val="16"/>
              </w:rPr>
              <w:t>27</w:t>
            </w:r>
          </w:p>
        </w:tc>
        <w:tc>
          <w:tcPr>
            <w:tcW w:type="dxa" w:w="2451"/>
          </w:tcPr>
          <w:p>
            <w:pPr>
              <w:spacing w:after="0"/>
              <w:jc w:val="left"/>
            </w:pPr>
          </w:p>
        </w:tc>
        <w:tc>
          <w:tcPr>
            <w:tcW w:type="dxa" w:w="2202"/>
          </w:tcPr>
          <w:p>
            <w:pPr>
              <w:spacing w:after="0"/>
              <w:jc w:val="left"/>
            </w:pPr>
            <w:r>
              <w:rPr>
                <w:sz w:val="16"/>
              </w:rPr>
              <w:t>this jurisdiction approved 2022-01-24</w:t>
            </w:r>
          </w:p>
        </w:tc>
      </w:tr>
      <w:tr>
        <w:trPr>
          <w:cantSplit/>
        </w:trPr>
        <w:tc>
          <w:tcPr>
            <w:tcW w:type="dxa" w:w="1347"/>
          </w:tcPr>
          <w:p>
            <w:pPr>
              <w:spacing w:after="0"/>
              <w:jc w:val="left"/>
            </w:pPr>
            <w:r>
              <w:rPr>
                <w:sz w:val="16"/>
              </w:rPr>
              <w:t>Heath township</w:t>
            </w:r>
          </w:p>
        </w:tc>
        <w:tc>
          <w:tcPr>
            <w:tcW w:type="dxa" w:w="858"/>
          </w:tcPr>
          <w:p>
            <w:pPr>
              <w:spacing w:after="0"/>
              <w:jc w:val="left"/>
            </w:pPr>
            <w:r>
              <w:rPr>
                <w:sz w:val="16"/>
              </w:rPr>
              <w:t>Township</w:t>
            </w:r>
          </w:p>
        </w:tc>
        <w:tc>
          <w:tcPr>
            <w:tcW w:type="dxa" w:w="1554"/>
          </w:tcPr>
          <w:p>
            <w:pPr>
              <w:spacing w:after="0"/>
              <w:jc w:val="left"/>
            </w:pPr>
            <w:r>
              <w:rPr>
                <w:sz w:val="16"/>
              </w:rPr>
              <w:t>Plan 107872 approved 2021-10-28, pending adoption here; not yet eligible</w:t>
            </w:r>
          </w:p>
        </w:tc>
        <w:tc>
          <w:tcPr>
            <w:tcW w:type="dxa" w:w="1385"/>
          </w:tcPr>
          <w:p>
            <w:pPr>
              <w:spacing w:after="0"/>
              <w:jc w:val="left"/>
            </w:pPr>
            <w:r>
              <w:rPr>
                <w:sz w:val="16"/>
              </w:rPr>
              <w:t>Allegan County 2021 HMP Update (FEMA plan 107872), pending adoption here</w:t>
            </w:r>
          </w:p>
        </w:tc>
        <w:tc>
          <w:tcPr>
            <w:tcW w:type="dxa" w:w="2024"/>
          </w:tcPr>
          <w:p>
            <w:pPr>
              <w:spacing w:after="0"/>
              <w:jc w:val="left"/>
            </w:pPr>
            <w:r>
              <w:rPr>
                <w:sz w:val="16"/>
              </w:rPr>
              <w:t>2021-10-28 by FEMA; not yet adopted here</w:t>
            </w:r>
          </w:p>
        </w:tc>
        <w:tc>
          <w:tcPr>
            <w:tcW w:type="dxa" w:w="1464"/>
          </w:tcPr>
          <w:p>
            <w:pPr>
              <w:spacing w:after="0"/>
              <w:jc w:val="left"/>
            </w:pPr>
            <w:r>
              <w:rPr>
                <w:sz w:val="16"/>
              </w:rPr>
              <w:t>2026-10-27 once adopted</w:t>
            </w:r>
          </w:p>
        </w:tc>
        <w:tc>
          <w:tcPr>
            <w:tcW w:type="dxa" w:w="826"/>
          </w:tcPr>
          <w:p>
            <w:pPr>
              <w:spacing w:after="0"/>
              <w:jc w:val="right"/>
            </w:pPr>
          </w:p>
        </w:tc>
        <w:tc>
          <w:tcPr>
            <w:tcW w:type="dxa" w:w="2451"/>
          </w:tcPr>
          <w:p>
            <w:pPr>
              <w:spacing w:after="0"/>
              <w:jc w:val="left"/>
            </w:pPr>
            <w:r>
              <w:rPr>
                <w:sz w:val="16"/>
              </w:rPr>
              <w:t>FEMA tracker shows a plan approvable pending adoption</w:t>
            </w:r>
          </w:p>
        </w:tc>
        <w:tc>
          <w:tcPr>
            <w:tcW w:type="dxa" w:w="2202"/>
          </w:tcPr>
          <w:p>
            <w:pPr>
              <w:spacing w:after="0"/>
              <w:jc w:val="left"/>
            </w:pPr>
            <w:r>
              <w:rPr>
                <w:sz w:val="16"/>
              </w:rPr>
              <w:t>Not yet eligible: adopt the approved plan.</w:t>
            </w:r>
          </w:p>
        </w:tc>
      </w:tr>
      <w:tr>
        <w:trPr>
          <w:cantSplit/>
        </w:trPr>
        <w:tc>
          <w:tcPr>
            <w:tcW w:type="dxa" w:w="1347"/>
          </w:tcPr>
          <w:p>
            <w:pPr>
              <w:spacing w:after="0"/>
              <w:jc w:val="left"/>
            </w:pPr>
            <w:r>
              <w:rPr>
                <w:sz w:val="16"/>
              </w:rPr>
              <w:t>Hopkins township</w:t>
            </w:r>
          </w:p>
        </w:tc>
        <w:tc>
          <w:tcPr>
            <w:tcW w:type="dxa" w:w="858"/>
          </w:tcPr>
          <w:p>
            <w:pPr>
              <w:spacing w:after="0"/>
              <w:jc w:val="left"/>
            </w:pPr>
            <w:r>
              <w:rPr>
                <w:sz w:val="16"/>
              </w:rPr>
              <w:t>Township</w:t>
            </w:r>
          </w:p>
        </w:tc>
        <w:tc>
          <w:tcPr>
            <w:tcW w:type="dxa" w:w="1554"/>
          </w:tcPr>
          <w:p>
            <w:pPr>
              <w:spacing w:after="0"/>
              <w:jc w:val="left"/>
            </w:pPr>
            <w:r>
              <w:rPr>
                <w:sz w:val="16"/>
              </w:rPr>
              <w:t>Plan 107872 approved 2021-10-28, pending adoption here; not yet eligible</w:t>
            </w:r>
          </w:p>
        </w:tc>
        <w:tc>
          <w:tcPr>
            <w:tcW w:type="dxa" w:w="1385"/>
          </w:tcPr>
          <w:p>
            <w:pPr>
              <w:spacing w:after="0"/>
              <w:jc w:val="left"/>
            </w:pPr>
            <w:r>
              <w:rPr>
                <w:sz w:val="16"/>
              </w:rPr>
              <w:t>Allegan County 2021 HMP Update (FEMA plan 107872), pending adoption here</w:t>
            </w:r>
          </w:p>
        </w:tc>
        <w:tc>
          <w:tcPr>
            <w:tcW w:type="dxa" w:w="2024"/>
          </w:tcPr>
          <w:p>
            <w:pPr>
              <w:spacing w:after="0"/>
              <w:jc w:val="left"/>
            </w:pPr>
            <w:r>
              <w:rPr>
                <w:sz w:val="16"/>
              </w:rPr>
              <w:t>2021-10-28 by FEMA; not yet adopted here</w:t>
            </w:r>
          </w:p>
        </w:tc>
        <w:tc>
          <w:tcPr>
            <w:tcW w:type="dxa" w:w="1464"/>
          </w:tcPr>
          <w:p>
            <w:pPr>
              <w:spacing w:after="0"/>
              <w:jc w:val="left"/>
            </w:pPr>
            <w:r>
              <w:rPr>
                <w:sz w:val="16"/>
              </w:rPr>
              <w:t>2026-10-27 once adopted</w:t>
            </w:r>
          </w:p>
        </w:tc>
        <w:tc>
          <w:tcPr>
            <w:tcW w:type="dxa" w:w="826"/>
          </w:tcPr>
          <w:p>
            <w:pPr>
              <w:spacing w:after="0"/>
              <w:jc w:val="right"/>
            </w:pPr>
          </w:p>
        </w:tc>
        <w:tc>
          <w:tcPr>
            <w:tcW w:type="dxa" w:w="2451"/>
          </w:tcPr>
          <w:p>
            <w:pPr>
              <w:spacing w:after="0"/>
              <w:jc w:val="left"/>
            </w:pPr>
            <w:r>
              <w:rPr>
                <w:sz w:val="16"/>
              </w:rPr>
              <w:t>FEMA tracker shows a plan approvable pending adoption</w:t>
            </w:r>
          </w:p>
        </w:tc>
        <w:tc>
          <w:tcPr>
            <w:tcW w:type="dxa" w:w="2202"/>
          </w:tcPr>
          <w:p>
            <w:pPr>
              <w:spacing w:after="0"/>
              <w:jc w:val="left"/>
            </w:pPr>
            <w:r>
              <w:rPr>
                <w:sz w:val="16"/>
              </w:rPr>
              <w:t>Not yet eligible: adopt the approved plan.</w:t>
            </w:r>
          </w:p>
        </w:tc>
      </w:tr>
      <w:tr>
        <w:trPr>
          <w:cantSplit/>
        </w:trPr>
        <w:tc>
          <w:tcPr>
            <w:tcW w:type="dxa" w:w="1347"/>
          </w:tcPr>
          <w:p>
            <w:pPr>
              <w:spacing w:after="0"/>
              <w:jc w:val="left"/>
            </w:pPr>
            <w:r>
              <w:rPr>
                <w:sz w:val="16"/>
              </w:rPr>
              <w:t>Laketown township</w:t>
            </w:r>
          </w:p>
        </w:tc>
        <w:tc>
          <w:tcPr>
            <w:tcW w:type="dxa" w:w="858"/>
          </w:tcPr>
          <w:p>
            <w:pPr>
              <w:spacing w:after="0"/>
              <w:jc w:val="left"/>
            </w:pPr>
            <w:r>
              <w:rPr>
                <w:sz w:val="16"/>
              </w:rPr>
              <w:t>Township</w:t>
            </w:r>
          </w:p>
        </w:tc>
        <w:tc>
          <w:tcPr>
            <w:tcW w:type="dxa" w:w="1554"/>
          </w:tcPr>
          <w:p>
            <w:pPr>
              <w:spacing w:after="0"/>
              <w:jc w:val="left"/>
            </w:pPr>
            <w:r>
              <w:rPr>
                <w:sz w:val="16"/>
              </w:rPr>
              <w:t>Plan 107872 approved 2021-10-28, pending adoption here; not yet eligible</w:t>
            </w:r>
          </w:p>
        </w:tc>
        <w:tc>
          <w:tcPr>
            <w:tcW w:type="dxa" w:w="1385"/>
          </w:tcPr>
          <w:p>
            <w:pPr>
              <w:spacing w:after="0"/>
              <w:jc w:val="left"/>
            </w:pPr>
            <w:r>
              <w:rPr>
                <w:sz w:val="16"/>
              </w:rPr>
              <w:t>Allegan County 2021 HMP Update (FEMA plan 107872), pending adoption here</w:t>
            </w:r>
          </w:p>
        </w:tc>
        <w:tc>
          <w:tcPr>
            <w:tcW w:type="dxa" w:w="2024"/>
          </w:tcPr>
          <w:p>
            <w:pPr>
              <w:spacing w:after="0"/>
              <w:jc w:val="left"/>
            </w:pPr>
            <w:r>
              <w:rPr>
                <w:sz w:val="16"/>
              </w:rPr>
              <w:t>2021-10-28 by FEMA; not yet adopted here</w:t>
            </w:r>
          </w:p>
        </w:tc>
        <w:tc>
          <w:tcPr>
            <w:tcW w:type="dxa" w:w="1464"/>
          </w:tcPr>
          <w:p>
            <w:pPr>
              <w:spacing w:after="0"/>
              <w:jc w:val="left"/>
            </w:pPr>
            <w:r>
              <w:rPr>
                <w:sz w:val="16"/>
              </w:rPr>
              <w:t>2026-10-27 once adopted</w:t>
            </w:r>
          </w:p>
        </w:tc>
        <w:tc>
          <w:tcPr>
            <w:tcW w:type="dxa" w:w="826"/>
          </w:tcPr>
          <w:p>
            <w:pPr>
              <w:spacing w:after="0"/>
              <w:jc w:val="right"/>
            </w:pPr>
          </w:p>
        </w:tc>
        <w:tc>
          <w:tcPr>
            <w:tcW w:type="dxa" w:w="2451"/>
          </w:tcPr>
          <w:p>
            <w:pPr>
              <w:spacing w:after="0"/>
              <w:jc w:val="left"/>
            </w:pPr>
            <w:r>
              <w:rPr>
                <w:sz w:val="16"/>
              </w:rPr>
              <w:t>FEMA tracker shows a plan approvable pending adoption</w:t>
            </w:r>
          </w:p>
        </w:tc>
        <w:tc>
          <w:tcPr>
            <w:tcW w:type="dxa" w:w="2202"/>
          </w:tcPr>
          <w:p>
            <w:pPr>
              <w:spacing w:after="0"/>
              <w:jc w:val="left"/>
            </w:pPr>
            <w:r>
              <w:rPr>
                <w:sz w:val="16"/>
              </w:rPr>
              <w:t>Not yet eligible: adopt the approved plan.</w:t>
            </w:r>
          </w:p>
        </w:tc>
      </w:tr>
      <w:tr>
        <w:trPr>
          <w:cantSplit/>
        </w:trPr>
        <w:tc>
          <w:tcPr>
            <w:tcW w:type="dxa" w:w="1347"/>
          </w:tcPr>
          <w:p>
            <w:pPr>
              <w:spacing w:after="0"/>
              <w:jc w:val="left"/>
            </w:pPr>
            <w:r>
              <w:rPr>
                <w:sz w:val="16"/>
              </w:rPr>
              <w:t>Lee township</w:t>
            </w:r>
          </w:p>
        </w:tc>
        <w:tc>
          <w:tcPr>
            <w:tcW w:type="dxa" w:w="858"/>
          </w:tcPr>
          <w:p>
            <w:pPr>
              <w:spacing w:after="0"/>
              <w:jc w:val="left"/>
            </w:pPr>
            <w:r>
              <w:rPr>
                <w:sz w:val="16"/>
              </w:rPr>
              <w:t>Township</w:t>
            </w:r>
          </w:p>
        </w:tc>
        <w:tc>
          <w:tcPr>
            <w:tcW w:type="dxa" w:w="1554"/>
          </w:tcPr>
          <w:p>
            <w:pPr>
              <w:spacing w:after="0"/>
              <w:jc w:val="left"/>
            </w:pPr>
            <w:r>
              <w:rPr>
                <w:sz w:val="16"/>
              </w:rPr>
              <w:t>Plan 107872 approved 2021-10-28, pending adoption here; not yet eligible</w:t>
            </w:r>
          </w:p>
        </w:tc>
        <w:tc>
          <w:tcPr>
            <w:tcW w:type="dxa" w:w="1385"/>
          </w:tcPr>
          <w:p>
            <w:pPr>
              <w:spacing w:after="0"/>
              <w:jc w:val="left"/>
            </w:pPr>
            <w:r>
              <w:rPr>
                <w:sz w:val="16"/>
              </w:rPr>
              <w:t>Allegan County 2021 HMP Update (FEMA plan 107872), pending adoption here</w:t>
            </w:r>
          </w:p>
        </w:tc>
        <w:tc>
          <w:tcPr>
            <w:tcW w:type="dxa" w:w="2024"/>
          </w:tcPr>
          <w:p>
            <w:pPr>
              <w:spacing w:after="0"/>
              <w:jc w:val="left"/>
            </w:pPr>
            <w:r>
              <w:rPr>
                <w:sz w:val="16"/>
              </w:rPr>
              <w:t>2021-10-28 by FEMA; not yet adopted here</w:t>
            </w:r>
          </w:p>
        </w:tc>
        <w:tc>
          <w:tcPr>
            <w:tcW w:type="dxa" w:w="1464"/>
          </w:tcPr>
          <w:p>
            <w:pPr>
              <w:spacing w:after="0"/>
              <w:jc w:val="left"/>
            </w:pPr>
            <w:r>
              <w:rPr>
                <w:sz w:val="16"/>
              </w:rPr>
              <w:t>2026-10-27 once adopted</w:t>
            </w:r>
          </w:p>
        </w:tc>
        <w:tc>
          <w:tcPr>
            <w:tcW w:type="dxa" w:w="826"/>
          </w:tcPr>
          <w:p>
            <w:pPr>
              <w:spacing w:after="0"/>
              <w:jc w:val="right"/>
            </w:pPr>
          </w:p>
        </w:tc>
        <w:tc>
          <w:tcPr>
            <w:tcW w:type="dxa" w:w="2451"/>
          </w:tcPr>
          <w:p>
            <w:pPr>
              <w:spacing w:after="0"/>
              <w:jc w:val="left"/>
            </w:pPr>
            <w:r>
              <w:rPr>
                <w:sz w:val="16"/>
              </w:rPr>
              <w:t>FEMA tracker shows a plan approvable pending adoption</w:t>
            </w:r>
          </w:p>
        </w:tc>
        <w:tc>
          <w:tcPr>
            <w:tcW w:type="dxa" w:w="2202"/>
          </w:tcPr>
          <w:p>
            <w:pPr>
              <w:spacing w:after="0"/>
              <w:jc w:val="left"/>
            </w:pPr>
            <w:r>
              <w:rPr>
                <w:sz w:val="16"/>
              </w:rPr>
              <w:t>Not yet eligible: adopt the approved plan.</w:t>
            </w:r>
          </w:p>
        </w:tc>
      </w:tr>
      <w:tr>
        <w:trPr>
          <w:cantSplit/>
        </w:trPr>
        <w:tc>
          <w:tcPr>
            <w:tcW w:type="dxa" w:w="1347"/>
          </w:tcPr>
          <w:p>
            <w:pPr>
              <w:spacing w:after="0"/>
              <w:jc w:val="left"/>
            </w:pPr>
            <w:r>
              <w:rPr>
                <w:sz w:val="16"/>
              </w:rPr>
              <w:t>Leighton township</w:t>
            </w:r>
          </w:p>
        </w:tc>
        <w:tc>
          <w:tcPr>
            <w:tcW w:type="dxa" w:w="858"/>
          </w:tcPr>
          <w:p>
            <w:pPr>
              <w:spacing w:after="0"/>
              <w:jc w:val="left"/>
            </w:pPr>
            <w:r>
              <w:rPr>
                <w:sz w:val="16"/>
              </w:rPr>
              <w:t>Township</w:t>
            </w:r>
          </w:p>
        </w:tc>
        <w:tc>
          <w:tcPr>
            <w:tcW w:type="dxa" w:w="1554"/>
          </w:tcPr>
          <w:p>
            <w:pPr>
              <w:spacing w:after="0"/>
              <w:jc w:val="left"/>
            </w:pPr>
            <w:r>
              <w:rPr>
                <w:sz w:val="16"/>
              </w:rPr>
              <w:t>Plan 107872 approved 2021-10-28, pending adoption here; not yet eligible</w:t>
            </w:r>
          </w:p>
        </w:tc>
        <w:tc>
          <w:tcPr>
            <w:tcW w:type="dxa" w:w="1385"/>
          </w:tcPr>
          <w:p>
            <w:pPr>
              <w:spacing w:after="0"/>
              <w:jc w:val="left"/>
            </w:pPr>
            <w:r>
              <w:rPr>
                <w:sz w:val="16"/>
              </w:rPr>
              <w:t>Allegan County 2021 HMP Update (FEMA plan 107872), pending adoption here</w:t>
            </w:r>
          </w:p>
        </w:tc>
        <w:tc>
          <w:tcPr>
            <w:tcW w:type="dxa" w:w="2024"/>
          </w:tcPr>
          <w:p>
            <w:pPr>
              <w:spacing w:after="0"/>
              <w:jc w:val="left"/>
            </w:pPr>
            <w:r>
              <w:rPr>
                <w:sz w:val="16"/>
              </w:rPr>
              <w:t>2021-10-28 by FEMA; not yet adopted here</w:t>
            </w:r>
          </w:p>
        </w:tc>
        <w:tc>
          <w:tcPr>
            <w:tcW w:type="dxa" w:w="1464"/>
          </w:tcPr>
          <w:p>
            <w:pPr>
              <w:spacing w:after="0"/>
              <w:jc w:val="left"/>
            </w:pPr>
            <w:r>
              <w:rPr>
                <w:sz w:val="16"/>
              </w:rPr>
              <w:t>2026-10-27 once adopted</w:t>
            </w:r>
          </w:p>
        </w:tc>
        <w:tc>
          <w:tcPr>
            <w:tcW w:type="dxa" w:w="826"/>
          </w:tcPr>
          <w:p>
            <w:pPr>
              <w:spacing w:after="0"/>
              <w:jc w:val="right"/>
            </w:pPr>
          </w:p>
        </w:tc>
        <w:tc>
          <w:tcPr>
            <w:tcW w:type="dxa" w:w="2451"/>
          </w:tcPr>
          <w:p>
            <w:pPr>
              <w:spacing w:after="0"/>
              <w:jc w:val="left"/>
            </w:pPr>
            <w:r>
              <w:rPr>
                <w:sz w:val="16"/>
              </w:rPr>
              <w:t>FEMA tracker shows a plan approvable pending adoption</w:t>
            </w:r>
          </w:p>
        </w:tc>
        <w:tc>
          <w:tcPr>
            <w:tcW w:type="dxa" w:w="2202"/>
          </w:tcPr>
          <w:p>
            <w:pPr>
              <w:spacing w:after="0"/>
              <w:jc w:val="left"/>
            </w:pPr>
            <w:r>
              <w:rPr>
                <w:sz w:val="16"/>
              </w:rPr>
              <w:t>Not yet eligible: adopt the approved plan.</w:t>
            </w:r>
          </w:p>
        </w:tc>
      </w:tr>
      <w:tr>
        <w:trPr>
          <w:cantSplit/>
        </w:trPr>
        <w:tc>
          <w:tcPr>
            <w:tcW w:type="dxa" w:w="1347"/>
          </w:tcPr>
          <w:p>
            <w:pPr>
              <w:spacing w:after="0"/>
              <w:jc w:val="left"/>
            </w:pPr>
            <w:r>
              <w:rPr>
                <w:sz w:val="16"/>
              </w:rPr>
              <w:t>Manlius township</w:t>
            </w:r>
          </w:p>
        </w:tc>
        <w:tc>
          <w:tcPr>
            <w:tcW w:type="dxa" w:w="858"/>
          </w:tcPr>
          <w:p>
            <w:pPr>
              <w:spacing w:after="0"/>
              <w:jc w:val="left"/>
            </w:pPr>
            <w:r>
              <w:rPr>
                <w:sz w:val="16"/>
              </w:rPr>
              <w:t>Township</w:t>
            </w:r>
          </w:p>
        </w:tc>
        <w:tc>
          <w:tcPr>
            <w:tcW w:type="dxa" w:w="1554"/>
          </w:tcPr>
          <w:p>
            <w:pPr>
              <w:spacing w:after="0"/>
              <w:jc w:val="left"/>
            </w:pPr>
            <w:r>
              <w:rPr>
                <w:sz w:val="16"/>
              </w:rPr>
              <w:t>Plan 107872 approved 2021-10-28, pending adoption here; not yet eligible</w:t>
            </w:r>
          </w:p>
        </w:tc>
        <w:tc>
          <w:tcPr>
            <w:tcW w:type="dxa" w:w="1385"/>
          </w:tcPr>
          <w:p>
            <w:pPr>
              <w:spacing w:after="0"/>
              <w:jc w:val="left"/>
            </w:pPr>
            <w:r>
              <w:rPr>
                <w:sz w:val="16"/>
              </w:rPr>
              <w:t>Allegan County 2021 HMP Update (FEMA plan 107872), pending adoption here</w:t>
            </w:r>
          </w:p>
        </w:tc>
        <w:tc>
          <w:tcPr>
            <w:tcW w:type="dxa" w:w="2024"/>
          </w:tcPr>
          <w:p>
            <w:pPr>
              <w:spacing w:after="0"/>
              <w:jc w:val="left"/>
            </w:pPr>
            <w:r>
              <w:rPr>
                <w:sz w:val="16"/>
              </w:rPr>
              <w:t>2021-10-28 by FEMA; not yet adopted here</w:t>
            </w:r>
          </w:p>
        </w:tc>
        <w:tc>
          <w:tcPr>
            <w:tcW w:type="dxa" w:w="1464"/>
          </w:tcPr>
          <w:p>
            <w:pPr>
              <w:spacing w:after="0"/>
              <w:jc w:val="left"/>
            </w:pPr>
            <w:r>
              <w:rPr>
                <w:sz w:val="16"/>
              </w:rPr>
              <w:t>2026-10-27 once adopted</w:t>
            </w:r>
          </w:p>
        </w:tc>
        <w:tc>
          <w:tcPr>
            <w:tcW w:type="dxa" w:w="826"/>
          </w:tcPr>
          <w:p>
            <w:pPr>
              <w:spacing w:after="0"/>
              <w:jc w:val="right"/>
            </w:pPr>
          </w:p>
        </w:tc>
        <w:tc>
          <w:tcPr>
            <w:tcW w:type="dxa" w:w="2451"/>
          </w:tcPr>
          <w:p>
            <w:pPr>
              <w:spacing w:after="0"/>
              <w:jc w:val="left"/>
            </w:pPr>
            <w:r>
              <w:rPr>
                <w:sz w:val="16"/>
              </w:rPr>
              <w:t>FEMA tracker shows a plan approvable pending adoption</w:t>
            </w:r>
          </w:p>
        </w:tc>
        <w:tc>
          <w:tcPr>
            <w:tcW w:type="dxa" w:w="2202"/>
          </w:tcPr>
          <w:p>
            <w:pPr>
              <w:spacing w:after="0"/>
              <w:jc w:val="left"/>
            </w:pPr>
            <w:r>
              <w:rPr>
                <w:sz w:val="16"/>
              </w:rPr>
              <w:t>Not yet eligible: adopt the approved plan.</w:t>
            </w:r>
          </w:p>
        </w:tc>
      </w:tr>
      <w:tr>
        <w:trPr>
          <w:cantSplit/>
        </w:trPr>
        <w:tc>
          <w:tcPr>
            <w:tcW w:type="dxa" w:w="1347"/>
          </w:tcPr>
          <w:p>
            <w:pPr>
              <w:spacing w:after="0"/>
              <w:jc w:val="left"/>
            </w:pPr>
            <w:r>
              <w:rPr>
                <w:sz w:val="16"/>
              </w:rPr>
              <w:t>Martin township</w:t>
            </w:r>
          </w:p>
        </w:tc>
        <w:tc>
          <w:tcPr>
            <w:tcW w:type="dxa" w:w="858"/>
          </w:tcPr>
          <w:p>
            <w:pPr>
              <w:spacing w:after="0"/>
              <w:jc w:val="left"/>
            </w:pPr>
            <w:r>
              <w:rPr>
                <w:sz w:val="16"/>
              </w:rPr>
              <w:t>Township</w:t>
            </w:r>
          </w:p>
        </w:tc>
        <w:tc>
          <w:tcPr>
            <w:tcW w:type="dxa" w:w="1554"/>
          </w:tcPr>
          <w:p>
            <w:pPr>
              <w:spacing w:after="0"/>
              <w:jc w:val="left"/>
            </w:pPr>
            <w:r>
              <w:rPr>
                <w:sz w:val="16"/>
              </w:rPr>
              <w:t>Plan 107872 approved 2021-10-28, pending adoption here; not yet eligible</w:t>
            </w:r>
          </w:p>
        </w:tc>
        <w:tc>
          <w:tcPr>
            <w:tcW w:type="dxa" w:w="1385"/>
          </w:tcPr>
          <w:p>
            <w:pPr>
              <w:spacing w:after="0"/>
              <w:jc w:val="left"/>
            </w:pPr>
            <w:r>
              <w:rPr>
                <w:sz w:val="16"/>
              </w:rPr>
              <w:t>Allegan County 2021 HMP Update (FEMA plan 107872), pending adoption here</w:t>
            </w:r>
          </w:p>
        </w:tc>
        <w:tc>
          <w:tcPr>
            <w:tcW w:type="dxa" w:w="2024"/>
          </w:tcPr>
          <w:p>
            <w:pPr>
              <w:spacing w:after="0"/>
              <w:jc w:val="left"/>
            </w:pPr>
            <w:r>
              <w:rPr>
                <w:sz w:val="16"/>
              </w:rPr>
              <w:t>2021-10-28 by FEMA; not yet adopted here</w:t>
            </w:r>
          </w:p>
        </w:tc>
        <w:tc>
          <w:tcPr>
            <w:tcW w:type="dxa" w:w="1464"/>
          </w:tcPr>
          <w:p>
            <w:pPr>
              <w:spacing w:after="0"/>
              <w:jc w:val="left"/>
            </w:pPr>
            <w:r>
              <w:rPr>
                <w:sz w:val="16"/>
              </w:rPr>
              <w:t>2026-10-27 once adopted</w:t>
            </w:r>
          </w:p>
        </w:tc>
        <w:tc>
          <w:tcPr>
            <w:tcW w:type="dxa" w:w="826"/>
          </w:tcPr>
          <w:p>
            <w:pPr>
              <w:spacing w:after="0"/>
              <w:jc w:val="right"/>
            </w:pPr>
          </w:p>
        </w:tc>
        <w:tc>
          <w:tcPr>
            <w:tcW w:type="dxa" w:w="2451"/>
          </w:tcPr>
          <w:p>
            <w:pPr>
              <w:spacing w:after="0"/>
              <w:jc w:val="left"/>
            </w:pPr>
            <w:r>
              <w:rPr>
                <w:sz w:val="16"/>
              </w:rPr>
              <w:t>FEMA tracker shows a plan approvable pending adoption</w:t>
            </w:r>
          </w:p>
        </w:tc>
        <w:tc>
          <w:tcPr>
            <w:tcW w:type="dxa" w:w="2202"/>
          </w:tcPr>
          <w:p>
            <w:pPr>
              <w:spacing w:after="0"/>
              <w:jc w:val="left"/>
            </w:pPr>
            <w:r>
              <w:rPr>
                <w:sz w:val="16"/>
              </w:rPr>
              <w:t>Not yet eligible: adopt the approved plan.</w:t>
            </w:r>
          </w:p>
        </w:tc>
      </w:tr>
      <w:tr>
        <w:trPr>
          <w:cantSplit/>
        </w:trPr>
        <w:tc>
          <w:tcPr>
            <w:tcW w:type="dxa" w:w="1347"/>
          </w:tcPr>
          <w:p>
            <w:pPr>
              <w:spacing w:after="0"/>
              <w:jc w:val="left"/>
            </w:pPr>
            <w:r>
              <w:rPr>
                <w:sz w:val="16"/>
              </w:rPr>
              <w:t>Monterey township</w:t>
            </w:r>
          </w:p>
        </w:tc>
        <w:tc>
          <w:tcPr>
            <w:tcW w:type="dxa" w:w="858"/>
          </w:tcPr>
          <w:p>
            <w:pPr>
              <w:spacing w:after="0"/>
              <w:jc w:val="left"/>
            </w:pPr>
            <w:r>
              <w:rPr>
                <w:sz w:val="16"/>
              </w:rPr>
              <w:t>Township</w:t>
            </w:r>
          </w:p>
        </w:tc>
        <w:tc>
          <w:tcPr>
            <w:tcW w:type="dxa" w:w="1554"/>
          </w:tcPr>
          <w:p>
            <w:pPr>
              <w:spacing w:after="0"/>
              <w:jc w:val="left"/>
            </w:pPr>
            <w:r>
              <w:rPr>
                <w:sz w:val="16"/>
              </w:rPr>
              <w:t>Plan 107872 approved 2021-10-28, pending adoption here; not yet eligible</w:t>
            </w:r>
          </w:p>
        </w:tc>
        <w:tc>
          <w:tcPr>
            <w:tcW w:type="dxa" w:w="1385"/>
          </w:tcPr>
          <w:p>
            <w:pPr>
              <w:spacing w:after="0"/>
              <w:jc w:val="left"/>
            </w:pPr>
            <w:r>
              <w:rPr>
                <w:sz w:val="16"/>
              </w:rPr>
              <w:t>Allegan County 2021 HMP Update (FEMA plan 107872), pending adoption here</w:t>
            </w:r>
          </w:p>
        </w:tc>
        <w:tc>
          <w:tcPr>
            <w:tcW w:type="dxa" w:w="2024"/>
          </w:tcPr>
          <w:p>
            <w:pPr>
              <w:spacing w:after="0"/>
              <w:jc w:val="left"/>
            </w:pPr>
            <w:r>
              <w:rPr>
                <w:sz w:val="16"/>
              </w:rPr>
              <w:t>2021-10-28 by FEMA; not yet adopted here</w:t>
            </w:r>
          </w:p>
        </w:tc>
        <w:tc>
          <w:tcPr>
            <w:tcW w:type="dxa" w:w="1464"/>
          </w:tcPr>
          <w:p>
            <w:pPr>
              <w:spacing w:after="0"/>
              <w:jc w:val="left"/>
            </w:pPr>
            <w:r>
              <w:rPr>
                <w:sz w:val="16"/>
              </w:rPr>
              <w:t>2026-10-27 once adopted</w:t>
            </w:r>
          </w:p>
        </w:tc>
        <w:tc>
          <w:tcPr>
            <w:tcW w:type="dxa" w:w="826"/>
          </w:tcPr>
          <w:p>
            <w:pPr>
              <w:spacing w:after="0"/>
              <w:jc w:val="right"/>
            </w:pPr>
          </w:p>
        </w:tc>
        <w:tc>
          <w:tcPr>
            <w:tcW w:type="dxa" w:w="2451"/>
          </w:tcPr>
          <w:p>
            <w:pPr>
              <w:spacing w:after="0"/>
              <w:jc w:val="left"/>
            </w:pPr>
            <w:r>
              <w:rPr>
                <w:sz w:val="16"/>
              </w:rPr>
              <w:t>FEMA tracker shows a plan approvable pending adoption</w:t>
            </w:r>
          </w:p>
        </w:tc>
        <w:tc>
          <w:tcPr>
            <w:tcW w:type="dxa" w:w="2202"/>
          </w:tcPr>
          <w:p>
            <w:pPr>
              <w:spacing w:after="0"/>
              <w:jc w:val="left"/>
            </w:pPr>
            <w:r>
              <w:rPr>
                <w:sz w:val="16"/>
              </w:rPr>
              <w:t>Not yet eligible: adopt the approved plan.</w:t>
            </w:r>
          </w:p>
        </w:tc>
      </w:tr>
      <w:tr>
        <w:trPr>
          <w:cantSplit/>
        </w:trPr>
        <w:tc>
          <w:tcPr>
            <w:tcW w:type="dxa" w:w="1347"/>
          </w:tcPr>
          <w:p>
            <w:pPr>
              <w:spacing w:after="0"/>
              <w:jc w:val="left"/>
            </w:pPr>
            <w:r>
              <w:rPr>
                <w:sz w:val="16"/>
              </w:rPr>
              <w:t>Otsego township</w:t>
            </w:r>
          </w:p>
        </w:tc>
        <w:tc>
          <w:tcPr>
            <w:tcW w:type="dxa" w:w="858"/>
          </w:tcPr>
          <w:p>
            <w:pPr>
              <w:spacing w:after="0"/>
              <w:jc w:val="left"/>
            </w:pPr>
            <w:r>
              <w:rPr>
                <w:sz w:val="16"/>
              </w:rPr>
              <w:t>Township</w:t>
            </w:r>
          </w:p>
        </w:tc>
        <w:tc>
          <w:tcPr>
            <w:tcW w:type="dxa" w:w="1554"/>
          </w:tcPr>
          <w:p>
            <w:pPr>
              <w:spacing w:after="0"/>
              <w:jc w:val="left"/>
            </w:pPr>
            <w:r>
              <w:rPr>
                <w:sz w:val="16"/>
              </w:rPr>
              <w:t>Plan 107872 approved 2021-10-28, pending adoption here; not yet eligible</w:t>
            </w:r>
          </w:p>
        </w:tc>
        <w:tc>
          <w:tcPr>
            <w:tcW w:type="dxa" w:w="1385"/>
          </w:tcPr>
          <w:p>
            <w:pPr>
              <w:spacing w:after="0"/>
              <w:jc w:val="left"/>
            </w:pPr>
            <w:r>
              <w:rPr>
                <w:sz w:val="16"/>
              </w:rPr>
              <w:t>Allegan County 2021 HMP Update (FEMA plan 107872), pending adoption here</w:t>
            </w:r>
          </w:p>
        </w:tc>
        <w:tc>
          <w:tcPr>
            <w:tcW w:type="dxa" w:w="2024"/>
          </w:tcPr>
          <w:p>
            <w:pPr>
              <w:spacing w:after="0"/>
              <w:jc w:val="left"/>
            </w:pPr>
            <w:r>
              <w:rPr>
                <w:sz w:val="16"/>
              </w:rPr>
              <w:t>2021-10-28 by FEMA; not yet adopted here</w:t>
            </w:r>
          </w:p>
        </w:tc>
        <w:tc>
          <w:tcPr>
            <w:tcW w:type="dxa" w:w="1464"/>
          </w:tcPr>
          <w:p>
            <w:pPr>
              <w:spacing w:after="0"/>
              <w:jc w:val="left"/>
            </w:pPr>
            <w:r>
              <w:rPr>
                <w:sz w:val="16"/>
              </w:rPr>
              <w:t>2026-10-27 once adopted</w:t>
            </w:r>
          </w:p>
        </w:tc>
        <w:tc>
          <w:tcPr>
            <w:tcW w:type="dxa" w:w="826"/>
          </w:tcPr>
          <w:p>
            <w:pPr>
              <w:spacing w:after="0"/>
              <w:jc w:val="right"/>
            </w:pPr>
          </w:p>
        </w:tc>
        <w:tc>
          <w:tcPr>
            <w:tcW w:type="dxa" w:w="2451"/>
          </w:tcPr>
          <w:p>
            <w:pPr>
              <w:spacing w:after="0"/>
              <w:jc w:val="left"/>
            </w:pPr>
            <w:r>
              <w:rPr>
                <w:sz w:val="16"/>
              </w:rPr>
              <w:t>FEMA tracker shows a plan approvable pending adoption</w:t>
            </w:r>
          </w:p>
        </w:tc>
        <w:tc>
          <w:tcPr>
            <w:tcW w:type="dxa" w:w="2202"/>
          </w:tcPr>
          <w:p>
            <w:pPr>
              <w:spacing w:after="0"/>
              <w:jc w:val="left"/>
            </w:pPr>
            <w:r>
              <w:rPr>
                <w:sz w:val="16"/>
              </w:rPr>
              <w:t>Not yet eligible: adopt the approved plan.</w:t>
            </w:r>
          </w:p>
        </w:tc>
      </w:tr>
      <w:tr>
        <w:trPr>
          <w:cantSplit/>
        </w:trPr>
        <w:tc>
          <w:tcPr>
            <w:tcW w:type="dxa" w:w="1347"/>
          </w:tcPr>
          <w:p>
            <w:pPr>
              <w:spacing w:after="0"/>
              <w:jc w:val="left"/>
            </w:pPr>
            <w:r>
              <w:rPr>
                <w:sz w:val="16"/>
              </w:rPr>
              <w:t>Overisel township</w:t>
            </w:r>
          </w:p>
        </w:tc>
        <w:tc>
          <w:tcPr>
            <w:tcW w:type="dxa" w:w="858"/>
          </w:tcPr>
          <w:p>
            <w:pPr>
              <w:spacing w:after="0"/>
              <w:jc w:val="left"/>
            </w:pPr>
            <w:r>
              <w:rPr>
                <w:sz w:val="16"/>
              </w:rPr>
              <w:t>Township</w:t>
            </w:r>
          </w:p>
        </w:tc>
        <w:tc>
          <w:tcPr>
            <w:tcW w:type="dxa" w:w="1554"/>
          </w:tcPr>
          <w:p>
            <w:pPr>
              <w:spacing w:after="0"/>
              <w:jc w:val="left"/>
            </w:pPr>
            <w:r>
              <w:rPr>
                <w:sz w:val="16"/>
              </w:rPr>
              <w:t>Approved, expires 2026-10-27</w:t>
            </w:r>
          </w:p>
        </w:tc>
        <w:tc>
          <w:tcPr>
            <w:tcW w:type="dxa" w:w="1385"/>
          </w:tcPr>
          <w:p>
            <w:pPr>
              <w:spacing w:after="0"/>
              <w:jc w:val="left"/>
            </w:pPr>
            <w:r>
              <w:rPr>
                <w:sz w:val="16"/>
              </w:rPr>
              <w:t>Allegan County 2021 HMP Update (FEMA plan 107872)</w:t>
            </w:r>
          </w:p>
        </w:tc>
        <w:tc>
          <w:tcPr>
            <w:tcW w:type="dxa" w:w="2024"/>
          </w:tcPr>
          <w:p>
            <w:pPr>
              <w:spacing w:after="0"/>
              <w:jc w:val="left"/>
            </w:pPr>
            <w:r>
              <w:rPr>
                <w:sz w:val="16"/>
              </w:rPr>
              <w:t>2021-10-28</w:t>
            </w:r>
          </w:p>
        </w:tc>
        <w:tc>
          <w:tcPr>
            <w:tcW w:type="dxa" w:w="1464"/>
          </w:tcPr>
          <w:p>
            <w:pPr>
              <w:spacing w:after="0"/>
              <w:jc w:val="left"/>
            </w:pPr>
            <w:r>
              <w:rPr>
                <w:sz w:val="16"/>
              </w:rPr>
              <w:t>2026-10-27</w:t>
            </w:r>
          </w:p>
        </w:tc>
        <w:tc>
          <w:tcPr>
            <w:tcW w:type="dxa" w:w="826"/>
          </w:tcPr>
          <w:p>
            <w:pPr>
              <w:spacing w:after="0"/>
              <w:jc w:val="right"/>
            </w:pPr>
            <w:r>
              <w:rPr>
                <w:sz w:val="16"/>
              </w:rPr>
              <w:t>27</w:t>
            </w:r>
          </w:p>
        </w:tc>
        <w:tc>
          <w:tcPr>
            <w:tcW w:type="dxa" w:w="2451"/>
          </w:tcPr>
          <w:p>
            <w:pPr>
              <w:spacing w:after="0"/>
              <w:jc w:val="left"/>
            </w:pPr>
          </w:p>
        </w:tc>
        <w:tc>
          <w:tcPr>
            <w:tcW w:type="dxa" w:w="2202"/>
          </w:tcPr>
          <w:p>
            <w:pPr>
              <w:spacing w:after="0"/>
              <w:jc w:val="left"/>
            </w:pPr>
            <w:r>
              <w:rPr>
                <w:sz w:val="16"/>
              </w:rPr>
              <w:t>this jurisdiction approved 2022-01-07</w:t>
            </w:r>
          </w:p>
        </w:tc>
      </w:tr>
      <w:tr>
        <w:trPr>
          <w:cantSplit/>
        </w:trPr>
        <w:tc>
          <w:tcPr>
            <w:tcW w:type="dxa" w:w="1347"/>
          </w:tcPr>
          <w:p>
            <w:pPr>
              <w:spacing w:after="0"/>
              <w:jc w:val="left"/>
            </w:pPr>
            <w:r>
              <w:rPr>
                <w:sz w:val="16"/>
              </w:rPr>
              <w:t>Salem township</w:t>
            </w:r>
          </w:p>
        </w:tc>
        <w:tc>
          <w:tcPr>
            <w:tcW w:type="dxa" w:w="858"/>
          </w:tcPr>
          <w:p>
            <w:pPr>
              <w:spacing w:after="0"/>
              <w:jc w:val="left"/>
            </w:pPr>
            <w:r>
              <w:rPr>
                <w:sz w:val="16"/>
              </w:rPr>
              <w:t>Township</w:t>
            </w:r>
          </w:p>
        </w:tc>
        <w:tc>
          <w:tcPr>
            <w:tcW w:type="dxa" w:w="1554"/>
          </w:tcPr>
          <w:p>
            <w:pPr>
              <w:spacing w:after="0"/>
              <w:jc w:val="left"/>
            </w:pPr>
            <w:r>
              <w:rPr>
                <w:sz w:val="16"/>
              </w:rPr>
              <w:t>Approved, expires 2026-10-27</w:t>
            </w:r>
          </w:p>
        </w:tc>
        <w:tc>
          <w:tcPr>
            <w:tcW w:type="dxa" w:w="1385"/>
          </w:tcPr>
          <w:p>
            <w:pPr>
              <w:spacing w:after="0"/>
              <w:jc w:val="left"/>
            </w:pPr>
            <w:r>
              <w:rPr>
                <w:sz w:val="16"/>
              </w:rPr>
              <w:t>Allegan County 2021 HMP Update (FEMA plan 107872)</w:t>
            </w:r>
          </w:p>
        </w:tc>
        <w:tc>
          <w:tcPr>
            <w:tcW w:type="dxa" w:w="2024"/>
          </w:tcPr>
          <w:p>
            <w:pPr>
              <w:spacing w:after="0"/>
              <w:jc w:val="left"/>
            </w:pPr>
            <w:r>
              <w:rPr>
                <w:sz w:val="16"/>
              </w:rPr>
              <w:t>2021-10-28</w:t>
            </w:r>
          </w:p>
        </w:tc>
        <w:tc>
          <w:tcPr>
            <w:tcW w:type="dxa" w:w="1464"/>
          </w:tcPr>
          <w:p>
            <w:pPr>
              <w:spacing w:after="0"/>
              <w:jc w:val="left"/>
            </w:pPr>
            <w:r>
              <w:rPr>
                <w:sz w:val="16"/>
              </w:rPr>
              <w:t>2026-10-27</w:t>
            </w:r>
          </w:p>
        </w:tc>
        <w:tc>
          <w:tcPr>
            <w:tcW w:type="dxa" w:w="826"/>
          </w:tcPr>
          <w:p>
            <w:pPr>
              <w:spacing w:after="0"/>
              <w:jc w:val="right"/>
            </w:pPr>
            <w:r>
              <w:rPr>
                <w:sz w:val="16"/>
              </w:rPr>
              <w:t>27</w:t>
            </w:r>
          </w:p>
        </w:tc>
        <w:tc>
          <w:tcPr>
            <w:tcW w:type="dxa" w:w="2451"/>
          </w:tcPr>
          <w:p>
            <w:pPr>
              <w:spacing w:after="0"/>
              <w:jc w:val="left"/>
            </w:pPr>
          </w:p>
        </w:tc>
        <w:tc>
          <w:tcPr>
            <w:tcW w:type="dxa" w:w="2202"/>
          </w:tcPr>
          <w:p>
            <w:pPr>
              <w:spacing w:after="0"/>
              <w:jc w:val="left"/>
            </w:pPr>
            <w:r>
              <w:rPr>
                <w:sz w:val="16"/>
              </w:rPr>
              <w:t>this jurisdiction approved 2022-12-12</w:t>
            </w:r>
          </w:p>
        </w:tc>
      </w:tr>
      <w:tr>
        <w:trPr>
          <w:cantSplit/>
        </w:trPr>
        <w:tc>
          <w:tcPr>
            <w:tcW w:type="dxa" w:w="1347"/>
          </w:tcPr>
          <w:p>
            <w:pPr>
              <w:spacing w:after="0"/>
              <w:jc w:val="left"/>
            </w:pPr>
            <w:r>
              <w:rPr>
                <w:sz w:val="16"/>
              </w:rPr>
              <w:t>Saugatuck township</w:t>
            </w:r>
          </w:p>
        </w:tc>
        <w:tc>
          <w:tcPr>
            <w:tcW w:type="dxa" w:w="858"/>
          </w:tcPr>
          <w:p>
            <w:pPr>
              <w:spacing w:after="0"/>
              <w:jc w:val="left"/>
            </w:pPr>
            <w:r>
              <w:rPr>
                <w:sz w:val="16"/>
              </w:rPr>
              <w:t>Township</w:t>
            </w:r>
          </w:p>
        </w:tc>
        <w:tc>
          <w:tcPr>
            <w:tcW w:type="dxa" w:w="1554"/>
          </w:tcPr>
          <w:p>
            <w:pPr>
              <w:spacing w:after="0"/>
              <w:jc w:val="left"/>
            </w:pPr>
            <w:r>
              <w:rPr>
                <w:sz w:val="16"/>
              </w:rPr>
              <w:t>Plan 107872 approved 2021-10-28, pending adoption here; not yet eligible</w:t>
            </w:r>
          </w:p>
        </w:tc>
        <w:tc>
          <w:tcPr>
            <w:tcW w:type="dxa" w:w="1385"/>
          </w:tcPr>
          <w:p>
            <w:pPr>
              <w:spacing w:after="0"/>
              <w:jc w:val="left"/>
            </w:pPr>
            <w:r>
              <w:rPr>
                <w:sz w:val="16"/>
              </w:rPr>
              <w:t>Allegan County 2021 HMP Update (FEMA plan 107872), pending adoption here</w:t>
            </w:r>
          </w:p>
        </w:tc>
        <w:tc>
          <w:tcPr>
            <w:tcW w:type="dxa" w:w="2024"/>
          </w:tcPr>
          <w:p>
            <w:pPr>
              <w:spacing w:after="0"/>
              <w:jc w:val="left"/>
            </w:pPr>
            <w:r>
              <w:rPr>
                <w:sz w:val="16"/>
              </w:rPr>
              <w:t>2021-10-28 by FEMA; not yet adopted here</w:t>
            </w:r>
          </w:p>
        </w:tc>
        <w:tc>
          <w:tcPr>
            <w:tcW w:type="dxa" w:w="1464"/>
          </w:tcPr>
          <w:p>
            <w:pPr>
              <w:spacing w:after="0"/>
              <w:jc w:val="left"/>
            </w:pPr>
            <w:r>
              <w:rPr>
                <w:sz w:val="16"/>
              </w:rPr>
              <w:t>2026-10-27 once adopted</w:t>
            </w:r>
          </w:p>
        </w:tc>
        <w:tc>
          <w:tcPr>
            <w:tcW w:type="dxa" w:w="826"/>
          </w:tcPr>
          <w:p>
            <w:pPr>
              <w:spacing w:after="0"/>
              <w:jc w:val="right"/>
            </w:pPr>
          </w:p>
        </w:tc>
        <w:tc>
          <w:tcPr>
            <w:tcW w:type="dxa" w:w="2451"/>
          </w:tcPr>
          <w:p>
            <w:pPr>
              <w:spacing w:after="0"/>
              <w:jc w:val="left"/>
            </w:pPr>
            <w:r>
              <w:rPr>
                <w:sz w:val="16"/>
              </w:rPr>
              <w:t>FEMA tracker shows a plan approvable pending adoption</w:t>
            </w:r>
          </w:p>
        </w:tc>
        <w:tc>
          <w:tcPr>
            <w:tcW w:type="dxa" w:w="2202"/>
          </w:tcPr>
          <w:p>
            <w:pPr>
              <w:spacing w:after="0"/>
              <w:jc w:val="left"/>
            </w:pPr>
            <w:r>
              <w:rPr>
                <w:sz w:val="16"/>
              </w:rPr>
              <w:t>Not yet eligible: adopt the approved plan.</w:t>
            </w:r>
          </w:p>
        </w:tc>
      </w:tr>
      <w:tr>
        <w:trPr>
          <w:cantSplit/>
        </w:trPr>
        <w:tc>
          <w:tcPr>
            <w:tcW w:type="dxa" w:w="1347"/>
          </w:tcPr>
          <w:p>
            <w:pPr>
              <w:spacing w:after="0"/>
              <w:jc w:val="left"/>
            </w:pPr>
            <w:r>
              <w:rPr>
                <w:sz w:val="16"/>
              </w:rPr>
              <w:t>Trowbridge township</w:t>
            </w:r>
          </w:p>
        </w:tc>
        <w:tc>
          <w:tcPr>
            <w:tcW w:type="dxa" w:w="858"/>
          </w:tcPr>
          <w:p>
            <w:pPr>
              <w:spacing w:after="0"/>
              <w:jc w:val="left"/>
            </w:pPr>
            <w:r>
              <w:rPr>
                <w:sz w:val="16"/>
              </w:rPr>
              <w:t>Township</w:t>
            </w:r>
          </w:p>
        </w:tc>
        <w:tc>
          <w:tcPr>
            <w:tcW w:type="dxa" w:w="1554"/>
          </w:tcPr>
          <w:p>
            <w:pPr>
              <w:spacing w:after="0"/>
              <w:jc w:val="left"/>
            </w:pPr>
            <w:r>
              <w:rPr>
                <w:sz w:val="16"/>
              </w:rPr>
              <w:t>Plan 107872 approved 2021-10-28, pending adoption here; not yet eligible</w:t>
            </w:r>
          </w:p>
        </w:tc>
        <w:tc>
          <w:tcPr>
            <w:tcW w:type="dxa" w:w="1385"/>
          </w:tcPr>
          <w:p>
            <w:pPr>
              <w:spacing w:after="0"/>
              <w:jc w:val="left"/>
            </w:pPr>
            <w:r>
              <w:rPr>
                <w:sz w:val="16"/>
              </w:rPr>
              <w:t>Allegan County 2021 HMP Update (FEMA plan 107872), pending adoption here</w:t>
            </w:r>
          </w:p>
        </w:tc>
        <w:tc>
          <w:tcPr>
            <w:tcW w:type="dxa" w:w="2024"/>
          </w:tcPr>
          <w:p>
            <w:pPr>
              <w:spacing w:after="0"/>
              <w:jc w:val="left"/>
            </w:pPr>
            <w:r>
              <w:rPr>
                <w:sz w:val="16"/>
              </w:rPr>
              <w:t>2021-10-28 by FEMA; not yet adopted here</w:t>
            </w:r>
          </w:p>
        </w:tc>
        <w:tc>
          <w:tcPr>
            <w:tcW w:type="dxa" w:w="1464"/>
          </w:tcPr>
          <w:p>
            <w:pPr>
              <w:spacing w:after="0"/>
              <w:jc w:val="left"/>
            </w:pPr>
            <w:r>
              <w:rPr>
                <w:sz w:val="16"/>
              </w:rPr>
              <w:t>2026-10-27 once adopted</w:t>
            </w:r>
          </w:p>
        </w:tc>
        <w:tc>
          <w:tcPr>
            <w:tcW w:type="dxa" w:w="826"/>
          </w:tcPr>
          <w:p>
            <w:pPr>
              <w:spacing w:after="0"/>
              <w:jc w:val="right"/>
            </w:pPr>
          </w:p>
        </w:tc>
        <w:tc>
          <w:tcPr>
            <w:tcW w:type="dxa" w:w="2451"/>
          </w:tcPr>
          <w:p>
            <w:pPr>
              <w:spacing w:after="0"/>
              <w:jc w:val="left"/>
            </w:pPr>
            <w:r>
              <w:rPr>
                <w:sz w:val="16"/>
              </w:rPr>
              <w:t>FEMA tracker shows a plan approvable pending adoption</w:t>
            </w:r>
          </w:p>
        </w:tc>
        <w:tc>
          <w:tcPr>
            <w:tcW w:type="dxa" w:w="2202"/>
          </w:tcPr>
          <w:p>
            <w:pPr>
              <w:spacing w:after="0"/>
              <w:jc w:val="left"/>
            </w:pPr>
            <w:r>
              <w:rPr>
                <w:sz w:val="16"/>
              </w:rPr>
              <w:t>Not yet eligible: adopt the approved plan.</w:t>
            </w:r>
          </w:p>
        </w:tc>
      </w:tr>
      <w:tr>
        <w:trPr>
          <w:cantSplit/>
        </w:trPr>
        <w:tc>
          <w:tcPr>
            <w:tcW w:type="dxa" w:w="1347"/>
          </w:tcPr>
          <w:p>
            <w:pPr>
              <w:spacing w:after="0"/>
              <w:jc w:val="left"/>
            </w:pPr>
            <w:r>
              <w:rPr>
                <w:sz w:val="16"/>
              </w:rPr>
              <w:t>Valley township</w:t>
            </w:r>
          </w:p>
        </w:tc>
        <w:tc>
          <w:tcPr>
            <w:tcW w:type="dxa" w:w="858"/>
          </w:tcPr>
          <w:p>
            <w:pPr>
              <w:spacing w:after="0"/>
              <w:jc w:val="left"/>
            </w:pPr>
            <w:r>
              <w:rPr>
                <w:sz w:val="16"/>
              </w:rPr>
              <w:t>Township</w:t>
            </w:r>
          </w:p>
        </w:tc>
        <w:tc>
          <w:tcPr>
            <w:tcW w:type="dxa" w:w="1554"/>
          </w:tcPr>
          <w:p>
            <w:pPr>
              <w:spacing w:after="0"/>
              <w:jc w:val="left"/>
            </w:pPr>
            <w:r>
              <w:rPr>
                <w:sz w:val="16"/>
              </w:rPr>
              <w:t>Plan 107872 approved 2021-10-28, pending adoption here; not yet eligible</w:t>
            </w:r>
          </w:p>
        </w:tc>
        <w:tc>
          <w:tcPr>
            <w:tcW w:type="dxa" w:w="1385"/>
          </w:tcPr>
          <w:p>
            <w:pPr>
              <w:spacing w:after="0"/>
              <w:jc w:val="left"/>
            </w:pPr>
            <w:r>
              <w:rPr>
                <w:sz w:val="16"/>
              </w:rPr>
              <w:t>Allegan County 2021 HMP Update (FEMA plan 107872), pending adoption here</w:t>
            </w:r>
          </w:p>
        </w:tc>
        <w:tc>
          <w:tcPr>
            <w:tcW w:type="dxa" w:w="2024"/>
          </w:tcPr>
          <w:p>
            <w:pPr>
              <w:spacing w:after="0"/>
              <w:jc w:val="left"/>
            </w:pPr>
            <w:r>
              <w:rPr>
                <w:sz w:val="16"/>
              </w:rPr>
              <w:t>2021-10-28 by FEMA; not yet adopted here</w:t>
            </w:r>
          </w:p>
        </w:tc>
        <w:tc>
          <w:tcPr>
            <w:tcW w:type="dxa" w:w="1464"/>
          </w:tcPr>
          <w:p>
            <w:pPr>
              <w:spacing w:after="0"/>
              <w:jc w:val="left"/>
            </w:pPr>
            <w:r>
              <w:rPr>
                <w:sz w:val="16"/>
              </w:rPr>
              <w:t>2026-10-27 once adopted</w:t>
            </w:r>
          </w:p>
        </w:tc>
        <w:tc>
          <w:tcPr>
            <w:tcW w:type="dxa" w:w="826"/>
          </w:tcPr>
          <w:p>
            <w:pPr>
              <w:spacing w:after="0"/>
              <w:jc w:val="right"/>
            </w:pPr>
          </w:p>
        </w:tc>
        <w:tc>
          <w:tcPr>
            <w:tcW w:type="dxa" w:w="2451"/>
          </w:tcPr>
          <w:p>
            <w:pPr>
              <w:spacing w:after="0"/>
              <w:jc w:val="left"/>
            </w:pPr>
            <w:r>
              <w:rPr>
                <w:sz w:val="16"/>
              </w:rPr>
              <w:t>FEMA tracker shows a plan approvable pending adoption</w:t>
            </w:r>
          </w:p>
        </w:tc>
        <w:tc>
          <w:tcPr>
            <w:tcW w:type="dxa" w:w="2202"/>
          </w:tcPr>
          <w:p>
            <w:pPr>
              <w:spacing w:after="0"/>
              <w:jc w:val="left"/>
            </w:pPr>
            <w:r>
              <w:rPr>
                <w:sz w:val="16"/>
              </w:rPr>
              <w:t>Not yet eligible: adopt the approved plan.</w:t>
            </w:r>
          </w:p>
        </w:tc>
      </w:tr>
      <w:tr>
        <w:trPr>
          <w:cantSplit/>
        </w:trPr>
        <w:tc>
          <w:tcPr>
            <w:tcW w:type="dxa" w:w="1347"/>
          </w:tcPr>
          <w:p>
            <w:pPr>
              <w:spacing w:after="0"/>
              <w:jc w:val="left"/>
            </w:pPr>
            <w:r>
              <w:rPr>
                <w:sz w:val="16"/>
              </w:rPr>
              <w:t>Watson township</w:t>
            </w:r>
          </w:p>
        </w:tc>
        <w:tc>
          <w:tcPr>
            <w:tcW w:type="dxa" w:w="858"/>
          </w:tcPr>
          <w:p>
            <w:pPr>
              <w:spacing w:after="0"/>
              <w:jc w:val="left"/>
            </w:pPr>
            <w:r>
              <w:rPr>
                <w:sz w:val="16"/>
              </w:rPr>
              <w:t>Township</w:t>
            </w:r>
          </w:p>
        </w:tc>
        <w:tc>
          <w:tcPr>
            <w:tcW w:type="dxa" w:w="1554"/>
          </w:tcPr>
          <w:p>
            <w:pPr>
              <w:spacing w:after="0"/>
              <w:jc w:val="left"/>
            </w:pPr>
            <w:r>
              <w:rPr>
                <w:sz w:val="16"/>
              </w:rPr>
              <w:t>Plan 107872 approved 2021-10-28, pending adoption here; not yet eligible</w:t>
            </w:r>
          </w:p>
        </w:tc>
        <w:tc>
          <w:tcPr>
            <w:tcW w:type="dxa" w:w="1385"/>
          </w:tcPr>
          <w:p>
            <w:pPr>
              <w:spacing w:after="0"/>
              <w:jc w:val="left"/>
            </w:pPr>
            <w:r>
              <w:rPr>
                <w:sz w:val="16"/>
              </w:rPr>
              <w:t>Allegan County 2021 HMP Update (FEMA plan 107872), pending adoption here</w:t>
            </w:r>
          </w:p>
        </w:tc>
        <w:tc>
          <w:tcPr>
            <w:tcW w:type="dxa" w:w="2024"/>
          </w:tcPr>
          <w:p>
            <w:pPr>
              <w:spacing w:after="0"/>
              <w:jc w:val="left"/>
            </w:pPr>
            <w:r>
              <w:rPr>
                <w:sz w:val="16"/>
              </w:rPr>
              <w:t>2021-10-28 by FEMA; not yet adopted here</w:t>
            </w:r>
          </w:p>
        </w:tc>
        <w:tc>
          <w:tcPr>
            <w:tcW w:type="dxa" w:w="1464"/>
          </w:tcPr>
          <w:p>
            <w:pPr>
              <w:spacing w:after="0"/>
              <w:jc w:val="left"/>
            </w:pPr>
            <w:r>
              <w:rPr>
                <w:sz w:val="16"/>
              </w:rPr>
              <w:t>2026-10-27 once adopted</w:t>
            </w:r>
          </w:p>
        </w:tc>
        <w:tc>
          <w:tcPr>
            <w:tcW w:type="dxa" w:w="826"/>
          </w:tcPr>
          <w:p>
            <w:pPr>
              <w:spacing w:after="0"/>
              <w:jc w:val="right"/>
            </w:pPr>
          </w:p>
        </w:tc>
        <w:tc>
          <w:tcPr>
            <w:tcW w:type="dxa" w:w="2451"/>
          </w:tcPr>
          <w:p>
            <w:pPr>
              <w:spacing w:after="0"/>
              <w:jc w:val="left"/>
            </w:pPr>
            <w:r>
              <w:rPr>
                <w:sz w:val="16"/>
              </w:rPr>
              <w:t>FEMA tracker shows a plan approvable pending adoption</w:t>
            </w:r>
          </w:p>
        </w:tc>
        <w:tc>
          <w:tcPr>
            <w:tcW w:type="dxa" w:w="2202"/>
          </w:tcPr>
          <w:p>
            <w:pPr>
              <w:spacing w:after="0"/>
              <w:jc w:val="left"/>
            </w:pPr>
            <w:r>
              <w:rPr>
                <w:sz w:val="16"/>
              </w:rPr>
              <w:t>Not yet eligible: adopt the approved plan.</w:t>
            </w:r>
          </w:p>
        </w:tc>
      </w:tr>
      <w:tr>
        <w:trPr>
          <w:cantSplit/>
        </w:trPr>
        <w:tc>
          <w:tcPr>
            <w:tcW w:type="dxa" w:w="1347"/>
          </w:tcPr>
          <w:p>
            <w:pPr>
              <w:spacing w:after="0"/>
              <w:jc w:val="left"/>
            </w:pPr>
            <w:r>
              <w:rPr>
                <w:sz w:val="16"/>
              </w:rPr>
              <w:t>Wayland township</w:t>
            </w:r>
          </w:p>
        </w:tc>
        <w:tc>
          <w:tcPr>
            <w:tcW w:type="dxa" w:w="858"/>
          </w:tcPr>
          <w:p>
            <w:pPr>
              <w:spacing w:after="0"/>
              <w:jc w:val="left"/>
            </w:pPr>
            <w:r>
              <w:rPr>
                <w:sz w:val="16"/>
              </w:rPr>
              <w:t>Township</w:t>
            </w:r>
          </w:p>
        </w:tc>
        <w:tc>
          <w:tcPr>
            <w:tcW w:type="dxa" w:w="1554"/>
          </w:tcPr>
          <w:p>
            <w:pPr>
              <w:spacing w:after="0"/>
              <w:jc w:val="left"/>
            </w:pPr>
            <w:r>
              <w:rPr>
                <w:sz w:val="16"/>
              </w:rPr>
              <w:t>Plan 107872 approved 2021-10-28, pending adoption here; not yet eligible</w:t>
            </w:r>
          </w:p>
        </w:tc>
        <w:tc>
          <w:tcPr>
            <w:tcW w:type="dxa" w:w="1385"/>
          </w:tcPr>
          <w:p>
            <w:pPr>
              <w:spacing w:after="0"/>
              <w:jc w:val="left"/>
            </w:pPr>
            <w:r>
              <w:rPr>
                <w:sz w:val="16"/>
              </w:rPr>
              <w:t>Allegan County 2021 HMP Update (FEMA plan 107872), pending adoption here</w:t>
            </w:r>
          </w:p>
        </w:tc>
        <w:tc>
          <w:tcPr>
            <w:tcW w:type="dxa" w:w="2024"/>
          </w:tcPr>
          <w:p>
            <w:pPr>
              <w:spacing w:after="0"/>
              <w:jc w:val="left"/>
            </w:pPr>
            <w:r>
              <w:rPr>
                <w:sz w:val="16"/>
              </w:rPr>
              <w:t>2021-10-28 by FEMA; not yet adopted here</w:t>
            </w:r>
          </w:p>
        </w:tc>
        <w:tc>
          <w:tcPr>
            <w:tcW w:type="dxa" w:w="1464"/>
          </w:tcPr>
          <w:p>
            <w:pPr>
              <w:spacing w:after="0"/>
              <w:jc w:val="left"/>
            </w:pPr>
            <w:r>
              <w:rPr>
                <w:sz w:val="16"/>
              </w:rPr>
              <w:t>2026-10-27 once adopted</w:t>
            </w:r>
          </w:p>
        </w:tc>
        <w:tc>
          <w:tcPr>
            <w:tcW w:type="dxa" w:w="826"/>
          </w:tcPr>
          <w:p>
            <w:pPr>
              <w:spacing w:after="0"/>
              <w:jc w:val="right"/>
            </w:pPr>
          </w:p>
        </w:tc>
        <w:tc>
          <w:tcPr>
            <w:tcW w:type="dxa" w:w="2451"/>
          </w:tcPr>
          <w:p>
            <w:pPr>
              <w:spacing w:after="0"/>
              <w:jc w:val="left"/>
            </w:pPr>
            <w:r>
              <w:rPr>
                <w:sz w:val="16"/>
              </w:rPr>
              <w:t>FEMA tracker shows a plan approvable pending adoption</w:t>
            </w:r>
          </w:p>
        </w:tc>
        <w:tc>
          <w:tcPr>
            <w:tcW w:type="dxa" w:w="2202"/>
          </w:tcPr>
          <w:p>
            <w:pPr>
              <w:spacing w:after="0"/>
              <w:jc w:val="left"/>
            </w:pPr>
            <w:r>
              <w:rPr>
                <w:sz w:val="16"/>
              </w:rPr>
              <w:t>Not yet eligible: adopt the approved plan.</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05"/>
        <w:gridCol w:w="1037"/>
        <w:gridCol w:w="1635"/>
        <w:gridCol w:w="1635"/>
        <w:gridCol w:w="1126"/>
        <w:gridCol w:w="1126"/>
        <w:gridCol w:w="1733"/>
        <w:gridCol w:w="1186"/>
        <w:gridCol w:w="1877"/>
        <w:gridCol w:w="2052"/>
      </w:tblGrid>
      <w:tr>
        <w:trPr>
          <w:cantSplit/>
          <w:tblHeader/>
        </w:trPr>
        <w:tc>
          <w:tcPr>
            <w:tcW w:type="dxa" w:w="705"/>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635"/>
            <w:shd w:val="clear" w:color="auto" w:fill="E8E8E8"/>
          </w:tcPr>
          <w:p>
            <w:pPr>
              <w:spacing w:after="0"/>
              <w:jc w:val="left"/>
            </w:pPr>
            <w:r>
              <w:rPr>
                <w:b/>
                <w:sz w:val="16"/>
              </w:rPr>
              <w:t>NRI risk rating</w:t>
            </w:r>
          </w:p>
        </w:tc>
        <w:tc>
          <w:tcPr>
            <w:tcW w:type="dxa" w:w="1635"/>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733"/>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86"/>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877"/>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052"/>
            <w:shd w:val="clear" w:color="auto" w:fill="E8E8E8"/>
          </w:tcPr>
          <w:p>
            <w:pPr>
              <w:spacing w:after="0"/>
              <w:jc w:val="left"/>
            </w:pPr>
            <w:r>
              <w:rPr>
                <w:b/>
                <w:sz w:val="16"/>
              </w:rPr>
              <w:t>Storm Events coverage note</w:t>
            </w:r>
          </w:p>
        </w:tc>
      </w:tr>
      <w:tr>
        <w:trPr>
          <w:cantSplit/>
        </w:trPr>
        <w:tc>
          <w:tcPr>
            <w:tcW w:type="dxa" w:w="705"/>
          </w:tcPr>
          <w:p>
            <w:pPr>
              <w:spacing w:after="0"/>
              <w:jc w:val="right"/>
            </w:pPr>
            <w:r>
              <w:rPr>
                <w:sz w:val="16"/>
              </w:rPr>
              <w:t>1</w:t>
            </w:r>
          </w:p>
        </w:tc>
        <w:tc>
          <w:tcPr>
            <w:tcW w:type="dxa" w:w="1037"/>
          </w:tcPr>
          <w:p>
            <w:pPr>
              <w:spacing w:after="0"/>
              <w:jc w:val="left"/>
            </w:pPr>
            <w:r>
              <w:rPr>
                <w:sz w:val="16"/>
              </w:rPr>
              <w:t>Inland Flooding</w:t>
            </w:r>
          </w:p>
        </w:tc>
        <w:tc>
          <w:tcPr>
            <w:tcW w:type="dxa" w:w="1635"/>
          </w:tcPr>
          <w:p>
            <w:pPr>
              <w:spacing w:after="0"/>
              <w:jc w:val="left"/>
            </w:pPr>
            <w:r>
              <w:rPr>
                <w:sz w:val="16"/>
              </w:rPr>
              <w:t>Relatively Moderate</w:t>
            </w:r>
          </w:p>
        </w:tc>
        <w:tc>
          <w:tcPr>
            <w:tcW w:type="dxa" w:w="1635"/>
          </w:tcPr>
          <w:p>
            <w:pPr>
              <w:spacing w:after="0"/>
              <w:jc w:val="left"/>
            </w:pPr>
            <w:r>
              <w:rPr>
                <w:sz w:val="16"/>
              </w:rPr>
              <w:t>Relatively Moderate</w:t>
            </w:r>
          </w:p>
        </w:tc>
        <w:tc>
          <w:tcPr>
            <w:tcW w:type="dxa" w:w="1126"/>
          </w:tcPr>
          <w:p>
            <w:pPr>
              <w:spacing w:after="0"/>
              <w:jc w:val="right"/>
            </w:pPr>
            <w:r>
              <w:rPr>
                <w:sz w:val="16"/>
              </w:rPr>
              <w:t>$21,573,594</w:t>
            </w:r>
          </w:p>
        </w:tc>
        <w:tc>
          <w:tcPr>
            <w:tcW w:type="dxa" w:w="1126"/>
          </w:tcPr>
          <w:p>
            <w:pPr>
              <w:spacing w:after="0"/>
              <w:jc w:val="right"/>
            </w:pPr>
            <w:r>
              <w:rPr>
                <w:sz w:val="16"/>
              </w:rPr>
              <w:t>$213,492</w:t>
            </w:r>
          </w:p>
        </w:tc>
        <w:tc>
          <w:tcPr>
            <w:tcW w:type="dxa" w:w="1733"/>
          </w:tcPr>
          <w:p>
            <w:pPr>
              <w:spacing w:after="0"/>
              <w:jc w:val="right"/>
            </w:pPr>
            <w:r>
              <w:rPr>
                <w:sz w:val="16"/>
              </w:rPr>
              <w:t>$267,326</w:t>
            </w:r>
          </w:p>
        </w:tc>
        <w:tc>
          <w:tcPr>
            <w:tcW w:type="dxa" w:w="1186"/>
          </w:tcPr>
          <w:p>
            <w:pPr>
              <w:spacing w:after="0"/>
              <w:jc w:val="right"/>
            </w:pPr>
            <w:r>
              <w:rPr>
                <w:sz w:val="16"/>
              </w:rPr>
              <w:t>$22,054,413</w:t>
            </w:r>
          </w:p>
        </w:tc>
        <w:tc>
          <w:tcPr>
            <w:tcW w:type="dxa" w:w="1877"/>
          </w:tcPr>
          <w:p>
            <w:pPr>
              <w:spacing w:after="0"/>
              <w:jc w:val="right"/>
            </w:pPr>
            <w:r>
              <w:rPr>
                <w:sz w:val="16"/>
              </w:rPr>
              <w:t>20</w:t>
            </w:r>
          </w:p>
        </w:tc>
        <w:tc>
          <w:tcPr>
            <w:tcW w:type="dxa" w:w="2052"/>
          </w:tcPr>
          <w:p>
            <w:pPr>
              <w:spacing w:after="0"/>
              <w:jc w:val="left"/>
            </w:pPr>
          </w:p>
        </w:tc>
      </w:tr>
      <w:tr>
        <w:trPr>
          <w:cantSplit/>
        </w:trPr>
        <w:tc>
          <w:tcPr>
            <w:tcW w:type="dxa" w:w="705"/>
          </w:tcPr>
          <w:p>
            <w:pPr>
              <w:spacing w:after="0"/>
              <w:jc w:val="right"/>
            </w:pPr>
            <w:r>
              <w:rPr>
                <w:sz w:val="16"/>
              </w:rPr>
              <w:t>2</w:t>
            </w:r>
          </w:p>
        </w:tc>
        <w:tc>
          <w:tcPr>
            <w:tcW w:type="dxa" w:w="1037"/>
          </w:tcPr>
          <w:p>
            <w:pPr>
              <w:spacing w:after="0"/>
              <w:jc w:val="left"/>
            </w:pPr>
            <w:r>
              <w:rPr>
                <w:sz w:val="16"/>
              </w:rPr>
              <w:t>Tornado</w:t>
            </w:r>
          </w:p>
        </w:tc>
        <w:tc>
          <w:tcPr>
            <w:tcW w:type="dxa" w:w="1635"/>
          </w:tcPr>
          <w:p>
            <w:pPr>
              <w:spacing w:after="0"/>
              <w:jc w:val="left"/>
            </w:pPr>
            <w:r>
              <w:rPr>
                <w:sz w:val="16"/>
              </w:rPr>
              <w:t>Relatively Moderate</w:t>
            </w:r>
          </w:p>
        </w:tc>
        <w:tc>
          <w:tcPr>
            <w:tcW w:type="dxa" w:w="1635"/>
          </w:tcPr>
          <w:p>
            <w:pPr>
              <w:spacing w:after="0"/>
              <w:jc w:val="left"/>
            </w:pPr>
            <w:r>
              <w:rPr>
                <w:sz w:val="16"/>
              </w:rPr>
              <w:t>Relatively Moderate</w:t>
            </w:r>
          </w:p>
        </w:tc>
        <w:tc>
          <w:tcPr>
            <w:tcW w:type="dxa" w:w="1126"/>
          </w:tcPr>
          <w:p>
            <w:pPr>
              <w:spacing w:after="0"/>
              <w:jc w:val="right"/>
            </w:pPr>
            <w:r>
              <w:rPr>
                <w:sz w:val="16"/>
              </w:rPr>
              <w:t>$2,390,523</w:t>
            </w:r>
          </w:p>
        </w:tc>
        <w:tc>
          <w:tcPr>
            <w:tcW w:type="dxa" w:w="1126"/>
          </w:tcPr>
          <w:p>
            <w:pPr>
              <w:spacing w:after="0"/>
              <w:jc w:val="right"/>
            </w:pPr>
            <w:r>
              <w:rPr>
                <w:sz w:val="16"/>
              </w:rPr>
              <w:t>$4,406</w:t>
            </w:r>
          </w:p>
        </w:tc>
        <w:tc>
          <w:tcPr>
            <w:tcW w:type="dxa" w:w="1733"/>
          </w:tcPr>
          <w:p>
            <w:pPr>
              <w:spacing w:after="0"/>
              <w:jc w:val="right"/>
            </w:pPr>
            <w:r>
              <w:rPr>
                <w:sz w:val="16"/>
              </w:rPr>
              <w:t>$1,424,963</w:t>
            </w:r>
          </w:p>
        </w:tc>
        <w:tc>
          <w:tcPr>
            <w:tcW w:type="dxa" w:w="1186"/>
          </w:tcPr>
          <w:p>
            <w:pPr>
              <w:spacing w:after="0"/>
              <w:jc w:val="right"/>
            </w:pPr>
            <w:r>
              <w:rPr>
                <w:sz w:val="16"/>
              </w:rPr>
              <w:t>$3,819,892</w:t>
            </w:r>
          </w:p>
        </w:tc>
        <w:tc>
          <w:tcPr>
            <w:tcW w:type="dxa" w:w="1877"/>
          </w:tcPr>
          <w:p>
            <w:pPr>
              <w:spacing w:after="0"/>
              <w:jc w:val="right"/>
            </w:pPr>
            <w:r>
              <w:rPr>
                <w:sz w:val="16"/>
              </w:rPr>
              <w:t>16</w:t>
            </w:r>
          </w:p>
        </w:tc>
        <w:tc>
          <w:tcPr>
            <w:tcW w:type="dxa" w:w="2052"/>
          </w:tcPr>
          <w:p>
            <w:pPr>
              <w:spacing w:after="0"/>
              <w:jc w:val="left"/>
            </w:pPr>
          </w:p>
        </w:tc>
      </w:tr>
      <w:tr>
        <w:trPr>
          <w:cantSplit/>
        </w:trPr>
        <w:tc>
          <w:tcPr>
            <w:tcW w:type="dxa" w:w="705"/>
          </w:tcPr>
          <w:p>
            <w:pPr>
              <w:spacing w:after="0"/>
              <w:jc w:val="right"/>
            </w:pPr>
            <w:r>
              <w:rPr>
                <w:sz w:val="16"/>
              </w:rPr>
              <w:t>3</w:t>
            </w:r>
          </w:p>
        </w:tc>
        <w:tc>
          <w:tcPr>
            <w:tcW w:type="dxa" w:w="1037"/>
          </w:tcPr>
          <w:p>
            <w:pPr>
              <w:spacing w:after="0"/>
              <w:jc w:val="left"/>
            </w:pPr>
            <w:r>
              <w:rPr>
                <w:sz w:val="16"/>
              </w:rPr>
              <w:t>Strong Wind</w:t>
            </w:r>
          </w:p>
        </w:tc>
        <w:tc>
          <w:tcPr>
            <w:tcW w:type="dxa" w:w="1635"/>
          </w:tcPr>
          <w:p>
            <w:pPr>
              <w:spacing w:after="0"/>
              <w:jc w:val="left"/>
            </w:pPr>
            <w:r>
              <w:rPr>
                <w:sz w:val="16"/>
              </w:rPr>
              <w:t>Relatively High</w:t>
            </w:r>
          </w:p>
        </w:tc>
        <w:tc>
          <w:tcPr>
            <w:tcW w:type="dxa" w:w="1635"/>
          </w:tcPr>
          <w:p>
            <w:pPr>
              <w:spacing w:after="0"/>
              <w:jc w:val="left"/>
            </w:pPr>
            <w:r>
              <w:rPr>
                <w:sz w:val="16"/>
              </w:rPr>
              <w:t>Relatively High</w:t>
            </w:r>
          </w:p>
        </w:tc>
        <w:tc>
          <w:tcPr>
            <w:tcW w:type="dxa" w:w="1126"/>
          </w:tcPr>
          <w:p>
            <w:pPr>
              <w:spacing w:after="0"/>
              <w:jc w:val="right"/>
            </w:pPr>
            <w:r>
              <w:rPr>
                <w:sz w:val="16"/>
              </w:rPr>
              <w:t>$1,296,520</w:t>
            </w:r>
          </w:p>
        </w:tc>
        <w:tc>
          <w:tcPr>
            <w:tcW w:type="dxa" w:w="1126"/>
          </w:tcPr>
          <w:p>
            <w:pPr>
              <w:spacing w:after="0"/>
              <w:jc w:val="right"/>
            </w:pPr>
            <w:r>
              <w:rPr>
                <w:sz w:val="16"/>
              </w:rPr>
              <w:t>$54,614</w:t>
            </w:r>
          </w:p>
        </w:tc>
        <w:tc>
          <w:tcPr>
            <w:tcW w:type="dxa" w:w="1733"/>
          </w:tcPr>
          <w:p>
            <w:pPr>
              <w:spacing w:after="0"/>
              <w:jc w:val="right"/>
            </w:pPr>
            <w:r>
              <w:rPr>
                <w:sz w:val="16"/>
              </w:rPr>
              <w:t>$624,257</w:t>
            </w:r>
          </w:p>
        </w:tc>
        <w:tc>
          <w:tcPr>
            <w:tcW w:type="dxa" w:w="1186"/>
          </w:tcPr>
          <w:p>
            <w:pPr>
              <w:spacing w:after="0"/>
              <w:jc w:val="right"/>
            </w:pPr>
            <w:r>
              <w:rPr>
                <w:sz w:val="16"/>
              </w:rPr>
              <w:t>$1,975,391</w:t>
            </w:r>
          </w:p>
        </w:tc>
        <w:tc>
          <w:tcPr>
            <w:tcW w:type="dxa" w:w="1877"/>
          </w:tcPr>
          <w:p>
            <w:pPr>
              <w:spacing w:after="0"/>
              <w:jc w:val="right"/>
            </w:pPr>
            <w:r>
              <w:rPr>
                <w:sz w:val="16"/>
              </w:rPr>
              <w:t>187</w:t>
            </w:r>
          </w:p>
        </w:tc>
        <w:tc>
          <w:tcPr>
            <w:tcW w:type="dxa" w:w="2052"/>
          </w:tcPr>
          <w:p>
            <w:pPr>
              <w:spacing w:after="0"/>
              <w:jc w:val="left"/>
            </w:pPr>
            <w:r>
              <w:rPr>
                <w:sz w:val="16"/>
              </w:rPr>
              <w:t>Includes 15 High Wind records (a NOAA non-thunderstorm wind type, outside NRI's Strong Wind definition).</w:t>
            </w:r>
          </w:p>
        </w:tc>
      </w:tr>
      <w:tr>
        <w:trPr>
          <w:cantSplit/>
        </w:trPr>
        <w:tc>
          <w:tcPr>
            <w:tcW w:type="dxa" w:w="705"/>
          </w:tcPr>
          <w:p>
            <w:pPr>
              <w:spacing w:after="0"/>
              <w:jc w:val="right"/>
            </w:pPr>
            <w:r>
              <w:rPr>
                <w:sz w:val="16"/>
              </w:rPr>
              <w:t>4</w:t>
            </w:r>
          </w:p>
        </w:tc>
        <w:tc>
          <w:tcPr>
            <w:tcW w:type="dxa" w:w="1037"/>
          </w:tcPr>
          <w:p>
            <w:pPr>
              <w:spacing w:after="0"/>
              <w:jc w:val="left"/>
            </w:pPr>
            <w:r>
              <w:rPr>
                <w:sz w:val="16"/>
              </w:rPr>
              <w:t>Cold Wave</w:t>
            </w:r>
          </w:p>
        </w:tc>
        <w:tc>
          <w:tcPr>
            <w:tcW w:type="dxa" w:w="1635"/>
          </w:tcPr>
          <w:p>
            <w:pPr>
              <w:spacing w:after="0"/>
              <w:jc w:val="left"/>
            </w:pPr>
            <w:r>
              <w:rPr>
                <w:sz w:val="16"/>
              </w:rPr>
              <w:t>Relatively Low</w:t>
            </w:r>
          </w:p>
        </w:tc>
        <w:tc>
          <w:tcPr>
            <w:tcW w:type="dxa" w:w="1635"/>
          </w:tcPr>
          <w:p>
            <w:pPr>
              <w:spacing w:after="0"/>
              <w:jc w:val="left"/>
            </w:pPr>
            <w:r>
              <w:rPr>
                <w:sz w:val="16"/>
              </w:rPr>
              <w:t>Relatively Moderate</w:t>
            </w:r>
          </w:p>
        </w:tc>
        <w:tc>
          <w:tcPr>
            <w:tcW w:type="dxa" w:w="1126"/>
          </w:tcPr>
          <w:p>
            <w:pPr>
              <w:spacing w:after="0"/>
              <w:jc w:val="right"/>
            </w:pPr>
            <w:r>
              <w:rPr>
                <w:sz w:val="16"/>
              </w:rPr>
              <w:t>$549</w:t>
            </w:r>
          </w:p>
        </w:tc>
        <w:tc>
          <w:tcPr>
            <w:tcW w:type="dxa" w:w="1126"/>
          </w:tcPr>
          <w:p>
            <w:pPr>
              <w:spacing w:after="0"/>
              <w:jc w:val="right"/>
            </w:pPr>
            <w:r>
              <w:rPr>
                <w:sz w:val="16"/>
              </w:rPr>
              <w:t>$135,665</w:t>
            </w:r>
          </w:p>
        </w:tc>
        <w:tc>
          <w:tcPr>
            <w:tcW w:type="dxa" w:w="1733"/>
          </w:tcPr>
          <w:p>
            <w:pPr>
              <w:spacing w:after="0"/>
              <w:jc w:val="right"/>
            </w:pPr>
            <w:r>
              <w:rPr>
                <w:sz w:val="16"/>
              </w:rPr>
              <w:t>$1,370,568</w:t>
            </w:r>
          </w:p>
        </w:tc>
        <w:tc>
          <w:tcPr>
            <w:tcW w:type="dxa" w:w="1186"/>
          </w:tcPr>
          <w:p>
            <w:pPr>
              <w:spacing w:after="0"/>
              <w:jc w:val="right"/>
            </w:pPr>
            <w:r>
              <w:rPr>
                <w:sz w:val="16"/>
              </w:rPr>
              <w:t>$1,506,782</w:t>
            </w:r>
          </w:p>
        </w:tc>
        <w:tc>
          <w:tcPr>
            <w:tcW w:type="dxa" w:w="1877"/>
          </w:tcPr>
          <w:p>
            <w:pPr>
              <w:spacing w:after="0"/>
              <w:jc w:val="right"/>
            </w:pPr>
            <w:r>
              <w:rPr>
                <w:sz w:val="16"/>
              </w:rPr>
              <w:t>0</w:t>
            </w:r>
          </w:p>
        </w:tc>
        <w:tc>
          <w:tcPr>
            <w:tcW w:type="dxa" w:w="2052"/>
          </w:tcPr>
          <w:p>
            <w:pPr>
              <w:spacing w:after="0"/>
              <w:jc w:val="left"/>
            </w:pPr>
            <w:r>
              <w:rPr>
                <w:sz w:val="16"/>
              </w:rPr>
              <w:t>No recorded events in Storm Events since 1996 (data through 2026-06-30).</w:t>
            </w:r>
          </w:p>
        </w:tc>
      </w:tr>
      <w:tr>
        <w:trPr>
          <w:cantSplit/>
        </w:trPr>
        <w:tc>
          <w:tcPr>
            <w:tcW w:type="dxa" w:w="705"/>
          </w:tcPr>
          <w:p>
            <w:pPr>
              <w:spacing w:after="0"/>
              <w:jc w:val="right"/>
            </w:pPr>
            <w:r>
              <w:rPr>
                <w:sz w:val="16"/>
              </w:rPr>
              <w:t>5</w:t>
            </w:r>
          </w:p>
        </w:tc>
        <w:tc>
          <w:tcPr>
            <w:tcW w:type="dxa" w:w="1037"/>
          </w:tcPr>
          <w:p>
            <w:pPr>
              <w:spacing w:after="0"/>
              <w:jc w:val="left"/>
            </w:pPr>
            <w:r>
              <w:rPr>
                <w:sz w:val="16"/>
              </w:rPr>
              <w:t>Hail</w:t>
            </w:r>
          </w:p>
        </w:tc>
        <w:tc>
          <w:tcPr>
            <w:tcW w:type="dxa" w:w="1635"/>
          </w:tcPr>
          <w:p>
            <w:pPr>
              <w:spacing w:after="0"/>
              <w:jc w:val="left"/>
            </w:pPr>
            <w:r>
              <w:rPr>
                <w:sz w:val="16"/>
              </w:rPr>
              <w:t>Relatively Moderate</w:t>
            </w:r>
          </w:p>
        </w:tc>
        <w:tc>
          <w:tcPr>
            <w:tcW w:type="dxa" w:w="1635"/>
          </w:tcPr>
          <w:p>
            <w:pPr>
              <w:spacing w:after="0"/>
              <w:jc w:val="left"/>
            </w:pPr>
            <w:r>
              <w:rPr>
                <w:sz w:val="16"/>
              </w:rPr>
              <w:t>Relatively Moderate</w:t>
            </w:r>
          </w:p>
        </w:tc>
        <w:tc>
          <w:tcPr>
            <w:tcW w:type="dxa" w:w="1126"/>
          </w:tcPr>
          <w:p>
            <w:pPr>
              <w:spacing w:after="0"/>
              <w:jc w:val="right"/>
            </w:pPr>
            <w:r>
              <w:rPr>
                <w:sz w:val="16"/>
              </w:rPr>
              <w:t>$1,208,275</w:t>
            </w:r>
          </w:p>
        </w:tc>
        <w:tc>
          <w:tcPr>
            <w:tcW w:type="dxa" w:w="1126"/>
          </w:tcPr>
          <w:p>
            <w:pPr>
              <w:spacing w:after="0"/>
              <w:jc w:val="right"/>
            </w:pPr>
            <w:r>
              <w:rPr>
                <w:sz w:val="16"/>
              </w:rPr>
              <w:t>$112,004</w:t>
            </w:r>
          </w:p>
        </w:tc>
        <w:tc>
          <w:tcPr>
            <w:tcW w:type="dxa" w:w="1733"/>
          </w:tcPr>
          <w:p>
            <w:pPr>
              <w:spacing w:after="0"/>
              <w:jc w:val="right"/>
            </w:pPr>
            <w:r>
              <w:rPr>
                <w:sz w:val="16"/>
              </w:rPr>
              <w:t>$16,097</w:t>
            </w:r>
          </w:p>
        </w:tc>
        <w:tc>
          <w:tcPr>
            <w:tcW w:type="dxa" w:w="1186"/>
          </w:tcPr>
          <w:p>
            <w:pPr>
              <w:spacing w:after="0"/>
              <w:jc w:val="right"/>
            </w:pPr>
            <w:r>
              <w:rPr>
                <w:sz w:val="16"/>
              </w:rPr>
              <w:t>$1,336,376</w:t>
            </w:r>
          </w:p>
        </w:tc>
        <w:tc>
          <w:tcPr>
            <w:tcW w:type="dxa" w:w="1877"/>
          </w:tcPr>
          <w:p>
            <w:pPr>
              <w:spacing w:after="0"/>
              <w:jc w:val="right"/>
            </w:pPr>
            <w:r>
              <w:rPr>
                <w:sz w:val="16"/>
              </w:rPr>
              <w:t>59</w:t>
            </w:r>
          </w:p>
        </w:tc>
        <w:tc>
          <w:tcPr>
            <w:tcW w:type="dxa" w:w="2052"/>
          </w:tcPr>
          <w:p>
            <w:pPr>
              <w:spacing w:after="0"/>
              <w:jc w:val="left"/>
            </w:pPr>
          </w:p>
        </w:tc>
      </w:tr>
      <w:tr>
        <w:trPr>
          <w:cantSplit/>
        </w:trPr>
        <w:tc>
          <w:tcPr>
            <w:tcW w:type="dxa" w:w="705"/>
          </w:tcPr>
          <w:p>
            <w:pPr>
              <w:spacing w:after="0"/>
              <w:jc w:val="right"/>
            </w:pPr>
            <w:r>
              <w:rPr>
                <w:sz w:val="16"/>
              </w:rPr>
              <w:t>6</w:t>
            </w:r>
          </w:p>
        </w:tc>
        <w:tc>
          <w:tcPr>
            <w:tcW w:type="dxa" w:w="1037"/>
          </w:tcPr>
          <w:p>
            <w:pPr>
              <w:spacing w:after="0"/>
              <w:jc w:val="left"/>
            </w:pPr>
            <w:r>
              <w:rPr>
                <w:sz w:val="16"/>
              </w:rPr>
              <w:t>Heat Wave</w:t>
            </w:r>
          </w:p>
        </w:tc>
        <w:tc>
          <w:tcPr>
            <w:tcW w:type="dxa" w:w="1635"/>
          </w:tcPr>
          <w:p>
            <w:pPr>
              <w:spacing w:after="0"/>
              <w:jc w:val="left"/>
            </w:pPr>
            <w:r>
              <w:rPr>
                <w:sz w:val="16"/>
              </w:rPr>
              <w:t>Relatively Low</w:t>
            </w:r>
          </w:p>
        </w:tc>
        <w:tc>
          <w:tcPr>
            <w:tcW w:type="dxa" w:w="1635"/>
          </w:tcPr>
          <w:p>
            <w:pPr>
              <w:spacing w:after="0"/>
              <w:jc w:val="left"/>
            </w:pPr>
            <w:r>
              <w:rPr>
                <w:sz w:val="16"/>
              </w:rPr>
              <w:t>Relatively Low</w:t>
            </w:r>
          </w:p>
        </w:tc>
        <w:tc>
          <w:tcPr>
            <w:tcW w:type="dxa" w:w="1126"/>
          </w:tcPr>
          <w:p>
            <w:pPr>
              <w:spacing w:after="0"/>
              <w:jc w:val="right"/>
            </w:pPr>
            <w:r>
              <w:rPr>
                <w:sz w:val="16"/>
              </w:rPr>
              <w:t>$6,310</w:t>
            </w:r>
          </w:p>
        </w:tc>
        <w:tc>
          <w:tcPr>
            <w:tcW w:type="dxa" w:w="1126"/>
          </w:tcPr>
          <w:p>
            <w:pPr>
              <w:spacing w:after="0"/>
              <w:jc w:val="right"/>
            </w:pPr>
            <w:r>
              <w:rPr>
                <w:sz w:val="16"/>
              </w:rPr>
              <w:t>$6</w:t>
            </w:r>
          </w:p>
        </w:tc>
        <w:tc>
          <w:tcPr>
            <w:tcW w:type="dxa" w:w="1733"/>
          </w:tcPr>
          <w:p>
            <w:pPr>
              <w:spacing w:after="0"/>
              <w:jc w:val="right"/>
            </w:pPr>
            <w:r>
              <w:rPr>
                <w:sz w:val="16"/>
              </w:rPr>
              <w:t>$333,085</w:t>
            </w:r>
          </w:p>
        </w:tc>
        <w:tc>
          <w:tcPr>
            <w:tcW w:type="dxa" w:w="1186"/>
          </w:tcPr>
          <w:p>
            <w:pPr>
              <w:spacing w:after="0"/>
              <w:jc w:val="right"/>
            </w:pPr>
            <w:r>
              <w:rPr>
                <w:sz w:val="16"/>
              </w:rPr>
              <w:t>$339,400</w:t>
            </w:r>
          </w:p>
        </w:tc>
        <w:tc>
          <w:tcPr>
            <w:tcW w:type="dxa" w:w="1877"/>
          </w:tcPr>
          <w:p>
            <w:pPr>
              <w:spacing w:after="0"/>
              <w:jc w:val="right"/>
            </w:pPr>
            <w:r>
              <w:rPr>
                <w:sz w:val="16"/>
              </w:rPr>
              <w:t>0</w:t>
            </w:r>
          </w:p>
        </w:tc>
        <w:tc>
          <w:tcPr>
            <w:tcW w:type="dxa" w:w="2052"/>
          </w:tcPr>
          <w:p>
            <w:pPr>
              <w:spacing w:after="0"/>
              <w:jc w:val="left"/>
            </w:pPr>
            <w:r>
              <w:rPr>
                <w:sz w:val="16"/>
              </w:rPr>
              <w:t>No recorded events in Storm Events since 1996 (data through 2026-06-30).</w:t>
            </w:r>
          </w:p>
        </w:tc>
      </w:tr>
      <w:tr>
        <w:trPr>
          <w:cantSplit/>
        </w:trPr>
        <w:tc>
          <w:tcPr>
            <w:tcW w:type="dxa" w:w="705"/>
          </w:tcPr>
          <w:p>
            <w:pPr>
              <w:spacing w:after="0"/>
              <w:jc w:val="right"/>
            </w:pPr>
            <w:r>
              <w:rPr>
                <w:sz w:val="16"/>
              </w:rPr>
              <w:t>7</w:t>
            </w:r>
          </w:p>
        </w:tc>
        <w:tc>
          <w:tcPr>
            <w:tcW w:type="dxa" w:w="1037"/>
          </w:tcPr>
          <w:p>
            <w:pPr>
              <w:spacing w:after="0"/>
              <w:jc w:val="left"/>
            </w:pPr>
            <w:r>
              <w:rPr>
                <w:sz w:val="16"/>
              </w:rPr>
              <w:t>Lightning</w:t>
            </w:r>
          </w:p>
        </w:tc>
        <w:tc>
          <w:tcPr>
            <w:tcW w:type="dxa" w:w="1635"/>
          </w:tcPr>
          <w:p>
            <w:pPr>
              <w:spacing w:after="0"/>
              <w:jc w:val="left"/>
            </w:pPr>
            <w:r>
              <w:rPr>
                <w:sz w:val="16"/>
              </w:rPr>
              <w:t>Relatively Low</w:t>
            </w:r>
          </w:p>
        </w:tc>
        <w:tc>
          <w:tcPr>
            <w:tcW w:type="dxa" w:w="1635"/>
          </w:tcPr>
          <w:p>
            <w:pPr>
              <w:spacing w:after="0"/>
              <w:jc w:val="left"/>
            </w:pPr>
            <w:r>
              <w:rPr>
                <w:sz w:val="16"/>
              </w:rPr>
              <w:t>Relatively Moderate</w:t>
            </w:r>
          </w:p>
        </w:tc>
        <w:tc>
          <w:tcPr>
            <w:tcW w:type="dxa" w:w="1126"/>
          </w:tcPr>
          <w:p>
            <w:pPr>
              <w:spacing w:after="0"/>
              <w:jc w:val="right"/>
            </w:pPr>
            <w:r>
              <w:rPr>
                <w:sz w:val="16"/>
              </w:rPr>
              <w:t>$21,845</w:t>
            </w:r>
          </w:p>
        </w:tc>
        <w:tc>
          <w:tcPr>
            <w:tcW w:type="dxa" w:w="1126"/>
          </w:tcPr>
          <w:p>
            <w:pPr>
              <w:spacing w:after="0"/>
              <w:jc w:val="right"/>
            </w:pPr>
            <w:r>
              <w:rPr>
                <w:sz w:val="16"/>
              </w:rPr>
              <w:t>n/a</w:t>
            </w:r>
          </w:p>
        </w:tc>
        <w:tc>
          <w:tcPr>
            <w:tcW w:type="dxa" w:w="1733"/>
          </w:tcPr>
          <w:p>
            <w:pPr>
              <w:spacing w:after="0"/>
              <w:jc w:val="right"/>
            </w:pPr>
            <w:r>
              <w:rPr>
                <w:sz w:val="16"/>
              </w:rPr>
              <w:t>$304,057</w:t>
            </w:r>
          </w:p>
        </w:tc>
        <w:tc>
          <w:tcPr>
            <w:tcW w:type="dxa" w:w="1186"/>
          </w:tcPr>
          <w:p>
            <w:pPr>
              <w:spacing w:after="0"/>
              <w:jc w:val="right"/>
            </w:pPr>
            <w:r>
              <w:rPr>
                <w:sz w:val="16"/>
              </w:rPr>
              <w:t>$325,902</w:t>
            </w:r>
          </w:p>
        </w:tc>
        <w:tc>
          <w:tcPr>
            <w:tcW w:type="dxa" w:w="1877"/>
          </w:tcPr>
          <w:p>
            <w:pPr>
              <w:spacing w:after="0"/>
              <w:jc w:val="right"/>
            </w:pPr>
            <w:r>
              <w:rPr>
                <w:sz w:val="16"/>
              </w:rPr>
              <w:t>1</w:t>
            </w:r>
          </w:p>
        </w:tc>
        <w:tc>
          <w:tcPr>
            <w:tcW w:type="dxa" w:w="2052"/>
          </w:tcPr>
          <w:p>
            <w:pPr>
              <w:spacing w:after="0"/>
              <w:jc w:val="left"/>
            </w:pPr>
          </w:p>
        </w:tc>
      </w:tr>
      <w:tr>
        <w:trPr>
          <w:cantSplit/>
        </w:trPr>
        <w:tc>
          <w:tcPr>
            <w:tcW w:type="dxa" w:w="705"/>
          </w:tcPr>
          <w:p>
            <w:pPr>
              <w:spacing w:after="0"/>
              <w:jc w:val="right"/>
            </w:pPr>
            <w:r>
              <w:rPr>
                <w:sz w:val="16"/>
              </w:rPr>
              <w:t>8</w:t>
            </w:r>
          </w:p>
        </w:tc>
        <w:tc>
          <w:tcPr>
            <w:tcW w:type="dxa" w:w="1037"/>
          </w:tcPr>
          <w:p>
            <w:pPr>
              <w:spacing w:after="0"/>
              <w:jc w:val="left"/>
            </w:pPr>
            <w:r>
              <w:rPr>
                <w:sz w:val="16"/>
              </w:rPr>
              <w:t>Earthquake</w:t>
            </w:r>
          </w:p>
        </w:tc>
        <w:tc>
          <w:tcPr>
            <w:tcW w:type="dxa" w:w="1635"/>
          </w:tcPr>
          <w:p>
            <w:pPr>
              <w:spacing w:after="0"/>
              <w:jc w:val="left"/>
            </w:pPr>
            <w:r>
              <w:rPr>
                <w:sz w:val="16"/>
              </w:rPr>
              <w:t>Very Low</w:t>
            </w:r>
          </w:p>
        </w:tc>
        <w:tc>
          <w:tcPr>
            <w:tcW w:type="dxa" w:w="1635"/>
          </w:tcPr>
          <w:p>
            <w:pPr>
              <w:spacing w:after="0"/>
              <w:jc w:val="left"/>
            </w:pPr>
            <w:r>
              <w:rPr>
                <w:sz w:val="16"/>
              </w:rPr>
              <w:t>Relatively Low</w:t>
            </w:r>
          </w:p>
        </w:tc>
        <w:tc>
          <w:tcPr>
            <w:tcW w:type="dxa" w:w="1126"/>
          </w:tcPr>
          <w:p>
            <w:pPr>
              <w:spacing w:after="0"/>
              <w:jc w:val="right"/>
            </w:pPr>
            <w:r>
              <w:rPr>
                <w:sz w:val="16"/>
              </w:rPr>
              <w:t>$235,973</w:t>
            </w:r>
          </w:p>
        </w:tc>
        <w:tc>
          <w:tcPr>
            <w:tcW w:type="dxa" w:w="1126"/>
          </w:tcPr>
          <w:p>
            <w:pPr>
              <w:spacing w:after="0"/>
              <w:jc w:val="right"/>
            </w:pPr>
            <w:r>
              <w:rPr>
                <w:sz w:val="16"/>
              </w:rPr>
              <w:t>n/a</w:t>
            </w:r>
          </w:p>
        </w:tc>
        <w:tc>
          <w:tcPr>
            <w:tcW w:type="dxa" w:w="1733"/>
          </w:tcPr>
          <w:p>
            <w:pPr>
              <w:spacing w:after="0"/>
              <w:jc w:val="right"/>
            </w:pPr>
            <w:r>
              <w:rPr>
                <w:sz w:val="16"/>
              </w:rPr>
              <w:t>$54,737</w:t>
            </w:r>
          </w:p>
        </w:tc>
        <w:tc>
          <w:tcPr>
            <w:tcW w:type="dxa" w:w="1186"/>
          </w:tcPr>
          <w:p>
            <w:pPr>
              <w:spacing w:after="0"/>
              <w:jc w:val="right"/>
            </w:pPr>
            <w:r>
              <w:rPr>
                <w:sz w:val="16"/>
              </w:rPr>
              <w:t>$290,710</w:t>
            </w:r>
          </w:p>
        </w:tc>
        <w:tc>
          <w:tcPr>
            <w:tcW w:type="dxa" w:w="1877"/>
          </w:tcPr>
          <w:p>
            <w:pPr>
              <w:spacing w:after="0"/>
              <w:jc w:val="right"/>
            </w:pPr>
          </w:p>
        </w:tc>
        <w:tc>
          <w:tcPr>
            <w:tcW w:type="dxa" w:w="2052"/>
          </w:tcPr>
          <w:p>
            <w:pPr>
              <w:spacing w:after="0"/>
              <w:jc w:val="left"/>
            </w:pPr>
            <w:r>
              <w:rPr>
                <w:sz w:val="16"/>
              </w:rPr>
              <w:t>Storm Events does not record earthquakes.</w:t>
            </w:r>
          </w:p>
        </w:tc>
      </w:tr>
      <w:tr>
        <w:trPr>
          <w:cantSplit/>
        </w:trPr>
        <w:tc>
          <w:tcPr>
            <w:tcW w:type="dxa" w:w="705"/>
          </w:tcPr>
          <w:p>
            <w:pPr>
              <w:spacing w:after="0"/>
              <w:jc w:val="right"/>
            </w:pPr>
            <w:r>
              <w:rPr>
                <w:sz w:val="16"/>
              </w:rPr>
              <w:t>9</w:t>
            </w:r>
          </w:p>
        </w:tc>
        <w:tc>
          <w:tcPr>
            <w:tcW w:type="dxa" w:w="1037"/>
          </w:tcPr>
          <w:p>
            <w:pPr>
              <w:spacing w:after="0"/>
              <w:jc w:val="left"/>
            </w:pPr>
            <w:r>
              <w:rPr>
                <w:sz w:val="16"/>
              </w:rPr>
              <w:t>Ice Storm</w:t>
            </w:r>
          </w:p>
        </w:tc>
        <w:tc>
          <w:tcPr>
            <w:tcW w:type="dxa" w:w="1635"/>
          </w:tcPr>
          <w:p>
            <w:pPr>
              <w:spacing w:after="0"/>
              <w:jc w:val="left"/>
            </w:pPr>
            <w:r>
              <w:rPr>
                <w:sz w:val="16"/>
              </w:rPr>
              <w:t>Relatively Moderate</w:t>
            </w:r>
          </w:p>
        </w:tc>
        <w:tc>
          <w:tcPr>
            <w:tcW w:type="dxa" w:w="1635"/>
          </w:tcPr>
          <w:p>
            <w:pPr>
              <w:spacing w:after="0"/>
              <w:jc w:val="left"/>
            </w:pPr>
            <w:r>
              <w:rPr>
                <w:sz w:val="16"/>
              </w:rPr>
              <w:t>Relatively Moderate</w:t>
            </w:r>
          </w:p>
        </w:tc>
        <w:tc>
          <w:tcPr>
            <w:tcW w:type="dxa" w:w="1126"/>
          </w:tcPr>
          <w:p>
            <w:pPr>
              <w:spacing w:after="0"/>
              <w:jc w:val="right"/>
            </w:pPr>
            <w:r>
              <w:rPr>
                <w:sz w:val="16"/>
              </w:rPr>
              <w:t>$163,443</w:t>
            </w:r>
          </w:p>
        </w:tc>
        <w:tc>
          <w:tcPr>
            <w:tcW w:type="dxa" w:w="1126"/>
          </w:tcPr>
          <w:p>
            <w:pPr>
              <w:spacing w:after="0"/>
              <w:jc w:val="right"/>
            </w:pPr>
            <w:r>
              <w:rPr>
                <w:sz w:val="16"/>
              </w:rPr>
              <w:t>n/a</w:t>
            </w:r>
          </w:p>
        </w:tc>
        <w:tc>
          <w:tcPr>
            <w:tcW w:type="dxa" w:w="1733"/>
          </w:tcPr>
          <w:p>
            <w:pPr>
              <w:spacing w:after="0"/>
              <w:jc w:val="right"/>
            </w:pPr>
            <w:r>
              <w:rPr>
                <w:sz w:val="16"/>
              </w:rPr>
              <w:t>$50,913</w:t>
            </w:r>
          </w:p>
        </w:tc>
        <w:tc>
          <w:tcPr>
            <w:tcW w:type="dxa" w:w="1186"/>
          </w:tcPr>
          <w:p>
            <w:pPr>
              <w:spacing w:after="0"/>
              <w:jc w:val="right"/>
            </w:pPr>
            <w:r>
              <w:rPr>
                <w:sz w:val="16"/>
              </w:rPr>
              <w:t>$214,356</w:t>
            </w:r>
          </w:p>
        </w:tc>
        <w:tc>
          <w:tcPr>
            <w:tcW w:type="dxa" w:w="1877"/>
          </w:tcPr>
          <w:p>
            <w:pPr>
              <w:spacing w:after="0"/>
              <w:jc w:val="right"/>
            </w:pPr>
            <w:r>
              <w:rPr>
                <w:sz w:val="16"/>
              </w:rPr>
              <w:t>4</w:t>
            </w:r>
          </w:p>
        </w:tc>
        <w:tc>
          <w:tcPr>
            <w:tcW w:type="dxa" w:w="2052"/>
          </w:tcPr>
          <w:p>
            <w:pPr>
              <w:spacing w:after="0"/>
              <w:jc w:val="left"/>
            </w:pPr>
          </w:p>
        </w:tc>
      </w:tr>
      <w:tr>
        <w:trPr>
          <w:cantSplit/>
        </w:trPr>
        <w:tc>
          <w:tcPr>
            <w:tcW w:type="dxa" w:w="705"/>
          </w:tcPr>
          <w:p>
            <w:pPr>
              <w:spacing w:after="0"/>
              <w:jc w:val="right"/>
            </w:pPr>
            <w:r>
              <w:rPr>
                <w:sz w:val="16"/>
              </w:rPr>
              <w:t>10</w:t>
            </w:r>
          </w:p>
        </w:tc>
        <w:tc>
          <w:tcPr>
            <w:tcW w:type="dxa" w:w="1037"/>
          </w:tcPr>
          <w:p>
            <w:pPr>
              <w:spacing w:after="0"/>
              <w:jc w:val="left"/>
            </w:pPr>
            <w:r>
              <w:rPr>
                <w:sz w:val="16"/>
              </w:rPr>
              <w:t>Winter Weather</w:t>
            </w:r>
          </w:p>
        </w:tc>
        <w:tc>
          <w:tcPr>
            <w:tcW w:type="dxa" w:w="1635"/>
          </w:tcPr>
          <w:p>
            <w:pPr>
              <w:spacing w:after="0"/>
              <w:jc w:val="left"/>
            </w:pPr>
            <w:r>
              <w:rPr>
                <w:sz w:val="16"/>
              </w:rPr>
              <w:t>Relatively Moderate</w:t>
            </w:r>
          </w:p>
        </w:tc>
        <w:tc>
          <w:tcPr>
            <w:tcW w:type="dxa" w:w="1635"/>
          </w:tcPr>
          <w:p>
            <w:pPr>
              <w:spacing w:after="0"/>
              <w:jc w:val="left"/>
            </w:pPr>
            <w:r>
              <w:rPr>
                <w:sz w:val="16"/>
              </w:rPr>
              <w:t>Relatively Moderate</w:t>
            </w:r>
          </w:p>
        </w:tc>
        <w:tc>
          <w:tcPr>
            <w:tcW w:type="dxa" w:w="1126"/>
          </w:tcPr>
          <w:p>
            <w:pPr>
              <w:spacing w:after="0"/>
              <w:jc w:val="right"/>
            </w:pPr>
            <w:r>
              <w:rPr>
                <w:sz w:val="16"/>
              </w:rPr>
              <w:t>$15,162</w:t>
            </w:r>
          </w:p>
        </w:tc>
        <w:tc>
          <w:tcPr>
            <w:tcW w:type="dxa" w:w="1126"/>
          </w:tcPr>
          <w:p>
            <w:pPr>
              <w:spacing w:after="0"/>
              <w:jc w:val="right"/>
            </w:pPr>
            <w:r>
              <w:rPr>
                <w:sz w:val="16"/>
              </w:rPr>
              <w:t>$7,501</w:t>
            </w:r>
          </w:p>
        </w:tc>
        <w:tc>
          <w:tcPr>
            <w:tcW w:type="dxa" w:w="1733"/>
          </w:tcPr>
          <w:p>
            <w:pPr>
              <w:spacing w:after="0"/>
              <w:jc w:val="right"/>
            </w:pPr>
            <w:r>
              <w:rPr>
                <w:sz w:val="16"/>
              </w:rPr>
              <w:t>$101,790</w:t>
            </w:r>
          </w:p>
        </w:tc>
        <w:tc>
          <w:tcPr>
            <w:tcW w:type="dxa" w:w="1186"/>
          </w:tcPr>
          <w:p>
            <w:pPr>
              <w:spacing w:after="0"/>
              <w:jc w:val="right"/>
            </w:pPr>
            <w:r>
              <w:rPr>
                <w:sz w:val="16"/>
              </w:rPr>
              <w:t>$124,453</w:t>
            </w:r>
          </w:p>
        </w:tc>
        <w:tc>
          <w:tcPr>
            <w:tcW w:type="dxa" w:w="1877"/>
          </w:tcPr>
          <w:p>
            <w:pPr>
              <w:spacing w:after="0"/>
              <w:jc w:val="right"/>
            </w:pPr>
            <w:r>
              <w:rPr>
                <w:sz w:val="16"/>
              </w:rPr>
              <w:t>159</w:t>
            </w:r>
          </w:p>
        </w:tc>
        <w:tc>
          <w:tcPr>
            <w:tcW w:type="dxa" w:w="2052"/>
          </w:tcPr>
          <w:p>
            <w:pPr>
              <w:spacing w:after="0"/>
              <w:jc w:val="left"/>
            </w:pPr>
            <w:r>
              <w:rPr>
                <w:sz w:val="16"/>
              </w:rPr>
              <w:t>Includes 1 Sleet record (outside NRI's Winter Weather definition).</w:t>
            </w:r>
          </w:p>
        </w:tc>
      </w:tr>
      <w:tr>
        <w:trPr>
          <w:cantSplit/>
        </w:trPr>
        <w:tc>
          <w:tcPr>
            <w:tcW w:type="dxa" w:w="705"/>
          </w:tcPr>
          <w:p>
            <w:pPr>
              <w:spacing w:after="0"/>
              <w:jc w:val="right"/>
            </w:pPr>
            <w:r>
              <w:rPr>
                <w:sz w:val="16"/>
              </w:rPr>
              <w:t>11</w:t>
            </w:r>
          </w:p>
        </w:tc>
        <w:tc>
          <w:tcPr>
            <w:tcW w:type="dxa" w:w="1037"/>
          </w:tcPr>
          <w:p>
            <w:pPr>
              <w:spacing w:after="0"/>
              <w:jc w:val="left"/>
            </w:pPr>
            <w:r>
              <w:rPr>
                <w:sz w:val="16"/>
              </w:rPr>
              <w:t>Hurricane</w:t>
            </w:r>
          </w:p>
        </w:tc>
        <w:tc>
          <w:tcPr>
            <w:tcW w:type="dxa" w:w="1635"/>
          </w:tcPr>
          <w:p>
            <w:pPr>
              <w:spacing w:after="0"/>
              <w:jc w:val="left"/>
            </w:pPr>
            <w:r>
              <w:rPr>
                <w:sz w:val="16"/>
              </w:rPr>
              <w:t>Very Low</w:t>
            </w:r>
          </w:p>
        </w:tc>
        <w:tc>
          <w:tcPr>
            <w:tcW w:type="dxa" w:w="1635"/>
          </w:tcPr>
          <w:p>
            <w:pPr>
              <w:spacing w:after="0"/>
              <w:jc w:val="left"/>
            </w:pPr>
            <w:r>
              <w:rPr>
                <w:sz w:val="16"/>
              </w:rPr>
              <w:t>Very Low</w:t>
            </w:r>
          </w:p>
        </w:tc>
        <w:tc>
          <w:tcPr>
            <w:tcW w:type="dxa" w:w="1126"/>
          </w:tcPr>
          <w:p>
            <w:pPr>
              <w:spacing w:after="0"/>
              <w:jc w:val="right"/>
            </w:pPr>
            <w:r>
              <w:rPr>
                <w:sz w:val="16"/>
              </w:rPr>
              <w:t>$12,816</w:t>
            </w:r>
          </w:p>
        </w:tc>
        <w:tc>
          <w:tcPr>
            <w:tcW w:type="dxa" w:w="1126"/>
          </w:tcPr>
          <w:p>
            <w:pPr>
              <w:spacing w:after="0"/>
              <w:jc w:val="right"/>
            </w:pPr>
            <w:r>
              <w:rPr>
                <w:sz w:val="16"/>
              </w:rPr>
              <w:t>$17,601</w:t>
            </w:r>
          </w:p>
        </w:tc>
        <w:tc>
          <w:tcPr>
            <w:tcW w:type="dxa" w:w="1733"/>
          </w:tcPr>
          <w:p>
            <w:pPr>
              <w:spacing w:after="0"/>
              <w:jc w:val="right"/>
            </w:pPr>
            <w:r>
              <w:rPr>
                <w:sz w:val="16"/>
              </w:rPr>
              <w:t>$12</w:t>
            </w:r>
          </w:p>
        </w:tc>
        <w:tc>
          <w:tcPr>
            <w:tcW w:type="dxa" w:w="1186"/>
          </w:tcPr>
          <w:p>
            <w:pPr>
              <w:spacing w:after="0"/>
              <w:jc w:val="right"/>
            </w:pPr>
            <w:r>
              <w:rPr>
                <w:sz w:val="16"/>
              </w:rPr>
              <w:t>$30,430</w:t>
            </w:r>
          </w:p>
        </w:tc>
        <w:tc>
          <w:tcPr>
            <w:tcW w:type="dxa" w:w="1877"/>
          </w:tcPr>
          <w:p>
            <w:pPr>
              <w:spacing w:after="0"/>
              <w:jc w:val="right"/>
            </w:pPr>
            <w:r>
              <w:rPr>
                <w:sz w:val="16"/>
              </w:rPr>
              <w:t>0</w:t>
            </w:r>
          </w:p>
        </w:tc>
        <w:tc>
          <w:tcPr>
            <w:tcW w:type="dxa" w:w="2052"/>
          </w:tcPr>
          <w:p>
            <w:pPr>
              <w:spacing w:after="0"/>
              <w:jc w:val="left"/>
            </w:pPr>
            <w:r>
              <w:rPr>
                <w:sz w:val="16"/>
              </w:rPr>
              <w:t>No recorded events in Storm Events since 1996 (data through 2026-06-30).</w:t>
            </w:r>
          </w:p>
        </w:tc>
      </w:tr>
      <w:tr>
        <w:trPr>
          <w:cantSplit/>
        </w:trPr>
        <w:tc>
          <w:tcPr>
            <w:tcW w:type="dxa" w:w="705"/>
          </w:tcPr>
          <w:p>
            <w:pPr>
              <w:spacing w:after="0"/>
              <w:jc w:val="right"/>
            </w:pPr>
            <w:r>
              <w:rPr>
                <w:sz w:val="16"/>
              </w:rPr>
              <w:t>12</w:t>
            </w:r>
          </w:p>
        </w:tc>
        <w:tc>
          <w:tcPr>
            <w:tcW w:type="dxa" w:w="1037"/>
          </w:tcPr>
          <w:p>
            <w:pPr>
              <w:spacing w:after="0"/>
              <w:jc w:val="left"/>
            </w:pPr>
            <w:r>
              <w:rPr>
                <w:sz w:val="16"/>
              </w:rPr>
              <w:t>Wildfire</w:t>
            </w:r>
          </w:p>
        </w:tc>
        <w:tc>
          <w:tcPr>
            <w:tcW w:type="dxa" w:w="1635"/>
          </w:tcPr>
          <w:p>
            <w:pPr>
              <w:spacing w:after="0"/>
              <w:jc w:val="left"/>
            </w:pPr>
            <w:r>
              <w:rPr>
                <w:sz w:val="16"/>
              </w:rPr>
              <w:t>Very Low</w:t>
            </w:r>
          </w:p>
        </w:tc>
        <w:tc>
          <w:tcPr>
            <w:tcW w:type="dxa" w:w="1635"/>
          </w:tcPr>
          <w:p>
            <w:pPr>
              <w:spacing w:after="0"/>
              <w:jc w:val="left"/>
            </w:pPr>
            <w:r>
              <w:rPr>
                <w:sz w:val="16"/>
              </w:rPr>
              <w:t>Very Low</w:t>
            </w:r>
          </w:p>
        </w:tc>
        <w:tc>
          <w:tcPr>
            <w:tcW w:type="dxa" w:w="1126"/>
          </w:tcPr>
          <w:p>
            <w:pPr>
              <w:spacing w:after="0"/>
              <w:jc w:val="right"/>
            </w:pPr>
            <w:r>
              <w:rPr>
                <w:sz w:val="16"/>
              </w:rPr>
              <w:t>$17,927</w:t>
            </w:r>
          </w:p>
        </w:tc>
        <w:tc>
          <w:tcPr>
            <w:tcW w:type="dxa" w:w="1126"/>
          </w:tcPr>
          <w:p>
            <w:pPr>
              <w:spacing w:after="0"/>
              <w:jc w:val="right"/>
            </w:pPr>
            <w:r>
              <w:rPr>
                <w:sz w:val="16"/>
              </w:rPr>
              <w:t>$41</w:t>
            </w:r>
          </w:p>
        </w:tc>
        <w:tc>
          <w:tcPr>
            <w:tcW w:type="dxa" w:w="1733"/>
          </w:tcPr>
          <w:p>
            <w:pPr>
              <w:spacing w:after="0"/>
              <w:jc w:val="right"/>
            </w:pPr>
            <w:r>
              <w:rPr>
                <w:sz w:val="16"/>
              </w:rPr>
              <w:t>$1,719</w:t>
            </w:r>
          </w:p>
        </w:tc>
        <w:tc>
          <w:tcPr>
            <w:tcW w:type="dxa" w:w="1186"/>
          </w:tcPr>
          <w:p>
            <w:pPr>
              <w:spacing w:after="0"/>
              <w:jc w:val="right"/>
            </w:pPr>
            <w:r>
              <w:rPr>
                <w:sz w:val="16"/>
              </w:rPr>
              <w:t>$19,687</w:t>
            </w:r>
          </w:p>
        </w:tc>
        <w:tc>
          <w:tcPr>
            <w:tcW w:type="dxa" w:w="1877"/>
          </w:tcPr>
          <w:p>
            <w:pPr>
              <w:spacing w:after="0"/>
              <w:jc w:val="right"/>
            </w:pPr>
            <w:r>
              <w:rPr>
                <w:sz w:val="16"/>
              </w:rPr>
              <w:t>0</w:t>
            </w:r>
          </w:p>
        </w:tc>
        <w:tc>
          <w:tcPr>
            <w:tcW w:type="dxa" w:w="2052"/>
          </w:tcPr>
          <w:p>
            <w:pPr>
              <w:spacing w:after="0"/>
              <w:jc w:val="left"/>
            </w:pPr>
            <w:r>
              <w:rPr>
                <w:sz w:val="16"/>
              </w:rPr>
              <w:t>No recorded events in Storm Events since 1996 (data through 2026-06-30).</w:t>
            </w:r>
          </w:p>
        </w:tc>
      </w:tr>
      <w:tr>
        <w:trPr>
          <w:cantSplit/>
        </w:trPr>
        <w:tc>
          <w:tcPr>
            <w:tcW w:type="dxa" w:w="705"/>
          </w:tcPr>
          <w:p>
            <w:pPr>
              <w:spacing w:after="0"/>
              <w:jc w:val="right"/>
            </w:pPr>
            <w:r>
              <w:rPr>
                <w:sz w:val="16"/>
              </w:rPr>
              <w:t>13</w:t>
            </w:r>
          </w:p>
        </w:tc>
        <w:tc>
          <w:tcPr>
            <w:tcW w:type="dxa" w:w="1037"/>
          </w:tcPr>
          <w:p>
            <w:pPr>
              <w:spacing w:after="0"/>
              <w:jc w:val="left"/>
            </w:pPr>
            <w:r>
              <w:rPr>
                <w:sz w:val="16"/>
              </w:rPr>
              <w:t>Coastal Flooding</w:t>
            </w:r>
          </w:p>
        </w:tc>
        <w:tc>
          <w:tcPr>
            <w:tcW w:type="dxa" w:w="1635"/>
          </w:tcPr>
          <w:p>
            <w:pPr>
              <w:spacing w:after="0"/>
              <w:jc w:val="left"/>
            </w:pPr>
            <w:r>
              <w:rPr>
                <w:sz w:val="16"/>
              </w:rPr>
              <w:t>Very Low</w:t>
            </w:r>
          </w:p>
        </w:tc>
        <w:tc>
          <w:tcPr>
            <w:tcW w:type="dxa" w:w="1635"/>
          </w:tcPr>
          <w:p>
            <w:pPr>
              <w:spacing w:after="0"/>
              <w:jc w:val="left"/>
            </w:pPr>
            <w:r>
              <w:rPr>
                <w:sz w:val="16"/>
              </w:rPr>
              <w:t>Very Low</w:t>
            </w:r>
          </w:p>
        </w:tc>
        <w:tc>
          <w:tcPr>
            <w:tcW w:type="dxa" w:w="1126"/>
          </w:tcPr>
          <w:p>
            <w:pPr>
              <w:spacing w:after="0"/>
              <w:jc w:val="right"/>
            </w:pPr>
            <w:r>
              <w:rPr>
                <w:sz w:val="16"/>
              </w:rPr>
              <w:t>$3,714</w:t>
            </w:r>
          </w:p>
        </w:tc>
        <w:tc>
          <w:tcPr>
            <w:tcW w:type="dxa" w:w="1126"/>
          </w:tcPr>
          <w:p>
            <w:pPr>
              <w:spacing w:after="0"/>
              <w:jc w:val="right"/>
            </w:pPr>
            <w:r>
              <w:rPr>
                <w:sz w:val="16"/>
              </w:rPr>
              <w:t>n/a</w:t>
            </w:r>
          </w:p>
        </w:tc>
        <w:tc>
          <w:tcPr>
            <w:tcW w:type="dxa" w:w="1733"/>
          </w:tcPr>
          <w:p>
            <w:pPr>
              <w:spacing w:after="0"/>
              <w:jc w:val="right"/>
            </w:pPr>
            <w:r>
              <w:rPr>
                <w:sz w:val="16"/>
              </w:rPr>
              <w:t>$271</w:t>
            </w:r>
          </w:p>
        </w:tc>
        <w:tc>
          <w:tcPr>
            <w:tcW w:type="dxa" w:w="1186"/>
          </w:tcPr>
          <w:p>
            <w:pPr>
              <w:spacing w:after="0"/>
              <w:jc w:val="right"/>
            </w:pPr>
            <w:r>
              <w:rPr>
                <w:sz w:val="16"/>
              </w:rPr>
              <w:t>$3,985</w:t>
            </w:r>
          </w:p>
        </w:tc>
        <w:tc>
          <w:tcPr>
            <w:tcW w:type="dxa" w:w="1877"/>
          </w:tcPr>
          <w:p>
            <w:pPr>
              <w:spacing w:after="0"/>
              <w:jc w:val="right"/>
            </w:pPr>
            <w:r>
              <w:rPr>
                <w:sz w:val="16"/>
              </w:rPr>
              <w:t>0</w:t>
            </w:r>
          </w:p>
        </w:tc>
        <w:tc>
          <w:tcPr>
            <w:tcW w:type="dxa" w:w="2052"/>
          </w:tcPr>
          <w:p>
            <w:pPr>
              <w:spacing w:after="0"/>
              <w:jc w:val="left"/>
            </w:pPr>
            <w:r>
              <w:rPr>
                <w:sz w:val="16"/>
              </w:rPr>
              <w:t>No recorded events in Storm Events since 1996 (data through 2026-06-30).</w:t>
            </w:r>
          </w:p>
        </w:tc>
      </w:tr>
      <w:tr>
        <w:trPr>
          <w:cantSplit/>
        </w:trPr>
        <w:tc>
          <w:tcPr>
            <w:tcW w:type="dxa" w:w="705"/>
          </w:tcPr>
          <w:p>
            <w:pPr>
              <w:spacing w:after="0"/>
              <w:jc w:val="right"/>
            </w:pPr>
            <w:r>
              <w:rPr>
                <w:sz w:val="16"/>
              </w:rPr>
              <w:t>14</w:t>
            </w:r>
          </w:p>
        </w:tc>
        <w:tc>
          <w:tcPr>
            <w:tcW w:type="dxa" w:w="1037"/>
          </w:tcPr>
          <w:p>
            <w:pPr>
              <w:spacing w:after="0"/>
              <w:jc w:val="left"/>
            </w:pPr>
            <w:r>
              <w:rPr>
                <w:sz w:val="16"/>
              </w:rPr>
              <w:t>Landslide</w:t>
            </w:r>
          </w:p>
        </w:tc>
        <w:tc>
          <w:tcPr>
            <w:tcW w:type="dxa" w:w="1635"/>
          </w:tcPr>
          <w:p>
            <w:pPr>
              <w:spacing w:after="0"/>
              <w:jc w:val="left"/>
            </w:pPr>
            <w:r>
              <w:rPr>
                <w:sz w:val="16"/>
              </w:rPr>
              <w:t>Very Low</w:t>
            </w:r>
          </w:p>
        </w:tc>
        <w:tc>
          <w:tcPr>
            <w:tcW w:type="dxa" w:w="1635"/>
          </w:tcPr>
          <w:p>
            <w:pPr>
              <w:spacing w:after="0"/>
              <w:jc w:val="left"/>
            </w:pPr>
            <w:r>
              <w:rPr>
                <w:sz w:val="16"/>
              </w:rPr>
              <w:t>Very Low</w:t>
            </w:r>
          </w:p>
        </w:tc>
        <w:tc>
          <w:tcPr>
            <w:tcW w:type="dxa" w:w="1126"/>
          </w:tcPr>
          <w:p>
            <w:pPr>
              <w:spacing w:after="0"/>
              <w:jc w:val="right"/>
            </w:pPr>
            <w:r>
              <w:rPr>
                <w:sz w:val="16"/>
              </w:rPr>
              <w:t>$707</w:t>
            </w:r>
          </w:p>
        </w:tc>
        <w:tc>
          <w:tcPr>
            <w:tcW w:type="dxa" w:w="1126"/>
          </w:tcPr>
          <w:p>
            <w:pPr>
              <w:spacing w:after="0"/>
              <w:jc w:val="right"/>
            </w:pPr>
            <w:r>
              <w:rPr>
                <w:sz w:val="16"/>
              </w:rPr>
              <w:t>n/a</w:t>
            </w:r>
          </w:p>
        </w:tc>
        <w:tc>
          <w:tcPr>
            <w:tcW w:type="dxa" w:w="1733"/>
          </w:tcPr>
          <w:p>
            <w:pPr>
              <w:spacing w:after="0"/>
              <w:jc w:val="right"/>
            </w:pPr>
            <w:r>
              <w:rPr>
                <w:sz w:val="16"/>
              </w:rPr>
              <w:t>$2,508</w:t>
            </w:r>
          </w:p>
        </w:tc>
        <w:tc>
          <w:tcPr>
            <w:tcW w:type="dxa" w:w="1186"/>
          </w:tcPr>
          <w:p>
            <w:pPr>
              <w:spacing w:after="0"/>
              <w:jc w:val="right"/>
            </w:pPr>
            <w:r>
              <w:rPr>
                <w:sz w:val="16"/>
              </w:rPr>
              <w:t>$3,215</w:t>
            </w:r>
          </w:p>
        </w:tc>
        <w:tc>
          <w:tcPr>
            <w:tcW w:type="dxa" w:w="1877"/>
          </w:tcPr>
          <w:p>
            <w:pPr>
              <w:spacing w:after="0"/>
              <w:jc w:val="right"/>
            </w:pPr>
            <w:r>
              <w:rPr>
                <w:sz w:val="16"/>
              </w:rPr>
              <w:t>0</w:t>
            </w:r>
          </w:p>
        </w:tc>
        <w:tc>
          <w:tcPr>
            <w:tcW w:type="dxa" w:w="2052"/>
          </w:tcPr>
          <w:p>
            <w:pPr>
              <w:spacing w:after="0"/>
              <w:jc w:val="left"/>
            </w:pPr>
            <w:r>
              <w:rPr>
                <w:sz w:val="16"/>
              </w:rPr>
              <w:t>No recorded events in Storm Events since 1996 (data through 2026-06-30).</w:t>
            </w:r>
          </w:p>
        </w:tc>
      </w:tr>
      <w:tr>
        <w:trPr>
          <w:cantSplit/>
        </w:trPr>
        <w:tc>
          <w:tcPr>
            <w:tcW w:type="dxa" w:w="705"/>
          </w:tcPr>
          <w:p>
            <w:pPr>
              <w:spacing w:after="0"/>
              <w:jc w:val="right"/>
            </w:pPr>
            <w:r>
              <w:rPr>
                <w:sz w:val="16"/>
              </w:rPr>
              <w:t>15</w:t>
            </w:r>
          </w:p>
        </w:tc>
        <w:tc>
          <w:tcPr>
            <w:tcW w:type="dxa" w:w="1037"/>
          </w:tcPr>
          <w:p>
            <w:pPr>
              <w:spacing w:after="0"/>
              <w:jc w:val="left"/>
            </w:pPr>
            <w:r>
              <w:rPr>
                <w:sz w:val="16"/>
              </w:rPr>
              <w:t>Drought</w:t>
            </w:r>
          </w:p>
        </w:tc>
        <w:tc>
          <w:tcPr>
            <w:tcW w:type="dxa" w:w="1635"/>
          </w:tcPr>
          <w:p>
            <w:pPr>
              <w:spacing w:after="0"/>
              <w:jc w:val="left"/>
            </w:pPr>
            <w:r>
              <w:rPr>
                <w:sz w:val="16"/>
              </w:rPr>
              <w:t>No Rating</w:t>
            </w:r>
          </w:p>
        </w:tc>
        <w:tc>
          <w:tcPr>
            <w:tcW w:type="dxa" w:w="1635"/>
          </w:tcPr>
          <w:p>
            <w:pPr>
              <w:spacing w:after="0"/>
              <w:jc w:val="left"/>
            </w:pPr>
            <w:r>
              <w:rPr>
                <w:sz w:val="16"/>
              </w:rPr>
              <w:t>No Expected Annual Losses</w:t>
            </w:r>
          </w:p>
        </w:tc>
        <w:tc>
          <w:tcPr>
            <w:tcW w:type="dxa" w:w="1126"/>
          </w:tcPr>
          <w:p>
            <w:pPr>
              <w:spacing w:after="0"/>
              <w:jc w:val="right"/>
            </w:pPr>
            <w:r>
              <w:rPr>
                <w:sz w:val="16"/>
              </w:rPr>
              <w:t>n/a</w:t>
            </w:r>
          </w:p>
        </w:tc>
        <w:tc>
          <w:tcPr>
            <w:tcW w:type="dxa" w:w="1126"/>
          </w:tcPr>
          <w:p>
            <w:pPr>
              <w:spacing w:after="0"/>
              <w:jc w:val="right"/>
            </w:pPr>
            <w:r>
              <w:rPr>
                <w:sz w:val="16"/>
              </w:rPr>
              <w:t>$0</w:t>
            </w:r>
          </w:p>
        </w:tc>
        <w:tc>
          <w:tcPr>
            <w:tcW w:type="dxa" w:w="1733"/>
          </w:tcPr>
          <w:p>
            <w:pPr>
              <w:spacing w:after="0"/>
              <w:jc w:val="right"/>
            </w:pPr>
            <w:r>
              <w:rPr>
                <w:sz w:val="16"/>
              </w:rPr>
              <w:t>n/a</w:t>
            </w:r>
          </w:p>
        </w:tc>
        <w:tc>
          <w:tcPr>
            <w:tcW w:type="dxa" w:w="1186"/>
          </w:tcPr>
          <w:p>
            <w:pPr>
              <w:spacing w:after="0"/>
              <w:jc w:val="right"/>
            </w:pPr>
            <w:r>
              <w:rPr>
                <w:sz w:val="16"/>
              </w:rPr>
              <w:t>$0</w:t>
            </w:r>
          </w:p>
        </w:tc>
        <w:tc>
          <w:tcPr>
            <w:tcW w:type="dxa" w:w="1877"/>
          </w:tcPr>
          <w:p>
            <w:pPr>
              <w:spacing w:after="0"/>
              <w:jc w:val="right"/>
            </w:pPr>
            <w:r>
              <w:rPr>
                <w:sz w:val="16"/>
              </w:rPr>
              <w:t>0</w:t>
            </w:r>
          </w:p>
        </w:tc>
        <w:tc>
          <w:tcPr>
            <w:tcW w:type="dxa" w:w="2052"/>
          </w:tcPr>
          <w:p>
            <w:pPr>
              <w:spacing w:after="0"/>
              <w:jc w:val="left"/>
            </w:pPr>
            <w:r>
              <w:rPr>
                <w:sz w:val="16"/>
              </w:rPr>
              <w:t>No recorded events in Storm Events since 1996 (data through 2026-06-30).</w:t>
            </w:r>
          </w:p>
        </w:tc>
      </w:tr>
      <w:tr>
        <w:trPr>
          <w:cantSplit/>
        </w:trPr>
        <w:tc>
          <w:tcPr>
            <w:tcW w:type="dxa" w:w="705"/>
          </w:tcPr>
          <w:p>
            <w:pPr>
              <w:spacing w:after="0"/>
              <w:jc w:val="right"/>
            </w:pPr>
          </w:p>
        </w:tc>
        <w:tc>
          <w:tcPr>
            <w:tcW w:type="dxa" w:w="1037"/>
          </w:tcPr>
          <w:p>
            <w:pPr>
              <w:spacing w:after="0"/>
              <w:jc w:val="left"/>
            </w:pPr>
            <w:r>
              <w:rPr>
                <w:sz w:val="16"/>
              </w:rPr>
              <w:t>Tsunami</w:t>
            </w:r>
          </w:p>
        </w:tc>
        <w:tc>
          <w:tcPr>
            <w:tcW w:type="dxa" w:w="1635"/>
          </w:tcPr>
          <w:p>
            <w:pPr>
              <w:spacing w:after="0"/>
              <w:jc w:val="left"/>
            </w:pPr>
            <w:r>
              <w:rPr>
                <w:sz w:val="16"/>
              </w:rPr>
              <w:t>Insufficient Data</w:t>
            </w:r>
          </w:p>
        </w:tc>
        <w:tc>
          <w:tcPr>
            <w:tcW w:type="dxa" w:w="1635"/>
          </w:tcPr>
          <w:p>
            <w:pPr>
              <w:spacing w:after="0"/>
              <w:jc w:val="left"/>
            </w:pPr>
            <w:r>
              <w:rPr>
                <w:sz w:val="16"/>
              </w:rPr>
              <w:t>Insufficient Data</w:t>
            </w:r>
          </w:p>
        </w:tc>
        <w:tc>
          <w:tcPr>
            <w:tcW w:type="dxa" w:w="1126"/>
          </w:tcPr>
          <w:p>
            <w:pPr>
              <w:spacing w:after="0"/>
              <w:jc w:val="right"/>
            </w:pPr>
            <w:r>
              <w:rPr>
                <w:sz w:val="16"/>
              </w:rPr>
              <w:t>n/a</w:t>
            </w:r>
          </w:p>
        </w:tc>
        <w:tc>
          <w:tcPr>
            <w:tcW w:type="dxa" w:w="1126"/>
          </w:tcPr>
          <w:p>
            <w:pPr>
              <w:spacing w:after="0"/>
              <w:jc w:val="right"/>
            </w:pPr>
            <w:r>
              <w:rPr>
                <w:sz w:val="16"/>
              </w:rPr>
              <w:t>n/a</w:t>
            </w:r>
          </w:p>
        </w:tc>
        <w:tc>
          <w:tcPr>
            <w:tcW w:type="dxa" w:w="1733"/>
          </w:tcPr>
          <w:p>
            <w:pPr>
              <w:spacing w:after="0"/>
              <w:jc w:val="right"/>
            </w:pPr>
            <w:r>
              <w:rPr>
                <w:sz w:val="16"/>
              </w:rPr>
              <w:t>n/a</w:t>
            </w:r>
          </w:p>
        </w:tc>
        <w:tc>
          <w:tcPr>
            <w:tcW w:type="dxa" w:w="1186"/>
          </w:tcPr>
          <w:p>
            <w:pPr>
              <w:spacing w:after="0"/>
              <w:jc w:val="right"/>
            </w:pPr>
            <w:r>
              <w:rPr>
                <w:sz w:val="16"/>
              </w:rPr>
              <w:t>n/a</w:t>
            </w:r>
          </w:p>
        </w:tc>
        <w:tc>
          <w:tcPr>
            <w:tcW w:type="dxa" w:w="1877"/>
          </w:tcPr>
          <w:p>
            <w:pPr>
              <w:spacing w:after="0"/>
              <w:jc w:val="right"/>
            </w:pPr>
            <w:r>
              <w:rPr>
                <w:sz w:val="16"/>
              </w:rPr>
              <w:t>0</w:t>
            </w:r>
          </w:p>
        </w:tc>
        <w:tc>
          <w:tcPr>
            <w:tcW w:type="dxa" w:w="2052"/>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landslide and tsunami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Coastal Flooding and 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762"/>
        <w:gridCol w:w="10350"/>
      </w:tblGrid>
      <w:tr>
        <w:trPr>
          <w:cantSplit/>
          <w:tblHeader/>
        </w:trPr>
        <w:tc>
          <w:tcPr>
            <w:tcW w:type="dxa" w:w="3762"/>
            <w:shd w:val="clear" w:color="auto" w:fill="E8E8E8"/>
          </w:tcPr>
          <w:p>
            <w:pPr>
              <w:spacing w:after="0"/>
              <w:jc w:val="left"/>
            </w:pPr>
            <w:r>
              <w:rPr>
                <w:b/>
                <w:sz w:val="16"/>
              </w:rPr>
              <w:t>Hazard</w:t>
            </w:r>
          </w:p>
        </w:tc>
        <w:tc>
          <w:tcPr>
            <w:tcW w:type="dxa" w:w="10350"/>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762"/>
          </w:tcPr>
          <w:p>
            <w:pPr>
              <w:spacing w:after="0"/>
              <w:jc w:val="left"/>
            </w:pPr>
            <w:r>
              <w:rPr>
                <w:sz w:val="16"/>
              </w:rPr>
              <w:t>Earthquake</w:t>
            </w:r>
          </w:p>
        </w:tc>
        <w:tc>
          <w:tcPr>
            <w:tcW w:type="dxa" w:w="10350"/>
          </w:tcPr>
          <w:p>
            <w:pPr>
              <w:spacing w:after="0"/>
              <w:jc w:val="left"/>
            </w:pPr>
            <w:r>
              <w:rPr>
                <w:sz w:val="16"/>
              </w:rPr>
              <w:t>tract 324.01 (Relatively Low, 44.0); tract 319 (Very Low, 39.3); tract 322 (Very Low, 36.3)</w:t>
            </w:r>
          </w:p>
        </w:tc>
      </w:tr>
      <w:tr>
        <w:trPr>
          <w:cantSplit/>
        </w:trPr>
        <w:tc>
          <w:tcPr>
            <w:tcW w:type="dxa" w:w="3762"/>
          </w:tcPr>
          <w:p>
            <w:pPr>
              <w:spacing w:after="0"/>
              <w:jc w:val="left"/>
            </w:pPr>
            <w:r>
              <w:rPr>
                <w:sz w:val="16"/>
              </w:rPr>
              <w:t>Hurricane</w:t>
            </w:r>
          </w:p>
        </w:tc>
        <w:tc>
          <w:tcPr>
            <w:tcW w:type="dxa" w:w="10350"/>
          </w:tcPr>
          <w:p>
            <w:pPr>
              <w:spacing w:after="0"/>
              <w:jc w:val="left"/>
            </w:pPr>
            <w:r>
              <w:rPr>
                <w:sz w:val="16"/>
              </w:rPr>
              <w:t>tract 313 (Very Low, 43.4); tract 306 (Very Low, 41.7); tract 305.01 (Very Low, 37.7)</w:t>
            </w:r>
          </w:p>
        </w:tc>
      </w:tr>
      <w:tr>
        <w:trPr>
          <w:cantSplit/>
        </w:trPr>
        <w:tc>
          <w:tcPr>
            <w:tcW w:type="dxa" w:w="3762"/>
          </w:tcPr>
          <w:p>
            <w:pPr>
              <w:spacing w:after="0"/>
              <w:jc w:val="left"/>
            </w:pPr>
            <w:r>
              <w:rPr>
                <w:sz w:val="16"/>
              </w:rPr>
              <w:t>Landslide</w:t>
            </w:r>
          </w:p>
        </w:tc>
        <w:tc>
          <w:tcPr>
            <w:tcW w:type="dxa" w:w="10350"/>
          </w:tcPr>
          <w:p>
            <w:pPr>
              <w:spacing w:after="0"/>
              <w:jc w:val="left"/>
            </w:pPr>
            <w:r>
              <w:rPr>
                <w:sz w:val="16"/>
              </w:rPr>
              <w:t>tract 313 (Relatively Low, 89.0); tract 306 (Relatively Low, 88.5); tract 302 (Relatively Low, 85.5)</w:t>
            </w:r>
          </w:p>
        </w:tc>
      </w:tr>
      <w:tr>
        <w:trPr>
          <w:cantSplit/>
        </w:trPr>
        <w:tc>
          <w:tcPr>
            <w:tcW w:type="dxa" w:w="3762"/>
          </w:tcPr>
          <w:p>
            <w:pPr>
              <w:spacing w:after="0"/>
              <w:jc w:val="left"/>
            </w:pPr>
            <w:r>
              <w:rPr>
                <w:sz w:val="16"/>
              </w:rPr>
              <w:t>Tornado</w:t>
            </w:r>
          </w:p>
        </w:tc>
        <w:tc>
          <w:tcPr>
            <w:tcW w:type="dxa" w:w="10350"/>
          </w:tcPr>
          <w:p>
            <w:pPr>
              <w:spacing w:after="0"/>
              <w:jc w:val="left"/>
            </w:pPr>
            <w:r>
              <w:rPr>
                <w:sz w:val="16"/>
              </w:rPr>
              <w:t>tract 319 (Relatively High, 77.6); tract 320 (Relatively High, 74.9); tract 306 (Relatively Moderate, 73.0)</w:t>
            </w:r>
          </w:p>
        </w:tc>
      </w:tr>
      <w:tr>
        <w:trPr>
          <w:cantSplit/>
        </w:trPr>
        <w:tc>
          <w:tcPr>
            <w:tcW w:type="dxa" w:w="3762"/>
          </w:tcPr>
          <w:p>
            <w:pPr>
              <w:spacing w:after="0"/>
              <w:jc w:val="left"/>
            </w:pPr>
            <w:r>
              <w:rPr>
                <w:sz w:val="16"/>
              </w:rPr>
              <w:t>Tsunami</w:t>
            </w:r>
          </w:p>
        </w:tc>
        <w:tc>
          <w:tcPr>
            <w:tcW w:type="dxa" w:w="10350"/>
          </w:tcPr>
          <w:p>
            <w:pPr>
              <w:spacing w:after="0"/>
              <w:jc w:val="left"/>
            </w:pPr>
            <w:r>
              <w:rPr>
                <w:sz w:val="16"/>
              </w:rPr>
              <w:t>no tract has a National Risk Index rating for this hazard</w:t>
            </w:r>
          </w:p>
        </w:tc>
      </w:tr>
      <w:tr>
        <w:trPr>
          <w:cantSplit/>
        </w:trPr>
        <w:tc>
          <w:tcPr>
            <w:tcW w:type="dxa" w:w="3762"/>
          </w:tcPr>
          <w:p>
            <w:pPr>
              <w:spacing w:after="0"/>
              <w:jc w:val="left"/>
            </w:pPr>
            <w:r>
              <w:rPr>
                <w:sz w:val="16"/>
              </w:rPr>
              <w:t>Wildfire</w:t>
            </w:r>
          </w:p>
        </w:tc>
        <w:tc>
          <w:tcPr>
            <w:tcW w:type="dxa" w:w="10350"/>
          </w:tcPr>
          <w:p>
            <w:pPr>
              <w:spacing w:after="0"/>
              <w:jc w:val="left"/>
            </w:pPr>
            <w:r>
              <w:rPr>
                <w:sz w:val="16"/>
              </w:rPr>
              <w:t>tract 308.02 (Very Low, 67.4); tract 306 (Very Low, 66.9); tract 318 (Very Low, 66.7)</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324.01 is Census Tract 324.01).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931"/>
        <w:gridCol w:w="2047"/>
        <w:gridCol w:w="1531"/>
        <w:gridCol w:w="1513"/>
        <w:gridCol w:w="1495"/>
        <w:gridCol w:w="1713"/>
        <w:gridCol w:w="2269"/>
        <w:gridCol w:w="1612"/>
      </w:tblGrid>
      <w:tr>
        <w:trPr>
          <w:cantSplit/>
          <w:tblHeader/>
        </w:trPr>
        <w:tc>
          <w:tcPr>
            <w:tcW w:type="dxa" w:w="1931"/>
            <w:shd w:val="clear" w:color="auto" w:fill="E8E8E8"/>
          </w:tcPr>
          <w:p>
            <w:pPr>
              <w:spacing w:after="0"/>
              <w:jc w:val="left"/>
            </w:pPr>
            <w:r>
              <w:rPr>
                <w:b/>
                <w:sz w:val="16"/>
              </w:rPr>
              <w:t>Hazard</w:t>
            </w:r>
          </w:p>
        </w:tc>
        <w:tc>
          <w:tcPr>
            <w:tcW w:type="dxa" w:w="2047"/>
            <w:shd w:val="clear" w:color="auto" w:fill="E8E8E8"/>
          </w:tcPr>
          <w:p>
            <w:pPr>
              <w:spacing w:after="0"/>
              <w:jc w:val="left"/>
            </w:pPr>
            <w:r>
              <w:rPr>
                <w:b/>
                <w:sz w:val="16"/>
              </w:rPr>
              <w:t>Scale</w:t>
            </w:r>
          </w:p>
        </w:tc>
        <w:tc>
          <w:tcPr>
            <w:tcW w:type="dxa" w:w="1531"/>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513"/>
            <w:shd w:val="clear" w:color="auto" w:fill="E8E8E8"/>
          </w:tcPr>
          <w:p>
            <w:pPr>
              <w:spacing w:after="0"/>
              <w:jc w:val="left"/>
            </w:pPr>
            <w:r>
              <w:rPr>
                <w:b/>
                <w:sz w:val="16"/>
              </w:rPr>
              <w:t>Observed range</w:t>
            </w:r>
          </w:p>
        </w:tc>
        <w:tc>
          <w:tcPr>
            <w:tcW w:type="dxa" w:w="1495"/>
            <w:shd w:val="clear" w:color="auto" w:fill="E8E8E8"/>
          </w:tcPr>
          <w:p>
            <w:pPr>
              <w:spacing w:after="0"/>
              <w:jc w:val="left"/>
            </w:pPr>
            <w:r>
              <w:rPr>
                <w:b/>
                <w:sz w:val="16"/>
              </w:rPr>
              <w:t>Worst recorded event</w:t>
            </w:r>
          </w:p>
        </w:tc>
        <w:tc>
          <w:tcPr>
            <w:tcW w:type="dxa" w:w="1713"/>
            <w:shd w:val="clear" w:color="auto" w:fill="E8E8E8"/>
          </w:tcPr>
          <w:p>
            <w:pPr>
              <w:spacing w:after="0"/>
              <w:jc w:val="left"/>
            </w:pPr>
            <w:r>
              <w:rPr>
                <w:b/>
                <w:sz w:val="16"/>
              </w:rPr>
              <w:t>Most damaging (when different)</w:t>
            </w:r>
          </w:p>
        </w:tc>
        <w:tc>
          <w:tcPr>
            <w:tcW w:type="dxa" w:w="2269"/>
            <w:shd w:val="clear" w:color="auto" w:fill="E8E8E8"/>
          </w:tcPr>
          <w:p>
            <w:pPr>
              <w:spacing w:after="0"/>
              <w:jc w:val="left"/>
            </w:pPr>
            <w:r>
              <w:rPr>
                <w:b/>
                <w:sz w:val="16"/>
              </w:rPr>
              <w:t>How it applies to jurisdictions</w:t>
            </w:r>
          </w:p>
        </w:tc>
        <w:tc>
          <w:tcPr>
            <w:tcW w:type="dxa" w:w="1612"/>
            <w:shd w:val="clear" w:color="auto" w:fill="E8E8E8"/>
          </w:tcPr>
          <w:p>
            <w:pPr>
              <w:spacing w:after="0"/>
              <w:jc w:val="left"/>
            </w:pPr>
            <w:r>
              <w:rPr>
                <w:b/>
                <w:sz w:val="16"/>
              </w:rPr>
              <w:t>Note</w:t>
            </w:r>
          </w:p>
        </w:tc>
      </w:tr>
      <w:tr>
        <w:trPr>
          <w:cantSplit/>
        </w:trPr>
        <w:tc>
          <w:tcPr>
            <w:tcW w:type="dxa" w:w="1931"/>
          </w:tcPr>
          <w:p>
            <w:pPr>
              <w:spacing w:after="0"/>
              <w:jc w:val="left"/>
            </w:pPr>
            <w:r>
              <w:rPr>
                <w:sz w:val="16"/>
              </w:rPr>
              <w:t>Coastal Flood, Storm Surge/Tide</w:t>
            </w:r>
          </w:p>
        </w:tc>
        <w:tc>
          <w:tcPr>
            <w:tcW w:type="dxa" w:w="2047"/>
          </w:tcPr>
          <w:p>
            <w:pPr>
              <w:spacing w:after="0"/>
              <w:jc w:val="left"/>
            </w:pPr>
            <w:r>
              <w:rPr>
                <w:sz w:val="16"/>
              </w:rPr>
              <w:t>none in data (flood depth: FIRM)</w:t>
            </w:r>
          </w:p>
        </w:tc>
        <w:tc>
          <w:tcPr>
            <w:tcW w:type="dxa" w:w="1531"/>
          </w:tcPr>
          <w:p>
            <w:pPr>
              <w:spacing w:after="0"/>
              <w:jc w:val="right"/>
            </w:pPr>
            <w:r>
              <w:rPr>
                <w:sz w:val="16"/>
              </w:rPr>
              <w:t>0</w:t>
            </w:r>
          </w:p>
        </w:tc>
        <w:tc>
          <w:tcPr>
            <w:tcW w:type="dxa" w:w="1513"/>
          </w:tcPr>
          <w:p>
            <w:pPr>
              <w:spacing w:after="0"/>
              <w:jc w:val="left"/>
            </w:pPr>
          </w:p>
        </w:tc>
        <w:tc>
          <w:tcPr>
            <w:tcW w:type="dxa" w:w="1495"/>
          </w:tcPr>
          <w:p>
            <w:pPr>
              <w:spacing w:after="0"/>
              <w:jc w:val="left"/>
            </w:pPr>
          </w:p>
        </w:tc>
        <w:tc>
          <w:tcPr>
            <w:tcW w:type="dxa" w:w="1713"/>
          </w:tcPr>
          <w:p>
            <w:pPr>
              <w:spacing w:after="0"/>
              <w:jc w:val="left"/>
            </w:pPr>
          </w:p>
        </w:tc>
        <w:tc>
          <w:tcPr>
            <w:tcW w:type="dxa" w:w="2269"/>
          </w:tcPr>
          <w:p>
            <w:pPr>
              <w:spacing w:after="0"/>
              <w:jc w:val="left"/>
            </w:pPr>
          </w:p>
        </w:tc>
        <w:tc>
          <w:tcPr>
            <w:tcW w:type="dxa" w:w="1612"/>
          </w:tcPr>
          <w:p>
            <w:pPr>
              <w:spacing w:after="0"/>
              <w:jc w:val="left"/>
            </w:pPr>
            <w:r>
              <w:rPr>
                <w:sz w:val="16"/>
              </w:rPr>
              <w:t>Flood depth: see the FEMA Flood Insurance Rate Map.</w:t>
            </w:r>
          </w:p>
        </w:tc>
      </w:tr>
      <w:tr>
        <w:trPr>
          <w:cantSplit/>
        </w:trPr>
        <w:tc>
          <w:tcPr>
            <w:tcW w:type="dxa" w:w="1931"/>
          </w:tcPr>
          <w:p>
            <w:pPr>
              <w:spacing w:after="0"/>
              <w:jc w:val="left"/>
            </w:pPr>
            <w:r>
              <w:rPr>
                <w:sz w:val="16"/>
              </w:rPr>
              <w:t>Cold/Wind Chill, Extreme Cold/Wind Chill</w:t>
            </w:r>
          </w:p>
        </w:tc>
        <w:tc>
          <w:tcPr>
            <w:tcW w:type="dxa" w:w="2047"/>
          </w:tcPr>
          <w:p>
            <w:pPr>
              <w:spacing w:after="0"/>
              <w:jc w:val="left"/>
            </w:pPr>
            <w:r>
              <w:rPr>
                <w:sz w:val="16"/>
              </w:rPr>
              <w:t>wind chill</w:t>
            </w:r>
          </w:p>
        </w:tc>
        <w:tc>
          <w:tcPr>
            <w:tcW w:type="dxa" w:w="1531"/>
          </w:tcPr>
          <w:p>
            <w:pPr>
              <w:spacing w:after="0"/>
              <w:jc w:val="right"/>
            </w:pPr>
            <w:r>
              <w:rPr>
                <w:sz w:val="16"/>
              </w:rPr>
              <w:t>0</w:t>
            </w:r>
          </w:p>
        </w:tc>
        <w:tc>
          <w:tcPr>
            <w:tcW w:type="dxa" w:w="1513"/>
          </w:tcPr>
          <w:p>
            <w:pPr>
              <w:spacing w:after="0"/>
              <w:jc w:val="left"/>
            </w:pPr>
          </w:p>
        </w:tc>
        <w:tc>
          <w:tcPr>
            <w:tcW w:type="dxa" w:w="1495"/>
          </w:tcPr>
          <w:p>
            <w:pPr>
              <w:spacing w:after="0"/>
              <w:jc w:val="left"/>
            </w:pPr>
          </w:p>
        </w:tc>
        <w:tc>
          <w:tcPr>
            <w:tcW w:type="dxa" w:w="1713"/>
          </w:tcPr>
          <w:p>
            <w:pPr>
              <w:spacing w:after="0"/>
              <w:jc w:val="left"/>
            </w:pPr>
          </w:p>
        </w:tc>
        <w:tc>
          <w:tcPr>
            <w:tcW w:type="dxa" w:w="2269"/>
          </w:tcPr>
          <w:p>
            <w:pPr>
              <w:spacing w:after="0"/>
              <w:jc w:val="left"/>
            </w:pPr>
          </w:p>
        </w:tc>
        <w:tc>
          <w:tcPr>
            <w:tcW w:type="dxa" w:w="1612"/>
          </w:tcPr>
          <w:p>
            <w:pPr>
              <w:spacing w:after="0"/>
              <w:jc w:val="left"/>
            </w:pPr>
          </w:p>
        </w:tc>
      </w:tr>
      <w:tr>
        <w:trPr>
          <w:cantSplit/>
        </w:trPr>
        <w:tc>
          <w:tcPr>
            <w:tcW w:type="dxa" w:w="1931"/>
          </w:tcPr>
          <w:p>
            <w:pPr>
              <w:spacing w:after="0"/>
              <w:jc w:val="left"/>
            </w:pPr>
            <w:r>
              <w:rPr>
                <w:sz w:val="16"/>
              </w:rPr>
              <w:t>Frost/Freeze (outside NRI's Cold Wave definition)</w:t>
            </w:r>
          </w:p>
        </w:tc>
        <w:tc>
          <w:tcPr>
            <w:tcW w:type="dxa" w:w="2047"/>
          </w:tcPr>
          <w:p>
            <w:pPr>
              <w:spacing w:after="0"/>
              <w:jc w:val="left"/>
            </w:pPr>
            <w:r>
              <w:rPr>
                <w:sz w:val="16"/>
              </w:rPr>
              <w:t>crop damage</w:t>
            </w:r>
          </w:p>
        </w:tc>
        <w:tc>
          <w:tcPr>
            <w:tcW w:type="dxa" w:w="1531"/>
          </w:tcPr>
          <w:p>
            <w:pPr>
              <w:spacing w:after="0"/>
              <w:jc w:val="right"/>
            </w:pPr>
            <w:r>
              <w:rPr>
                <w:sz w:val="16"/>
              </w:rPr>
              <w:t>0</w:t>
            </w:r>
          </w:p>
        </w:tc>
        <w:tc>
          <w:tcPr>
            <w:tcW w:type="dxa" w:w="1513"/>
          </w:tcPr>
          <w:p>
            <w:pPr>
              <w:spacing w:after="0"/>
              <w:jc w:val="left"/>
            </w:pPr>
          </w:p>
        </w:tc>
        <w:tc>
          <w:tcPr>
            <w:tcW w:type="dxa" w:w="1495"/>
          </w:tcPr>
          <w:p>
            <w:pPr>
              <w:spacing w:after="0"/>
              <w:jc w:val="left"/>
            </w:pPr>
          </w:p>
        </w:tc>
        <w:tc>
          <w:tcPr>
            <w:tcW w:type="dxa" w:w="1713"/>
          </w:tcPr>
          <w:p>
            <w:pPr>
              <w:spacing w:after="0"/>
              <w:jc w:val="left"/>
            </w:pPr>
          </w:p>
        </w:tc>
        <w:tc>
          <w:tcPr>
            <w:tcW w:type="dxa" w:w="2269"/>
          </w:tcPr>
          <w:p>
            <w:pPr>
              <w:spacing w:after="0"/>
              <w:jc w:val="left"/>
            </w:pPr>
          </w:p>
        </w:tc>
        <w:tc>
          <w:tcPr>
            <w:tcW w:type="dxa" w:w="1612"/>
          </w:tcPr>
          <w:p>
            <w:pPr>
              <w:spacing w:after="0"/>
              <w:jc w:val="left"/>
            </w:pPr>
          </w:p>
        </w:tc>
      </w:tr>
      <w:tr>
        <w:trPr>
          <w:cantSplit/>
        </w:trPr>
        <w:tc>
          <w:tcPr>
            <w:tcW w:type="dxa" w:w="1931"/>
          </w:tcPr>
          <w:p>
            <w:pPr>
              <w:spacing w:after="0"/>
              <w:jc w:val="left"/>
            </w:pPr>
            <w:r>
              <w:rPr>
                <w:sz w:val="16"/>
              </w:rPr>
              <w:t>Drought</w:t>
            </w:r>
          </w:p>
        </w:tc>
        <w:tc>
          <w:tcPr>
            <w:tcW w:type="dxa" w:w="2047"/>
          </w:tcPr>
          <w:p>
            <w:pPr>
              <w:spacing w:after="0"/>
              <w:jc w:val="left"/>
            </w:pPr>
            <w:r>
              <w:rPr>
                <w:sz w:val="16"/>
              </w:rPr>
              <w:t>U.S. Drought Monitor scale (D0 to D4)</w:t>
            </w:r>
          </w:p>
        </w:tc>
        <w:tc>
          <w:tcPr>
            <w:tcW w:type="dxa" w:w="1531"/>
          </w:tcPr>
          <w:p>
            <w:pPr>
              <w:spacing w:after="0"/>
              <w:jc w:val="right"/>
            </w:pPr>
            <w:r>
              <w:rPr>
                <w:sz w:val="16"/>
              </w:rPr>
              <w:t>0</w:t>
            </w:r>
          </w:p>
        </w:tc>
        <w:tc>
          <w:tcPr>
            <w:tcW w:type="dxa" w:w="1513"/>
          </w:tcPr>
          <w:p>
            <w:pPr>
              <w:spacing w:after="0"/>
              <w:jc w:val="left"/>
            </w:pPr>
          </w:p>
        </w:tc>
        <w:tc>
          <w:tcPr>
            <w:tcW w:type="dxa" w:w="1495"/>
          </w:tcPr>
          <w:p>
            <w:pPr>
              <w:spacing w:after="0"/>
              <w:jc w:val="left"/>
            </w:pPr>
          </w:p>
        </w:tc>
        <w:tc>
          <w:tcPr>
            <w:tcW w:type="dxa" w:w="1713"/>
          </w:tcPr>
          <w:p>
            <w:pPr>
              <w:spacing w:after="0"/>
              <w:jc w:val="left"/>
            </w:pPr>
          </w:p>
        </w:tc>
        <w:tc>
          <w:tcPr>
            <w:tcW w:type="dxa" w:w="2269"/>
          </w:tcPr>
          <w:p>
            <w:pPr>
              <w:spacing w:after="0"/>
              <w:jc w:val="left"/>
            </w:pPr>
          </w:p>
        </w:tc>
        <w:tc>
          <w:tcPr>
            <w:tcW w:type="dxa" w:w="1612"/>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931"/>
          </w:tcPr>
          <w:p>
            <w:pPr>
              <w:spacing w:after="0"/>
              <w:jc w:val="left"/>
            </w:pPr>
            <w:r>
              <w:rPr>
                <w:sz w:val="16"/>
              </w:rPr>
              <w:t>Earthquake</w:t>
            </w:r>
          </w:p>
        </w:tc>
        <w:tc>
          <w:tcPr>
            <w:tcW w:type="dxa" w:w="2047"/>
          </w:tcPr>
          <w:p>
            <w:pPr>
              <w:spacing w:after="0"/>
              <w:jc w:val="left"/>
            </w:pPr>
            <w:r>
              <w:rPr>
                <w:sz w:val="16"/>
              </w:rPr>
              <w:t>Modified Mercalli (local data)</w:t>
            </w:r>
          </w:p>
        </w:tc>
        <w:tc>
          <w:tcPr>
            <w:tcW w:type="dxa" w:w="1531"/>
          </w:tcPr>
          <w:p>
            <w:pPr>
              <w:spacing w:after="0"/>
              <w:jc w:val="right"/>
            </w:pPr>
            <w:r>
              <w:rPr>
                <w:sz w:val="16"/>
              </w:rPr>
              <w:t>0</w:t>
            </w:r>
          </w:p>
        </w:tc>
        <w:tc>
          <w:tcPr>
            <w:tcW w:type="dxa" w:w="1513"/>
          </w:tcPr>
          <w:p>
            <w:pPr>
              <w:spacing w:after="0"/>
              <w:jc w:val="left"/>
            </w:pPr>
          </w:p>
        </w:tc>
        <w:tc>
          <w:tcPr>
            <w:tcW w:type="dxa" w:w="1495"/>
          </w:tcPr>
          <w:p>
            <w:pPr>
              <w:spacing w:after="0"/>
              <w:jc w:val="left"/>
            </w:pPr>
          </w:p>
        </w:tc>
        <w:tc>
          <w:tcPr>
            <w:tcW w:type="dxa" w:w="1713"/>
          </w:tcPr>
          <w:p>
            <w:pPr>
              <w:spacing w:after="0"/>
              <w:jc w:val="left"/>
            </w:pPr>
          </w:p>
        </w:tc>
        <w:tc>
          <w:tcPr>
            <w:tcW w:type="dxa" w:w="2269"/>
          </w:tcPr>
          <w:p>
            <w:pPr>
              <w:spacing w:after="0"/>
              <w:jc w:val="left"/>
            </w:pPr>
          </w:p>
        </w:tc>
        <w:tc>
          <w:tcPr>
            <w:tcW w:type="dxa" w:w="1612"/>
          </w:tcPr>
          <w:p>
            <w:pPr>
              <w:spacing w:after="0"/>
              <w:jc w:val="left"/>
            </w:pPr>
            <w:r>
              <w:rPr>
                <w:sz w:val="16"/>
              </w:rPr>
              <w:t>Storm Events does not record earthquakes; the USGS earthquake catalog is the source.</w:t>
            </w:r>
          </w:p>
        </w:tc>
      </w:tr>
      <w:tr>
        <w:trPr>
          <w:cantSplit/>
        </w:trPr>
        <w:tc>
          <w:tcPr>
            <w:tcW w:type="dxa" w:w="1931"/>
          </w:tcPr>
          <w:p>
            <w:pPr>
              <w:spacing w:after="0"/>
              <w:jc w:val="left"/>
            </w:pPr>
            <w:r>
              <w:rPr>
                <w:sz w:val="16"/>
              </w:rPr>
              <w:t>Hail</w:t>
            </w:r>
          </w:p>
        </w:tc>
        <w:tc>
          <w:tcPr>
            <w:tcW w:type="dxa" w:w="2047"/>
          </w:tcPr>
          <w:p>
            <w:pPr>
              <w:spacing w:after="0"/>
              <w:jc w:val="left"/>
            </w:pPr>
            <w:r>
              <w:rPr>
                <w:sz w:val="16"/>
              </w:rPr>
              <w:t>hail size (inches)</w:t>
            </w:r>
          </w:p>
        </w:tc>
        <w:tc>
          <w:tcPr>
            <w:tcW w:type="dxa" w:w="1531"/>
          </w:tcPr>
          <w:p>
            <w:pPr>
              <w:spacing w:after="0"/>
              <w:jc w:val="right"/>
            </w:pPr>
            <w:r>
              <w:rPr>
                <w:sz w:val="16"/>
              </w:rPr>
              <w:t>77 records, 1955 to 2023</w:t>
            </w:r>
          </w:p>
        </w:tc>
        <w:tc>
          <w:tcPr>
            <w:tcW w:type="dxa" w:w="1513"/>
          </w:tcPr>
          <w:p>
            <w:pPr>
              <w:spacing w:after="0"/>
              <w:jc w:val="left"/>
            </w:pPr>
            <w:r>
              <w:rPr>
                <w:sz w:val="16"/>
              </w:rPr>
              <w:t>0.75 in to 4 in (median 1 in); 77 with a recorded value</w:t>
            </w:r>
          </w:p>
        </w:tc>
        <w:tc>
          <w:tcPr>
            <w:tcW w:type="dxa" w:w="1495"/>
          </w:tcPr>
          <w:p>
            <w:pPr>
              <w:spacing w:after="0"/>
              <w:jc w:val="left"/>
            </w:pPr>
            <w:r>
              <w:rPr>
                <w:sz w:val="16"/>
              </w:rPr>
              <w:t>4 in hail, 1955-10-23</w:t>
            </w:r>
          </w:p>
        </w:tc>
        <w:tc>
          <w:tcPr>
            <w:tcW w:type="dxa" w:w="1713"/>
          </w:tcPr>
          <w:p>
            <w:pPr>
              <w:spacing w:after="0"/>
              <w:jc w:val="left"/>
            </w:pPr>
            <w:r>
              <w:rPr>
                <w:sz w:val="16"/>
              </w:rPr>
              <w:t>Hail, 2023-04-04, $500,000 property; $0 crops (2023 dollars)</w:t>
            </w:r>
          </w:p>
        </w:tc>
        <w:tc>
          <w:tcPr>
            <w:tcW w:type="dxa" w:w="2269"/>
          </w:tcPr>
          <w:p>
            <w:pPr>
              <w:spacing w:after="0"/>
              <w:jc w:val="left"/>
            </w:pPr>
            <w:r>
              <w:rPr>
                <w:sz w:val="16"/>
              </w:rPr>
              <w:t>Event records naming jurisdictions in the plan: Allegan city (11 records), Allegan township (11 records), Wayland city (8 records), Wayland township (8 records), Plainwell city (7 records), Saugatuck city (4 records), Saugatuck township (4 records), Dorr township (3 records), Fennville city (3 records), Holland city (3 records); and 9 more jurisdictions (see the Excel file).</w:t>
            </w:r>
          </w:p>
        </w:tc>
        <w:tc>
          <w:tcPr>
            <w:tcW w:type="dxa" w:w="1612"/>
          </w:tcPr>
          <w:p>
            <w:pPr>
              <w:spacing w:after="0"/>
              <w:jc w:val="left"/>
            </w:pPr>
          </w:p>
        </w:tc>
      </w:tr>
      <w:tr>
        <w:trPr>
          <w:cantSplit/>
        </w:trPr>
        <w:tc>
          <w:tcPr>
            <w:tcW w:type="dxa" w:w="1931"/>
          </w:tcPr>
          <w:p>
            <w:pPr>
              <w:spacing w:after="0"/>
              <w:jc w:val="left"/>
            </w:pPr>
            <w:r>
              <w:rPr>
                <w:sz w:val="16"/>
              </w:rPr>
              <w:t>Excessive Heat, Heat</w:t>
            </w:r>
          </w:p>
        </w:tc>
        <w:tc>
          <w:tcPr>
            <w:tcW w:type="dxa" w:w="2047"/>
          </w:tcPr>
          <w:p>
            <w:pPr>
              <w:spacing w:after="0"/>
              <w:jc w:val="left"/>
            </w:pPr>
            <w:r>
              <w:rPr>
                <w:sz w:val="16"/>
              </w:rPr>
              <w:t>heat index (in event narratives)</w:t>
            </w:r>
          </w:p>
        </w:tc>
        <w:tc>
          <w:tcPr>
            <w:tcW w:type="dxa" w:w="1531"/>
          </w:tcPr>
          <w:p>
            <w:pPr>
              <w:spacing w:after="0"/>
              <w:jc w:val="right"/>
            </w:pPr>
            <w:r>
              <w:rPr>
                <w:sz w:val="16"/>
              </w:rPr>
              <w:t>0</w:t>
            </w:r>
          </w:p>
        </w:tc>
        <w:tc>
          <w:tcPr>
            <w:tcW w:type="dxa" w:w="1513"/>
          </w:tcPr>
          <w:p>
            <w:pPr>
              <w:spacing w:after="0"/>
              <w:jc w:val="left"/>
            </w:pPr>
          </w:p>
        </w:tc>
        <w:tc>
          <w:tcPr>
            <w:tcW w:type="dxa" w:w="1495"/>
          </w:tcPr>
          <w:p>
            <w:pPr>
              <w:spacing w:after="0"/>
              <w:jc w:val="left"/>
            </w:pPr>
          </w:p>
        </w:tc>
        <w:tc>
          <w:tcPr>
            <w:tcW w:type="dxa" w:w="1713"/>
          </w:tcPr>
          <w:p>
            <w:pPr>
              <w:spacing w:after="0"/>
              <w:jc w:val="left"/>
            </w:pPr>
          </w:p>
        </w:tc>
        <w:tc>
          <w:tcPr>
            <w:tcW w:type="dxa" w:w="2269"/>
          </w:tcPr>
          <w:p>
            <w:pPr>
              <w:spacing w:after="0"/>
              <w:jc w:val="left"/>
            </w:pPr>
          </w:p>
        </w:tc>
        <w:tc>
          <w:tcPr>
            <w:tcW w:type="dxa" w:w="1612"/>
          </w:tcPr>
          <w:p>
            <w:pPr>
              <w:spacing w:after="0"/>
              <w:jc w:val="left"/>
            </w:pPr>
          </w:p>
        </w:tc>
      </w:tr>
      <w:tr>
        <w:trPr>
          <w:cantSplit/>
        </w:trPr>
        <w:tc>
          <w:tcPr>
            <w:tcW w:type="dxa" w:w="1931"/>
          </w:tcPr>
          <w:p>
            <w:pPr>
              <w:spacing w:after="0"/>
              <w:jc w:val="left"/>
            </w:pPr>
            <w:r>
              <w:rPr>
                <w:sz w:val="16"/>
              </w:rPr>
              <w:t>Hurricane, Tropical Storm, Tropical Depression</w:t>
            </w:r>
          </w:p>
        </w:tc>
        <w:tc>
          <w:tcPr>
            <w:tcW w:type="dxa" w:w="2047"/>
          </w:tcPr>
          <w:p>
            <w:pPr>
              <w:spacing w:after="0"/>
              <w:jc w:val="left"/>
            </w:pPr>
            <w:r>
              <w:rPr>
                <w:sz w:val="16"/>
              </w:rPr>
              <w:t>Saffir-Simpson</w:t>
            </w:r>
          </w:p>
        </w:tc>
        <w:tc>
          <w:tcPr>
            <w:tcW w:type="dxa" w:w="1531"/>
          </w:tcPr>
          <w:p>
            <w:pPr>
              <w:spacing w:after="0"/>
              <w:jc w:val="right"/>
            </w:pPr>
            <w:r>
              <w:rPr>
                <w:sz w:val="16"/>
              </w:rPr>
              <w:t>0</w:t>
            </w:r>
          </w:p>
        </w:tc>
        <w:tc>
          <w:tcPr>
            <w:tcW w:type="dxa" w:w="1513"/>
          </w:tcPr>
          <w:p>
            <w:pPr>
              <w:spacing w:after="0"/>
              <w:jc w:val="left"/>
            </w:pPr>
          </w:p>
        </w:tc>
        <w:tc>
          <w:tcPr>
            <w:tcW w:type="dxa" w:w="1495"/>
          </w:tcPr>
          <w:p>
            <w:pPr>
              <w:spacing w:after="0"/>
              <w:jc w:val="left"/>
            </w:pPr>
          </w:p>
        </w:tc>
        <w:tc>
          <w:tcPr>
            <w:tcW w:type="dxa" w:w="1713"/>
          </w:tcPr>
          <w:p>
            <w:pPr>
              <w:spacing w:after="0"/>
              <w:jc w:val="left"/>
            </w:pPr>
          </w:p>
        </w:tc>
        <w:tc>
          <w:tcPr>
            <w:tcW w:type="dxa" w:w="2269"/>
          </w:tcPr>
          <w:p>
            <w:pPr>
              <w:spacing w:after="0"/>
              <w:jc w:val="left"/>
            </w:pPr>
          </w:p>
        </w:tc>
        <w:tc>
          <w:tcPr>
            <w:tcW w:type="dxa" w:w="1612"/>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931"/>
          </w:tcPr>
          <w:p>
            <w:pPr>
              <w:spacing w:after="0"/>
              <w:jc w:val="left"/>
            </w:pPr>
            <w:r>
              <w:rPr>
                <w:sz w:val="16"/>
              </w:rPr>
              <w:t>Ice Storm</w:t>
            </w:r>
          </w:p>
        </w:tc>
        <w:tc>
          <w:tcPr>
            <w:tcW w:type="dxa" w:w="2047"/>
          </w:tcPr>
          <w:p>
            <w:pPr>
              <w:spacing w:after="0"/>
              <w:jc w:val="left"/>
            </w:pPr>
            <w:r>
              <w:rPr>
                <w:sz w:val="16"/>
              </w:rPr>
              <w:t>Sperry-Piltz ice scale (local data)</w:t>
            </w:r>
          </w:p>
        </w:tc>
        <w:tc>
          <w:tcPr>
            <w:tcW w:type="dxa" w:w="1531"/>
          </w:tcPr>
          <w:p>
            <w:pPr>
              <w:spacing w:after="0"/>
              <w:jc w:val="right"/>
            </w:pPr>
            <w:r>
              <w:rPr>
                <w:sz w:val="16"/>
              </w:rPr>
              <w:t>4 records, 1997 to 2023 (4 zone-level)</w:t>
            </w:r>
          </w:p>
        </w:tc>
        <w:tc>
          <w:tcPr>
            <w:tcW w:type="dxa" w:w="1513"/>
          </w:tcPr>
          <w:p>
            <w:pPr>
              <w:spacing w:after="0"/>
              <w:jc w:val="left"/>
            </w:pPr>
          </w:p>
        </w:tc>
        <w:tc>
          <w:tcPr>
            <w:tcW w:type="dxa" w:w="1495"/>
          </w:tcPr>
          <w:p>
            <w:pPr>
              <w:spacing w:after="0"/>
              <w:jc w:val="left"/>
            </w:pPr>
            <w:r>
              <w:rPr>
                <w:sz w:val="16"/>
              </w:rPr>
              <w:t>Ice Storm, 2019-02-05, $2,000,000 property; $0 crops (2019 dollars); NWS zone MIZ064</w:t>
            </w:r>
          </w:p>
        </w:tc>
        <w:tc>
          <w:tcPr>
            <w:tcW w:type="dxa" w:w="1713"/>
          </w:tcPr>
          <w:p>
            <w:pPr>
              <w:spacing w:after="0"/>
              <w:jc w:val="left"/>
            </w:pPr>
          </w:p>
        </w:tc>
        <w:tc>
          <w:tcPr>
            <w:tcW w:type="dxa" w:w="2269"/>
          </w:tcPr>
          <w:p>
            <w:pPr>
              <w:spacing w:after="0"/>
              <w:jc w:val="left"/>
            </w:pPr>
            <w:r>
              <w:rPr>
                <w:sz w:val="16"/>
              </w:rPr>
              <w:t>Countywide (zone-level records).</w:t>
            </w:r>
          </w:p>
        </w:tc>
        <w:tc>
          <w:tcPr>
            <w:tcW w:type="dxa" w:w="1612"/>
          </w:tcPr>
          <w:p>
            <w:pPr>
              <w:spacing w:after="0"/>
              <w:jc w:val="left"/>
            </w:pPr>
          </w:p>
        </w:tc>
      </w:tr>
      <w:tr>
        <w:trPr>
          <w:cantSplit/>
        </w:trPr>
        <w:tc>
          <w:tcPr>
            <w:tcW w:type="dxa" w:w="1931"/>
          </w:tcPr>
          <w:p>
            <w:pPr>
              <w:spacing w:after="0"/>
              <w:jc w:val="left"/>
            </w:pPr>
            <w:r>
              <w:rPr>
                <w:sz w:val="16"/>
              </w:rPr>
              <w:t>Flash Flood, Flood, Lakeshore Flood</w:t>
            </w:r>
          </w:p>
        </w:tc>
        <w:tc>
          <w:tcPr>
            <w:tcW w:type="dxa" w:w="2047"/>
          </w:tcPr>
          <w:p>
            <w:pPr>
              <w:spacing w:after="0"/>
              <w:jc w:val="left"/>
            </w:pPr>
            <w:r>
              <w:rPr>
                <w:sz w:val="16"/>
              </w:rPr>
              <w:t>damage and flood days (flood depth: FIRM)</w:t>
            </w:r>
          </w:p>
        </w:tc>
        <w:tc>
          <w:tcPr>
            <w:tcW w:type="dxa" w:w="1531"/>
          </w:tcPr>
          <w:p>
            <w:pPr>
              <w:spacing w:after="0"/>
              <w:jc w:val="right"/>
            </w:pPr>
            <w:r>
              <w:rPr>
                <w:sz w:val="16"/>
              </w:rPr>
              <w:t>20 records, 1996 to 2013 (4 zone-level)</w:t>
            </w:r>
          </w:p>
        </w:tc>
        <w:tc>
          <w:tcPr>
            <w:tcW w:type="dxa" w:w="1513"/>
          </w:tcPr>
          <w:p>
            <w:pPr>
              <w:spacing w:after="0"/>
              <w:jc w:val="left"/>
            </w:pPr>
          </w:p>
        </w:tc>
        <w:tc>
          <w:tcPr>
            <w:tcW w:type="dxa" w:w="1495"/>
          </w:tcPr>
          <w:p>
            <w:pPr>
              <w:spacing w:after="0"/>
              <w:jc w:val="left"/>
            </w:pPr>
            <w:r>
              <w:rPr>
                <w:sz w:val="16"/>
              </w:rPr>
              <w:t>Flash Flood, 1997-06-20, $2,000,000 property; $5,000,000 crops (1997 dollars), 4 direct injuries</w:t>
            </w:r>
          </w:p>
        </w:tc>
        <w:tc>
          <w:tcPr>
            <w:tcW w:type="dxa" w:w="1713"/>
          </w:tcPr>
          <w:p>
            <w:pPr>
              <w:spacing w:after="0"/>
              <w:jc w:val="left"/>
            </w:pPr>
          </w:p>
        </w:tc>
        <w:tc>
          <w:tcPr>
            <w:tcW w:type="dxa" w:w="2269"/>
          </w:tcPr>
          <w:p>
            <w:pPr>
              <w:spacing w:after="0"/>
              <w:jc w:val="left"/>
            </w:pPr>
            <w:r>
              <w:rPr>
                <w:sz w:val="16"/>
              </w:rPr>
              <w:t>Event records naming jurisdictions in the plan: Allegan city (2 records), Allegan township (2 records), Plainwell city (2 records), Wayland city (2 records), Wayland township (2 records), Fennville city (1 record), Holland city (1 record), Saugatuck city (1 record), Saugatuck township (1 record). Zone-level records (4) apply countywide.</w:t>
            </w:r>
          </w:p>
        </w:tc>
        <w:tc>
          <w:tcPr>
            <w:tcW w:type="dxa" w:w="1612"/>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931"/>
          </w:tcPr>
          <w:p>
            <w:pPr>
              <w:spacing w:after="0"/>
              <w:jc w:val="left"/>
            </w:pPr>
            <w:r>
              <w:rPr>
                <w:sz w:val="16"/>
              </w:rPr>
              <w:t>Debris Flow</w:t>
            </w:r>
          </w:p>
        </w:tc>
        <w:tc>
          <w:tcPr>
            <w:tcW w:type="dxa" w:w="2047"/>
          </w:tcPr>
          <w:p>
            <w:pPr>
              <w:spacing w:after="0"/>
              <w:jc w:val="left"/>
            </w:pPr>
            <w:r>
              <w:rPr>
                <w:sz w:val="16"/>
              </w:rPr>
              <w:t>none (count and damage only)</w:t>
            </w:r>
          </w:p>
        </w:tc>
        <w:tc>
          <w:tcPr>
            <w:tcW w:type="dxa" w:w="1531"/>
          </w:tcPr>
          <w:p>
            <w:pPr>
              <w:spacing w:after="0"/>
              <w:jc w:val="right"/>
            </w:pPr>
            <w:r>
              <w:rPr>
                <w:sz w:val="16"/>
              </w:rPr>
              <w:t>0</w:t>
            </w:r>
          </w:p>
        </w:tc>
        <w:tc>
          <w:tcPr>
            <w:tcW w:type="dxa" w:w="1513"/>
          </w:tcPr>
          <w:p>
            <w:pPr>
              <w:spacing w:after="0"/>
              <w:jc w:val="left"/>
            </w:pPr>
          </w:p>
        </w:tc>
        <w:tc>
          <w:tcPr>
            <w:tcW w:type="dxa" w:w="1495"/>
          </w:tcPr>
          <w:p>
            <w:pPr>
              <w:spacing w:after="0"/>
              <w:jc w:val="left"/>
            </w:pPr>
          </w:p>
        </w:tc>
        <w:tc>
          <w:tcPr>
            <w:tcW w:type="dxa" w:w="1713"/>
          </w:tcPr>
          <w:p>
            <w:pPr>
              <w:spacing w:after="0"/>
              <w:jc w:val="left"/>
            </w:pPr>
          </w:p>
        </w:tc>
        <w:tc>
          <w:tcPr>
            <w:tcW w:type="dxa" w:w="2269"/>
          </w:tcPr>
          <w:p>
            <w:pPr>
              <w:spacing w:after="0"/>
              <w:jc w:val="left"/>
            </w:pPr>
          </w:p>
        </w:tc>
        <w:tc>
          <w:tcPr>
            <w:tcW w:type="dxa" w:w="1612"/>
          </w:tcPr>
          <w:p>
            <w:pPr>
              <w:spacing w:after="0"/>
              <w:jc w:val="left"/>
            </w:pPr>
          </w:p>
        </w:tc>
      </w:tr>
      <w:tr>
        <w:trPr>
          <w:cantSplit/>
        </w:trPr>
        <w:tc>
          <w:tcPr>
            <w:tcW w:type="dxa" w:w="1931"/>
          </w:tcPr>
          <w:p>
            <w:pPr>
              <w:spacing w:after="0"/>
              <w:jc w:val="left"/>
            </w:pPr>
            <w:r>
              <w:rPr>
                <w:sz w:val="16"/>
              </w:rPr>
              <w:t>Lightning</w:t>
            </w:r>
          </w:p>
        </w:tc>
        <w:tc>
          <w:tcPr>
            <w:tcW w:type="dxa" w:w="2047"/>
          </w:tcPr>
          <w:p>
            <w:pPr>
              <w:spacing w:after="0"/>
              <w:jc w:val="left"/>
            </w:pPr>
            <w:r>
              <w:rPr>
                <w:sz w:val="16"/>
              </w:rPr>
              <w:t>annualized frequency (the measure FEMA's Local Mitigation Planning Handbook names)</w:t>
            </w:r>
          </w:p>
        </w:tc>
        <w:tc>
          <w:tcPr>
            <w:tcW w:type="dxa" w:w="1531"/>
          </w:tcPr>
          <w:p>
            <w:pPr>
              <w:spacing w:after="0"/>
              <w:jc w:val="right"/>
            </w:pPr>
            <w:r>
              <w:rPr>
                <w:sz w:val="16"/>
              </w:rPr>
              <w:t>1 record, 2014</w:t>
            </w:r>
          </w:p>
        </w:tc>
        <w:tc>
          <w:tcPr>
            <w:tcW w:type="dxa" w:w="1513"/>
          </w:tcPr>
          <w:p>
            <w:pPr>
              <w:spacing w:after="0"/>
              <w:jc w:val="left"/>
            </w:pPr>
          </w:p>
        </w:tc>
        <w:tc>
          <w:tcPr>
            <w:tcW w:type="dxa" w:w="1495"/>
          </w:tcPr>
          <w:p>
            <w:pPr>
              <w:spacing w:after="0"/>
              <w:jc w:val="left"/>
            </w:pPr>
            <w:r>
              <w:rPr>
                <w:sz w:val="16"/>
              </w:rPr>
              <w:t>Lightning, 2014-08-26, $5,000 property; $0 crops (2014 dollars)</w:t>
            </w:r>
          </w:p>
        </w:tc>
        <w:tc>
          <w:tcPr>
            <w:tcW w:type="dxa" w:w="1713"/>
          </w:tcPr>
          <w:p>
            <w:pPr>
              <w:spacing w:after="0"/>
              <w:jc w:val="left"/>
            </w:pPr>
          </w:p>
        </w:tc>
        <w:tc>
          <w:tcPr>
            <w:tcW w:type="dxa" w:w="2269"/>
          </w:tcPr>
          <w:p>
            <w:pPr>
              <w:spacing w:after="0"/>
              <w:jc w:val="left"/>
            </w:pPr>
            <w:r>
              <w:rPr>
                <w:sz w:val="16"/>
              </w:rPr>
              <w:t>Event records naming jurisdictions in the plan: Holland city (1 record).</w:t>
            </w:r>
          </w:p>
        </w:tc>
        <w:tc>
          <w:tcPr>
            <w:tcW w:type="dxa" w:w="1612"/>
          </w:tcPr>
          <w:p>
            <w:pPr>
              <w:spacing w:after="0"/>
              <w:jc w:val="left"/>
            </w:pPr>
            <w:r>
              <w:rPr>
                <w:sz w:val="16"/>
              </w:rPr>
              <w:t>Storm Events lists lightning with damage or casualties.</w:t>
            </w:r>
          </w:p>
        </w:tc>
      </w:tr>
      <w:tr>
        <w:trPr>
          <w:cantSplit/>
        </w:trPr>
        <w:tc>
          <w:tcPr>
            <w:tcW w:type="dxa" w:w="1931"/>
          </w:tcPr>
          <w:p>
            <w:pPr>
              <w:spacing w:after="0"/>
              <w:jc w:val="left"/>
            </w:pPr>
            <w:r>
              <w:rPr>
                <w:sz w:val="16"/>
              </w:rPr>
              <w:t>High Wind and Strong Wind (outside NRI's Strong Wind definition)</w:t>
            </w:r>
          </w:p>
        </w:tc>
        <w:tc>
          <w:tcPr>
            <w:tcW w:type="dxa" w:w="2047"/>
          </w:tcPr>
          <w:p>
            <w:pPr>
              <w:spacing w:after="0"/>
              <w:jc w:val="left"/>
            </w:pPr>
            <w:r>
              <w:rPr>
                <w:sz w:val="16"/>
              </w:rPr>
              <w:t>wind speed (kt and mph)</w:t>
            </w:r>
          </w:p>
        </w:tc>
        <w:tc>
          <w:tcPr>
            <w:tcW w:type="dxa" w:w="1531"/>
          </w:tcPr>
          <w:p>
            <w:pPr>
              <w:spacing w:after="0"/>
              <w:jc w:val="right"/>
            </w:pPr>
            <w:r>
              <w:rPr>
                <w:sz w:val="16"/>
              </w:rPr>
              <w:t>15 records, 1997 to 2024 (15 zone-level)</w:t>
            </w:r>
          </w:p>
        </w:tc>
        <w:tc>
          <w:tcPr>
            <w:tcW w:type="dxa" w:w="1513"/>
          </w:tcPr>
          <w:p>
            <w:pPr>
              <w:spacing w:after="0"/>
              <w:jc w:val="left"/>
            </w:pPr>
            <w:r>
              <w:rPr>
                <w:sz w:val="16"/>
              </w:rPr>
              <w:t>42 kt (48 mph) to 63 kt (72 mph) (median 53 kt (61 mph)); 14 with a recorded value</w:t>
            </w:r>
          </w:p>
        </w:tc>
        <w:tc>
          <w:tcPr>
            <w:tcW w:type="dxa" w:w="1495"/>
          </w:tcPr>
          <w:p>
            <w:pPr>
              <w:spacing w:after="0"/>
              <w:jc w:val="left"/>
            </w:pPr>
            <w:r>
              <w:rPr>
                <w:sz w:val="16"/>
              </w:rPr>
              <w:t>63 kt (72 mph) measured gust, High Wind, 2021-12-11; NWS zone MIZ064</w:t>
            </w:r>
          </w:p>
        </w:tc>
        <w:tc>
          <w:tcPr>
            <w:tcW w:type="dxa" w:w="1713"/>
          </w:tcPr>
          <w:p>
            <w:pPr>
              <w:spacing w:after="0"/>
              <w:jc w:val="left"/>
            </w:pPr>
            <w:r>
              <w:rPr>
                <w:sz w:val="16"/>
              </w:rPr>
              <w:t>High Wind, 2017-03-08, $12,000,000 property; $0 crops (zone total, 2017 dollars)</w:t>
            </w:r>
          </w:p>
        </w:tc>
        <w:tc>
          <w:tcPr>
            <w:tcW w:type="dxa" w:w="2269"/>
          </w:tcPr>
          <w:p>
            <w:pPr>
              <w:spacing w:after="0"/>
              <w:jc w:val="left"/>
            </w:pPr>
            <w:r>
              <w:rPr>
                <w:sz w:val="16"/>
              </w:rPr>
              <w:t>Countywide (zone-level records).</w:t>
            </w:r>
          </w:p>
        </w:tc>
        <w:tc>
          <w:tcPr>
            <w:tcW w:type="dxa" w:w="1612"/>
          </w:tcPr>
          <w:p>
            <w:pPr>
              <w:spacing w:after="0"/>
              <w:jc w:val="left"/>
            </w:pPr>
          </w:p>
        </w:tc>
      </w:tr>
      <w:tr>
        <w:trPr>
          <w:cantSplit/>
        </w:trPr>
        <w:tc>
          <w:tcPr>
            <w:tcW w:type="dxa" w:w="1931"/>
          </w:tcPr>
          <w:p>
            <w:pPr>
              <w:spacing w:after="0"/>
              <w:jc w:val="left"/>
            </w:pPr>
            <w:r>
              <w:rPr>
                <w:sz w:val="16"/>
              </w:rPr>
              <w:t>Thunderstorm Wind</w:t>
            </w:r>
          </w:p>
        </w:tc>
        <w:tc>
          <w:tcPr>
            <w:tcW w:type="dxa" w:w="2047"/>
          </w:tcPr>
          <w:p>
            <w:pPr>
              <w:spacing w:after="0"/>
              <w:jc w:val="left"/>
            </w:pPr>
            <w:r>
              <w:rPr>
                <w:sz w:val="16"/>
              </w:rPr>
              <w:t>wind speed (kt and mph)</w:t>
            </w:r>
          </w:p>
        </w:tc>
        <w:tc>
          <w:tcPr>
            <w:tcW w:type="dxa" w:w="1531"/>
          </w:tcPr>
          <w:p>
            <w:pPr>
              <w:spacing w:after="0"/>
              <w:jc w:val="right"/>
            </w:pPr>
            <w:r>
              <w:rPr>
                <w:sz w:val="16"/>
              </w:rPr>
              <w:t>243 records, 1955 to 2026</w:t>
            </w:r>
          </w:p>
        </w:tc>
        <w:tc>
          <w:tcPr>
            <w:tcW w:type="dxa" w:w="1513"/>
          </w:tcPr>
          <w:p>
            <w:pPr>
              <w:spacing w:after="0"/>
              <w:jc w:val="left"/>
            </w:pPr>
            <w:r>
              <w:rPr>
                <w:sz w:val="16"/>
              </w:rPr>
              <w:t>50 kt (58 mph) to 71 kt (82 mph) (median 52 kt (60 mph)); 158 with a recorded value</w:t>
            </w:r>
          </w:p>
        </w:tc>
        <w:tc>
          <w:tcPr>
            <w:tcW w:type="dxa" w:w="1495"/>
          </w:tcPr>
          <w:p>
            <w:pPr>
              <w:spacing w:after="0"/>
              <w:jc w:val="left"/>
            </w:pPr>
            <w:r>
              <w:rPr>
                <w:sz w:val="16"/>
              </w:rPr>
              <w:t>71 kt (82 mph) measured, Thunderstorm Wind, 2001-09-03</w:t>
            </w:r>
          </w:p>
        </w:tc>
        <w:tc>
          <w:tcPr>
            <w:tcW w:type="dxa" w:w="1713"/>
          </w:tcPr>
          <w:p>
            <w:pPr>
              <w:spacing w:after="0"/>
              <w:jc w:val="left"/>
            </w:pPr>
            <w:r>
              <w:rPr>
                <w:sz w:val="16"/>
              </w:rPr>
              <w:t>Thunderstorm Wind, 2024-06-25, $500,000 property; $0 crops (2024 dollars)</w:t>
            </w:r>
          </w:p>
        </w:tc>
        <w:tc>
          <w:tcPr>
            <w:tcW w:type="dxa" w:w="2269"/>
          </w:tcPr>
          <w:p>
            <w:pPr>
              <w:spacing w:after="0"/>
              <w:jc w:val="left"/>
            </w:pPr>
            <w:r>
              <w:rPr>
                <w:sz w:val="16"/>
              </w:rPr>
              <w:t>Event records naming jurisdictions in the plan: Allegan city (31 records), Allegan township (31 records), Wayland city (16 records), Wayland township (16 records), Plainwell city (12 records), Dorr township (11 records), Otsego city (9 records), Otsego township (9 records), Douglas city (8 records), Holland city (8 records); and 11 more jurisdictions (see the Excel file).</w:t>
            </w:r>
          </w:p>
        </w:tc>
        <w:tc>
          <w:tcPr>
            <w:tcW w:type="dxa" w:w="1612"/>
          </w:tcPr>
          <w:p>
            <w:pPr>
              <w:spacing w:after="0"/>
              <w:jc w:val="left"/>
            </w:pPr>
          </w:p>
        </w:tc>
      </w:tr>
      <w:tr>
        <w:trPr>
          <w:cantSplit/>
        </w:trPr>
        <w:tc>
          <w:tcPr>
            <w:tcW w:type="dxa" w:w="1931"/>
          </w:tcPr>
          <w:p>
            <w:pPr>
              <w:spacing w:after="0"/>
              <w:jc w:val="left"/>
            </w:pPr>
            <w:r>
              <w:rPr>
                <w:sz w:val="16"/>
              </w:rPr>
              <w:t>Tornado</w:t>
            </w:r>
          </w:p>
        </w:tc>
        <w:tc>
          <w:tcPr>
            <w:tcW w:type="dxa" w:w="2047"/>
          </w:tcPr>
          <w:p>
            <w:pPr>
              <w:spacing w:after="0"/>
              <w:jc w:val="left"/>
            </w:pPr>
            <w:r>
              <w:rPr>
                <w:sz w:val="16"/>
              </w:rPr>
              <w:t>Enhanced Fujita (Fujita before Feb 2007)</w:t>
            </w:r>
          </w:p>
        </w:tc>
        <w:tc>
          <w:tcPr>
            <w:tcW w:type="dxa" w:w="1531"/>
          </w:tcPr>
          <w:p>
            <w:pPr>
              <w:spacing w:after="0"/>
              <w:jc w:val="right"/>
            </w:pPr>
            <w:r>
              <w:rPr>
                <w:sz w:val="16"/>
              </w:rPr>
              <w:t>37 records, 1954 to 2026</w:t>
            </w:r>
          </w:p>
        </w:tc>
        <w:tc>
          <w:tcPr>
            <w:tcW w:type="dxa" w:w="1513"/>
          </w:tcPr>
          <w:p>
            <w:pPr>
              <w:spacing w:after="0"/>
              <w:jc w:val="left"/>
            </w:pPr>
            <w:r>
              <w:rPr>
                <w:sz w:val="16"/>
              </w:rPr>
              <w:t>F/EF0 to F/EF5 (median F/EF1); 37 with a recorded value</w:t>
            </w:r>
          </w:p>
        </w:tc>
        <w:tc>
          <w:tcPr>
            <w:tcW w:type="dxa" w:w="1495"/>
          </w:tcPr>
          <w:p>
            <w:pPr>
              <w:spacing w:after="0"/>
              <w:jc w:val="left"/>
            </w:pPr>
            <w:r>
              <w:rPr>
                <w:sz w:val="16"/>
              </w:rPr>
              <w:t>F5 tornado, 1956-04-03, 13.5 mi path length (whole path, pre-1996), 400 yd wide, $25,000 property; crops not recorded (1956 dollars), 10 direct injuries</w:t>
            </w:r>
          </w:p>
        </w:tc>
        <w:tc>
          <w:tcPr>
            <w:tcW w:type="dxa" w:w="1713"/>
          </w:tcPr>
          <w:p>
            <w:pPr>
              <w:spacing w:after="0"/>
              <w:jc w:val="left"/>
            </w:pPr>
            <w:r>
              <w:rPr>
                <w:sz w:val="16"/>
              </w:rPr>
              <w:t>Tornado, 1956-04-03, $2,500,000 property; crops not recorded (1956 dollars)</w:t>
            </w:r>
          </w:p>
        </w:tc>
        <w:tc>
          <w:tcPr>
            <w:tcW w:type="dxa" w:w="2269"/>
          </w:tcPr>
          <w:p>
            <w:pPr>
              <w:spacing w:after="0"/>
              <w:jc w:val="left"/>
            </w:pPr>
            <w:r>
              <w:rPr>
                <w:sz w:val="16"/>
              </w:rPr>
              <w:t>Event records naming jurisdictions in the plan: Dorr township (2 records), Lee township (2 records), Douglas city (1 record), Fennville city (1 record), Otsego city (1 record), Otsego township (1 record), Plainwell city (1 record).</w:t>
            </w:r>
          </w:p>
        </w:tc>
        <w:tc>
          <w:tcPr>
            <w:tcW w:type="dxa" w:w="1612"/>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931"/>
          </w:tcPr>
          <w:p>
            <w:pPr>
              <w:spacing w:after="0"/>
              <w:jc w:val="left"/>
            </w:pPr>
            <w:r>
              <w:rPr>
                <w:sz w:val="16"/>
              </w:rPr>
              <w:t>Tsunami</w:t>
            </w:r>
          </w:p>
        </w:tc>
        <w:tc>
          <w:tcPr>
            <w:tcW w:type="dxa" w:w="2047"/>
          </w:tcPr>
          <w:p>
            <w:pPr>
              <w:spacing w:after="0"/>
              <w:jc w:val="left"/>
            </w:pPr>
            <w:r>
              <w:rPr>
                <w:sz w:val="16"/>
              </w:rPr>
              <w:t>none (count and damage only)</w:t>
            </w:r>
          </w:p>
        </w:tc>
        <w:tc>
          <w:tcPr>
            <w:tcW w:type="dxa" w:w="1531"/>
          </w:tcPr>
          <w:p>
            <w:pPr>
              <w:spacing w:after="0"/>
              <w:jc w:val="right"/>
            </w:pPr>
            <w:r>
              <w:rPr>
                <w:sz w:val="16"/>
              </w:rPr>
              <w:t>0</w:t>
            </w:r>
          </w:p>
        </w:tc>
        <w:tc>
          <w:tcPr>
            <w:tcW w:type="dxa" w:w="1513"/>
          </w:tcPr>
          <w:p>
            <w:pPr>
              <w:spacing w:after="0"/>
              <w:jc w:val="left"/>
            </w:pPr>
          </w:p>
        </w:tc>
        <w:tc>
          <w:tcPr>
            <w:tcW w:type="dxa" w:w="1495"/>
          </w:tcPr>
          <w:p>
            <w:pPr>
              <w:spacing w:after="0"/>
              <w:jc w:val="left"/>
            </w:pPr>
          </w:p>
        </w:tc>
        <w:tc>
          <w:tcPr>
            <w:tcW w:type="dxa" w:w="1713"/>
          </w:tcPr>
          <w:p>
            <w:pPr>
              <w:spacing w:after="0"/>
              <w:jc w:val="left"/>
            </w:pPr>
          </w:p>
        </w:tc>
        <w:tc>
          <w:tcPr>
            <w:tcW w:type="dxa" w:w="2269"/>
          </w:tcPr>
          <w:p>
            <w:pPr>
              <w:spacing w:after="0"/>
              <w:jc w:val="left"/>
            </w:pPr>
          </w:p>
        </w:tc>
        <w:tc>
          <w:tcPr>
            <w:tcW w:type="dxa" w:w="1612"/>
          </w:tcPr>
          <w:p>
            <w:pPr>
              <w:spacing w:after="0"/>
              <w:jc w:val="left"/>
            </w:pPr>
          </w:p>
        </w:tc>
      </w:tr>
      <w:tr>
        <w:trPr>
          <w:cantSplit/>
        </w:trPr>
        <w:tc>
          <w:tcPr>
            <w:tcW w:type="dxa" w:w="1931"/>
          </w:tcPr>
          <w:p>
            <w:pPr>
              <w:spacing w:after="0"/>
              <w:jc w:val="left"/>
            </w:pPr>
            <w:r>
              <w:rPr>
                <w:sz w:val="16"/>
              </w:rPr>
              <w:t>Wildfire</w:t>
            </w:r>
          </w:p>
        </w:tc>
        <w:tc>
          <w:tcPr>
            <w:tcW w:type="dxa" w:w="2047"/>
          </w:tcPr>
          <w:p>
            <w:pPr>
              <w:spacing w:after="0"/>
              <w:jc w:val="left"/>
            </w:pPr>
            <w:r>
              <w:rPr>
                <w:sz w:val="16"/>
              </w:rPr>
              <w:t>acres burned (local data)</w:t>
            </w:r>
          </w:p>
        </w:tc>
        <w:tc>
          <w:tcPr>
            <w:tcW w:type="dxa" w:w="1531"/>
          </w:tcPr>
          <w:p>
            <w:pPr>
              <w:spacing w:after="0"/>
              <w:jc w:val="right"/>
            </w:pPr>
            <w:r>
              <w:rPr>
                <w:sz w:val="16"/>
              </w:rPr>
              <w:t>0</w:t>
            </w:r>
          </w:p>
        </w:tc>
        <w:tc>
          <w:tcPr>
            <w:tcW w:type="dxa" w:w="1513"/>
          </w:tcPr>
          <w:p>
            <w:pPr>
              <w:spacing w:after="0"/>
              <w:jc w:val="left"/>
            </w:pPr>
          </w:p>
        </w:tc>
        <w:tc>
          <w:tcPr>
            <w:tcW w:type="dxa" w:w="1495"/>
          </w:tcPr>
          <w:p>
            <w:pPr>
              <w:spacing w:after="0"/>
              <w:jc w:val="left"/>
            </w:pPr>
          </w:p>
        </w:tc>
        <w:tc>
          <w:tcPr>
            <w:tcW w:type="dxa" w:w="1713"/>
          </w:tcPr>
          <w:p>
            <w:pPr>
              <w:spacing w:after="0"/>
              <w:jc w:val="left"/>
            </w:pPr>
          </w:p>
        </w:tc>
        <w:tc>
          <w:tcPr>
            <w:tcW w:type="dxa" w:w="2269"/>
          </w:tcPr>
          <w:p>
            <w:pPr>
              <w:spacing w:after="0"/>
              <w:jc w:val="left"/>
            </w:pPr>
          </w:p>
        </w:tc>
        <w:tc>
          <w:tcPr>
            <w:tcW w:type="dxa" w:w="1612"/>
          </w:tcPr>
          <w:p>
            <w:pPr>
              <w:spacing w:after="0"/>
              <w:jc w:val="left"/>
            </w:pPr>
          </w:p>
        </w:tc>
      </w:tr>
      <w:tr>
        <w:trPr>
          <w:cantSplit/>
        </w:trPr>
        <w:tc>
          <w:tcPr>
            <w:tcW w:type="dxa" w:w="1931"/>
          </w:tcPr>
          <w:p>
            <w:pPr>
              <w:spacing w:after="0"/>
              <w:jc w:val="left"/>
            </w:pPr>
            <w:r>
              <w:rPr>
                <w:sz w:val="16"/>
              </w:rPr>
              <w:t>Winter Storm, Heavy Snow, Blizzard, Lake-Effect Snow, Winter Weather, Sleet</w:t>
            </w:r>
          </w:p>
        </w:tc>
        <w:tc>
          <w:tcPr>
            <w:tcW w:type="dxa" w:w="2047"/>
          </w:tcPr>
          <w:p>
            <w:pPr>
              <w:spacing w:after="0"/>
              <w:jc w:val="left"/>
            </w:pPr>
            <w:r>
              <w:rPr>
                <w:sz w:val="16"/>
              </w:rPr>
              <w:t>none in data (snowfall: local data)</w:t>
            </w:r>
          </w:p>
        </w:tc>
        <w:tc>
          <w:tcPr>
            <w:tcW w:type="dxa" w:w="1531"/>
          </w:tcPr>
          <w:p>
            <w:pPr>
              <w:spacing w:after="0"/>
              <w:jc w:val="right"/>
            </w:pPr>
            <w:r>
              <w:rPr>
                <w:sz w:val="16"/>
              </w:rPr>
              <w:t>159 records, 1996 to 2026 (159 zone-level)</w:t>
            </w:r>
          </w:p>
        </w:tc>
        <w:tc>
          <w:tcPr>
            <w:tcW w:type="dxa" w:w="1513"/>
          </w:tcPr>
          <w:p>
            <w:pPr>
              <w:spacing w:after="0"/>
              <w:jc w:val="left"/>
            </w:pPr>
          </w:p>
        </w:tc>
        <w:tc>
          <w:tcPr>
            <w:tcW w:type="dxa" w:w="1495"/>
          </w:tcPr>
          <w:p>
            <w:pPr>
              <w:spacing w:after="0"/>
              <w:jc w:val="left"/>
            </w:pPr>
            <w:r>
              <w:rPr>
                <w:sz w:val="16"/>
              </w:rPr>
              <w:t>Winter Storm, 2018-04-14, $100,000 property; $0 crops (2018 dollars); NWS zone MIZ064</w:t>
            </w:r>
          </w:p>
        </w:tc>
        <w:tc>
          <w:tcPr>
            <w:tcW w:type="dxa" w:w="1713"/>
          </w:tcPr>
          <w:p>
            <w:pPr>
              <w:spacing w:after="0"/>
              <w:jc w:val="left"/>
            </w:pPr>
          </w:p>
        </w:tc>
        <w:tc>
          <w:tcPr>
            <w:tcW w:type="dxa" w:w="2269"/>
          </w:tcPr>
          <w:p>
            <w:pPr>
              <w:spacing w:after="0"/>
              <w:jc w:val="left"/>
            </w:pPr>
            <w:r>
              <w:rPr>
                <w:sz w:val="16"/>
              </w:rPr>
              <w:t>Countywide (zone-level records).</w:t>
            </w:r>
          </w:p>
        </w:tc>
        <w:tc>
          <w:tcPr>
            <w:tcW w:type="dxa" w:w="1612"/>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lightning and tsunami.</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Where a hazard names more than 10 jurisdictions, the table lists the 10 with the most records; every one is in the Excel file, sheet "B1-c Extent".</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17 declarations covering 14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18"/>
        <w:gridCol w:w="2962"/>
        <w:gridCol w:w="2104"/>
        <w:gridCol w:w="2459"/>
        <w:gridCol w:w="1272"/>
        <w:gridCol w:w="888"/>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18"/>
            <w:shd w:val="clear" w:color="auto" w:fill="E8E8E8"/>
          </w:tcPr>
          <w:p>
            <w:pPr>
              <w:spacing w:after="0"/>
              <w:jc w:val="left"/>
            </w:pPr>
            <w:r>
              <w:rPr>
                <w:b/>
                <w:sz w:val="16"/>
              </w:rPr>
              <w:t>Type</w:t>
            </w:r>
          </w:p>
        </w:tc>
        <w:tc>
          <w:tcPr>
            <w:tcW w:type="dxa" w:w="2962"/>
            <w:shd w:val="clear" w:color="auto" w:fill="E8E8E8"/>
          </w:tcPr>
          <w:p>
            <w:pPr>
              <w:spacing w:after="0"/>
              <w:jc w:val="left"/>
            </w:pPr>
            <w:r>
              <w:rPr>
                <w:b/>
                <w:sz w:val="16"/>
              </w:rPr>
              <w:t>Title</w:t>
            </w:r>
          </w:p>
        </w:tc>
        <w:tc>
          <w:tcPr>
            <w:tcW w:type="dxa" w:w="2104"/>
            <w:shd w:val="clear" w:color="auto" w:fill="E8E8E8"/>
          </w:tcPr>
          <w:p>
            <w:pPr>
              <w:spacing w:after="0"/>
              <w:jc w:val="left"/>
            </w:pPr>
            <w:r>
              <w:rPr>
                <w:b/>
                <w:sz w:val="16"/>
              </w:rPr>
              <w:t>Mapped hazard</w:t>
            </w:r>
          </w:p>
        </w:tc>
        <w:tc>
          <w:tcPr>
            <w:tcW w:type="dxa" w:w="2459"/>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272"/>
            <w:shd w:val="clear" w:color="auto" w:fill="E8E8E8"/>
          </w:tcPr>
          <w:p>
            <w:pPr>
              <w:spacing w:after="0"/>
              <w:jc w:val="left"/>
            </w:pPr>
            <w:r>
              <w:rPr>
                <w:b/>
                <w:sz w:val="16"/>
              </w:rPr>
              <w:t>Flags</w:t>
            </w:r>
          </w:p>
        </w:tc>
        <w:tc>
          <w:tcPr>
            <w:tcW w:type="dxa" w:w="888"/>
            <w:shd w:val="clear" w:color="auto" w:fill="E8E8E8"/>
          </w:tcPr>
          <w:p>
            <w:pPr>
              <w:spacing w:after="0"/>
              <w:jc w:val="left"/>
            </w:pPr>
            <w:r>
              <w:rPr>
                <w:b/>
                <w:sz w:val="16"/>
              </w:rPr>
              <w:t>Notes</w:t>
            </w:r>
          </w:p>
        </w:tc>
      </w:tr>
      <w:tr>
        <w:trPr>
          <w:cantSplit/>
        </w:trPr>
        <w:tc>
          <w:tcPr>
            <w:tcW w:type="dxa" w:w="1037"/>
          </w:tcPr>
          <w:p>
            <w:pPr>
              <w:spacing w:after="0"/>
              <w:jc w:val="left"/>
            </w:pPr>
            <w:r>
              <w:rPr>
                <w:sz w:val="16"/>
              </w:rPr>
              <w:t>2026-06-30</w:t>
            </w:r>
          </w:p>
        </w:tc>
        <w:tc>
          <w:tcPr>
            <w:tcW w:type="dxa" w:w="1037"/>
          </w:tcPr>
          <w:p>
            <w:pPr>
              <w:spacing w:after="0"/>
              <w:jc w:val="left"/>
            </w:pPr>
            <w:r>
              <w:rPr>
                <w:sz w:val="16"/>
              </w:rPr>
              <w:t>2026-04-10</w:t>
            </w:r>
          </w:p>
        </w:tc>
        <w:tc>
          <w:tcPr>
            <w:tcW w:type="dxa" w:w="1037"/>
          </w:tcPr>
          <w:p>
            <w:pPr>
              <w:spacing w:after="0"/>
              <w:jc w:val="left"/>
            </w:pPr>
            <w:r>
              <w:rPr>
                <w:sz w:val="16"/>
              </w:rPr>
              <w:t>DR-4925-MI</w:t>
            </w:r>
          </w:p>
        </w:tc>
        <w:tc>
          <w:tcPr>
            <w:tcW w:type="dxa" w:w="1318"/>
          </w:tcPr>
          <w:p>
            <w:pPr>
              <w:spacing w:after="0"/>
              <w:jc w:val="left"/>
            </w:pPr>
            <w:r>
              <w:rPr>
                <w:sz w:val="16"/>
              </w:rPr>
              <w:t>Major disaster</w:t>
            </w:r>
          </w:p>
        </w:tc>
        <w:tc>
          <w:tcPr>
            <w:tcW w:type="dxa" w:w="2962"/>
          </w:tcPr>
          <w:p>
            <w:pPr>
              <w:spacing w:after="0"/>
              <w:jc w:val="left"/>
            </w:pPr>
            <w:r>
              <w:rPr>
                <w:sz w:val="16"/>
              </w:rPr>
              <w:t>Severe Storms, Tornadoes, and Flooding</w:t>
            </w:r>
          </w:p>
        </w:tc>
        <w:tc>
          <w:tcPr>
            <w:tcW w:type="dxa" w:w="2104"/>
          </w:tcPr>
          <w:p>
            <w:pPr>
              <w:spacing w:after="0"/>
              <w:jc w:val="left"/>
            </w:pPr>
            <w:r>
              <w:rPr>
                <w:sz w:val="16"/>
              </w:rPr>
              <w:t>Inland Flooding (primary); also designated: Tornado</w:t>
            </w:r>
          </w:p>
        </w:tc>
        <w:tc>
          <w:tcPr>
            <w:tcW w:type="dxa" w:w="2459"/>
          </w:tcPr>
          <w:p>
            <w:pPr>
              <w:spacing w:after="0"/>
              <w:jc w:val="right"/>
            </w:pPr>
            <w:r>
              <w:rPr>
                <w:sz w:val="16"/>
              </w:rPr>
              <w:t>PA not declared for this county</w:t>
            </w:r>
          </w:p>
        </w:tc>
        <w:tc>
          <w:tcPr>
            <w:tcW w:type="dxa" w:w="1272"/>
          </w:tcPr>
          <w:p>
            <w:pPr>
              <w:spacing w:after="0"/>
              <w:jc w:val="left"/>
            </w:pPr>
            <w:r>
              <w:rPr>
                <w:sz w:val="16"/>
              </w:rPr>
              <w:t>new since last plan; within last 5 years</w:t>
            </w:r>
          </w:p>
        </w:tc>
        <w:tc>
          <w:tcPr>
            <w:tcW w:type="dxa" w:w="888"/>
          </w:tcPr>
          <w:p>
            <w:pPr>
              <w:spacing w:after="0"/>
              <w:jc w:val="left"/>
            </w:pPr>
          </w:p>
        </w:tc>
      </w:tr>
      <w:tr>
        <w:trPr>
          <w:cantSplit/>
        </w:trPr>
        <w:tc>
          <w:tcPr>
            <w:tcW w:type="dxa" w:w="1037"/>
          </w:tcPr>
          <w:p>
            <w:pPr>
              <w:spacing w:after="0"/>
              <w:jc w:val="left"/>
            </w:pPr>
            <w:r>
              <w:rPr>
                <w:sz w:val="16"/>
              </w:rPr>
              <w:t>2020-03-27</w:t>
            </w:r>
          </w:p>
        </w:tc>
        <w:tc>
          <w:tcPr>
            <w:tcW w:type="dxa" w:w="1037"/>
          </w:tcPr>
          <w:p>
            <w:pPr>
              <w:spacing w:after="0"/>
              <w:jc w:val="left"/>
            </w:pPr>
            <w:r>
              <w:rPr>
                <w:sz w:val="16"/>
              </w:rPr>
              <w:t>2020-01-20</w:t>
            </w:r>
          </w:p>
        </w:tc>
        <w:tc>
          <w:tcPr>
            <w:tcW w:type="dxa" w:w="1037"/>
          </w:tcPr>
          <w:p>
            <w:pPr>
              <w:spacing w:after="0"/>
              <w:jc w:val="left"/>
            </w:pPr>
            <w:r>
              <w:rPr>
                <w:sz w:val="16"/>
              </w:rPr>
              <w:t>DR-4494-MI</w:t>
            </w:r>
          </w:p>
        </w:tc>
        <w:tc>
          <w:tcPr>
            <w:tcW w:type="dxa" w:w="1318"/>
          </w:tcPr>
          <w:p>
            <w:pPr>
              <w:spacing w:after="0"/>
              <w:jc w:val="left"/>
            </w:pPr>
            <w:r>
              <w:rPr>
                <w:sz w:val="16"/>
              </w:rPr>
              <w:t>Major disaster</w:t>
            </w:r>
          </w:p>
        </w:tc>
        <w:tc>
          <w:tcPr>
            <w:tcW w:type="dxa" w:w="2962"/>
          </w:tcPr>
          <w:p>
            <w:pPr>
              <w:spacing w:after="0"/>
              <w:jc w:val="left"/>
            </w:pPr>
            <w:r>
              <w:rPr>
                <w:sz w:val="16"/>
              </w:rPr>
              <w:t>COVID-19 Pandemic</w:t>
            </w:r>
          </w:p>
        </w:tc>
        <w:tc>
          <w:tcPr>
            <w:tcW w:type="dxa" w:w="2104"/>
          </w:tcPr>
          <w:p>
            <w:pPr>
              <w:spacing w:after="0"/>
              <w:jc w:val="left"/>
            </w:pPr>
            <w:r>
              <w:rPr>
                <w:sz w:val="16"/>
              </w:rPr>
              <w:t>Non-natural, not counted</w:t>
            </w:r>
          </w:p>
        </w:tc>
        <w:tc>
          <w:tcPr>
            <w:tcW w:type="dxa" w:w="2459"/>
          </w:tcPr>
          <w:p>
            <w:pPr>
              <w:spacing w:after="0"/>
              <w:jc w:val="right"/>
            </w:pPr>
            <w:r>
              <w:rPr>
                <w:sz w:val="16"/>
              </w:rPr>
              <w:t>$19,610.46</w:t>
            </w:r>
          </w:p>
        </w:tc>
        <w:tc>
          <w:tcPr>
            <w:tcW w:type="dxa" w:w="1272"/>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EM-3455-MI</w:t>
            </w:r>
          </w:p>
        </w:tc>
        <w:tc>
          <w:tcPr>
            <w:tcW w:type="dxa" w:w="1318"/>
          </w:tcPr>
          <w:p>
            <w:pPr>
              <w:spacing w:after="0"/>
              <w:jc w:val="left"/>
            </w:pPr>
            <w:r>
              <w:rPr>
                <w:sz w:val="16"/>
              </w:rPr>
              <w:t>Emergency</w:t>
            </w:r>
          </w:p>
        </w:tc>
        <w:tc>
          <w:tcPr>
            <w:tcW w:type="dxa" w:w="2962"/>
          </w:tcPr>
          <w:p>
            <w:pPr>
              <w:spacing w:after="0"/>
              <w:jc w:val="left"/>
            </w:pPr>
            <w:r>
              <w:rPr>
                <w:sz w:val="16"/>
              </w:rPr>
              <w:t>COVID-19</w:t>
            </w:r>
          </w:p>
        </w:tc>
        <w:tc>
          <w:tcPr>
            <w:tcW w:type="dxa" w:w="2104"/>
          </w:tcPr>
          <w:p>
            <w:pPr>
              <w:spacing w:after="0"/>
              <w:jc w:val="left"/>
            </w:pPr>
            <w:r>
              <w:rPr>
                <w:sz w:val="16"/>
              </w:rPr>
              <w:t>Non-natural, not counted</w:t>
            </w:r>
          </w:p>
        </w:tc>
        <w:tc>
          <w:tcPr>
            <w:tcW w:type="dxa" w:w="2459"/>
          </w:tcPr>
          <w:p>
            <w:pPr>
              <w:spacing w:after="0"/>
              <w:jc w:val="right"/>
            </w:pPr>
            <w:r>
              <w:rPr>
                <w:sz w:val="16"/>
              </w:rPr>
              <w:t>no Public Assistance recorded</w:t>
            </w:r>
          </w:p>
        </w:tc>
        <w:tc>
          <w:tcPr>
            <w:tcW w:type="dxa" w:w="1272"/>
          </w:tcPr>
          <w:p>
            <w:pPr>
              <w:spacing w:after="0"/>
              <w:jc w:val="left"/>
            </w:pPr>
          </w:p>
        </w:tc>
        <w:tc>
          <w:tcPr>
            <w:tcW w:type="dxa" w:w="888"/>
          </w:tcPr>
          <w:p>
            <w:pPr>
              <w:spacing w:after="0"/>
              <w:jc w:val="left"/>
            </w:pPr>
            <w:r>
              <w:rPr>
                <w:sz w:val="16"/>
              </w:rPr>
              <w:t>same incident as DR-4494</w:t>
            </w:r>
          </w:p>
        </w:tc>
      </w:tr>
      <w:tr>
        <w:trPr>
          <w:cantSplit/>
        </w:trPr>
        <w:tc>
          <w:tcPr>
            <w:tcW w:type="dxa" w:w="1037"/>
          </w:tcPr>
          <w:p>
            <w:pPr>
              <w:spacing w:after="0"/>
              <w:jc w:val="left"/>
            </w:pPr>
            <w:r>
              <w:rPr>
                <w:sz w:val="16"/>
              </w:rPr>
              <w:t>2013-06-18</w:t>
            </w:r>
          </w:p>
        </w:tc>
        <w:tc>
          <w:tcPr>
            <w:tcW w:type="dxa" w:w="1037"/>
          </w:tcPr>
          <w:p>
            <w:pPr>
              <w:spacing w:after="0"/>
              <w:jc w:val="left"/>
            </w:pPr>
            <w:r>
              <w:rPr>
                <w:sz w:val="16"/>
              </w:rPr>
              <w:t>2013-04-16</w:t>
            </w:r>
          </w:p>
        </w:tc>
        <w:tc>
          <w:tcPr>
            <w:tcW w:type="dxa" w:w="1037"/>
          </w:tcPr>
          <w:p>
            <w:pPr>
              <w:spacing w:after="0"/>
              <w:jc w:val="left"/>
            </w:pPr>
            <w:r>
              <w:rPr>
                <w:sz w:val="16"/>
              </w:rPr>
              <w:t>DR-4121-MI</w:t>
            </w:r>
          </w:p>
        </w:tc>
        <w:tc>
          <w:tcPr>
            <w:tcW w:type="dxa" w:w="1318"/>
          </w:tcPr>
          <w:p>
            <w:pPr>
              <w:spacing w:after="0"/>
              <w:jc w:val="left"/>
            </w:pPr>
            <w:r>
              <w:rPr>
                <w:sz w:val="16"/>
              </w:rPr>
              <w:t>Major disaster</w:t>
            </w:r>
          </w:p>
        </w:tc>
        <w:tc>
          <w:tcPr>
            <w:tcW w:type="dxa" w:w="2962"/>
          </w:tcPr>
          <w:p>
            <w:pPr>
              <w:spacing w:after="0"/>
              <w:jc w:val="left"/>
            </w:pPr>
            <w:r>
              <w:rPr>
                <w:sz w:val="16"/>
              </w:rPr>
              <w:t>Flooding</w:t>
            </w:r>
          </w:p>
        </w:tc>
        <w:tc>
          <w:tcPr>
            <w:tcW w:type="dxa" w:w="2104"/>
          </w:tcPr>
          <w:p>
            <w:pPr>
              <w:spacing w:after="0"/>
              <w:jc w:val="left"/>
            </w:pPr>
            <w:r>
              <w:rPr>
                <w:sz w:val="16"/>
              </w:rPr>
              <w:t>Inland Flooding</w:t>
            </w:r>
          </w:p>
        </w:tc>
        <w:tc>
          <w:tcPr>
            <w:tcW w:type="dxa" w:w="2459"/>
          </w:tcPr>
          <w:p>
            <w:pPr>
              <w:spacing w:after="0"/>
              <w:jc w:val="right"/>
            </w:pPr>
            <w:r>
              <w:rPr>
                <w:sz w:val="16"/>
              </w:rPr>
              <w:t>$224,820.07</w:t>
            </w:r>
          </w:p>
        </w:tc>
        <w:tc>
          <w:tcPr>
            <w:tcW w:type="dxa" w:w="1272"/>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2008-07-14</w:t>
            </w:r>
          </w:p>
        </w:tc>
        <w:tc>
          <w:tcPr>
            <w:tcW w:type="dxa" w:w="1037"/>
          </w:tcPr>
          <w:p>
            <w:pPr>
              <w:spacing w:after="0"/>
              <w:jc w:val="left"/>
            </w:pPr>
            <w:r>
              <w:rPr>
                <w:sz w:val="16"/>
              </w:rPr>
              <w:t>2008-06-06</w:t>
            </w:r>
          </w:p>
        </w:tc>
        <w:tc>
          <w:tcPr>
            <w:tcW w:type="dxa" w:w="1037"/>
          </w:tcPr>
          <w:p>
            <w:pPr>
              <w:spacing w:after="0"/>
              <w:jc w:val="left"/>
            </w:pPr>
            <w:r>
              <w:rPr>
                <w:sz w:val="16"/>
              </w:rPr>
              <w:t>DR-1777-MI</w:t>
            </w:r>
          </w:p>
        </w:tc>
        <w:tc>
          <w:tcPr>
            <w:tcW w:type="dxa" w:w="1318"/>
          </w:tcPr>
          <w:p>
            <w:pPr>
              <w:spacing w:after="0"/>
              <w:jc w:val="left"/>
            </w:pPr>
            <w:r>
              <w:rPr>
                <w:sz w:val="16"/>
              </w:rPr>
              <w:t>Major disaster</w:t>
            </w:r>
          </w:p>
        </w:tc>
        <w:tc>
          <w:tcPr>
            <w:tcW w:type="dxa" w:w="2962"/>
          </w:tcPr>
          <w:p>
            <w:pPr>
              <w:spacing w:after="0"/>
              <w:jc w:val="left"/>
            </w:pPr>
            <w:r>
              <w:rPr>
                <w:sz w:val="16"/>
              </w:rPr>
              <w:t>Severe Storms, Tornadoes, and Flooding</w:t>
            </w:r>
          </w:p>
        </w:tc>
        <w:tc>
          <w:tcPr>
            <w:tcW w:type="dxa" w:w="2104"/>
          </w:tcPr>
          <w:p>
            <w:pPr>
              <w:spacing w:after="0"/>
              <w:jc w:val="left"/>
            </w:pPr>
            <w:r>
              <w:rPr>
                <w:sz w:val="16"/>
              </w:rPr>
              <w:t>Inland Flooding; Tornado</w:t>
            </w:r>
          </w:p>
        </w:tc>
        <w:tc>
          <w:tcPr>
            <w:tcW w:type="dxa" w:w="2459"/>
          </w:tcPr>
          <w:p>
            <w:pPr>
              <w:spacing w:after="0"/>
              <w:jc w:val="right"/>
            </w:pPr>
            <w:r>
              <w:rPr>
                <w:sz w:val="16"/>
              </w:rPr>
              <w:t>$455,577.90</w:t>
            </w:r>
          </w:p>
        </w:tc>
        <w:tc>
          <w:tcPr>
            <w:tcW w:type="dxa" w:w="1272"/>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2005-09-07</w:t>
            </w:r>
          </w:p>
        </w:tc>
        <w:tc>
          <w:tcPr>
            <w:tcW w:type="dxa" w:w="1037"/>
          </w:tcPr>
          <w:p>
            <w:pPr>
              <w:spacing w:after="0"/>
              <w:jc w:val="left"/>
            </w:pPr>
            <w:r>
              <w:rPr>
                <w:sz w:val="16"/>
              </w:rPr>
              <w:t>2005-08-29</w:t>
            </w:r>
          </w:p>
        </w:tc>
        <w:tc>
          <w:tcPr>
            <w:tcW w:type="dxa" w:w="1037"/>
          </w:tcPr>
          <w:p>
            <w:pPr>
              <w:spacing w:after="0"/>
              <w:jc w:val="left"/>
            </w:pPr>
            <w:r>
              <w:rPr>
                <w:sz w:val="16"/>
              </w:rPr>
              <w:t>EM-3225-MI</w:t>
            </w:r>
          </w:p>
        </w:tc>
        <w:tc>
          <w:tcPr>
            <w:tcW w:type="dxa" w:w="1318"/>
          </w:tcPr>
          <w:p>
            <w:pPr>
              <w:spacing w:after="0"/>
              <w:jc w:val="left"/>
            </w:pPr>
            <w:r>
              <w:rPr>
                <w:sz w:val="16"/>
              </w:rPr>
              <w:t>Emergency</w:t>
            </w:r>
          </w:p>
        </w:tc>
        <w:tc>
          <w:tcPr>
            <w:tcW w:type="dxa" w:w="2962"/>
          </w:tcPr>
          <w:p>
            <w:pPr>
              <w:spacing w:after="0"/>
              <w:jc w:val="left"/>
            </w:pPr>
            <w:r>
              <w:rPr>
                <w:sz w:val="16"/>
              </w:rPr>
              <w:t>Hurricane Katrina Evacuation</w:t>
            </w:r>
          </w:p>
        </w:tc>
        <w:tc>
          <w:tcPr>
            <w:tcW w:type="dxa" w:w="2104"/>
          </w:tcPr>
          <w:p>
            <w:pPr>
              <w:spacing w:after="0"/>
              <w:jc w:val="left"/>
            </w:pPr>
            <w:r>
              <w:rPr>
                <w:sz w:val="16"/>
              </w:rPr>
              <w:t>Hurricane: evacuation support, not a local hazard event; not counted</w:t>
            </w:r>
          </w:p>
        </w:tc>
        <w:tc>
          <w:tcPr>
            <w:tcW w:type="dxa" w:w="2459"/>
          </w:tcPr>
          <w:p>
            <w:pPr>
              <w:spacing w:after="0"/>
              <w:jc w:val="right"/>
            </w:pPr>
            <w:r>
              <w:rPr>
                <w:sz w:val="16"/>
              </w:rPr>
              <w:t>no Public Assistance recorded</w:t>
            </w:r>
          </w:p>
        </w:tc>
        <w:tc>
          <w:tcPr>
            <w:tcW w:type="dxa" w:w="1272"/>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2001-01-10</w:t>
            </w:r>
          </w:p>
        </w:tc>
        <w:tc>
          <w:tcPr>
            <w:tcW w:type="dxa" w:w="1037"/>
          </w:tcPr>
          <w:p>
            <w:pPr>
              <w:spacing w:after="0"/>
              <w:jc w:val="left"/>
            </w:pPr>
            <w:r>
              <w:rPr>
                <w:sz w:val="16"/>
              </w:rPr>
              <w:t>2000-12-11</w:t>
            </w:r>
          </w:p>
        </w:tc>
        <w:tc>
          <w:tcPr>
            <w:tcW w:type="dxa" w:w="1037"/>
          </w:tcPr>
          <w:p>
            <w:pPr>
              <w:spacing w:after="0"/>
              <w:jc w:val="left"/>
            </w:pPr>
            <w:r>
              <w:rPr>
                <w:sz w:val="16"/>
              </w:rPr>
              <w:t>EM-3160-MI</w:t>
            </w:r>
          </w:p>
        </w:tc>
        <w:tc>
          <w:tcPr>
            <w:tcW w:type="dxa" w:w="1318"/>
          </w:tcPr>
          <w:p>
            <w:pPr>
              <w:spacing w:after="0"/>
              <w:jc w:val="left"/>
            </w:pPr>
            <w:r>
              <w:rPr>
                <w:sz w:val="16"/>
              </w:rPr>
              <w:t>Emergency</w:t>
            </w:r>
          </w:p>
        </w:tc>
        <w:tc>
          <w:tcPr>
            <w:tcW w:type="dxa" w:w="2962"/>
          </w:tcPr>
          <w:p>
            <w:pPr>
              <w:spacing w:after="0"/>
              <w:jc w:val="left"/>
            </w:pPr>
            <w:r>
              <w:rPr>
                <w:sz w:val="16"/>
              </w:rPr>
              <w:t>Snow</w:t>
            </w:r>
          </w:p>
        </w:tc>
        <w:tc>
          <w:tcPr>
            <w:tcW w:type="dxa" w:w="2104"/>
          </w:tcPr>
          <w:p>
            <w:pPr>
              <w:spacing w:after="0"/>
              <w:jc w:val="left"/>
            </w:pPr>
            <w:r>
              <w:rPr>
                <w:sz w:val="16"/>
              </w:rPr>
              <w:t>Winter Weather</w:t>
            </w:r>
          </w:p>
        </w:tc>
        <w:tc>
          <w:tcPr>
            <w:tcW w:type="dxa" w:w="2459"/>
          </w:tcPr>
          <w:p>
            <w:pPr>
              <w:spacing w:after="0"/>
              <w:jc w:val="right"/>
            </w:pPr>
            <w:r>
              <w:rPr>
                <w:sz w:val="16"/>
              </w:rPr>
              <w:t>$89,781.75</w:t>
            </w:r>
          </w:p>
        </w:tc>
        <w:tc>
          <w:tcPr>
            <w:tcW w:type="dxa" w:w="1272"/>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1999-01-27</w:t>
            </w:r>
          </w:p>
        </w:tc>
        <w:tc>
          <w:tcPr>
            <w:tcW w:type="dxa" w:w="1037"/>
          </w:tcPr>
          <w:p>
            <w:pPr>
              <w:spacing w:after="0"/>
              <w:jc w:val="left"/>
            </w:pPr>
            <w:r>
              <w:rPr>
                <w:sz w:val="16"/>
              </w:rPr>
              <w:t>1999-01-02</w:t>
            </w:r>
          </w:p>
        </w:tc>
        <w:tc>
          <w:tcPr>
            <w:tcW w:type="dxa" w:w="1037"/>
          </w:tcPr>
          <w:p>
            <w:pPr>
              <w:spacing w:after="0"/>
              <w:jc w:val="left"/>
            </w:pPr>
            <w:r>
              <w:rPr>
                <w:sz w:val="16"/>
              </w:rPr>
              <w:t>EM-3137-MI</w:t>
            </w:r>
          </w:p>
        </w:tc>
        <w:tc>
          <w:tcPr>
            <w:tcW w:type="dxa" w:w="1318"/>
          </w:tcPr>
          <w:p>
            <w:pPr>
              <w:spacing w:after="0"/>
              <w:jc w:val="left"/>
            </w:pPr>
            <w:r>
              <w:rPr>
                <w:sz w:val="16"/>
              </w:rPr>
              <w:t>Emergency</w:t>
            </w:r>
          </w:p>
        </w:tc>
        <w:tc>
          <w:tcPr>
            <w:tcW w:type="dxa" w:w="2962"/>
          </w:tcPr>
          <w:p>
            <w:pPr>
              <w:spacing w:after="0"/>
              <w:jc w:val="left"/>
            </w:pPr>
            <w:r>
              <w:rPr>
                <w:sz w:val="16"/>
              </w:rPr>
              <w:t>Mi - Severe Weather 1/2 /99</w:t>
            </w:r>
          </w:p>
        </w:tc>
        <w:tc>
          <w:tcPr>
            <w:tcW w:type="dxa" w:w="2104"/>
          </w:tcPr>
          <w:p>
            <w:pPr>
              <w:spacing w:after="0"/>
              <w:jc w:val="left"/>
            </w:pPr>
            <w:r>
              <w:rPr>
                <w:sz w:val="16"/>
              </w:rPr>
              <w:t>Winter Weather</w:t>
            </w:r>
          </w:p>
        </w:tc>
        <w:tc>
          <w:tcPr>
            <w:tcW w:type="dxa" w:w="2459"/>
          </w:tcPr>
          <w:p>
            <w:pPr>
              <w:spacing w:after="0"/>
              <w:jc w:val="right"/>
            </w:pPr>
            <w:r>
              <w:rPr>
                <w:sz w:val="16"/>
              </w:rPr>
              <w:t>$80,971.12</w:t>
            </w:r>
          </w:p>
        </w:tc>
        <w:tc>
          <w:tcPr>
            <w:tcW w:type="dxa" w:w="1272"/>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1986-09-18</w:t>
            </w:r>
          </w:p>
        </w:tc>
        <w:tc>
          <w:tcPr>
            <w:tcW w:type="dxa" w:w="1037"/>
          </w:tcPr>
          <w:p>
            <w:pPr>
              <w:spacing w:after="0"/>
              <w:jc w:val="left"/>
            </w:pPr>
            <w:r>
              <w:rPr>
                <w:sz w:val="16"/>
              </w:rPr>
              <w:t>1986-09-10</w:t>
            </w:r>
          </w:p>
        </w:tc>
        <w:tc>
          <w:tcPr>
            <w:tcW w:type="dxa" w:w="1037"/>
          </w:tcPr>
          <w:p>
            <w:pPr>
              <w:spacing w:after="0"/>
              <w:jc w:val="left"/>
            </w:pPr>
            <w:r>
              <w:rPr>
                <w:sz w:val="16"/>
              </w:rPr>
              <w:t>DR-774-MI</w:t>
            </w:r>
          </w:p>
        </w:tc>
        <w:tc>
          <w:tcPr>
            <w:tcW w:type="dxa" w:w="1318"/>
          </w:tcPr>
          <w:p>
            <w:pPr>
              <w:spacing w:after="0"/>
              <w:jc w:val="left"/>
            </w:pPr>
            <w:r>
              <w:rPr>
                <w:sz w:val="16"/>
              </w:rPr>
              <w:t>Major disaster</w:t>
            </w:r>
          </w:p>
        </w:tc>
        <w:tc>
          <w:tcPr>
            <w:tcW w:type="dxa" w:w="2962"/>
          </w:tcPr>
          <w:p>
            <w:pPr>
              <w:spacing w:after="0"/>
              <w:jc w:val="left"/>
            </w:pPr>
            <w:r>
              <w:rPr>
                <w:sz w:val="16"/>
              </w:rPr>
              <w:t>Severe Storms &amp; Flooding</w:t>
            </w:r>
          </w:p>
        </w:tc>
        <w:tc>
          <w:tcPr>
            <w:tcW w:type="dxa" w:w="2104"/>
          </w:tcPr>
          <w:p>
            <w:pPr>
              <w:spacing w:after="0"/>
              <w:jc w:val="left"/>
            </w:pPr>
            <w:r>
              <w:rPr>
                <w:sz w:val="16"/>
              </w:rPr>
              <w:t>Inland Flooding</w:t>
            </w:r>
          </w:p>
        </w:tc>
        <w:tc>
          <w:tcPr>
            <w:tcW w:type="dxa" w:w="2459"/>
          </w:tcPr>
          <w:p>
            <w:pPr>
              <w:spacing w:after="0"/>
              <w:jc w:val="right"/>
            </w:pPr>
            <w:r>
              <w:rPr>
                <w:sz w:val="16"/>
              </w:rPr>
              <w:t>PA not declared for this county</w:t>
            </w:r>
          </w:p>
        </w:tc>
        <w:tc>
          <w:tcPr>
            <w:tcW w:type="dxa" w:w="1272"/>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1980-09-08</w:t>
            </w:r>
          </w:p>
        </w:tc>
        <w:tc>
          <w:tcPr>
            <w:tcW w:type="dxa" w:w="1037"/>
          </w:tcPr>
          <w:p>
            <w:pPr>
              <w:spacing w:after="0"/>
              <w:jc w:val="left"/>
            </w:pPr>
            <w:r>
              <w:rPr>
                <w:sz w:val="16"/>
              </w:rPr>
              <w:t>1980-09-08</w:t>
            </w:r>
          </w:p>
        </w:tc>
        <w:tc>
          <w:tcPr>
            <w:tcW w:type="dxa" w:w="1037"/>
          </w:tcPr>
          <w:p>
            <w:pPr>
              <w:spacing w:after="0"/>
              <w:jc w:val="left"/>
            </w:pPr>
            <w:r>
              <w:rPr>
                <w:sz w:val="16"/>
              </w:rPr>
              <w:t>DR-631-MI</w:t>
            </w:r>
          </w:p>
        </w:tc>
        <w:tc>
          <w:tcPr>
            <w:tcW w:type="dxa" w:w="1318"/>
          </w:tcPr>
          <w:p>
            <w:pPr>
              <w:spacing w:after="0"/>
              <w:jc w:val="left"/>
            </w:pPr>
            <w:r>
              <w:rPr>
                <w:sz w:val="16"/>
              </w:rPr>
              <w:t>Major disaster</w:t>
            </w:r>
          </w:p>
        </w:tc>
        <w:tc>
          <w:tcPr>
            <w:tcW w:type="dxa" w:w="2962"/>
          </w:tcPr>
          <w:p>
            <w:pPr>
              <w:spacing w:after="0"/>
              <w:jc w:val="left"/>
            </w:pPr>
            <w:r>
              <w:rPr>
                <w:sz w:val="16"/>
              </w:rPr>
              <w:t>Severe Storms &amp; Flooding</w:t>
            </w:r>
          </w:p>
        </w:tc>
        <w:tc>
          <w:tcPr>
            <w:tcW w:type="dxa" w:w="2104"/>
          </w:tcPr>
          <w:p>
            <w:pPr>
              <w:spacing w:after="0"/>
              <w:jc w:val="left"/>
            </w:pPr>
            <w:r>
              <w:rPr>
                <w:sz w:val="16"/>
              </w:rPr>
              <w:t>Inland Flooding</w:t>
            </w:r>
          </w:p>
        </w:tc>
        <w:tc>
          <w:tcPr>
            <w:tcW w:type="dxa" w:w="2459"/>
          </w:tcPr>
          <w:p>
            <w:pPr>
              <w:spacing w:after="0"/>
              <w:jc w:val="right"/>
            </w:pPr>
            <w:r>
              <w:rPr>
                <w:sz w:val="16"/>
              </w:rPr>
              <w:t>no Public Assistance recorded</w:t>
            </w:r>
          </w:p>
        </w:tc>
        <w:tc>
          <w:tcPr>
            <w:tcW w:type="dxa" w:w="1272"/>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1978-01-27</w:t>
            </w:r>
          </w:p>
        </w:tc>
        <w:tc>
          <w:tcPr>
            <w:tcW w:type="dxa" w:w="1037"/>
          </w:tcPr>
          <w:p>
            <w:pPr>
              <w:spacing w:after="0"/>
              <w:jc w:val="left"/>
            </w:pPr>
            <w:r>
              <w:rPr>
                <w:sz w:val="16"/>
              </w:rPr>
              <w:t>1978-01-27</w:t>
            </w:r>
          </w:p>
        </w:tc>
        <w:tc>
          <w:tcPr>
            <w:tcW w:type="dxa" w:w="1037"/>
          </w:tcPr>
          <w:p>
            <w:pPr>
              <w:spacing w:after="0"/>
              <w:jc w:val="left"/>
            </w:pPr>
            <w:r>
              <w:rPr>
                <w:sz w:val="16"/>
              </w:rPr>
              <w:t>EM-3057-MI</w:t>
            </w:r>
          </w:p>
        </w:tc>
        <w:tc>
          <w:tcPr>
            <w:tcW w:type="dxa" w:w="1318"/>
          </w:tcPr>
          <w:p>
            <w:pPr>
              <w:spacing w:after="0"/>
              <w:jc w:val="left"/>
            </w:pPr>
            <w:r>
              <w:rPr>
                <w:sz w:val="16"/>
              </w:rPr>
              <w:t>Emergency</w:t>
            </w:r>
          </w:p>
        </w:tc>
        <w:tc>
          <w:tcPr>
            <w:tcW w:type="dxa" w:w="2962"/>
          </w:tcPr>
          <w:p>
            <w:pPr>
              <w:spacing w:after="0"/>
              <w:jc w:val="left"/>
            </w:pPr>
            <w:r>
              <w:rPr>
                <w:sz w:val="16"/>
              </w:rPr>
              <w:t>Blizzards &amp; Snowstorms</w:t>
            </w:r>
          </w:p>
        </w:tc>
        <w:tc>
          <w:tcPr>
            <w:tcW w:type="dxa" w:w="2104"/>
          </w:tcPr>
          <w:p>
            <w:pPr>
              <w:spacing w:after="0"/>
              <w:jc w:val="left"/>
            </w:pPr>
            <w:r>
              <w:rPr>
                <w:sz w:val="16"/>
              </w:rPr>
              <w:t>Winter Weather</w:t>
            </w:r>
          </w:p>
        </w:tc>
        <w:tc>
          <w:tcPr>
            <w:tcW w:type="dxa" w:w="2459"/>
          </w:tcPr>
          <w:p>
            <w:pPr>
              <w:spacing w:after="0"/>
              <w:jc w:val="right"/>
            </w:pPr>
            <w:r>
              <w:rPr>
                <w:sz w:val="16"/>
              </w:rPr>
              <w:t>no Public Assistance recorded</w:t>
            </w:r>
          </w:p>
        </w:tc>
        <w:tc>
          <w:tcPr>
            <w:tcW w:type="dxa" w:w="1272"/>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1977-02-05</w:t>
            </w:r>
          </w:p>
        </w:tc>
        <w:tc>
          <w:tcPr>
            <w:tcW w:type="dxa" w:w="1037"/>
          </w:tcPr>
          <w:p>
            <w:pPr>
              <w:spacing w:after="0"/>
              <w:jc w:val="left"/>
            </w:pPr>
            <w:r>
              <w:rPr>
                <w:sz w:val="16"/>
              </w:rPr>
              <w:t>1977-02-05</w:t>
            </w:r>
          </w:p>
        </w:tc>
        <w:tc>
          <w:tcPr>
            <w:tcW w:type="dxa" w:w="1037"/>
          </w:tcPr>
          <w:p>
            <w:pPr>
              <w:spacing w:after="0"/>
              <w:jc w:val="left"/>
            </w:pPr>
            <w:r>
              <w:rPr>
                <w:sz w:val="16"/>
              </w:rPr>
              <w:t>EM-3030-MI</w:t>
            </w:r>
          </w:p>
        </w:tc>
        <w:tc>
          <w:tcPr>
            <w:tcW w:type="dxa" w:w="1318"/>
          </w:tcPr>
          <w:p>
            <w:pPr>
              <w:spacing w:after="0"/>
              <w:jc w:val="left"/>
            </w:pPr>
            <w:r>
              <w:rPr>
                <w:sz w:val="16"/>
              </w:rPr>
              <w:t>Emergency</w:t>
            </w:r>
          </w:p>
        </w:tc>
        <w:tc>
          <w:tcPr>
            <w:tcW w:type="dxa" w:w="2962"/>
          </w:tcPr>
          <w:p>
            <w:pPr>
              <w:spacing w:after="0"/>
              <w:jc w:val="left"/>
            </w:pPr>
            <w:r>
              <w:rPr>
                <w:sz w:val="16"/>
              </w:rPr>
              <w:t>Snowstorms</w:t>
            </w:r>
          </w:p>
        </w:tc>
        <w:tc>
          <w:tcPr>
            <w:tcW w:type="dxa" w:w="2104"/>
          </w:tcPr>
          <w:p>
            <w:pPr>
              <w:spacing w:after="0"/>
              <w:jc w:val="left"/>
            </w:pPr>
            <w:r>
              <w:rPr>
                <w:sz w:val="16"/>
              </w:rPr>
              <w:t>Winter Weather</w:t>
            </w:r>
          </w:p>
        </w:tc>
        <w:tc>
          <w:tcPr>
            <w:tcW w:type="dxa" w:w="2459"/>
          </w:tcPr>
          <w:p>
            <w:pPr>
              <w:spacing w:after="0"/>
              <w:jc w:val="right"/>
            </w:pPr>
            <w:r>
              <w:rPr>
                <w:sz w:val="16"/>
              </w:rPr>
              <w:t>no Public Assistance recorded</w:t>
            </w:r>
          </w:p>
        </w:tc>
        <w:tc>
          <w:tcPr>
            <w:tcW w:type="dxa" w:w="1272"/>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1976-03-19</w:t>
            </w:r>
          </w:p>
        </w:tc>
        <w:tc>
          <w:tcPr>
            <w:tcW w:type="dxa" w:w="1037"/>
          </w:tcPr>
          <w:p>
            <w:pPr>
              <w:spacing w:after="0"/>
              <w:jc w:val="left"/>
            </w:pPr>
            <w:r>
              <w:rPr>
                <w:sz w:val="16"/>
              </w:rPr>
              <w:t>1976-03-19</w:t>
            </w:r>
          </w:p>
        </w:tc>
        <w:tc>
          <w:tcPr>
            <w:tcW w:type="dxa" w:w="1037"/>
          </w:tcPr>
          <w:p>
            <w:pPr>
              <w:spacing w:after="0"/>
              <w:jc w:val="left"/>
            </w:pPr>
            <w:r>
              <w:rPr>
                <w:sz w:val="16"/>
              </w:rPr>
              <w:t>DR-495-MI</w:t>
            </w:r>
          </w:p>
        </w:tc>
        <w:tc>
          <w:tcPr>
            <w:tcW w:type="dxa" w:w="1318"/>
          </w:tcPr>
          <w:p>
            <w:pPr>
              <w:spacing w:after="0"/>
              <w:jc w:val="left"/>
            </w:pPr>
            <w:r>
              <w:rPr>
                <w:sz w:val="16"/>
              </w:rPr>
              <w:t>Major disaster</w:t>
            </w:r>
          </w:p>
        </w:tc>
        <w:tc>
          <w:tcPr>
            <w:tcW w:type="dxa" w:w="2962"/>
          </w:tcPr>
          <w:p>
            <w:pPr>
              <w:spacing w:after="0"/>
              <w:jc w:val="left"/>
            </w:pPr>
            <w:r>
              <w:rPr>
                <w:sz w:val="16"/>
              </w:rPr>
              <w:t>Severe Storms, Tornadoes, Icing &amp; Flooding</w:t>
            </w:r>
          </w:p>
        </w:tc>
        <w:tc>
          <w:tcPr>
            <w:tcW w:type="dxa" w:w="2104"/>
          </w:tcPr>
          <w:p>
            <w:pPr>
              <w:spacing w:after="0"/>
              <w:jc w:val="left"/>
            </w:pPr>
            <w:r>
              <w:rPr>
                <w:sz w:val="16"/>
              </w:rPr>
              <w:t>Inland Flooding; Tornado</w:t>
            </w:r>
          </w:p>
        </w:tc>
        <w:tc>
          <w:tcPr>
            <w:tcW w:type="dxa" w:w="2459"/>
          </w:tcPr>
          <w:p>
            <w:pPr>
              <w:spacing w:after="0"/>
              <w:jc w:val="right"/>
            </w:pPr>
            <w:r>
              <w:rPr>
                <w:sz w:val="16"/>
              </w:rPr>
              <w:t>no Public Assistance recorded</w:t>
            </w:r>
          </w:p>
        </w:tc>
        <w:tc>
          <w:tcPr>
            <w:tcW w:type="dxa" w:w="1272"/>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1975-09-30</w:t>
            </w:r>
          </w:p>
        </w:tc>
        <w:tc>
          <w:tcPr>
            <w:tcW w:type="dxa" w:w="1037"/>
          </w:tcPr>
          <w:p>
            <w:pPr>
              <w:spacing w:after="0"/>
              <w:jc w:val="left"/>
            </w:pPr>
            <w:r>
              <w:rPr>
                <w:sz w:val="16"/>
              </w:rPr>
              <w:t>1975-09-30</w:t>
            </w:r>
          </w:p>
        </w:tc>
        <w:tc>
          <w:tcPr>
            <w:tcW w:type="dxa" w:w="1037"/>
          </w:tcPr>
          <w:p>
            <w:pPr>
              <w:spacing w:after="0"/>
              <w:jc w:val="left"/>
            </w:pPr>
            <w:r>
              <w:rPr>
                <w:sz w:val="16"/>
              </w:rPr>
              <w:t>DR-486-MI</w:t>
            </w:r>
          </w:p>
        </w:tc>
        <w:tc>
          <w:tcPr>
            <w:tcW w:type="dxa" w:w="1318"/>
          </w:tcPr>
          <w:p>
            <w:pPr>
              <w:spacing w:after="0"/>
              <w:jc w:val="left"/>
            </w:pPr>
            <w:r>
              <w:rPr>
                <w:sz w:val="16"/>
              </w:rPr>
              <w:t>Major disaster</w:t>
            </w:r>
          </w:p>
        </w:tc>
        <w:tc>
          <w:tcPr>
            <w:tcW w:type="dxa" w:w="2962"/>
          </w:tcPr>
          <w:p>
            <w:pPr>
              <w:spacing w:after="0"/>
              <w:jc w:val="left"/>
            </w:pPr>
            <w:r>
              <w:rPr>
                <w:sz w:val="16"/>
              </w:rPr>
              <w:t>Severe Storms, High Winds &amp; Flooding</w:t>
            </w:r>
          </w:p>
        </w:tc>
        <w:tc>
          <w:tcPr>
            <w:tcW w:type="dxa" w:w="2104"/>
          </w:tcPr>
          <w:p>
            <w:pPr>
              <w:spacing w:after="0"/>
              <w:jc w:val="left"/>
            </w:pPr>
            <w:r>
              <w:rPr>
                <w:sz w:val="16"/>
              </w:rPr>
              <w:t>Inland Flooding (primary); also designated: Strong Wind</w:t>
            </w:r>
          </w:p>
        </w:tc>
        <w:tc>
          <w:tcPr>
            <w:tcW w:type="dxa" w:w="2459"/>
          </w:tcPr>
          <w:p>
            <w:pPr>
              <w:spacing w:after="0"/>
              <w:jc w:val="right"/>
            </w:pPr>
            <w:r>
              <w:rPr>
                <w:sz w:val="16"/>
              </w:rPr>
              <w:t>no Public Assistance recorded</w:t>
            </w:r>
          </w:p>
        </w:tc>
        <w:tc>
          <w:tcPr>
            <w:tcW w:type="dxa" w:w="1272"/>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1975-04-26</w:t>
            </w:r>
          </w:p>
        </w:tc>
        <w:tc>
          <w:tcPr>
            <w:tcW w:type="dxa" w:w="1037"/>
          </w:tcPr>
          <w:p>
            <w:pPr>
              <w:spacing w:after="0"/>
              <w:jc w:val="left"/>
            </w:pPr>
            <w:r>
              <w:rPr>
                <w:sz w:val="16"/>
              </w:rPr>
              <w:t>1975-04-26</w:t>
            </w:r>
          </w:p>
        </w:tc>
        <w:tc>
          <w:tcPr>
            <w:tcW w:type="dxa" w:w="1037"/>
          </w:tcPr>
          <w:p>
            <w:pPr>
              <w:spacing w:after="0"/>
              <w:jc w:val="left"/>
            </w:pPr>
            <w:r>
              <w:rPr>
                <w:sz w:val="16"/>
              </w:rPr>
              <w:t>DR-465-MI</w:t>
            </w:r>
          </w:p>
        </w:tc>
        <w:tc>
          <w:tcPr>
            <w:tcW w:type="dxa" w:w="1318"/>
          </w:tcPr>
          <w:p>
            <w:pPr>
              <w:spacing w:after="0"/>
              <w:jc w:val="left"/>
            </w:pPr>
            <w:r>
              <w:rPr>
                <w:sz w:val="16"/>
              </w:rPr>
              <w:t>Major disaster</w:t>
            </w:r>
          </w:p>
        </w:tc>
        <w:tc>
          <w:tcPr>
            <w:tcW w:type="dxa" w:w="2962"/>
          </w:tcPr>
          <w:p>
            <w:pPr>
              <w:spacing w:after="0"/>
              <w:jc w:val="left"/>
            </w:pPr>
            <w:r>
              <w:rPr>
                <w:sz w:val="16"/>
              </w:rPr>
              <w:t>Severe Storms, High Winds &amp; Flooding</w:t>
            </w:r>
          </w:p>
        </w:tc>
        <w:tc>
          <w:tcPr>
            <w:tcW w:type="dxa" w:w="2104"/>
          </w:tcPr>
          <w:p>
            <w:pPr>
              <w:spacing w:after="0"/>
              <w:jc w:val="left"/>
            </w:pPr>
            <w:r>
              <w:rPr>
                <w:sz w:val="16"/>
              </w:rPr>
              <w:t>Inland Flooding (primary); also designated: Strong Wind</w:t>
            </w:r>
          </w:p>
        </w:tc>
        <w:tc>
          <w:tcPr>
            <w:tcW w:type="dxa" w:w="2459"/>
          </w:tcPr>
          <w:p>
            <w:pPr>
              <w:spacing w:after="0"/>
              <w:jc w:val="right"/>
            </w:pPr>
            <w:r>
              <w:rPr>
                <w:sz w:val="16"/>
              </w:rPr>
              <w:t>no Public Assistance recorded</w:t>
            </w:r>
          </w:p>
        </w:tc>
        <w:tc>
          <w:tcPr>
            <w:tcW w:type="dxa" w:w="1272"/>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1972-04-05</w:t>
            </w:r>
          </w:p>
        </w:tc>
        <w:tc>
          <w:tcPr>
            <w:tcW w:type="dxa" w:w="1037"/>
          </w:tcPr>
          <w:p>
            <w:pPr>
              <w:spacing w:after="0"/>
              <w:jc w:val="left"/>
            </w:pPr>
            <w:r>
              <w:rPr>
                <w:sz w:val="16"/>
              </w:rPr>
              <w:t>1972-04-05</w:t>
            </w:r>
          </w:p>
        </w:tc>
        <w:tc>
          <w:tcPr>
            <w:tcW w:type="dxa" w:w="1037"/>
          </w:tcPr>
          <w:p>
            <w:pPr>
              <w:spacing w:after="0"/>
              <w:jc w:val="left"/>
            </w:pPr>
            <w:r>
              <w:rPr>
                <w:sz w:val="16"/>
              </w:rPr>
              <w:t>DR-330-MI</w:t>
            </w:r>
          </w:p>
        </w:tc>
        <w:tc>
          <w:tcPr>
            <w:tcW w:type="dxa" w:w="1318"/>
          </w:tcPr>
          <w:p>
            <w:pPr>
              <w:spacing w:after="0"/>
              <w:jc w:val="left"/>
            </w:pPr>
            <w:r>
              <w:rPr>
                <w:sz w:val="16"/>
              </w:rPr>
              <w:t>Major disaster</w:t>
            </w:r>
          </w:p>
        </w:tc>
        <w:tc>
          <w:tcPr>
            <w:tcW w:type="dxa" w:w="2962"/>
          </w:tcPr>
          <w:p>
            <w:pPr>
              <w:spacing w:after="0"/>
              <w:jc w:val="left"/>
            </w:pPr>
            <w:r>
              <w:rPr>
                <w:sz w:val="16"/>
              </w:rPr>
              <w:t>Severe Storm &amp; Freezing</w:t>
            </w:r>
          </w:p>
        </w:tc>
        <w:tc>
          <w:tcPr>
            <w:tcW w:type="dxa" w:w="2104"/>
          </w:tcPr>
          <w:p>
            <w:pPr>
              <w:spacing w:after="0"/>
              <w:jc w:val="left"/>
            </w:pPr>
            <w:r>
              <w:rPr>
                <w:sz w:val="16"/>
              </w:rPr>
              <w:t>Winter Weather</w:t>
            </w:r>
          </w:p>
        </w:tc>
        <w:tc>
          <w:tcPr>
            <w:tcW w:type="dxa" w:w="2459"/>
          </w:tcPr>
          <w:p>
            <w:pPr>
              <w:spacing w:after="0"/>
              <w:jc w:val="right"/>
            </w:pPr>
            <w:r>
              <w:rPr>
                <w:sz w:val="16"/>
              </w:rPr>
              <w:t>no Public Assistance recorded</w:t>
            </w:r>
          </w:p>
        </w:tc>
        <w:tc>
          <w:tcPr>
            <w:tcW w:type="dxa" w:w="1272"/>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1965-04-14</w:t>
            </w:r>
          </w:p>
        </w:tc>
        <w:tc>
          <w:tcPr>
            <w:tcW w:type="dxa" w:w="1037"/>
          </w:tcPr>
          <w:p>
            <w:pPr>
              <w:spacing w:after="0"/>
              <w:jc w:val="left"/>
            </w:pPr>
            <w:r>
              <w:rPr>
                <w:sz w:val="16"/>
              </w:rPr>
              <w:t>1965-04-14</w:t>
            </w:r>
          </w:p>
        </w:tc>
        <w:tc>
          <w:tcPr>
            <w:tcW w:type="dxa" w:w="1037"/>
          </w:tcPr>
          <w:p>
            <w:pPr>
              <w:spacing w:after="0"/>
              <w:jc w:val="left"/>
            </w:pPr>
            <w:r>
              <w:rPr>
                <w:sz w:val="16"/>
              </w:rPr>
              <w:t>DR-190-MI</w:t>
            </w:r>
          </w:p>
        </w:tc>
        <w:tc>
          <w:tcPr>
            <w:tcW w:type="dxa" w:w="1318"/>
          </w:tcPr>
          <w:p>
            <w:pPr>
              <w:spacing w:after="0"/>
              <w:jc w:val="left"/>
            </w:pPr>
            <w:r>
              <w:rPr>
                <w:sz w:val="16"/>
              </w:rPr>
              <w:t>Major disaster</w:t>
            </w:r>
          </w:p>
        </w:tc>
        <w:tc>
          <w:tcPr>
            <w:tcW w:type="dxa" w:w="2962"/>
          </w:tcPr>
          <w:p>
            <w:pPr>
              <w:spacing w:after="0"/>
              <w:jc w:val="left"/>
            </w:pPr>
            <w:r>
              <w:rPr>
                <w:sz w:val="16"/>
              </w:rPr>
              <w:t>Tornadoes &amp; Severe Storms</w:t>
            </w:r>
          </w:p>
        </w:tc>
        <w:tc>
          <w:tcPr>
            <w:tcW w:type="dxa" w:w="2104"/>
          </w:tcPr>
          <w:p>
            <w:pPr>
              <w:spacing w:after="0"/>
              <w:jc w:val="left"/>
            </w:pPr>
            <w:r>
              <w:rPr>
                <w:sz w:val="16"/>
              </w:rPr>
              <w:t>Tornado</w:t>
            </w:r>
          </w:p>
        </w:tc>
        <w:tc>
          <w:tcPr>
            <w:tcW w:type="dxa" w:w="2459"/>
          </w:tcPr>
          <w:p>
            <w:pPr>
              <w:spacing w:after="0"/>
              <w:jc w:val="right"/>
            </w:pPr>
            <w:r>
              <w:rPr>
                <w:sz w:val="16"/>
              </w:rPr>
              <w:t>no Public Assistance recorded</w:t>
            </w:r>
          </w:p>
        </w:tc>
        <w:tc>
          <w:tcPr>
            <w:tcW w:type="dxa" w:w="1272"/>
          </w:tcPr>
          <w:p>
            <w:pPr>
              <w:spacing w:after="0"/>
              <w:jc w:val="left"/>
            </w:pPr>
          </w:p>
        </w:tc>
        <w:tc>
          <w:tcPr>
            <w:tcW w:type="dxa" w:w="888"/>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465"/>
        <w:gridCol w:w="2465"/>
        <w:gridCol w:w="2041"/>
        <w:gridCol w:w="3314"/>
        <w:gridCol w:w="1828"/>
        <w:gridCol w:w="1998"/>
      </w:tblGrid>
      <w:tr>
        <w:trPr>
          <w:cantSplit/>
          <w:tblHeader/>
        </w:trPr>
        <w:tc>
          <w:tcPr>
            <w:tcW w:type="dxa" w:w="2465"/>
            <w:shd w:val="clear" w:color="auto" w:fill="E8E8E8"/>
          </w:tcPr>
          <w:p>
            <w:pPr>
              <w:spacing w:after="0"/>
              <w:jc w:val="left"/>
            </w:pPr>
            <w:r>
              <w:rPr>
                <w:b/>
                <w:sz w:val="16"/>
              </w:rPr>
              <w:t>Declared</w:t>
            </w:r>
          </w:p>
        </w:tc>
        <w:tc>
          <w:tcPr>
            <w:tcW w:type="dxa" w:w="2465"/>
            <w:shd w:val="clear" w:color="auto" w:fill="E8E8E8"/>
          </w:tcPr>
          <w:p>
            <w:pPr>
              <w:spacing w:after="0"/>
              <w:jc w:val="left"/>
            </w:pPr>
            <w:r>
              <w:rPr>
                <w:b/>
                <w:sz w:val="16"/>
              </w:rPr>
              <w:t>Incident began</w:t>
            </w:r>
          </w:p>
        </w:tc>
        <w:tc>
          <w:tcPr>
            <w:tcW w:type="dxa" w:w="2041"/>
            <w:shd w:val="clear" w:color="auto" w:fill="E8E8E8"/>
          </w:tcPr>
          <w:p>
            <w:pPr>
              <w:spacing w:after="0"/>
              <w:jc w:val="left"/>
            </w:pPr>
            <w:r>
              <w:rPr>
                <w:b/>
                <w:sz w:val="16"/>
              </w:rPr>
              <w:t>FEMA number</w:t>
            </w:r>
          </w:p>
        </w:tc>
        <w:tc>
          <w:tcPr>
            <w:tcW w:type="dxa" w:w="3314"/>
            <w:shd w:val="clear" w:color="auto" w:fill="E8E8E8"/>
          </w:tcPr>
          <w:p>
            <w:pPr>
              <w:spacing w:after="0"/>
              <w:jc w:val="left"/>
            </w:pPr>
            <w:r>
              <w:rPr>
                <w:b/>
                <w:sz w:val="16"/>
              </w:rPr>
              <w:t>Type</w:t>
            </w:r>
          </w:p>
        </w:tc>
        <w:tc>
          <w:tcPr>
            <w:tcW w:type="dxa" w:w="1828"/>
            <w:shd w:val="clear" w:color="auto" w:fill="E8E8E8"/>
          </w:tcPr>
          <w:p>
            <w:pPr>
              <w:spacing w:after="0"/>
              <w:jc w:val="left"/>
            </w:pPr>
            <w:r>
              <w:rPr>
                <w:b/>
                <w:sz w:val="16"/>
              </w:rPr>
              <w:t>Title</w:t>
            </w:r>
          </w:p>
        </w:tc>
        <w:tc>
          <w:tcPr>
            <w:tcW w:type="dxa" w:w="1998"/>
            <w:shd w:val="clear" w:color="auto" w:fill="E8E8E8"/>
          </w:tcPr>
          <w:p>
            <w:pPr>
              <w:spacing w:after="0"/>
              <w:jc w:val="left"/>
            </w:pPr>
            <w:r>
              <w:rPr>
                <w:b/>
                <w:sz w:val="16"/>
              </w:rPr>
              <w:t>Mapped hazard</w:t>
            </w:r>
          </w:p>
        </w:tc>
      </w:tr>
      <w:tr>
        <w:trPr>
          <w:cantSplit/>
        </w:trPr>
        <w:tc>
          <w:tcPr>
            <w:tcW w:type="dxa" w:w="2465"/>
          </w:tcPr>
          <w:p>
            <w:pPr>
              <w:spacing w:after="0"/>
              <w:jc w:val="left"/>
            </w:pPr>
            <w:r>
              <w:rPr>
                <w:sz w:val="16"/>
              </w:rPr>
              <w:t>1956-04-05</w:t>
            </w:r>
          </w:p>
        </w:tc>
        <w:tc>
          <w:tcPr>
            <w:tcW w:type="dxa" w:w="2465"/>
          </w:tcPr>
          <w:p>
            <w:pPr>
              <w:spacing w:after="0"/>
              <w:jc w:val="left"/>
            </w:pPr>
            <w:r>
              <w:rPr>
                <w:sz w:val="16"/>
              </w:rPr>
              <w:t>1956-04-05</w:t>
            </w:r>
          </w:p>
        </w:tc>
        <w:tc>
          <w:tcPr>
            <w:tcW w:type="dxa" w:w="2041"/>
          </w:tcPr>
          <w:p>
            <w:pPr>
              <w:spacing w:after="0"/>
              <w:jc w:val="left"/>
            </w:pPr>
            <w:r>
              <w:rPr>
                <w:sz w:val="16"/>
              </w:rPr>
              <w:t>DR-53-MI</w:t>
            </w:r>
          </w:p>
        </w:tc>
        <w:tc>
          <w:tcPr>
            <w:tcW w:type="dxa" w:w="3314"/>
          </w:tcPr>
          <w:p>
            <w:pPr>
              <w:spacing w:after="0"/>
              <w:jc w:val="left"/>
            </w:pPr>
            <w:r>
              <w:rPr>
                <w:sz w:val="16"/>
              </w:rPr>
              <w:t>Major disaster</w:t>
            </w:r>
          </w:p>
        </w:tc>
        <w:tc>
          <w:tcPr>
            <w:tcW w:type="dxa" w:w="1828"/>
          </w:tcPr>
          <w:p>
            <w:pPr>
              <w:spacing w:after="0"/>
              <w:jc w:val="left"/>
            </w:pPr>
            <w:r>
              <w:rPr>
                <w:sz w:val="16"/>
              </w:rPr>
              <w:t>Tornado</w:t>
            </w:r>
          </w:p>
        </w:tc>
        <w:tc>
          <w:tcPr>
            <w:tcW w:type="dxa" w:w="1998"/>
          </w:tcPr>
          <w:p>
            <w:pPr>
              <w:spacing w:after="0"/>
              <w:jc w:val="left"/>
            </w:pPr>
            <w:r>
              <w:rPr>
                <w:sz w:val="16"/>
              </w:rPr>
              <w:t>Tornado</w:t>
            </w:r>
          </w:p>
        </w:tc>
      </w:tr>
      <w:tr>
        <w:trPr>
          <w:cantSplit/>
        </w:trPr>
        <w:tc>
          <w:tcPr>
            <w:tcW w:type="dxa" w:w="2465"/>
          </w:tcPr>
          <w:p>
            <w:pPr>
              <w:spacing w:after="0"/>
              <w:jc w:val="left"/>
            </w:pPr>
            <w:r>
              <w:rPr>
                <w:sz w:val="16"/>
              </w:rPr>
              <w:t>1953-06-09</w:t>
            </w:r>
          </w:p>
        </w:tc>
        <w:tc>
          <w:tcPr>
            <w:tcW w:type="dxa" w:w="2465"/>
          </w:tcPr>
          <w:p>
            <w:pPr>
              <w:spacing w:after="0"/>
              <w:jc w:val="left"/>
            </w:pPr>
            <w:r>
              <w:rPr>
                <w:sz w:val="16"/>
              </w:rPr>
              <w:t>1953-06-09</w:t>
            </w:r>
          </w:p>
        </w:tc>
        <w:tc>
          <w:tcPr>
            <w:tcW w:type="dxa" w:w="2041"/>
          </w:tcPr>
          <w:p>
            <w:pPr>
              <w:spacing w:after="0"/>
              <w:jc w:val="left"/>
            </w:pPr>
            <w:r>
              <w:rPr>
                <w:sz w:val="16"/>
              </w:rPr>
              <w:t>DR-6-MI</w:t>
            </w:r>
          </w:p>
        </w:tc>
        <w:tc>
          <w:tcPr>
            <w:tcW w:type="dxa" w:w="3314"/>
          </w:tcPr>
          <w:p>
            <w:pPr>
              <w:spacing w:after="0"/>
              <w:jc w:val="left"/>
            </w:pPr>
            <w:r>
              <w:rPr>
                <w:sz w:val="16"/>
              </w:rPr>
              <w:t>Major disaster</w:t>
            </w:r>
          </w:p>
        </w:tc>
        <w:tc>
          <w:tcPr>
            <w:tcW w:type="dxa" w:w="1828"/>
          </w:tcPr>
          <w:p>
            <w:pPr>
              <w:spacing w:after="0"/>
              <w:jc w:val="left"/>
            </w:pPr>
            <w:r>
              <w:rPr>
                <w:sz w:val="16"/>
              </w:rPr>
              <w:t>Tornado</w:t>
            </w:r>
          </w:p>
        </w:tc>
        <w:tc>
          <w:tcPr>
            <w:tcW w:type="dxa" w:w="1998"/>
          </w:tcPr>
          <w:p>
            <w:pPr>
              <w:spacing w:after="0"/>
              <w:jc w:val="left"/>
            </w:pPr>
            <w:r>
              <w:rPr>
                <w:sz w:val="16"/>
              </w:rPr>
              <w:t>Tornado</w:t>
            </w:r>
          </w:p>
        </w:tc>
      </w:tr>
      <w:tr>
        <w:trPr>
          <w:cantSplit/>
        </w:trPr>
        <w:tc>
          <w:tcPr>
            <w:tcW w:type="dxa" w:w="2465"/>
          </w:tcPr>
          <w:p>
            <w:pPr>
              <w:spacing w:after="0"/>
              <w:jc w:val="left"/>
            </w:pPr>
            <w:r>
              <w:rPr>
                <w:sz w:val="16"/>
              </w:rPr>
              <w:t>1953-06-02</w:t>
            </w:r>
          </w:p>
        </w:tc>
        <w:tc>
          <w:tcPr>
            <w:tcW w:type="dxa" w:w="2465"/>
          </w:tcPr>
          <w:p>
            <w:pPr>
              <w:spacing w:after="0"/>
              <w:jc w:val="left"/>
            </w:pPr>
            <w:r>
              <w:rPr>
                <w:sz w:val="16"/>
              </w:rPr>
              <w:t>1953-06-02</w:t>
            </w:r>
          </w:p>
        </w:tc>
        <w:tc>
          <w:tcPr>
            <w:tcW w:type="dxa" w:w="2041"/>
          </w:tcPr>
          <w:p>
            <w:pPr>
              <w:spacing w:after="0"/>
              <w:jc w:val="left"/>
            </w:pPr>
            <w:r>
              <w:rPr>
                <w:sz w:val="16"/>
              </w:rPr>
              <w:t>DR-4-MI</w:t>
            </w:r>
          </w:p>
        </w:tc>
        <w:tc>
          <w:tcPr>
            <w:tcW w:type="dxa" w:w="3314"/>
          </w:tcPr>
          <w:p>
            <w:pPr>
              <w:spacing w:after="0"/>
              <w:jc w:val="left"/>
            </w:pPr>
            <w:r>
              <w:rPr>
                <w:sz w:val="16"/>
              </w:rPr>
              <w:t>Major disaster</w:t>
            </w:r>
          </w:p>
        </w:tc>
        <w:tc>
          <w:tcPr>
            <w:tcW w:type="dxa" w:w="1828"/>
          </w:tcPr>
          <w:p>
            <w:pPr>
              <w:spacing w:after="0"/>
              <w:jc w:val="left"/>
            </w:pPr>
            <w:r>
              <w:rPr>
                <w:sz w:val="16"/>
              </w:rPr>
              <w:t>Tornado</w:t>
            </w:r>
          </w:p>
        </w:tc>
        <w:tc>
          <w:tcPr>
            <w:tcW w:type="dxa" w:w="1998"/>
          </w:tcPr>
          <w:p>
            <w:pPr>
              <w:spacing w:after="0"/>
              <w:jc w:val="left"/>
            </w:pPr>
            <w:r>
              <w:rPr>
                <w:sz w:val="16"/>
              </w:rPr>
              <w:t>Tornado</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Coastal Flooding</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Cold Wave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Drought</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77</w:t>
            </w:r>
          </w:p>
        </w:tc>
        <w:tc>
          <w:tcPr>
            <w:tcW w:type="dxa" w:w="1159"/>
          </w:tcPr>
          <w:p>
            <w:pPr>
              <w:spacing w:after="0"/>
              <w:jc w:val="right"/>
            </w:pPr>
            <w:r>
              <w:rPr>
                <w:sz w:val="16"/>
              </w:rPr>
              <w:t>3</w:t>
            </w:r>
          </w:p>
        </w:tc>
        <w:tc>
          <w:tcPr>
            <w:tcW w:type="dxa" w:w="2116"/>
          </w:tcPr>
          <w:p>
            <w:pPr>
              <w:spacing w:after="0"/>
              <w:jc w:val="right"/>
            </w:pPr>
            <w:r>
              <w:rPr>
                <w:sz w:val="16"/>
              </w:rPr>
              <w:t>0</w:t>
            </w:r>
          </w:p>
        </w:tc>
        <w:tc>
          <w:tcPr>
            <w:tcW w:type="dxa" w:w="786"/>
          </w:tcPr>
          <w:p>
            <w:pPr>
              <w:spacing w:after="0"/>
              <w:jc w:val="right"/>
            </w:pPr>
            <w:r>
              <w:rPr>
                <w:sz w:val="16"/>
              </w:rPr>
              <w:t>3</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222"/>
          </w:tcPr>
          <w:p>
            <w:pPr>
              <w:spacing w:after="0"/>
              <w:jc w:val="right"/>
            </w:pPr>
            <w:r>
              <w:rPr>
                <w:sz w:val="16"/>
              </w:rPr>
              <w:t>4</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20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8</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222"/>
          </w:tcPr>
          <w:p>
            <w:pPr>
              <w:spacing w:after="0"/>
              <w:jc w:val="right"/>
            </w:pPr>
            <w:r>
              <w:rPr>
                <w:sz w:val="16"/>
              </w:rPr>
              <w:t>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258</w:t>
            </w:r>
          </w:p>
        </w:tc>
        <w:tc>
          <w:tcPr>
            <w:tcW w:type="dxa" w:w="1159"/>
          </w:tcPr>
          <w:p>
            <w:pPr>
              <w:spacing w:after="0"/>
              <w:jc w:val="right"/>
            </w:pPr>
            <w:r>
              <w:rPr>
                <w:sz w:val="16"/>
              </w:rPr>
              <w:t>30</w:t>
            </w:r>
          </w:p>
        </w:tc>
        <w:tc>
          <w:tcPr>
            <w:tcW w:type="dxa" w:w="2116"/>
          </w:tcPr>
          <w:p>
            <w:pPr>
              <w:spacing w:after="0"/>
              <w:jc w:val="right"/>
            </w:pPr>
            <w:r>
              <w:rPr>
                <w:sz w:val="16"/>
              </w:rPr>
              <w:t>5</w:t>
            </w:r>
          </w:p>
        </w:tc>
        <w:tc>
          <w:tcPr>
            <w:tcW w:type="dxa" w:w="786"/>
          </w:tcPr>
          <w:p>
            <w:pPr>
              <w:spacing w:after="0"/>
              <w:jc w:val="right"/>
            </w:pPr>
            <w:r>
              <w:rPr>
                <w:sz w:val="16"/>
              </w:rPr>
              <w:t>30</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15 High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37</w:t>
            </w:r>
          </w:p>
        </w:tc>
        <w:tc>
          <w:tcPr>
            <w:tcW w:type="dxa" w:w="1159"/>
          </w:tcPr>
          <w:p>
            <w:pPr>
              <w:spacing w:after="0"/>
              <w:jc w:val="right"/>
            </w:pPr>
            <w:r>
              <w:rPr>
                <w:sz w:val="16"/>
              </w:rPr>
              <w:t>4</w:t>
            </w:r>
          </w:p>
        </w:tc>
        <w:tc>
          <w:tcPr>
            <w:tcW w:type="dxa" w:w="2116"/>
          </w:tcPr>
          <w:p>
            <w:pPr>
              <w:spacing w:after="0"/>
              <w:jc w:val="right"/>
            </w:pPr>
            <w:r>
              <w:rPr>
                <w:sz w:val="16"/>
              </w:rPr>
              <w:t>1</w:t>
            </w:r>
          </w:p>
        </w:tc>
        <w:tc>
          <w:tcPr>
            <w:tcW w:type="dxa" w:w="786"/>
          </w:tcPr>
          <w:p>
            <w:pPr>
              <w:spacing w:after="0"/>
              <w:jc w:val="right"/>
            </w:pPr>
            <w:r>
              <w:rPr>
                <w:sz w:val="16"/>
              </w:rPr>
              <w:t>4</w:t>
            </w:r>
          </w:p>
        </w:tc>
        <w:tc>
          <w:tcPr>
            <w:tcW w:type="dxa" w:w="1692"/>
          </w:tcPr>
          <w:p>
            <w:pPr>
              <w:spacing w:after="0"/>
              <w:jc w:val="right"/>
            </w:pPr>
            <w:r>
              <w:rPr>
                <w:sz w:val="16"/>
              </w:rPr>
              <w:t>4</w:t>
            </w:r>
          </w:p>
        </w:tc>
        <w:tc>
          <w:tcPr>
            <w:tcW w:type="dxa" w:w="1372"/>
          </w:tcPr>
          <w:p>
            <w:pPr>
              <w:spacing w:after="0"/>
              <w:jc w:val="right"/>
            </w:pPr>
            <w:r>
              <w:rPr>
                <w:sz w:val="16"/>
              </w:rPr>
              <w:t>1</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Tsunami</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159</w:t>
            </w:r>
          </w:p>
        </w:tc>
        <w:tc>
          <w:tcPr>
            <w:tcW w:type="dxa" w:w="1159"/>
          </w:tcPr>
          <w:p>
            <w:pPr>
              <w:spacing w:after="0"/>
              <w:jc w:val="right"/>
            </w:pPr>
            <w:r>
              <w:rPr>
                <w:sz w:val="16"/>
              </w:rPr>
              <w:t>9</w:t>
            </w:r>
          </w:p>
        </w:tc>
        <w:tc>
          <w:tcPr>
            <w:tcW w:type="dxa" w:w="2116"/>
          </w:tcPr>
          <w:p>
            <w:pPr>
              <w:spacing w:after="0"/>
              <w:jc w:val="right"/>
            </w:pPr>
            <w:r>
              <w:rPr>
                <w:sz w:val="16"/>
              </w:rPr>
              <w:t>0</w:t>
            </w:r>
          </w:p>
        </w:tc>
        <w:tc>
          <w:tcPr>
            <w:tcW w:type="dxa" w:w="786"/>
          </w:tcPr>
          <w:p>
            <w:pPr>
              <w:spacing w:after="0"/>
              <w:jc w:val="right"/>
            </w:pPr>
            <w:r>
              <w:rPr>
                <w:sz w:val="16"/>
              </w:rPr>
              <w:t>9</w:t>
            </w:r>
          </w:p>
        </w:tc>
        <w:tc>
          <w:tcPr>
            <w:tcW w:type="dxa" w:w="1692"/>
          </w:tcPr>
          <w:p>
            <w:pPr>
              <w:spacing w:after="0"/>
              <w:jc w:val="right"/>
            </w:pPr>
            <w:r>
              <w:rPr>
                <w:sz w:val="16"/>
              </w:rPr>
              <w:t>5</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Includes 1 Sleet record.</w:t>
            </w: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3128"/>
        <w:gridCol w:w="2866"/>
        <w:gridCol w:w="928"/>
        <w:gridCol w:w="1562"/>
        <w:gridCol w:w="1028"/>
        <w:gridCol w:w="2348"/>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3128"/>
            <w:shd w:val="clear" w:color="auto" w:fill="E8E8E8"/>
          </w:tcPr>
          <w:p>
            <w:pPr>
              <w:spacing w:after="0"/>
              <w:jc w:val="left"/>
            </w:pPr>
            <w:r>
              <w:rPr>
                <w:b/>
                <w:sz w:val="16"/>
              </w:rPr>
              <w:t>Magnitude or extent</w:t>
            </w:r>
          </w:p>
        </w:tc>
        <w:tc>
          <w:tcPr>
            <w:tcW w:type="dxa" w:w="2866"/>
            <w:shd w:val="clear" w:color="auto" w:fill="E8E8E8"/>
          </w:tcPr>
          <w:p>
            <w:pPr>
              <w:spacing w:after="0"/>
              <w:jc w:val="left"/>
            </w:pPr>
            <w:r>
              <w:rPr>
                <w:b/>
                <w:sz w:val="16"/>
              </w:rPr>
              <w:t>Damage</w:t>
            </w:r>
          </w:p>
          <w:p>
            <w:pPr>
              <w:spacing w:after="0"/>
              <w:jc w:val="left"/>
            </w:pPr>
            <w:r>
              <w:rPr>
                <w:i/>
                <w:color w:val="555555"/>
                <w:sz w:val="14"/>
              </w:rPr>
              <w:t>nominal dollars</w:t>
            </w:r>
          </w:p>
        </w:tc>
        <w:tc>
          <w:tcPr>
            <w:tcW w:type="dxa" w:w="928"/>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1562"/>
            <w:shd w:val="clear" w:color="auto" w:fill="E8E8E8"/>
          </w:tcPr>
          <w:p>
            <w:pPr>
              <w:spacing w:after="0"/>
              <w:jc w:val="left"/>
            </w:pPr>
            <w:r>
              <w:rPr>
                <w:b/>
                <w:sz w:val="16"/>
              </w:rPr>
              <w:t>Location</w:t>
            </w:r>
          </w:p>
        </w:tc>
        <w:tc>
          <w:tcPr>
            <w:tcW w:type="dxa" w:w="1028"/>
            <w:shd w:val="clear" w:color="auto" w:fill="E8E8E8"/>
          </w:tcPr>
          <w:p>
            <w:pPr>
              <w:spacing w:after="0"/>
              <w:jc w:val="left"/>
            </w:pPr>
            <w:r>
              <w:rPr>
                <w:b/>
                <w:sz w:val="16"/>
              </w:rPr>
              <w:t>Flags</w:t>
            </w:r>
          </w:p>
        </w:tc>
        <w:tc>
          <w:tcPr>
            <w:tcW w:type="dxa" w:w="2348"/>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2021-12-11</w:t>
            </w:r>
          </w:p>
        </w:tc>
        <w:tc>
          <w:tcPr>
            <w:tcW w:type="dxa" w:w="1215"/>
          </w:tcPr>
          <w:p>
            <w:pPr>
              <w:spacing w:after="0"/>
              <w:jc w:val="left"/>
            </w:pPr>
            <w:r>
              <w:rPr>
                <w:sz w:val="16"/>
              </w:rPr>
              <w:t>High Wind</w:t>
            </w:r>
          </w:p>
        </w:tc>
        <w:tc>
          <w:tcPr>
            <w:tcW w:type="dxa" w:w="3128"/>
          </w:tcPr>
          <w:p>
            <w:pPr>
              <w:spacing w:after="0"/>
              <w:jc w:val="left"/>
            </w:pPr>
            <w:r>
              <w:rPr>
                <w:sz w:val="16"/>
              </w:rPr>
              <w:t>63 kt (72 mph) measured gust</w:t>
            </w:r>
          </w:p>
        </w:tc>
        <w:tc>
          <w:tcPr>
            <w:tcW w:type="dxa" w:w="2866"/>
          </w:tcPr>
          <w:p>
            <w:pPr>
              <w:spacing w:after="0"/>
              <w:jc w:val="left"/>
            </w:pPr>
            <w:r>
              <w:rPr>
                <w:sz w:val="16"/>
              </w:rPr>
              <w:t>damage not reported</w:t>
            </w:r>
          </w:p>
        </w:tc>
        <w:tc>
          <w:tcPr>
            <w:tcW w:type="dxa" w:w="928"/>
          </w:tcPr>
          <w:p>
            <w:pPr>
              <w:spacing w:after="0"/>
              <w:jc w:val="right"/>
            </w:pPr>
            <w:r>
              <w:rPr>
                <w:sz w:val="16"/>
              </w:rPr>
              <w:t>0, 0</w:t>
            </w:r>
          </w:p>
        </w:tc>
        <w:tc>
          <w:tcPr>
            <w:tcW w:type="dxa" w:w="1562"/>
          </w:tcPr>
          <w:p>
            <w:pPr>
              <w:spacing w:after="0"/>
              <w:jc w:val="left"/>
            </w:pPr>
            <w:r>
              <w:rPr>
                <w:sz w:val="16"/>
              </w:rPr>
              <w:t>NWS zone MIZ064 (ALLEGAN), zone-level</w:t>
            </w:r>
          </w:p>
        </w:tc>
        <w:tc>
          <w:tcPr>
            <w:tcW w:type="dxa" w:w="1028"/>
          </w:tcPr>
          <w:p>
            <w:pPr>
              <w:spacing w:after="0"/>
              <w:jc w:val="left"/>
            </w:pPr>
            <w:r>
              <w:rPr>
                <w:sz w:val="16"/>
              </w:rPr>
              <w:t>new since last plan; within last 5 years</w:t>
            </w:r>
          </w:p>
        </w:tc>
        <w:tc>
          <w:tcPr>
            <w:tcW w:type="dxa" w:w="2348"/>
          </w:tcPr>
          <w:p>
            <w:pPr>
              <w:spacing w:after="0"/>
              <w:jc w:val="left"/>
            </w:pPr>
            <w:r>
              <w:rPr>
                <w:sz w:val="16"/>
              </w:rPr>
              <w:t>B1-c worst recorded: High Wind and Strong Wind</w:t>
            </w:r>
          </w:p>
        </w:tc>
      </w:tr>
      <w:tr>
        <w:trPr>
          <w:cantSplit/>
        </w:trPr>
        <w:tc>
          <w:tcPr>
            <w:tcW w:type="dxa" w:w="1037"/>
          </w:tcPr>
          <w:p>
            <w:pPr>
              <w:spacing w:after="0"/>
              <w:jc w:val="left"/>
            </w:pPr>
            <w:r>
              <w:rPr>
                <w:sz w:val="16"/>
              </w:rPr>
              <w:t>2019-02-05</w:t>
            </w:r>
          </w:p>
        </w:tc>
        <w:tc>
          <w:tcPr>
            <w:tcW w:type="dxa" w:w="1215"/>
          </w:tcPr>
          <w:p>
            <w:pPr>
              <w:spacing w:after="0"/>
              <w:jc w:val="left"/>
            </w:pPr>
            <w:r>
              <w:rPr>
                <w:sz w:val="16"/>
              </w:rPr>
              <w:t>Ice Storm</w:t>
            </w:r>
          </w:p>
        </w:tc>
        <w:tc>
          <w:tcPr>
            <w:tcW w:type="dxa" w:w="3128"/>
          </w:tcPr>
          <w:p>
            <w:pPr>
              <w:spacing w:after="0"/>
              <w:jc w:val="left"/>
            </w:pPr>
          </w:p>
        </w:tc>
        <w:tc>
          <w:tcPr>
            <w:tcW w:type="dxa" w:w="2866"/>
          </w:tcPr>
          <w:p>
            <w:pPr>
              <w:spacing w:after="0"/>
              <w:jc w:val="left"/>
            </w:pPr>
            <w:r>
              <w:rPr>
                <w:sz w:val="16"/>
              </w:rPr>
              <w:t>$2,000,000 property; $0 crops (zone total, 2019 dollars)</w:t>
            </w:r>
          </w:p>
        </w:tc>
        <w:tc>
          <w:tcPr>
            <w:tcW w:type="dxa" w:w="928"/>
          </w:tcPr>
          <w:p>
            <w:pPr>
              <w:spacing w:after="0"/>
              <w:jc w:val="right"/>
            </w:pPr>
            <w:r>
              <w:rPr>
                <w:sz w:val="16"/>
              </w:rPr>
              <w:t>0, 0</w:t>
            </w:r>
          </w:p>
        </w:tc>
        <w:tc>
          <w:tcPr>
            <w:tcW w:type="dxa" w:w="1562"/>
          </w:tcPr>
          <w:p>
            <w:pPr>
              <w:spacing w:after="0"/>
              <w:jc w:val="left"/>
            </w:pPr>
            <w:r>
              <w:rPr>
                <w:sz w:val="16"/>
              </w:rPr>
              <w:t>NWS zone MIZ064 (ALLEGAN), zone-level</w:t>
            </w:r>
          </w:p>
        </w:tc>
        <w:tc>
          <w:tcPr>
            <w:tcW w:type="dxa" w:w="1028"/>
          </w:tcPr>
          <w:p>
            <w:pPr>
              <w:spacing w:after="0"/>
              <w:jc w:val="left"/>
            </w:pPr>
          </w:p>
        </w:tc>
        <w:tc>
          <w:tcPr>
            <w:tcW w:type="dxa" w:w="2348"/>
          </w:tcPr>
          <w:p>
            <w:pPr>
              <w:spacing w:after="0"/>
              <w:jc w:val="left"/>
            </w:pPr>
            <w:r>
              <w:rPr>
                <w:sz w:val="16"/>
              </w:rPr>
              <w:t>B1-c worst recorded: Ice Storm</w:t>
            </w:r>
          </w:p>
        </w:tc>
      </w:tr>
      <w:tr>
        <w:trPr>
          <w:cantSplit/>
        </w:trPr>
        <w:tc>
          <w:tcPr>
            <w:tcW w:type="dxa" w:w="1037"/>
          </w:tcPr>
          <w:p>
            <w:pPr>
              <w:spacing w:after="0"/>
              <w:jc w:val="left"/>
            </w:pPr>
            <w:r>
              <w:rPr>
                <w:sz w:val="16"/>
              </w:rPr>
              <w:t>2018-04-14</w:t>
            </w:r>
          </w:p>
        </w:tc>
        <w:tc>
          <w:tcPr>
            <w:tcW w:type="dxa" w:w="1215"/>
          </w:tcPr>
          <w:p>
            <w:pPr>
              <w:spacing w:after="0"/>
              <w:jc w:val="left"/>
            </w:pPr>
            <w:r>
              <w:rPr>
                <w:sz w:val="16"/>
              </w:rPr>
              <w:t>Winter Storm</w:t>
            </w:r>
          </w:p>
        </w:tc>
        <w:tc>
          <w:tcPr>
            <w:tcW w:type="dxa" w:w="3128"/>
          </w:tcPr>
          <w:p>
            <w:pPr>
              <w:spacing w:after="0"/>
              <w:jc w:val="left"/>
            </w:pPr>
          </w:p>
        </w:tc>
        <w:tc>
          <w:tcPr>
            <w:tcW w:type="dxa" w:w="2866"/>
          </w:tcPr>
          <w:p>
            <w:pPr>
              <w:spacing w:after="0"/>
              <w:jc w:val="left"/>
            </w:pPr>
            <w:r>
              <w:rPr>
                <w:sz w:val="16"/>
              </w:rPr>
              <w:t>$100,000 property; $0 crops (zone total, 2018 dollars)</w:t>
            </w:r>
          </w:p>
        </w:tc>
        <w:tc>
          <w:tcPr>
            <w:tcW w:type="dxa" w:w="928"/>
          </w:tcPr>
          <w:p>
            <w:pPr>
              <w:spacing w:after="0"/>
              <w:jc w:val="right"/>
            </w:pPr>
            <w:r>
              <w:rPr>
                <w:sz w:val="16"/>
              </w:rPr>
              <w:t>0, 0</w:t>
            </w:r>
          </w:p>
        </w:tc>
        <w:tc>
          <w:tcPr>
            <w:tcW w:type="dxa" w:w="1562"/>
          </w:tcPr>
          <w:p>
            <w:pPr>
              <w:spacing w:after="0"/>
              <w:jc w:val="left"/>
            </w:pPr>
            <w:r>
              <w:rPr>
                <w:sz w:val="16"/>
              </w:rPr>
              <w:t>NWS zone MIZ064 (ALLEGAN), zone-level</w:t>
            </w:r>
          </w:p>
        </w:tc>
        <w:tc>
          <w:tcPr>
            <w:tcW w:type="dxa" w:w="1028"/>
          </w:tcPr>
          <w:p>
            <w:pPr>
              <w:spacing w:after="0"/>
              <w:jc w:val="left"/>
            </w:pPr>
          </w:p>
        </w:tc>
        <w:tc>
          <w:tcPr>
            <w:tcW w:type="dxa" w:w="2348"/>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2014-08-26</w:t>
            </w:r>
          </w:p>
        </w:tc>
        <w:tc>
          <w:tcPr>
            <w:tcW w:type="dxa" w:w="1215"/>
          </w:tcPr>
          <w:p>
            <w:pPr>
              <w:spacing w:after="0"/>
              <w:jc w:val="left"/>
            </w:pPr>
            <w:r>
              <w:rPr>
                <w:sz w:val="16"/>
              </w:rPr>
              <w:t>Lightning</w:t>
            </w:r>
          </w:p>
        </w:tc>
        <w:tc>
          <w:tcPr>
            <w:tcW w:type="dxa" w:w="3128"/>
          </w:tcPr>
          <w:p>
            <w:pPr>
              <w:spacing w:after="0"/>
              <w:jc w:val="left"/>
            </w:pPr>
          </w:p>
        </w:tc>
        <w:tc>
          <w:tcPr>
            <w:tcW w:type="dxa" w:w="2866"/>
          </w:tcPr>
          <w:p>
            <w:pPr>
              <w:spacing w:after="0"/>
              <w:jc w:val="left"/>
            </w:pPr>
            <w:r>
              <w:rPr>
                <w:sz w:val="16"/>
              </w:rPr>
              <w:t>$5,000 property; $0 crops (2014 dollars)</w:t>
            </w:r>
          </w:p>
        </w:tc>
        <w:tc>
          <w:tcPr>
            <w:tcW w:type="dxa" w:w="928"/>
          </w:tcPr>
          <w:p>
            <w:pPr>
              <w:spacing w:after="0"/>
              <w:jc w:val="right"/>
            </w:pPr>
            <w:r>
              <w:rPr>
                <w:sz w:val="16"/>
              </w:rPr>
              <w:t>0, 0</w:t>
            </w:r>
          </w:p>
        </w:tc>
        <w:tc>
          <w:tcPr>
            <w:tcW w:type="dxa" w:w="1562"/>
          </w:tcPr>
          <w:p>
            <w:pPr>
              <w:spacing w:after="0"/>
              <w:jc w:val="left"/>
            </w:pPr>
            <w:r>
              <w:rPr>
                <w:sz w:val="16"/>
              </w:rPr>
              <w:t>HOLLAND</w:t>
            </w:r>
          </w:p>
        </w:tc>
        <w:tc>
          <w:tcPr>
            <w:tcW w:type="dxa" w:w="1028"/>
          </w:tcPr>
          <w:p>
            <w:pPr>
              <w:spacing w:after="0"/>
              <w:jc w:val="left"/>
            </w:pPr>
          </w:p>
        </w:tc>
        <w:tc>
          <w:tcPr>
            <w:tcW w:type="dxa" w:w="2348"/>
          </w:tcPr>
          <w:p>
            <w:pPr>
              <w:spacing w:after="0"/>
              <w:jc w:val="left"/>
            </w:pPr>
            <w:r>
              <w:rPr>
                <w:sz w:val="16"/>
              </w:rPr>
              <w:t>B1-c worst recorded: Lightning</w:t>
            </w:r>
          </w:p>
        </w:tc>
      </w:tr>
      <w:tr>
        <w:trPr>
          <w:cantSplit/>
        </w:trPr>
        <w:tc>
          <w:tcPr>
            <w:tcW w:type="dxa" w:w="1037"/>
          </w:tcPr>
          <w:p>
            <w:pPr>
              <w:spacing w:after="0"/>
              <w:jc w:val="left"/>
            </w:pPr>
            <w:r>
              <w:rPr>
                <w:sz w:val="16"/>
              </w:rPr>
              <w:t>2008-06-07</w:t>
            </w:r>
          </w:p>
        </w:tc>
        <w:tc>
          <w:tcPr>
            <w:tcW w:type="dxa" w:w="1215"/>
          </w:tcPr>
          <w:p>
            <w:pPr>
              <w:spacing w:after="0"/>
              <w:jc w:val="left"/>
            </w:pPr>
            <w:r>
              <w:rPr>
                <w:sz w:val="16"/>
              </w:rPr>
              <w:t>Flash Flood</w:t>
            </w:r>
          </w:p>
        </w:tc>
        <w:tc>
          <w:tcPr>
            <w:tcW w:type="dxa" w:w="3128"/>
          </w:tcPr>
          <w:p>
            <w:pPr>
              <w:spacing w:after="0"/>
              <w:jc w:val="left"/>
            </w:pPr>
          </w:p>
        </w:tc>
        <w:tc>
          <w:tcPr>
            <w:tcW w:type="dxa" w:w="2866"/>
          </w:tcPr>
          <w:p>
            <w:pPr>
              <w:spacing w:after="0"/>
              <w:jc w:val="left"/>
            </w:pPr>
            <w:r>
              <w:rPr>
                <w:sz w:val="16"/>
              </w:rPr>
              <w:t>$2,000,000 property; $2,000,000 crops (2008 dollars)</w:t>
            </w:r>
          </w:p>
        </w:tc>
        <w:tc>
          <w:tcPr>
            <w:tcW w:type="dxa" w:w="928"/>
          </w:tcPr>
          <w:p>
            <w:pPr>
              <w:spacing w:after="0"/>
              <w:jc w:val="right"/>
            </w:pPr>
            <w:r>
              <w:rPr>
                <w:sz w:val="16"/>
              </w:rPr>
              <w:t>2, 0</w:t>
            </w:r>
          </w:p>
        </w:tc>
        <w:tc>
          <w:tcPr>
            <w:tcW w:type="dxa" w:w="1562"/>
          </w:tcPr>
          <w:p>
            <w:pPr>
              <w:spacing w:after="0"/>
              <w:jc w:val="left"/>
            </w:pPr>
            <w:r>
              <w:rPr>
                <w:sz w:val="16"/>
              </w:rPr>
              <w:t>CASTLE PARK to GLENN</w:t>
            </w:r>
          </w:p>
        </w:tc>
        <w:tc>
          <w:tcPr>
            <w:tcW w:type="dxa" w:w="1028"/>
          </w:tcPr>
          <w:p>
            <w:pPr>
              <w:spacing w:after="0"/>
              <w:jc w:val="left"/>
            </w:pPr>
          </w:p>
        </w:tc>
        <w:tc>
          <w:tcPr>
            <w:tcW w:type="dxa" w:w="2348"/>
          </w:tcPr>
          <w:p>
            <w:pPr>
              <w:spacing w:after="0"/>
              <w:jc w:val="left"/>
            </w:pPr>
            <w:r>
              <w:rPr>
                <w:sz w:val="16"/>
              </w:rPr>
              <w:t>deaths or injuries recorded</w:t>
            </w:r>
          </w:p>
        </w:tc>
      </w:tr>
      <w:tr>
        <w:trPr>
          <w:cantSplit/>
        </w:trPr>
        <w:tc>
          <w:tcPr>
            <w:tcW w:type="dxa" w:w="1037"/>
          </w:tcPr>
          <w:p>
            <w:pPr>
              <w:spacing w:after="0"/>
              <w:jc w:val="left"/>
            </w:pPr>
            <w:r>
              <w:rPr>
                <w:sz w:val="16"/>
              </w:rPr>
              <w:t>2001-09-03</w:t>
            </w:r>
          </w:p>
        </w:tc>
        <w:tc>
          <w:tcPr>
            <w:tcW w:type="dxa" w:w="1215"/>
          </w:tcPr>
          <w:p>
            <w:pPr>
              <w:spacing w:after="0"/>
              <w:jc w:val="left"/>
            </w:pPr>
            <w:r>
              <w:rPr>
                <w:sz w:val="16"/>
              </w:rPr>
              <w:t>Thunderstorm Wind</w:t>
            </w:r>
          </w:p>
        </w:tc>
        <w:tc>
          <w:tcPr>
            <w:tcW w:type="dxa" w:w="3128"/>
          </w:tcPr>
          <w:p>
            <w:pPr>
              <w:spacing w:after="0"/>
              <w:jc w:val="left"/>
            </w:pPr>
            <w:r>
              <w:rPr>
                <w:sz w:val="16"/>
              </w:rPr>
              <w:t>71 kt (82 mph) measured</w:t>
            </w:r>
          </w:p>
        </w:tc>
        <w:tc>
          <w:tcPr>
            <w:tcW w:type="dxa" w:w="2866"/>
          </w:tcPr>
          <w:p>
            <w:pPr>
              <w:spacing w:after="0"/>
              <w:jc w:val="left"/>
            </w:pPr>
            <w:r>
              <w:rPr>
                <w:sz w:val="16"/>
              </w:rPr>
              <w:t>$5,000 property; crops not reported (2001 dollars)</w:t>
            </w:r>
          </w:p>
        </w:tc>
        <w:tc>
          <w:tcPr>
            <w:tcW w:type="dxa" w:w="928"/>
          </w:tcPr>
          <w:p>
            <w:pPr>
              <w:spacing w:after="0"/>
              <w:jc w:val="right"/>
            </w:pPr>
            <w:r>
              <w:rPr>
                <w:sz w:val="16"/>
              </w:rPr>
              <w:t>0, 0</w:t>
            </w:r>
          </w:p>
        </w:tc>
        <w:tc>
          <w:tcPr>
            <w:tcW w:type="dxa" w:w="1562"/>
          </w:tcPr>
          <w:p>
            <w:pPr>
              <w:spacing w:after="0"/>
              <w:jc w:val="left"/>
            </w:pPr>
            <w:r>
              <w:rPr>
                <w:sz w:val="16"/>
              </w:rPr>
              <w:t>SAUGATUCK</w:t>
            </w:r>
          </w:p>
        </w:tc>
        <w:tc>
          <w:tcPr>
            <w:tcW w:type="dxa" w:w="1028"/>
          </w:tcPr>
          <w:p>
            <w:pPr>
              <w:spacing w:after="0"/>
              <w:jc w:val="left"/>
            </w:pPr>
          </w:p>
        </w:tc>
        <w:tc>
          <w:tcPr>
            <w:tcW w:type="dxa" w:w="2348"/>
          </w:tcPr>
          <w:p>
            <w:pPr>
              <w:spacing w:after="0"/>
              <w:jc w:val="left"/>
            </w:pPr>
            <w:r>
              <w:rPr>
                <w:sz w:val="16"/>
              </w:rPr>
              <w:t>B1-c worst recorded: Thunderstorm Wind</w:t>
            </w:r>
          </w:p>
        </w:tc>
      </w:tr>
      <w:tr>
        <w:trPr>
          <w:cantSplit/>
        </w:trPr>
        <w:tc>
          <w:tcPr>
            <w:tcW w:type="dxa" w:w="1037"/>
          </w:tcPr>
          <w:p>
            <w:pPr>
              <w:spacing w:after="0"/>
              <w:jc w:val="left"/>
            </w:pPr>
            <w:r>
              <w:rPr>
                <w:sz w:val="16"/>
              </w:rPr>
              <w:t>1997-06-20</w:t>
            </w:r>
          </w:p>
        </w:tc>
        <w:tc>
          <w:tcPr>
            <w:tcW w:type="dxa" w:w="1215"/>
          </w:tcPr>
          <w:p>
            <w:pPr>
              <w:spacing w:after="0"/>
              <w:jc w:val="left"/>
            </w:pPr>
            <w:r>
              <w:rPr>
                <w:sz w:val="16"/>
              </w:rPr>
              <w:t>Flash Flood</w:t>
            </w:r>
          </w:p>
        </w:tc>
        <w:tc>
          <w:tcPr>
            <w:tcW w:type="dxa" w:w="3128"/>
          </w:tcPr>
          <w:p>
            <w:pPr>
              <w:spacing w:after="0"/>
              <w:jc w:val="left"/>
            </w:pPr>
          </w:p>
        </w:tc>
        <w:tc>
          <w:tcPr>
            <w:tcW w:type="dxa" w:w="2866"/>
          </w:tcPr>
          <w:p>
            <w:pPr>
              <w:spacing w:after="0"/>
              <w:jc w:val="left"/>
            </w:pPr>
            <w:r>
              <w:rPr>
                <w:sz w:val="16"/>
              </w:rPr>
              <w:t>$2,000,000 property; $5,000,000 crops (1997 dollars)</w:t>
            </w:r>
          </w:p>
        </w:tc>
        <w:tc>
          <w:tcPr>
            <w:tcW w:type="dxa" w:w="928"/>
          </w:tcPr>
          <w:p>
            <w:pPr>
              <w:spacing w:after="0"/>
              <w:jc w:val="right"/>
            </w:pPr>
            <w:r>
              <w:rPr>
                <w:sz w:val="16"/>
              </w:rPr>
              <w:t>0, 4</w:t>
            </w:r>
          </w:p>
        </w:tc>
        <w:tc>
          <w:tcPr>
            <w:tcW w:type="dxa" w:w="1562"/>
          </w:tcPr>
          <w:p>
            <w:pPr>
              <w:spacing w:after="0"/>
              <w:jc w:val="left"/>
            </w:pPr>
            <w:r>
              <w:rPr>
                <w:sz w:val="16"/>
              </w:rPr>
              <w:t>COUNTY-WIDE</w:t>
            </w:r>
          </w:p>
        </w:tc>
        <w:tc>
          <w:tcPr>
            <w:tcW w:type="dxa" w:w="1028"/>
          </w:tcPr>
          <w:p>
            <w:pPr>
              <w:spacing w:after="0"/>
              <w:jc w:val="left"/>
            </w:pPr>
          </w:p>
        </w:tc>
        <w:tc>
          <w:tcPr>
            <w:tcW w:type="dxa" w:w="2348"/>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1983-07-21</w:t>
            </w:r>
          </w:p>
        </w:tc>
        <w:tc>
          <w:tcPr>
            <w:tcW w:type="dxa" w:w="1215"/>
          </w:tcPr>
          <w:p>
            <w:pPr>
              <w:spacing w:after="0"/>
              <w:jc w:val="left"/>
            </w:pPr>
            <w:r>
              <w:rPr>
                <w:sz w:val="16"/>
              </w:rPr>
              <w:t>Tornado</w:t>
            </w:r>
          </w:p>
        </w:tc>
        <w:tc>
          <w:tcPr>
            <w:tcW w:type="dxa" w:w="3128"/>
          </w:tcPr>
          <w:p>
            <w:pPr>
              <w:spacing w:after="0"/>
              <w:jc w:val="left"/>
            </w:pPr>
            <w:r>
              <w:rPr>
                <w:sz w:val="16"/>
              </w:rPr>
              <w:t>F2, 13.6 mi path length (whole path, pre-1996), 200 yd wide</w:t>
            </w:r>
          </w:p>
        </w:tc>
        <w:tc>
          <w:tcPr>
            <w:tcW w:type="dxa" w:w="2866"/>
          </w:tcPr>
          <w:p>
            <w:pPr>
              <w:spacing w:after="0"/>
              <w:jc w:val="left"/>
            </w:pPr>
            <w:r>
              <w:rPr>
                <w:sz w:val="16"/>
              </w:rPr>
              <w:t>$250,000 property; crops not recorded (1983 dollars)</w:t>
            </w:r>
          </w:p>
        </w:tc>
        <w:tc>
          <w:tcPr>
            <w:tcW w:type="dxa" w:w="928"/>
          </w:tcPr>
          <w:p>
            <w:pPr>
              <w:spacing w:after="0"/>
              <w:jc w:val="right"/>
            </w:pPr>
            <w:r>
              <w:rPr>
                <w:sz w:val="16"/>
              </w:rPr>
              <w:t>1, 1</w:t>
            </w:r>
          </w:p>
        </w:tc>
        <w:tc>
          <w:tcPr>
            <w:tcW w:type="dxa" w:w="1562"/>
          </w:tcPr>
          <w:p>
            <w:pPr>
              <w:spacing w:after="0"/>
              <w:jc w:val="left"/>
            </w:pPr>
            <w:r>
              <w:rPr>
                <w:sz w:val="16"/>
              </w:rPr>
              <w:t>location not recorded</w:t>
            </w:r>
          </w:p>
        </w:tc>
        <w:tc>
          <w:tcPr>
            <w:tcW w:type="dxa" w:w="1028"/>
          </w:tcPr>
          <w:p>
            <w:pPr>
              <w:spacing w:after="0"/>
              <w:jc w:val="left"/>
            </w:pPr>
          </w:p>
        </w:tc>
        <w:tc>
          <w:tcPr>
            <w:tcW w:type="dxa" w:w="2348"/>
          </w:tcPr>
          <w:p>
            <w:pPr>
              <w:spacing w:after="0"/>
              <w:jc w:val="left"/>
            </w:pPr>
            <w:r>
              <w:rPr>
                <w:sz w:val="16"/>
              </w:rPr>
              <w:t>deaths or injuries recorded</w:t>
            </w:r>
          </w:p>
        </w:tc>
      </w:tr>
      <w:tr>
        <w:trPr>
          <w:cantSplit/>
        </w:trPr>
        <w:tc>
          <w:tcPr>
            <w:tcW w:type="dxa" w:w="1037"/>
          </w:tcPr>
          <w:p>
            <w:pPr>
              <w:spacing w:after="0"/>
              <w:jc w:val="left"/>
            </w:pPr>
            <w:r>
              <w:rPr>
                <w:sz w:val="16"/>
              </w:rPr>
              <w:t>1965-04-11</w:t>
            </w:r>
          </w:p>
        </w:tc>
        <w:tc>
          <w:tcPr>
            <w:tcW w:type="dxa" w:w="1215"/>
          </w:tcPr>
          <w:p>
            <w:pPr>
              <w:spacing w:after="0"/>
              <w:jc w:val="left"/>
            </w:pPr>
            <w:r>
              <w:rPr>
                <w:sz w:val="16"/>
              </w:rPr>
              <w:t>Tornado</w:t>
            </w:r>
          </w:p>
        </w:tc>
        <w:tc>
          <w:tcPr>
            <w:tcW w:type="dxa" w:w="3128"/>
          </w:tcPr>
          <w:p>
            <w:pPr>
              <w:spacing w:after="0"/>
              <w:jc w:val="left"/>
            </w:pPr>
            <w:r>
              <w:rPr>
                <w:sz w:val="16"/>
              </w:rPr>
              <w:t>F1, 15.9 mi path length (whole path, pre-1996), 200 yd wide</w:t>
            </w:r>
          </w:p>
        </w:tc>
        <w:tc>
          <w:tcPr>
            <w:tcW w:type="dxa" w:w="2866"/>
          </w:tcPr>
          <w:p>
            <w:pPr>
              <w:spacing w:after="0"/>
              <w:jc w:val="left"/>
            </w:pPr>
            <w:r>
              <w:rPr>
                <w:sz w:val="16"/>
              </w:rPr>
              <w:t>$250,000 property; crops not recorded (1965 dollars)</w:t>
            </w:r>
          </w:p>
        </w:tc>
        <w:tc>
          <w:tcPr>
            <w:tcW w:type="dxa" w:w="928"/>
          </w:tcPr>
          <w:p>
            <w:pPr>
              <w:spacing w:after="0"/>
              <w:jc w:val="right"/>
            </w:pPr>
            <w:r>
              <w:rPr>
                <w:sz w:val="16"/>
              </w:rPr>
              <w:t>1, 9</w:t>
            </w:r>
          </w:p>
        </w:tc>
        <w:tc>
          <w:tcPr>
            <w:tcW w:type="dxa" w:w="1562"/>
          </w:tcPr>
          <w:p>
            <w:pPr>
              <w:spacing w:after="0"/>
              <w:jc w:val="left"/>
            </w:pPr>
            <w:r>
              <w:rPr>
                <w:sz w:val="16"/>
              </w:rPr>
              <w:t>location not recorded</w:t>
            </w:r>
          </w:p>
        </w:tc>
        <w:tc>
          <w:tcPr>
            <w:tcW w:type="dxa" w:w="1028"/>
          </w:tcPr>
          <w:p>
            <w:pPr>
              <w:spacing w:after="0"/>
              <w:jc w:val="left"/>
            </w:pPr>
          </w:p>
        </w:tc>
        <w:tc>
          <w:tcPr>
            <w:tcW w:type="dxa" w:w="2348"/>
          </w:tcPr>
          <w:p>
            <w:pPr>
              <w:spacing w:after="0"/>
              <w:jc w:val="left"/>
            </w:pPr>
            <w:r>
              <w:rPr>
                <w:sz w:val="16"/>
              </w:rPr>
              <w:t>deaths or injuries recorded</w:t>
            </w:r>
          </w:p>
        </w:tc>
      </w:tr>
      <w:tr>
        <w:trPr>
          <w:cantSplit/>
        </w:trPr>
        <w:tc>
          <w:tcPr>
            <w:tcW w:type="dxa" w:w="1037"/>
          </w:tcPr>
          <w:p>
            <w:pPr>
              <w:spacing w:after="0"/>
              <w:jc w:val="left"/>
            </w:pPr>
            <w:r>
              <w:rPr>
                <w:sz w:val="16"/>
              </w:rPr>
              <w:t>1956-04-03</w:t>
            </w:r>
          </w:p>
        </w:tc>
        <w:tc>
          <w:tcPr>
            <w:tcW w:type="dxa" w:w="1215"/>
          </w:tcPr>
          <w:p>
            <w:pPr>
              <w:spacing w:after="0"/>
              <w:jc w:val="left"/>
            </w:pPr>
            <w:r>
              <w:rPr>
                <w:sz w:val="16"/>
              </w:rPr>
              <w:t>Tornado</w:t>
            </w:r>
          </w:p>
        </w:tc>
        <w:tc>
          <w:tcPr>
            <w:tcW w:type="dxa" w:w="3128"/>
          </w:tcPr>
          <w:p>
            <w:pPr>
              <w:spacing w:after="0"/>
              <w:jc w:val="left"/>
            </w:pPr>
            <w:r>
              <w:rPr>
                <w:sz w:val="16"/>
              </w:rPr>
              <w:t>F3, 8.3 mi path length (whole path, pre-1996), 200 yd wide</w:t>
            </w:r>
          </w:p>
        </w:tc>
        <w:tc>
          <w:tcPr>
            <w:tcW w:type="dxa" w:w="2866"/>
          </w:tcPr>
          <w:p>
            <w:pPr>
              <w:spacing w:after="0"/>
              <w:jc w:val="left"/>
            </w:pPr>
            <w:r>
              <w:rPr>
                <w:sz w:val="16"/>
              </w:rPr>
              <w:t>$2,500,000 property; crops not recorded (1956 dollars)</w:t>
            </w:r>
          </w:p>
        </w:tc>
        <w:tc>
          <w:tcPr>
            <w:tcW w:type="dxa" w:w="928"/>
          </w:tcPr>
          <w:p>
            <w:pPr>
              <w:spacing w:after="0"/>
              <w:jc w:val="right"/>
            </w:pPr>
            <w:r>
              <w:rPr>
                <w:sz w:val="16"/>
              </w:rPr>
              <w:t>0, 3</w:t>
            </w:r>
          </w:p>
        </w:tc>
        <w:tc>
          <w:tcPr>
            <w:tcW w:type="dxa" w:w="1562"/>
          </w:tcPr>
          <w:p>
            <w:pPr>
              <w:spacing w:after="0"/>
              <w:jc w:val="left"/>
            </w:pPr>
            <w:r>
              <w:rPr>
                <w:sz w:val="16"/>
              </w:rPr>
              <w:t>location not recorded</w:t>
            </w:r>
          </w:p>
        </w:tc>
        <w:tc>
          <w:tcPr>
            <w:tcW w:type="dxa" w:w="1028"/>
          </w:tcPr>
          <w:p>
            <w:pPr>
              <w:spacing w:after="0"/>
              <w:jc w:val="left"/>
            </w:pPr>
          </w:p>
        </w:tc>
        <w:tc>
          <w:tcPr>
            <w:tcW w:type="dxa" w:w="2348"/>
          </w:tcPr>
          <w:p>
            <w:pPr>
              <w:spacing w:after="0"/>
              <w:jc w:val="left"/>
            </w:pPr>
            <w:r>
              <w:rPr>
                <w:sz w:val="16"/>
              </w:rPr>
              <w:t>B1-c most damaging: Tornado</w:t>
            </w:r>
          </w:p>
        </w:tc>
      </w:tr>
      <w:tr>
        <w:trPr>
          <w:cantSplit/>
        </w:trPr>
        <w:tc>
          <w:tcPr>
            <w:tcW w:type="dxa" w:w="1037"/>
          </w:tcPr>
          <w:p>
            <w:pPr>
              <w:spacing w:after="0"/>
              <w:jc w:val="left"/>
            </w:pPr>
            <w:r>
              <w:rPr>
                <w:sz w:val="16"/>
              </w:rPr>
              <w:t>1956-04-03</w:t>
            </w:r>
          </w:p>
        </w:tc>
        <w:tc>
          <w:tcPr>
            <w:tcW w:type="dxa" w:w="1215"/>
          </w:tcPr>
          <w:p>
            <w:pPr>
              <w:spacing w:after="0"/>
              <w:jc w:val="left"/>
            </w:pPr>
            <w:r>
              <w:rPr>
                <w:sz w:val="16"/>
              </w:rPr>
              <w:t>Tornado</w:t>
            </w:r>
          </w:p>
        </w:tc>
        <w:tc>
          <w:tcPr>
            <w:tcW w:type="dxa" w:w="3128"/>
          </w:tcPr>
          <w:p>
            <w:pPr>
              <w:spacing w:after="0"/>
              <w:jc w:val="left"/>
            </w:pPr>
            <w:r>
              <w:rPr>
                <w:sz w:val="16"/>
              </w:rPr>
              <w:t>F5, 13.5 mi path length (whole path, pre-1996), 400 yd wide</w:t>
            </w:r>
          </w:p>
        </w:tc>
        <w:tc>
          <w:tcPr>
            <w:tcW w:type="dxa" w:w="2866"/>
          </w:tcPr>
          <w:p>
            <w:pPr>
              <w:spacing w:after="0"/>
              <w:jc w:val="left"/>
            </w:pPr>
            <w:r>
              <w:rPr>
                <w:sz w:val="16"/>
              </w:rPr>
              <w:t>$25,000 property; crops not recorded (1956 dollars)</w:t>
            </w:r>
          </w:p>
        </w:tc>
        <w:tc>
          <w:tcPr>
            <w:tcW w:type="dxa" w:w="928"/>
          </w:tcPr>
          <w:p>
            <w:pPr>
              <w:spacing w:after="0"/>
              <w:jc w:val="right"/>
            </w:pPr>
            <w:r>
              <w:rPr>
                <w:sz w:val="16"/>
              </w:rPr>
              <w:t>0, 10</w:t>
            </w:r>
          </w:p>
        </w:tc>
        <w:tc>
          <w:tcPr>
            <w:tcW w:type="dxa" w:w="1562"/>
          </w:tcPr>
          <w:p>
            <w:pPr>
              <w:spacing w:after="0"/>
              <w:jc w:val="left"/>
            </w:pPr>
            <w:r>
              <w:rPr>
                <w:sz w:val="16"/>
              </w:rPr>
              <w:t>location not recorded</w:t>
            </w:r>
          </w:p>
        </w:tc>
        <w:tc>
          <w:tcPr>
            <w:tcW w:type="dxa" w:w="1028"/>
          </w:tcPr>
          <w:p>
            <w:pPr>
              <w:spacing w:after="0"/>
              <w:jc w:val="left"/>
            </w:pPr>
          </w:p>
        </w:tc>
        <w:tc>
          <w:tcPr>
            <w:tcW w:type="dxa" w:w="2348"/>
          </w:tcPr>
          <w:p>
            <w:pPr>
              <w:spacing w:after="0"/>
              <w:jc w:val="left"/>
            </w:pPr>
            <w:r>
              <w:rPr>
                <w:sz w:val="16"/>
              </w:rPr>
              <w:t>B1-c worst recorded: Tornado</w:t>
            </w:r>
          </w:p>
        </w:tc>
      </w:tr>
      <w:tr>
        <w:trPr>
          <w:cantSplit/>
        </w:trPr>
        <w:tc>
          <w:tcPr>
            <w:tcW w:type="dxa" w:w="1037"/>
          </w:tcPr>
          <w:p>
            <w:pPr>
              <w:spacing w:after="0"/>
              <w:jc w:val="left"/>
            </w:pPr>
            <w:r>
              <w:rPr>
                <w:sz w:val="16"/>
              </w:rPr>
              <w:t>1955-10-23</w:t>
            </w:r>
          </w:p>
        </w:tc>
        <w:tc>
          <w:tcPr>
            <w:tcW w:type="dxa" w:w="1215"/>
          </w:tcPr>
          <w:p>
            <w:pPr>
              <w:spacing w:after="0"/>
              <w:jc w:val="left"/>
            </w:pPr>
            <w:r>
              <w:rPr>
                <w:sz w:val="16"/>
              </w:rPr>
              <w:t>Hail</w:t>
            </w:r>
          </w:p>
        </w:tc>
        <w:tc>
          <w:tcPr>
            <w:tcW w:type="dxa" w:w="3128"/>
          </w:tcPr>
          <w:p>
            <w:pPr>
              <w:spacing w:after="0"/>
              <w:jc w:val="left"/>
            </w:pPr>
            <w:r>
              <w:rPr>
                <w:sz w:val="16"/>
              </w:rPr>
              <w:t>4 in</w:t>
            </w:r>
          </w:p>
        </w:tc>
        <w:tc>
          <w:tcPr>
            <w:tcW w:type="dxa" w:w="2866"/>
          </w:tcPr>
          <w:p>
            <w:pPr>
              <w:spacing w:after="0"/>
              <w:jc w:val="left"/>
            </w:pPr>
            <w:r>
              <w:rPr>
                <w:sz w:val="16"/>
              </w:rPr>
              <w:t>damage not recorded (pre-1996 record)</w:t>
            </w:r>
          </w:p>
        </w:tc>
        <w:tc>
          <w:tcPr>
            <w:tcW w:type="dxa" w:w="928"/>
          </w:tcPr>
          <w:p>
            <w:pPr>
              <w:spacing w:after="0"/>
              <w:jc w:val="right"/>
            </w:pPr>
            <w:r>
              <w:rPr>
                <w:sz w:val="16"/>
              </w:rPr>
              <w:t>0, 0</w:t>
            </w:r>
          </w:p>
        </w:tc>
        <w:tc>
          <w:tcPr>
            <w:tcW w:type="dxa" w:w="1562"/>
          </w:tcPr>
          <w:p>
            <w:pPr>
              <w:spacing w:after="0"/>
              <w:jc w:val="left"/>
            </w:pPr>
            <w:r>
              <w:rPr>
                <w:sz w:val="16"/>
              </w:rPr>
              <w:t>location not recorded</w:t>
            </w:r>
          </w:p>
        </w:tc>
        <w:tc>
          <w:tcPr>
            <w:tcW w:type="dxa" w:w="1028"/>
          </w:tcPr>
          <w:p>
            <w:pPr>
              <w:spacing w:after="0"/>
              <w:jc w:val="left"/>
            </w:pPr>
          </w:p>
        </w:tc>
        <w:tc>
          <w:tcPr>
            <w:tcW w:type="dxa" w:w="2348"/>
          </w:tcPr>
          <w:p>
            <w:pPr>
              <w:spacing w:after="0"/>
              <w:jc w:val="left"/>
            </w:pPr>
            <w:r>
              <w:rPr>
                <w:sz w:val="16"/>
              </w:rPr>
              <w:t>B1-c worst recorded: Hail</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(556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26"/>
        <w:gridCol w:w="1425"/>
        <w:gridCol w:w="1551"/>
        <w:gridCol w:w="1037"/>
        <w:gridCol w:w="1880"/>
        <w:gridCol w:w="1511"/>
        <w:gridCol w:w="1467"/>
        <w:gridCol w:w="1037"/>
        <w:gridCol w:w="1942"/>
      </w:tblGrid>
      <w:tr>
        <w:trPr>
          <w:cantSplit/>
          <w:tblHeader/>
        </w:trPr>
        <w:tc>
          <w:tcPr>
            <w:tcW w:type="dxa" w:w="1037"/>
            <w:shd w:val="clear" w:color="auto" w:fill="E8E8E8"/>
          </w:tcPr>
          <w:p>
            <w:pPr>
              <w:spacing w:after="0"/>
              <w:jc w:val="left"/>
            </w:pPr>
            <w:r>
              <w:rPr>
                <w:b/>
                <w:sz w:val="16"/>
              </w:rPr>
              <w:t>Hazard</w:t>
            </w:r>
          </w:p>
        </w:tc>
        <w:tc>
          <w:tcPr>
            <w:tcW w:type="dxa" w:w="1226"/>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25"/>
            <w:shd w:val="clear" w:color="auto" w:fill="E8E8E8"/>
          </w:tcPr>
          <w:p>
            <w:pPr>
              <w:spacing w:after="0"/>
              <w:jc w:val="left"/>
            </w:pPr>
            <w:r>
              <w:rPr>
                <w:b/>
                <w:sz w:val="16"/>
              </w:rPr>
              <w:t>Unit</w:t>
            </w:r>
          </w:p>
        </w:tc>
        <w:tc>
          <w:tcPr>
            <w:tcW w:type="dxa" w:w="1551"/>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880"/>
            <w:shd w:val="clear" w:color="auto" w:fill="E8E8E8"/>
          </w:tcPr>
          <w:p>
            <w:pPr>
              <w:spacing w:after="0"/>
              <w:jc w:val="left"/>
            </w:pPr>
            <w:r>
              <w:rPr>
                <w:b/>
                <w:sz w:val="16"/>
              </w:rPr>
              <w:t>Descriptor basis</w:t>
            </w:r>
          </w:p>
        </w:tc>
        <w:tc>
          <w:tcPr>
            <w:tcW w:type="dxa" w:w="1511"/>
            <w:shd w:val="clear" w:color="auto" w:fill="E8E8E8"/>
          </w:tcPr>
          <w:p>
            <w:pPr>
              <w:spacing w:after="0"/>
              <w:jc w:val="right"/>
            </w:pPr>
            <w:r>
              <w:rPr>
                <w:b/>
                <w:sz w:val="16"/>
              </w:rPr>
              <w:t>NRI events or days in its record period (hail, wind and tornado are area-weighted, so can be fractional)</w:t>
            </w:r>
          </w:p>
        </w:tc>
        <w:tc>
          <w:tcPr>
            <w:tcW w:type="dxa" w:w="1467"/>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42"/>
            <w:shd w:val="clear" w:color="auto" w:fill="E8E8E8"/>
          </w:tcPr>
          <w:p>
            <w:pPr>
              <w:spacing w:after="0"/>
              <w:jc w:val="left"/>
            </w:pPr>
            <w:r>
              <w:rPr>
                <w:b/>
                <w:sz w:val="16"/>
              </w:rPr>
              <w:t>Note</w:t>
            </w:r>
          </w:p>
        </w:tc>
      </w:tr>
      <w:tr>
        <w:trPr>
          <w:cantSplit/>
        </w:trPr>
        <w:tc>
          <w:tcPr>
            <w:tcW w:type="dxa" w:w="1037"/>
          </w:tcPr>
          <w:p>
            <w:pPr>
              <w:spacing w:after="0"/>
              <w:jc w:val="left"/>
            </w:pPr>
            <w:r>
              <w:rPr>
                <w:sz w:val="16"/>
              </w:rPr>
              <w:t>Coastal Flooding</w:t>
            </w:r>
          </w:p>
        </w:tc>
        <w:tc>
          <w:tcPr>
            <w:tcW w:type="dxa" w:w="1226"/>
          </w:tcPr>
          <w:p>
            <w:pPr>
              <w:spacing w:after="0"/>
              <w:jc w:val="right"/>
            </w:pPr>
            <w:r>
              <w:rPr>
                <w:sz w:val="16"/>
              </w:rPr>
              <w:t>0.0133</w:t>
            </w:r>
          </w:p>
        </w:tc>
        <w:tc>
          <w:tcPr>
            <w:tcW w:type="dxa" w:w="1425"/>
          </w:tcPr>
          <w:p>
            <w:pPr>
              <w:spacing w:after="0"/>
              <w:jc w:val="left"/>
            </w:pPr>
            <w:r>
              <w:rPr>
                <w:sz w:val="16"/>
              </w:rPr>
              <w:t>events per year at a location (modeled)</w:t>
            </w:r>
          </w:p>
        </w:tc>
        <w:tc>
          <w:tcPr>
            <w:tcW w:type="dxa" w:w="1551"/>
          </w:tcPr>
          <w:p>
            <w:pPr>
              <w:spacing w:after="0"/>
              <w:jc w:val="left"/>
            </w:pPr>
            <w:r>
              <w:rPr>
                <w:sz w:val="16"/>
              </w:rPr>
              <w:t>about 0.013 per year at a given location in the county</w:t>
            </w:r>
          </w:p>
        </w:tc>
        <w:tc>
          <w:tcPr>
            <w:tcW w:type="dxa" w:w="1037"/>
          </w:tcPr>
          <w:p>
            <w:pPr>
              <w:spacing w:after="0"/>
              <w:jc w:val="left"/>
            </w:pPr>
          </w:p>
        </w:tc>
        <w:tc>
          <w:tcPr>
            <w:tcW w:type="dxa" w:w="1880"/>
          </w:tcPr>
          <w:p>
            <w:pPr>
              <w:spacing w:after="0"/>
              <w:jc w:val="left"/>
            </w:pPr>
            <w:r>
              <w:rPr>
                <w:sz w:val="16"/>
              </w:rPr>
              <w:t>Storm Events records in 0 of 30 years, 1996 to 2025 (0%)</w:t>
            </w:r>
          </w:p>
        </w:tc>
        <w:tc>
          <w:tcPr>
            <w:tcW w:type="dxa" w:w="1511"/>
          </w:tcPr>
          <w:p>
            <w:pPr>
              <w:spacing w:after="0"/>
              <w:jc w:val="right"/>
            </w:pPr>
            <w:r>
              <w:rPr>
                <w:sz w:val="16"/>
              </w:rPr>
              <w:t>not shown</w:t>
            </w:r>
          </w:p>
        </w:tc>
        <w:tc>
          <w:tcPr>
            <w:tcW w:type="dxa" w:w="1467"/>
          </w:tcPr>
          <w:p>
            <w:pPr>
              <w:spacing w:after="0"/>
              <w:jc w:val="left"/>
            </w:pPr>
            <w:r>
              <w:rPr>
                <w:sz w:val="16"/>
              </w:rPr>
              <w:t>modeled</w:t>
            </w:r>
          </w:p>
        </w:tc>
        <w:tc>
          <w:tcPr>
            <w:tcW w:type="dxa" w:w="1037"/>
          </w:tcPr>
          <w:p>
            <w:pPr>
              <w:spacing w:after="0"/>
              <w:jc w:val="left"/>
            </w:pPr>
            <w:r>
              <w:rPr>
                <w:sz w:val="16"/>
              </w:rPr>
              <w:t>see B1-f</w:t>
            </w:r>
          </w:p>
        </w:tc>
        <w:tc>
          <w:tcPr>
            <w:tcW w:type="dxa" w:w="1942"/>
          </w:tcPr>
          <w:p>
            <w:pPr>
              <w:spacing w:after="0"/>
              <w:jc w:val="left"/>
            </w:pPr>
            <w:r>
              <w:rPr>
                <w:sz w:val="16"/>
              </w:rPr>
              <w:t>No descriptor: no Storm Events record 1996 to 2025</w:t>
            </w:r>
          </w:p>
        </w:tc>
      </w:tr>
      <w:tr>
        <w:trPr>
          <w:cantSplit/>
        </w:trPr>
        <w:tc>
          <w:tcPr>
            <w:tcW w:type="dxa" w:w="1037"/>
          </w:tcPr>
          <w:p>
            <w:pPr>
              <w:spacing w:after="0"/>
              <w:jc w:val="left"/>
            </w:pPr>
            <w:r>
              <w:rPr>
                <w:sz w:val="16"/>
              </w:rPr>
              <w:t>Cold Wave</w:t>
            </w:r>
          </w:p>
        </w:tc>
        <w:tc>
          <w:tcPr>
            <w:tcW w:type="dxa" w:w="1226"/>
          </w:tcPr>
          <w:p>
            <w:pPr>
              <w:spacing w:after="0"/>
              <w:jc w:val="right"/>
            </w:pPr>
            <w:r>
              <w:rPr>
                <w:sz w:val="16"/>
              </w:rPr>
              <w:t>1.05</w:t>
            </w:r>
          </w:p>
        </w:tc>
        <w:tc>
          <w:tcPr>
            <w:tcW w:type="dxa" w:w="1425"/>
          </w:tcPr>
          <w:p>
            <w:pPr>
              <w:spacing w:after="0"/>
              <w:jc w:val="left"/>
            </w:pPr>
            <w:r>
              <w:rPr>
                <w:sz w:val="16"/>
              </w:rPr>
              <w:t>event-days per year</w:t>
            </w:r>
          </w:p>
        </w:tc>
        <w:tc>
          <w:tcPr>
            <w:tcW w:type="dxa" w:w="1551"/>
          </w:tcPr>
          <w:p>
            <w:pPr>
              <w:spacing w:after="0"/>
              <w:jc w:val="left"/>
            </w:pPr>
            <w:r>
              <w:rPr>
                <w:sz w:val="16"/>
              </w:rPr>
              <w:t>about 1.05 days per year</w:t>
            </w:r>
          </w:p>
        </w:tc>
        <w:tc>
          <w:tcPr>
            <w:tcW w:type="dxa" w:w="1037"/>
          </w:tcPr>
          <w:p>
            <w:pPr>
              <w:spacing w:after="0"/>
              <w:jc w:val="left"/>
            </w:pPr>
          </w:p>
        </w:tc>
        <w:tc>
          <w:tcPr>
            <w:tcW w:type="dxa" w:w="1880"/>
          </w:tcPr>
          <w:p>
            <w:pPr>
              <w:spacing w:after="0"/>
              <w:jc w:val="left"/>
            </w:pPr>
            <w:r>
              <w:rPr>
                <w:sz w:val="16"/>
              </w:rPr>
              <w:t>Storm Events event-days in 0 of 30 years, 1996 to 2025 (0%)</w:t>
            </w:r>
          </w:p>
        </w:tc>
        <w:tc>
          <w:tcPr>
            <w:tcW w:type="dxa" w:w="1511"/>
          </w:tcPr>
          <w:p>
            <w:pPr>
              <w:spacing w:after="0"/>
              <w:jc w:val="right"/>
            </w:pPr>
            <w:r>
              <w:rPr>
                <w:sz w:val="16"/>
              </w:rPr>
              <w:t>20</w:t>
            </w:r>
          </w:p>
        </w:tc>
        <w:tc>
          <w:tcPr>
            <w:tcW w:type="dxa" w:w="1467"/>
          </w:tcPr>
          <w:p>
            <w:pPr>
              <w:spacing w:after="0"/>
              <w:jc w:val="left"/>
            </w:pPr>
            <w:r>
              <w:rPr>
                <w:sz w:val="16"/>
              </w:rPr>
              <w:t>2005-11-12 to 2024-11-12 (19 years)</w:t>
            </w:r>
          </w:p>
        </w:tc>
        <w:tc>
          <w:tcPr>
            <w:tcW w:type="dxa" w:w="1037"/>
          </w:tcPr>
          <w:p>
            <w:pPr>
              <w:spacing w:after="0"/>
              <w:jc w:val="left"/>
            </w:pPr>
            <w:r>
              <w:rPr>
                <w:sz w:val="16"/>
              </w:rPr>
              <w:t>countywide</w:t>
            </w:r>
          </w:p>
        </w:tc>
        <w:tc>
          <w:tcPr>
            <w:tcW w:type="dxa" w:w="1942"/>
          </w:tcPr>
          <w:p>
            <w:pPr>
              <w:spacing w:after="0"/>
              <w:jc w:val="left"/>
            </w:pPr>
            <w:r>
              <w:rPr>
                <w:sz w:val="16"/>
              </w:rPr>
              <w:t>No Storm Events cold wave record, 1996 to 2025.</w:t>
            </w:r>
          </w:p>
        </w:tc>
      </w:tr>
      <w:tr>
        <w:trPr>
          <w:cantSplit/>
        </w:trPr>
        <w:tc>
          <w:tcPr>
            <w:tcW w:type="dxa" w:w="1037"/>
          </w:tcPr>
          <w:p>
            <w:pPr>
              <w:spacing w:after="0"/>
              <w:jc w:val="left"/>
            </w:pPr>
            <w:r>
              <w:rPr>
                <w:sz w:val="16"/>
              </w:rPr>
              <w:t>Drought</w:t>
            </w:r>
          </w:p>
        </w:tc>
        <w:tc>
          <w:tcPr>
            <w:tcW w:type="dxa" w:w="1226"/>
          </w:tcPr>
          <w:p>
            <w:pPr>
              <w:spacing w:after="0"/>
              <w:jc w:val="right"/>
            </w:pPr>
            <w:r>
              <w:rPr>
                <w:sz w:val="16"/>
              </w:rPr>
              <w:t>0</w:t>
            </w:r>
          </w:p>
        </w:tc>
        <w:tc>
          <w:tcPr>
            <w:tcW w:type="dxa" w:w="1425"/>
          </w:tcPr>
          <w:p>
            <w:pPr>
              <w:spacing w:after="0"/>
              <w:jc w:val="left"/>
            </w:pPr>
            <w:r>
              <w:rPr>
                <w:sz w:val="16"/>
              </w:rPr>
              <w:t>event-days per year</w:t>
            </w:r>
          </w:p>
        </w:tc>
        <w:tc>
          <w:tcPr>
            <w:tcW w:type="dxa" w:w="1551"/>
          </w:tcPr>
          <w:p>
            <w:pPr>
              <w:spacing w:after="0"/>
              <w:jc w:val="left"/>
            </w:pPr>
            <w:r>
              <w:rPr>
                <w:sz w:val="16"/>
              </w:rPr>
              <w:t>none modeled</w:t>
            </w:r>
          </w:p>
        </w:tc>
        <w:tc>
          <w:tcPr>
            <w:tcW w:type="dxa" w:w="1037"/>
          </w:tcPr>
          <w:p>
            <w:pPr>
              <w:spacing w:after="0"/>
              <w:jc w:val="left"/>
            </w:pPr>
          </w:p>
        </w:tc>
        <w:tc>
          <w:tcPr>
            <w:tcW w:type="dxa" w:w="1880"/>
          </w:tcPr>
          <w:p>
            <w:pPr>
              <w:spacing w:after="0"/>
              <w:jc w:val="left"/>
            </w:pPr>
            <w:r>
              <w:rPr>
                <w:sz w:val="16"/>
              </w:rPr>
              <w:t>Storm Events event-days in 0 of 30 years, 1996 to 2025 (0%)</w:t>
            </w:r>
          </w:p>
        </w:tc>
        <w:tc>
          <w:tcPr>
            <w:tcW w:type="dxa" w:w="1511"/>
          </w:tcPr>
          <w:p>
            <w:pPr>
              <w:spacing w:after="0"/>
              <w:jc w:val="right"/>
            </w:pPr>
            <w:r>
              <w:rPr>
                <w:sz w:val="16"/>
              </w:rPr>
              <w:t>0</w:t>
            </w:r>
          </w:p>
        </w:tc>
        <w:tc>
          <w:tcPr>
            <w:tcW w:type="dxa" w:w="1467"/>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42"/>
          </w:tcPr>
          <w:p>
            <w:pPr>
              <w:spacing w:after="0"/>
              <w:jc w:val="left"/>
            </w:pPr>
            <w:r>
              <w:rPr>
                <w:sz w:val="16"/>
              </w:rPr>
              <w:t>No Storm Events drought record, 1996 to 2025</w:t>
            </w:r>
          </w:p>
        </w:tc>
      </w:tr>
      <w:tr>
        <w:trPr>
          <w:cantSplit/>
        </w:trPr>
        <w:tc>
          <w:tcPr>
            <w:tcW w:type="dxa" w:w="1037"/>
          </w:tcPr>
          <w:p>
            <w:pPr>
              <w:spacing w:after="0"/>
              <w:jc w:val="left"/>
            </w:pPr>
            <w:r>
              <w:rPr>
                <w:sz w:val="16"/>
              </w:rPr>
              <w:t>Earthquake</w:t>
            </w:r>
          </w:p>
        </w:tc>
        <w:tc>
          <w:tcPr>
            <w:tcW w:type="dxa" w:w="1226"/>
          </w:tcPr>
          <w:p>
            <w:pPr>
              <w:spacing w:after="0"/>
              <w:jc w:val="right"/>
            </w:pPr>
            <w:r>
              <w:rPr>
                <w:sz w:val="16"/>
              </w:rPr>
              <w:t>0.000853</w:t>
            </w:r>
          </w:p>
        </w:tc>
        <w:tc>
          <w:tcPr>
            <w:tcW w:type="dxa" w:w="1425"/>
          </w:tcPr>
          <w:p>
            <w:pPr>
              <w:spacing w:after="0"/>
              <w:jc w:val="left"/>
            </w:pPr>
            <w:r>
              <w:rPr>
                <w:sz w:val="16"/>
              </w:rPr>
              <w:t>annual probability at a location</w:t>
            </w:r>
          </w:p>
        </w:tc>
        <w:tc>
          <w:tcPr>
            <w:tcW w:type="dxa" w:w="1551"/>
          </w:tcPr>
          <w:p>
            <w:pPr>
              <w:spacing w:after="0"/>
              <w:jc w:val="left"/>
            </w:pPr>
            <w:r>
              <w:rPr>
                <w:sz w:val="16"/>
              </w:rPr>
              <w:t>chance a given location in the county has at least minor-damage shaking in a year: 0.0853%</w:t>
            </w:r>
          </w:p>
        </w:tc>
        <w:tc>
          <w:tcPr>
            <w:tcW w:type="dxa" w:w="1037"/>
          </w:tcPr>
          <w:p>
            <w:pPr>
              <w:spacing w:after="0"/>
              <w:jc w:val="left"/>
            </w:pPr>
          </w:p>
        </w:tc>
        <w:tc>
          <w:tcPr>
            <w:tcW w:type="dxa" w:w="1880"/>
          </w:tcPr>
          <w:p>
            <w:pPr>
              <w:spacing w:after="0"/>
              <w:jc w:val="left"/>
            </w:pPr>
          </w:p>
        </w:tc>
        <w:tc>
          <w:tcPr>
            <w:tcW w:type="dxa" w:w="1511"/>
          </w:tcPr>
          <w:p>
            <w:pPr>
              <w:spacing w:after="0"/>
              <w:jc w:val="right"/>
            </w:pPr>
            <w:r>
              <w:rPr>
                <w:sz w:val="16"/>
              </w:rPr>
              <w:t>not shown</w:t>
            </w:r>
          </w:p>
        </w:tc>
        <w:tc>
          <w:tcPr>
            <w:tcW w:type="dxa" w:w="1467"/>
          </w:tcPr>
          <w:p>
            <w:pPr>
              <w:spacing w:after="0"/>
              <w:jc w:val="left"/>
            </w:pPr>
            <w:r>
              <w:rPr>
                <w:sz w:val="16"/>
              </w:rPr>
              <w:t>modeled</w:t>
            </w:r>
          </w:p>
        </w:tc>
        <w:tc>
          <w:tcPr>
            <w:tcW w:type="dxa" w:w="1037"/>
          </w:tcPr>
          <w:p>
            <w:pPr>
              <w:spacing w:after="0"/>
              <w:jc w:val="left"/>
            </w:pPr>
            <w:r>
              <w:rPr>
                <w:sz w:val="16"/>
              </w:rPr>
              <w:t>see B1-f</w:t>
            </w:r>
          </w:p>
        </w:tc>
        <w:tc>
          <w:tcPr>
            <w:tcW w:type="dxa" w:w="1942"/>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26"/>
          </w:tcPr>
          <w:p>
            <w:pPr>
              <w:spacing w:after="0"/>
              <w:jc w:val="right"/>
            </w:pPr>
            <w:r>
              <w:rPr>
                <w:sz w:val="16"/>
              </w:rPr>
              <w:t>1.51</w:t>
            </w:r>
          </w:p>
        </w:tc>
        <w:tc>
          <w:tcPr>
            <w:tcW w:type="dxa" w:w="1425"/>
          </w:tcPr>
          <w:p>
            <w:pPr>
              <w:spacing w:after="0"/>
              <w:jc w:val="left"/>
            </w:pPr>
            <w:r>
              <w:rPr>
                <w:sz w:val="16"/>
              </w:rPr>
              <w:t>events per year</w:t>
            </w:r>
          </w:p>
        </w:tc>
        <w:tc>
          <w:tcPr>
            <w:tcW w:type="dxa" w:w="1551"/>
          </w:tcPr>
          <w:p>
            <w:pPr>
              <w:spacing w:after="0"/>
              <w:jc w:val="left"/>
            </w:pPr>
            <w:r>
              <w:rPr>
                <w:sz w:val="16"/>
              </w:rPr>
              <w:t>about 1.51 per year</w:t>
            </w:r>
          </w:p>
        </w:tc>
        <w:tc>
          <w:tcPr>
            <w:tcW w:type="dxa" w:w="1037"/>
          </w:tcPr>
          <w:p>
            <w:pPr>
              <w:spacing w:after="0"/>
              <w:jc w:val="left"/>
            </w:pPr>
            <w:r>
              <w:rPr>
                <w:sz w:val="16"/>
              </w:rPr>
              <w:t>Highly likely</w:t>
            </w:r>
          </w:p>
        </w:tc>
        <w:tc>
          <w:tcPr>
            <w:tcW w:type="dxa" w:w="1880"/>
          </w:tcPr>
          <w:p>
            <w:pPr>
              <w:spacing w:after="0"/>
              <w:jc w:val="left"/>
            </w:pPr>
            <w:r>
              <w:rPr>
                <w:sz w:val="16"/>
              </w:rPr>
              <w:t>FEMA annualized frequency (modeled)</w:t>
            </w:r>
          </w:p>
        </w:tc>
        <w:tc>
          <w:tcPr>
            <w:tcW w:type="dxa" w:w="1511"/>
          </w:tcPr>
          <w:p>
            <w:pPr>
              <w:spacing w:after="0"/>
              <w:jc w:val="right"/>
            </w:pPr>
            <w:r>
              <w:rPr>
                <w:sz w:val="16"/>
              </w:rPr>
              <w:t>57.5 (modeled)</w:t>
            </w:r>
          </w:p>
        </w:tc>
        <w:tc>
          <w:tcPr>
            <w:tcW w:type="dxa" w:w="1467"/>
          </w:tcPr>
          <w:p>
            <w:pPr>
              <w:spacing w:after="0"/>
              <w:jc w:val="left"/>
            </w:pPr>
            <w:r>
              <w:rPr>
                <w:sz w:val="16"/>
              </w:rPr>
              <w:t>1986 to 2023 (38 years)</w:t>
            </w:r>
          </w:p>
        </w:tc>
        <w:tc>
          <w:tcPr>
            <w:tcW w:type="dxa" w:w="1037"/>
          </w:tcPr>
          <w:p>
            <w:pPr>
              <w:spacing w:after="0"/>
              <w:jc w:val="left"/>
            </w:pPr>
            <w:r>
              <w:rPr>
                <w:sz w:val="16"/>
              </w:rPr>
              <w:t>countywide</w:t>
            </w:r>
          </w:p>
        </w:tc>
        <w:tc>
          <w:tcPr>
            <w:tcW w:type="dxa" w:w="1942"/>
          </w:tcPr>
          <w:p>
            <w:pPr>
              <w:spacing w:after="0"/>
              <w:jc w:val="left"/>
            </w:pPr>
          </w:p>
        </w:tc>
      </w:tr>
      <w:tr>
        <w:trPr>
          <w:cantSplit/>
        </w:trPr>
        <w:tc>
          <w:tcPr>
            <w:tcW w:type="dxa" w:w="1037"/>
          </w:tcPr>
          <w:p>
            <w:pPr>
              <w:spacing w:after="0"/>
              <w:jc w:val="left"/>
            </w:pPr>
            <w:r>
              <w:rPr>
                <w:sz w:val="16"/>
              </w:rPr>
              <w:t>Heat Wave</w:t>
            </w:r>
          </w:p>
        </w:tc>
        <w:tc>
          <w:tcPr>
            <w:tcW w:type="dxa" w:w="1226"/>
          </w:tcPr>
          <w:p>
            <w:pPr>
              <w:spacing w:after="0"/>
              <w:jc w:val="right"/>
            </w:pPr>
            <w:r>
              <w:rPr>
                <w:sz w:val="16"/>
              </w:rPr>
              <w:t>2.68</w:t>
            </w:r>
          </w:p>
        </w:tc>
        <w:tc>
          <w:tcPr>
            <w:tcW w:type="dxa" w:w="1425"/>
          </w:tcPr>
          <w:p>
            <w:pPr>
              <w:spacing w:after="0"/>
              <w:jc w:val="left"/>
            </w:pPr>
            <w:r>
              <w:rPr>
                <w:sz w:val="16"/>
              </w:rPr>
              <w:t>event-days per year</w:t>
            </w:r>
          </w:p>
        </w:tc>
        <w:tc>
          <w:tcPr>
            <w:tcW w:type="dxa" w:w="1551"/>
          </w:tcPr>
          <w:p>
            <w:pPr>
              <w:spacing w:after="0"/>
              <w:jc w:val="left"/>
            </w:pPr>
            <w:r>
              <w:rPr>
                <w:sz w:val="16"/>
              </w:rPr>
              <w:t>about 2.68 days per year</w:t>
            </w:r>
          </w:p>
        </w:tc>
        <w:tc>
          <w:tcPr>
            <w:tcW w:type="dxa" w:w="1037"/>
          </w:tcPr>
          <w:p>
            <w:pPr>
              <w:spacing w:after="0"/>
              <w:jc w:val="left"/>
            </w:pPr>
          </w:p>
        </w:tc>
        <w:tc>
          <w:tcPr>
            <w:tcW w:type="dxa" w:w="1880"/>
          </w:tcPr>
          <w:p>
            <w:pPr>
              <w:spacing w:after="0"/>
              <w:jc w:val="left"/>
            </w:pPr>
            <w:r>
              <w:rPr>
                <w:sz w:val="16"/>
              </w:rPr>
              <w:t>Storm Events event-days in 0 of 30 years, 1996 to 2025 (0%)</w:t>
            </w:r>
          </w:p>
        </w:tc>
        <w:tc>
          <w:tcPr>
            <w:tcW w:type="dxa" w:w="1511"/>
          </w:tcPr>
          <w:p>
            <w:pPr>
              <w:spacing w:after="0"/>
              <w:jc w:val="right"/>
            </w:pPr>
            <w:r>
              <w:rPr>
                <w:sz w:val="16"/>
              </w:rPr>
              <w:t>39</w:t>
            </w:r>
          </w:p>
        </w:tc>
        <w:tc>
          <w:tcPr>
            <w:tcW w:type="dxa" w:w="1467"/>
          </w:tcPr>
          <w:p>
            <w:pPr>
              <w:spacing w:after="0"/>
              <w:jc w:val="left"/>
            </w:pPr>
            <w:r>
              <w:rPr>
                <w:sz w:val="16"/>
              </w:rPr>
              <w:t>2005-11-12 to 2024-11-12 (19 years)</w:t>
            </w:r>
          </w:p>
        </w:tc>
        <w:tc>
          <w:tcPr>
            <w:tcW w:type="dxa" w:w="1037"/>
          </w:tcPr>
          <w:p>
            <w:pPr>
              <w:spacing w:after="0"/>
              <w:jc w:val="left"/>
            </w:pPr>
            <w:r>
              <w:rPr>
                <w:sz w:val="16"/>
              </w:rPr>
              <w:t>countywide</w:t>
            </w:r>
          </w:p>
        </w:tc>
        <w:tc>
          <w:tcPr>
            <w:tcW w:type="dxa" w:w="1942"/>
          </w:tcPr>
          <w:p>
            <w:pPr>
              <w:spacing w:after="0"/>
              <w:jc w:val="left"/>
            </w:pPr>
            <w:r>
              <w:rPr>
                <w:sz w:val="16"/>
              </w:rPr>
              <w:t>No Storm Events heat wave record, 1996 to 2025</w:t>
            </w:r>
          </w:p>
        </w:tc>
      </w:tr>
      <w:tr>
        <w:trPr>
          <w:cantSplit/>
        </w:trPr>
        <w:tc>
          <w:tcPr>
            <w:tcW w:type="dxa" w:w="1037"/>
          </w:tcPr>
          <w:p>
            <w:pPr>
              <w:spacing w:after="0"/>
              <w:jc w:val="left"/>
            </w:pPr>
            <w:r>
              <w:rPr>
                <w:sz w:val="16"/>
              </w:rPr>
              <w:t>Hurricane</w:t>
            </w:r>
          </w:p>
        </w:tc>
        <w:tc>
          <w:tcPr>
            <w:tcW w:type="dxa" w:w="1226"/>
          </w:tcPr>
          <w:p>
            <w:pPr>
              <w:spacing w:after="0"/>
              <w:jc w:val="right"/>
            </w:pPr>
            <w:r>
              <w:rPr>
                <w:sz w:val="16"/>
              </w:rPr>
              <w:t>0.0111</w:t>
            </w:r>
          </w:p>
        </w:tc>
        <w:tc>
          <w:tcPr>
            <w:tcW w:type="dxa" w:w="1425"/>
          </w:tcPr>
          <w:p>
            <w:pPr>
              <w:spacing w:after="0"/>
              <w:jc w:val="left"/>
            </w:pPr>
            <w:r>
              <w:rPr>
                <w:sz w:val="16"/>
              </w:rPr>
              <w:t>events per year</w:t>
            </w:r>
          </w:p>
        </w:tc>
        <w:tc>
          <w:tcPr>
            <w:tcW w:type="dxa" w:w="1551"/>
          </w:tcPr>
          <w:p>
            <w:pPr>
              <w:spacing w:after="0"/>
              <w:jc w:val="left"/>
            </w:pPr>
            <w:r>
              <w:rPr>
                <w:sz w:val="16"/>
              </w:rPr>
              <w:t>about 1 in 90 years</w:t>
            </w:r>
          </w:p>
        </w:tc>
        <w:tc>
          <w:tcPr>
            <w:tcW w:type="dxa" w:w="1037"/>
          </w:tcPr>
          <w:p>
            <w:pPr>
              <w:spacing w:after="0"/>
              <w:jc w:val="left"/>
            </w:pPr>
            <w:r>
              <w:rPr>
                <w:sz w:val="16"/>
              </w:rPr>
              <w:t>Possible</w:t>
            </w:r>
          </w:p>
        </w:tc>
        <w:tc>
          <w:tcPr>
            <w:tcW w:type="dxa" w:w="1880"/>
          </w:tcPr>
          <w:p>
            <w:pPr>
              <w:spacing w:after="0"/>
              <w:jc w:val="left"/>
            </w:pPr>
            <w:r>
              <w:rPr>
                <w:sz w:val="16"/>
              </w:rPr>
              <w:t>FEMA annualized frequency (modeled)</w:t>
            </w:r>
          </w:p>
        </w:tc>
        <w:tc>
          <w:tcPr>
            <w:tcW w:type="dxa" w:w="1511"/>
          </w:tcPr>
          <w:p>
            <w:pPr>
              <w:spacing w:after="0"/>
              <w:jc w:val="right"/>
            </w:pPr>
            <w:r>
              <w:rPr>
                <w:sz w:val="16"/>
              </w:rPr>
              <w:t>4</w:t>
            </w:r>
          </w:p>
        </w:tc>
        <w:tc>
          <w:tcPr>
            <w:tcW w:type="dxa" w:w="1467"/>
          </w:tcPr>
          <w:p>
            <w:pPr>
              <w:spacing w:after="0"/>
              <w:jc w:val="left"/>
            </w:pPr>
            <w:r>
              <w:rPr>
                <w:sz w:val="16"/>
              </w:rPr>
              <w:t>1851 to 2024 (Atlantic)</w:t>
            </w:r>
          </w:p>
        </w:tc>
        <w:tc>
          <w:tcPr>
            <w:tcW w:type="dxa" w:w="1037"/>
          </w:tcPr>
          <w:p>
            <w:pPr>
              <w:spacing w:after="0"/>
              <w:jc w:val="left"/>
            </w:pPr>
            <w:r>
              <w:rPr>
                <w:sz w:val="16"/>
              </w:rPr>
              <w:t>see B1-f</w:t>
            </w:r>
          </w:p>
        </w:tc>
        <w:tc>
          <w:tcPr>
            <w:tcW w:type="dxa" w:w="1942"/>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26"/>
          </w:tcPr>
          <w:p>
            <w:pPr>
              <w:spacing w:after="0"/>
              <w:jc w:val="right"/>
            </w:pPr>
            <w:r>
              <w:rPr>
                <w:sz w:val="16"/>
              </w:rPr>
              <w:t>1.44</w:t>
            </w:r>
          </w:p>
        </w:tc>
        <w:tc>
          <w:tcPr>
            <w:tcW w:type="dxa" w:w="1425"/>
          </w:tcPr>
          <w:p>
            <w:pPr>
              <w:spacing w:after="0"/>
              <w:jc w:val="left"/>
            </w:pPr>
            <w:r>
              <w:rPr>
                <w:sz w:val="16"/>
              </w:rPr>
              <w:t>event-days per year</w:t>
            </w:r>
          </w:p>
        </w:tc>
        <w:tc>
          <w:tcPr>
            <w:tcW w:type="dxa" w:w="1551"/>
          </w:tcPr>
          <w:p>
            <w:pPr>
              <w:spacing w:after="0"/>
              <w:jc w:val="left"/>
            </w:pPr>
            <w:r>
              <w:rPr>
                <w:sz w:val="16"/>
              </w:rPr>
              <w:t>about 1.44 days per year</w:t>
            </w:r>
          </w:p>
        </w:tc>
        <w:tc>
          <w:tcPr>
            <w:tcW w:type="dxa" w:w="1037"/>
          </w:tcPr>
          <w:p>
            <w:pPr>
              <w:spacing w:after="0"/>
              <w:jc w:val="left"/>
            </w:pPr>
            <w:r>
              <w:rPr>
                <w:sz w:val="16"/>
              </w:rPr>
              <w:t>Likely</w:t>
            </w:r>
          </w:p>
        </w:tc>
        <w:tc>
          <w:tcPr>
            <w:tcW w:type="dxa" w:w="1880"/>
          </w:tcPr>
          <w:p>
            <w:pPr>
              <w:spacing w:after="0"/>
              <w:jc w:val="left"/>
            </w:pPr>
            <w:r>
              <w:rPr>
                <w:sz w:val="16"/>
              </w:rPr>
              <w:t>Storm Events event-days in 4 of 30 years, 1996 to 2025 (13.3%)</w:t>
            </w:r>
          </w:p>
        </w:tc>
        <w:tc>
          <w:tcPr>
            <w:tcW w:type="dxa" w:w="1511"/>
          </w:tcPr>
          <w:p>
            <w:pPr>
              <w:spacing w:after="0"/>
              <w:jc w:val="right"/>
            </w:pPr>
            <w:r>
              <w:rPr>
                <w:sz w:val="16"/>
              </w:rPr>
              <w:t>45</w:t>
            </w:r>
          </w:p>
        </w:tc>
        <w:tc>
          <w:tcPr>
            <w:tcW w:type="dxa" w:w="1467"/>
          </w:tcPr>
          <w:p>
            <w:pPr>
              <w:spacing w:after="0"/>
              <w:jc w:val="left"/>
            </w:pPr>
            <w:r>
              <w:rPr>
                <w:sz w:val="16"/>
              </w:rPr>
              <w:t>1946-12-31 to 2014-02-12 (67 years)</w:t>
            </w:r>
          </w:p>
        </w:tc>
        <w:tc>
          <w:tcPr>
            <w:tcW w:type="dxa" w:w="1037"/>
          </w:tcPr>
          <w:p>
            <w:pPr>
              <w:spacing w:after="0"/>
              <w:jc w:val="left"/>
            </w:pPr>
            <w:r>
              <w:rPr>
                <w:sz w:val="16"/>
              </w:rPr>
              <w:t>countywide</w:t>
            </w:r>
          </w:p>
        </w:tc>
        <w:tc>
          <w:tcPr>
            <w:tcW w:type="dxa" w:w="1942"/>
          </w:tcPr>
          <w:p>
            <w:pPr>
              <w:spacing w:after="0"/>
              <w:jc w:val="left"/>
            </w:pPr>
          </w:p>
        </w:tc>
      </w:tr>
      <w:tr>
        <w:trPr>
          <w:cantSplit/>
        </w:trPr>
        <w:tc>
          <w:tcPr>
            <w:tcW w:type="dxa" w:w="1037"/>
          </w:tcPr>
          <w:p>
            <w:pPr>
              <w:spacing w:after="0"/>
              <w:jc w:val="left"/>
            </w:pPr>
            <w:r>
              <w:rPr>
                <w:sz w:val="16"/>
              </w:rPr>
              <w:t>Inland Flooding</w:t>
            </w:r>
          </w:p>
        </w:tc>
        <w:tc>
          <w:tcPr>
            <w:tcW w:type="dxa" w:w="1226"/>
          </w:tcPr>
          <w:p>
            <w:pPr>
              <w:spacing w:after="0"/>
              <w:jc w:val="right"/>
            </w:pPr>
            <w:r>
              <w:rPr>
                <w:sz w:val="16"/>
              </w:rPr>
              <w:t>0.607</w:t>
            </w:r>
          </w:p>
        </w:tc>
        <w:tc>
          <w:tcPr>
            <w:tcW w:type="dxa" w:w="1425"/>
          </w:tcPr>
          <w:p>
            <w:pPr>
              <w:spacing w:after="0"/>
              <w:jc w:val="left"/>
            </w:pPr>
            <w:r>
              <w:rPr>
                <w:sz w:val="16"/>
              </w:rPr>
              <w:t>event-days per year</w:t>
            </w:r>
          </w:p>
        </w:tc>
        <w:tc>
          <w:tcPr>
            <w:tcW w:type="dxa" w:w="1551"/>
          </w:tcPr>
          <w:p>
            <w:pPr>
              <w:spacing w:after="0"/>
              <w:jc w:val="left"/>
            </w:pPr>
            <w:r>
              <w:rPr>
                <w:sz w:val="16"/>
              </w:rPr>
              <w:t>about 0.607 days per year</w:t>
            </w:r>
          </w:p>
        </w:tc>
        <w:tc>
          <w:tcPr>
            <w:tcW w:type="dxa" w:w="1037"/>
          </w:tcPr>
          <w:p>
            <w:pPr>
              <w:spacing w:after="0"/>
              <w:jc w:val="left"/>
            </w:pPr>
            <w:r>
              <w:rPr>
                <w:sz w:val="16"/>
              </w:rPr>
              <w:t>Likely</w:t>
            </w:r>
          </w:p>
        </w:tc>
        <w:tc>
          <w:tcPr>
            <w:tcW w:type="dxa" w:w="1880"/>
          </w:tcPr>
          <w:p>
            <w:pPr>
              <w:spacing w:after="0"/>
              <w:jc w:val="left"/>
            </w:pPr>
            <w:r>
              <w:rPr>
                <w:sz w:val="16"/>
              </w:rPr>
              <w:t>Storm Events event-days in 12 of 30 years, 1996 to 2025 (40%)</w:t>
            </w:r>
          </w:p>
        </w:tc>
        <w:tc>
          <w:tcPr>
            <w:tcW w:type="dxa" w:w="1511"/>
          </w:tcPr>
          <w:p>
            <w:pPr>
              <w:spacing w:after="0"/>
              <w:jc w:val="right"/>
            </w:pPr>
            <w:r>
              <w:rPr>
                <w:sz w:val="16"/>
              </w:rPr>
              <w:t>17</w:t>
            </w:r>
          </w:p>
        </w:tc>
        <w:tc>
          <w:tcPr>
            <w:tcW w:type="dxa" w:w="1467"/>
          </w:tcPr>
          <w:p>
            <w:pPr>
              <w:spacing w:after="0"/>
              <w:jc w:val="left"/>
            </w:pPr>
            <w:r>
              <w:rPr>
                <w:sz w:val="16"/>
              </w:rPr>
              <w:t>1996 to 2023 (28 years)</w:t>
            </w:r>
          </w:p>
        </w:tc>
        <w:tc>
          <w:tcPr>
            <w:tcW w:type="dxa" w:w="1037"/>
          </w:tcPr>
          <w:p>
            <w:pPr>
              <w:spacing w:after="0"/>
              <w:jc w:val="left"/>
            </w:pPr>
            <w:r>
              <w:rPr>
                <w:sz w:val="16"/>
              </w:rPr>
              <w:t>see B1-f</w:t>
            </w:r>
          </w:p>
        </w:tc>
        <w:tc>
          <w:tcPr>
            <w:tcW w:type="dxa" w:w="1942"/>
          </w:tcPr>
          <w:p>
            <w:pPr>
              <w:spacing w:after="0"/>
              <w:jc w:val="left"/>
            </w:pPr>
          </w:p>
        </w:tc>
      </w:tr>
      <w:tr>
        <w:trPr>
          <w:cantSplit/>
        </w:trPr>
        <w:tc>
          <w:tcPr>
            <w:tcW w:type="dxa" w:w="1037"/>
          </w:tcPr>
          <w:p>
            <w:pPr>
              <w:spacing w:after="0"/>
              <w:jc w:val="left"/>
            </w:pPr>
            <w:r>
              <w:rPr>
                <w:sz w:val="16"/>
              </w:rPr>
              <w:t>Landslide</w:t>
            </w:r>
          </w:p>
        </w:tc>
        <w:tc>
          <w:tcPr>
            <w:tcW w:type="dxa" w:w="1226"/>
          </w:tcPr>
          <w:p>
            <w:pPr>
              <w:spacing w:after="0"/>
              <w:jc w:val="right"/>
            </w:pPr>
            <w:r>
              <w:rPr>
                <w:sz w:val="16"/>
              </w:rPr>
              <w:t>0.194</w:t>
            </w:r>
          </w:p>
        </w:tc>
        <w:tc>
          <w:tcPr>
            <w:tcW w:type="dxa" w:w="1425"/>
          </w:tcPr>
          <w:p>
            <w:pPr>
              <w:spacing w:after="0"/>
              <w:jc w:val="left"/>
            </w:pPr>
            <w:r>
              <w:rPr>
                <w:sz w:val="16"/>
              </w:rPr>
              <w:t>events per year (modeled)</w:t>
            </w:r>
          </w:p>
        </w:tc>
        <w:tc>
          <w:tcPr>
            <w:tcW w:type="dxa" w:w="1551"/>
          </w:tcPr>
          <w:p>
            <w:pPr>
              <w:spacing w:after="0"/>
              <w:jc w:val="left"/>
            </w:pPr>
            <w:r>
              <w:rPr>
                <w:sz w:val="16"/>
              </w:rPr>
              <w:t>about 1 in 5 years</w:t>
            </w:r>
          </w:p>
        </w:tc>
        <w:tc>
          <w:tcPr>
            <w:tcW w:type="dxa" w:w="1037"/>
          </w:tcPr>
          <w:p>
            <w:pPr>
              <w:spacing w:after="0"/>
              <w:jc w:val="left"/>
            </w:pPr>
            <w:r>
              <w:rPr>
                <w:sz w:val="16"/>
              </w:rPr>
              <w:t>Likely</w:t>
            </w:r>
          </w:p>
        </w:tc>
        <w:tc>
          <w:tcPr>
            <w:tcW w:type="dxa" w:w="1880"/>
          </w:tcPr>
          <w:p>
            <w:pPr>
              <w:spacing w:after="0"/>
              <w:jc w:val="left"/>
            </w:pPr>
            <w:r>
              <w:rPr>
                <w:sz w:val="16"/>
              </w:rPr>
              <w:t>FEMA annualized frequency (modeled)</w:t>
            </w:r>
          </w:p>
        </w:tc>
        <w:tc>
          <w:tcPr>
            <w:tcW w:type="dxa" w:w="1511"/>
          </w:tcPr>
          <w:p>
            <w:pPr>
              <w:spacing w:after="0"/>
              <w:jc w:val="right"/>
            </w:pPr>
            <w:r>
              <w:rPr>
                <w:sz w:val="16"/>
              </w:rPr>
              <w:t>not shown</w:t>
            </w:r>
          </w:p>
        </w:tc>
        <w:tc>
          <w:tcPr>
            <w:tcW w:type="dxa" w:w="1467"/>
          </w:tcPr>
          <w:p>
            <w:pPr>
              <w:spacing w:after="0"/>
              <w:jc w:val="left"/>
            </w:pPr>
            <w:r>
              <w:rPr>
                <w:sz w:val="16"/>
              </w:rPr>
              <w:t>modeled</w:t>
            </w:r>
          </w:p>
        </w:tc>
        <w:tc>
          <w:tcPr>
            <w:tcW w:type="dxa" w:w="1037"/>
          </w:tcPr>
          <w:p>
            <w:pPr>
              <w:spacing w:after="0"/>
              <w:jc w:val="left"/>
            </w:pPr>
            <w:r>
              <w:rPr>
                <w:sz w:val="16"/>
              </w:rPr>
              <w:t>see B1-f</w:t>
            </w:r>
          </w:p>
        </w:tc>
        <w:tc>
          <w:tcPr>
            <w:tcW w:type="dxa" w:w="1942"/>
          </w:tcPr>
          <w:p>
            <w:pPr>
              <w:spacing w:after="0"/>
              <w:jc w:val="left"/>
            </w:pPr>
          </w:p>
        </w:tc>
      </w:tr>
      <w:tr>
        <w:trPr>
          <w:cantSplit/>
        </w:trPr>
        <w:tc>
          <w:tcPr>
            <w:tcW w:type="dxa" w:w="1037"/>
          </w:tcPr>
          <w:p>
            <w:pPr>
              <w:spacing w:after="0"/>
              <w:jc w:val="left"/>
            </w:pPr>
            <w:r>
              <w:rPr>
                <w:sz w:val="16"/>
              </w:rPr>
              <w:t>Lightning</w:t>
            </w:r>
          </w:p>
        </w:tc>
        <w:tc>
          <w:tcPr>
            <w:tcW w:type="dxa" w:w="1226"/>
          </w:tcPr>
          <w:p>
            <w:pPr>
              <w:spacing w:after="0"/>
              <w:jc w:val="right"/>
            </w:pPr>
            <w:r>
              <w:rPr>
                <w:sz w:val="16"/>
              </w:rPr>
              <w:t>34.2</w:t>
            </w:r>
          </w:p>
        </w:tc>
        <w:tc>
          <w:tcPr>
            <w:tcW w:type="dxa" w:w="1425"/>
          </w:tcPr>
          <w:p>
            <w:pPr>
              <w:spacing w:after="0"/>
              <w:jc w:val="left"/>
            </w:pPr>
            <w:r>
              <w:rPr>
                <w:sz w:val="16"/>
              </w:rPr>
              <w:t>days per year with a strike</w:t>
            </w:r>
          </w:p>
        </w:tc>
        <w:tc>
          <w:tcPr>
            <w:tcW w:type="dxa" w:w="1551"/>
          </w:tcPr>
          <w:p>
            <w:pPr>
              <w:spacing w:after="0"/>
              <w:jc w:val="left"/>
            </w:pPr>
            <w:r>
              <w:rPr>
                <w:sz w:val="16"/>
              </w:rPr>
              <w:t>about 34.2 days per year</w:t>
            </w:r>
          </w:p>
        </w:tc>
        <w:tc>
          <w:tcPr>
            <w:tcW w:type="dxa" w:w="1037"/>
          </w:tcPr>
          <w:p>
            <w:pPr>
              <w:spacing w:after="0"/>
              <w:jc w:val="left"/>
            </w:pPr>
            <w:r>
              <w:rPr>
                <w:sz w:val="16"/>
              </w:rPr>
              <w:t>Highly likely</w:t>
            </w:r>
          </w:p>
        </w:tc>
        <w:tc>
          <w:tcPr>
            <w:tcW w:type="dxa" w:w="1880"/>
          </w:tcPr>
          <w:p>
            <w:pPr>
              <w:spacing w:after="0"/>
              <w:jc w:val="left"/>
            </w:pPr>
            <w:r>
              <w:rPr>
                <w:sz w:val="16"/>
              </w:rPr>
              <w:t>FEMA annualized frequency (modeled)</w:t>
            </w:r>
          </w:p>
        </w:tc>
        <w:tc>
          <w:tcPr>
            <w:tcW w:type="dxa" w:w="1511"/>
          </w:tcPr>
          <w:p>
            <w:pPr>
              <w:spacing w:after="0"/>
              <w:jc w:val="right"/>
            </w:pPr>
            <w:r>
              <w:rPr>
                <w:sz w:val="16"/>
              </w:rPr>
              <w:t>not shown</w:t>
            </w:r>
          </w:p>
        </w:tc>
        <w:tc>
          <w:tcPr>
            <w:tcW w:type="dxa" w:w="1467"/>
          </w:tcPr>
          <w:p>
            <w:pPr>
              <w:spacing w:after="0"/>
              <w:jc w:val="left"/>
            </w:pPr>
            <w:r>
              <w:rPr>
                <w:sz w:val="16"/>
              </w:rPr>
              <w:t>1995 to 2023 (29 years; CONUS)</w:t>
            </w:r>
          </w:p>
        </w:tc>
        <w:tc>
          <w:tcPr>
            <w:tcW w:type="dxa" w:w="1037"/>
          </w:tcPr>
          <w:p>
            <w:pPr>
              <w:spacing w:after="0"/>
              <w:jc w:val="left"/>
            </w:pPr>
            <w:r>
              <w:rPr>
                <w:sz w:val="16"/>
              </w:rPr>
              <w:t>countywide</w:t>
            </w:r>
          </w:p>
        </w:tc>
        <w:tc>
          <w:tcPr>
            <w:tcW w:type="dxa" w:w="1942"/>
          </w:tcPr>
          <w:p>
            <w:pPr>
              <w:spacing w:after="0"/>
              <w:jc w:val="left"/>
            </w:pPr>
          </w:p>
        </w:tc>
      </w:tr>
      <w:tr>
        <w:trPr>
          <w:cantSplit/>
        </w:trPr>
        <w:tc>
          <w:tcPr>
            <w:tcW w:type="dxa" w:w="1037"/>
          </w:tcPr>
          <w:p>
            <w:pPr>
              <w:spacing w:after="0"/>
              <w:jc w:val="left"/>
            </w:pPr>
            <w:r>
              <w:rPr>
                <w:sz w:val="16"/>
              </w:rPr>
              <w:t>Strong Wind</w:t>
            </w:r>
          </w:p>
        </w:tc>
        <w:tc>
          <w:tcPr>
            <w:tcW w:type="dxa" w:w="1226"/>
          </w:tcPr>
          <w:p>
            <w:pPr>
              <w:spacing w:after="0"/>
              <w:jc w:val="right"/>
            </w:pPr>
            <w:r>
              <w:rPr>
                <w:sz w:val="16"/>
              </w:rPr>
              <w:t>2.88</w:t>
            </w:r>
          </w:p>
        </w:tc>
        <w:tc>
          <w:tcPr>
            <w:tcW w:type="dxa" w:w="1425"/>
          </w:tcPr>
          <w:p>
            <w:pPr>
              <w:spacing w:after="0"/>
              <w:jc w:val="left"/>
            </w:pPr>
            <w:r>
              <w:rPr>
                <w:sz w:val="16"/>
              </w:rPr>
              <w:t>events per year</w:t>
            </w:r>
          </w:p>
        </w:tc>
        <w:tc>
          <w:tcPr>
            <w:tcW w:type="dxa" w:w="1551"/>
          </w:tcPr>
          <w:p>
            <w:pPr>
              <w:spacing w:after="0"/>
              <w:jc w:val="left"/>
            </w:pPr>
            <w:r>
              <w:rPr>
                <w:sz w:val="16"/>
              </w:rPr>
              <w:t>about 2.88 per year</w:t>
            </w:r>
          </w:p>
        </w:tc>
        <w:tc>
          <w:tcPr>
            <w:tcW w:type="dxa" w:w="1037"/>
          </w:tcPr>
          <w:p>
            <w:pPr>
              <w:spacing w:after="0"/>
              <w:jc w:val="left"/>
            </w:pPr>
            <w:r>
              <w:rPr>
                <w:sz w:val="16"/>
              </w:rPr>
              <w:t>Highly likely</w:t>
            </w:r>
          </w:p>
        </w:tc>
        <w:tc>
          <w:tcPr>
            <w:tcW w:type="dxa" w:w="1880"/>
          </w:tcPr>
          <w:p>
            <w:pPr>
              <w:spacing w:after="0"/>
              <w:jc w:val="left"/>
            </w:pPr>
            <w:r>
              <w:rPr>
                <w:sz w:val="16"/>
              </w:rPr>
              <w:t>FEMA annualized frequency (modeled)</w:t>
            </w:r>
          </w:p>
        </w:tc>
        <w:tc>
          <w:tcPr>
            <w:tcW w:type="dxa" w:w="1511"/>
          </w:tcPr>
          <w:p>
            <w:pPr>
              <w:spacing w:after="0"/>
              <w:jc w:val="right"/>
            </w:pPr>
            <w:r>
              <w:rPr>
                <w:sz w:val="16"/>
              </w:rPr>
              <w:t>51</w:t>
            </w:r>
          </w:p>
        </w:tc>
        <w:tc>
          <w:tcPr>
            <w:tcW w:type="dxa" w:w="1467"/>
          </w:tcPr>
          <w:p>
            <w:pPr>
              <w:spacing w:after="0"/>
              <w:jc w:val="left"/>
            </w:pPr>
            <w:r>
              <w:rPr>
                <w:sz w:val="16"/>
              </w:rPr>
              <w:t>1986 to 2023 (38 years)</w:t>
            </w:r>
          </w:p>
        </w:tc>
        <w:tc>
          <w:tcPr>
            <w:tcW w:type="dxa" w:w="1037"/>
          </w:tcPr>
          <w:p>
            <w:pPr>
              <w:spacing w:after="0"/>
              <w:jc w:val="left"/>
            </w:pPr>
            <w:r>
              <w:rPr>
                <w:sz w:val="16"/>
              </w:rPr>
              <w:t>countywide</w:t>
            </w:r>
          </w:p>
        </w:tc>
        <w:tc>
          <w:tcPr>
            <w:tcW w:type="dxa" w:w="1942"/>
          </w:tcPr>
          <w:p>
            <w:pPr>
              <w:spacing w:after="0"/>
              <w:jc w:val="left"/>
            </w:pPr>
          </w:p>
        </w:tc>
      </w:tr>
      <w:tr>
        <w:trPr>
          <w:cantSplit/>
        </w:trPr>
        <w:tc>
          <w:tcPr>
            <w:tcW w:type="dxa" w:w="1037"/>
          </w:tcPr>
          <w:p>
            <w:pPr>
              <w:spacing w:after="0"/>
              <w:jc w:val="left"/>
            </w:pPr>
            <w:r>
              <w:rPr>
                <w:sz w:val="16"/>
              </w:rPr>
              <w:t>Tornado</w:t>
            </w:r>
          </w:p>
        </w:tc>
        <w:tc>
          <w:tcPr>
            <w:tcW w:type="dxa" w:w="1226"/>
          </w:tcPr>
          <w:p>
            <w:pPr>
              <w:spacing w:after="0"/>
              <w:jc w:val="right"/>
            </w:pPr>
            <w:r>
              <w:rPr>
                <w:sz w:val="16"/>
              </w:rPr>
              <w:t>0.531</w:t>
            </w:r>
          </w:p>
        </w:tc>
        <w:tc>
          <w:tcPr>
            <w:tcW w:type="dxa" w:w="1425"/>
          </w:tcPr>
          <w:p>
            <w:pPr>
              <w:spacing w:after="0"/>
              <w:jc w:val="left"/>
            </w:pPr>
            <w:r>
              <w:rPr>
                <w:sz w:val="16"/>
              </w:rPr>
              <w:t>events per year</w:t>
            </w:r>
          </w:p>
        </w:tc>
        <w:tc>
          <w:tcPr>
            <w:tcW w:type="dxa" w:w="1551"/>
          </w:tcPr>
          <w:p>
            <w:pPr>
              <w:spacing w:after="0"/>
              <w:jc w:val="left"/>
            </w:pPr>
            <w:r>
              <w:rPr>
                <w:sz w:val="16"/>
              </w:rPr>
              <w:t>about 0.53 per year</w:t>
            </w:r>
          </w:p>
        </w:tc>
        <w:tc>
          <w:tcPr>
            <w:tcW w:type="dxa" w:w="1037"/>
          </w:tcPr>
          <w:p>
            <w:pPr>
              <w:spacing w:after="0"/>
              <w:jc w:val="left"/>
            </w:pPr>
            <w:r>
              <w:rPr>
                <w:sz w:val="16"/>
              </w:rPr>
              <w:t>Likely</w:t>
            </w:r>
          </w:p>
        </w:tc>
        <w:tc>
          <w:tcPr>
            <w:tcW w:type="dxa" w:w="1880"/>
          </w:tcPr>
          <w:p>
            <w:pPr>
              <w:spacing w:after="0"/>
              <w:jc w:val="left"/>
            </w:pPr>
            <w:r>
              <w:rPr>
                <w:sz w:val="16"/>
              </w:rPr>
              <w:t>FEMA annualized frequency (modeled)</w:t>
            </w:r>
          </w:p>
        </w:tc>
        <w:tc>
          <w:tcPr>
            <w:tcW w:type="dxa" w:w="1511"/>
          </w:tcPr>
          <w:p>
            <w:pPr>
              <w:spacing w:after="0"/>
              <w:jc w:val="right"/>
            </w:pPr>
            <w:r>
              <w:rPr>
                <w:sz w:val="16"/>
              </w:rPr>
              <w:t>not shown</w:t>
            </w:r>
          </w:p>
        </w:tc>
        <w:tc>
          <w:tcPr>
            <w:tcW w:type="dxa" w:w="1467"/>
          </w:tcPr>
          <w:p>
            <w:pPr>
              <w:spacing w:after="0"/>
              <w:jc w:val="left"/>
            </w:pPr>
            <w:r>
              <w:rPr>
                <w:sz w:val="16"/>
              </w:rPr>
              <w:t>1950 to 2023 (EF2+); 1986 to 2023 (EF0-1)</w:t>
            </w:r>
          </w:p>
        </w:tc>
        <w:tc>
          <w:tcPr>
            <w:tcW w:type="dxa" w:w="1037"/>
          </w:tcPr>
          <w:p>
            <w:pPr>
              <w:spacing w:after="0"/>
              <w:jc w:val="left"/>
            </w:pPr>
            <w:r>
              <w:rPr>
                <w:sz w:val="16"/>
              </w:rPr>
              <w:t>see B1-f</w:t>
            </w:r>
          </w:p>
        </w:tc>
        <w:tc>
          <w:tcPr>
            <w:tcW w:type="dxa" w:w="1942"/>
          </w:tcPr>
          <w:p>
            <w:pPr>
              <w:spacing w:after="0"/>
              <w:jc w:val="left"/>
            </w:pPr>
          </w:p>
        </w:tc>
      </w:tr>
      <w:tr>
        <w:trPr>
          <w:cantSplit/>
        </w:trPr>
        <w:tc>
          <w:tcPr>
            <w:tcW w:type="dxa" w:w="1037"/>
          </w:tcPr>
          <w:p>
            <w:pPr>
              <w:spacing w:after="0"/>
              <w:jc w:val="left"/>
            </w:pPr>
            <w:r>
              <w:rPr>
                <w:sz w:val="16"/>
              </w:rPr>
              <w:t>Tsunami</w:t>
            </w:r>
          </w:p>
        </w:tc>
        <w:tc>
          <w:tcPr>
            <w:tcW w:type="dxa" w:w="1226"/>
          </w:tcPr>
          <w:p>
            <w:pPr>
              <w:spacing w:after="0"/>
              <w:jc w:val="right"/>
            </w:pPr>
          </w:p>
        </w:tc>
        <w:tc>
          <w:tcPr>
            <w:tcW w:type="dxa" w:w="1425"/>
          </w:tcPr>
          <w:p>
            <w:pPr>
              <w:spacing w:after="0"/>
              <w:jc w:val="left"/>
            </w:pPr>
            <w:r>
              <w:rPr>
                <w:sz w:val="16"/>
              </w:rPr>
              <w:t>annual probability at the most exposed location (used in place of a county value)</w:t>
            </w:r>
          </w:p>
        </w:tc>
        <w:tc>
          <w:tcPr>
            <w:tcW w:type="dxa" w:w="1551"/>
          </w:tcPr>
          <w:p>
            <w:pPr>
              <w:spacing w:after="0"/>
              <w:jc w:val="left"/>
            </w:pPr>
          </w:p>
        </w:tc>
        <w:tc>
          <w:tcPr>
            <w:tcW w:type="dxa" w:w="1037"/>
          </w:tcPr>
          <w:p>
            <w:pPr>
              <w:spacing w:after="0"/>
              <w:jc w:val="left"/>
            </w:pPr>
          </w:p>
        </w:tc>
        <w:tc>
          <w:tcPr>
            <w:tcW w:type="dxa" w:w="1880"/>
          </w:tcPr>
          <w:p>
            <w:pPr>
              <w:spacing w:after="0"/>
              <w:jc w:val="left"/>
            </w:pPr>
            <w:r>
              <w:rPr>
                <w:sz w:val="16"/>
              </w:rPr>
              <w:t>Storm Events records in 0 of 30 years, 1996 to 2025 (0%)</w:t>
            </w:r>
          </w:p>
        </w:tc>
        <w:tc>
          <w:tcPr>
            <w:tcW w:type="dxa" w:w="1511"/>
          </w:tcPr>
          <w:p>
            <w:pPr>
              <w:spacing w:after="0"/>
              <w:jc w:val="right"/>
            </w:pPr>
            <w:r>
              <w:rPr>
                <w:sz w:val="16"/>
              </w:rPr>
              <w:t>not shown</w:t>
            </w:r>
          </w:p>
        </w:tc>
        <w:tc>
          <w:tcPr>
            <w:tcW w:type="dxa" w:w="1467"/>
          </w:tcPr>
          <w:p>
            <w:pPr>
              <w:spacing w:after="0"/>
              <w:jc w:val="left"/>
            </w:pPr>
            <w:r>
              <w:rPr>
                <w:sz w:val="16"/>
              </w:rPr>
              <w:t>modeled</w:t>
            </w:r>
          </w:p>
        </w:tc>
        <w:tc>
          <w:tcPr>
            <w:tcW w:type="dxa" w:w="1037"/>
          </w:tcPr>
          <w:p>
            <w:pPr>
              <w:spacing w:after="0"/>
              <w:jc w:val="left"/>
            </w:pPr>
            <w:r>
              <w:rPr>
                <w:sz w:val="16"/>
              </w:rPr>
              <w:t>see B1-f</w:t>
            </w:r>
          </w:p>
        </w:tc>
        <w:tc>
          <w:tcPr>
            <w:tcW w:type="dxa" w:w="1942"/>
          </w:tcPr>
          <w:p>
            <w:pPr>
              <w:spacing w:after="0"/>
              <w:jc w:val="left"/>
            </w:pPr>
            <w:r>
              <w:rPr>
                <w:sz w:val="16"/>
              </w:rPr>
              <w:t>No descriptor: no Storm Events record 1996 to 2025</w:t>
            </w:r>
          </w:p>
        </w:tc>
      </w:tr>
      <w:tr>
        <w:trPr>
          <w:cantSplit/>
        </w:trPr>
        <w:tc>
          <w:tcPr>
            <w:tcW w:type="dxa" w:w="1037"/>
          </w:tcPr>
          <w:p>
            <w:pPr>
              <w:spacing w:after="0"/>
              <w:jc w:val="left"/>
            </w:pPr>
            <w:r>
              <w:rPr>
                <w:sz w:val="16"/>
              </w:rPr>
              <w:t>Wildfire</w:t>
            </w:r>
          </w:p>
        </w:tc>
        <w:tc>
          <w:tcPr>
            <w:tcW w:type="dxa" w:w="1226"/>
          </w:tcPr>
          <w:p>
            <w:pPr>
              <w:spacing w:after="0"/>
              <w:jc w:val="right"/>
            </w:pPr>
            <w:r>
              <w:rPr>
                <w:sz w:val="16"/>
              </w:rPr>
              <w:t>0.0000168</w:t>
            </w:r>
          </w:p>
        </w:tc>
        <w:tc>
          <w:tcPr>
            <w:tcW w:type="dxa" w:w="1425"/>
          </w:tcPr>
          <w:p>
            <w:pPr>
              <w:spacing w:after="0"/>
              <w:jc w:val="left"/>
            </w:pPr>
            <w:r>
              <w:rPr>
                <w:sz w:val="16"/>
              </w:rPr>
              <w:t>annual probability at a location</w:t>
            </w:r>
          </w:p>
        </w:tc>
        <w:tc>
          <w:tcPr>
            <w:tcW w:type="dxa" w:w="1551"/>
          </w:tcPr>
          <w:p>
            <w:pPr>
              <w:spacing w:after="0"/>
              <w:jc w:val="left"/>
            </w:pPr>
            <w:r>
              <w:rPr>
                <w:sz w:val="16"/>
              </w:rPr>
              <w:t>chance a given location in the county burns in a year: 0.00168%</w:t>
            </w:r>
          </w:p>
        </w:tc>
        <w:tc>
          <w:tcPr>
            <w:tcW w:type="dxa" w:w="1037"/>
          </w:tcPr>
          <w:p>
            <w:pPr>
              <w:spacing w:after="0"/>
              <w:jc w:val="left"/>
            </w:pPr>
          </w:p>
        </w:tc>
        <w:tc>
          <w:tcPr>
            <w:tcW w:type="dxa" w:w="1880"/>
          </w:tcPr>
          <w:p>
            <w:pPr>
              <w:spacing w:after="0"/>
              <w:jc w:val="left"/>
            </w:pPr>
            <w:r>
              <w:rPr>
                <w:sz w:val="16"/>
              </w:rPr>
              <w:t>Storm Events records in 0 of 30 years, 1996 to 2025 (0%)</w:t>
            </w:r>
          </w:p>
        </w:tc>
        <w:tc>
          <w:tcPr>
            <w:tcW w:type="dxa" w:w="1511"/>
          </w:tcPr>
          <w:p>
            <w:pPr>
              <w:spacing w:after="0"/>
              <w:jc w:val="right"/>
            </w:pPr>
            <w:r>
              <w:rPr>
                <w:sz w:val="16"/>
              </w:rPr>
              <w:t>not shown</w:t>
            </w:r>
          </w:p>
        </w:tc>
        <w:tc>
          <w:tcPr>
            <w:tcW w:type="dxa" w:w="1467"/>
          </w:tcPr>
          <w:p>
            <w:pPr>
              <w:spacing w:after="0"/>
              <w:jc w:val="left"/>
            </w:pPr>
            <w:r>
              <w:rPr>
                <w:sz w:val="16"/>
              </w:rPr>
              <w:t>modeled</w:t>
            </w:r>
          </w:p>
        </w:tc>
        <w:tc>
          <w:tcPr>
            <w:tcW w:type="dxa" w:w="1037"/>
          </w:tcPr>
          <w:p>
            <w:pPr>
              <w:spacing w:after="0"/>
              <w:jc w:val="left"/>
            </w:pPr>
            <w:r>
              <w:rPr>
                <w:sz w:val="16"/>
              </w:rPr>
              <w:t>see B1-f</w:t>
            </w:r>
          </w:p>
        </w:tc>
        <w:tc>
          <w:tcPr>
            <w:tcW w:type="dxa" w:w="1942"/>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26"/>
          </w:tcPr>
          <w:p>
            <w:pPr>
              <w:spacing w:after="0"/>
              <w:jc w:val="right"/>
            </w:pPr>
            <w:r>
              <w:rPr>
                <w:sz w:val="16"/>
              </w:rPr>
              <w:t>30.3</w:t>
            </w:r>
          </w:p>
        </w:tc>
        <w:tc>
          <w:tcPr>
            <w:tcW w:type="dxa" w:w="1425"/>
          </w:tcPr>
          <w:p>
            <w:pPr>
              <w:spacing w:after="0"/>
              <w:jc w:val="left"/>
            </w:pPr>
            <w:r>
              <w:rPr>
                <w:sz w:val="16"/>
              </w:rPr>
              <w:t>event-days per year</w:t>
            </w:r>
          </w:p>
        </w:tc>
        <w:tc>
          <w:tcPr>
            <w:tcW w:type="dxa" w:w="1551"/>
          </w:tcPr>
          <w:p>
            <w:pPr>
              <w:spacing w:after="0"/>
              <w:jc w:val="left"/>
            </w:pPr>
            <w:r>
              <w:rPr>
                <w:sz w:val="16"/>
              </w:rPr>
              <w:t>about 30.3 days per year</w:t>
            </w:r>
          </w:p>
        </w:tc>
        <w:tc>
          <w:tcPr>
            <w:tcW w:type="dxa" w:w="1037"/>
          </w:tcPr>
          <w:p>
            <w:pPr>
              <w:spacing w:after="0"/>
              <w:jc w:val="left"/>
            </w:pPr>
            <w:r>
              <w:rPr>
                <w:sz w:val="16"/>
              </w:rPr>
              <w:t>Highly likely</w:t>
            </w:r>
          </w:p>
        </w:tc>
        <w:tc>
          <w:tcPr>
            <w:tcW w:type="dxa" w:w="1880"/>
          </w:tcPr>
          <w:p>
            <w:pPr>
              <w:spacing w:after="0"/>
              <w:jc w:val="left"/>
            </w:pPr>
            <w:r>
              <w:rPr>
                <w:sz w:val="16"/>
              </w:rPr>
              <w:t>Storm Events event-days in 27 of 30 years, 1996 to 2025 (90%)</w:t>
            </w:r>
          </w:p>
        </w:tc>
        <w:tc>
          <w:tcPr>
            <w:tcW w:type="dxa" w:w="1511"/>
          </w:tcPr>
          <w:p>
            <w:pPr>
              <w:spacing w:after="0"/>
              <w:jc w:val="right"/>
            </w:pPr>
            <w:r>
              <w:rPr>
                <w:sz w:val="16"/>
              </w:rPr>
              <w:t>575</w:t>
            </w:r>
          </w:p>
        </w:tc>
        <w:tc>
          <w:tcPr>
            <w:tcW w:type="dxa" w:w="1467"/>
          </w:tcPr>
          <w:p>
            <w:pPr>
              <w:spacing w:after="0"/>
              <w:jc w:val="left"/>
            </w:pPr>
            <w:r>
              <w:rPr>
                <w:sz w:val="16"/>
              </w:rPr>
              <w:t>2005-11-12 to 2024-11-12 (19 years)</w:t>
            </w:r>
          </w:p>
        </w:tc>
        <w:tc>
          <w:tcPr>
            <w:tcW w:type="dxa" w:w="1037"/>
          </w:tcPr>
          <w:p>
            <w:pPr>
              <w:spacing w:after="0"/>
              <w:jc w:val="left"/>
            </w:pPr>
            <w:r>
              <w:rPr>
                <w:sz w:val="16"/>
              </w:rPr>
              <w:t>countywide</w:t>
            </w:r>
          </w:p>
        </w:tc>
        <w:tc>
          <w:tcPr>
            <w:tcW w:type="dxa" w:w="1942"/>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28</w:t>
            </w:r>
          </w:p>
        </w:tc>
        <w:tc>
          <w:tcPr>
            <w:tcW w:type="dxa" w:w="1381"/>
          </w:tcPr>
          <w:p>
            <w:pPr>
              <w:spacing w:after="0"/>
              <w:jc w:val="right"/>
            </w:pPr>
            <w:r>
              <w:rPr>
                <w:sz w:val="16"/>
              </w:rPr>
              <w:t>30</w:t>
            </w:r>
          </w:p>
        </w:tc>
        <w:tc>
          <w:tcPr>
            <w:tcW w:type="dxa" w:w="1381"/>
          </w:tcPr>
          <w:p>
            <w:pPr>
              <w:spacing w:after="0"/>
              <w:jc w:val="right"/>
            </w:pPr>
            <w:r>
              <w:rPr>
                <w:sz w:val="16"/>
              </w:rPr>
              <w:t>0.933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128</w:t>
            </w:r>
          </w:p>
        </w:tc>
        <w:tc>
          <w:tcPr>
            <w:tcW w:type="dxa" w:w="1381"/>
          </w:tcPr>
          <w:p>
            <w:pPr>
              <w:spacing w:after="0"/>
              <w:jc w:val="right"/>
            </w:pPr>
            <w:r>
              <w:rPr>
                <w:sz w:val="16"/>
              </w:rPr>
              <w:t>30</w:t>
            </w:r>
          </w:p>
        </w:tc>
        <w:tc>
          <w:tcPr>
            <w:tcW w:type="dxa" w:w="1381"/>
          </w:tcPr>
          <w:p>
            <w:pPr>
              <w:spacing w:after="0"/>
              <w:jc w:val="right"/>
            </w:pPr>
            <w:r>
              <w:rPr>
                <w:sz w:val="16"/>
              </w:rPr>
              <w:t>4.27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6</w:t>
            </w:r>
          </w:p>
        </w:tc>
        <w:tc>
          <w:tcPr>
            <w:tcW w:type="dxa" w:w="1381"/>
          </w:tcPr>
          <w:p>
            <w:pPr>
              <w:spacing w:after="0"/>
              <w:jc w:val="right"/>
            </w:pPr>
            <w:r>
              <w:rPr>
                <w:sz w:val="16"/>
              </w:rPr>
              <w:t>30</w:t>
            </w:r>
          </w:p>
        </w:tc>
        <w:tc>
          <w:tcPr>
            <w:tcW w:type="dxa" w:w="1381"/>
          </w:tcPr>
          <w:p>
            <w:pPr>
              <w:spacing w:after="0"/>
              <w:jc w:val="right"/>
            </w:pPr>
            <w:r>
              <w:rPr>
                <w:sz w:val="16"/>
              </w:rPr>
              <w:t>0.2</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26</w:t>
            </w:r>
          </w:p>
        </w:tc>
        <w:tc>
          <w:tcPr>
            <w:tcW w:type="dxa" w:w="1381"/>
          </w:tcPr>
          <w:p>
            <w:pPr>
              <w:spacing w:after="0"/>
              <w:jc w:val="right"/>
            </w:pPr>
            <w:r>
              <w:rPr>
                <w:sz w:val="16"/>
              </w:rPr>
              <w:t>30</w:t>
            </w:r>
          </w:p>
        </w:tc>
        <w:tc>
          <w:tcPr>
            <w:tcW w:type="dxa" w:w="1381"/>
          </w:tcPr>
          <w:p>
            <w:pPr>
              <w:spacing w:after="0"/>
              <w:jc w:val="right"/>
            </w:pPr>
            <w:r>
              <w:rPr>
                <w:sz w:val="16"/>
              </w:rPr>
              <w:t>0.867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13</w:t>
            </w:r>
          </w:p>
        </w:tc>
        <w:tc>
          <w:tcPr>
            <w:tcW w:type="dxa" w:w="1381"/>
          </w:tcPr>
          <w:p>
            <w:pPr>
              <w:spacing w:after="0"/>
              <w:jc w:val="right"/>
            </w:pPr>
            <w:r>
              <w:rPr>
                <w:sz w:val="16"/>
              </w:rPr>
              <w:t>30</w:t>
            </w:r>
          </w:p>
        </w:tc>
        <w:tc>
          <w:tcPr>
            <w:tcW w:type="dxa" w:w="1381"/>
          </w:tcPr>
          <w:p>
            <w:pPr>
              <w:spacing w:after="0"/>
              <w:jc w:val="right"/>
            </w:pPr>
            <w:r>
              <w:rPr>
                <w:sz w:val="16"/>
              </w:rPr>
              <w:t>0.433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690"/>
        <w:gridCol w:w="1399"/>
        <w:gridCol w:w="1056"/>
        <w:gridCol w:w="1108"/>
        <w:gridCol w:w="1056"/>
        <w:gridCol w:w="7802"/>
      </w:tblGrid>
      <w:tr>
        <w:trPr>
          <w:cantSplit/>
          <w:tblHeader/>
        </w:trPr>
        <w:tc>
          <w:tcPr>
            <w:tcW w:type="dxa" w:w="1690"/>
            <w:vMerge w:val="restart"/>
            <w:shd w:val="clear" w:color="auto" w:fill="E8E8E8"/>
          </w:tcPr>
          <w:p>
            <w:pPr>
              <w:spacing w:after="0"/>
              <w:jc w:val="left"/>
            </w:pPr>
            <w:r>
              <w:rPr>
                <w:b/>
                <w:sz w:val="16"/>
              </w:rPr>
              <w:t>Hazard</w:t>
            </w:r>
          </w:p>
        </w:tc>
        <w:tc>
          <w:tcPr>
            <w:tcW w:type="dxa" w:w="1399"/>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802"/>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056"/>
            <w:shd w:val="clear" w:color="auto" w:fill="E8E8E8"/>
          </w:tcPr>
          <w:p>
            <w:pPr>
              <w:spacing w:after="0"/>
              <w:jc w:val="right"/>
            </w:pPr>
            <w:r>
              <w:rPr>
                <w:b/>
                <w:sz w:val="16"/>
              </w:rPr>
              <w:t>Min</w:t>
            </w:r>
          </w:p>
        </w:tc>
        <w:tc>
          <w:tcPr>
            <w:tcW w:type="dxa" w:w="1108"/>
            <w:shd w:val="clear" w:color="auto" w:fill="E8E8E8"/>
          </w:tcPr>
          <w:p>
            <w:pPr>
              <w:spacing w:after="0"/>
              <w:jc w:val="right"/>
            </w:pPr>
            <w:r>
              <w:rPr>
                <w:b/>
                <w:sz w:val="16"/>
              </w:rPr>
              <w:t>Median</w:t>
            </w:r>
          </w:p>
        </w:tc>
        <w:tc>
          <w:tcPr>
            <w:tcW w:type="dxa" w:w="1056"/>
            <w:shd w:val="clear" w:color="auto" w:fill="E8E8E8"/>
          </w:tcPr>
          <w:p>
            <w:pPr>
              <w:spacing w:after="0"/>
              <w:jc w:val="right"/>
            </w:pPr>
            <w:r>
              <w:rPr>
                <w:b/>
                <w:sz w:val="16"/>
              </w:rPr>
              <w:t>Max</w:t>
            </w:r>
          </w:p>
        </w:tc>
        <w:tc>
          <w:tcPr>
            <w:tcW w:type="dxa" w:w="2352"/>
            <w:vMerge/>
          </w:tcPr>
          <w:p/>
        </w:tc>
      </w:tr>
      <w:tr>
        <w:trPr>
          <w:cantSplit/>
        </w:trPr>
        <w:tc>
          <w:tcPr>
            <w:tcW w:type="dxa" w:w="1690"/>
          </w:tcPr>
          <w:p>
            <w:pPr>
              <w:spacing w:after="0"/>
              <w:jc w:val="left"/>
            </w:pPr>
            <w:r>
              <w:rPr>
                <w:sz w:val="16"/>
              </w:rPr>
              <w:t>Coastal Flooding</w:t>
            </w:r>
          </w:p>
        </w:tc>
        <w:tc>
          <w:tcPr>
            <w:tcW w:type="dxa" w:w="1399"/>
          </w:tcPr>
          <w:p>
            <w:pPr>
              <w:spacing w:after="0"/>
              <w:jc w:val="right"/>
            </w:pPr>
            <w:r>
              <w:rPr>
                <w:sz w:val="16"/>
              </w:rPr>
              <w:t>8 of 30</w:t>
            </w:r>
          </w:p>
        </w:tc>
        <w:tc>
          <w:tcPr>
            <w:tcW w:type="dxa" w:w="1056"/>
          </w:tcPr>
          <w:p>
            <w:pPr>
              <w:spacing w:after="0"/>
              <w:jc w:val="right"/>
            </w:pPr>
            <w:r>
              <w:rPr>
                <w:sz w:val="16"/>
              </w:rPr>
              <w:t>69.9</w:t>
            </w:r>
          </w:p>
        </w:tc>
        <w:tc>
          <w:tcPr>
            <w:tcW w:type="dxa" w:w="1108"/>
          </w:tcPr>
          <w:p>
            <w:pPr>
              <w:spacing w:after="0"/>
              <w:jc w:val="right"/>
            </w:pPr>
            <w:r>
              <w:rPr>
                <w:sz w:val="16"/>
              </w:rPr>
              <w:t>75.2</w:t>
            </w:r>
          </w:p>
        </w:tc>
        <w:tc>
          <w:tcPr>
            <w:tcW w:type="dxa" w:w="1056"/>
          </w:tcPr>
          <w:p>
            <w:pPr>
              <w:spacing w:after="0"/>
              <w:jc w:val="right"/>
            </w:pPr>
            <w:r>
              <w:rPr>
                <w:sz w:val="16"/>
              </w:rPr>
              <w:t>79.6</w:t>
            </w:r>
          </w:p>
        </w:tc>
        <w:tc>
          <w:tcPr>
            <w:tcW w:type="dxa" w:w="7802"/>
          </w:tcPr>
          <w:p>
            <w:pPr>
              <w:spacing w:after="0"/>
              <w:jc w:val="left"/>
            </w:pPr>
            <w:r>
              <w:rPr>
                <w:sz w:val="16"/>
              </w:rPr>
              <w:t>Relatively Low 3, Very Low 5, No Rating 22</w:t>
            </w:r>
          </w:p>
        </w:tc>
      </w:tr>
      <w:tr>
        <w:trPr>
          <w:cantSplit/>
        </w:trPr>
        <w:tc>
          <w:tcPr>
            <w:tcW w:type="dxa" w:w="1690"/>
          </w:tcPr>
          <w:p>
            <w:pPr>
              <w:spacing w:after="0"/>
              <w:jc w:val="left"/>
            </w:pPr>
            <w:r>
              <w:rPr>
                <w:sz w:val="16"/>
              </w:rPr>
              <w:t>Cold Wave</w:t>
            </w:r>
          </w:p>
        </w:tc>
        <w:tc>
          <w:tcPr>
            <w:tcW w:type="dxa" w:w="1399"/>
          </w:tcPr>
          <w:p>
            <w:pPr>
              <w:spacing w:after="0"/>
              <w:jc w:val="right"/>
            </w:pPr>
            <w:r>
              <w:rPr>
                <w:sz w:val="16"/>
              </w:rPr>
              <w:t>30 of 30</w:t>
            </w:r>
          </w:p>
        </w:tc>
        <w:tc>
          <w:tcPr>
            <w:tcW w:type="dxa" w:w="1056"/>
          </w:tcPr>
          <w:p>
            <w:pPr>
              <w:spacing w:after="0"/>
              <w:jc w:val="right"/>
            </w:pPr>
            <w:r>
              <w:rPr>
                <w:sz w:val="16"/>
              </w:rPr>
              <w:t>24.5</w:t>
            </w:r>
          </w:p>
        </w:tc>
        <w:tc>
          <w:tcPr>
            <w:tcW w:type="dxa" w:w="1108"/>
          </w:tcPr>
          <w:p>
            <w:pPr>
              <w:spacing w:after="0"/>
              <w:jc w:val="right"/>
            </w:pPr>
            <w:r>
              <w:rPr>
                <w:sz w:val="16"/>
              </w:rPr>
              <w:t>48.0</w:t>
            </w:r>
          </w:p>
        </w:tc>
        <w:tc>
          <w:tcPr>
            <w:tcW w:type="dxa" w:w="1056"/>
          </w:tcPr>
          <w:p>
            <w:pPr>
              <w:spacing w:after="0"/>
              <w:jc w:val="right"/>
            </w:pPr>
            <w:r>
              <w:rPr>
                <w:sz w:val="16"/>
              </w:rPr>
              <w:t>61.1</w:t>
            </w:r>
          </w:p>
        </w:tc>
        <w:tc>
          <w:tcPr>
            <w:tcW w:type="dxa" w:w="7802"/>
          </w:tcPr>
          <w:p>
            <w:pPr>
              <w:spacing w:after="0"/>
              <w:jc w:val="left"/>
            </w:pPr>
            <w:r>
              <w:rPr>
                <w:sz w:val="16"/>
              </w:rPr>
              <w:t>Relatively Moderate 16, Relatively Low 14</w:t>
            </w:r>
          </w:p>
        </w:tc>
      </w:tr>
      <w:tr>
        <w:trPr>
          <w:cantSplit/>
        </w:trPr>
        <w:tc>
          <w:tcPr>
            <w:tcW w:type="dxa" w:w="1690"/>
          </w:tcPr>
          <w:p>
            <w:pPr>
              <w:spacing w:after="0"/>
              <w:jc w:val="left"/>
            </w:pPr>
            <w:r>
              <w:rPr>
                <w:sz w:val="16"/>
              </w:rPr>
              <w:t>Drought</w:t>
            </w:r>
          </w:p>
        </w:tc>
        <w:tc>
          <w:tcPr>
            <w:tcW w:type="dxa" w:w="1399"/>
          </w:tcPr>
          <w:p>
            <w:pPr>
              <w:spacing w:after="0"/>
              <w:jc w:val="right"/>
            </w:pPr>
            <w:r>
              <w:rPr>
                <w:sz w:val="16"/>
              </w:rPr>
              <w:t>0 of 30</w:t>
            </w:r>
          </w:p>
        </w:tc>
        <w:tc>
          <w:tcPr>
            <w:tcW w:type="dxa" w:w="1056"/>
          </w:tcPr>
          <w:p>
            <w:pPr>
              <w:spacing w:after="0"/>
              <w:jc w:val="right"/>
            </w:pPr>
          </w:p>
        </w:tc>
        <w:tc>
          <w:tcPr>
            <w:tcW w:type="dxa" w:w="1108"/>
          </w:tcPr>
          <w:p>
            <w:pPr>
              <w:spacing w:after="0"/>
              <w:jc w:val="right"/>
            </w:pPr>
          </w:p>
        </w:tc>
        <w:tc>
          <w:tcPr>
            <w:tcW w:type="dxa" w:w="1056"/>
          </w:tcPr>
          <w:p>
            <w:pPr>
              <w:spacing w:after="0"/>
              <w:jc w:val="right"/>
            </w:pPr>
          </w:p>
        </w:tc>
        <w:tc>
          <w:tcPr>
            <w:tcW w:type="dxa" w:w="7802"/>
          </w:tcPr>
          <w:p>
            <w:pPr>
              <w:spacing w:after="0"/>
              <w:jc w:val="left"/>
            </w:pPr>
            <w:r>
              <w:rPr>
                <w:sz w:val="16"/>
              </w:rPr>
              <w:t>No Rating 30</w:t>
            </w:r>
          </w:p>
        </w:tc>
      </w:tr>
      <w:tr>
        <w:trPr>
          <w:cantSplit/>
        </w:trPr>
        <w:tc>
          <w:tcPr>
            <w:tcW w:type="dxa" w:w="1690"/>
          </w:tcPr>
          <w:p>
            <w:pPr>
              <w:spacing w:after="0"/>
              <w:jc w:val="left"/>
            </w:pPr>
            <w:r>
              <w:rPr>
                <w:sz w:val="16"/>
              </w:rPr>
              <w:t>Earthquake</w:t>
            </w:r>
          </w:p>
        </w:tc>
        <w:tc>
          <w:tcPr>
            <w:tcW w:type="dxa" w:w="1399"/>
          </w:tcPr>
          <w:p>
            <w:pPr>
              <w:spacing w:after="0"/>
              <w:jc w:val="right"/>
            </w:pPr>
            <w:r>
              <w:rPr>
                <w:sz w:val="16"/>
              </w:rPr>
              <w:t>30 of 30</w:t>
            </w:r>
          </w:p>
        </w:tc>
        <w:tc>
          <w:tcPr>
            <w:tcW w:type="dxa" w:w="1056"/>
          </w:tcPr>
          <w:p>
            <w:pPr>
              <w:spacing w:after="0"/>
              <w:jc w:val="right"/>
            </w:pPr>
            <w:r>
              <w:rPr>
                <w:sz w:val="16"/>
              </w:rPr>
              <w:t>4.7</w:t>
            </w:r>
          </w:p>
        </w:tc>
        <w:tc>
          <w:tcPr>
            <w:tcW w:type="dxa" w:w="1108"/>
          </w:tcPr>
          <w:p>
            <w:pPr>
              <w:spacing w:after="0"/>
              <w:jc w:val="right"/>
            </w:pPr>
            <w:r>
              <w:rPr>
                <w:sz w:val="16"/>
              </w:rPr>
              <w:t>24.0</w:t>
            </w:r>
          </w:p>
        </w:tc>
        <w:tc>
          <w:tcPr>
            <w:tcW w:type="dxa" w:w="1056"/>
          </w:tcPr>
          <w:p>
            <w:pPr>
              <w:spacing w:after="0"/>
              <w:jc w:val="right"/>
            </w:pPr>
            <w:r>
              <w:rPr>
                <w:sz w:val="16"/>
              </w:rPr>
              <w:t>44.0</w:t>
            </w:r>
          </w:p>
        </w:tc>
        <w:tc>
          <w:tcPr>
            <w:tcW w:type="dxa" w:w="7802"/>
          </w:tcPr>
          <w:p>
            <w:pPr>
              <w:spacing w:after="0"/>
              <w:jc w:val="left"/>
            </w:pPr>
            <w:r>
              <w:rPr>
                <w:sz w:val="16"/>
              </w:rPr>
              <w:t>Relatively Low 1, Very Low 29</w:t>
            </w:r>
          </w:p>
        </w:tc>
      </w:tr>
      <w:tr>
        <w:trPr>
          <w:cantSplit/>
        </w:trPr>
        <w:tc>
          <w:tcPr>
            <w:tcW w:type="dxa" w:w="1690"/>
          </w:tcPr>
          <w:p>
            <w:pPr>
              <w:spacing w:after="0"/>
              <w:jc w:val="left"/>
            </w:pPr>
            <w:r>
              <w:rPr>
                <w:sz w:val="16"/>
              </w:rPr>
              <w:t>Hail</w:t>
            </w:r>
          </w:p>
        </w:tc>
        <w:tc>
          <w:tcPr>
            <w:tcW w:type="dxa" w:w="1399"/>
          </w:tcPr>
          <w:p>
            <w:pPr>
              <w:spacing w:after="0"/>
              <w:jc w:val="right"/>
            </w:pPr>
            <w:r>
              <w:rPr>
                <w:sz w:val="16"/>
              </w:rPr>
              <w:t>30 of 30</w:t>
            </w:r>
          </w:p>
        </w:tc>
        <w:tc>
          <w:tcPr>
            <w:tcW w:type="dxa" w:w="1056"/>
          </w:tcPr>
          <w:p>
            <w:pPr>
              <w:spacing w:after="0"/>
              <w:jc w:val="right"/>
            </w:pPr>
            <w:r>
              <w:rPr>
                <w:sz w:val="16"/>
              </w:rPr>
              <w:t>54.1</w:t>
            </w:r>
          </w:p>
        </w:tc>
        <w:tc>
          <w:tcPr>
            <w:tcW w:type="dxa" w:w="1108"/>
          </w:tcPr>
          <w:p>
            <w:pPr>
              <w:spacing w:after="0"/>
              <w:jc w:val="right"/>
            </w:pPr>
            <w:r>
              <w:rPr>
                <w:sz w:val="16"/>
              </w:rPr>
              <w:t>80.8</w:t>
            </w:r>
          </w:p>
        </w:tc>
        <w:tc>
          <w:tcPr>
            <w:tcW w:type="dxa" w:w="1056"/>
          </w:tcPr>
          <w:p>
            <w:pPr>
              <w:spacing w:after="0"/>
              <w:jc w:val="right"/>
            </w:pPr>
            <w:r>
              <w:rPr>
                <w:sz w:val="16"/>
              </w:rPr>
              <w:t>87.8</w:t>
            </w:r>
          </w:p>
        </w:tc>
        <w:tc>
          <w:tcPr>
            <w:tcW w:type="dxa" w:w="7802"/>
          </w:tcPr>
          <w:p>
            <w:pPr>
              <w:spacing w:after="0"/>
              <w:jc w:val="left"/>
            </w:pPr>
            <w:r>
              <w:rPr>
                <w:sz w:val="16"/>
              </w:rPr>
              <w:t>Relatively Moderate 24, Relatively Low 6</w:t>
            </w:r>
          </w:p>
        </w:tc>
      </w:tr>
      <w:tr>
        <w:trPr>
          <w:cantSplit/>
        </w:trPr>
        <w:tc>
          <w:tcPr>
            <w:tcW w:type="dxa" w:w="1690"/>
          </w:tcPr>
          <w:p>
            <w:pPr>
              <w:spacing w:after="0"/>
              <w:jc w:val="left"/>
            </w:pPr>
            <w:r>
              <w:rPr>
                <w:sz w:val="16"/>
              </w:rPr>
              <w:t>Heat Wave</w:t>
            </w:r>
          </w:p>
        </w:tc>
        <w:tc>
          <w:tcPr>
            <w:tcW w:type="dxa" w:w="1399"/>
          </w:tcPr>
          <w:p>
            <w:pPr>
              <w:spacing w:after="0"/>
              <w:jc w:val="right"/>
            </w:pPr>
            <w:r>
              <w:rPr>
                <w:sz w:val="16"/>
              </w:rPr>
              <w:t>30 of 30</w:t>
            </w:r>
          </w:p>
        </w:tc>
        <w:tc>
          <w:tcPr>
            <w:tcW w:type="dxa" w:w="1056"/>
          </w:tcPr>
          <w:p>
            <w:pPr>
              <w:spacing w:after="0"/>
              <w:jc w:val="right"/>
            </w:pPr>
            <w:r>
              <w:rPr>
                <w:sz w:val="16"/>
              </w:rPr>
              <w:t>3.7</w:t>
            </w:r>
          </w:p>
        </w:tc>
        <w:tc>
          <w:tcPr>
            <w:tcW w:type="dxa" w:w="1108"/>
          </w:tcPr>
          <w:p>
            <w:pPr>
              <w:spacing w:after="0"/>
              <w:jc w:val="right"/>
            </w:pPr>
            <w:r>
              <w:rPr>
                <w:sz w:val="16"/>
              </w:rPr>
              <w:t>14.7</w:t>
            </w:r>
          </w:p>
        </w:tc>
        <w:tc>
          <w:tcPr>
            <w:tcW w:type="dxa" w:w="1056"/>
          </w:tcPr>
          <w:p>
            <w:pPr>
              <w:spacing w:after="0"/>
              <w:jc w:val="right"/>
            </w:pPr>
            <w:r>
              <w:rPr>
                <w:sz w:val="16"/>
              </w:rPr>
              <w:t>25.5</w:t>
            </w:r>
          </w:p>
        </w:tc>
        <w:tc>
          <w:tcPr>
            <w:tcW w:type="dxa" w:w="7802"/>
          </w:tcPr>
          <w:p>
            <w:pPr>
              <w:spacing w:after="0"/>
              <w:jc w:val="left"/>
            </w:pPr>
            <w:r>
              <w:rPr>
                <w:sz w:val="16"/>
              </w:rPr>
              <w:t>Relatively Low 9, Very Low 21</w:t>
            </w:r>
          </w:p>
        </w:tc>
      </w:tr>
      <w:tr>
        <w:trPr>
          <w:cantSplit/>
        </w:trPr>
        <w:tc>
          <w:tcPr>
            <w:tcW w:type="dxa" w:w="1690"/>
          </w:tcPr>
          <w:p>
            <w:pPr>
              <w:spacing w:after="0"/>
              <w:jc w:val="left"/>
            </w:pPr>
            <w:r>
              <w:rPr>
                <w:sz w:val="16"/>
              </w:rPr>
              <w:t>Hurricane</w:t>
            </w:r>
          </w:p>
        </w:tc>
        <w:tc>
          <w:tcPr>
            <w:tcW w:type="dxa" w:w="1399"/>
          </w:tcPr>
          <w:p>
            <w:pPr>
              <w:spacing w:after="0"/>
              <w:jc w:val="right"/>
            </w:pPr>
            <w:r>
              <w:rPr>
                <w:sz w:val="16"/>
              </w:rPr>
              <w:t>30 of 30</w:t>
            </w:r>
          </w:p>
        </w:tc>
        <w:tc>
          <w:tcPr>
            <w:tcW w:type="dxa" w:w="1056"/>
          </w:tcPr>
          <w:p>
            <w:pPr>
              <w:spacing w:after="0"/>
              <w:jc w:val="right"/>
            </w:pPr>
            <w:r>
              <w:rPr>
                <w:sz w:val="16"/>
              </w:rPr>
              <w:t>20.6</w:t>
            </w:r>
          </w:p>
        </w:tc>
        <w:tc>
          <w:tcPr>
            <w:tcW w:type="dxa" w:w="1108"/>
          </w:tcPr>
          <w:p>
            <w:pPr>
              <w:spacing w:after="0"/>
              <w:jc w:val="right"/>
            </w:pPr>
            <w:r>
              <w:rPr>
                <w:sz w:val="16"/>
              </w:rPr>
              <w:t>32.0</w:t>
            </w:r>
          </w:p>
        </w:tc>
        <w:tc>
          <w:tcPr>
            <w:tcW w:type="dxa" w:w="1056"/>
          </w:tcPr>
          <w:p>
            <w:pPr>
              <w:spacing w:after="0"/>
              <w:jc w:val="right"/>
            </w:pPr>
            <w:r>
              <w:rPr>
                <w:sz w:val="16"/>
              </w:rPr>
              <w:t>43.4</w:t>
            </w:r>
          </w:p>
        </w:tc>
        <w:tc>
          <w:tcPr>
            <w:tcW w:type="dxa" w:w="7802"/>
          </w:tcPr>
          <w:p>
            <w:pPr>
              <w:spacing w:after="0"/>
              <w:jc w:val="left"/>
            </w:pPr>
            <w:r>
              <w:rPr>
                <w:sz w:val="16"/>
              </w:rPr>
              <w:t>Very Low 30</w:t>
            </w:r>
          </w:p>
        </w:tc>
      </w:tr>
      <w:tr>
        <w:trPr>
          <w:cantSplit/>
        </w:trPr>
        <w:tc>
          <w:tcPr>
            <w:tcW w:type="dxa" w:w="1690"/>
          </w:tcPr>
          <w:p>
            <w:pPr>
              <w:spacing w:after="0"/>
              <w:jc w:val="left"/>
            </w:pPr>
            <w:r>
              <w:rPr>
                <w:sz w:val="16"/>
              </w:rPr>
              <w:t>Ice Storm</w:t>
            </w:r>
          </w:p>
        </w:tc>
        <w:tc>
          <w:tcPr>
            <w:tcW w:type="dxa" w:w="1399"/>
          </w:tcPr>
          <w:p>
            <w:pPr>
              <w:spacing w:after="0"/>
              <w:jc w:val="right"/>
            </w:pPr>
            <w:r>
              <w:rPr>
                <w:sz w:val="16"/>
              </w:rPr>
              <w:t>30 of 30</w:t>
            </w:r>
          </w:p>
        </w:tc>
        <w:tc>
          <w:tcPr>
            <w:tcW w:type="dxa" w:w="1056"/>
          </w:tcPr>
          <w:p>
            <w:pPr>
              <w:spacing w:after="0"/>
              <w:jc w:val="right"/>
            </w:pPr>
            <w:r>
              <w:rPr>
                <w:sz w:val="16"/>
              </w:rPr>
              <w:t>26.8</w:t>
            </w:r>
          </w:p>
        </w:tc>
        <w:tc>
          <w:tcPr>
            <w:tcW w:type="dxa" w:w="1108"/>
          </w:tcPr>
          <w:p>
            <w:pPr>
              <w:spacing w:after="0"/>
              <w:jc w:val="right"/>
            </w:pPr>
            <w:r>
              <w:rPr>
                <w:sz w:val="16"/>
              </w:rPr>
              <w:t>59.0</w:t>
            </w:r>
          </w:p>
        </w:tc>
        <w:tc>
          <w:tcPr>
            <w:tcW w:type="dxa" w:w="1056"/>
          </w:tcPr>
          <w:p>
            <w:pPr>
              <w:spacing w:after="0"/>
              <w:jc w:val="right"/>
            </w:pPr>
            <w:r>
              <w:rPr>
                <w:sz w:val="16"/>
              </w:rPr>
              <w:t>72.5</w:t>
            </w:r>
          </w:p>
        </w:tc>
        <w:tc>
          <w:tcPr>
            <w:tcW w:type="dxa" w:w="7802"/>
          </w:tcPr>
          <w:p>
            <w:pPr>
              <w:spacing w:after="0"/>
              <w:jc w:val="left"/>
            </w:pPr>
            <w:r>
              <w:rPr>
                <w:sz w:val="16"/>
              </w:rPr>
              <w:t>Relatively Moderate 2, Relatively Low 27, Very Low 1</w:t>
            </w:r>
          </w:p>
        </w:tc>
      </w:tr>
      <w:tr>
        <w:trPr>
          <w:cantSplit/>
        </w:trPr>
        <w:tc>
          <w:tcPr>
            <w:tcW w:type="dxa" w:w="1690"/>
          </w:tcPr>
          <w:p>
            <w:pPr>
              <w:spacing w:after="0"/>
              <w:jc w:val="left"/>
            </w:pPr>
            <w:r>
              <w:rPr>
                <w:sz w:val="16"/>
              </w:rPr>
              <w:t>Inland Flooding</w:t>
            </w:r>
          </w:p>
        </w:tc>
        <w:tc>
          <w:tcPr>
            <w:tcW w:type="dxa" w:w="1399"/>
          </w:tcPr>
          <w:p>
            <w:pPr>
              <w:spacing w:after="0"/>
              <w:jc w:val="right"/>
            </w:pPr>
            <w:r>
              <w:rPr>
                <w:sz w:val="16"/>
              </w:rPr>
              <w:t>30 of 30</w:t>
            </w:r>
          </w:p>
        </w:tc>
        <w:tc>
          <w:tcPr>
            <w:tcW w:type="dxa" w:w="1056"/>
          </w:tcPr>
          <w:p>
            <w:pPr>
              <w:spacing w:after="0"/>
              <w:jc w:val="right"/>
            </w:pPr>
            <w:r>
              <w:rPr>
                <w:sz w:val="16"/>
              </w:rPr>
              <w:t>4.6</w:t>
            </w:r>
          </w:p>
        </w:tc>
        <w:tc>
          <w:tcPr>
            <w:tcW w:type="dxa" w:w="1108"/>
          </w:tcPr>
          <w:p>
            <w:pPr>
              <w:spacing w:after="0"/>
              <w:jc w:val="right"/>
            </w:pPr>
            <w:r>
              <w:rPr>
                <w:sz w:val="16"/>
              </w:rPr>
              <w:t>55.4</w:t>
            </w:r>
          </w:p>
        </w:tc>
        <w:tc>
          <w:tcPr>
            <w:tcW w:type="dxa" w:w="1056"/>
          </w:tcPr>
          <w:p>
            <w:pPr>
              <w:spacing w:after="0"/>
              <w:jc w:val="right"/>
            </w:pPr>
            <w:r>
              <w:rPr>
                <w:sz w:val="16"/>
              </w:rPr>
              <w:t>83.5</w:t>
            </w:r>
          </w:p>
        </w:tc>
        <w:tc>
          <w:tcPr>
            <w:tcW w:type="dxa" w:w="7802"/>
          </w:tcPr>
          <w:p>
            <w:pPr>
              <w:spacing w:after="0"/>
              <w:jc w:val="left"/>
            </w:pPr>
            <w:r>
              <w:rPr>
                <w:sz w:val="16"/>
              </w:rPr>
              <w:t>Relatively High 3, Relatively Moderate 15, Relatively Low 11, Very Low 1</w:t>
            </w:r>
          </w:p>
        </w:tc>
      </w:tr>
      <w:tr>
        <w:trPr>
          <w:cantSplit/>
        </w:trPr>
        <w:tc>
          <w:tcPr>
            <w:tcW w:type="dxa" w:w="1690"/>
          </w:tcPr>
          <w:p>
            <w:pPr>
              <w:spacing w:after="0"/>
              <w:jc w:val="left"/>
            </w:pPr>
            <w:r>
              <w:rPr>
                <w:sz w:val="16"/>
              </w:rPr>
              <w:t>Landslide</w:t>
            </w:r>
          </w:p>
        </w:tc>
        <w:tc>
          <w:tcPr>
            <w:tcW w:type="dxa" w:w="1399"/>
          </w:tcPr>
          <w:p>
            <w:pPr>
              <w:spacing w:after="0"/>
              <w:jc w:val="right"/>
            </w:pPr>
            <w:r>
              <w:rPr>
                <w:sz w:val="16"/>
              </w:rPr>
              <w:t>30 of 30</w:t>
            </w:r>
          </w:p>
        </w:tc>
        <w:tc>
          <w:tcPr>
            <w:tcW w:type="dxa" w:w="1056"/>
          </w:tcPr>
          <w:p>
            <w:pPr>
              <w:spacing w:after="0"/>
              <w:jc w:val="right"/>
            </w:pPr>
            <w:r>
              <w:rPr>
                <w:sz w:val="16"/>
              </w:rPr>
              <w:t>33.1</w:t>
            </w:r>
          </w:p>
        </w:tc>
        <w:tc>
          <w:tcPr>
            <w:tcW w:type="dxa" w:w="1108"/>
          </w:tcPr>
          <w:p>
            <w:pPr>
              <w:spacing w:after="0"/>
              <w:jc w:val="right"/>
            </w:pPr>
            <w:r>
              <w:rPr>
                <w:sz w:val="16"/>
              </w:rPr>
              <w:t>79.2</w:t>
            </w:r>
          </w:p>
        </w:tc>
        <w:tc>
          <w:tcPr>
            <w:tcW w:type="dxa" w:w="1056"/>
          </w:tcPr>
          <w:p>
            <w:pPr>
              <w:spacing w:after="0"/>
              <w:jc w:val="right"/>
            </w:pPr>
            <w:r>
              <w:rPr>
                <w:sz w:val="16"/>
              </w:rPr>
              <w:t>89.0</w:t>
            </w:r>
          </w:p>
        </w:tc>
        <w:tc>
          <w:tcPr>
            <w:tcW w:type="dxa" w:w="7802"/>
          </w:tcPr>
          <w:p>
            <w:pPr>
              <w:spacing w:after="0"/>
              <w:jc w:val="left"/>
            </w:pPr>
            <w:r>
              <w:rPr>
                <w:sz w:val="16"/>
              </w:rPr>
              <w:t>Relatively Low 10, Very Low 20</w:t>
            </w:r>
          </w:p>
        </w:tc>
      </w:tr>
      <w:tr>
        <w:trPr>
          <w:cantSplit/>
        </w:trPr>
        <w:tc>
          <w:tcPr>
            <w:tcW w:type="dxa" w:w="1690"/>
          </w:tcPr>
          <w:p>
            <w:pPr>
              <w:spacing w:after="0"/>
              <w:jc w:val="left"/>
            </w:pPr>
            <w:r>
              <w:rPr>
                <w:sz w:val="16"/>
              </w:rPr>
              <w:t>Lightning</w:t>
            </w:r>
          </w:p>
        </w:tc>
        <w:tc>
          <w:tcPr>
            <w:tcW w:type="dxa" w:w="1399"/>
          </w:tcPr>
          <w:p>
            <w:pPr>
              <w:spacing w:after="0"/>
              <w:jc w:val="right"/>
            </w:pPr>
            <w:r>
              <w:rPr>
                <w:sz w:val="16"/>
              </w:rPr>
              <w:t>30 of 30</w:t>
            </w:r>
          </w:p>
        </w:tc>
        <w:tc>
          <w:tcPr>
            <w:tcW w:type="dxa" w:w="1056"/>
          </w:tcPr>
          <w:p>
            <w:pPr>
              <w:spacing w:after="0"/>
              <w:jc w:val="right"/>
            </w:pPr>
            <w:r>
              <w:rPr>
                <w:sz w:val="16"/>
              </w:rPr>
              <w:t>18.9</w:t>
            </w:r>
          </w:p>
        </w:tc>
        <w:tc>
          <w:tcPr>
            <w:tcW w:type="dxa" w:w="1108"/>
          </w:tcPr>
          <w:p>
            <w:pPr>
              <w:spacing w:after="0"/>
              <w:jc w:val="right"/>
            </w:pPr>
            <w:r>
              <w:rPr>
                <w:sz w:val="16"/>
              </w:rPr>
              <w:t>46.9</w:t>
            </w:r>
          </w:p>
        </w:tc>
        <w:tc>
          <w:tcPr>
            <w:tcW w:type="dxa" w:w="1056"/>
          </w:tcPr>
          <w:p>
            <w:pPr>
              <w:spacing w:after="0"/>
              <w:jc w:val="right"/>
            </w:pPr>
            <w:r>
              <w:rPr>
                <w:sz w:val="16"/>
              </w:rPr>
              <w:t>61.8</w:t>
            </w:r>
          </w:p>
        </w:tc>
        <w:tc>
          <w:tcPr>
            <w:tcW w:type="dxa" w:w="7802"/>
          </w:tcPr>
          <w:p>
            <w:pPr>
              <w:spacing w:after="0"/>
              <w:jc w:val="left"/>
            </w:pPr>
            <w:r>
              <w:rPr>
                <w:sz w:val="16"/>
              </w:rPr>
              <w:t>Relatively Moderate 10, Relatively Low 19, Very Low 1</w:t>
            </w:r>
          </w:p>
        </w:tc>
      </w:tr>
      <w:tr>
        <w:trPr>
          <w:cantSplit/>
        </w:trPr>
        <w:tc>
          <w:tcPr>
            <w:tcW w:type="dxa" w:w="1690"/>
          </w:tcPr>
          <w:p>
            <w:pPr>
              <w:spacing w:after="0"/>
              <w:jc w:val="left"/>
            </w:pPr>
            <w:r>
              <w:rPr>
                <w:sz w:val="16"/>
              </w:rPr>
              <w:t>Strong Wind</w:t>
            </w:r>
          </w:p>
        </w:tc>
        <w:tc>
          <w:tcPr>
            <w:tcW w:type="dxa" w:w="1399"/>
          </w:tcPr>
          <w:p>
            <w:pPr>
              <w:spacing w:after="0"/>
              <w:jc w:val="right"/>
            </w:pPr>
            <w:r>
              <w:rPr>
                <w:sz w:val="16"/>
              </w:rPr>
              <w:t>30 of 30</w:t>
            </w:r>
          </w:p>
        </w:tc>
        <w:tc>
          <w:tcPr>
            <w:tcW w:type="dxa" w:w="1056"/>
          </w:tcPr>
          <w:p>
            <w:pPr>
              <w:spacing w:after="0"/>
              <w:jc w:val="right"/>
            </w:pPr>
            <w:r>
              <w:rPr>
                <w:sz w:val="16"/>
              </w:rPr>
              <w:t>49.7</w:t>
            </w:r>
          </w:p>
        </w:tc>
        <w:tc>
          <w:tcPr>
            <w:tcW w:type="dxa" w:w="1108"/>
          </w:tcPr>
          <w:p>
            <w:pPr>
              <w:spacing w:after="0"/>
              <w:jc w:val="right"/>
            </w:pPr>
            <w:r>
              <w:rPr>
                <w:sz w:val="16"/>
              </w:rPr>
              <w:t>83.2</w:t>
            </w:r>
          </w:p>
        </w:tc>
        <w:tc>
          <w:tcPr>
            <w:tcW w:type="dxa" w:w="1056"/>
          </w:tcPr>
          <w:p>
            <w:pPr>
              <w:spacing w:after="0"/>
              <w:jc w:val="right"/>
            </w:pPr>
            <w:r>
              <w:rPr>
                <w:sz w:val="16"/>
              </w:rPr>
              <w:t>91.0</w:t>
            </w:r>
          </w:p>
        </w:tc>
        <w:tc>
          <w:tcPr>
            <w:tcW w:type="dxa" w:w="7802"/>
          </w:tcPr>
          <w:p>
            <w:pPr>
              <w:spacing w:after="0"/>
              <w:jc w:val="left"/>
            </w:pPr>
            <w:r>
              <w:rPr>
                <w:sz w:val="16"/>
              </w:rPr>
              <w:t>Relatively High 16, Relatively Moderate 13, Relatively Low 1</w:t>
            </w:r>
          </w:p>
        </w:tc>
      </w:tr>
      <w:tr>
        <w:trPr>
          <w:cantSplit/>
        </w:trPr>
        <w:tc>
          <w:tcPr>
            <w:tcW w:type="dxa" w:w="1690"/>
          </w:tcPr>
          <w:p>
            <w:pPr>
              <w:spacing w:after="0"/>
              <w:jc w:val="left"/>
            </w:pPr>
            <w:r>
              <w:rPr>
                <w:sz w:val="16"/>
              </w:rPr>
              <w:t>Tornado</w:t>
            </w:r>
          </w:p>
        </w:tc>
        <w:tc>
          <w:tcPr>
            <w:tcW w:type="dxa" w:w="1399"/>
          </w:tcPr>
          <w:p>
            <w:pPr>
              <w:spacing w:after="0"/>
              <w:jc w:val="right"/>
            </w:pPr>
            <w:r>
              <w:rPr>
                <w:sz w:val="16"/>
              </w:rPr>
              <w:t>30 of 30</w:t>
            </w:r>
          </w:p>
        </w:tc>
        <w:tc>
          <w:tcPr>
            <w:tcW w:type="dxa" w:w="1056"/>
          </w:tcPr>
          <w:p>
            <w:pPr>
              <w:spacing w:after="0"/>
              <w:jc w:val="right"/>
            </w:pPr>
            <w:r>
              <w:rPr>
                <w:sz w:val="16"/>
              </w:rPr>
              <w:t>36.7</w:t>
            </w:r>
          </w:p>
        </w:tc>
        <w:tc>
          <w:tcPr>
            <w:tcW w:type="dxa" w:w="1108"/>
          </w:tcPr>
          <w:p>
            <w:pPr>
              <w:spacing w:after="0"/>
              <w:jc w:val="right"/>
            </w:pPr>
            <w:r>
              <w:rPr>
                <w:sz w:val="16"/>
              </w:rPr>
              <w:t>61.1</w:t>
            </w:r>
          </w:p>
        </w:tc>
        <w:tc>
          <w:tcPr>
            <w:tcW w:type="dxa" w:w="1056"/>
          </w:tcPr>
          <w:p>
            <w:pPr>
              <w:spacing w:after="0"/>
              <w:jc w:val="right"/>
            </w:pPr>
            <w:r>
              <w:rPr>
                <w:sz w:val="16"/>
              </w:rPr>
              <w:t>77.6</w:t>
            </w:r>
          </w:p>
        </w:tc>
        <w:tc>
          <w:tcPr>
            <w:tcW w:type="dxa" w:w="7802"/>
          </w:tcPr>
          <w:p>
            <w:pPr>
              <w:spacing w:after="0"/>
              <w:jc w:val="left"/>
            </w:pPr>
            <w:r>
              <w:rPr>
                <w:sz w:val="16"/>
              </w:rPr>
              <w:t>Relatively High 2, Relatively Moderate 20, Relatively Low 8</w:t>
            </w:r>
          </w:p>
        </w:tc>
      </w:tr>
      <w:tr>
        <w:trPr>
          <w:cantSplit/>
        </w:trPr>
        <w:tc>
          <w:tcPr>
            <w:tcW w:type="dxa" w:w="1690"/>
          </w:tcPr>
          <w:p>
            <w:pPr>
              <w:spacing w:after="0"/>
              <w:jc w:val="left"/>
            </w:pPr>
            <w:r>
              <w:rPr>
                <w:sz w:val="16"/>
              </w:rPr>
              <w:t>Tsunami</w:t>
            </w:r>
          </w:p>
        </w:tc>
        <w:tc>
          <w:tcPr>
            <w:tcW w:type="dxa" w:w="1399"/>
          </w:tcPr>
          <w:p>
            <w:pPr>
              <w:spacing w:after="0"/>
              <w:jc w:val="right"/>
            </w:pPr>
            <w:r>
              <w:rPr>
                <w:sz w:val="16"/>
              </w:rPr>
              <w:t>0 of 30</w:t>
            </w:r>
          </w:p>
        </w:tc>
        <w:tc>
          <w:tcPr>
            <w:tcW w:type="dxa" w:w="1056"/>
          </w:tcPr>
          <w:p>
            <w:pPr>
              <w:spacing w:after="0"/>
              <w:jc w:val="right"/>
            </w:pPr>
          </w:p>
        </w:tc>
        <w:tc>
          <w:tcPr>
            <w:tcW w:type="dxa" w:w="1108"/>
          </w:tcPr>
          <w:p>
            <w:pPr>
              <w:spacing w:after="0"/>
              <w:jc w:val="right"/>
            </w:pPr>
          </w:p>
        </w:tc>
        <w:tc>
          <w:tcPr>
            <w:tcW w:type="dxa" w:w="1056"/>
          </w:tcPr>
          <w:p>
            <w:pPr>
              <w:spacing w:after="0"/>
              <w:jc w:val="right"/>
            </w:pPr>
          </w:p>
        </w:tc>
        <w:tc>
          <w:tcPr>
            <w:tcW w:type="dxa" w:w="7802"/>
          </w:tcPr>
          <w:p>
            <w:pPr>
              <w:spacing w:after="0"/>
              <w:jc w:val="left"/>
            </w:pPr>
            <w:r>
              <w:rPr>
                <w:sz w:val="16"/>
              </w:rPr>
              <w:t>Insufficient Data 30</w:t>
            </w:r>
          </w:p>
        </w:tc>
      </w:tr>
      <w:tr>
        <w:trPr>
          <w:cantSplit/>
        </w:trPr>
        <w:tc>
          <w:tcPr>
            <w:tcW w:type="dxa" w:w="1690"/>
          </w:tcPr>
          <w:p>
            <w:pPr>
              <w:spacing w:after="0"/>
              <w:jc w:val="left"/>
            </w:pPr>
            <w:r>
              <w:rPr>
                <w:sz w:val="16"/>
              </w:rPr>
              <w:t>Wildfire</w:t>
            </w:r>
          </w:p>
        </w:tc>
        <w:tc>
          <w:tcPr>
            <w:tcW w:type="dxa" w:w="1399"/>
          </w:tcPr>
          <w:p>
            <w:pPr>
              <w:spacing w:after="0"/>
              <w:jc w:val="right"/>
            </w:pPr>
            <w:r>
              <w:rPr>
                <w:sz w:val="16"/>
              </w:rPr>
              <w:t>30 of 30</w:t>
            </w:r>
          </w:p>
        </w:tc>
        <w:tc>
          <w:tcPr>
            <w:tcW w:type="dxa" w:w="1056"/>
          </w:tcPr>
          <w:p>
            <w:pPr>
              <w:spacing w:after="0"/>
              <w:jc w:val="right"/>
            </w:pPr>
            <w:r>
              <w:rPr>
                <w:sz w:val="16"/>
              </w:rPr>
              <w:t>41.7</w:t>
            </w:r>
          </w:p>
        </w:tc>
        <w:tc>
          <w:tcPr>
            <w:tcW w:type="dxa" w:w="1108"/>
          </w:tcPr>
          <w:p>
            <w:pPr>
              <w:spacing w:after="0"/>
              <w:jc w:val="right"/>
            </w:pPr>
            <w:r>
              <w:rPr>
                <w:sz w:val="16"/>
              </w:rPr>
              <w:t>62.8</w:t>
            </w:r>
          </w:p>
        </w:tc>
        <w:tc>
          <w:tcPr>
            <w:tcW w:type="dxa" w:w="1056"/>
          </w:tcPr>
          <w:p>
            <w:pPr>
              <w:spacing w:after="0"/>
              <w:jc w:val="right"/>
            </w:pPr>
            <w:r>
              <w:rPr>
                <w:sz w:val="16"/>
              </w:rPr>
              <w:t>67.4</w:t>
            </w:r>
          </w:p>
        </w:tc>
        <w:tc>
          <w:tcPr>
            <w:tcW w:type="dxa" w:w="7802"/>
          </w:tcPr>
          <w:p>
            <w:pPr>
              <w:spacing w:after="0"/>
              <w:jc w:val="left"/>
            </w:pPr>
            <w:r>
              <w:rPr>
                <w:sz w:val="16"/>
              </w:rPr>
              <w:t>Very Low 30</w:t>
            </w:r>
          </w:p>
        </w:tc>
      </w:tr>
      <w:tr>
        <w:trPr>
          <w:cantSplit/>
        </w:trPr>
        <w:tc>
          <w:tcPr>
            <w:tcW w:type="dxa" w:w="1690"/>
          </w:tcPr>
          <w:p>
            <w:pPr>
              <w:spacing w:after="0"/>
              <w:jc w:val="left"/>
            </w:pPr>
            <w:r>
              <w:rPr>
                <w:sz w:val="16"/>
              </w:rPr>
              <w:t>Winter Weather</w:t>
            </w:r>
          </w:p>
        </w:tc>
        <w:tc>
          <w:tcPr>
            <w:tcW w:type="dxa" w:w="1399"/>
          </w:tcPr>
          <w:p>
            <w:pPr>
              <w:spacing w:after="0"/>
              <w:jc w:val="right"/>
            </w:pPr>
            <w:r>
              <w:rPr>
                <w:sz w:val="16"/>
              </w:rPr>
              <w:t>30 of 30</w:t>
            </w:r>
          </w:p>
        </w:tc>
        <w:tc>
          <w:tcPr>
            <w:tcW w:type="dxa" w:w="1056"/>
          </w:tcPr>
          <w:p>
            <w:pPr>
              <w:spacing w:after="0"/>
              <w:jc w:val="right"/>
            </w:pPr>
            <w:r>
              <w:rPr>
                <w:sz w:val="16"/>
              </w:rPr>
              <w:t>37.5</w:t>
            </w:r>
          </w:p>
        </w:tc>
        <w:tc>
          <w:tcPr>
            <w:tcW w:type="dxa" w:w="1108"/>
          </w:tcPr>
          <w:p>
            <w:pPr>
              <w:spacing w:after="0"/>
              <w:jc w:val="right"/>
            </w:pPr>
            <w:r>
              <w:rPr>
                <w:sz w:val="16"/>
              </w:rPr>
              <w:t>60.0</w:t>
            </w:r>
          </w:p>
        </w:tc>
        <w:tc>
          <w:tcPr>
            <w:tcW w:type="dxa" w:w="1056"/>
          </w:tcPr>
          <w:p>
            <w:pPr>
              <w:spacing w:after="0"/>
              <w:jc w:val="right"/>
            </w:pPr>
            <w:r>
              <w:rPr>
                <w:sz w:val="16"/>
              </w:rPr>
              <w:t>71.9</w:t>
            </w:r>
          </w:p>
        </w:tc>
        <w:tc>
          <w:tcPr>
            <w:tcW w:type="dxa" w:w="7802"/>
          </w:tcPr>
          <w:p>
            <w:pPr>
              <w:spacing w:after="0"/>
              <w:jc w:val="left"/>
            </w:pPr>
            <w:r>
              <w:rPr>
                <w:sz w:val="16"/>
              </w:rPr>
              <w:t>Relatively Moderate 25, Relatively Low 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hail, heat wave, ice storm, lightning, strong wind and winter weather are county-wide or coarse (49 km grid or NWS zone), the same for every jurisdiction; the tract range mostly reflects where buildings and people are.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503"/>
        <w:gridCol w:w="858"/>
        <w:gridCol w:w="2061"/>
        <w:gridCol w:w="1929"/>
        <w:gridCol w:w="2438"/>
        <w:gridCol w:w="2152"/>
        <w:gridCol w:w="3171"/>
      </w:tblGrid>
      <w:tr>
        <w:trPr>
          <w:cantSplit/>
          <w:tblHeader/>
        </w:trPr>
        <w:tc>
          <w:tcPr>
            <w:tcW w:type="dxa" w:w="1503"/>
            <w:shd w:val="clear" w:color="auto" w:fill="E8E8E8"/>
          </w:tcPr>
          <w:p>
            <w:pPr>
              <w:spacing w:after="0"/>
              <w:jc w:val="left"/>
            </w:pPr>
            <w:r>
              <w:rPr>
                <w:b/>
                <w:sz w:val="16"/>
              </w:rPr>
              <w:t>Jurisdiction</w:t>
            </w:r>
          </w:p>
        </w:tc>
        <w:tc>
          <w:tcPr>
            <w:tcW w:type="dxa" w:w="858"/>
            <w:shd w:val="clear" w:color="auto" w:fill="E8E8E8"/>
          </w:tcPr>
          <w:p>
            <w:pPr>
              <w:spacing w:after="0"/>
              <w:jc w:val="left"/>
            </w:pPr>
            <w:r>
              <w:rPr>
                <w:b/>
                <w:sz w:val="16"/>
              </w:rPr>
              <w:t>Type</w:t>
            </w:r>
          </w:p>
        </w:tc>
        <w:tc>
          <w:tcPr>
            <w:tcW w:type="dxa" w:w="2061"/>
            <w:shd w:val="clear" w:color="auto" w:fill="E8E8E8"/>
          </w:tcPr>
          <w:p>
            <w:pPr>
              <w:spacing w:after="0"/>
              <w:jc w:val="left"/>
            </w:pPr>
            <w:r>
              <w:rPr>
                <w:b/>
                <w:sz w:val="16"/>
              </w:rPr>
              <w:t>Plan status</w:t>
            </w:r>
          </w:p>
        </w:tc>
        <w:tc>
          <w:tcPr>
            <w:tcW w:type="dxa" w:w="1929"/>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438"/>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152"/>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3171"/>
            <w:shd w:val="clear" w:color="auto" w:fill="E8E8E8"/>
          </w:tcPr>
          <w:p>
            <w:pPr>
              <w:spacing w:after="0"/>
              <w:jc w:val="left"/>
            </w:pPr>
            <w:r>
              <w:rPr>
                <w:b/>
                <w:sz w:val="16"/>
              </w:rPr>
              <w:t>Notes</w:t>
            </w:r>
          </w:p>
        </w:tc>
      </w:tr>
      <w:tr>
        <w:trPr>
          <w:cantSplit/>
        </w:trPr>
        <w:tc>
          <w:tcPr>
            <w:tcW w:type="dxa" w:w="1503"/>
          </w:tcPr>
          <w:p>
            <w:pPr>
              <w:spacing w:after="0"/>
              <w:jc w:val="left"/>
            </w:pPr>
            <w:r>
              <w:rPr>
                <w:sz w:val="16"/>
              </w:rPr>
              <w:t>Allegan County</w:t>
            </w:r>
          </w:p>
        </w:tc>
        <w:tc>
          <w:tcPr>
            <w:tcW w:type="dxa" w:w="858"/>
          </w:tcPr>
          <w:p>
            <w:pPr>
              <w:spacing w:after="0"/>
              <w:jc w:val="left"/>
            </w:pPr>
            <w:r>
              <w:rPr>
                <w:sz w:val="16"/>
              </w:rPr>
              <w:t>County</w:t>
            </w:r>
          </w:p>
        </w:tc>
        <w:tc>
          <w:tcPr>
            <w:tcW w:type="dxa" w:w="2061"/>
          </w:tcPr>
          <w:p>
            <w:pPr>
              <w:spacing w:after="0"/>
              <w:jc w:val="left"/>
            </w:pPr>
            <w:r>
              <w:rPr>
                <w:sz w:val="16"/>
              </w:rPr>
              <w:t>Approved, expires 2026-10-27</w:t>
            </w:r>
          </w:p>
        </w:tc>
        <w:tc>
          <w:tcPr>
            <w:tcW w:type="dxa" w:w="1929"/>
          </w:tcPr>
          <w:p>
            <w:pPr>
              <w:spacing w:after="0"/>
              <w:jc w:val="right"/>
            </w:pPr>
            <w:r>
              <w:rPr>
                <w:sz w:val="16"/>
              </w:rPr>
              <w:t>FMA RL 0, SRL 0; any 0</w:t>
            </w:r>
          </w:p>
        </w:tc>
        <w:tc>
          <w:tcPr>
            <w:tcW w:type="dxa" w:w="2438"/>
          </w:tcPr>
          <w:p>
            <w:pPr>
              <w:spacing w:after="0"/>
              <w:jc w:val="right"/>
            </w:pPr>
            <w:r>
              <w:rPr>
                <w:sz w:val="16"/>
              </w:rPr>
              <w:t>$6,279.75</w:t>
            </w:r>
          </w:p>
        </w:tc>
        <w:tc>
          <w:tcPr>
            <w:tcW w:type="dxa" w:w="2152"/>
          </w:tcPr>
          <w:p>
            <w:pPr>
              <w:spacing w:after="0"/>
              <w:jc w:val="right"/>
            </w:pPr>
            <w:r>
              <w:rPr>
                <w:sz w:val="16"/>
              </w:rPr>
              <w:t>0 total; 0 since its plan</w:t>
            </w:r>
          </w:p>
        </w:tc>
        <w:tc>
          <w:tcPr>
            <w:tcW w:type="dxa" w:w="3171"/>
          </w:tcPr>
          <w:p>
            <w:pPr>
              <w:spacing w:after="0"/>
              <w:jc w:val="left"/>
            </w:pPr>
          </w:p>
        </w:tc>
      </w:tr>
      <w:tr>
        <w:trPr>
          <w:cantSplit/>
        </w:trPr>
        <w:tc>
          <w:tcPr>
            <w:tcW w:type="dxa" w:w="1503"/>
          </w:tcPr>
          <w:p>
            <w:pPr>
              <w:spacing w:after="0"/>
              <w:jc w:val="left"/>
            </w:pPr>
            <w:r>
              <w:rPr>
                <w:sz w:val="16"/>
              </w:rPr>
              <w:t>Allegan city</w:t>
            </w:r>
          </w:p>
        </w:tc>
        <w:tc>
          <w:tcPr>
            <w:tcW w:type="dxa" w:w="858"/>
          </w:tcPr>
          <w:p>
            <w:pPr>
              <w:spacing w:after="0"/>
              <w:jc w:val="left"/>
            </w:pPr>
            <w:r>
              <w:rPr>
                <w:sz w:val="16"/>
              </w:rPr>
              <w:t>City</w:t>
            </w:r>
          </w:p>
        </w:tc>
        <w:tc>
          <w:tcPr>
            <w:tcW w:type="dxa" w:w="2061"/>
          </w:tcPr>
          <w:p>
            <w:pPr>
              <w:spacing w:after="0"/>
              <w:jc w:val="left"/>
            </w:pPr>
            <w:r>
              <w:rPr>
                <w:sz w:val="16"/>
              </w:rPr>
              <w:t>Plan 107872 approved 2021-10-28, pending adoption here; not yet eligible</w:t>
            </w:r>
          </w:p>
        </w:tc>
        <w:tc>
          <w:tcPr>
            <w:tcW w:type="dxa" w:w="1929"/>
          </w:tcPr>
          <w:p>
            <w:pPr>
              <w:spacing w:after="0"/>
              <w:jc w:val="right"/>
            </w:pPr>
            <w:r>
              <w:rPr>
                <w:sz w:val="16"/>
              </w:rPr>
              <w:t>FMA RL 0, SRL 0; any 0</w:t>
            </w:r>
          </w:p>
        </w:tc>
        <w:tc>
          <w:tcPr>
            <w:tcW w:type="dxa" w:w="2438"/>
          </w:tcPr>
          <w:p>
            <w:pPr>
              <w:spacing w:after="0"/>
              <w:jc w:val="right"/>
            </w:pPr>
            <w:r>
              <w:rPr>
                <w:sz w:val="16"/>
              </w:rPr>
              <w:t>$16,107.64</w:t>
            </w:r>
          </w:p>
        </w:tc>
        <w:tc>
          <w:tcPr>
            <w:tcW w:type="dxa" w:w="2152"/>
          </w:tcPr>
          <w:p>
            <w:pPr>
              <w:spacing w:after="0"/>
              <w:jc w:val="right"/>
            </w:pPr>
            <w:r>
              <w:rPr>
                <w:sz w:val="16"/>
              </w:rPr>
              <w:t>44 total; no approved plan</w:t>
            </w:r>
          </w:p>
        </w:tc>
        <w:tc>
          <w:tcPr>
            <w:tcW w:type="dxa" w:w="3171"/>
          </w:tcPr>
          <w:p>
            <w:pPr>
              <w:spacing w:after="0"/>
              <w:jc w:val="left"/>
            </w:pPr>
          </w:p>
        </w:tc>
      </w:tr>
      <w:tr>
        <w:trPr>
          <w:cantSplit/>
        </w:trPr>
        <w:tc>
          <w:tcPr>
            <w:tcW w:type="dxa" w:w="1503"/>
          </w:tcPr>
          <w:p>
            <w:pPr>
              <w:spacing w:after="0"/>
              <w:jc w:val="left"/>
            </w:pPr>
            <w:r>
              <w:rPr>
                <w:sz w:val="16"/>
              </w:rPr>
              <w:t>Douglas city</w:t>
            </w:r>
          </w:p>
        </w:tc>
        <w:tc>
          <w:tcPr>
            <w:tcW w:type="dxa" w:w="858"/>
          </w:tcPr>
          <w:p>
            <w:pPr>
              <w:spacing w:after="0"/>
              <w:jc w:val="left"/>
            </w:pPr>
            <w:r>
              <w:rPr>
                <w:sz w:val="16"/>
              </w:rPr>
              <w:t>City</w:t>
            </w:r>
          </w:p>
        </w:tc>
        <w:tc>
          <w:tcPr>
            <w:tcW w:type="dxa" w:w="2061"/>
          </w:tcPr>
          <w:p>
            <w:pPr>
              <w:spacing w:after="0"/>
              <w:jc w:val="left"/>
            </w:pPr>
            <w:r>
              <w:rPr>
                <w:sz w:val="16"/>
              </w:rPr>
              <w:t>Plan 107872 approved 2021-10-28, pending adoption here; not yet eligible</w:t>
            </w:r>
          </w:p>
        </w:tc>
        <w:tc>
          <w:tcPr>
            <w:tcW w:type="dxa" w:w="1929"/>
          </w:tcPr>
          <w:p>
            <w:pPr>
              <w:spacing w:after="0"/>
              <w:jc w:val="right"/>
            </w:pPr>
            <w:r>
              <w:rPr>
                <w:sz w:val="16"/>
              </w:rPr>
              <w:t>FMA RL 0, SRL 0; any 0</w:t>
            </w:r>
          </w:p>
        </w:tc>
        <w:tc>
          <w:tcPr>
            <w:tcW w:type="dxa" w:w="2438"/>
          </w:tcPr>
          <w:p>
            <w:pPr>
              <w:spacing w:after="0"/>
              <w:jc w:val="right"/>
            </w:pPr>
            <w:r>
              <w:rPr>
                <w:sz w:val="16"/>
              </w:rPr>
              <w:t>no Public Assistance recorded</w:t>
            </w:r>
          </w:p>
        </w:tc>
        <w:tc>
          <w:tcPr>
            <w:tcW w:type="dxa" w:w="2152"/>
          </w:tcPr>
          <w:p>
            <w:pPr>
              <w:spacing w:after="0"/>
              <w:jc w:val="right"/>
            </w:pPr>
            <w:r>
              <w:rPr>
                <w:sz w:val="16"/>
              </w:rPr>
              <w:t>10 total; no approved plan</w:t>
            </w:r>
          </w:p>
        </w:tc>
        <w:tc>
          <w:tcPr>
            <w:tcW w:type="dxa" w:w="3171"/>
          </w:tcPr>
          <w:p>
            <w:pPr>
              <w:spacing w:after="0"/>
              <w:jc w:val="left"/>
            </w:pPr>
          </w:p>
        </w:tc>
      </w:tr>
      <w:tr>
        <w:trPr>
          <w:cantSplit/>
        </w:trPr>
        <w:tc>
          <w:tcPr>
            <w:tcW w:type="dxa" w:w="1503"/>
          </w:tcPr>
          <w:p>
            <w:pPr>
              <w:spacing w:after="0"/>
              <w:jc w:val="left"/>
            </w:pPr>
            <w:r>
              <w:rPr>
                <w:sz w:val="16"/>
              </w:rPr>
              <w:t>Fennville city</w:t>
            </w:r>
          </w:p>
        </w:tc>
        <w:tc>
          <w:tcPr>
            <w:tcW w:type="dxa" w:w="858"/>
          </w:tcPr>
          <w:p>
            <w:pPr>
              <w:spacing w:after="0"/>
              <w:jc w:val="left"/>
            </w:pPr>
            <w:r>
              <w:rPr>
                <w:sz w:val="16"/>
              </w:rPr>
              <w:t>City</w:t>
            </w:r>
          </w:p>
        </w:tc>
        <w:tc>
          <w:tcPr>
            <w:tcW w:type="dxa" w:w="2061"/>
          </w:tcPr>
          <w:p>
            <w:pPr>
              <w:spacing w:after="0"/>
              <w:jc w:val="left"/>
            </w:pPr>
            <w:r>
              <w:rPr>
                <w:sz w:val="16"/>
              </w:rPr>
              <w:t>Plan 107872 approved 2021-10-28, pending adoption here; not yet eligible</w:t>
            </w:r>
          </w:p>
        </w:tc>
        <w:tc>
          <w:tcPr>
            <w:tcW w:type="dxa" w:w="1929"/>
          </w:tcPr>
          <w:p>
            <w:pPr>
              <w:spacing w:after="0"/>
              <w:jc w:val="right"/>
            </w:pPr>
            <w:r>
              <w:rPr>
                <w:sz w:val="16"/>
              </w:rPr>
              <w:t>FMA RL 0, SRL 0; any 0</w:t>
            </w:r>
          </w:p>
        </w:tc>
        <w:tc>
          <w:tcPr>
            <w:tcW w:type="dxa" w:w="2438"/>
          </w:tcPr>
          <w:p>
            <w:pPr>
              <w:spacing w:after="0"/>
              <w:jc w:val="right"/>
            </w:pPr>
            <w:r>
              <w:rPr>
                <w:sz w:val="16"/>
              </w:rPr>
              <w:t>no Public Assistance recorded</w:t>
            </w:r>
          </w:p>
        </w:tc>
        <w:tc>
          <w:tcPr>
            <w:tcW w:type="dxa" w:w="2152"/>
          </w:tcPr>
          <w:p>
            <w:pPr>
              <w:spacing w:after="0"/>
              <w:jc w:val="right"/>
            </w:pPr>
            <w:r>
              <w:rPr>
                <w:sz w:val="16"/>
              </w:rPr>
              <w:t>10 total; no approved plan</w:t>
            </w:r>
          </w:p>
        </w:tc>
        <w:tc>
          <w:tcPr>
            <w:tcW w:type="dxa" w:w="3171"/>
          </w:tcPr>
          <w:p>
            <w:pPr>
              <w:spacing w:after="0"/>
              <w:jc w:val="left"/>
            </w:pPr>
          </w:p>
        </w:tc>
      </w:tr>
      <w:tr>
        <w:trPr>
          <w:cantSplit/>
        </w:trPr>
        <w:tc>
          <w:tcPr>
            <w:tcW w:type="dxa" w:w="1503"/>
          </w:tcPr>
          <w:p>
            <w:pPr>
              <w:spacing w:after="0"/>
              <w:jc w:val="left"/>
            </w:pPr>
            <w:r>
              <w:rPr>
                <w:sz w:val="16"/>
              </w:rPr>
              <w:t>Holland city</w:t>
            </w:r>
          </w:p>
        </w:tc>
        <w:tc>
          <w:tcPr>
            <w:tcW w:type="dxa" w:w="858"/>
          </w:tcPr>
          <w:p>
            <w:pPr>
              <w:spacing w:after="0"/>
              <w:jc w:val="left"/>
            </w:pPr>
            <w:r>
              <w:rPr>
                <w:sz w:val="16"/>
              </w:rPr>
              <w:t>City</w:t>
            </w:r>
          </w:p>
        </w:tc>
        <w:tc>
          <w:tcPr>
            <w:tcW w:type="dxa" w:w="2061"/>
          </w:tcPr>
          <w:p>
            <w:pPr>
              <w:spacing w:after="0"/>
              <w:jc w:val="left"/>
            </w:pPr>
            <w:r>
              <w:rPr>
                <w:sz w:val="16"/>
              </w:rPr>
              <w:t>Approved, expires 2028-01-25</w:t>
            </w:r>
          </w:p>
        </w:tc>
        <w:tc>
          <w:tcPr>
            <w:tcW w:type="dxa" w:w="1929"/>
          </w:tcPr>
          <w:p>
            <w:pPr>
              <w:spacing w:after="0"/>
              <w:jc w:val="right"/>
            </w:pPr>
            <w:r>
              <w:rPr>
                <w:sz w:val="16"/>
              </w:rPr>
              <w:t>FMA RL 0, SRL 0; any 0</w:t>
            </w:r>
          </w:p>
        </w:tc>
        <w:tc>
          <w:tcPr>
            <w:tcW w:type="dxa" w:w="2438"/>
          </w:tcPr>
          <w:p>
            <w:pPr>
              <w:spacing w:after="0"/>
              <w:jc w:val="right"/>
            </w:pPr>
            <w:r>
              <w:rPr>
                <w:sz w:val="16"/>
              </w:rPr>
              <w:t>no Public Assistance recorded</w:t>
            </w:r>
          </w:p>
        </w:tc>
        <w:tc>
          <w:tcPr>
            <w:tcW w:type="dxa" w:w="2152"/>
          </w:tcPr>
          <w:p>
            <w:pPr>
              <w:spacing w:after="0"/>
              <w:jc w:val="right"/>
            </w:pPr>
            <w:r>
              <w:rPr>
                <w:sz w:val="16"/>
              </w:rPr>
              <w:t>13 total; 0 since its plan</w:t>
            </w:r>
          </w:p>
        </w:tc>
        <w:tc>
          <w:tcPr>
            <w:tcW w:type="dxa" w:w="3171"/>
          </w:tcPr>
          <w:p>
            <w:pPr>
              <w:spacing w:after="0"/>
              <w:jc w:val="left"/>
            </w:pPr>
          </w:p>
        </w:tc>
      </w:tr>
      <w:tr>
        <w:trPr>
          <w:cantSplit/>
        </w:trPr>
        <w:tc>
          <w:tcPr>
            <w:tcW w:type="dxa" w:w="1503"/>
          </w:tcPr>
          <w:p>
            <w:pPr>
              <w:spacing w:after="0"/>
              <w:jc w:val="left"/>
            </w:pPr>
            <w:r>
              <w:rPr>
                <w:sz w:val="16"/>
              </w:rPr>
              <w:t>Hopkins village</w:t>
            </w:r>
          </w:p>
        </w:tc>
        <w:tc>
          <w:tcPr>
            <w:tcW w:type="dxa" w:w="858"/>
          </w:tcPr>
          <w:p>
            <w:pPr>
              <w:spacing w:after="0"/>
              <w:jc w:val="left"/>
            </w:pPr>
            <w:r>
              <w:rPr>
                <w:sz w:val="16"/>
              </w:rPr>
              <w:t>Village</w:t>
            </w:r>
          </w:p>
        </w:tc>
        <w:tc>
          <w:tcPr>
            <w:tcW w:type="dxa" w:w="2061"/>
          </w:tcPr>
          <w:p>
            <w:pPr>
              <w:spacing w:after="0"/>
              <w:jc w:val="left"/>
            </w:pPr>
            <w:r>
              <w:rPr>
                <w:sz w:val="16"/>
              </w:rPr>
              <w:t>Plan 107872 approved 2021-10-28, pending adoption here; not yet eligible</w:t>
            </w:r>
          </w:p>
        </w:tc>
        <w:tc>
          <w:tcPr>
            <w:tcW w:type="dxa" w:w="1929"/>
          </w:tcPr>
          <w:p>
            <w:pPr>
              <w:spacing w:after="0"/>
              <w:jc w:val="right"/>
            </w:pPr>
            <w:r>
              <w:rPr>
                <w:sz w:val="16"/>
              </w:rPr>
              <w:t>FMA RL 0, SRL 0; any 0</w:t>
            </w:r>
          </w:p>
        </w:tc>
        <w:tc>
          <w:tcPr>
            <w:tcW w:type="dxa" w:w="2438"/>
          </w:tcPr>
          <w:p>
            <w:pPr>
              <w:spacing w:after="0"/>
              <w:jc w:val="right"/>
            </w:pPr>
            <w:r>
              <w:rPr>
                <w:sz w:val="16"/>
              </w:rPr>
              <w:t>no Public Assistance recorded</w:t>
            </w:r>
          </w:p>
        </w:tc>
        <w:tc>
          <w:tcPr>
            <w:tcW w:type="dxa" w:w="2152"/>
          </w:tcPr>
          <w:p>
            <w:pPr>
              <w:spacing w:after="0"/>
              <w:jc w:val="right"/>
            </w:pPr>
            <w:r>
              <w:rPr>
                <w:sz w:val="16"/>
              </w:rPr>
              <w:t>3 total; no approved plan</w:t>
            </w:r>
          </w:p>
        </w:tc>
        <w:tc>
          <w:tcPr>
            <w:tcW w:type="dxa" w:w="3171"/>
          </w:tcPr>
          <w:p>
            <w:pPr>
              <w:spacing w:after="0"/>
              <w:jc w:val="left"/>
            </w:pPr>
          </w:p>
        </w:tc>
      </w:tr>
      <w:tr>
        <w:trPr>
          <w:cantSplit/>
        </w:trPr>
        <w:tc>
          <w:tcPr>
            <w:tcW w:type="dxa" w:w="1503"/>
          </w:tcPr>
          <w:p>
            <w:pPr>
              <w:spacing w:after="0"/>
              <w:jc w:val="left"/>
            </w:pPr>
            <w:r>
              <w:rPr>
                <w:sz w:val="16"/>
              </w:rPr>
              <w:t>Martin village</w:t>
            </w:r>
          </w:p>
        </w:tc>
        <w:tc>
          <w:tcPr>
            <w:tcW w:type="dxa" w:w="858"/>
          </w:tcPr>
          <w:p>
            <w:pPr>
              <w:spacing w:after="0"/>
              <w:jc w:val="left"/>
            </w:pPr>
            <w:r>
              <w:rPr>
                <w:sz w:val="16"/>
              </w:rPr>
              <w:t>Village</w:t>
            </w:r>
          </w:p>
        </w:tc>
        <w:tc>
          <w:tcPr>
            <w:tcW w:type="dxa" w:w="2061"/>
          </w:tcPr>
          <w:p>
            <w:pPr>
              <w:spacing w:after="0"/>
              <w:jc w:val="left"/>
            </w:pPr>
            <w:r>
              <w:rPr>
                <w:sz w:val="16"/>
              </w:rPr>
              <w:t>Plan 107872 approved 2021-10-28, pending adoption here; not yet eligible</w:t>
            </w:r>
          </w:p>
        </w:tc>
        <w:tc>
          <w:tcPr>
            <w:tcW w:type="dxa" w:w="1929"/>
          </w:tcPr>
          <w:p>
            <w:pPr>
              <w:spacing w:after="0"/>
              <w:jc w:val="right"/>
            </w:pPr>
            <w:r>
              <w:rPr>
                <w:sz w:val="16"/>
              </w:rPr>
              <w:t>FMA RL 0, SRL 0; any 0</w:t>
            </w:r>
          </w:p>
        </w:tc>
        <w:tc>
          <w:tcPr>
            <w:tcW w:type="dxa" w:w="2438"/>
          </w:tcPr>
          <w:p>
            <w:pPr>
              <w:spacing w:after="0"/>
              <w:jc w:val="right"/>
            </w:pPr>
            <w:r>
              <w:rPr>
                <w:sz w:val="16"/>
              </w:rPr>
              <w:t>no Public Assistance recorded</w:t>
            </w:r>
          </w:p>
        </w:tc>
        <w:tc>
          <w:tcPr>
            <w:tcW w:type="dxa" w:w="2152"/>
          </w:tcPr>
          <w:p>
            <w:pPr>
              <w:spacing w:after="0"/>
              <w:jc w:val="right"/>
            </w:pPr>
            <w:r>
              <w:rPr>
                <w:sz w:val="16"/>
              </w:rPr>
              <w:t>8 total; no approved plan</w:t>
            </w:r>
          </w:p>
        </w:tc>
        <w:tc>
          <w:tcPr>
            <w:tcW w:type="dxa" w:w="3171"/>
          </w:tcPr>
          <w:p>
            <w:pPr>
              <w:spacing w:after="0"/>
              <w:jc w:val="left"/>
            </w:pPr>
          </w:p>
        </w:tc>
      </w:tr>
      <w:tr>
        <w:trPr>
          <w:cantSplit/>
        </w:trPr>
        <w:tc>
          <w:tcPr>
            <w:tcW w:type="dxa" w:w="1503"/>
          </w:tcPr>
          <w:p>
            <w:pPr>
              <w:spacing w:after="0"/>
              <w:jc w:val="left"/>
            </w:pPr>
            <w:r>
              <w:rPr>
                <w:sz w:val="16"/>
              </w:rPr>
              <w:t>Otsego city</w:t>
            </w:r>
          </w:p>
        </w:tc>
        <w:tc>
          <w:tcPr>
            <w:tcW w:type="dxa" w:w="858"/>
          </w:tcPr>
          <w:p>
            <w:pPr>
              <w:spacing w:after="0"/>
              <w:jc w:val="left"/>
            </w:pPr>
            <w:r>
              <w:rPr>
                <w:sz w:val="16"/>
              </w:rPr>
              <w:t>City</w:t>
            </w:r>
          </w:p>
        </w:tc>
        <w:tc>
          <w:tcPr>
            <w:tcW w:type="dxa" w:w="2061"/>
          </w:tcPr>
          <w:p>
            <w:pPr>
              <w:spacing w:after="0"/>
              <w:jc w:val="left"/>
            </w:pPr>
            <w:r>
              <w:rPr>
                <w:sz w:val="16"/>
              </w:rPr>
              <w:t>Approved, expires 2026-10-27</w:t>
            </w:r>
          </w:p>
        </w:tc>
        <w:tc>
          <w:tcPr>
            <w:tcW w:type="dxa" w:w="1929"/>
          </w:tcPr>
          <w:p>
            <w:pPr>
              <w:spacing w:after="0"/>
              <w:jc w:val="right"/>
            </w:pPr>
            <w:r>
              <w:rPr>
                <w:sz w:val="16"/>
              </w:rPr>
              <w:t>FMA RL 0, SRL 0; any 0</w:t>
            </w:r>
          </w:p>
        </w:tc>
        <w:tc>
          <w:tcPr>
            <w:tcW w:type="dxa" w:w="2438"/>
          </w:tcPr>
          <w:p>
            <w:pPr>
              <w:spacing w:after="0"/>
              <w:jc w:val="right"/>
            </w:pPr>
            <w:r>
              <w:rPr>
                <w:sz w:val="16"/>
              </w:rPr>
              <w:t>no Public Assistance recorded</w:t>
            </w:r>
          </w:p>
        </w:tc>
        <w:tc>
          <w:tcPr>
            <w:tcW w:type="dxa" w:w="2152"/>
          </w:tcPr>
          <w:p>
            <w:pPr>
              <w:spacing w:after="0"/>
              <w:jc w:val="right"/>
            </w:pPr>
            <w:r>
              <w:rPr>
                <w:sz w:val="16"/>
              </w:rPr>
              <w:t>12 total; 4 since its plan</w:t>
            </w:r>
          </w:p>
        </w:tc>
        <w:tc>
          <w:tcPr>
            <w:tcW w:type="dxa" w:w="3171"/>
          </w:tcPr>
          <w:p>
            <w:pPr>
              <w:spacing w:after="0"/>
              <w:jc w:val="left"/>
            </w:pPr>
          </w:p>
        </w:tc>
      </w:tr>
      <w:tr>
        <w:trPr>
          <w:cantSplit/>
        </w:trPr>
        <w:tc>
          <w:tcPr>
            <w:tcW w:type="dxa" w:w="1503"/>
          </w:tcPr>
          <w:p>
            <w:pPr>
              <w:spacing w:after="0"/>
              <w:jc w:val="left"/>
            </w:pPr>
            <w:r>
              <w:rPr>
                <w:sz w:val="16"/>
              </w:rPr>
              <w:t>Plainwell city</w:t>
            </w:r>
          </w:p>
        </w:tc>
        <w:tc>
          <w:tcPr>
            <w:tcW w:type="dxa" w:w="858"/>
          </w:tcPr>
          <w:p>
            <w:pPr>
              <w:spacing w:after="0"/>
              <w:jc w:val="left"/>
            </w:pPr>
            <w:r>
              <w:rPr>
                <w:sz w:val="16"/>
              </w:rPr>
              <w:t>City</w:t>
            </w:r>
          </w:p>
        </w:tc>
        <w:tc>
          <w:tcPr>
            <w:tcW w:type="dxa" w:w="2061"/>
          </w:tcPr>
          <w:p>
            <w:pPr>
              <w:spacing w:after="0"/>
              <w:jc w:val="left"/>
            </w:pPr>
            <w:r>
              <w:rPr>
                <w:sz w:val="16"/>
              </w:rPr>
              <w:t>Approved, expires 2026-10-27</w:t>
            </w:r>
          </w:p>
        </w:tc>
        <w:tc>
          <w:tcPr>
            <w:tcW w:type="dxa" w:w="1929"/>
          </w:tcPr>
          <w:p>
            <w:pPr>
              <w:spacing w:after="0"/>
              <w:jc w:val="right"/>
            </w:pPr>
            <w:r>
              <w:rPr>
                <w:sz w:val="16"/>
              </w:rPr>
              <w:t>FMA RL 0, SRL 0; any 0</w:t>
            </w:r>
          </w:p>
        </w:tc>
        <w:tc>
          <w:tcPr>
            <w:tcW w:type="dxa" w:w="2438"/>
          </w:tcPr>
          <w:p>
            <w:pPr>
              <w:spacing w:after="0"/>
              <w:jc w:val="right"/>
            </w:pPr>
            <w:r>
              <w:rPr>
                <w:sz w:val="16"/>
              </w:rPr>
              <w:t>$18,951.96</w:t>
            </w:r>
          </w:p>
        </w:tc>
        <w:tc>
          <w:tcPr>
            <w:tcW w:type="dxa" w:w="2152"/>
          </w:tcPr>
          <w:p>
            <w:pPr>
              <w:spacing w:after="0"/>
              <w:jc w:val="right"/>
            </w:pPr>
            <w:r>
              <w:rPr>
                <w:sz w:val="16"/>
              </w:rPr>
              <w:t>22 total; 1 since its plan</w:t>
            </w:r>
          </w:p>
        </w:tc>
        <w:tc>
          <w:tcPr>
            <w:tcW w:type="dxa" w:w="3171"/>
          </w:tcPr>
          <w:p>
            <w:pPr>
              <w:spacing w:after="0"/>
              <w:jc w:val="left"/>
            </w:pPr>
          </w:p>
        </w:tc>
      </w:tr>
      <w:tr>
        <w:trPr>
          <w:cantSplit/>
        </w:trPr>
        <w:tc>
          <w:tcPr>
            <w:tcW w:type="dxa" w:w="1503"/>
          </w:tcPr>
          <w:p>
            <w:pPr>
              <w:spacing w:after="0"/>
              <w:jc w:val="left"/>
            </w:pPr>
            <w:r>
              <w:rPr>
                <w:sz w:val="16"/>
              </w:rPr>
              <w:t>Saugatuck city</w:t>
            </w:r>
          </w:p>
        </w:tc>
        <w:tc>
          <w:tcPr>
            <w:tcW w:type="dxa" w:w="858"/>
          </w:tcPr>
          <w:p>
            <w:pPr>
              <w:spacing w:after="0"/>
              <w:jc w:val="left"/>
            </w:pPr>
            <w:r>
              <w:rPr>
                <w:sz w:val="16"/>
              </w:rPr>
              <w:t>City</w:t>
            </w:r>
          </w:p>
        </w:tc>
        <w:tc>
          <w:tcPr>
            <w:tcW w:type="dxa" w:w="2061"/>
          </w:tcPr>
          <w:p>
            <w:pPr>
              <w:spacing w:after="0"/>
              <w:jc w:val="left"/>
            </w:pPr>
            <w:r>
              <w:rPr>
                <w:sz w:val="16"/>
              </w:rPr>
              <w:t>Approved, expires 2026-10-27</w:t>
            </w:r>
          </w:p>
        </w:tc>
        <w:tc>
          <w:tcPr>
            <w:tcW w:type="dxa" w:w="1929"/>
          </w:tcPr>
          <w:p>
            <w:pPr>
              <w:spacing w:after="0"/>
              <w:jc w:val="right"/>
            </w:pPr>
            <w:r>
              <w:rPr>
                <w:sz w:val="16"/>
              </w:rPr>
              <w:t>FMA RL 0, SRL 0; any 2</w:t>
            </w:r>
          </w:p>
        </w:tc>
        <w:tc>
          <w:tcPr>
            <w:tcW w:type="dxa" w:w="2438"/>
          </w:tcPr>
          <w:p>
            <w:pPr>
              <w:spacing w:after="0"/>
              <w:jc w:val="right"/>
            </w:pPr>
            <w:r>
              <w:rPr>
                <w:sz w:val="16"/>
              </w:rPr>
              <w:t>$92,328.65</w:t>
            </w:r>
          </w:p>
        </w:tc>
        <w:tc>
          <w:tcPr>
            <w:tcW w:type="dxa" w:w="2152"/>
          </w:tcPr>
          <w:p>
            <w:pPr>
              <w:spacing w:after="0"/>
              <w:jc w:val="right"/>
            </w:pPr>
            <w:r>
              <w:rPr>
                <w:sz w:val="16"/>
              </w:rPr>
              <w:t>11 total; 0 since its plan</w:t>
            </w:r>
          </w:p>
        </w:tc>
        <w:tc>
          <w:tcPr>
            <w:tcW w:type="dxa" w:w="3171"/>
          </w:tcPr>
          <w:p>
            <w:pPr>
              <w:spacing w:after="0"/>
              <w:jc w:val="left"/>
            </w:pPr>
          </w:p>
        </w:tc>
      </w:tr>
      <w:tr>
        <w:trPr>
          <w:cantSplit/>
        </w:trPr>
        <w:tc>
          <w:tcPr>
            <w:tcW w:type="dxa" w:w="1503"/>
          </w:tcPr>
          <w:p>
            <w:pPr>
              <w:spacing w:after="0"/>
              <w:jc w:val="left"/>
            </w:pPr>
            <w:r>
              <w:rPr>
                <w:sz w:val="16"/>
              </w:rPr>
              <w:t>South Haven city</w:t>
            </w:r>
          </w:p>
        </w:tc>
        <w:tc>
          <w:tcPr>
            <w:tcW w:type="dxa" w:w="858"/>
          </w:tcPr>
          <w:p>
            <w:pPr>
              <w:spacing w:after="0"/>
              <w:jc w:val="left"/>
            </w:pPr>
            <w:r>
              <w:rPr>
                <w:sz w:val="16"/>
              </w:rPr>
              <w:t>City</w:t>
            </w:r>
          </w:p>
        </w:tc>
        <w:tc>
          <w:tcPr>
            <w:tcW w:type="dxa" w:w="2061"/>
          </w:tcPr>
          <w:p>
            <w:pPr>
              <w:spacing w:after="0"/>
              <w:jc w:val="left"/>
            </w:pPr>
            <w:r>
              <w:rPr>
                <w:sz w:val="16"/>
              </w:rPr>
              <w:t>Expired on 2021-03-01</w:t>
            </w:r>
          </w:p>
        </w:tc>
        <w:tc>
          <w:tcPr>
            <w:tcW w:type="dxa" w:w="1929"/>
          </w:tcPr>
          <w:p>
            <w:pPr>
              <w:spacing w:after="0"/>
              <w:jc w:val="right"/>
            </w:pPr>
            <w:r>
              <w:rPr>
                <w:sz w:val="16"/>
              </w:rPr>
              <w:t>FMA RL 0, SRL 0; any 2</w:t>
            </w:r>
          </w:p>
        </w:tc>
        <w:tc>
          <w:tcPr>
            <w:tcW w:type="dxa" w:w="2438"/>
          </w:tcPr>
          <w:p>
            <w:pPr>
              <w:spacing w:after="0"/>
              <w:jc w:val="right"/>
            </w:pPr>
            <w:r>
              <w:rPr>
                <w:sz w:val="16"/>
              </w:rPr>
              <w:t>no Public Assistance recorded</w:t>
            </w:r>
          </w:p>
        </w:tc>
        <w:tc>
          <w:tcPr>
            <w:tcW w:type="dxa" w:w="2152"/>
          </w:tcPr>
          <w:p>
            <w:pPr>
              <w:spacing w:after="0"/>
              <w:jc w:val="right"/>
            </w:pPr>
            <w:r>
              <w:rPr>
                <w:sz w:val="16"/>
              </w:rPr>
              <w:t>0 total; 0 since its plan</w:t>
            </w:r>
          </w:p>
        </w:tc>
        <w:tc>
          <w:tcPr>
            <w:tcW w:type="dxa" w:w="3171"/>
          </w:tcPr>
          <w:p>
            <w:pPr>
              <w:spacing w:after="0"/>
              <w:jc w:val="left"/>
            </w:pPr>
            <w:r>
              <w:rPr>
                <w:sz w:val="16"/>
              </w:rPr>
              <w:t>Whole community, including the part in Van Buren County; none of its repeat-flood properties are in this county.</w:t>
            </w:r>
          </w:p>
        </w:tc>
      </w:tr>
      <w:tr>
        <w:trPr>
          <w:cantSplit/>
        </w:trPr>
        <w:tc>
          <w:tcPr>
            <w:tcW w:type="dxa" w:w="1503"/>
          </w:tcPr>
          <w:p>
            <w:pPr>
              <w:spacing w:after="0"/>
              <w:jc w:val="left"/>
            </w:pPr>
            <w:r>
              <w:rPr>
                <w:sz w:val="16"/>
              </w:rPr>
              <w:t>Wayland city</w:t>
            </w:r>
          </w:p>
        </w:tc>
        <w:tc>
          <w:tcPr>
            <w:tcW w:type="dxa" w:w="858"/>
          </w:tcPr>
          <w:p>
            <w:pPr>
              <w:spacing w:after="0"/>
              <w:jc w:val="left"/>
            </w:pPr>
            <w:r>
              <w:rPr>
                <w:sz w:val="16"/>
              </w:rPr>
              <w:t>City</w:t>
            </w:r>
          </w:p>
        </w:tc>
        <w:tc>
          <w:tcPr>
            <w:tcW w:type="dxa" w:w="2061"/>
          </w:tcPr>
          <w:p>
            <w:pPr>
              <w:spacing w:after="0"/>
              <w:jc w:val="left"/>
            </w:pPr>
            <w:r>
              <w:rPr>
                <w:sz w:val="16"/>
              </w:rPr>
              <w:t>Plan 107872 approved 2021-10-28, pending adoption here; not yet eligible</w:t>
            </w:r>
          </w:p>
        </w:tc>
        <w:tc>
          <w:tcPr>
            <w:tcW w:type="dxa" w:w="1929"/>
          </w:tcPr>
          <w:p>
            <w:pPr>
              <w:spacing w:after="0"/>
              <w:jc w:val="right"/>
            </w:pPr>
            <w:r>
              <w:rPr>
                <w:sz w:val="16"/>
              </w:rPr>
              <w:t>FMA RL 0, SRL 0; any 0</w:t>
            </w:r>
          </w:p>
        </w:tc>
        <w:tc>
          <w:tcPr>
            <w:tcW w:type="dxa" w:w="2438"/>
          </w:tcPr>
          <w:p>
            <w:pPr>
              <w:spacing w:after="0"/>
              <w:jc w:val="right"/>
            </w:pPr>
            <w:r>
              <w:rPr>
                <w:sz w:val="16"/>
              </w:rPr>
              <w:t>$14,318.21</w:t>
            </w:r>
          </w:p>
        </w:tc>
        <w:tc>
          <w:tcPr>
            <w:tcW w:type="dxa" w:w="2152"/>
          </w:tcPr>
          <w:p>
            <w:pPr>
              <w:spacing w:after="0"/>
              <w:jc w:val="right"/>
            </w:pPr>
            <w:r>
              <w:rPr>
                <w:sz w:val="16"/>
              </w:rPr>
              <w:t>26 total; no approved plan</w:t>
            </w:r>
          </w:p>
        </w:tc>
        <w:tc>
          <w:tcPr>
            <w:tcW w:type="dxa" w:w="3171"/>
          </w:tcPr>
          <w:p>
            <w:pPr>
              <w:spacing w:after="0"/>
              <w:jc w:val="left"/>
            </w:pPr>
          </w:p>
        </w:tc>
      </w:tr>
      <w:tr>
        <w:trPr>
          <w:cantSplit/>
        </w:trPr>
        <w:tc>
          <w:tcPr>
            <w:tcW w:type="dxa" w:w="1503"/>
          </w:tcPr>
          <w:p>
            <w:pPr>
              <w:spacing w:after="0"/>
              <w:jc w:val="left"/>
            </w:pPr>
            <w:r>
              <w:rPr>
                <w:sz w:val="16"/>
              </w:rPr>
              <w:t>Allegan township</w:t>
            </w:r>
          </w:p>
        </w:tc>
        <w:tc>
          <w:tcPr>
            <w:tcW w:type="dxa" w:w="858"/>
          </w:tcPr>
          <w:p>
            <w:pPr>
              <w:spacing w:after="0"/>
              <w:jc w:val="left"/>
            </w:pPr>
            <w:r>
              <w:rPr>
                <w:sz w:val="16"/>
              </w:rPr>
              <w:t>Township</w:t>
            </w:r>
          </w:p>
        </w:tc>
        <w:tc>
          <w:tcPr>
            <w:tcW w:type="dxa" w:w="2061"/>
          </w:tcPr>
          <w:p>
            <w:pPr>
              <w:spacing w:after="0"/>
              <w:jc w:val="left"/>
            </w:pPr>
            <w:r>
              <w:rPr>
                <w:sz w:val="16"/>
              </w:rPr>
              <w:t>Plan 107872 approved 2021-10-28, pending adoption here; not yet eligible</w:t>
            </w:r>
          </w:p>
        </w:tc>
        <w:tc>
          <w:tcPr>
            <w:tcW w:type="dxa" w:w="1929"/>
          </w:tcPr>
          <w:p>
            <w:pPr>
              <w:spacing w:after="0"/>
              <w:jc w:val="right"/>
            </w:pPr>
            <w:r>
              <w:rPr>
                <w:sz w:val="16"/>
              </w:rPr>
              <w:t>FMA RL 0, SRL 0; any 0</w:t>
            </w:r>
          </w:p>
        </w:tc>
        <w:tc>
          <w:tcPr>
            <w:tcW w:type="dxa" w:w="2438"/>
          </w:tcPr>
          <w:p>
            <w:pPr>
              <w:spacing w:after="0"/>
              <w:jc w:val="right"/>
            </w:pPr>
            <w:r>
              <w:rPr>
                <w:sz w:val="16"/>
              </w:rPr>
              <w:t>no Public Assistance recorded</w:t>
            </w:r>
          </w:p>
        </w:tc>
        <w:tc>
          <w:tcPr>
            <w:tcW w:type="dxa" w:w="2152"/>
          </w:tcPr>
          <w:p>
            <w:pPr>
              <w:spacing w:after="0"/>
              <w:jc w:val="right"/>
            </w:pPr>
            <w:r>
              <w:rPr>
                <w:sz w:val="16"/>
              </w:rPr>
              <w:t>44 total; no approved plan</w:t>
            </w:r>
          </w:p>
        </w:tc>
        <w:tc>
          <w:tcPr>
            <w:tcW w:type="dxa" w:w="3171"/>
          </w:tcPr>
          <w:p>
            <w:pPr>
              <w:spacing w:after="0"/>
              <w:jc w:val="left"/>
            </w:pPr>
          </w:p>
        </w:tc>
      </w:tr>
      <w:tr>
        <w:trPr>
          <w:cantSplit/>
        </w:trPr>
        <w:tc>
          <w:tcPr>
            <w:tcW w:type="dxa" w:w="1503"/>
          </w:tcPr>
          <w:p>
            <w:pPr>
              <w:spacing w:after="0"/>
              <w:jc w:val="left"/>
            </w:pPr>
            <w:r>
              <w:rPr>
                <w:sz w:val="16"/>
              </w:rPr>
              <w:t>Casco township</w:t>
            </w:r>
          </w:p>
        </w:tc>
        <w:tc>
          <w:tcPr>
            <w:tcW w:type="dxa" w:w="858"/>
          </w:tcPr>
          <w:p>
            <w:pPr>
              <w:spacing w:after="0"/>
              <w:jc w:val="left"/>
            </w:pPr>
            <w:r>
              <w:rPr>
                <w:sz w:val="16"/>
              </w:rPr>
              <w:t>Township</w:t>
            </w:r>
          </w:p>
        </w:tc>
        <w:tc>
          <w:tcPr>
            <w:tcW w:type="dxa" w:w="2061"/>
          </w:tcPr>
          <w:p>
            <w:pPr>
              <w:spacing w:after="0"/>
              <w:jc w:val="left"/>
            </w:pPr>
            <w:r>
              <w:rPr>
                <w:sz w:val="16"/>
              </w:rPr>
              <w:t>Plan 107872 approved 2021-10-28, pending adoption here; not yet eligible</w:t>
            </w:r>
          </w:p>
        </w:tc>
        <w:tc>
          <w:tcPr>
            <w:tcW w:type="dxa" w:w="1929"/>
          </w:tcPr>
          <w:p>
            <w:pPr>
              <w:spacing w:after="0"/>
              <w:jc w:val="right"/>
            </w:pPr>
            <w:r>
              <w:rPr>
                <w:sz w:val="16"/>
              </w:rPr>
              <w:t>FMA RL 0, SRL 0; any 0</w:t>
            </w:r>
          </w:p>
        </w:tc>
        <w:tc>
          <w:tcPr>
            <w:tcW w:type="dxa" w:w="2438"/>
          </w:tcPr>
          <w:p>
            <w:pPr>
              <w:spacing w:after="0"/>
              <w:jc w:val="right"/>
            </w:pPr>
            <w:r>
              <w:rPr>
                <w:sz w:val="16"/>
              </w:rPr>
              <w:t>no Public Assistance recorded</w:t>
            </w:r>
          </w:p>
        </w:tc>
        <w:tc>
          <w:tcPr>
            <w:tcW w:type="dxa" w:w="2152"/>
          </w:tcPr>
          <w:p>
            <w:pPr>
              <w:spacing w:after="0"/>
              <w:jc w:val="right"/>
            </w:pPr>
            <w:r>
              <w:rPr>
                <w:sz w:val="16"/>
              </w:rPr>
              <w:t>0 total; no approved plan</w:t>
            </w:r>
          </w:p>
        </w:tc>
        <w:tc>
          <w:tcPr>
            <w:tcW w:type="dxa" w:w="3171"/>
          </w:tcPr>
          <w:p>
            <w:pPr>
              <w:spacing w:after="0"/>
              <w:jc w:val="left"/>
            </w:pPr>
          </w:p>
        </w:tc>
      </w:tr>
      <w:tr>
        <w:trPr>
          <w:cantSplit/>
        </w:trPr>
        <w:tc>
          <w:tcPr>
            <w:tcW w:type="dxa" w:w="1503"/>
          </w:tcPr>
          <w:p>
            <w:pPr>
              <w:spacing w:after="0"/>
              <w:jc w:val="left"/>
            </w:pPr>
            <w:r>
              <w:rPr>
                <w:sz w:val="16"/>
              </w:rPr>
              <w:t>Cheshire township</w:t>
            </w:r>
          </w:p>
        </w:tc>
        <w:tc>
          <w:tcPr>
            <w:tcW w:type="dxa" w:w="858"/>
          </w:tcPr>
          <w:p>
            <w:pPr>
              <w:spacing w:after="0"/>
              <w:jc w:val="left"/>
            </w:pPr>
            <w:r>
              <w:rPr>
                <w:sz w:val="16"/>
              </w:rPr>
              <w:t>Township</w:t>
            </w:r>
          </w:p>
        </w:tc>
        <w:tc>
          <w:tcPr>
            <w:tcW w:type="dxa" w:w="2061"/>
          </w:tcPr>
          <w:p>
            <w:pPr>
              <w:spacing w:after="0"/>
              <w:jc w:val="left"/>
            </w:pPr>
            <w:r>
              <w:rPr>
                <w:sz w:val="16"/>
              </w:rPr>
              <w:t>Plan 107872 approved 2021-10-28, pending adoption here; not yet eligible</w:t>
            </w:r>
          </w:p>
        </w:tc>
        <w:tc>
          <w:tcPr>
            <w:tcW w:type="dxa" w:w="1929"/>
          </w:tcPr>
          <w:p>
            <w:pPr>
              <w:spacing w:after="0"/>
              <w:jc w:val="right"/>
            </w:pPr>
            <w:r>
              <w:rPr>
                <w:sz w:val="16"/>
              </w:rPr>
              <w:t>FMA RL 0, SRL 0; any 0</w:t>
            </w:r>
          </w:p>
        </w:tc>
        <w:tc>
          <w:tcPr>
            <w:tcW w:type="dxa" w:w="2438"/>
          </w:tcPr>
          <w:p>
            <w:pPr>
              <w:spacing w:after="0"/>
              <w:jc w:val="right"/>
            </w:pPr>
            <w:r>
              <w:rPr>
                <w:sz w:val="16"/>
              </w:rPr>
              <w:t>no Public Assistance recorded</w:t>
            </w:r>
          </w:p>
        </w:tc>
        <w:tc>
          <w:tcPr>
            <w:tcW w:type="dxa" w:w="2152"/>
          </w:tcPr>
          <w:p>
            <w:pPr>
              <w:spacing w:after="0"/>
              <w:jc w:val="right"/>
            </w:pPr>
            <w:r>
              <w:rPr>
                <w:sz w:val="16"/>
              </w:rPr>
              <w:t>0 total; no approved plan</w:t>
            </w:r>
          </w:p>
        </w:tc>
        <w:tc>
          <w:tcPr>
            <w:tcW w:type="dxa" w:w="3171"/>
          </w:tcPr>
          <w:p>
            <w:pPr>
              <w:spacing w:after="0"/>
              <w:jc w:val="left"/>
            </w:pPr>
          </w:p>
        </w:tc>
      </w:tr>
      <w:tr>
        <w:trPr>
          <w:cantSplit/>
        </w:trPr>
        <w:tc>
          <w:tcPr>
            <w:tcW w:type="dxa" w:w="1503"/>
          </w:tcPr>
          <w:p>
            <w:pPr>
              <w:spacing w:after="0"/>
              <w:jc w:val="left"/>
            </w:pPr>
            <w:r>
              <w:rPr>
                <w:sz w:val="16"/>
              </w:rPr>
              <w:t>Clyde township</w:t>
            </w:r>
          </w:p>
        </w:tc>
        <w:tc>
          <w:tcPr>
            <w:tcW w:type="dxa" w:w="858"/>
          </w:tcPr>
          <w:p>
            <w:pPr>
              <w:spacing w:after="0"/>
              <w:jc w:val="left"/>
            </w:pPr>
            <w:r>
              <w:rPr>
                <w:sz w:val="16"/>
              </w:rPr>
              <w:t>Township</w:t>
            </w:r>
          </w:p>
        </w:tc>
        <w:tc>
          <w:tcPr>
            <w:tcW w:type="dxa" w:w="2061"/>
          </w:tcPr>
          <w:p>
            <w:pPr>
              <w:spacing w:after="0"/>
              <w:jc w:val="left"/>
            </w:pPr>
            <w:r>
              <w:rPr>
                <w:sz w:val="16"/>
              </w:rPr>
              <w:t>Plan 107872 approved 2021-10-28, pending adoption here; not yet eligible</w:t>
            </w:r>
          </w:p>
        </w:tc>
        <w:tc>
          <w:tcPr>
            <w:tcW w:type="dxa" w:w="1929"/>
          </w:tcPr>
          <w:p>
            <w:pPr>
              <w:spacing w:after="0"/>
              <w:jc w:val="right"/>
            </w:pPr>
            <w:r>
              <w:rPr>
                <w:sz w:val="16"/>
              </w:rPr>
              <w:t>FMA RL 0, SRL 0; any 0</w:t>
            </w:r>
          </w:p>
        </w:tc>
        <w:tc>
          <w:tcPr>
            <w:tcW w:type="dxa" w:w="2438"/>
          </w:tcPr>
          <w:p>
            <w:pPr>
              <w:spacing w:after="0"/>
              <w:jc w:val="right"/>
            </w:pPr>
            <w:r>
              <w:rPr>
                <w:sz w:val="16"/>
              </w:rPr>
              <w:t>no Public Assistance recorded</w:t>
            </w:r>
          </w:p>
        </w:tc>
        <w:tc>
          <w:tcPr>
            <w:tcW w:type="dxa" w:w="2152"/>
          </w:tcPr>
          <w:p>
            <w:pPr>
              <w:spacing w:after="0"/>
              <w:jc w:val="right"/>
            </w:pPr>
            <w:r>
              <w:rPr>
                <w:sz w:val="16"/>
              </w:rPr>
              <w:t>0 total; no approved plan</w:t>
            </w:r>
          </w:p>
        </w:tc>
        <w:tc>
          <w:tcPr>
            <w:tcW w:type="dxa" w:w="3171"/>
          </w:tcPr>
          <w:p>
            <w:pPr>
              <w:spacing w:after="0"/>
              <w:jc w:val="left"/>
            </w:pPr>
          </w:p>
        </w:tc>
      </w:tr>
      <w:tr>
        <w:trPr>
          <w:cantSplit/>
        </w:trPr>
        <w:tc>
          <w:tcPr>
            <w:tcW w:type="dxa" w:w="1503"/>
          </w:tcPr>
          <w:p>
            <w:pPr>
              <w:spacing w:after="0"/>
              <w:jc w:val="left"/>
            </w:pPr>
            <w:r>
              <w:rPr>
                <w:sz w:val="16"/>
              </w:rPr>
              <w:t>Dorr township</w:t>
            </w:r>
          </w:p>
        </w:tc>
        <w:tc>
          <w:tcPr>
            <w:tcW w:type="dxa" w:w="858"/>
          </w:tcPr>
          <w:p>
            <w:pPr>
              <w:spacing w:after="0"/>
              <w:jc w:val="left"/>
            </w:pPr>
            <w:r>
              <w:rPr>
                <w:sz w:val="16"/>
              </w:rPr>
              <w:t>Township</w:t>
            </w:r>
          </w:p>
        </w:tc>
        <w:tc>
          <w:tcPr>
            <w:tcW w:type="dxa" w:w="2061"/>
          </w:tcPr>
          <w:p>
            <w:pPr>
              <w:spacing w:after="0"/>
              <w:jc w:val="left"/>
            </w:pPr>
            <w:r>
              <w:rPr>
                <w:sz w:val="16"/>
              </w:rPr>
              <w:t>Plan 107872 approved 2021-10-28, pending adoption here; not yet eligible</w:t>
            </w:r>
          </w:p>
        </w:tc>
        <w:tc>
          <w:tcPr>
            <w:tcW w:type="dxa" w:w="1929"/>
          </w:tcPr>
          <w:p>
            <w:pPr>
              <w:spacing w:after="0"/>
              <w:jc w:val="right"/>
            </w:pPr>
            <w:r>
              <w:rPr>
                <w:sz w:val="16"/>
              </w:rPr>
              <w:t>FMA RL 0, SRL 0; any 0</w:t>
            </w:r>
          </w:p>
        </w:tc>
        <w:tc>
          <w:tcPr>
            <w:tcW w:type="dxa" w:w="2438"/>
          </w:tcPr>
          <w:p>
            <w:pPr>
              <w:spacing w:after="0"/>
              <w:jc w:val="right"/>
            </w:pPr>
            <w:r>
              <w:rPr>
                <w:sz w:val="16"/>
              </w:rPr>
              <w:t>no Public Assistance recorded</w:t>
            </w:r>
          </w:p>
        </w:tc>
        <w:tc>
          <w:tcPr>
            <w:tcW w:type="dxa" w:w="2152"/>
          </w:tcPr>
          <w:p>
            <w:pPr>
              <w:spacing w:after="0"/>
              <w:jc w:val="right"/>
            </w:pPr>
            <w:r>
              <w:rPr>
                <w:sz w:val="16"/>
              </w:rPr>
              <w:t>16 total; no approved plan</w:t>
            </w:r>
          </w:p>
        </w:tc>
        <w:tc>
          <w:tcPr>
            <w:tcW w:type="dxa" w:w="3171"/>
          </w:tcPr>
          <w:p>
            <w:pPr>
              <w:spacing w:after="0"/>
              <w:jc w:val="left"/>
            </w:pPr>
          </w:p>
        </w:tc>
      </w:tr>
      <w:tr>
        <w:trPr>
          <w:cantSplit/>
        </w:trPr>
        <w:tc>
          <w:tcPr>
            <w:tcW w:type="dxa" w:w="1503"/>
          </w:tcPr>
          <w:p>
            <w:pPr>
              <w:spacing w:after="0"/>
              <w:jc w:val="left"/>
            </w:pPr>
            <w:r>
              <w:rPr>
                <w:sz w:val="16"/>
              </w:rPr>
              <w:t>Fillmore township</w:t>
            </w:r>
          </w:p>
        </w:tc>
        <w:tc>
          <w:tcPr>
            <w:tcW w:type="dxa" w:w="858"/>
          </w:tcPr>
          <w:p>
            <w:pPr>
              <w:spacing w:after="0"/>
              <w:jc w:val="left"/>
            </w:pPr>
            <w:r>
              <w:rPr>
                <w:sz w:val="16"/>
              </w:rPr>
              <w:t>Township</w:t>
            </w:r>
          </w:p>
        </w:tc>
        <w:tc>
          <w:tcPr>
            <w:tcW w:type="dxa" w:w="2061"/>
          </w:tcPr>
          <w:p>
            <w:pPr>
              <w:spacing w:after="0"/>
              <w:jc w:val="left"/>
            </w:pPr>
            <w:r>
              <w:rPr>
                <w:sz w:val="16"/>
              </w:rPr>
              <w:t>Plan 107872 approved 2021-10-28, pending adoption here; not yet eligible</w:t>
            </w:r>
          </w:p>
        </w:tc>
        <w:tc>
          <w:tcPr>
            <w:tcW w:type="dxa" w:w="1929"/>
          </w:tcPr>
          <w:p>
            <w:pPr>
              <w:spacing w:after="0"/>
              <w:jc w:val="right"/>
            </w:pPr>
            <w:r>
              <w:rPr>
                <w:sz w:val="16"/>
              </w:rPr>
              <w:t>FMA RL 0, SRL 0; any 0</w:t>
            </w:r>
          </w:p>
        </w:tc>
        <w:tc>
          <w:tcPr>
            <w:tcW w:type="dxa" w:w="2438"/>
          </w:tcPr>
          <w:p>
            <w:pPr>
              <w:spacing w:after="0"/>
              <w:jc w:val="right"/>
            </w:pPr>
            <w:r>
              <w:rPr>
                <w:sz w:val="16"/>
              </w:rPr>
              <w:t>no Public Assistance recorded</w:t>
            </w:r>
          </w:p>
        </w:tc>
        <w:tc>
          <w:tcPr>
            <w:tcW w:type="dxa" w:w="2152"/>
          </w:tcPr>
          <w:p>
            <w:pPr>
              <w:spacing w:after="0"/>
              <w:jc w:val="right"/>
            </w:pPr>
            <w:r>
              <w:rPr>
                <w:sz w:val="16"/>
              </w:rPr>
              <w:t>1 total; no approved plan</w:t>
            </w:r>
          </w:p>
        </w:tc>
        <w:tc>
          <w:tcPr>
            <w:tcW w:type="dxa" w:w="3171"/>
          </w:tcPr>
          <w:p>
            <w:pPr>
              <w:spacing w:after="0"/>
              <w:jc w:val="left"/>
            </w:pPr>
          </w:p>
        </w:tc>
      </w:tr>
      <w:tr>
        <w:trPr>
          <w:cantSplit/>
        </w:trPr>
        <w:tc>
          <w:tcPr>
            <w:tcW w:type="dxa" w:w="1503"/>
          </w:tcPr>
          <w:p>
            <w:pPr>
              <w:spacing w:after="0"/>
              <w:jc w:val="left"/>
            </w:pPr>
            <w:r>
              <w:rPr>
                <w:sz w:val="16"/>
              </w:rPr>
              <w:t>Ganges township</w:t>
            </w:r>
          </w:p>
        </w:tc>
        <w:tc>
          <w:tcPr>
            <w:tcW w:type="dxa" w:w="858"/>
          </w:tcPr>
          <w:p>
            <w:pPr>
              <w:spacing w:after="0"/>
              <w:jc w:val="left"/>
            </w:pPr>
            <w:r>
              <w:rPr>
                <w:sz w:val="16"/>
              </w:rPr>
              <w:t>Township</w:t>
            </w:r>
          </w:p>
        </w:tc>
        <w:tc>
          <w:tcPr>
            <w:tcW w:type="dxa" w:w="2061"/>
          </w:tcPr>
          <w:p>
            <w:pPr>
              <w:spacing w:after="0"/>
              <w:jc w:val="left"/>
            </w:pPr>
            <w:r>
              <w:rPr>
                <w:sz w:val="16"/>
              </w:rPr>
              <w:t>Approved, expires 2026-10-27</w:t>
            </w:r>
          </w:p>
        </w:tc>
        <w:tc>
          <w:tcPr>
            <w:tcW w:type="dxa" w:w="1929"/>
          </w:tcPr>
          <w:p>
            <w:pPr>
              <w:spacing w:after="0"/>
              <w:jc w:val="right"/>
            </w:pPr>
            <w:r>
              <w:rPr>
                <w:sz w:val="16"/>
              </w:rPr>
              <w:t>FMA RL 0, SRL 0; any 0</w:t>
            </w:r>
          </w:p>
        </w:tc>
        <w:tc>
          <w:tcPr>
            <w:tcW w:type="dxa" w:w="2438"/>
          </w:tcPr>
          <w:p>
            <w:pPr>
              <w:spacing w:after="0"/>
              <w:jc w:val="right"/>
            </w:pPr>
            <w:r>
              <w:rPr>
                <w:sz w:val="16"/>
              </w:rPr>
              <w:t>no Public Assistance recorded</w:t>
            </w:r>
          </w:p>
        </w:tc>
        <w:tc>
          <w:tcPr>
            <w:tcW w:type="dxa" w:w="2152"/>
          </w:tcPr>
          <w:p>
            <w:pPr>
              <w:spacing w:after="0"/>
              <w:jc w:val="right"/>
            </w:pPr>
            <w:r>
              <w:rPr>
                <w:sz w:val="16"/>
              </w:rPr>
              <w:t>4 total; 0 since its plan</w:t>
            </w:r>
          </w:p>
        </w:tc>
        <w:tc>
          <w:tcPr>
            <w:tcW w:type="dxa" w:w="3171"/>
          </w:tcPr>
          <w:p>
            <w:pPr>
              <w:spacing w:after="0"/>
              <w:jc w:val="left"/>
            </w:pPr>
          </w:p>
        </w:tc>
      </w:tr>
      <w:tr>
        <w:trPr>
          <w:cantSplit/>
        </w:trPr>
        <w:tc>
          <w:tcPr>
            <w:tcW w:type="dxa" w:w="1503"/>
          </w:tcPr>
          <w:p>
            <w:pPr>
              <w:spacing w:after="0"/>
              <w:jc w:val="left"/>
            </w:pPr>
            <w:r>
              <w:rPr>
                <w:sz w:val="16"/>
              </w:rPr>
              <w:t>Gun Plain township</w:t>
            </w:r>
          </w:p>
        </w:tc>
        <w:tc>
          <w:tcPr>
            <w:tcW w:type="dxa" w:w="858"/>
          </w:tcPr>
          <w:p>
            <w:pPr>
              <w:spacing w:after="0"/>
              <w:jc w:val="left"/>
            </w:pPr>
            <w:r>
              <w:rPr>
                <w:sz w:val="16"/>
              </w:rPr>
              <w:t>Township</w:t>
            </w:r>
          </w:p>
        </w:tc>
        <w:tc>
          <w:tcPr>
            <w:tcW w:type="dxa" w:w="2061"/>
          </w:tcPr>
          <w:p>
            <w:pPr>
              <w:spacing w:after="0"/>
              <w:jc w:val="left"/>
            </w:pPr>
            <w:r>
              <w:rPr>
                <w:sz w:val="16"/>
              </w:rPr>
              <w:t>Approved, expires 2026-10-27</w:t>
            </w:r>
          </w:p>
        </w:tc>
        <w:tc>
          <w:tcPr>
            <w:tcW w:type="dxa" w:w="1929"/>
          </w:tcPr>
          <w:p>
            <w:pPr>
              <w:spacing w:after="0"/>
              <w:jc w:val="right"/>
            </w:pPr>
            <w:r>
              <w:rPr>
                <w:sz w:val="16"/>
              </w:rPr>
              <w:t>FMA RL 0, SRL 0; any 0</w:t>
            </w:r>
          </w:p>
        </w:tc>
        <w:tc>
          <w:tcPr>
            <w:tcW w:type="dxa" w:w="2438"/>
          </w:tcPr>
          <w:p>
            <w:pPr>
              <w:spacing w:after="0"/>
              <w:jc w:val="right"/>
            </w:pPr>
            <w:r>
              <w:rPr>
                <w:sz w:val="16"/>
              </w:rPr>
              <w:t>no Public Assistance recorded</w:t>
            </w:r>
          </w:p>
        </w:tc>
        <w:tc>
          <w:tcPr>
            <w:tcW w:type="dxa" w:w="2152"/>
          </w:tcPr>
          <w:p>
            <w:pPr>
              <w:spacing w:after="0"/>
              <w:jc w:val="right"/>
            </w:pPr>
            <w:r>
              <w:rPr>
                <w:sz w:val="16"/>
              </w:rPr>
              <w:t>0 total; 0 since its plan</w:t>
            </w:r>
          </w:p>
        </w:tc>
        <w:tc>
          <w:tcPr>
            <w:tcW w:type="dxa" w:w="3171"/>
          </w:tcPr>
          <w:p>
            <w:pPr>
              <w:spacing w:after="0"/>
              <w:jc w:val="left"/>
            </w:pPr>
          </w:p>
        </w:tc>
      </w:tr>
      <w:tr>
        <w:trPr>
          <w:cantSplit/>
        </w:trPr>
        <w:tc>
          <w:tcPr>
            <w:tcW w:type="dxa" w:w="1503"/>
          </w:tcPr>
          <w:p>
            <w:pPr>
              <w:spacing w:after="0"/>
              <w:jc w:val="left"/>
            </w:pPr>
            <w:r>
              <w:rPr>
                <w:sz w:val="16"/>
              </w:rPr>
              <w:t>Heath township</w:t>
            </w:r>
          </w:p>
        </w:tc>
        <w:tc>
          <w:tcPr>
            <w:tcW w:type="dxa" w:w="858"/>
          </w:tcPr>
          <w:p>
            <w:pPr>
              <w:spacing w:after="0"/>
              <w:jc w:val="left"/>
            </w:pPr>
            <w:r>
              <w:rPr>
                <w:sz w:val="16"/>
              </w:rPr>
              <w:t>Township</w:t>
            </w:r>
          </w:p>
        </w:tc>
        <w:tc>
          <w:tcPr>
            <w:tcW w:type="dxa" w:w="2061"/>
          </w:tcPr>
          <w:p>
            <w:pPr>
              <w:spacing w:after="0"/>
              <w:jc w:val="left"/>
            </w:pPr>
            <w:r>
              <w:rPr>
                <w:sz w:val="16"/>
              </w:rPr>
              <w:t>Plan 107872 approved 2021-10-28, pending adoption here; not yet eligible</w:t>
            </w:r>
          </w:p>
        </w:tc>
        <w:tc>
          <w:tcPr>
            <w:tcW w:type="dxa" w:w="1929"/>
          </w:tcPr>
          <w:p>
            <w:pPr>
              <w:spacing w:after="0"/>
              <w:jc w:val="right"/>
            </w:pPr>
            <w:r>
              <w:rPr>
                <w:sz w:val="16"/>
              </w:rPr>
              <w:t>FMA RL 0, SRL 0; any 0</w:t>
            </w:r>
          </w:p>
        </w:tc>
        <w:tc>
          <w:tcPr>
            <w:tcW w:type="dxa" w:w="2438"/>
          </w:tcPr>
          <w:p>
            <w:pPr>
              <w:spacing w:after="0"/>
              <w:jc w:val="right"/>
            </w:pPr>
            <w:r>
              <w:rPr>
                <w:sz w:val="16"/>
              </w:rPr>
              <w:t>no Public Assistance recorded</w:t>
            </w:r>
          </w:p>
        </w:tc>
        <w:tc>
          <w:tcPr>
            <w:tcW w:type="dxa" w:w="2152"/>
          </w:tcPr>
          <w:p>
            <w:pPr>
              <w:spacing w:after="0"/>
              <w:jc w:val="right"/>
            </w:pPr>
            <w:r>
              <w:rPr>
                <w:sz w:val="16"/>
              </w:rPr>
              <w:t>0 total; no approved plan</w:t>
            </w:r>
          </w:p>
        </w:tc>
        <w:tc>
          <w:tcPr>
            <w:tcW w:type="dxa" w:w="3171"/>
          </w:tcPr>
          <w:p>
            <w:pPr>
              <w:spacing w:after="0"/>
              <w:jc w:val="left"/>
            </w:pPr>
          </w:p>
        </w:tc>
      </w:tr>
      <w:tr>
        <w:trPr>
          <w:cantSplit/>
        </w:trPr>
        <w:tc>
          <w:tcPr>
            <w:tcW w:type="dxa" w:w="1503"/>
          </w:tcPr>
          <w:p>
            <w:pPr>
              <w:spacing w:after="0"/>
              <w:jc w:val="left"/>
            </w:pPr>
            <w:r>
              <w:rPr>
                <w:sz w:val="16"/>
              </w:rPr>
              <w:t>Hopkins township</w:t>
            </w:r>
          </w:p>
        </w:tc>
        <w:tc>
          <w:tcPr>
            <w:tcW w:type="dxa" w:w="858"/>
          </w:tcPr>
          <w:p>
            <w:pPr>
              <w:spacing w:after="0"/>
              <w:jc w:val="left"/>
            </w:pPr>
            <w:r>
              <w:rPr>
                <w:sz w:val="16"/>
              </w:rPr>
              <w:t>Township</w:t>
            </w:r>
          </w:p>
        </w:tc>
        <w:tc>
          <w:tcPr>
            <w:tcW w:type="dxa" w:w="2061"/>
          </w:tcPr>
          <w:p>
            <w:pPr>
              <w:spacing w:after="0"/>
              <w:jc w:val="left"/>
            </w:pPr>
            <w:r>
              <w:rPr>
                <w:sz w:val="16"/>
              </w:rPr>
              <w:t>Plan 107872 approved 2021-10-28, pending adoption here; not yet eligible</w:t>
            </w:r>
          </w:p>
        </w:tc>
        <w:tc>
          <w:tcPr>
            <w:tcW w:type="dxa" w:w="1929"/>
          </w:tcPr>
          <w:p>
            <w:pPr>
              <w:spacing w:after="0"/>
              <w:jc w:val="right"/>
            </w:pPr>
            <w:r>
              <w:rPr>
                <w:sz w:val="16"/>
              </w:rPr>
              <w:t>FMA RL 0, SRL 0; any 0</w:t>
            </w:r>
          </w:p>
        </w:tc>
        <w:tc>
          <w:tcPr>
            <w:tcW w:type="dxa" w:w="2438"/>
          </w:tcPr>
          <w:p>
            <w:pPr>
              <w:spacing w:after="0"/>
              <w:jc w:val="right"/>
            </w:pPr>
            <w:r>
              <w:rPr>
                <w:sz w:val="16"/>
              </w:rPr>
              <w:t>no Public Assistance recorded</w:t>
            </w:r>
          </w:p>
        </w:tc>
        <w:tc>
          <w:tcPr>
            <w:tcW w:type="dxa" w:w="2152"/>
          </w:tcPr>
          <w:p>
            <w:pPr>
              <w:spacing w:after="0"/>
              <w:jc w:val="right"/>
            </w:pPr>
            <w:r>
              <w:rPr>
                <w:sz w:val="16"/>
              </w:rPr>
              <w:t>3 total; no approved plan</w:t>
            </w:r>
          </w:p>
        </w:tc>
        <w:tc>
          <w:tcPr>
            <w:tcW w:type="dxa" w:w="3171"/>
          </w:tcPr>
          <w:p>
            <w:pPr>
              <w:spacing w:after="0"/>
              <w:jc w:val="left"/>
            </w:pPr>
          </w:p>
        </w:tc>
      </w:tr>
      <w:tr>
        <w:trPr>
          <w:cantSplit/>
        </w:trPr>
        <w:tc>
          <w:tcPr>
            <w:tcW w:type="dxa" w:w="1503"/>
          </w:tcPr>
          <w:p>
            <w:pPr>
              <w:spacing w:after="0"/>
              <w:jc w:val="left"/>
            </w:pPr>
            <w:r>
              <w:rPr>
                <w:sz w:val="16"/>
              </w:rPr>
              <w:t>Laketown township</w:t>
            </w:r>
          </w:p>
        </w:tc>
        <w:tc>
          <w:tcPr>
            <w:tcW w:type="dxa" w:w="858"/>
          </w:tcPr>
          <w:p>
            <w:pPr>
              <w:spacing w:after="0"/>
              <w:jc w:val="left"/>
            </w:pPr>
            <w:r>
              <w:rPr>
                <w:sz w:val="16"/>
              </w:rPr>
              <w:t>Township</w:t>
            </w:r>
          </w:p>
        </w:tc>
        <w:tc>
          <w:tcPr>
            <w:tcW w:type="dxa" w:w="2061"/>
          </w:tcPr>
          <w:p>
            <w:pPr>
              <w:spacing w:after="0"/>
              <w:jc w:val="left"/>
            </w:pPr>
            <w:r>
              <w:rPr>
                <w:sz w:val="16"/>
              </w:rPr>
              <w:t>Plan 107872 approved 2021-10-28, pending adoption here; not yet eligible</w:t>
            </w:r>
          </w:p>
        </w:tc>
        <w:tc>
          <w:tcPr>
            <w:tcW w:type="dxa" w:w="1929"/>
          </w:tcPr>
          <w:p>
            <w:pPr>
              <w:spacing w:after="0"/>
              <w:jc w:val="right"/>
            </w:pPr>
            <w:r>
              <w:rPr>
                <w:sz w:val="16"/>
              </w:rPr>
              <w:t>FMA RL 0, SRL 0; any 1</w:t>
            </w:r>
          </w:p>
        </w:tc>
        <w:tc>
          <w:tcPr>
            <w:tcW w:type="dxa" w:w="2438"/>
          </w:tcPr>
          <w:p>
            <w:pPr>
              <w:spacing w:after="0"/>
              <w:jc w:val="right"/>
            </w:pPr>
            <w:r>
              <w:rPr>
                <w:sz w:val="16"/>
              </w:rPr>
              <w:t>no Public Assistance recorded</w:t>
            </w:r>
          </w:p>
        </w:tc>
        <w:tc>
          <w:tcPr>
            <w:tcW w:type="dxa" w:w="2152"/>
          </w:tcPr>
          <w:p>
            <w:pPr>
              <w:spacing w:after="0"/>
              <w:jc w:val="right"/>
            </w:pPr>
            <w:r>
              <w:rPr>
                <w:sz w:val="16"/>
              </w:rPr>
              <w:t>0 total; no approved plan</w:t>
            </w:r>
          </w:p>
        </w:tc>
        <w:tc>
          <w:tcPr>
            <w:tcW w:type="dxa" w:w="3171"/>
          </w:tcPr>
          <w:p>
            <w:pPr>
              <w:spacing w:after="0"/>
              <w:jc w:val="left"/>
            </w:pPr>
          </w:p>
        </w:tc>
      </w:tr>
      <w:tr>
        <w:trPr>
          <w:cantSplit/>
        </w:trPr>
        <w:tc>
          <w:tcPr>
            <w:tcW w:type="dxa" w:w="1503"/>
          </w:tcPr>
          <w:p>
            <w:pPr>
              <w:spacing w:after="0"/>
              <w:jc w:val="left"/>
            </w:pPr>
            <w:r>
              <w:rPr>
                <w:sz w:val="16"/>
              </w:rPr>
              <w:t>Lee township</w:t>
            </w:r>
          </w:p>
        </w:tc>
        <w:tc>
          <w:tcPr>
            <w:tcW w:type="dxa" w:w="858"/>
          </w:tcPr>
          <w:p>
            <w:pPr>
              <w:spacing w:after="0"/>
              <w:jc w:val="left"/>
            </w:pPr>
            <w:r>
              <w:rPr>
                <w:sz w:val="16"/>
              </w:rPr>
              <w:t>Township</w:t>
            </w:r>
          </w:p>
        </w:tc>
        <w:tc>
          <w:tcPr>
            <w:tcW w:type="dxa" w:w="2061"/>
          </w:tcPr>
          <w:p>
            <w:pPr>
              <w:spacing w:after="0"/>
              <w:jc w:val="left"/>
            </w:pPr>
            <w:r>
              <w:rPr>
                <w:sz w:val="16"/>
              </w:rPr>
              <w:t>Plan 107872 approved 2021-10-28, pending adoption here; not yet eligible</w:t>
            </w:r>
          </w:p>
        </w:tc>
        <w:tc>
          <w:tcPr>
            <w:tcW w:type="dxa" w:w="1929"/>
          </w:tcPr>
          <w:p>
            <w:pPr>
              <w:spacing w:after="0"/>
              <w:jc w:val="right"/>
            </w:pPr>
            <w:r>
              <w:rPr>
                <w:sz w:val="16"/>
              </w:rPr>
              <w:t>FMA RL 0, SRL 0; any 0</w:t>
            </w:r>
          </w:p>
        </w:tc>
        <w:tc>
          <w:tcPr>
            <w:tcW w:type="dxa" w:w="2438"/>
          </w:tcPr>
          <w:p>
            <w:pPr>
              <w:spacing w:after="0"/>
              <w:jc w:val="right"/>
            </w:pPr>
            <w:r>
              <w:rPr>
                <w:sz w:val="16"/>
              </w:rPr>
              <w:t>no Public Assistance recorded</w:t>
            </w:r>
          </w:p>
        </w:tc>
        <w:tc>
          <w:tcPr>
            <w:tcW w:type="dxa" w:w="2152"/>
          </w:tcPr>
          <w:p>
            <w:pPr>
              <w:spacing w:after="0"/>
              <w:jc w:val="right"/>
            </w:pPr>
            <w:r>
              <w:rPr>
                <w:sz w:val="16"/>
              </w:rPr>
              <w:t>5 total; no approved plan</w:t>
            </w:r>
          </w:p>
        </w:tc>
        <w:tc>
          <w:tcPr>
            <w:tcW w:type="dxa" w:w="3171"/>
          </w:tcPr>
          <w:p>
            <w:pPr>
              <w:spacing w:after="0"/>
              <w:jc w:val="left"/>
            </w:pPr>
          </w:p>
        </w:tc>
      </w:tr>
      <w:tr>
        <w:trPr>
          <w:cantSplit/>
        </w:trPr>
        <w:tc>
          <w:tcPr>
            <w:tcW w:type="dxa" w:w="1503"/>
          </w:tcPr>
          <w:p>
            <w:pPr>
              <w:spacing w:after="0"/>
              <w:jc w:val="left"/>
            </w:pPr>
            <w:r>
              <w:rPr>
                <w:sz w:val="16"/>
              </w:rPr>
              <w:t>Leighton township</w:t>
            </w:r>
          </w:p>
        </w:tc>
        <w:tc>
          <w:tcPr>
            <w:tcW w:type="dxa" w:w="858"/>
          </w:tcPr>
          <w:p>
            <w:pPr>
              <w:spacing w:after="0"/>
              <w:jc w:val="left"/>
            </w:pPr>
            <w:r>
              <w:rPr>
                <w:sz w:val="16"/>
              </w:rPr>
              <w:t>Township</w:t>
            </w:r>
          </w:p>
        </w:tc>
        <w:tc>
          <w:tcPr>
            <w:tcW w:type="dxa" w:w="2061"/>
          </w:tcPr>
          <w:p>
            <w:pPr>
              <w:spacing w:after="0"/>
              <w:jc w:val="left"/>
            </w:pPr>
            <w:r>
              <w:rPr>
                <w:sz w:val="16"/>
              </w:rPr>
              <w:t>Plan 107872 approved 2021-10-28, pending adoption here; not yet eligible</w:t>
            </w:r>
          </w:p>
        </w:tc>
        <w:tc>
          <w:tcPr>
            <w:tcW w:type="dxa" w:w="1929"/>
          </w:tcPr>
          <w:p>
            <w:pPr>
              <w:spacing w:after="0"/>
              <w:jc w:val="right"/>
            </w:pPr>
            <w:r>
              <w:rPr>
                <w:sz w:val="16"/>
              </w:rPr>
              <w:t>FMA RL 0, SRL 0; any 0</w:t>
            </w:r>
          </w:p>
        </w:tc>
        <w:tc>
          <w:tcPr>
            <w:tcW w:type="dxa" w:w="2438"/>
          </w:tcPr>
          <w:p>
            <w:pPr>
              <w:spacing w:after="0"/>
              <w:jc w:val="right"/>
            </w:pPr>
            <w:r>
              <w:rPr>
                <w:sz w:val="16"/>
              </w:rPr>
              <w:t>no Public Assistance recorded</w:t>
            </w:r>
          </w:p>
        </w:tc>
        <w:tc>
          <w:tcPr>
            <w:tcW w:type="dxa" w:w="2152"/>
          </w:tcPr>
          <w:p>
            <w:pPr>
              <w:spacing w:after="0"/>
              <w:jc w:val="right"/>
            </w:pPr>
            <w:r>
              <w:rPr>
                <w:sz w:val="16"/>
              </w:rPr>
              <w:t>0 total; no approved plan</w:t>
            </w:r>
          </w:p>
        </w:tc>
        <w:tc>
          <w:tcPr>
            <w:tcW w:type="dxa" w:w="3171"/>
          </w:tcPr>
          <w:p>
            <w:pPr>
              <w:spacing w:after="0"/>
              <w:jc w:val="left"/>
            </w:pPr>
          </w:p>
        </w:tc>
      </w:tr>
      <w:tr>
        <w:trPr>
          <w:cantSplit/>
        </w:trPr>
        <w:tc>
          <w:tcPr>
            <w:tcW w:type="dxa" w:w="1503"/>
          </w:tcPr>
          <w:p>
            <w:pPr>
              <w:spacing w:after="0"/>
              <w:jc w:val="left"/>
            </w:pPr>
            <w:r>
              <w:rPr>
                <w:sz w:val="16"/>
              </w:rPr>
              <w:t>Manlius township</w:t>
            </w:r>
          </w:p>
        </w:tc>
        <w:tc>
          <w:tcPr>
            <w:tcW w:type="dxa" w:w="858"/>
          </w:tcPr>
          <w:p>
            <w:pPr>
              <w:spacing w:after="0"/>
              <w:jc w:val="left"/>
            </w:pPr>
            <w:r>
              <w:rPr>
                <w:sz w:val="16"/>
              </w:rPr>
              <w:t>Township</w:t>
            </w:r>
          </w:p>
        </w:tc>
        <w:tc>
          <w:tcPr>
            <w:tcW w:type="dxa" w:w="2061"/>
          </w:tcPr>
          <w:p>
            <w:pPr>
              <w:spacing w:after="0"/>
              <w:jc w:val="left"/>
            </w:pPr>
            <w:r>
              <w:rPr>
                <w:sz w:val="16"/>
              </w:rPr>
              <w:t>Plan 107872 approved 2021-10-28, pending adoption here; not yet eligible</w:t>
            </w:r>
          </w:p>
        </w:tc>
        <w:tc>
          <w:tcPr>
            <w:tcW w:type="dxa" w:w="1929"/>
          </w:tcPr>
          <w:p>
            <w:pPr>
              <w:spacing w:after="0"/>
              <w:jc w:val="right"/>
            </w:pPr>
            <w:r>
              <w:rPr>
                <w:sz w:val="16"/>
              </w:rPr>
              <w:t>FMA RL 0, SRL 0; any 0</w:t>
            </w:r>
          </w:p>
        </w:tc>
        <w:tc>
          <w:tcPr>
            <w:tcW w:type="dxa" w:w="2438"/>
          </w:tcPr>
          <w:p>
            <w:pPr>
              <w:spacing w:after="0"/>
              <w:jc w:val="right"/>
            </w:pPr>
            <w:r>
              <w:rPr>
                <w:sz w:val="16"/>
              </w:rPr>
              <w:t>no Public Assistance recorded</w:t>
            </w:r>
          </w:p>
        </w:tc>
        <w:tc>
          <w:tcPr>
            <w:tcW w:type="dxa" w:w="2152"/>
          </w:tcPr>
          <w:p>
            <w:pPr>
              <w:spacing w:after="0"/>
              <w:jc w:val="right"/>
            </w:pPr>
            <w:r>
              <w:rPr>
                <w:sz w:val="16"/>
              </w:rPr>
              <w:t>0 total; no approved plan</w:t>
            </w:r>
          </w:p>
        </w:tc>
        <w:tc>
          <w:tcPr>
            <w:tcW w:type="dxa" w:w="3171"/>
          </w:tcPr>
          <w:p>
            <w:pPr>
              <w:spacing w:after="0"/>
              <w:jc w:val="left"/>
            </w:pPr>
          </w:p>
        </w:tc>
      </w:tr>
      <w:tr>
        <w:trPr>
          <w:cantSplit/>
        </w:trPr>
        <w:tc>
          <w:tcPr>
            <w:tcW w:type="dxa" w:w="1503"/>
          </w:tcPr>
          <w:p>
            <w:pPr>
              <w:spacing w:after="0"/>
              <w:jc w:val="left"/>
            </w:pPr>
            <w:r>
              <w:rPr>
                <w:sz w:val="16"/>
              </w:rPr>
              <w:t>Martin township</w:t>
            </w:r>
          </w:p>
        </w:tc>
        <w:tc>
          <w:tcPr>
            <w:tcW w:type="dxa" w:w="858"/>
          </w:tcPr>
          <w:p>
            <w:pPr>
              <w:spacing w:after="0"/>
              <w:jc w:val="left"/>
            </w:pPr>
            <w:r>
              <w:rPr>
                <w:sz w:val="16"/>
              </w:rPr>
              <w:t>Township</w:t>
            </w:r>
          </w:p>
        </w:tc>
        <w:tc>
          <w:tcPr>
            <w:tcW w:type="dxa" w:w="2061"/>
          </w:tcPr>
          <w:p>
            <w:pPr>
              <w:spacing w:after="0"/>
              <w:jc w:val="left"/>
            </w:pPr>
            <w:r>
              <w:rPr>
                <w:sz w:val="16"/>
              </w:rPr>
              <w:t>Plan 107872 approved 2021-10-28, pending adoption here; not yet eligible</w:t>
            </w:r>
          </w:p>
        </w:tc>
        <w:tc>
          <w:tcPr>
            <w:tcW w:type="dxa" w:w="1929"/>
          </w:tcPr>
          <w:p>
            <w:pPr>
              <w:spacing w:after="0"/>
              <w:jc w:val="right"/>
            </w:pPr>
            <w:r>
              <w:rPr>
                <w:sz w:val="16"/>
              </w:rPr>
              <w:t>FMA RL 0, SRL 0; any 0</w:t>
            </w:r>
          </w:p>
        </w:tc>
        <w:tc>
          <w:tcPr>
            <w:tcW w:type="dxa" w:w="2438"/>
          </w:tcPr>
          <w:p>
            <w:pPr>
              <w:spacing w:after="0"/>
              <w:jc w:val="right"/>
            </w:pPr>
            <w:r>
              <w:rPr>
                <w:sz w:val="16"/>
              </w:rPr>
              <w:t>no Public Assistance recorded</w:t>
            </w:r>
          </w:p>
        </w:tc>
        <w:tc>
          <w:tcPr>
            <w:tcW w:type="dxa" w:w="2152"/>
          </w:tcPr>
          <w:p>
            <w:pPr>
              <w:spacing w:after="0"/>
              <w:jc w:val="right"/>
            </w:pPr>
            <w:r>
              <w:rPr>
                <w:sz w:val="16"/>
              </w:rPr>
              <w:t>8 total; no approved plan</w:t>
            </w:r>
          </w:p>
        </w:tc>
        <w:tc>
          <w:tcPr>
            <w:tcW w:type="dxa" w:w="3171"/>
          </w:tcPr>
          <w:p>
            <w:pPr>
              <w:spacing w:after="0"/>
              <w:jc w:val="left"/>
            </w:pPr>
          </w:p>
        </w:tc>
      </w:tr>
      <w:tr>
        <w:trPr>
          <w:cantSplit/>
        </w:trPr>
        <w:tc>
          <w:tcPr>
            <w:tcW w:type="dxa" w:w="1503"/>
          </w:tcPr>
          <w:p>
            <w:pPr>
              <w:spacing w:after="0"/>
              <w:jc w:val="left"/>
            </w:pPr>
            <w:r>
              <w:rPr>
                <w:sz w:val="16"/>
              </w:rPr>
              <w:t>Monterey township</w:t>
            </w:r>
          </w:p>
        </w:tc>
        <w:tc>
          <w:tcPr>
            <w:tcW w:type="dxa" w:w="858"/>
          </w:tcPr>
          <w:p>
            <w:pPr>
              <w:spacing w:after="0"/>
              <w:jc w:val="left"/>
            </w:pPr>
            <w:r>
              <w:rPr>
                <w:sz w:val="16"/>
              </w:rPr>
              <w:t>Township</w:t>
            </w:r>
          </w:p>
        </w:tc>
        <w:tc>
          <w:tcPr>
            <w:tcW w:type="dxa" w:w="2061"/>
          </w:tcPr>
          <w:p>
            <w:pPr>
              <w:spacing w:after="0"/>
              <w:jc w:val="left"/>
            </w:pPr>
            <w:r>
              <w:rPr>
                <w:sz w:val="16"/>
              </w:rPr>
              <w:t>Plan 107872 approved 2021-10-28, pending adoption here; not yet eligible</w:t>
            </w:r>
          </w:p>
        </w:tc>
        <w:tc>
          <w:tcPr>
            <w:tcW w:type="dxa" w:w="1929"/>
          </w:tcPr>
          <w:p>
            <w:pPr>
              <w:spacing w:after="0"/>
              <w:jc w:val="right"/>
            </w:pPr>
            <w:r>
              <w:rPr>
                <w:sz w:val="16"/>
              </w:rPr>
              <w:t>FMA RL 0, SRL 0; any 0</w:t>
            </w:r>
          </w:p>
        </w:tc>
        <w:tc>
          <w:tcPr>
            <w:tcW w:type="dxa" w:w="2438"/>
          </w:tcPr>
          <w:p>
            <w:pPr>
              <w:spacing w:after="0"/>
              <w:jc w:val="right"/>
            </w:pPr>
            <w:r>
              <w:rPr>
                <w:sz w:val="16"/>
              </w:rPr>
              <w:t>no Public Assistance recorded</w:t>
            </w:r>
          </w:p>
        </w:tc>
        <w:tc>
          <w:tcPr>
            <w:tcW w:type="dxa" w:w="2152"/>
          </w:tcPr>
          <w:p>
            <w:pPr>
              <w:spacing w:after="0"/>
              <w:jc w:val="right"/>
            </w:pPr>
            <w:r>
              <w:rPr>
                <w:sz w:val="16"/>
              </w:rPr>
              <w:t>2 total; no approved plan</w:t>
            </w:r>
          </w:p>
        </w:tc>
        <w:tc>
          <w:tcPr>
            <w:tcW w:type="dxa" w:w="3171"/>
          </w:tcPr>
          <w:p>
            <w:pPr>
              <w:spacing w:after="0"/>
              <w:jc w:val="left"/>
            </w:pPr>
          </w:p>
        </w:tc>
      </w:tr>
      <w:tr>
        <w:trPr>
          <w:cantSplit/>
        </w:trPr>
        <w:tc>
          <w:tcPr>
            <w:tcW w:type="dxa" w:w="1503"/>
          </w:tcPr>
          <w:p>
            <w:pPr>
              <w:spacing w:after="0"/>
              <w:jc w:val="left"/>
            </w:pPr>
            <w:r>
              <w:rPr>
                <w:sz w:val="16"/>
              </w:rPr>
              <w:t>Otsego township</w:t>
            </w:r>
          </w:p>
        </w:tc>
        <w:tc>
          <w:tcPr>
            <w:tcW w:type="dxa" w:w="858"/>
          </w:tcPr>
          <w:p>
            <w:pPr>
              <w:spacing w:after="0"/>
              <w:jc w:val="left"/>
            </w:pPr>
            <w:r>
              <w:rPr>
                <w:sz w:val="16"/>
              </w:rPr>
              <w:t>Township</w:t>
            </w:r>
          </w:p>
        </w:tc>
        <w:tc>
          <w:tcPr>
            <w:tcW w:type="dxa" w:w="2061"/>
          </w:tcPr>
          <w:p>
            <w:pPr>
              <w:spacing w:after="0"/>
              <w:jc w:val="left"/>
            </w:pPr>
            <w:r>
              <w:rPr>
                <w:sz w:val="16"/>
              </w:rPr>
              <w:t>Plan 107872 approved 2021-10-28, pending adoption here; not yet eligible</w:t>
            </w:r>
          </w:p>
        </w:tc>
        <w:tc>
          <w:tcPr>
            <w:tcW w:type="dxa" w:w="1929"/>
          </w:tcPr>
          <w:p>
            <w:pPr>
              <w:spacing w:after="0"/>
              <w:jc w:val="right"/>
            </w:pPr>
            <w:r>
              <w:rPr>
                <w:sz w:val="16"/>
              </w:rPr>
              <w:t>FMA RL 0, SRL 0; any 0</w:t>
            </w:r>
          </w:p>
        </w:tc>
        <w:tc>
          <w:tcPr>
            <w:tcW w:type="dxa" w:w="2438"/>
          </w:tcPr>
          <w:p>
            <w:pPr>
              <w:spacing w:after="0"/>
              <w:jc w:val="right"/>
            </w:pPr>
            <w:r>
              <w:rPr>
                <w:sz w:val="16"/>
              </w:rPr>
              <w:t>no Public Assistance recorded</w:t>
            </w:r>
          </w:p>
        </w:tc>
        <w:tc>
          <w:tcPr>
            <w:tcW w:type="dxa" w:w="2152"/>
          </w:tcPr>
          <w:p>
            <w:pPr>
              <w:spacing w:after="0"/>
              <w:jc w:val="right"/>
            </w:pPr>
            <w:r>
              <w:rPr>
                <w:sz w:val="16"/>
              </w:rPr>
              <w:t>12 total; no approved plan</w:t>
            </w:r>
          </w:p>
        </w:tc>
        <w:tc>
          <w:tcPr>
            <w:tcW w:type="dxa" w:w="3171"/>
          </w:tcPr>
          <w:p>
            <w:pPr>
              <w:spacing w:after="0"/>
              <w:jc w:val="left"/>
            </w:pPr>
          </w:p>
        </w:tc>
      </w:tr>
      <w:tr>
        <w:trPr>
          <w:cantSplit/>
        </w:trPr>
        <w:tc>
          <w:tcPr>
            <w:tcW w:type="dxa" w:w="1503"/>
          </w:tcPr>
          <w:p>
            <w:pPr>
              <w:spacing w:after="0"/>
              <w:jc w:val="left"/>
            </w:pPr>
            <w:r>
              <w:rPr>
                <w:sz w:val="16"/>
              </w:rPr>
              <w:t>Overisel township</w:t>
            </w:r>
          </w:p>
        </w:tc>
        <w:tc>
          <w:tcPr>
            <w:tcW w:type="dxa" w:w="858"/>
          </w:tcPr>
          <w:p>
            <w:pPr>
              <w:spacing w:after="0"/>
              <w:jc w:val="left"/>
            </w:pPr>
            <w:r>
              <w:rPr>
                <w:sz w:val="16"/>
              </w:rPr>
              <w:t>Township</w:t>
            </w:r>
          </w:p>
        </w:tc>
        <w:tc>
          <w:tcPr>
            <w:tcW w:type="dxa" w:w="2061"/>
          </w:tcPr>
          <w:p>
            <w:pPr>
              <w:spacing w:after="0"/>
              <w:jc w:val="left"/>
            </w:pPr>
            <w:r>
              <w:rPr>
                <w:sz w:val="16"/>
              </w:rPr>
              <w:t>Approved, expires 2026-10-27</w:t>
            </w:r>
          </w:p>
        </w:tc>
        <w:tc>
          <w:tcPr>
            <w:tcW w:type="dxa" w:w="1929"/>
          </w:tcPr>
          <w:p>
            <w:pPr>
              <w:spacing w:after="0"/>
              <w:jc w:val="right"/>
            </w:pPr>
            <w:r>
              <w:rPr>
                <w:sz w:val="16"/>
              </w:rPr>
              <w:t>FMA RL 0, SRL 0; any 0</w:t>
            </w:r>
          </w:p>
        </w:tc>
        <w:tc>
          <w:tcPr>
            <w:tcW w:type="dxa" w:w="2438"/>
          </w:tcPr>
          <w:p>
            <w:pPr>
              <w:spacing w:after="0"/>
              <w:jc w:val="right"/>
            </w:pPr>
            <w:r>
              <w:rPr>
                <w:sz w:val="16"/>
              </w:rPr>
              <w:t>no Public Assistance recorded</w:t>
            </w:r>
          </w:p>
        </w:tc>
        <w:tc>
          <w:tcPr>
            <w:tcW w:type="dxa" w:w="2152"/>
          </w:tcPr>
          <w:p>
            <w:pPr>
              <w:spacing w:after="0"/>
              <w:jc w:val="right"/>
            </w:pPr>
            <w:r>
              <w:rPr>
                <w:sz w:val="16"/>
              </w:rPr>
              <w:t>1 total; 0 since its plan</w:t>
            </w:r>
          </w:p>
        </w:tc>
        <w:tc>
          <w:tcPr>
            <w:tcW w:type="dxa" w:w="3171"/>
          </w:tcPr>
          <w:p>
            <w:pPr>
              <w:spacing w:after="0"/>
              <w:jc w:val="left"/>
            </w:pPr>
          </w:p>
        </w:tc>
      </w:tr>
      <w:tr>
        <w:trPr>
          <w:cantSplit/>
        </w:trPr>
        <w:tc>
          <w:tcPr>
            <w:tcW w:type="dxa" w:w="1503"/>
          </w:tcPr>
          <w:p>
            <w:pPr>
              <w:spacing w:after="0"/>
              <w:jc w:val="left"/>
            </w:pPr>
            <w:r>
              <w:rPr>
                <w:sz w:val="16"/>
              </w:rPr>
              <w:t>Salem township</w:t>
            </w:r>
          </w:p>
        </w:tc>
        <w:tc>
          <w:tcPr>
            <w:tcW w:type="dxa" w:w="858"/>
          </w:tcPr>
          <w:p>
            <w:pPr>
              <w:spacing w:after="0"/>
              <w:jc w:val="left"/>
            </w:pPr>
            <w:r>
              <w:rPr>
                <w:sz w:val="16"/>
              </w:rPr>
              <w:t>Township</w:t>
            </w:r>
          </w:p>
        </w:tc>
        <w:tc>
          <w:tcPr>
            <w:tcW w:type="dxa" w:w="2061"/>
          </w:tcPr>
          <w:p>
            <w:pPr>
              <w:spacing w:after="0"/>
              <w:jc w:val="left"/>
            </w:pPr>
            <w:r>
              <w:rPr>
                <w:sz w:val="16"/>
              </w:rPr>
              <w:t>Approved, expires 2026-10-27</w:t>
            </w:r>
          </w:p>
        </w:tc>
        <w:tc>
          <w:tcPr>
            <w:tcW w:type="dxa" w:w="1929"/>
          </w:tcPr>
          <w:p>
            <w:pPr>
              <w:spacing w:after="0"/>
              <w:jc w:val="right"/>
            </w:pPr>
            <w:r>
              <w:rPr>
                <w:sz w:val="16"/>
              </w:rPr>
              <w:t>FMA RL 0, SRL 0; any 0</w:t>
            </w:r>
          </w:p>
        </w:tc>
        <w:tc>
          <w:tcPr>
            <w:tcW w:type="dxa" w:w="2438"/>
          </w:tcPr>
          <w:p>
            <w:pPr>
              <w:spacing w:after="0"/>
              <w:jc w:val="right"/>
            </w:pPr>
            <w:r>
              <w:rPr>
                <w:sz w:val="16"/>
              </w:rPr>
              <w:t>no Public Assistance recorded</w:t>
            </w:r>
          </w:p>
        </w:tc>
        <w:tc>
          <w:tcPr>
            <w:tcW w:type="dxa" w:w="2152"/>
          </w:tcPr>
          <w:p>
            <w:pPr>
              <w:spacing w:after="0"/>
              <w:jc w:val="right"/>
            </w:pPr>
            <w:r>
              <w:rPr>
                <w:sz w:val="16"/>
              </w:rPr>
              <w:t>0 total; 0 since its plan</w:t>
            </w:r>
          </w:p>
        </w:tc>
        <w:tc>
          <w:tcPr>
            <w:tcW w:type="dxa" w:w="3171"/>
          </w:tcPr>
          <w:p>
            <w:pPr>
              <w:spacing w:after="0"/>
              <w:jc w:val="left"/>
            </w:pPr>
          </w:p>
        </w:tc>
      </w:tr>
      <w:tr>
        <w:trPr>
          <w:cantSplit/>
        </w:trPr>
        <w:tc>
          <w:tcPr>
            <w:tcW w:type="dxa" w:w="1503"/>
          </w:tcPr>
          <w:p>
            <w:pPr>
              <w:spacing w:after="0"/>
              <w:jc w:val="left"/>
            </w:pPr>
            <w:r>
              <w:rPr>
                <w:sz w:val="16"/>
              </w:rPr>
              <w:t>Saugatuck township</w:t>
            </w:r>
          </w:p>
        </w:tc>
        <w:tc>
          <w:tcPr>
            <w:tcW w:type="dxa" w:w="858"/>
          </w:tcPr>
          <w:p>
            <w:pPr>
              <w:spacing w:after="0"/>
              <w:jc w:val="left"/>
            </w:pPr>
            <w:r>
              <w:rPr>
                <w:sz w:val="16"/>
              </w:rPr>
              <w:t>Township</w:t>
            </w:r>
          </w:p>
        </w:tc>
        <w:tc>
          <w:tcPr>
            <w:tcW w:type="dxa" w:w="2061"/>
          </w:tcPr>
          <w:p>
            <w:pPr>
              <w:spacing w:after="0"/>
              <w:jc w:val="left"/>
            </w:pPr>
            <w:r>
              <w:rPr>
                <w:sz w:val="16"/>
              </w:rPr>
              <w:t>Plan 107872 approved 2021-10-28, pending adoption here; not yet eligible</w:t>
            </w:r>
          </w:p>
        </w:tc>
        <w:tc>
          <w:tcPr>
            <w:tcW w:type="dxa" w:w="1929"/>
          </w:tcPr>
          <w:p>
            <w:pPr>
              <w:spacing w:after="0"/>
              <w:jc w:val="right"/>
            </w:pPr>
            <w:r>
              <w:rPr>
                <w:sz w:val="16"/>
              </w:rPr>
              <w:t>FMA RL 0, SRL 0; any 0</w:t>
            </w:r>
          </w:p>
        </w:tc>
        <w:tc>
          <w:tcPr>
            <w:tcW w:type="dxa" w:w="2438"/>
          </w:tcPr>
          <w:p>
            <w:pPr>
              <w:spacing w:after="0"/>
              <w:jc w:val="right"/>
            </w:pPr>
            <w:r>
              <w:rPr>
                <w:sz w:val="16"/>
              </w:rPr>
              <w:t>no Public Assistance recorded</w:t>
            </w:r>
          </w:p>
        </w:tc>
        <w:tc>
          <w:tcPr>
            <w:tcW w:type="dxa" w:w="2152"/>
          </w:tcPr>
          <w:p>
            <w:pPr>
              <w:spacing w:after="0"/>
              <w:jc w:val="right"/>
            </w:pPr>
            <w:r>
              <w:rPr>
                <w:sz w:val="16"/>
              </w:rPr>
              <w:t>11 total; no approved plan</w:t>
            </w:r>
          </w:p>
        </w:tc>
        <w:tc>
          <w:tcPr>
            <w:tcW w:type="dxa" w:w="3171"/>
          </w:tcPr>
          <w:p>
            <w:pPr>
              <w:spacing w:after="0"/>
              <w:jc w:val="left"/>
            </w:pPr>
          </w:p>
        </w:tc>
      </w:tr>
      <w:tr>
        <w:trPr>
          <w:cantSplit/>
        </w:trPr>
        <w:tc>
          <w:tcPr>
            <w:tcW w:type="dxa" w:w="1503"/>
          </w:tcPr>
          <w:p>
            <w:pPr>
              <w:spacing w:after="0"/>
              <w:jc w:val="left"/>
            </w:pPr>
            <w:r>
              <w:rPr>
                <w:sz w:val="16"/>
              </w:rPr>
              <w:t>Trowbridge township</w:t>
            </w:r>
          </w:p>
        </w:tc>
        <w:tc>
          <w:tcPr>
            <w:tcW w:type="dxa" w:w="858"/>
          </w:tcPr>
          <w:p>
            <w:pPr>
              <w:spacing w:after="0"/>
              <w:jc w:val="left"/>
            </w:pPr>
            <w:r>
              <w:rPr>
                <w:sz w:val="16"/>
              </w:rPr>
              <w:t>Township</w:t>
            </w:r>
          </w:p>
        </w:tc>
        <w:tc>
          <w:tcPr>
            <w:tcW w:type="dxa" w:w="2061"/>
          </w:tcPr>
          <w:p>
            <w:pPr>
              <w:spacing w:after="0"/>
              <w:jc w:val="left"/>
            </w:pPr>
            <w:r>
              <w:rPr>
                <w:sz w:val="16"/>
              </w:rPr>
              <w:t>Plan 107872 approved 2021-10-28, pending adoption here; not yet eligible</w:t>
            </w:r>
          </w:p>
        </w:tc>
        <w:tc>
          <w:tcPr>
            <w:tcW w:type="dxa" w:w="1929"/>
          </w:tcPr>
          <w:p>
            <w:pPr>
              <w:spacing w:after="0"/>
              <w:jc w:val="right"/>
            </w:pPr>
            <w:r>
              <w:rPr>
                <w:sz w:val="16"/>
              </w:rPr>
              <w:t>FMA RL 0, SRL 0; any 0</w:t>
            </w:r>
          </w:p>
        </w:tc>
        <w:tc>
          <w:tcPr>
            <w:tcW w:type="dxa" w:w="2438"/>
          </w:tcPr>
          <w:p>
            <w:pPr>
              <w:spacing w:after="0"/>
              <w:jc w:val="right"/>
            </w:pPr>
            <w:r>
              <w:rPr>
                <w:sz w:val="16"/>
              </w:rPr>
              <w:t>no Public Assistance recorded</w:t>
            </w:r>
          </w:p>
        </w:tc>
        <w:tc>
          <w:tcPr>
            <w:tcW w:type="dxa" w:w="2152"/>
          </w:tcPr>
          <w:p>
            <w:pPr>
              <w:spacing w:after="0"/>
              <w:jc w:val="right"/>
            </w:pPr>
            <w:r>
              <w:rPr>
                <w:sz w:val="16"/>
              </w:rPr>
              <w:t>0 total; no approved plan</w:t>
            </w:r>
          </w:p>
        </w:tc>
        <w:tc>
          <w:tcPr>
            <w:tcW w:type="dxa" w:w="3171"/>
          </w:tcPr>
          <w:p>
            <w:pPr>
              <w:spacing w:after="0"/>
              <w:jc w:val="left"/>
            </w:pPr>
          </w:p>
        </w:tc>
      </w:tr>
      <w:tr>
        <w:trPr>
          <w:cantSplit/>
        </w:trPr>
        <w:tc>
          <w:tcPr>
            <w:tcW w:type="dxa" w:w="1503"/>
          </w:tcPr>
          <w:p>
            <w:pPr>
              <w:spacing w:after="0"/>
              <w:jc w:val="left"/>
            </w:pPr>
            <w:r>
              <w:rPr>
                <w:sz w:val="16"/>
              </w:rPr>
              <w:t>Valley township</w:t>
            </w:r>
          </w:p>
        </w:tc>
        <w:tc>
          <w:tcPr>
            <w:tcW w:type="dxa" w:w="858"/>
          </w:tcPr>
          <w:p>
            <w:pPr>
              <w:spacing w:after="0"/>
              <w:jc w:val="left"/>
            </w:pPr>
            <w:r>
              <w:rPr>
                <w:sz w:val="16"/>
              </w:rPr>
              <w:t>Township</w:t>
            </w:r>
          </w:p>
        </w:tc>
        <w:tc>
          <w:tcPr>
            <w:tcW w:type="dxa" w:w="2061"/>
          </w:tcPr>
          <w:p>
            <w:pPr>
              <w:spacing w:after="0"/>
              <w:jc w:val="left"/>
            </w:pPr>
            <w:r>
              <w:rPr>
                <w:sz w:val="16"/>
              </w:rPr>
              <w:t>Plan 107872 approved 2021-10-28, pending adoption here; not yet eligible</w:t>
            </w:r>
          </w:p>
        </w:tc>
        <w:tc>
          <w:tcPr>
            <w:tcW w:type="dxa" w:w="1929"/>
          </w:tcPr>
          <w:p>
            <w:pPr>
              <w:spacing w:after="0"/>
              <w:jc w:val="right"/>
            </w:pPr>
            <w:r>
              <w:rPr>
                <w:sz w:val="16"/>
              </w:rPr>
              <w:t>FMA RL 0, SRL 0; any 0</w:t>
            </w:r>
          </w:p>
        </w:tc>
        <w:tc>
          <w:tcPr>
            <w:tcW w:type="dxa" w:w="2438"/>
          </w:tcPr>
          <w:p>
            <w:pPr>
              <w:spacing w:after="0"/>
              <w:jc w:val="right"/>
            </w:pPr>
            <w:r>
              <w:rPr>
                <w:sz w:val="16"/>
              </w:rPr>
              <w:t>no Public Assistance recorded</w:t>
            </w:r>
          </w:p>
        </w:tc>
        <w:tc>
          <w:tcPr>
            <w:tcW w:type="dxa" w:w="2152"/>
          </w:tcPr>
          <w:p>
            <w:pPr>
              <w:spacing w:after="0"/>
              <w:jc w:val="right"/>
            </w:pPr>
            <w:r>
              <w:rPr>
                <w:sz w:val="16"/>
              </w:rPr>
              <w:t>0 total; no approved plan</w:t>
            </w:r>
          </w:p>
        </w:tc>
        <w:tc>
          <w:tcPr>
            <w:tcW w:type="dxa" w:w="3171"/>
          </w:tcPr>
          <w:p>
            <w:pPr>
              <w:spacing w:after="0"/>
              <w:jc w:val="left"/>
            </w:pPr>
          </w:p>
        </w:tc>
      </w:tr>
      <w:tr>
        <w:trPr>
          <w:cantSplit/>
        </w:trPr>
        <w:tc>
          <w:tcPr>
            <w:tcW w:type="dxa" w:w="1503"/>
          </w:tcPr>
          <w:p>
            <w:pPr>
              <w:spacing w:after="0"/>
              <w:jc w:val="left"/>
            </w:pPr>
            <w:r>
              <w:rPr>
                <w:sz w:val="16"/>
              </w:rPr>
              <w:t>Watson township</w:t>
            </w:r>
          </w:p>
        </w:tc>
        <w:tc>
          <w:tcPr>
            <w:tcW w:type="dxa" w:w="858"/>
          </w:tcPr>
          <w:p>
            <w:pPr>
              <w:spacing w:after="0"/>
              <w:jc w:val="left"/>
            </w:pPr>
            <w:r>
              <w:rPr>
                <w:sz w:val="16"/>
              </w:rPr>
              <w:t>Township</w:t>
            </w:r>
          </w:p>
        </w:tc>
        <w:tc>
          <w:tcPr>
            <w:tcW w:type="dxa" w:w="2061"/>
          </w:tcPr>
          <w:p>
            <w:pPr>
              <w:spacing w:after="0"/>
              <w:jc w:val="left"/>
            </w:pPr>
            <w:r>
              <w:rPr>
                <w:sz w:val="16"/>
              </w:rPr>
              <w:t>Plan 107872 approved 2021-10-28, pending adoption here; not yet eligible</w:t>
            </w:r>
          </w:p>
        </w:tc>
        <w:tc>
          <w:tcPr>
            <w:tcW w:type="dxa" w:w="1929"/>
          </w:tcPr>
          <w:p>
            <w:pPr>
              <w:spacing w:after="0"/>
              <w:jc w:val="right"/>
            </w:pPr>
            <w:r>
              <w:rPr>
                <w:sz w:val="16"/>
              </w:rPr>
              <w:t>FMA RL 0, SRL 0; any 0</w:t>
            </w:r>
          </w:p>
        </w:tc>
        <w:tc>
          <w:tcPr>
            <w:tcW w:type="dxa" w:w="2438"/>
          </w:tcPr>
          <w:p>
            <w:pPr>
              <w:spacing w:after="0"/>
              <w:jc w:val="right"/>
            </w:pPr>
            <w:r>
              <w:rPr>
                <w:sz w:val="16"/>
              </w:rPr>
              <w:t>no Public Assistance recorded</w:t>
            </w:r>
          </w:p>
        </w:tc>
        <w:tc>
          <w:tcPr>
            <w:tcW w:type="dxa" w:w="2152"/>
          </w:tcPr>
          <w:p>
            <w:pPr>
              <w:spacing w:after="0"/>
              <w:jc w:val="right"/>
            </w:pPr>
            <w:r>
              <w:rPr>
                <w:sz w:val="16"/>
              </w:rPr>
              <w:t>0 total; no approved plan</w:t>
            </w:r>
          </w:p>
        </w:tc>
        <w:tc>
          <w:tcPr>
            <w:tcW w:type="dxa" w:w="3171"/>
          </w:tcPr>
          <w:p>
            <w:pPr>
              <w:spacing w:after="0"/>
              <w:jc w:val="left"/>
            </w:pPr>
          </w:p>
        </w:tc>
      </w:tr>
      <w:tr>
        <w:trPr>
          <w:cantSplit/>
        </w:trPr>
        <w:tc>
          <w:tcPr>
            <w:tcW w:type="dxa" w:w="1503"/>
          </w:tcPr>
          <w:p>
            <w:pPr>
              <w:spacing w:after="0"/>
              <w:jc w:val="left"/>
            </w:pPr>
            <w:r>
              <w:rPr>
                <w:sz w:val="16"/>
              </w:rPr>
              <w:t>Wayland township</w:t>
            </w:r>
          </w:p>
        </w:tc>
        <w:tc>
          <w:tcPr>
            <w:tcW w:type="dxa" w:w="858"/>
          </w:tcPr>
          <w:p>
            <w:pPr>
              <w:spacing w:after="0"/>
              <w:jc w:val="left"/>
            </w:pPr>
            <w:r>
              <w:rPr>
                <w:sz w:val="16"/>
              </w:rPr>
              <w:t>Township</w:t>
            </w:r>
          </w:p>
        </w:tc>
        <w:tc>
          <w:tcPr>
            <w:tcW w:type="dxa" w:w="2061"/>
          </w:tcPr>
          <w:p>
            <w:pPr>
              <w:spacing w:after="0"/>
              <w:jc w:val="left"/>
            </w:pPr>
            <w:r>
              <w:rPr>
                <w:sz w:val="16"/>
              </w:rPr>
              <w:t>Plan 107872 approved 2021-10-28, pending adoption here; not yet eligible</w:t>
            </w:r>
          </w:p>
        </w:tc>
        <w:tc>
          <w:tcPr>
            <w:tcW w:type="dxa" w:w="1929"/>
          </w:tcPr>
          <w:p>
            <w:pPr>
              <w:spacing w:after="0"/>
              <w:jc w:val="right"/>
            </w:pPr>
            <w:r>
              <w:rPr>
                <w:sz w:val="16"/>
              </w:rPr>
              <w:t>FMA RL 0, SRL 0; any 0</w:t>
            </w:r>
          </w:p>
        </w:tc>
        <w:tc>
          <w:tcPr>
            <w:tcW w:type="dxa" w:w="2438"/>
          </w:tcPr>
          <w:p>
            <w:pPr>
              <w:spacing w:after="0"/>
              <w:jc w:val="right"/>
            </w:pPr>
            <w:r>
              <w:rPr>
                <w:sz w:val="16"/>
              </w:rPr>
              <w:t>no Public Assistance recorded</w:t>
            </w:r>
          </w:p>
        </w:tc>
        <w:tc>
          <w:tcPr>
            <w:tcW w:type="dxa" w:w="2152"/>
          </w:tcPr>
          <w:p>
            <w:pPr>
              <w:spacing w:after="0"/>
              <w:jc w:val="right"/>
            </w:pPr>
            <w:r>
              <w:rPr>
                <w:sz w:val="16"/>
              </w:rPr>
              <w:t>26 total; no approved plan</w:t>
            </w:r>
          </w:p>
        </w:tc>
        <w:tc>
          <w:tcPr>
            <w:tcW w:type="dxa" w:w="3171"/>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38"/>
        <w:gridCol w:w="1126"/>
        <w:gridCol w:w="1126"/>
        <w:gridCol w:w="1050"/>
        <w:gridCol w:w="1031"/>
        <w:gridCol w:w="1120"/>
        <w:gridCol w:w="1044"/>
        <w:gridCol w:w="1221"/>
        <w:gridCol w:w="1621"/>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38"/>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50"/>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31"/>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20"/>
            <w:shd w:val="clear" w:color="auto" w:fill="E8E8E8"/>
          </w:tcPr>
          <w:p>
            <w:pPr>
              <w:spacing w:after="0"/>
              <w:jc w:val="right"/>
            </w:pPr>
            <w:r>
              <w:rPr>
                <w:b/>
                <w:sz w:val="16"/>
              </w:rPr>
              <w:t>Storm Events damage since 2021-10-28</w:t>
            </w:r>
          </w:p>
          <w:p>
            <w:pPr>
              <w:spacing w:after="0"/>
              <w:jc w:val="right"/>
            </w:pPr>
            <w:r>
              <w:rPr>
                <w:i/>
                <w:color w:val="555555"/>
                <w:sz w:val="14"/>
              </w:rPr>
              <w:t>county-coded records, property plus crops, nominal dollars</w:t>
            </w:r>
          </w:p>
        </w:tc>
        <w:tc>
          <w:tcPr>
            <w:tcW w:type="dxa" w:w="1044"/>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21"/>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621"/>
            <w:shd w:val="clear" w:color="auto" w:fill="E8E8E8"/>
          </w:tcPr>
          <w:p>
            <w:pPr>
              <w:spacing w:after="0"/>
              <w:jc w:val="left"/>
            </w:pPr>
            <w:r>
              <w:rPr>
                <w:b/>
                <w:sz w:val="16"/>
              </w:rPr>
              <w:t>Note</w:t>
            </w:r>
          </w:p>
        </w:tc>
      </w:tr>
      <w:tr>
        <w:trPr>
          <w:cantSplit/>
        </w:trPr>
        <w:tc>
          <w:tcPr>
            <w:tcW w:type="dxa" w:w="1037"/>
          </w:tcPr>
          <w:p>
            <w:pPr>
              <w:spacing w:after="0"/>
              <w:jc w:val="left"/>
            </w:pPr>
            <w:r>
              <w:rPr>
                <w:sz w:val="16"/>
              </w:rPr>
              <w:t>Coastal Flooding</w:t>
            </w:r>
          </w:p>
        </w:tc>
        <w:tc>
          <w:tcPr>
            <w:tcW w:type="dxa" w:w="1483"/>
          </w:tcPr>
          <w:p>
            <w:pPr>
              <w:spacing w:after="0"/>
              <w:jc w:val="right"/>
            </w:pPr>
            <w:r>
              <w:rPr>
                <w:sz w:val="16"/>
              </w:rPr>
              <w:t>$913,378,409</w:t>
            </w:r>
          </w:p>
        </w:tc>
        <w:tc>
          <w:tcPr>
            <w:tcW w:type="dxa" w:w="1215"/>
          </w:tcPr>
          <w:p>
            <w:pPr>
              <w:spacing w:after="0"/>
              <w:jc w:val="right"/>
            </w:pPr>
            <w:r>
              <w:rPr>
                <w:sz w:val="16"/>
              </w:rPr>
              <w:t>n/a</w:t>
            </w:r>
          </w:p>
        </w:tc>
        <w:tc>
          <w:tcPr>
            <w:tcW w:type="dxa" w:w="1038"/>
          </w:tcPr>
          <w:p>
            <w:pPr>
              <w:spacing w:after="0"/>
              <w:jc w:val="right"/>
            </w:pPr>
            <w:r>
              <w:rPr>
                <w:sz w:val="16"/>
              </w:rPr>
              <w:t>1,739</w:t>
            </w:r>
          </w:p>
        </w:tc>
        <w:tc>
          <w:tcPr>
            <w:tcW w:type="dxa" w:w="1126"/>
          </w:tcPr>
          <w:p>
            <w:pPr>
              <w:spacing w:after="0"/>
              <w:jc w:val="right"/>
            </w:pPr>
            <w:r>
              <w:rPr>
                <w:sz w:val="16"/>
              </w:rPr>
              <w:t>$3,714</w:t>
            </w:r>
          </w:p>
        </w:tc>
        <w:tc>
          <w:tcPr>
            <w:tcW w:type="dxa" w:w="1126"/>
          </w:tcPr>
          <w:p>
            <w:pPr>
              <w:spacing w:after="0"/>
              <w:jc w:val="right"/>
            </w:pPr>
            <w:r>
              <w:rPr>
                <w:sz w:val="16"/>
              </w:rPr>
              <w:t>n/a</w:t>
            </w:r>
          </w:p>
        </w:tc>
        <w:tc>
          <w:tcPr>
            <w:tcW w:type="dxa" w:w="1050"/>
          </w:tcPr>
          <w:p>
            <w:pPr>
              <w:spacing w:after="0"/>
              <w:jc w:val="right"/>
            </w:pPr>
            <w:r>
              <w:rPr>
                <w:sz w:val="16"/>
              </w:rPr>
              <w:t>$271</w:t>
            </w:r>
          </w:p>
        </w:tc>
        <w:tc>
          <w:tcPr>
            <w:tcW w:type="dxa" w:w="1031"/>
          </w:tcPr>
          <w:p>
            <w:pPr>
              <w:spacing w:after="0"/>
              <w:jc w:val="right"/>
            </w:pPr>
            <w:r>
              <w:rPr>
                <w:sz w:val="16"/>
              </w:rPr>
              <w:t>0.000407%</w:t>
            </w:r>
          </w:p>
        </w:tc>
        <w:tc>
          <w:tcPr>
            <w:tcW w:type="dxa" w:w="1120"/>
          </w:tcPr>
          <w:p>
            <w:pPr>
              <w:spacing w:after="0"/>
              <w:jc w:val="right"/>
            </w:pPr>
          </w:p>
        </w:tc>
        <w:tc>
          <w:tcPr>
            <w:tcW w:type="dxa" w:w="1044"/>
          </w:tcPr>
          <w:p>
            <w:pPr>
              <w:spacing w:after="0"/>
              <w:jc w:val="right"/>
            </w:pPr>
          </w:p>
        </w:tc>
        <w:tc>
          <w:tcPr>
            <w:tcW w:type="dxa" w:w="1221"/>
          </w:tcPr>
          <w:p>
            <w:pPr>
              <w:spacing w:after="0"/>
              <w:jc w:val="right"/>
            </w:pPr>
          </w:p>
        </w:tc>
        <w:tc>
          <w:tcPr>
            <w:tcW w:type="dxa" w:w="1621"/>
          </w:tcPr>
          <w:p>
            <w:pPr>
              <w:spacing w:after="0"/>
              <w:jc w:val="left"/>
            </w:pPr>
          </w:p>
        </w:tc>
      </w:tr>
      <w:tr>
        <w:trPr>
          <w:cantSplit/>
        </w:trPr>
        <w:tc>
          <w:tcPr>
            <w:tcW w:type="dxa" w:w="1037"/>
          </w:tcPr>
          <w:p>
            <w:pPr>
              <w:spacing w:after="0"/>
              <w:jc w:val="left"/>
            </w:pPr>
            <w:r>
              <w:rPr>
                <w:sz w:val="16"/>
              </w:rPr>
              <w:t>Cold Wave</w:t>
            </w:r>
          </w:p>
        </w:tc>
        <w:tc>
          <w:tcPr>
            <w:tcW w:type="dxa" w:w="1483"/>
          </w:tcPr>
          <w:p>
            <w:pPr>
              <w:spacing w:after="0"/>
              <w:jc w:val="right"/>
            </w:pPr>
            <w:r>
              <w:rPr>
                <w:sz w:val="16"/>
              </w:rPr>
              <w:t>$30,392,174,535</w:t>
            </w:r>
          </w:p>
        </w:tc>
        <w:tc>
          <w:tcPr>
            <w:tcW w:type="dxa" w:w="1215"/>
          </w:tcPr>
          <w:p>
            <w:pPr>
              <w:spacing w:after="0"/>
              <w:jc w:val="right"/>
            </w:pPr>
            <w:r>
              <w:rPr>
                <w:sz w:val="16"/>
              </w:rPr>
              <w:t>$752,398,680</w:t>
            </w:r>
          </w:p>
        </w:tc>
        <w:tc>
          <w:tcPr>
            <w:tcW w:type="dxa" w:w="1038"/>
          </w:tcPr>
          <w:p>
            <w:pPr>
              <w:spacing w:after="0"/>
              <w:jc w:val="right"/>
            </w:pPr>
            <w:r>
              <w:rPr>
                <w:sz w:val="16"/>
              </w:rPr>
              <w:t>120,243</w:t>
            </w:r>
          </w:p>
        </w:tc>
        <w:tc>
          <w:tcPr>
            <w:tcW w:type="dxa" w:w="1126"/>
          </w:tcPr>
          <w:p>
            <w:pPr>
              <w:spacing w:after="0"/>
              <w:jc w:val="right"/>
            </w:pPr>
            <w:r>
              <w:rPr>
                <w:sz w:val="16"/>
              </w:rPr>
              <w:t>$549</w:t>
            </w:r>
          </w:p>
        </w:tc>
        <w:tc>
          <w:tcPr>
            <w:tcW w:type="dxa" w:w="1126"/>
          </w:tcPr>
          <w:p>
            <w:pPr>
              <w:spacing w:after="0"/>
              <w:jc w:val="right"/>
            </w:pPr>
            <w:r>
              <w:rPr>
                <w:sz w:val="16"/>
              </w:rPr>
              <w:t>$135,665</w:t>
            </w:r>
          </w:p>
        </w:tc>
        <w:tc>
          <w:tcPr>
            <w:tcW w:type="dxa" w:w="1050"/>
          </w:tcPr>
          <w:p>
            <w:pPr>
              <w:spacing w:after="0"/>
              <w:jc w:val="right"/>
            </w:pPr>
            <w:r>
              <w:rPr>
                <w:sz w:val="16"/>
              </w:rPr>
              <w:t>$1,370,568</w:t>
            </w:r>
          </w:p>
        </w:tc>
        <w:tc>
          <w:tcPr>
            <w:tcW w:type="dxa" w:w="1031"/>
          </w:tcPr>
          <w:p>
            <w:pPr>
              <w:spacing w:after="0"/>
              <w:jc w:val="right"/>
            </w:pPr>
            <w:r>
              <w:rPr>
                <w:sz w:val="16"/>
              </w:rPr>
              <w:t>under 0.0001%</w:t>
            </w:r>
          </w:p>
        </w:tc>
        <w:tc>
          <w:tcPr>
            <w:tcW w:type="dxa" w:w="1120"/>
          </w:tcPr>
          <w:p>
            <w:pPr>
              <w:spacing w:after="0"/>
              <w:jc w:val="right"/>
            </w:pPr>
          </w:p>
        </w:tc>
        <w:tc>
          <w:tcPr>
            <w:tcW w:type="dxa" w:w="1044"/>
          </w:tcPr>
          <w:p>
            <w:pPr>
              <w:spacing w:after="0"/>
              <w:jc w:val="right"/>
            </w:pPr>
          </w:p>
        </w:tc>
        <w:tc>
          <w:tcPr>
            <w:tcW w:type="dxa" w:w="1221"/>
          </w:tcPr>
          <w:p>
            <w:pPr>
              <w:spacing w:after="0"/>
              <w:jc w:val="right"/>
            </w:pPr>
          </w:p>
        </w:tc>
        <w:tc>
          <w:tcPr>
            <w:tcW w:type="dxa" w:w="1621"/>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215"/>
          </w:tcPr>
          <w:p>
            <w:pPr>
              <w:spacing w:after="0"/>
              <w:jc w:val="right"/>
            </w:pPr>
            <w:r>
              <w:rPr>
                <w:sz w:val="16"/>
              </w:rPr>
              <w:t>$0</w:t>
            </w:r>
          </w:p>
        </w:tc>
        <w:tc>
          <w:tcPr>
            <w:tcW w:type="dxa" w:w="1038"/>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$0</w:t>
            </w:r>
          </w:p>
        </w:tc>
        <w:tc>
          <w:tcPr>
            <w:tcW w:type="dxa" w:w="1050"/>
          </w:tcPr>
          <w:p>
            <w:pPr>
              <w:spacing w:after="0"/>
              <w:jc w:val="right"/>
            </w:pPr>
            <w:r>
              <w:rPr>
                <w:sz w:val="16"/>
              </w:rPr>
              <w:t>n/a</w:t>
            </w:r>
          </w:p>
        </w:tc>
        <w:tc>
          <w:tcPr>
            <w:tcW w:type="dxa" w:w="1031"/>
          </w:tcPr>
          <w:p>
            <w:pPr>
              <w:spacing w:after="0"/>
              <w:jc w:val="right"/>
            </w:pPr>
          </w:p>
        </w:tc>
        <w:tc>
          <w:tcPr>
            <w:tcW w:type="dxa" w:w="1120"/>
          </w:tcPr>
          <w:p>
            <w:pPr>
              <w:spacing w:after="0"/>
              <w:jc w:val="right"/>
            </w:pPr>
          </w:p>
        </w:tc>
        <w:tc>
          <w:tcPr>
            <w:tcW w:type="dxa" w:w="1044"/>
          </w:tcPr>
          <w:p>
            <w:pPr>
              <w:spacing w:after="0"/>
              <w:jc w:val="right"/>
            </w:pPr>
          </w:p>
        </w:tc>
        <w:tc>
          <w:tcPr>
            <w:tcW w:type="dxa" w:w="1221"/>
          </w:tcPr>
          <w:p>
            <w:pPr>
              <w:spacing w:after="0"/>
              <w:jc w:val="right"/>
            </w:pPr>
          </w:p>
        </w:tc>
        <w:tc>
          <w:tcPr>
            <w:tcW w:type="dxa" w:w="1621"/>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$52,715,454,386</w:t>
            </w:r>
          </w:p>
        </w:tc>
        <w:tc>
          <w:tcPr>
            <w:tcW w:type="dxa" w:w="1215"/>
          </w:tcPr>
          <w:p>
            <w:pPr>
              <w:spacing w:after="0"/>
              <w:jc w:val="right"/>
            </w:pPr>
            <w:r>
              <w:rPr>
                <w:sz w:val="16"/>
              </w:rPr>
              <w:t>n/a</w:t>
            </w:r>
          </w:p>
        </w:tc>
        <w:tc>
          <w:tcPr>
            <w:tcW w:type="dxa" w:w="1038"/>
          </w:tcPr>
          <w:p>
            <w:pPr>
              <w:spacing w:after="0"/>
              <w:jc w:val="right"/>
            </w:pPr>
            <w:r>
              <w:rPr>
                <w:sz w:val="16"/>
              </w:rPr>
              <w:t>120,502</w:t>
            </w:r>
          </w:p>
        </w:tc>
        <w:tc>
          <w:tcPr>
            <w:tcW w:type="dxa" w:w="1126"/>
          </w:tcPr>
          <w:p>
            <w:pPr>
              <w:spacing w:after="0"/>
              <w:jc w:val="right"/>
            </w:pPr>
            <w:r>
              <w:rPr>
                <w:sz w:val="16"/>
              </w:rPr>
              <w:t>$235,973</w:t>
            </w:r>
          </w:p>
        </w:tc>
        <w:tc>
          <w:tcPr>
            <w:tcW w:type="dxa" w:w="1126"/>
          </w:tcPr>
          <w:p>
            <w:pPr>
              <w:spacing w:after="0"/>
              <w:jc w:val="right"/>
            </w:pPr>
            <w:r>
              <w:rPr>
                <w:sz w:val="16"/>
              </w:rPr>
              <w:t>n/a</w:t>
            </w:r>
          </w:p>
        </w:tc>
        <w:tc>
          <w:tcPr>
            <w:tcW w:type="dxa" w:w="1050"/>
          </w:tcPr>
          <w:p>
            <w:pPr>
              <w:spacing w:after="0"/>
              <w:jc w:val="right"/>
            </w:pPr>
            <w:r>
              <w:rPr>
                <w:sz w:val="16"/>
              </w:rPr>
              <w:t>$54,737</w:t>
            </w:r>
          </w:p>
        </w:tc>
        <w:tc>
          <w:tcPr>
            <w:tcW w:type="dxa" w:w="1031"/>
          </w:tcPr>
          <w:p>
            <w:pPr>
              <w:spacing w:after="0"/>
              <w:jc w:val="right"/>
            </w:pPr>
            <w:r>
              <w:rPr>
                <w:sz w:val="16"/>
              </w:rPr>
              <w:t>0.000448%</w:t>
            </w:r>
          </w:p>
        </w:tc>
        <w:tc>
          <w:tcPr>
            <w:tcW w:type="dxa" w:w="1120"/>
          </w:tcPr>
          <w:p>
            <w:pPr>
              <w:spacing w:after="0"/>
              <w:jc w:val="right"/>
            </w:pPr>
          </w:p>
        </w:tc>
        <w:tc>
          <w:tcPr>
            <w:tcW w:type="dxa" w:w="1044"/>
          </w:tcPr>
          <w:p>
            <w:pPr>
              <w:spacing w:after="0"/>
              <w:jc w:val="right"/>
            </w:pPr>
          </w:p>
        </w:tc>
        <w:tc>
          <w:tcPr>
            <w:tcW w:type="dxa" w:w="1221"/>
          </w:tcPr>
          <w:p>
            <w:pPr>
              <w:spacing w:after="0"/>
              <w:jc w:val="right"/>
            </w:pPr>
          </w:p>
        </w:tc>
        <w:tc>
          <w:tcPr>
            <w:tcW w:type="dxa" w:w="1621"/>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$30,392,174,535</w:t>
            </w:r>
          </w:p>
        </w:tc>
        <w:tc>
          <w:tcPr>
            <w:tcW w:type="dxa" w:w="1215"/>
          </w:tcPr>
          <w:p>
            <w:pPr>
              <w:spacing w:after="0"/>
              <w:jc w:val="right"/>
            </w:pPr>
            <w:r>
              <w:rPr>
                <w:sz w:val="16"/>
              </w:rPr>
              <w:t>$752,398,680</w:t>
            </w:r>
          </w:p>
        </w:tc>
        <w:tc>
          <w:tcPr>
            <w:tcW w:type="dxa" w:w="1038"/>
          </w:tcPr>
          <w:p>
            <w:pPr>
              <w:spacing w:after="0"/>
              <w:jc w:val="right"/>
            </w:pPr>
            <w:r>
              <w:rPr>
                <w:sz w:val="16"/>
              </w:rPr>
              <w:t>120,243</w:t>
            </w:r>
          </w:p>
        </w:tc>
        <w:tc>
          <w:tcPr>
            <w:tcW w:type="dxa" w:w="1126"/>
          </w:tcPr>
          <w:p>
            <w:pPr>
              <w:spacing w:after="0"/>
              <w:jc w:val="right"/>
            </w:pPr>
            <w:r>
              <w:rPr>
                <w:sz w:val="16"/>
              </w:rPr>
              <w:t>$1,208,275</w:t>
            </w:r>
          </w:p>
        </w:tc>
        <w:tc>
          <w:tcPr>
            <w:tcW w:type="dxa" w:w="1126"/>
          </w:tcPr>
          <w:p>
            <w:pPr>
              <w:spacing w:after="0"/>
              <w:jc w:val="right"/>
            </w:pPr>
            <w:r>
              <w:rPr>
                <w:sz w:val="16"/>
              </w:rPr>
              <w:t>$112,004</w:t>
            </w:r>
          </w:p>
        </w:tc>
        <w:tc>
          <w:tcPr>
            <w:tcW w:type="dxa" w:w="1050"/>
          </w:tcPr>
          <w:p>
            <w:pPr>
              <w:spacing w:after="0"/>
              <w:jc w:val="right"/>
            </w:pPr>
            <w:r>
              <w:rPr>
                <w:sz w:val="16"/>
              </w:rPr>
              <w:t>$16,097</w:t>
            </w:r>
          </w:p>
        </w:tc>
        <w:tc>
          <w:tcPr>
            <w:tcW w:type="dxa" w:w="1031"/>
          </w:tcPr>
          <w:p>
            <w:pPr>
              <w:spacing w:after="0"/>
              <w:jc w:val="right"/>
            </w:pPr>
            <w:r>
              <w:rPr>
                <w:sz w:val="16"/>
              </w:rPr>
              <w:t>0.00398%</w:t>
            </w:r>
          </w:p>
        </w:tc>
        <w:tc>
          <w:tcPr>
            <w:tcW w:type="dxa" w:w="1120"/>
          </w:tcPr>
          <w:p>
            <w:pPr>
              <w:spacing w:after="0"/>
              <w:jc w:val="right"/>
            </w:pPr>
            <w:r>
              <w:rPr>
                <w:sz w:val="16"/>
              </w:rPr>
              <w:t>$1,000,000</w:t>
            </w:r>
          </w:p>
        </w:tc>
        <w:tc>
          <w:tcPr>
            <w:tcW w:type="dxa" w:w="1044"/>
          </w:tcPr>
          <w:p>
            <w:pPr>
              <w:spacing w:after="0"/>
              <w:jc w:val="right"/>
            </w:pPr>
          </w:p>
        </w:tc>
        <w:tc>
          <w:tcPr>
            <w:tcW w:type="dxa" w:w="1221"/>
          </w:tcPr>
          <w:p>
            <w:pPr>
              <w:spacing w:after="0"/>
              <w:jc w:val="right"/>
            </w:pPr>
          </w:p>
        </w:tc>
        <w:tc>
          <w:tcPr>
            <w:tcW w:type="dxa" w:w="1621"/>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$30,392,174,535</w:t>
            </w:r>
          </w:p>
        </w:tc>
        <w:tc>
          <w:tcPr>
            <w:tcW w:type="dxa" w:w="1215"/>
          </w:tcPr>
          <w:p>
            <w:pPr>
              <w:spacing w:after="0"/>
              <w:jc w:val="right"/>
            </w:pPr>
            <w:r>
              <w:rPr>
                <w:sz w:val="16"/>
              </w:rPr>
              <w:t>$752,398,680</w:t>
            </w:r>
          </w:p>
        </w:tc>
        <w:tc>
          <w:tcPr>
            <w:tcW w:type="dxa" w:w="1038"/>
          </w:tcPr>
          <w:p>
            <w:pPr>
              <w:spacing w:after="0"/>
              <w:jc w:val="right"/>
            </w:pPr>
            <w:r>
              <w:rPr>
                <w:sz w:val="16"/>
              </w:rPr>
              <w:t>120,243</w:t>
            </w:r>
          </w:p>
        </w:tc>
        <w:tc>
          <w:tcPr>
            <w:tcW w:type="dxa" w:w="1126"/>
          </w:tcPr>
          <w:p>
            <w:pPr>
              <w:spacing w:after="0"/>
              <w:jc w:val="right"/>
            </w:pPr>
            <w:r>
              <w:rPr>
                <w:sz w:val="16"/>
              </w:rPr>
              <w:t>$6,310</w:t>
            </w:r>
          </w:p>
        </w:tc>
        <w:tc>
          <w:tcPr>
            <w:tcW w:type="dxa" w:w="1126"/>
          </w:tcPr>
          <w:p>
            <w:pPr>
              <w:spacing w:after="0"/>
              <w:jc w:val="right"/>
            </w:pPr>
            <w:r>
              <w:rPr>
                <w:sz w:val="16"/>
              </w:rPr>
              <w:t>$6</w:t>
            </w:r>
          </w:p>
        </w:tc>
        <w:tc>
          <w:tcPr>
            <w:tcW w:type="dxa" w:w="1050"/>
          </w:tcPr>
          <w:p>
            <w:pPr>
              <w:spacing w:after="0"/>
              <w:jc w:val="right"/>
            </w:pPr>
            <w:r>
              <w:rPr>
                <w:sz w:val="16"/>
              </w:rPr>
              <w:t>$333,085</w:t>
            </w:r>
          </w:p>
        </w:tc>
        <w:tc>
          <w:tcPr>
            <w:tcW w:type="dxa" w:w="1031"/>
          </w:tcPr>
          <w:p>
            <w:pPr>
              <w:spacing w:after="0"/>
              <w:jc w:val="right"/>
            </w:pPr>
            <w:r>
              <w:rPr>
                <w:sz w:val="16"/>
              </w:rPr>
              <w:t>under 0.0001%</w:t>
            </w:r>
          </w:p>
        </w:tc>
        <w:tc>
          <w:tcPr>
            <w:tcW w:type="dxa" w:w="1120"/>
          </w:tcPr>
          <w:p>
            <w:pPr>
              <w:spacing w:after="0"/>
              <w:jc w:val="right"/>
            </w:pPr>
          </w:p>
        </w:tc>
        <w:tc>
          <w:tcPr>
            <w:tcW w:type="dxa" w:w="1044"/>
          </w:tcPr>
          <w:p>
            <w:pPr>
              <w:spacing w:after="0"/>
              <w:jc w:val="right"/>
            </w:pPr>
          </w:p>
        </w:tc>
        <w:tc>
          <w:tcPr>
            <w:tcW w:type="dxa" w:w="1221"/>
          </w:tcPr>
          <w:p>
            <w:pPr>
              <w:spacing w:after="0"/>
              <w:jc w:val="right"/>
            </w:pPr>
          </w:p>
        </w:tc>
        <w:tc>
          <w:tcPr>
            <w:tcW w:type="dxa" w:w="1621"/>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$30,266,099,017</w:t>
            </w:r>
          </w:p>
        </w:tc>
        <w:tc>
          <w:tcPr>
            <w:tcW w:type="dxa" w:w="1215"/>
          </w:tcPr>
          <w:p>
            <w:pPr>
              <w:spacing w:after="0"/>
              <w:jc w:val="right"/>
            </w:pPr>
            <w:r>
              <w:rPr>
                <w:sz w:val="16"/>
              </w:rPr>
              <w:t>$745,618,359</w:t>
            </w:r>
          </w:p>
        </w:tc>
        <w:tc>
          <w:tcPr>
            <w:tcW w:type="dxa" w:w="1038"/>
          </w:tcPr>
          <w:p>
            <w:pPr>
              <w:spacing w:after="0"/>
              <w:jc w:val="right"/>
            </w:pPr>
            <w:r>
              <w:rPr>
                <w:sz w:val="16"/>
              </w:rPr>
              <w:t>119,697</w:t>
            </w:r>
          </w:p>
        </w:tc>
        <w:tc>
          <w:tcPr>
            <w:tcW w:type="dxa" w:w="1126"/>
          </w:tcPr>
          <w:p>
            <w:pPr>
              <w:spacing w:after="0"/>
              <w:jc w:val="right"/>
            </w:pPr>
            <w:r>
              <w:rPr>
                <w:sz w:val="16"/>
              </w:rPr>
              <w:t>$12,816</w:t>
            </w:r>
          </w:p>
        </w:tc>
        <w:tc>
          <w:tcPr>
            <w:tcW w:type="dxa" w:w="1126"/>
          </w:tcPr>
          <w:p>
            <w:pPr>
              <w:spacing w:after="0"/>
              <w:jc w:val="right"/>
            </w:pPr>
            <w:r>
              <w:rPr>
                <w:sz w:val="16"/>
              </w:rPr>
              <w:t>$17,601</w:t>
            </w:r>
          </w:p>
        </w:tc>
        <w:tc>
          <w:tcPr>
            <w:tcW w:type="dxa" w:w="1050"/>
          </w:tcPr>
          <w:p>
            <w:pPr>
              <w:spacing w:after="0"/>
              <w:jc w:val="right"/>
            </w:pPr>
            <w:r>
              <w:rPr>
                <w:sz w:val="16"/>
              </w:rPr>
              <w:t>$12</w:t>
            </w:r>
          </w:p>
        </w:tc>
        <w:tc>
          <w:tcPr>
            <w:tcW w:type="dxa" w:w="1031"/>
          </w:tcPr>
          <w:p>
            <w:pPr>
              <w:spacing w:after="0"/>
              <w:jc w:val="right"/>
            </w:pPr>
            <w:r>
              <w:rPr>
                <w:sz w:val="16"/>
              </w:rPr>
              <w:t>under 0.0001%</w:t>
            </w:r>
          </w:p>
        </w:tc>
        <w:tc>
          <w:tcPr>
            <w:tcW w:type="dxa" w:w="1120"/>
          </w:tcPr>
          <w:p>
            <w:pPr>
              <w:spacing w:after="0"/>
              <w:jc w:val="right"/>
            </w:pPr>
          </w:p>
        </w:tc>
        <w:tc>
          <w:tcPr>
            <w:tcW w:type="dxa" w:w="1044"/>
          </w:tcPr>
          <w:p>
            <w:pPr>
              <w:spacing w:after="0"/>
              <w:jc w:val="right"/>
            </w:pPr>
          </w:p>
        </w:tc>
        <w:tc>
          <w:tcPr>
            <w:tcW w:type="dxa" w:w="1221"/>
          </w:tcPr>
          <w:p>
            <w:pPr>
              <w:spacing w:after="0"/>
              <w:jc w:val="right"/>
            </w:pPr>
          </w:p>
        </w:tc>
        <w:tc>
          <w:tcPr>
            <w:tcW w:type="dxa" w:w="1621"/>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$30,389,113,387</w:t>
            </w:r>
          </w:p>
        </w:tc>
        <w:tc>
          <w:tcPr>
            <w:tcW w:type="dxa" w:w="1215"/>
          </w:tcPr>
          <w:p>
            <w:pPr>
              <w:spacing w:after="0"/>
              <w:jc w:val="right"/>
            </w:pPr>
            <w:r>
              <w:rPr>
                <w:sz w:val="16"/>
              </w:rPr>
              <w:t>n/a</w:t>
            </w:r>
          </w:p>
        </w:tc>
        <w:tc>
          <w:tcPr>
            <w:tcW w:type="dxa" w:w="1038"/>
          </w:tcPr>
          <w:p>
            <w:pPr>
              <w:spacing w:after="0"/>
              <w:jc w:val="right"/>
            </w:pPr>
            <w:r>
              <w:rPr>
                <w:sz w:val="16"/>
              </w:rPr>
              <w:t>120,238</w:t>
            </w:r>
          </w:p>
        </w:tc>
        <w:tc>
          <w:tcPr>
            <w:tcW w:type="dxa" w:w="1126"/>
          </w:tcPr>
          <w:p>
            <w:pPr>
              <w:spacing w:after="0"/>
              <w:jc w:val="right"/>
            </w:pPr>
            <w:r>
              <w:rPr>
                <w:sz w:val="16"/>
              </w:rPr>
              <w:t>$163,443</w:t>
            </w:r>
          </w:p>
        </w:tc>
        <w:tc>
          <w:tcPr>
            <w:tcW w:type="dxa" w:w="1126"/>
          </w:tcPr>
          <w:p>
            <w:pPr>
              <w:spacing w:after="0"/>
              <w:jc w:val="right"/>
            </w:pPr>
            <w:r>
              <w:rPr>
                <w:sz w:val="16"/>
              </w:rPr>
              <w:t>n/a</w:t>
            </w:r>
          </w:p>
        </w:tc>
        <w:tc>
          <w:tcPr>
            <w:tcW w:type="dxa" w:w="1050"/>
          </w:tcPr>
          <w:p>
            <w:pPr>
              <w:spacing w:after="0"/>
              <w:jc w:val="right"/>
            </w:pPr>
            <w:r>
              <w:rPr>
                <w:sz w:val="16"/>
              </w:rPr>
              <w:t>$50,913</w:t>
            </w:r>
          </w:p>
        </w:tc>
        <w:tc>
          <w:tcPr>
            <w:tcW w:type="dxa" w:w="1031"/>
          </w:tcPr>
          <w:p>
            <w:pPr>
              <w:spacing w:after="0"/>
              <w:jc w:val="right"/>
            </w:pPr>
            <w:r>
              <w:rPr>
                <w:sz w:val="16"/>
              </w:rPr>
              <w:t>0.000538%</w:t>
            </w:r>
          </w:p>
        </w:tc>
        <w:tc>
          <w:tcPr>
            <w:tcW w:type="dxa" w:w="1120"/>
          </w:tcPr>
          <w:p>
            <w:pPr>
              <w:spacing w:after="0"/>
              <w:jc w:val="right"/>
            </w:pPr>
          </w:p>
        </w:tc>
        <w:tc>
          <w:tcPr>
            <w:tcW w:type="dxa" w:w="1044"/>
          </w:tcPr>
          <w:p>
            <w:pPr>
              <w:spacing w:after="0"/>
              <w:jc w:val="right"/>
            </w:pPr>
            <w:r>
              <w:rPr>
                <w:sz w:val="16"/>
              </w:rPr>
              <w:t>$500,000</w:t>
            </w:r>
          </w:p>
        </w:tc>
        <w:tc>
          <w:tcPr>
            <w:tcW w:type="dxa" w:w="1221"/>
          </w:tcPr>
          <w:p>
            <w:pPr>
              <w:spacing w:after="0"/>
              <w:jc w:val="right"/>
            </w:pPr>
          </w:p>
        </w:tc>
        <w:tc>
          <w:tcPr>
            <w:tcW w:type="dxa" w:w="1621"/>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$30,359,847,548</w:t>
            </w:r>
          </w:p>
        </w:tc>
        <w:tc>
          <w:tcPr>
            <w:tcW w:type="dxa" w:w="1215"/>
          </w:tcPr>
          <w:p>
            <w:pPr>
              <w:spacing w:after="0"/>
              <w:jc w:val="right"/>
            </w:pPr>
            <w:r>
              <w:rPr>
                <w:sz w:val="16"/>
              </w:rPr>
              <w:t>$18,437,541</w:t>
            </w:r>
          </w:p>
        </w:tc>
        <w:tc>
          <w:tcPr>
            <w:tcW w:type="dxa" w:w="1038"/>
          </w:tcPr>
          <w:p>
            <w:pPr>
              <w:spacing w:after="0"/>
              <w:jc w:val="right"/>
            </w:pPr>
            <w:r>
              <w:rPr>
                <w:sz w:val="16"/>
              </w:rPr>
              <w:t>1,490</w:t>
            </w:r>
          </w:p>
        </w:tc>
        <w:tc>
          <w:tcPr>
            <w:tcW w:type="dxa" w:w="1126"/>
          </w:tcPr>
          <w:p>
            <w:pPr>
              <w:spacing w:after="0"/>
              <w:jc w:val="right"/>
            </w:pPr>
            <w:r>
              <w:rPr>
                <w:sz w:val="16"/>
              </w:rPr>
              <w:t>$21,573,594</w:t>
            </w:r>
          </w:p>
        </w:tc>
        <w:tc>
          <w:tcPr>
            <w:tcW w:type="dxa" w:w="1126"/>
          </w:tcPr>
          <w:p>
            <w:pPr>
              <w:spacing w:after="0"/>
              <w:jc w:val="right"/>
            </w:pPr>
            <w:r>
              <w:rPr>
                <w:sz w:val="16"/>
              </w:rPr>
              <w:t>$213,492</w:t>
            </w:r>
          </w:p>
        </w:tc>
        <w:tc>
          <w:tcPr>
            <w:tcW w:type="dxa" w:w="1050"/>
          </w:tcPr>
          <w:p>
            <w:pPr>
              <w:spacing w:after="0"/>
              <w:jc w:val="right"/>
            </w:pPr>
            <w:r>
              <w:rPr>
                <w:sz w:val="16"/>
              </w:rPr>
              <w:t>$267,326</w:t>
            </w:r>
          </w:p>
        </w:tc>
        <w:tc>
          <w:tcPr>
            <w:tcW w:type="dxa" w:w="1031"/>
          </w:tcPr>
          <w:p>
            <w:pPr>
              <w:spacing w:after="0"/>
              <w:jc w:val="right"/>
            </w:pPr>
            <w:r>
              <w:rPr>
                <w:sz w:val="16"/>
              </w:rPr>
              <w:t>n/a (see note)</w:t>
            </w:r>
          </w:p>
        </w:tc>
        <w:tc>
          <w:tcPr>
            <w:tcW w:type="dxa" w:w="1120"/>
          </w:tcPr>
          <w:p>
            <w:pPr>
              <w:spacing w:after="0"/>
              <w:jc w:val="right"/>
            </w:pPr>
          </w:p>
        </w:tc>
        <w:tc>
          <w:tcPr>
            <w:tcW w:type="dxa" w:w="1044"/>
          </w:tcPr>
          <w:p>
            <w:pPr>
              <w:spacing w:after="0"/>
              <w:jc w:val="right"/>
            </w:pPr>
          </w:p>
        </w:tc>
        <w:tc>
          <w:tcPr>
            <w:tcW w:type="dxa" w:w="1221"/>
          </w:tcPr>
          <w:p>
            <w:pPr>
              <w:spacing w:after="0"/>
              <w:jc w:val="right"/>
            </w:pPr>
            <w:r>
              <w:rPr>
                <w:sz w:val="16"/>
              </w:rPr>
              <w:t>no Public Assistance recorded (1 declaration)</w:t>
            </w:r>
          </w:p>
        </w:tc>
        <w:tc>
          <w:tcPr>
            <w:tcW w:type="dxa" w:w="1621"/>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$388,391,722</w:t>
            </w:r>
          </w:p>
        </w:tc>
        <w:tc>
          <w:tcPr>
            <w:tcW w:type="dxa" w:w="1215"/>
          </w:tcPr>
          <w:p>
            <w:pPr>
              <w:spacing w:after="0"/>
              <w:jc w:val="right"/>
            </w:pPr>
            <w:r>
              <w:rPr>
                <w:sz w:val="16"/>
              </w:rPr>
              <w:t>n/a</w:t>
            </w:r>
          </w:p>
        </w:tc>
        <w:tc>
          <w:tcPr>
            <w:tcW w:type="dxa" w:w="1038"/>
          </w:tcPr>
          <w:p>
            <w:pPr>
              <w:spacing w:after="0"/>
              <w:jc w:val="right"/>
            </w:pPr>
            <w:r>
              <w:rPr>
                <w:sz w:val="16"/>
              </w:rPr>
              <w:t>1,363</w:t>
            </w:r>
          </w:p>
        </w:tc>
        <w:tc>
          <w:tcPr>
            <w:tcW w:type="dxa" w:w="1126"/>
          </w:tcPr>
          <w:p>
            <w:pPr>
              <w:spacing w:after="0"/>
              <w:jc w:val="right"/>
            </w:pPr>
            <w:r>
              <w:rPr>
                <w:sz w:val="16"/>
              </w:rPr>
              <w:t>$707</w:t>
            </w:r>
          </w:p>
        </w:tc>
        <w:tc>
          <w:tcPr>
            <w:tcW w:type="dxa" w:w="1126"/>
          </w:tcPr>
          <w:p>
            <w:pPr>
              <w:spacing w:after="0"/>
              <w:jc w:val="right"/>
            </w:pPr>
            <w:r>
              <w:rPr>
                <w:sz w:val="16"/>
              </w:rPr>
              <w:t>n/a</w:t>
            </w:r>
          </w:p>
        </w:tc>
        <w:tc>
          <w:tcPr>
            <w:tcW w:type="dxa" w:w="1050"/>
          </w:tcPr>
          <w:p>
            <w:pPr>
              <w:spacing w:after="0"/>
              <w:jc w:val="right"/>
            </w:pPr>
            <w:r>
              <w:rPr>
                <w:sz w:val="16"/>
              </w:rPr>
              <w:t>$2,508</w:t>
            </w:r>
          </w:p>
        </w:tc>
        <w:tc>
          <w:tcPr>
            <w:tcW w:type="dxa" w:w="1031"/>
          </w:tcPr>
          <w:p>
            <w:pPr>
              <w:spacing w:after="0"/>
              <w:jc w:val="right"/>
            </w:pPr>
            <w:r>
              <w:rPr>
                <w:sz w:val="16"/>
              </w:rPr>
              <w:t>0.000182%</w:t>
            </w:r>
          </w:p>
        </w:tc>
        <w:tc>
          <w:tcPr>
            <w:tcW w:type="dxa" w:w="1120"/>
          </w:tcPr>
          <w:p>
            <w:pPr>
              <w:spacing w:after="0"/>
              <w:jc w:val="right"/>
            </w:pPr>
          </w:p>
        </w:tc>
        <w:tc>
          <w:tcPr>
            <w:tcW w:type="dxa" w:w="1044"/>
          </w:tcPr>
          <w:p>
            <w:pPr>
              <w:spacing w:after="0"/>
              <w:jc w:val="right"/>
            </w:pPr>
          </w:p>
        </w:tc>
        <w:tc>
          <w:tcPr>
            <w:tcW w:type="dxa" w:w="1221"/>
          </w:tcPr>
          <w:p>
            <w:pPr>
              <w:spacing w:after="0"/>
              <w:jc w:val="right"/>
            </w:pPr>
          </w:p>
        </w:tc>
        <w:tc>
          <w:tcPr>
            <w:tcW w:type="dxa" w:w="1621"/>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$30,392,174,535</w:t>
            </w:r>
          </w:p>
        </w:tc>
        <w:tc>
          <w:tcPr>
            <w:tcW w:type="dxa" w:w="1215"/>
          </w:tcPr>
          <w:p>
            <w:pPr>
              <w:spacing w:after="0"/>
              <w:jc w:val="right"/>
            </w:pPr>
            <w:r>
              <w:rPr>
                <w:sz w:val="16"/>
              </w:rPr>
              <w:t>n/a</w:t>
            </w:r>
          </w:p>
        </w:tc>
        <w:tc>
          <w:tcPr>
            <w:tcW w:type="dxa" w:w="1038"/>
          </w:tcPr>
          <w:p>
            <w:pPr>
              <w:spacing w:after="0"/>
              <w:jc w:val="right"/>
            </w:pPr>
            <w:r>
              <w:rPr>
                <w:sz w:val="16"/>
              </w:rPr>
              <w:t>120,243</w:t>
            </w:r>
          </w:p>
        </w:tc>
        <w:tc>
          <w:tcPr>
            <w:tcW w:type="dxa" w:w="1126"/>
          </w:tcPr>
          <w:p>
            <w:pPr>
              <w:spacing w:after="0"/>
              <w:jc w:val="right"/>
            </w:pPr>
            <w:r>
              <w:rPr>
                <w:sz w:val="16"/>
              </w:rPr>
              <w:t>$21,845</w:t>
            </w:r>
          </w:p>
        </w:tc>
        <w:tc>
          <w:tcPr>
            <w:tcW w:type="dxa" w:w="1126"/>
          </w:tcPr>
          <w:p>
            <w:pPr>
              <w:spacing w:after="0"/>
              <w:jc w:val="right"/>
            </w:pPr>
            <w:r>
              <w:rPr>
                <w:sz w:val="16"/>
              </w:rPr>
              <w:t>n/a</w:t>
            </w:r>
          </w:p>
        </w:tc>
        <w:tc>
          <w:tcPr>
            <w:tcW w:type="dxa" w:w="1050"/>
          </w:tcPr>
          <w:p>
            <w:pPr>
              <w:spacing w:after="0"/>
              <w:jc w:val="right"/>
            </w:pPr>
            <w:r>
              <w:rPr>
                <w:sz w:val="16"/>
              </w:rPr>
              <w:t>$304,057</w:t>
            </w:r>
          </w:p>
        </w:tc>
        <w:tc>
          <w:tcPr>
            <w:tcW w:type="dxa" w:w="1031"/>
          </w:tcPr>
          <w:p>
            <w:pPr>
              <w:spacing w:after="0"/>
              <w:jc w:val="right"/>
            </w:pPr>
            <w:r>
              <w:rPr>
                <w:sz w:val="16"/>
              </w:rPr>
              <w:t>under 0.0001%</w:t>
            </w:r>
          </w:p>
        </w:tc>
        <w:tc>
          <w:tcPr>
            <w:tcW w:type="dxa" w:w="1120"/>
          </w:tcPr>
          <w:p>
            <w:pPr>
              <w:spacing w:after="0"/>
              <w:jc w:val="right"/>
            </w:pPr>
          </w:p>
        </w:tc>
        <w:tc>
          <w:tcPr>
            <w:tcW w:type="dxa" w:w="1044"/>
          </w:tcPr>
          <w:p>
            <w:pPr>
              <w:spacing w:after="0"/>
              <w:jc w:val="right"/>
            </w:pPr>
          </w:p>
        </w:tc>
        <w:tc>
          <w:tcPr>
            <w:tcW w:type="dxa" w:w="1221"/>
          </w:tcPr>
          <w:p>
            <w:pPr>
              <w:spacing w:after="0"/>
              <w:jc w:val="right"/>
            </w:pPr>
          </w:p>
        </w:tc>
        <w:tc>
          <w:tcPr>
            <w:tcW w:type="dxa" w:w="1621"/>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$30,392,174,535</w:t>
            </w:r>
          </w:p>
        </w:tc>
        <w:tc>
          <w:tcPr>
            <w:tcW w:type="dxa" w:w="1215"/>
          </w:tcPr>
          <w:p>
            <w:pPr>
              <w:spacing w:after="0"/>
              <w:jc w:val="right"/>
            </w:pPr>
            <w:r>
              <w:rPr>
                <w:sz w:val="16"/>
              </w:rPr>
              <w:t>$752,398,680</w:t>
            </w:r>
          </w:p>
        </w:tc>
        <w:tc>
          <w:tcPr>
            <w:tcW w:type="dxa" w:w="1038"/>
          </w:tcPr>
          <w:p>
            <w:pPr>
              <w:spacing w:after="0"/>
              <w:jc w:val="right"/>
            </w:pPr>
            <w:r>
              <w:rPr>
                <w:sz w:val="16"/>
              </w:rPr>
              <w:t>120,243</w:t>
            </w:r>
          </w:p>
        </w:tc>
        <w:tc>
          <w:tcPr>
            <w:tcW w:type="dxa" w:w="1126"/>
          </w:tcPr>
          <w:p>
            <w:pPr>
              <w:spacing w:after="0"/>
              <w:jc w:val="right"/>
            </w:pPr>
            <w:r>
              <w:rPr>
                <w:sz w:val="16"/>
              </w:rPr>
              <w:t>$1,296,520</w:t>
            </w:r>
          </w:p>
        </w:tc>
        <w:tc>
          <w:tcPr>
            <w:tcW w:type="dxa" w:w="1126"/>
          </w:tcPr>
          <w:p>
            <w:pPr>
              <w:spacing w:after="0"/>
              <w:jc w:val="right"/>
            </w:pPr>
            <w:r>
              <w:rPr>
                <w:sz w:val="16"/>
              </w:rPr>
              <w:t>$54,614</w:t>
            </w:r>
          </w:p>
        </w:tc>
        <w:tc>
          <w:tcPr>
            <w:tcW w:type="dxa" w:w="1050"/>
          </w:tcPr>
          <w:p>
            <w:pPr>
              <w:spacing w:after="0"/>
              <w:jc w:val="right"/>
            </w:pPr>
            <w:r>
              <w:rPr>
                <w:sz w:val="16"/>
              </w:rPr>
              <w:t>$624,257</w:t>
            </w:r>
          </w:p>
        </w:tc>
        <w:tc>
          <w:tcPr>
            <w:tcW w:type="dxa" w:w="1031"/>
          </w:tcPr>
          <w:p>
            <w:pPr>
              <w:spacing w:after="0"/>
              <w:jc w:val="right"/>
            </w:pPr>
            <w:r>
              <w:rPr>
                <w:sz w:val="16"/>
              </w:rPr>
              <w:t>0.00427%</w:t>
            </w:r>
          </w:p>
        </w:tc>
        <w:tc>
          <w:tcPr>
            <w:tcW w:type="dxa" w:w="1120"/>
          </w:tcPr>
          <w:p>
            <w:pPr>
              <w:spacing w:after="0"/>
              <w:jc w:val="right"/>
            </w:pPr>
            <w:r>
              <w:rPr>
                <w:sz w:val="16"/>
              </w:rPr>
              <w:t>$1,202,000</w:t>
            </w:r>
          </w:p>
        </w:tc>
        <w:tc>
          <w:tcPr>
            <w:tcW w:type="dxa" w:w="1044"/>
          </w:tcPr>
          <w:p>
            <w:pPr>
              <w:spacing w:after="0"/>
              <w:jc w:val="right"/>
            </w:pPr>
            <w:r>
              <w:rPr>
                <w:sz w:val="16"/>
              </w:rPr>
              <w:t>$10,000</w:t>
            </w:r>
          </w:p>
        </w:tc>
        <w:tc>
          <w:tcPr>
            <w:tcW w:type="dxa" w:w="1221"/>
          </w:tcPr>
          <w:p>
            <w:pPr>
              <w:spacing w:after="0"/>
              <w:jc w:val="right"/>
            </w:pPr>
          </w:p>
        </w:tc>
        <w:tc>
          <w:tcPr>
            <w:tcW w:type="dxa" w:w="1621"/>
          </w:tcPr>
          <w:p>
            <w:pPr>
              <w:spacing w:after="0"/>
              <w:jc w:val="left"/>
            </w:pPr>
            <w:r>
              <w:rPr>
                <w:sz w:val="16"/>
              </w:rPr>
              <w:t>Storm Events damage since the plan includes 1 zone-level High Wind record ($10,000): a NOAA non-thunderstorm wind type, outside NRI's Strong Wind definition.</w:t>
            </w:r>
          </w:p>
        </w:tc>
      </w:tr>
      <w:tr>
        <w:trPr>
          <w:cantSplit/>
        </w:trPr>
        <w:tc>
          <w:tcPr>
            <w:tcW w:type="dxa" w:w="1037"/>
          </w:tcPr>
          <w:p>
            <w:pPr>
              <w:spacing w:after="0"/>
              <w:jc w:val="left"/>
            </w:pPr>
            <w:r>
              <w:rPr>
                <w:sz w:val="16"/>
              </w:rPr>
              <w:t>Tornado</w:t>
            </w:r>
          </w:p>
        </w:tc>
        <w:tc>
          <w:tcPr>
            <w:tcW w:type="dxa" w:w="1483"/>
          </w:tcPr>
          <w:p>
            <w:pPr>
              <w:spacing w:after="0"/>
              <w:jc w:val="right"/>
            </w:pPr>
            <w:r>
              <w:rPr>
                <w:sz w:val="16"/>
              </w:rPr>
              <w:t>$30,392,174,535</w:t>
            </w:r>
          </w:p>
        </w:tc>
        <w:tc>
          <w:tcPr>
            <w:tcW w:type="dxa" w:w="1215"/>
          </w:tcPr>
          <w:p>
            <w:pPr>
              <w:spacing w:after="0"/>
              <w:jc w:val="right"/>
            </w:pPr>
            <w:r>
              <w:rPr>
                <w:sz w:val="16"/>
              </w:rPr>
              <w:t>$752,398,680</w:t>
            </w:r>
          </w:p>
        </w:tc>
        <w:tc>
          <w:tcPr>
            <w:tcW w:type="dxa" w:w="1038"/>
          </w:tcPr>
          <w:p>
            <w:pPr>
              <w:spacing w:after="0"/>
              <w:jc w:val="right"/>
            </w:pPr>
            <w:r>
              <w:rPr>
                <w:sz w:val="16"/>
              </w:rPr>
              <w:t>120,243</w:t>
            </w:r>
          </w:p>
        </w:tc>
        <w:tc>
          <w:tcPr>
            <w:tcW w:type="dxa" w:w="1126"/>
          </w:tcPr>
          <w:p>
            <w:pPr>
              <w:spacing w:after="0"/>
              <w:jc w:val="right"/>
            </w:pPr>
            <w:r>
              <w:rPr>
                <w:sz w:val="16"/>
              </w:rPr>
              <w:t>$2,390,523</w:t>
            </w:r>
          </w:p>
        </w:tc>
        <w:tc>
          <w:tcPr>
            <w:tcW w:type="dxa" w:w="1126"/>
          </w:tcPr>
          <w:p>
            <w:pPr>
              <w:spacing w:after="0"/>
              <w:jc w:val="right"/>
            </w:pPr>
            <w:r>
              <w:rPr>
                <w:sz w:val="16"/>
              </w:rPr>
              <w:t>$4,406</w:t>
            </w:r>
          </w:p>
        </w:tc>
        <w:tc>
          <w:tcPr>
            <w:tcW w:type="dxa" w:w="1050"/>
          </w:tcPr>
          <w:p>
            <w:pPr>
              <w:spacing w:after="0"/>
              <w:jc w:val="right"/>
            </w:pPr>
            <w:r>
              <w:rPr>
                <w:sz w:val="16"/>
              </w:rPr>
              <w:t>$1,424,963</w:t>
            </w:r>
          </w:p>
        </w:tc>
        <w:tc>
          <w:tcPr>
            <w:tcW w:type="dxa" w:w="1031"/>
          </w:tcPr>
          <w:p>
            <w:pPr>
              <w:spacing w:after="0"/>
              <w:jc w:val="right"/>
            </w:pPr>
            <w:r>
              <w:rPr>
                <w:sz w:val="16"/>
              </w:rPr>
              <w:t>0.00787%</w:t>
            </w:r>
          </w:p>
        </w:tc>
        <w:tc>
          <w:tcPr>
            <w:tcW w:type="dxa" w:w="1120"/>
          </w:tcPr>
          <w:p>
            <w:pPr>
              <w:spacing w:after="0"/>
              <w:jc w:val="right"/>
            </w:pPr>
          </w:p>
        </w:tc>
        <w:tc>
          <w:tcPr>
            <w:tcW w:type="dxa" w:w="1044"/>
          </w:tcPr>
          <w:p>
            <w:pPr>
              <w:spacing w:after="0"/>
              <w:jc w:val="right"/>
            </w:pPr>
          </w:p>
        </w:tc>
        <w:tc>
          <w:tcPr>
            <w:tcW w:type="dxa" w:w="1221"/>
          </w:tcPr>
          <w:p>
            <w:pPr>
              <w:spacing w:after="0"/>
              <w:jc w:val="right"/>
            </w:pPr>
            <w:r>
              <w:rPr>
                <w:sz w:val="16"/>
              </w:rPr>
              <w:t>no Public Assistance recorded (1 declaration)</w:t>
            </w:r>
          </w:p>
        </w:tc>
        <w:tc>
          <w:tcPr>
            <w:tcW w:type="dxa" w:w="1621"/>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r>
              <w:rPr>
                <w:sz w:val="16"/>
              </w:rPr>
              <w:t>n/a</w:t>
            </w:r>
          </w:p>
        </w:tc>
        <w:tc>
          <w:tcPr>
            <w:tcW w:type="dxa" w:w="1215"/>
          </w:tcPr>
          <w:p>
            <w:pPr>
              <w:spacing w:after="0"/>
              <w:jc w:val="right"/>
            </w:pPr>
            <w:r>
              <w:rPr>
                <w:sz w:val="16"/>
              </w:rPr>
              <w:t>n/a</w:t>
            </w:r>
          </w:p>
        </w:tc>
        <w:tc>
          <w:tcPr>
            <w:tcW w:type="dxa" w:w="1038"/>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n/a</w:t>
            </w:r>
          </w:p>
        </w:tc>
        <w:tc>
          <w:tcPr>
            <w:tcW w:type="dxa" w:w="1050"/>
          </w:tcPr>
          <w:p>
            <w:pPr>
              <w:spacing w:after="0"/>
              <w:jc w:val="right"/>
            </w:pPr>
            <w:r>
              <w:rPr>
                <w:sz w:val="16"/>
              </w:rPr>
              <w:t>n/a</w:t>
            </w:r>
          </w:p>
        </w:tc>
        <w:tc>
          <w:tcPr>
            <w:tcW w:type="dxa" w:w="1031"/>
          </w:tcPr>
          <w:p>
            <w:pPr>
              <w:spacing w:after="0"/>
              <w:jc w:val="right"/>
            </w:pPr>
          </w:p>
        </w:tc>
        <w:tc>
          <w:tcPr>
            <w:tcW w:type="dxa" w:w="1120"/>
          </w:tcPr>
          <w:p>
            <w:pPr>
              <w:spacing w:after="0"/>
              <w:jc w:val="right"/>
            </w:pPr>
          </w:p>
        </w:tc>
        <w:tc>
          <w:tcPr>
            <w:tcW w:type="dxa" w:w="1044"/>
          </w:tcPr>
          <w:p>
            <w:pPr>
              <w:spacing w:after="0"/>
              <w:jc w:val="right"/>
            </w:pPr>
          </w:p>
        </w:tc>
        <w:tc>
          <w:tcPr>
            <w:tcW w:type="dxa" w:w="1221"/>
          </w:tcPr>
          <w:p>
            <w:pPr>
              <w:spacing w:after="0"/>
              <w:jc w:val="right"/>
            </w:pPr>
          </w:p>
        </w:tc>
        <w:tc>
          <w:tcPr>
            <w:tcW w:type="dxa" w:w="1621"/>
          </w:tcPr>
          <w:p>
            <w:pPr>
              <w:spacing w:after="0"/>
              <w:jc w:val="left"/>
            </w:pPr>
            <w:r>
              <w:rPr>
                <w:sz w:val="16"/>
              </w:rPr>
              <w:t>NRI publishes no building exposure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$13,514,632,281</w:t>
            </w:r>
          </w:p>
        </w:tc>
        <w:tc>
          <w:tcPr>
            <w:tcW w:type="dxa" w:w="1215"/>
          </w:tcPr>
          <w:p>
            <w:pPr>
              <w:spacing w:after="0"/>
              <w:jc w:val="right"/>
            </w:pPr>
            <w:r>
              <w:rPr>
                <w:sz w:val="16"/>
              </w:rPr>
              <w:t>$291,927,389</w:t>
            </w:r>
          </w:p>
        </w:tc>
        <w:tc>
          <w:tcPr>
            <w:tcW w:type="dxa" w:w="1038"/>
          </w:tcPr>
          <w:p>
            <w:pPr>
              <w:spacing w:after="0"/>
              <w:jc w:val="right"/>
            </w:pPr>
            <w:r>
              <w:rPr>
                <w:sz w:val="16"/>
              </w:rPr>
              <w:t>57,916</w:t>
            </w:r>
          </w:p>
        </w:tc>
        <w:tc>
          <w:tcPr>
            <w:tcW w:type="dxa" w:w="1126"/>
          </w:tcPr>
          <w:p>
            <w:pPr>
              <w:spacing w:after="0"/>
              <w:jc w:val="right"/>
            </w:pPr>
            <w:r>
              <w:rPr>
                <w:sz w:val="16"/>
              </w:rPr>
              <w:t>$17,927</w:t>
            </w:r>
          </w:p>
        </w:tc>
        <w:tc>
          <w:tcPr>
            <w:tcW w:type="dxa" w:w="1126"/>
          </w:tcPr>
          <w:p>
            <w:pPr>
              <w:spacing w:after="0"/>
              <w:jc w:val="right"/>
            </w:pPr>
            <w:r>
              <w:rPr>
                <w:sz w:val="16"/>
              </w:rPr>
              <w:t>$41</w:t>
            </w:r>
          </w:p>
        </w:tc>
        <w:tc>
          <w:tcPr>
            <w:tcW w:type="dxa" w:w="1050"/>
          </w:tcPr>
          <w:p>
            <w:pPr>
              <w:spacing w:after="0"/>
              <w:jc w:val="right"/>
            </w:pPr>
            <w:r>
              <w:rPr>
                <w:sz w:val="16"/>
              </w:rPr>
              <w:t>$1,719</w:t>
            </w:r>
          </w:p>
        </w:tc>
        <w:tc>
          <w:tcPr>
            <w:tcW w:type="dxa" w:w="1031"/>
          </w:tcPr>
          <w:p>
            <w:pPr>
              <w:spacing w:after="0"/>
              <w:jc w:val="right"/>
            </w:pPr>
            <w:r>
              <w:rPr>
                <w:sz w:val="16"/>
              </w:rPr>
              <w:t>0.000133%</w:t>
            </w:r>
          </w:p>
        </w:tc>
        <w:tc>
          <w:tcPr>
            <w:tcW w:type="dxa" w:w="1120"/>
          </w:tcPr>
          <w:p>
            <w:pPr>
              <w:spacing w:after="0"/>
              <w:jc w:val="right"/>
            </w:pPr>
          </w:p>
        </w:tc>
        <w:tc>
          <w:tcPr>
            <w:tcW w:type="dxa" w:w="1044"/>
          </w:tcPr>
          <w:p>
            <w:pPr>
              <w:spacing w:after="0"/>
              <w:jc w:val="right"/>
            </w:pPr>
          </w:p>
        </w:tc>
        <w:tc>
          <w:tcPr>
            <w:tcW w:type="dxa" w:w="1221"/>
          </w:tcPr>
          <w:p>
            <w:pPr>
              <w:spacing w:after="0"/>
              <w:jc w:val="right"/>
            </w:pPr>
          </w:p>
        </w:tc>
        <w:tc>
          <w:tcPr>
            <w:tcW w:type="dxa" w:w="1621"/>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$30,392,174,535</w:t>
            </w:r>
          </w:p>
        </w:tc>
        <w:tc>
          <w:tcPr>
            <w:tcW w:type="dxa" w:w="1215"/>
          </w:tcPr>
          <w:p>
            <w:pPr>
              <w:spacing w:after="0"/>
              <w:jc w:val="right"/>
            </w:pPr>
            <w:r>
              <w:rPr>
                <w:sz w:val="16"/>
              </w:rPr>
              <w:t>$752,398,680</w:t>
            </w:r>
          </w:p>
        </w:tc>
        <w:tc>
          <w:tcPr>
            <w:tcW w:type="dxa" w:w="1038"/>
          </w:tcPr>
          <w:p>
            <w:pPr>
              <w:spacing w:after="0"/>
              <w:jc w:val="right"/>
            </w:pPr>
            <w:r>
              <w:rPr>
                <w:sz w:val="16"/>
              </w:rPr>
              <w:t>120,243</w:t>
            </w:r>
          </w:p>
        </w:tc>
        <w:tc>
          <w:tcPr>
            <w:tcW w:type="dxa" w:w="1126"/>
          </w:tcPr>
          <w:p>
            <w:pPr>
              <w:spacing w:after="0"/>
              <w:jc w:val="right"/>
            </w:pPr>
            <w:r>
              <w:rPr>
                <w:sz w:val="16"/>
              </w:rPr>
              <w:t>$15,162</w:t>
            </w:r>
          </w:p>
        </w:tc>
        <w:tc>
          <w:tcPr>
            <w:tcW w:type="dxa" w:w="1126"/>
          </w:tcPr>
          <w:p>
            <w:pPr>
              <w:spacing w:after="0"/>
              <w:jc w:val="right"/>
            </w:pPr>
            <w:r>
              <w:rPr>
                <w:sz w:val="16"/>
              </w:rPr>
              <w:t>$7,501</w:t>
            </w:r>
          </w:p>
        </w:tc>
        <w:tc>
          <w:tcPr>
            <w:tcW w:type="dxa" w:w="1050"/>
          </w:tcPr>
          <w:p>
            <w:pPr>
              <w:spacing w:after="0"/>
              <w:jc w:val="right"/>
            </w:pPr>
            <w:r>
              <w:rPr>
                <w:sz w:val="16"/>
              </w:rPr>
              <w:t>$101,790</w:t>
            </w:r>
          </w:p>
        </w:tc>
        <w:tc>
          <w:tcPr>
            <w:tcW w:type="dxa" w:w="1031"/>
          </w:tcPr>
          <w:p>
            <w:pPr>
              <w:spacing w:after="0"/>
              <w:jc w:val="right"/>
            </w:pPr>
            <w:r>
              <w:rPr>
                <w:sz w:val="16"/>
              </w:rPr>
              <w:t>under 0.0001%</w:t>
            </w:r>
          </w:p>
        </w:tc>
        <w:tc>
          <w:tcPr>
            <w:tcW w:type="dxa" w:w="1120"/>
          </w:tcPr>
          <w:p>
            <w:pPr>
              <w:spacing w:after="0"/>
              <w:jc w:val="right"/>
            </w:pPr>
          </w:p>
        </w:tc>
        <w:tc>
          <w:tcPr>
            <w:tcW w:type="dxa" w:w="1044"/>
          </w:tcPr>
          <w:p>
            <w:pPr>
              <w:spacing w:after="0"/>
              <w:jc w:val="right"/>
            </w:pPr>
            <w:r>
              <w:rPr>
                <w:sz w:val="16"/>
              </w:rPr>
              <w:t>$0</w:t>
            </w:r>
          </w:p>
        </w:tc>
        <w:tc>
          <w:tcPr>
            <w:tcW w:type="dxa" w:w="1221"/>
          </w:tcPr>
          <w:p>
            <w:pPr>
              <w:spacing w:after="0"/>
              <w:jc w:val="right"/>
            </w:pPr>
          </w:p>
        </w:tc>
        <w:tc>
          <w:tcPr>
            <w:tcW w:type="dxa" w:w="1621"/>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2021-10-28 (Storm Events through 2026-06-30): 35 county-coded records, 12 with a damage value recorded (including $0), $2,202,000; 12 zone-level records, 8 with a damage value recorded (including $0), $510,000 reported for the zone; Public Assistance: none recorded on the 1 counted declaration.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120,243</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$30,392,174,535</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$752,398,680</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$27,492,689</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$4,552,304</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Very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3</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879"/>
        <w:gridCol w:w="1439"/>
        <w:gridCol w:w="1439"/>
        <w:gridCol w:w="1439"/>
        <w:gridCol w:w="1439"/>
        <w:gridCol w:w="1439"/>
        <w:gridCol w:w="1439"/>
        <w:gridCol w:w="1601"/>
      </w:tblGrid>
      <w:tr>
        <w:trPr>
          <w:cantSplit/>
          <w:tblHeader/>
        </w:trPr>
        <w:tc>
          <w:tcPr>
            <w:tcW w:type="dxa" w:w="3879"/>
            <w:shd w:val="clear" w:color="auto" w:fill="E8E8E8"/>
          </w:tcPr>
          <w:p>
            <w:pPr>
              <w:spacing w:after="0"/>
              <w:jc w:val="left"/>
            </w:pPr>
            <w:r>
              <w:rPr>
                <w:b/>
                <w:sz w:val="16"/>
              </w:rPr>
              <w:t>Scope</w:t>
            </w:r>
          </w:p>
        </w:tc>
        <w:tc>
          <w:tcPr>
            <w:tcW w:type="dxa" w:w="1439"/>
            <w:shd w:val="clear" w:color="auto" w:fill="E8E8E8"/>
          </w:tcPr>
          <w:p>
            <w:pPr>
              <w:spacing w:after="0"/>
              <w:jc w:val="right"/>
            </w:pPr>
            <w:r>
              <w:rPr>
                <w:b/>
                <w:sz w:val="16"/>
              </w:rPr>
              <w:t>RL, FMA</w:t>
            </w:r>
          </w:p>
          <w:p>
            <w:pPr>
              <w:spacing w:after="0"/>
              <w:jc w:val="right"/>
            </w:pPr>
            <w:r>
              <w:rPr>
                <w:i/>
                <w:color w:val="555555"/>
                <w:sz w:val="14"/>
              </w:rPr>
              <w:t>properties</w:t>
            </w:r>
          </w:p>
        </w:tc>
        <w:tc>
          <w:tcPr>
            <w:tcW w:type="dxa" w:w="1439"/>
            <w:shd w:val="clear" w:color="auto" w:fill="E8E8E8"/>
          </w:tcPr>
          <w:p>
            <w:pPr>
              <w:spacing w:after="0"/>
              <w:jc w:val="right"/>
            </w:pPr>
            <w:r>
              <w:rPr>
                <w:b/>
                <w:sz w:val="16"/>
              </w:rPr>
              <w:t>SRL, FMA</w:t>
            </w:r>
          </w:p>
          <w:p>
            <w:pPr>
              <w:spacing w:after="0"/>
              <w:jc w:val="right"/>
            </w:pPr>
            <w:r>
              <w:rPr>
                <w:i/>
                <w:color w:val="555555"/>
                <w:sz w:val="14"/>
              </w:rPr>
              <w:t>properties</w:t>
            </w:r>
          </w:p>
        </w:tc>
        <w:tc>
          <w:tcPr>
            <w:tcW w:type="dxa" w:w="1439"/>
            <w:shd w:val="clear" w:color="auto" w:fill="E8E8E8"/>
          </w:tcPr>
          <w:p>
            <w:pPr>
              <w:spacing w:after="0"/>
              <w:jc w:val="right"/>
            </w:pPr>
            <w:r>
              <w:rPr>
                <w:b/>
                <w:sz w:val="16"/>
              </w:rPr>
              <w:t>RL, NFIP</w:t>
            </w:r>
          </w:p>
          <w:p>
            <w:pPr>
              <w:spacing w:after="0"/>
              <w:jc w:val="right"/>
            </w:pPr>
            <w:r>
              <w:rPr>
                <w:i/>
                <w:color w:val="555555"/>
                <w:sz w:val="14"/>
              </w:rPr>
              <w:t>properties</w:t>
            </w:r>
          </w:p>
        </w:tc>
        <w:tc>
          <w:tcPr>
            <w:tcW w:type="dxa" w:w="1439"/>
            <w:shd w:val="clear" w:color="auto" w:fill="E8E8E8"/>
          </w:tcPr>
          <w:p>
            <w:pPr>
              <w:spacing w:after="0"/>
              <w:jc w:val="right"/>
            </w:pPr>
            <w:r>
              <w:rPr>
                <w:b/>
                <w:sz w:val="16"/>
              </w:rPr>
              <w:t>SRL, NFIP</w:t>
            </w:r>
          </w:p>
          <w:p>
            <w:pPr>
              <w:spacing w:after="0"/>
              <w:jc w:val="right"/>
            </w:pPr>
            <w:r>
              <w:rPr>
                <w:i/>
                <w:color w:val="555555"/>
                <w:sz w:val="14"/>
              </w:rPr>
              <w:t>properties</w:t>
            </w:r>
          </w:p>
        </w:tc>
        <w:tc>
          <w:tcPr>
            <w:tcW w:type="dxa" w:w="1439"/>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39"/>
            <w:shd w:val="clear" w:color="auto" w:fill="E8E8E8"/>
          </w:tcPr>
          <w:p>
            <w:pPr>
              <w:spacing w:after="0"/>
              <w:jc w:val="right"/>
            </w:pPr>
            <w:r>
              <w:rPr>
                <w:b/>
                <w:sz w:val="16"/>
              </w:rPr>
              <w:t>Mitigated</w:t>
            </w:r>
          </w:p>
          <w:p>
            <w:pPr>
              <w:spacing w:after="0"/>
              <w:jc w:val="right"/>
            </w:pPr>
            <w:r>
              <w:rPr>
                <w:i/>
                <w:color w:val="555555"/>
                <w:sz w:val="14"/>
              </w:rPr>
              <w:t>properties</w:t>
            </w:r>
          </w:p>
        </w:tc>
        <w:tc>
          <w:tcPr>
            <w:tcW w:type="dxa" w:w="160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879"/>
          </w:tcPr>
          <w:p>
            <w:pPr>
              <w:spacing w:after="0"/>
              <w:jc w:val="left"/>
            </w:pPr>
            <w:r>
              <w:rPr>
                <w:sz w:val="16"/>
              </w:rPr>
              <w:t>County total</w:t>
            </w:r>
          </w:p>
        </w:tc>
        <w:tc>
          <w:tcPr>
            <w:tcW w:type="dxa" w:w="1439"/>
          </w:tcPr>
          <w:p>
            <w:pPr>
              <w:spacing w:after="0"/>
              <w:jc w:val="right"/>
            </w:pPr>
            <w:r>
              <w:rPr>
                <w:sz w:val="16"/>
              </w:rPr>
              <w:t>0</w:t>
            </w:r>
          </w:p>
        </w:tc>
        <w:tc>
          <w:tcPr>
            <w:tcW w:type="dxa" w:w="1439"/>
          </w:tcPr>
          <w:p>
            <w:pPr>
              <w:spacing w:after="0"/>
              <w:jc w:val="right"/>
            </w:pPr>
            <w:r>
              <w:rPr>
                <w:sz w:val="16"/>
              </w:rPr>
              <w:t>0</w:t>
            </w:r>
          </w:p>
        </w:tc>
        <w:tc>
          <w:tcPr>
            <w:tcW w:type="dxa" w:w="1439"/>
          </w:tcPr>
          <w:p>
            <w:pPr>
              <w:spacing w:after="0"/>
              <w:jc w:val="right"/>
            </w:pPr>
            <w:r>
              <w:rPr>
                <w:sz w:val="16"/>
              </w:rPr>
              <w:t>3</w:t>
            </w:r>
          </w:p>
        </w:tc>
        <w:tc>
          <w:tcPr>
            <w:tcW w:type="dxa" w:w="1439"/>
          </w:tcPr>
          <w:p>
            <w:pPr>
              <w:spacing w:after="0"/>
              <w:jc w:val="right"/>
            </w:pPr>
            <w:r>
              <w:rPr>
                <w:sz w:val="16"/>
              </w:rPr>
              <w:t>0</w:t>
            </w:r>
          </w:p>
        </w:tc>
        <w:tc>
          <w:tcPr>
            <w:tcW w:type="dxa" w:w="1439"/>
          </w:tcPr>
          <w:p>
            <w:pPr>
              <w:spacing w:after="0"/>
              <w:jc w:val="right"/>
            </w:pPr>
            <w:r>
              <w:rPr>
                <w:sz w:val="16"/>
              </w:rPr>
              <w:t>3</w:t>
            </w:r>
          </w:p>
        </w:tc>
        <w:tc>
          <w:tcPr>
            <w:tcW w:type="dxa" w:w="1439"/>
          </w:tcPr>
          <w:p>
            <w:pPr>
              <w:spacing w:after="0"/>
              <w:jc w:val="right"/>
            </w:pPr>
            <w:r>
              <w:rPr>
                <w:sz w:val="16"/>
              </w:rPr>
              <w:t>0</w:t>
            </w:r>
          </w:p>
        </w:tc>
        <w:tc>
          <w:tcPr>
            <w:tcW w:type="dxa" w:w="1601"/>
          </w:tcPr>
          <w:p>
            <w:pPr>
              <w:spacing w:after="0"/>
              <w:jc w:val="right"/>
            </w:pPr>
            <w:r>
              <w:rPr>
                <w:sz w:val="16"/>
              </w:rPr>
              <w:t>2</w:t>
            </w:r>
          </w:p>
        </w:tc>
      </w:tr>
      <w:tr>
        <w:trPr>
          <w:cantSplit/>
        </w:trPr>
        <w:tc>
          <w:tcPr>
            <w:tcW w:type="dxa" w:w="3879"/>
          </w:tcPr>
          <w:p>
            <w:pPr>
              <w:spacing w:after="0"/>
              <w:jc w:val="left"/>
            </w:pPr>
            <w:r>
              <w:rPr>
                <w:sz w:val="16"/>
              </w:rPr>
              <w:t>of which: Laketown township</w:t>
            </w:r>
          </w:p>
        </w:tc>
        <w:tc>
          <w:tcPr>
            <w:tcW w:type="dxa" w:w="1439"/>
          </w:tcPr>
          <w:p>
            <w:pPr>
              <w:spacing w:after="0"/>
              <w:jc w:val="right"/>
            </w:pPr>
            <w:r>
              <w:rPr>
                <w:sz w:val="16"/>
              </w:rPr>
              <w:t>0</w:t>
            </w:r>
          </w:p>
        </w:tc>
        <w:tc>
          <w:tcPr>
            <w:tcW w:type="dxa" w:w="1439"/>
          </w:tcPr>
          <w:p>
            <w:pPr>
              <w:spacing w:after="0"/>
              <w:jc w:val="right"/>
            </w:pPr>
            <w:r>
              <w:rPr>
                <w:sz w:val="16"/>
              </w:rPr>
              <w:t>0</w:t>
            </w:r>
          </w:p>
        </w:tc>
        <w:tc>
          <w:tcPr>
            <w:tcW w:type="dxa" w:w="1439"/>
          </w:tcPr>
          <w:p>
            <w:pPr>
              <w:spacing w:after="0"/>
              <w:jc w:val="right"/>
            </w:pPr>
            <w:r>
              <w:rPr>
                <w:sz w:val="16"/>
              </w:rPr>
              <w:t>1</w:t>
            </w:r>
          </w:p>
        </w:tc>
        <w:tc>
          <w:tcPr>
            <w:tcW w:type="dxa" w:w="1439"/>
          </w:tcPr>
          <w:p>
            <w:pPr>
              <w:spacing w:after="0"/>
              <w:jc w:val="right"/>
            </w:pPr>
            <w:r>
              <w:rPr>
                <w:sz w:val="16"/>
              </w:rPr>
              <w:t>0</w:t>
            </w:r>
          </w:p>
        </w:tc>
        <w:tc>
          <w:tcPr>
            <w:tcW w:type="dxa" w:w="1439"/>
          </w:tcPr>
          <w:p>
            <w:pPr>
              <w:spacing w:after="0"/>
              <w:jc w:val="right"/>
            </w:pPr>
            <w:r>
              <w:rPr>
                <w:sz w:val="16"/>
              </w:rPr>
              <w:t>1</w:t>
            </w:r>
          </w:p>
        </w:tc>
        <w:tc>
          <w:tcPr>
            <w:tcW w:type="dxa" w:w="1439"/>
          </w:tcPr>
          <w:p>
            <w:pPr>
              <w:spacing w:after="0"/>
              <w:jc w:val="right"/>
            </w:pPr>
            <w:r>
              <w:rPr>
                <w:sz w:val="16"/>
              </w:rPr>
              <w:t>0</w:t>
            </w:r>
          </w:p>
        </w:tc>
        <w:tc>
          <w:tcPr>
            <w:tcW w:type="dxa" w:w="1601"/>
          </w:tcPr>
          <w:p>
            <w:pPr>
              <w:spacing w:after="0"/>
              <w:jc w:val="right"/>
            </w:pPr>
            <w:r>
              <w:rPr>
                <w:sz w:val="16"/>
              </w:rPr>
              <w:t>0</w:t>
            </w:r>
          </w:p>
        </w:tc>
      </w:tr>
      <w:tr>
        <w:trPr>
          <w:cantSplit/>
        </w:trPr>
        <w:tc>
          <w:tcPr>
            <w:tcW w:type="dxa" w:w="3879"/>
          </w:tcPr>
          <w:p>
            <w:pPr>
              <w:spacing w:after="0"/>
              <w:jc w:val="left"/>
            </w:pPr>
            <w:r>
              <w:rPr>
                <w:sz w:val="16"/>
              </w:rPr>
              <w:t>of which: Saugatuck city</w:t>
            </w:r>
          </w:p>
        </w:tc>
        <w:tc>
          <w:tcPr>
            <w:tcW w:type="dxa" w:w="1439"/>
          </w:tcPr>
          <w:p>
            <w:pPr>
              <w:spacing w:after="0"/>
              <w:jc w:val="right"/>
            </w:pPr>
            <w:r>
              <w:rPr>
                <w:sz w:val="16"/>
              </w:rPr>
              <w:t>0</w:t>
            </w:r>
          </w:p>
        </w:tc>
        <w:tc>
          <w:tcPr>
            <w:tcW w:type="dxa" w:w="1439"/>
          </w:tcPr>
          <w:p>
            <w:pPr>
              <w:spacing w:after="0"/>
              <w:jc w:val="right"/>
            </w:pPr>
            <w:r>
              <w:rPr>
                <w:sz w:val="16"/>
              </w:rPr>
              <w:t>0</w:t>
            </w:r>
          </w:p>
        </w:tc>
        <w:tc>
          <w:tcPr>
            <w:tcW w:type="dxa" w:w="1439"/>
          </w:tcPr>
          <w:p>
            <w:pPr>
              <w:spacing w:after="0"/>
              <w:jc w:val="right"/>
            </w:pPr>
            <w:r>
              <w:rPr>
                <w:sz w:val="16"/>
              </w:rPr>
              <w:t>2</w:t>
            </w:r>
          </w:p>
        </w:tc>
        <w:tc>
          <w:tcPr>
            <w:tcW w:type="dxa" w:w="1439"/>
          </w:tcPr>
          <w:p>
            <w:pPr>
              <w:spacing w:after="0"/>
              <w:jc w:val="right"/>
            </w:pPr>
            <w:r>
              <w:rPr>
                <w:sz w:val="16"/>
              </w:rPr>
              <w:t>0</w:t>
            </w:r>
          </w:p>
        </w:tc>
        <w:tc>
          <w:tcPr>
            <w:tcW w:type="dxa" w:w="1439"/>
          </w:tcPr>
          <w:p>
            <w:pPr>
              <w:spacing w:after="0"/>
              <w:jc w:val="right"/>
            </w:pPr>
            <w:r>
              <w:rPr>
                <w:sz w:val="16"/>
              </w:rPr>
              <w:t>2</w:t>
            </w:r>
          </w:p>
        </w:tc>
        <w:tc>
          <w:tcPr>
            <w:tcW w:type="dxa" w:w="1439"/>
          </w:tcPr>
          <w:p>
            <w:pPr>
              <w:spacing w:after="0"/>
              <w:jc w:val="right"/>
            </w:pPr>
            <w:r>
              <w:rPr>
                <w:sz w:val="16"/>
              </w:rPr>
              <w:t>0</w:t>
            </w:r>
          </w:p>
        </w:tc>
        <w:tc>
          <w:tcPr>
            <w:tcW w:type="dxa" w:w="1601"/>
          </w:tcPr>
          <w:p>
            <w:pPr>
              <w:spacing w:after="0"/>
              <w:jc w:val="right"/>
            </w:pPr>
            <w:r>
              <w:rPr>
                <w:sz w:val="16"/>
              </w:rPr>
              <w:t>2</w:t>
            </w:r>
          </w:p>
        </w:tc>
      </w:tr>
      <w:tr>
        <w:trPr>
          <w:cantSplit/>
        </w:trPr>
        <w:tc>
          <w:tcPr>
            <w:tcW w:type="dxa" w:w="3879"/>
          </w:tcPr>
          <w:p>
            <w:pPr>
              <w:spacing w:after="0"/>
              <w:jc w:val="left"/>
            </w:pPr>
            <w:r>
              <w:rPr>
                <w:sz w:val="16"/>
              </w:rPr>
              <w:t>Statewide, no county in FEMA's file</w:t>
            </w:r>
          </w:p>
        </w:tc>
        <w:tc>
          <w:tcPr>
            <w:tcW w:type="dxa" w:w="1439"/>
          </w:tcPr>
          <w:p>
            <w:pPr>
              <w:spacing w:after="0"/>
              <w:jc w:val="right"/>
            </w:pPr>
            <w:r>
              <w:rPr>
                <w:sz w:val="16"/>
              </w:rPr>
              <w:t>0</w:t>
            </w:r>
          </w:p>
        </w:tc>
        <w:tc>
          <w:tcPr>
            <w:tcW w:type="dxa" w:w="1439"/>
          </w:tcPr>
          <w:p>
            <w:pPr>
              <w:spacing w:after="0"/>
              <w:jc w:val="right"/>
            </w:pPr>
            <w:r>
              <w:rPr>
                <w:sz w:val="16"/>
              </w:rPr>
              <w:t>0</w:t>
            </w:r>
          </w:p>
        </w:tc>
        <w:tc>
          <w:tcPr>
            <w:tcW w:type="dxa" w:w="1439"/>
          </w:tcPr>
          <w:p>
            <w:pPr>
              <w:spacing w:after="0"/>
              <w:jc w:val="right"/>
            </w:pPr>
            <w:r>
              <w:rPr>
                <w:sz w:val="16"/>
              </w:rPr>
              <w:t>4</w:t>
            </w:r>
          </w:p>
        </w:tc>
        <w:tc>
          <w:tcPr>
            <w:tcW w:type="dxa" w:w="1439"/>
          </w:tcPr>
          <w:p>
            <w:pPr>
              <w:spacing w:after="0"/>
              <w:jc w:val="right"/>
            </w:pPr>
            <w:r>
              <w:rPr>
                <w:sz w:val="16"/>
              </w:rPr>
              <w:t>0</w:t>
            </w:r>
          </w:p>
        </w:tc>
        <w:tc>
          <w:tcPr>
            <w:tcW w:type="dxa" w:w="1439"/>
          </w:tcPr>
          <w:p>
            <w:pPr>
              <w:spacing w:after="0"/>
              <w:jc w:val="right"/>
            </w:pPr>
            <w:r>
              <w:rPr>
                <w:sz w:val="16"/>
              </w:rPr>
              <w:t>4</w:t>
            </w:r>
          </w:p>
        </w:tc>
        <w:tc>
          <w:tcPr>
            <w:tcW w:type="dxa" w:w="1439"/>
          </w:tcPr>
          <w:p>
            <w:pPr>
              <w:spacing w:after="0"/>
              <w:jc w:val="right"/>
            </w:pPr>
            <w:r>
              <w:rPr>
                <w:sz w:val="16"/>
              </w:rPr>
              <w:t>0</w:t>
            </w:r>
          </w:p>
        </w:tc>
        <w:tc>
          <w:tcPr>
            <w:tcW w:type="dxa" w:w="1601"/>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1706"/>
        <w:gridCol w:w="1144"/>
        <w:gridCol w:w="1028"/>
        <w:gridCol w:w="1028"/>
        <w:gridCol w:w="1028"/>
        <w:gridCol w:w="1028"/>
        <w:gridCol w:w="1028"/>
        <w:gridCol w:w="1028"/>
        <w:gridCol w:w="1144"/>
        <w:gridCol w:w="3952"/>
      </w:tblGrid>
      <w:tr>
        <w:trPr>
          <w:cantSplit/>
          <w:tblHeader/>
        </w:trPr>
        <w:tc>
          <w:tcPr>
            <w:tcW w:type="dxa" w:w="1706"/>
            <w:shd w:val="clear" w:color="auto" w:fill="E8E8E8"/>
          </w:tcPr>
          <w:p>
            <w:pPr>
              <w:spacing w:after="0"/>
              <w:jc w:val="left"/>
            </w:pPr>
            <w:r>
              <w:rPr>
                <w:b/>
                <w:sz w:val="16"/>
              </w:rPr>
              <w:t>Jurisdiction</w:t>
            </w:r>
          </w:p>
        </w:tc>
        <w:tc>
          <w:tcPr>
            <w:tcW w:type="dxa" w:w="1144"/>
            <w:shd w:val="clear" w:color="auto" w:fill="E8E8E8"/>
          </w:tcPr>
          <w:p>
            <w:pPr>
              <w:spacing w:after="0"/>
              <w:jc w:val="left"/>
            </w:pPr>
            <w:r>
              <w:rPr>
                <w:b/>
                <w:sz w:val="16"/>
              </w:rPr>
              <w:t>NFIP community ID</w:t>
            </w:r>
          </w:p>
        </w:tc>
        <w:tc>
          <w:tcPr>
            <w:tcW w:type="dxa" w:w="1028"/>
            <w:shd w:val="clear" w:color="auto" w:fill="E8E8E8"/>
          </w:tcPr>
          <w:p>
            <w:pPr>
              <w:spacing w:after="0"/>
              <w:jc w:val="right"/>
            </w:pPr>
            <w:r>
              <w:rPr>
                <w:b/>
                <w:sz w:val="16"/>
              </w:rPr>
              <w:t>RL, FMA</w:t>
            </w:r>
          </w:p>
          <w:p>
            <w:pPr>
              <w:spacing w:after="0"/>
              <w:jc w:val="right"/>
            </w:pPr>
            <w:r>
              <w:rPr>
                <w:i/>
                <w:color w:val="555555"/>
                <w:sz w:val="14"/>
              </w:rPr>
              <w:t>properties</w:t>
            </w:r>
          </w:p>
        </w:tc>
        <w:tc>
          <w:tcPr>
            <w:tcW w:type="dxa" w:w="1028"/>
            <w:shd w:val="clear" w:color="auto" w:fill="E8E8E8"/>
          </w:tcPr>
          <w:p>
            <w:pPr>
              <w:spacing w:after="0"/>
              <w:jc w:val="right"/>
            </w:pPr>
            <w:r>
              <w:rPr>
                <w:b/>
                <w:sz w:val="16"/>
              </w:rPr>
              <w:t>SRL, FMA</w:t>
            </w:r>
          </w:p>
          <w:p>
            <w:pPr>
              <w:spacing w:after="0"/>
              <w:jc w:val="right"/>
            </w:pPr>
            <w:r>
              <w:rPr>
                <w:i/>
                <w:color w:val="555555"/>
                <w:sz w:val="14"/>
              </w:rPr>
              <w:t>properties</w:t>
            </w:r>
          </w:p>
        </w:tc>
        <w:tc>
          <w:tcPr>
            <w:tcW w:type="dxa" w:w="1028"/>
            <w:shd w:val="clear" w:color="auto" w:fill="E8E8E8"/>
          </w:tcPr>
          <w:p>
            <w:pPr>
              <w:spacing w:after="0"/>
              <w:jc w:val="right"/>
            </w:pPr>
            <w:r>
              <w:rPr>
                <w:b/>
                <w:sz w:val="16"/>
              </w:rPr>
              <w:t>RL, NFIP</w:t>
            </w:r>
          </w:p>
          <w:p>
            <w:pPr>
              <w:spacing w:after="0"/>
              <w:jc w:val="right"/>
            </w:pPr>
            <w:r>
              <w:rPr>
                <w:i/>
                <w:color w:val="555555"/>
                <w:sz w:val="14"/>
              </w:rPr>
              <w:t>properties</w:t>
            </w:r>
          </w:p>
        </w:tc>
        <w:tc>
          <w:tcPr>
            <w:tcW w:type="dxa" w:w="1028"/>
            <w:shd w:val="clear" w:color="auto" w:fill="E8E8E8"/>
          </w:tcPr>
          <w:p>
            <w:pPr>
              <w:spacing w:after="0"/>
              <w:jc w:val="right"/>
            </w:pPr>
            <w:r>
              <w:rPr>
                <w:b/>
                <w:sz w:val="16"/>
              </w:rPr>
              <w:t>SRL, NFIP</w:t>
            </w:r>
          </w:p>
          <w:p>
            <w:pPr>
              <w:spacing w:after="0"/>
              <w:jc w:val="right"/>
            </w:pPr>
            <w:r>
              <w:rPr>
                <w:i/>
                <w:color w:val="555555"/>
                <w:sz w:val="14"/>
              </w:rPr>
              <w:t>properties</w:t>
            </w:r>
          </w:p>
        </w:tc>
        <w:tc>
          <w:tcPr>
            <w:tcW w:type="dxa" w:w="102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028"/>
            <w:shd w:val="clear" w:color="auto" w:fill="E8E8E8"/>
          </w:tcPr>
          <w:p>
            <w:pPr>
              <w:spacing w:after="0"/>
              <w:jc w:val="right"/>
            </w:pPr>
            <w:r>
              <w:rPr>
                <w:b/>
                <w:sz w:val="16"/>
              </w:rPr>
              <w:t>Mitigated</w:t>
            </w:r>
          </w:p>
          <w:p>
            <w:pPr>
              <w:spacing w:after="0"/>
              <w:jc w:val="right"/>
            </w:pPr>
            <w:r>
              <w:rPr>
                <w:i/>
                <w:color w:val="555555"/>
                <w:sz w:val="14"/>
              </w:rPr>
              <w:t>properties</w:t>
            </w:r>
          </w:p>
        </w:tc>
        <w:tc>
          <w:tcPr>
            <w:tcW w:type="dxa" w:w="1144"/>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3952"/>
            <w:shd w:val="clear" w:color="auto" w:fill="E8E8E8"/>
          </w:tcPr>
          <w:p>
            <w:pPr>
              <w:spacing w:after="0"/>
              <w:jc w:val="left"/>
            </w:pPr>
            <w:r>
              <w:rPr>
                <w:b/>
                <w:sz w:val="16"/>
              </w:rPr>
              <w:t>Note</w:t>
            </w:r>
          </w:p>
        </w:tc>
      </w:tr>
      <w:tr>
        <w:trPr>
          <w:cantSplit/>
        </w:trPr>
        <w:tc>
          <w:tcPr>
            <w:tcW w:type="dxa" w:w="1706"/>
          </w:tcPr>
          <w:p>
            <w:pPr>
              <w:spacing w:after="0"/>
              <w:jc w:val="left"/>
            </w:pPr>
            <w:r>
              <w:rPr>
                <w:sz w:val="16"/>
              </w:rPr>
              <w:t>Allegan County</w:t>
            </w:r>
          </w:p>
        </w:tc>
        <w:tc>
          <w:tcPr>
            <w:tcW w:type="dxa" w:w="1144"/>
          </w:tcPr>
          <w:p>
            <w:pPr>
              <w:spacing w:after="0"/>
              <w:jc w:val="left"/>
            </w:pPr>
            <w:r>
              <w:rPr>
                <w:sz w:val="16"/>
              </w:rPr>
              <w:t>261804</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144"/>
          </w:tcPr>
          <w:p>
            <w:pPr>
              <w:spacing w:after="0"/>
              <w:jc w:val="right"/>
            </w:pPr>
            <w:r>
              <w:rPr>
                <w:sz w:val="16"/>
              </w:rPr>
              <w:t>0</w:t>
            </w:r>
          </w:p>
        </w:tc>
        <w:tc>
          <w:tcPr>
            <w:tcW w:type="dxa" w:w="3952"/>
          </w:tcPr>
          <w:p>
            <w:pPr>
              <w:spacing w:after="0"/>
              <w:jc w:val="left"/>
            </w:pPr>
          </w:p>
        </w:tc>
      </w:tr>
      <w:tr>
        <w:trPr>
          <w:cantSplit/>
        </w:trPr>
        <w:tc>
          <w:tcPr>
            <w:tcW w:type="dxa" w:w="1706"/>
          </w:tcPr>
          <w:p>
            <w:pPr>
              <w:spacing w:after="0"/>
              <w:jc w:val="left"/>
            </w:pPr>
            <w:r>
              <w:rPr>
                <w:sz w:val="16"/>
              </w:rPr>
              <w:t>Allegan city</w:t>
            </w:r>
          </w:p>
        </w:tc>
        <w:tc>
          <w:tcPr>
            <w:tcW w:type="dxa" w:w="1144"/>
          </w:tcPr>
          <w:p>
            <w:pPr>
              <w:spacing w:after="0"/>
              <w:jc w:val="left"/>
            </w:pPr>
            <w:r>
              <w:rPr>
                <w:sz w:val="16"/>
              </w:rPr>
              <w:t>260003</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144"/>
          </w:tcPr>
          <w:p>
            <w:pPr>
              <w:spacing w:after="0"/>
              <w:jc w:val="right"/>
            </w:pPr>
            <w:r>
              <w:rPr>
                <w:sz w:val="16"/>
              </w:rPr>
              <w:t>0</w:t>
            </w:r>
          </w:p>
        </w:tc>
        <w:tc>
          <w:tcPr>
            <w:tcW w:type="dxa" w:w="3952"/>
          </w:tcPr>
          <w:p>
            <w:pPr>
              <w:spacing w:after="0"/>
              <w:jc w:val="left"/>
            </w:pPr>
          </w:p>
        </w:tc>
      </w:tr>
      <w:tr>
        <w:trPr>
          <w:cantSplit/>
        </w:trPr>
        <w:tc>
          <w:tcPr>
            <w:tcW w:type="dxa" w:w="1706"/>
          </w:tcPr>
          <w:p>
            <w:pPr>
              <w:spacing w:after="0"/>
              <w:jc w:val="left"/>
            </w:pPr>
            <w:r>
              <w:rPr>
                <w:sz w:val="16"/>
              </w:rPr>
              <w:t>Douglas city</w:t>
            </w:r>
          </w:p>
        </w:tc>
        <w:tc>
          <w:tcPr>
            <w:tcW w:type="dxa" w:w="1144"/>
          </w:tcPr>
          <w:p>
            <w:pPr>
              <w:spacing w:after="0"/>
              <w:jc w:val="left"/>
            </w:pPr>
            <w:r>
              <w:rPr>
                <w:sz w:val="16"/>
              </w:rPr>
              <w:t>260549</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144"/>
          </w:tcPr>
          <w:p>
            <w:pPr>
              <w:spacing w:after="0"/>
              <w:jc w:val="right"/>
            </w:pPr>
            <w:r>
              <w:rPr>
                <w:sz w:val="16"/>
              </w:rPr>
              <w:t>0</w:t>
            </w:r>
          </w:p>
        </w:tc>
        <w:tc>
          <w:tcPr>
            <w:tcW w:type="dxa" w:w="3952"/>
          </w:tcPr>
          <w:p>
            <w:pPr>
              <w:spacing w:after="0"/>
              <w:jc w:val="left"/>
            </w:pPr>
          </w:p>
        </w:tc>
      </w:tr>
      <w:tr>
        <w:trPr>
          <w:cantSplit/>
        </w:trPr>
        <w:tc>
          <w:tcPr>
            <w:tcW w:type="dxa" w:w="1706"/>
          </w:tcPr>
          <w:p>
            <w:pPr>
              <w:spacing w:after="0"/>
              <w:jc w:val="left"/>
            </w:pPr>
            <w:r>
              <w:rPr>
                <w:sz w:val="16"/>
              </w:rPr>
              <w:t>Fennville city</w:t>
            </w:r>
          </w:p>
        </w:tc>
        <w:tc>
          <w:tcPr>
            <w:tcW w:type="dxa" w:w="1144"/>
          </w:tcPr>
          <w:p>
            <w:pPr>
              <w:spacing w:after="0"/>
              <w:jc w:val="left"/>
            </w:pPr>
            <w:r>
              <w:rPr>
                <w:sz w:val="16"/>
              </w:rPr>
              <w:t>261460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144"/>
          </w:tcPr>
          <w:p>
            <w:pPr>
              <w:spacing w:after="0"/>
              <w:jc w:val="right"/>
            </w:pPr>
            <w:r>
              <w:rPr>
                <w:sz w:val="16"/>
              </w:rPr>
              <w:t>0</w:t>
            </w:r>
          </w:p>
        </w:tc>
        <w:tc>
          <w:tcPr>
            <w:tcW w:type="dxa" w:w="3952"/>
          </w:tcPr>
          <w:p>
            <w:pPr>
              <w:spacing w:after="0"/>
              <w:jc w:val="left"/>
            </w:pPr>
          </w:p>
        </w:tc>
      </w:tr>
      <w:tr>
        <w:trPr>
          <w:cantSplit/>
        </w:trPr>
        <w:tc>
          <w:tcPr>
            <w:tcW w:type="dxa" w:w="1706"/>
          </w:tcPr>
          <w:p>
            <w:pPr>
              <w:spacing w:after="0"/>
              <w:jc w:val="left"/>
            </w:pPr>
            <w:r>
              <w:rPr>
                <w:sz w:val="16"/>
              </w:rPr>
              <w:t>Holland city</w:t>
            </w:r>
          </w:p>
        </w:tc>
        <w:tc>
          <w:tcPr>
            <w:tcW w:type="dxa" w:w="1144"/>
          </w:tcPr>
          <w:p>
            <w:pPr>
              <w:spacing w:after="0"/>
              <w:jc w:val="left"/>
            </w:pPr>
            <w:r>
              <w:rPr>
                <w:sz w:val="16"/>
              </w:rPr>
              <w:t>260006</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144"/>
          </w:tcPr>
          <w:p>
            <w:pPr>
              <w:spacing w:after="0"/>
              <w:jc w:val="right"/>
            </w:pPr>
            <w:r>
              <w:rPr>
                <w:sz w:val="16"/>
              </w:rPr>
              <w:t>0</w:t>
            </w:r>
          </w:p>
        </w:tc>
        <w:tc>
          <w:tcPr>
            <w:tcW w:type="dxa" w:w="3952"/>
          </w:tcPr>
          <w:p>
            <w:pPr>
              <w:spacing w:after="0"/>
              <w:jc w:val="left"/>
            </w:pPr>
          </w:p>
        </w:tc>
      </w:tr>
      <w:tr>
        <w:trPr>
          <w:cantSplit/>
        </w:trPr>
        <w:tc>
          <w:tcPr>
            <w:tcW w:type="dxa" w:w="1706"/>
          </w:tcPr>
          <w:p>
            <w:pPr>
              <w:spacing w:after="0"/>
              <w:jc w:val="left"/>
            </w:pPr>
            <w:r>
              <w:rPr>
                <w:sz w:val="16"/>
              </w:rPr>
              <w:t>Hopkins village</w:t>
            </w:r>
          </w:p>
        </w:tc>
        <w:tc>
          <w:tcPr>
            <w:tcW w:type="dxa" w:w="1144"/>
          </w:tcPr>
          <w:p>
            <w:pPr>
              <w:spacing w:after="0"/>
              <w:jc w:val="left"/>
            </w:pPr>
            <w:r>
              <w:rPr>
                <w:sz w:val="16"/>
              </w:rPr>
              <w:t>261458</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144"/>
          </w:tcPr>
          <w:p>
            <w:pPr>
              <w:spacing w:after="0"/>
              <w:jc w:val="right"/>
            </w:pPr>
            <w:r>
              <w:rPr>
                <w:sz w:val="16"/>
              </w:rPr>
              <w:t>0</w:t>
            </w:r>
          </w:p>
        </w:tc>
        <w:tc>
          <w:tcPr>
            <w:tcW w:type="dxa" w:w="3952"/>
          </w:tcPr>
          <w:p>
            <w:pPr>
              <w:spacing w:after="0"/>
              <w:jc w:val="left"/>
            </w:pPr>
          </w:p>
        </w:tc>
      </w:tr>
      <w:tr>
        <w:trPr>
          <w:cantSplit/>
        </w:trPr>
        <w:tc>
          <w:tcPr>
            <w:tcW w:type="dxa" w:w="1706"/>
          </w:tcPr>
          <w:p>
            <w:pPr>
              <w:spacing w:after="0"/>
              <w:jc w:val="left"/>
            </w:pPr>
            <w:r>
              <w:rPr>
                <w:sz w:val="16"/>
              </w:rPr>
              <w:t>Martin village</w:t>
            </w:r>
          </w:p>
        </w:tc>
        <w:tc>
          <w:tcPr>
            <w:tcW w:type="dxa" w:w="1144"/>
          </w:tcPr>
          <w:p>
            <w:pPr>
              <w:spacing w:after="0"/>
              <w:jc w:val="left"/>
            </w:pPr>
            <w:r>
              <w:rPr>
                <w:sz w:val="16"/>
              </w:rPr>
              <w:t>260793</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144"/>
          </w:tcPr>
          <w:p>
            <w:pPr>
              <w:spacing w:after="0"/>
              <w:jc w:val="right"/>
            </w:pPr>
            <w:r>
              <w:rPr>
                <w:sz w:val="16"/>
              </w:rPr>
              <w:t>0</w:t>
            </w:r>
          </w:p>
        </w:tc>
        <w:tc>
          <w:tcPr>
            <w:tcW w:type="dxa" w:w="3952"/>
          </w:tcPr>
          <w:p>
            <w:pPr>
              <w:spacing w:after="0"/>
              <w:jc w:val="left"/>
            </w:pPr>
          </w:p>
        </w:tc>
      </w:tr>
      <w:tr>
        <w:trPr>
          <w:cantSplit/>
        </w:trPr>
        <w:tc>
          <w:tcPr>
            <w:tcW w:type="dxa" w:w="1706"/>
          </w:tcPr>
          <w:p>
            <w:pPr>
              <w:spacing w:after="0"/>
              <w:jc w:val="left"/>
            </w:pPr>
            <w:r>
              <w:rPr>
                <w:sz w:val="16"/>
              </w:rPr>
              <w:t>Otsego city</w:t>
            </w:r>
          </w:p>
        </w:tc>
        <w:tc>
          <w:tcPr>
            <w:tcW w:type="dxa" w:w="1144"/>
          </w:tcPr>
          <w:p>
            <w:pPr>
              <w:spacing w:after="0"/>
              <w:jc w:val="left"/>
            </w:pPr>
            <w:r>
              <w:rPr>
                <w:sz w:val="16"/>
              </w:rPr>
              <w:t>260007</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144"/>
          </w:tcPr>
          <w:p>
            <w:pPr>
              <w:spacing w:after="0"/>
              <w:jc w:val="right"/>
            </w:pPr>
            <w:r>
              <w:rPr>
                <w:sz w:val="16"/>
              </w:rPr>
              <w:t>0</w:t>
            </w:r>
          </w:p>
        </w:tc>
        <w:tc>
          <w:tcPr>
            <w:tcW w:type="dxa" w:w="3952"/>
          </w:tcPr>
          <w:p>
            <w:pPr>
              <w:spacing w:after="0"/>
              <w:jc w:val="left"/>
            </w:pPr>
          </w:p>
        </w:tc>
      </w:tr>
      <w:tr>
        <w:trPr>
          <w:cantSplit/>
        </w:trPr>
        <w:tc>
          <w:tcPr>
            <w:tcW w:type="dxa" w:w="1706"/>
          </w:tcPr>
          <w:p>
            <w:pPr>
              <w:spacing w:after="0"/>
              <w:jc w:val="left"/>
            </w:pPr>
            <w:r>
              <w:rPr>
                <w:sz w:val="16"/>
              </w:rPr>
              <w:t>Plainwell city</w:t>
            </w:r>
          </w:p>
        </w:tc>
        <w:tc>
          <w:tcPr>
            <w:tcW w:type="dxa" w:w="1144"/>
          </w:tcPr>
          <w:p>
            <w:pPr>
              <w:spacing w:after="0"/>
              <w:jc w:val="left"/>
            </w:pPr>
            <w:r>
              <w:rPr>
                <w:sz w:val="16"/>
              </w:rPr>
              <w:t>260008</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144"/>
          </w:tcPr>
          <w:p>
            <w:pPr>
              <w:spacing w:after="0"/>
              <w:jc w:val="right"/>
            </w:pPr>
            <w:r>
              <w:rPr>
                <w:sz w:val="16"/>
              </w:rPr>
              <w:t>0</w:t>
            </w:r>
          </w:p>
        </w:tc>
        <w:tc>
          <w:tcPr>
            <w:tcW w:type="dxa" w:w="3952"/>
          </w:tcPr>
          <w:p>
            <w:pPr>
              <w:spacing w:after="0"/>
              <w:jc w:val="left"/>
            </w:pPr>
          </w:p>
        </w:tc>
      </w:tr>
      <w:tr>
        <w:trPr>
          <w:cantSplit/>
        </w:trPr>
        <w:tc>
          <w:tcPr>
            <w:tcW w:type="dxa" w:w="1706"/>
          </w:tcPr>
          <w:p>
            <w:pPr>
              <w:spacing w:after="0"/>
              <w:jc w:val="left"/>
            </w:pPr>
            <w:r>
              <w:rPr>
                <w:sz w:val="16"/>
              </w:rPr>
              <w:t>Saugatuck city</w:t>
            </w:r>
          </w:p>
        </w:tc>
        <w:tc>
          <w:tcPr>
            <w:tcW w:type="dxa" w:w="1144"/>
          </w:tcPr>
          <w:p>
            <w:pPr>
              <w:spacing w:after="0"/>
              <w:jc w:val="left"/>
            </w:pPr>
            <w:r>
              <w:rPr>
                <w:sz w:val="16"/>
              </w:rPr>
              <w:t>260305</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2</w:t>
            </w:r>
          </w:p>
        </w:tc>
        <w:tc>
          <w:tcPr>
            <w:tcW w:type="dxa" w:w="1028"/>
          </w:tcPr>
          <w:p>
            <w:pPr>
              <w:spacing w:after="0"/>
              <w:jc w:val="right"/>
            </w:pPr>
            <w:r>
              <w:rPr>
                <w:sz w:val="16"/>
              </w:rPr>
              <w:t>0</w:t>
            </w:r>
          </w:p>
        </w:tc>
        <w:tc>
          <w:tcPr>
            <w:tcW w:type="dxa" w:w="1028"/>
          </w:tcPr>
          <w:p>
            <w:pPr>
              <w:spacing w:after="0"/>
              <w:jc w:val="right"/>
            </w:pPr>
            <w:r>
              <w:rPr>
                <w:sz w:val="16"/>
              </w:rPr>
              <w:t>2</w:t>
            </w:r>
          </w:p>
        </w:tc>
        <w:tc>
          <w:tcPr>
            <w:tcW w:type="dxa" w:w="1028"/>
          </w:tcPr>
          <w:p>
            <w:pPr>
              <w:spacing w:after="0"/>
              <w:jc w:val="right"/>
            </w:pPr>
            <w:r>
              <w:rPr>
                <w:sz w:val="16"/>
              </w:rPr>
              <w:t>0</w:t>
            </w:r>
          </w:p>
        </w:tc>
        <w:tc>
          <w:tcPr>
            <w:tcW w:type="dxa" w:w="1144"/>
          </w:tcPr>
          <w:p>
            <w:pPr>
              <w:spacing w:after="0"/>
              <w:jc w:val="right"/>
            </w:pPr>
            <w:r>
              <w:rPr>
                <w:sz w:val="16"/>
              </w:rPr>
              <w:t>2</w:t>
            </w:r>
          </w:p>
        </w:tc>
        <w:tc>
          <w:tcPr>
            <w:tcW w:type="dxa" w:w="3952"/>
          </w:tcPr>
          <w:p>
            <w:pPr>
              <w:spacing w:after="0"/>
              <w:jc w:val="left"/>
            </w:pPr>
          </w:p>
        </w:tc>
      </w:tr>
      <w:tr>
        <w:trPr>
          <w:cantSplit/>
        </w:trPr>
        <w:tc>
          <w:tcPr>
            <w:tcW w:type="dxa" w:w="1706"/>
          </w:tcPr>
          <w:p>
            <w:pPr>
              <w:spacing w:after="0"/>
              <w:jc w:val="left"/>
            </w:pPr>
            <w:r>
              <w:rPr>
                <w:sz w:val="16"/>
              </w:rPr>
              <w:t>South Haven city</w:t>
            </w:r>
          </w:p>
        </w:tc>
        <w:tc>
          <w:tcPr>
            <w:tcW w:type="dxa" w:w="1144"/>
          </w:tcPr>
          <w:p>
            <w:pPr>
              <w:spacing w:after="0"/>
              <w:jc w:val="left"/>
            </w:pPr>
            <w:r>
              <w:rPr>
                <w:sz w:val="16"/>
              </w:rPr>
              <w:t>260211</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2</w:t>
            </w:r>
          </w:p>
        </w:tc>
        <w:tc>
          <w:tcPr>
            <w:tcW w:type="dxa" w:w="1028"/>
          </w:tcPr>
          <w:p>
            <w:pPr>
              <w:spacing w:after="0"/>
              <w:jc w:val="right"/>
            </w:pPr>
            <w:r>
              <w:rPr>
                <w:sz w:val="16"/>
              </w:rPr>
              <w:t>0</w:t>
            </w:r>
          </w:p>
        </w:tc>
        <w:tc>
          <w:tcPr>
            <w:tcW w:type="dxa" w:w="1028"/>
          </w:tcPr>
          <w:p>
            <w:pPr>
              <w:spacing w:after="0"/>
              <w:jc w:val="right"/>
            </w:pPr>
            <w:r>
              <w:rPr>
                <w:sz w:val="16"/>
              </w:rPr>
              <w:t>2</w:t>
            </w:r>
          </w:p>
        </w:tc>
        <w:tc>
          <w:tcPr>
            <w:tcW w:type="dxa" w:w="1028"/>
          </w:tcPr>
          <w:p>
            <w:pPr>
              <w:spacing w:after="0"/>
              <w:jc w:val="right"/>
            </w:pPr>
            <w:r>
              <w:rPr>
                <w:sz w:val="16"/>
              </w:rPr>
              <w:t>0</w:t>
            </w:r>
          </w:p>
        </w:tc>
        <w:tc>
          <w:tcPr>
            <w:tcW w:type="dxa" w:w="1144"/>
          </w:tcPr>
          <w:p>
            <w:pPr>
              <w:spacing w:after="0"/>
              <w:jc w:val="right"/>
            </w:pPr>
            <w:r>
              <w:rPr>
                <w:sz w:val="16"/>
              </w:rPr>
              <w:t>1</w:t>
            </w:r>
          </w:p>
        </w:tc>
        <w:tc>
          <w:tcPr>
            <w:tcW w:type="dxa" w:w="3952"/>
          </w:tcPr>
          <w:p>
            <w:pPr>
              <w:spacing w:after="0"/>
              <w:jc w:val="left"/>
            </w:pPr>
            <w:r>
              <w:rPr>
                <w:sz w:val="16"/>
              </w:rPr>
              <w:t>Whole community, including the part in Van Buren County; none of its repeat-flood properties are in this county.</w:t>
            </w:r>
          </w:p>
        </w:tc>
      </w:tr>
      <w:tr>
        <w:trPr>
          <w:cantSplit/>
        </w:trPr>
        <w:tc>
          <w:tcPr>
            <w:tcW w:type="dxa" w:w="1706"/>
          </w:tcPr>
          <w:p>
            <w:pPr>
              <w:spacing w:after="0"/>
              <w:jc w:val="left"/>
            </w:pPr>
            <w:r>
              <w:rPr>
                <w:sz w:val="16"/>
              </w:rPr>
              <w:t>South Haven city</w:t>
            </w:r>
          </w:p>
        </w:tc>
        <w:tc>
          <w:tcPr>
            <w:tcW w:type="dxa" w:w="1144"/>
          </w:tcPr>
          <w:p>
            <w:pPr>
              <w:spacing w:after="0"/>
              <w:jc w:val="left"/>
            </w:pPr>
            <w:r>
              <w:rPr>
                <w:sz w:val="16"/>
              </w:rPr>
              <w:t>261523</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144"/>
          </w:tcPr>
          <w:p>
            <w:pPr>
              <w:spacing w:after="0"/>
              <w:jc w:val="right"/>
            </w:pPr>
            <w:r>
              <w:rPr>
                <w:sz w:val="16"/>
              </w:rPr>
              <w:t>0</w:t>
            </w:r>
          </w:p>
        </w:tc>
        <w:tc>
          <w:tcPr>
            <w:tcW w:type="dxa" w:w="3952"/>
          </w:tcPr>
          <w:p>
            <w:pPr>
              <w:spacing w:after="0"/>
              <w:jc w:val="left"/>
            </w:pPr>
          </w:p>
        </w:tc>
      </w:tr>
      <w:tr>
        <w:trPr>
          <w:cantSplit/>
        </w:trPr>
        <w:tc>
          <w:tcPr>
            <w:tcW w:type="dxa" w:w="1706"/>
          </w:tcPr>
          <w:p>
            <w:pPr>
              <w:spacing w:after="0"/>
              <w:jc w:val="left"/>
            </w:pPr>
            <w:r>
              <w:rPr>
                <w:sz w:val="16"/>
              </w:rPr>
              <w:t>Wayland city</w:t>
            </w:r>
          </w:p>
        </w:tc>
        <w:tc>
          <w:tcPr>
            <w:tcW w:type="dxa" w:w="1144"/>
          </w:tcPr>
          <w:p>
            <w:pPr>
              <w:spacing w:after="0"/>
              <w:jc w:val="left"/>
            </w:pPr>
            <w:r>
              <w:rPr>
                <w:sz w:val="16"/>
              </w:rPr>
              <w:t>260744</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144"/>
          </w:tcPr>
          <w:p>
            <w:pPr>
              <w:spacing w:after="0"/>
              <w:jc w:val="right"/>
            </w:pPr>
            <w:r>
              <w:rPr>
                <w:sz w:val="16"/>
              </w:rPr>
              <w:t>0</w:t>
            </w:r>
          </w:p>
        </w:tc>
        <w:tc>
          <w:tcPr>
            <w:tcW w:type="dxa" w:w="3952"/>
          </w:tcPr>
          <w:p>
            <w:pPr>
              <w:spacing w:after="0"/>
              <w:jc w:val="left"/>
            </w:pPr>
          </w:p>
        </w:tc>
      </w:tr>
      <w:tr>
        <w:trPr>
          <w:cantSplit/>
        </w:trPr>
        <w:tc>
          <w:tcPr>
            <w:tcW w:type="dxa" w:w="1706"/>
          </w:tcPr>
          <w:p>
            <w:pPr>
              <w:spacing w:after="0"/>
              <w:jc w:val="left"/>
            </w:pPr>
            <w:r>
              <w:rPr>
                <w:sz w:val="16"/>
              </w:rPr>
              <w:t>Allegan township</w:t>
            </w:r>
          </w:p>
        </w:tc>
        <w:tc>
          <w:tcPr>
            <w:tcW w:type="dxa" w:w="1144"/>
          </w:tcPr>
          <w:p>
            <w:pPr>
              <w:spacing w:after="0"/>
              <w:jc w:val="left"/>
            </w:pPr>
            <w:r>
              <w:rPr>
                <w:sz w:val="16"/>
              </w:rPr>
              <w:t>261512</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144"/>
          </w:tcPr>
          <w:p>
            <w:pPr>
              <w:spacing w:after="0"/>
              <w:jc w:val="right"/>
            </w:pPr>
            <w:r>
              <w:rPr>
                <w:sz w:val="16"/>
              </w:rPr>
              <w:t>0</w:t>
            </w:r>
          </w:p>
        </w:tc>
        <w:tc>
          <w:tcPr>
            <w:tcW w:type="dxa" w:w="3952"/>
          </w:tcPr>
          <w:p>
            <w:pPr>
              <w:spacing w:after="0"/>
              <w:jc w:val="left"/>
            </w:pPr>
          </w:p>
        </w:tc>
      </w:tr>
      <w:tr>
        <w:trPr>
          <w:cantSplit/>
        </w:trPr>
        <w:tc>
          <w:tcPr>
            <w:tcW w:type="dxa" w:w="1706"/>
          </w:tcPr>
          <w:p>
            <w:pPr>
              <w:spacing w:after="0"/>
              <w:jc w:val="left"/>
            </w:pPr>
            <w:r>
              <w:rPr>
                <w:sz w:val="16"/>
              </w:rPr>
              <w:t>Casco township</w:t>
            </w:r>
          </w:p>
        </w:tc>
        <w:tc>
          <w:tcPr>
            <w:tcW w:type="dxa" w:w="1144"/>
          </w:tcPr>
          <w:p>
            <w:pPr>
              <w:spacing w:after="0"/>
              <w:jc w:val="left"/>
            </w:pPr>
            <w:r>
              <w:rPr>
                <w:sz w:val="16"/>
              </w:rPr>
              <w:t>260004</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144"/>
          </w:tcPr>
          <w:p>
            <w:pPr>
              <w:spacing w:after="0"/>
              <w:jc w:val="right"/>
            </w:pPr>
            <w:r>
              <w:rPr>
                <w:sz w:val="16"/>
              </w:rPr>
              <w:t>0</w:t>
            </w:r>
          </w:p>
        </w:tc>
        <w:tc>
          <w:tcPr>
            <w:tcW w:type="dxa" w:w="3952"/>
          </w:tcPr>
          <w:p>
            <w:pPr>
              <w:spacing w:after="0"/>
              <w:jc w:val="left"/>
            </w:pPr>
          </w:p>
        </w:tc>
      </w:tr>
      <w:tr>
        <w:trPr>
          <w:cantSplit/>
        </w:trPr>
        <w:tc>
          <w:tcPr>
            <w:tcW w:type="dxa" w:w="1706"/>
          </w:tcPr>
          <w:p>
            <w:pPr>
              <w:spacing w:after="0"/>
              <w:jc w:val="left"/>
            </w:pPr>
            <w:r>
              <w:rPr>
                <w:sz w:val="16"/>
              </w:rPr>
              <w:t>Cheshire township</w:t>
            </w:r>
          </w:p>
        </w:tc>
        <w:tc>
          <w:tcPr>
            <w:tcW w:type="dxa" w:w="1144"/>
          </w:tcPr>
          <w:p>
            <w:pPr>
              <w:spacing w:after="0"/>
              <w:jc w:val="left"/>
            </w:pPr>
            <w:r>
              <w:rPr>
                <w:sz w:val="16"/>
              </w:rPr>
              <w:t>261513</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144"/>
          </w:tcPr>
          <w:p>
            <w:pPr>
              <w:spacing w:after="0"/>
              <w:jc w:val="right"/>
            </w:pPr>
            <w:r>
              <w:rPr>
                <w:sz w:val="16"/>
              </w:rPr>
              <w:t>0</w:t>
            </w:r>
          </w:p>
        </w:tc>
        <w:tc>
          <w:tcPr>
            <w:tcW w:type="dxa" w:w="3952"/>
          </w:tcPr>
          <w:p>
            <w:pPr>
              <w:spacing w:after="0"/>
              <w:jc w:val="left"/>
            </w:pPr>
          </w:p>
        </w:tc>
      </w:tr>
      <w:tr>
        <w:trPr>
          <w:cantSplit/>
        </w:trPr>
        <w:tc>
          <w:tcPr>
            <w:tcW w:type="dxa" w:w="1706"/>
          </w:tcPr>
          <w:p>
            <w:pPr>
              <w:spacing w:after="0"/>
              <w:jc w:val="left"/>
            </w:pPr>
            <w:r>
              <w:rPr>
                <w:sz w:val="16"/>
              </w:rPr>
              <w:t>Clyde township</w:t>
            </w:r>
          </w:p>
        </w:tc>
        <w:tc>
          <w:tcPr>
            <w:tcW w:type="dxa" w:w="1144"/>
          </w:tcPr>
          <w:p>
            <w:pPr>
              <w:spacing w:after="0"/>
              <w:jc w:val="left"/>
            </w:pPr>
            <w:r>
              <w:rPr>
                <w:sz w:val="16"/>
              </w:rPr>
              <w:t>261514</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144"/>
          </w:tcPr>
          <w:p>
            <w:pPr>
              <w:spacing w:after="0"/>
              <w:jc w:val="right"/>
            </w:pPr>
            <w:r>
              <w:rPr>
                <w:sz w:val="16"/>
              </w:rPr>
              <w:t>0</w:t>
            </w:r>
          </w:p>
        </w:tc>
        <w:tc>
          <w:tcPr>
            <w:tcW w:type="dxa" w:w="3952"/>
          </w:tcPr>
          <w:p>
            <w:pPr>
              <w:spacing w:after="0"/>
              <w:jc w:val="left"/>
            </w:pPr>
          </w:p>
        </w:tc>
      </w:tr>
      <w:tr>
        <w:trPr>
          <w:cantSplit/>
        </w:trPr>
        <w:tc>
          <w:tcPr>
            <w:tcW w:type="dxa" w:w="1706"/>
          </w:tcPr>
          <w:p>
            <w:pPr>
              <w:spacing w:after="0"/>
              <w:jc w:val="left"/>
            </w:pPr>
            <w:r>
              <w:rPr>
                <w:sz w:val="16"/>
              </w:rPr>
              <w:t>Dorr township</w:t>
            </w:r>
          </w:p>
        </w:tc>
        <w:tc>
          <w:tcPr>
            <w:tcW w:type="dxa" w:w="1144"/>
          </w:tcPr>
          <w:p>
            <w:pPr>
              <w:spacing w:after="0"/>
              <w:jc w:val="left"/>
            </w:pPr>
            <w:r>
              <w:rPr>
                <w:sz w:val="16"/>
              </w:rPr>
              <w:t>261515</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144"/>
          </w:tcPr>
          <w:p>
            <w:pPr>
              <w:spacing w:after="0"/>
              <w:jc w:val="right"/>
            </w:pPr>
            <w:r>
              <w:rPr>
                <w:sz w:val="16"/>
              </w:rPr>
              <w:t>0</w:t>
            </w:r>
          </w:p>
        </w:tc>
        <w:tc>
          <w:tcPr>
            <w:tcW w:type="dxa" w:w="3952"/>
          </w:tcPr>
          <w:p>
            <w:pPr>
              <w:spacing w:after="0"/>
              <w:jc w:val="left"/>
            </w:pPr>
          </w:p>
        </w:tc>
      </w:tr>
      <w:tr>
        <w:trPr>
          <w:cantSplit/>
        </w:trPr>
        <w:tc>
          <w:tcPr>
            <w:tcW w:type="dxa" w:w="1706"/>
          </w:tcPr>
          <w:p>
            <w:pPr>
              <w:spacing w:after="0"/>
              <w:jc w:val="left"/>
            </w:pPr>
            <w:r>
              <w:rPr>
                <w:sz w:val="16"/>
              </w:rPr>
              <w:t>Fillmore township</w:t>
            </w:r>
          </w:p>
        </w:tc>
        <w:tc>
          <w:tcPr>
            <w:tcW w:type="dxa" w:w="1144"/>
          </w:tcPr>
          <w:p>
            <w:pPr>
              <w:spacing w:after="0"/>
              <w:jc w:val="left"/>
            </w:pPr>
            <w:r>
              <w:rPr>
                <w:sz w:val="16"/>
              </w:rPr>
              <w:t>261516</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144"/>
          </w:tcPr>
          <w:p>
            <w:pPr>
              <w:spacing w:after="0"/>
              <w:jc w:val="right"/>
            </w:pPr>
            <w:r>
              <w:rPr>
                <w:sz w:val="16"/>
              </w:rPr>
              <w:t>0</w:t>
            </w:r>
          </w:p>
        </w:tc>
        <w:tc>
          <w:tcPr>
            <w:tcW w:type="dxa" w:w="3952"/>
          </w:tcPr>
          <w:p>
            <w:pPr>
              <w:spacing w:after="0"/>
              <w:jc w:val="left"/>
            </w:pPr>
          </w:p>
        </w:tc>
      </w:tr>
      <w:tr>
        <w:trPr>
          <w:cantSplit/>
        </w:trPr>
        <w:tc>
          <w:tcPr>
            <w:tcW w:type="dxa" w:w="1706"/>
          </w:tcPr>
          <w:p>
            <w:pPr>
              <w:spacing w:after="0"/>
              <w:jc w:val="left"/>
            </w:pPr>
            <w:r>
              <w:rPr>
                <w:sz w:val="16"/>
              </w:rPr>
              <w:t>Ganges township</w:t>
            </w:r>
          </w:p>
        </w:tc>
        <w:tc>
          <w:tcPr>
            <w:tcW w:type="dxa" w:w="1144"/>
          </w:tcPr>
          <w:p>
            <w:pPr>
              <w:spacing w:after="0"/>
              <w:jc w:val="left"/>
            </w:pPr>
            <w:r>
              <w:rPr>
                <w:sz w:val="16"/>
              </w:rPr>
              <w:t>260005</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144"/>
          </w:tcPr>
          <w:p>
            <w:pPr>
              <w:spacing w:after="0"/>
              <w:jc w:val="right"/>
            </w:pPr>
            <w:r>
              <w:rPr>
                <w:sz w:val="16"/>
              </w:rPr>
              <w:t>0</w:t>
            </w:r>
          </w:p>
        </w:tc>
        <w:tc>
          <w:tcPr>
            <w:tcW w:type="dxa" w:w="3952"/>
          </w:tcPr>
          <w:p>
            <w:pPr>
              <w:spacing w:after="0"/>
              <w:jc w:val="left"/>
            </w:pPr>
          </w:p>
        </w:tc>
      </w:tr>
      <w:tr>
        <w:trPr>
          <w:cantSplit/>
        </w:trPr>
        <w:tc>
          <w:tcPr>
            <w:tcW w:type="dxa" w:w="1706"/>
          </w:tcPr>
          <w:p>
            <w:pPr>
              <w:spacing w:after="0"/>
              <w:jc w:val="left"/>
            </w:pPr>
            <w:r>
              <w:rPr>
                <w:sz w:val="16"/>
              </w:rPr>
              <w:t>Gun Plain township</w:t>
            </w:r>
          </w:p>
        </w:tc>
        <w:tc>
          <w:tcPr>
            <w:tcW w:type="dxa" w:w="1144"/>
          </w:tcPr>
          <w:p>
            <w:pPr>
              <w:spacing w:after="0"/>
              <w:jc w:val="left"/>
            </w:pPr>
            <w:r>
              <w:rPr>
                <w:sz w:val="16"/>
              </w:rPr>
              <w:t>260614</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144"/>
          </w:tcPr>
          <w:p>
            <w:pPr>
              <w:spacing w:after="0"/>
              <w:jc w:val="right"/>
            </w:pPr>
            <w:r>
              <w:rPr>
                <w:sz w:val="16"/>
              </w:rPr>
              <w:t>0</w:t>
            </w:r>
          </w:p>
        </w:tc>
        <w:tc>
          <w:tcPr>
            <w:tcW w:type="dxa" w:w="3952"/>
          </w:tcPr>
          <w:p>
            <w:pPr>
              <w:spacing w:after="0"/>
              <w:jc w:val="left"/>
            </w:pPr>
          </w:p>
        </w:tc>
      </w:tr>
      <w:tr>
        <w:trPr>
          <w:cantSplit/>
        </w:trPr>
        <w:tc>
          <w:tcPr>
            <w:tcW w:type="dxa" w:w="1706"/>
          </w:tcPr>
          <w:p>
            <w:pPr>
              <w:spacing w:after="0"/>
              <w:jc w:val="left"/>
            </w:pPr>
            <w:r>
              <w:rPr>
                <w:sz w:val="16"/>
              </w:rPr>
              <w:t>Heath township</w:t>
            </w:r>
          </w:p>
        </w:tc>
        <w:tc>
          <w:tcPr>
            <w:tcW w:type="dxa" w:w="1144"/>
          </w:tcPr>
          <w:p>
            <w:pPr>
              <w:spacing w:after="0"/>
              <w:jc w:val="left"/>
            </w:pPr>
            <w:r>
              <w:rPr>
                <w:sz w:val="16"/>
              </w:rPr>
              <w:t>260347</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144"/>
          </w:tcPr>
          <w:p>
            <w:pPr>
              <w:spacing w:after="0"/>
              <w:jc w:val="right"/>
            </w:pPr>
            <w:r>
              <w:rPr>
                <w:sz w:val="16"/>
              </w:rPr>
              <w:t>0</w:t>
            </w:r>
          </w:p>
        </w:tc>
        <w:tc>
          <w:tcPr>
            <w:tcW w:type="dxa" w:w="3952"/>
          </w:tcPr>
          <w:p>
            <w:pPr>
              <w:spacing w:after="0"/>
              <w:jc w:val="left"/>
            </w:pPr>
          </w:p>
        </w:tc>
      </w:tr>
      <w:tr>
        <w:trPr>
          <w:cantSplit/>
        </w:trPr>
        <w:tc>
          <w:tcPr>
            <w:tcW w:type="dxa" w:w="1706"/>
          </w:tcPr>
          <w:p>
            <w:pPr>
              <w:spacing w:after="0"/>
              <w:jc w:val="left"/>
            </w:pPr>
            <w:r>
              <w:rPr>
                <w:sz w:val="16"/>
              </w:rPr>
              <w:t>Hopkins township</w:t>
            </w:r>
          </w:p>
        </w:tc>
        <w:tc>
          <w:tcPr>
            <w:tcW w:type="dxa" w:w="1144"/>
          </w:tcPr>
          <w:p>
            <w:pPr>
              <w:spacing w:after="0"/>
              <w:jc w:val="left"/>
            </w:pPr>
            <w:r>
              <w:rPr>
                <w:sz w:val="16"/>
              </w:rPr>
              <w:t>261517</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144"/>
          </w:tcPr>
          <w:p>
            <w:pPr>
              <w:spacing w:after="0"/>
              <w:jc w:val="right"/>
            </w:pPr>
            <w:r>
              <w:rPr>
                <w:sz w:val="16"/>
              </w:rPr>
              <w:t>0</w:t>
            </w:r>
          </w:p>
        </w:tc>
        <w:tc>
          <w:tcPr>
            <w:tcW w:type="dxa" w:w="3952"/>
          </w:tcPr>
          <w:p>
            <w:pPr>
              <w:spacing w:after="0"/>
              <w:jc w:val="left"/>
            </w:pPr>
          </w:p>
        </w:tc>
      </w:tr>
      <w:tr>
        <w:trPr>
          <w:cantSplit/>
        </w:trPr>
        <w:tc>
          <w:tcPr>
            <w:tcW w:type="dxa" w:w="1706"/>
          </w:tcPr>
          <w:p>
            <w:pPr>
              <w:spacing w:after="0"/>
              <w:jc w:val="left"/>
            </w:pPr>
            <w:r>
              <w:rPr>
                <w:sz w:val="16"/>
              </w:rPr>
              <w:t>Laketown township</w:t>
            </w:r>
          </w:p>
        </w:tc>
        <w:tc>
          <w:tcPr>
            <w:tcW w:type="dxa" w:w="1144"/>
          </w:tcPr>
          <w:p>
            <w:pPr>
              <w:spacing w:after="0"/>
              <w:jc w:val="left"/>
            </w:pPr>
            <w:r>
              <w:rPr>
                <w:sz w:val="16"/>
              </w:rPr>
              <w:t>260253</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1</w:t>
            </w:r>
          </w:p>
        </w:tc>
        <w:tc>
          <w:tcPr>
            <w:tcW w:type="dxa" w:w="1028"/>
          </w:tcPr>
          <w:p>
            <w:pPr>
              <w:spacing w:after="0"/>
              <w:jc w:val="right"/>
            </w:pPr>
            <w:r>
              <w:rPr>
                <w:sz w:val="16"/>
              </w:rPr>
              <w:t>0</w:t>
            </w:r>
          </w:p>
        </w:tc>
        <w:tc>
          <w:tcPr>
            <w:tcW w:type="dxa" w:w="1028"/>
          </w:tcPr>
          <w:p>
            <w:pPr>
              <w:spacing w:after="0"/>
              <w:jc w:val="right"/>
            </w:pPr>
            <w:r>
              <w:rPr>
                <w:sz w:val="16"/>
              </w:rPr>
              <w:t>1</w:t>
            </w:r>
          </w:p>
        </w:tc>
        <w:tc>
          <w:tcPr>
            <w:tcW w:type="dxa" w:w="1028"/>
          </w:tcPr>
          <w:p>
            <w:pPr>
              <w:spacing w:after="0"/>
              <w:jc w:val="right"/>
            </w:pPr>
            <w:r>
              <w:rPr>
                <w:sz w:val="16"/>
              </w:rPr>
              <w:t>0</w:t>
            </w:r>
          </w:p>
        </w:tc>
        <w:tc>
          <w:tcPr>
            <w:tcW w:type="dxa" w:w="1144"/>
          </w:tcPr>
          <w:p>
            <w:pPr>
              <w:spacing w:after="0"/>
              <w:jc w:val="right"/>
            </w:pPr>
            <w:r>
              <w:rPr>
                <w:sz w:val="16"/>
              </w:rPr>
              <w:t>0</w:t>
            </w:r>
          </w:p>
        </w:tc>
        <w:tc>
          <w:tcPr>
            <w:tcW w:type="dxa" w:w="3952"/>
          </w:tcPr>
          <w:p>
            <w:pPr>
              <w:spacing w:after="0"/>
              <w:jc w:val="left"/>
            </w:pPr>
          </w:p>
        </w:tc>
      </w:tr>
      <w:tr>
        <w:trPr>
          <w:cantSplit/>
        </w:trPr>
        <w:tc>
          <w:tcPr>
            <w:tcW w:type="dxa" w:w="1706"/>
          </w:tcPr>
          <w:p>
            <w:pPr>
              <w:spacing w:after="0"/>
              <w:jc w:val="left"/>
            </w:pPr>
            <w:r>
              <w:rPr>
                <w:sz w:val="16"/>
              </w:rPr>
              <w:t>Lee township</w:t>
            </w:r>
          </w:p>
        </w:tc>
        <w:tc>
          <w:tcPr>
            <w:tcW w:type="dxa" w:w="1144"/>
          </w:tcPr>
          <w:p>
            <w:pPr>
              <w:spacing w:after="0"/>
              <w:jc w:val="left"/>
            </w:pPr>
            <w:r>
              <w:rPr>
                <w:sz w:val="16"/>
              </w:rPr>
              <w:t>260722</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144"/>
          </w:tcPr>
          <w:p>
            <w:pPr>
              <w:spacing w:after="0"/>
              <w:jc w:val="right"/>
            </w:pPr>
            <w:r>
              <w:rPr>
                <w:sz w:val="16"/>
              </w:rPr>
              <w:t>0</w:t>
            </w:r>
          </w:p>
        </w:tc>
        <w:tc>
          <w:tcPr>
            <w:tcW w:type="dxa" w:w="3952"/>
          </w:tcPr>
          <w:p>
            <w:pPr>
              <w:spacing w:after="0"/>
              <w:jc w:val="left"/>
            </w:pPr>
          </w:p>
        </w:tc>
      </w:tr>
      <w:tr>
        <w:trPr>
          <w:cantSplit/>
        </w:trPr>
        <w:tc>
          <w:tcPr>
            <w:tcW w:type="dxa" w:w="1706"/>
          </w:tcPr>
          <w:p>
            <w:pPr>
              <w:spacing w:after="0"/>
              <w:jc w:val="left"/>
            </w:pPr>
            <w:r>
              <w:rPr>
                <w:sz w:val="16"/>
              </w:rPr>
              <w:t>Leighton township</w:t>
            </w:r>
          </w:p>
        </w:tc>
        <w:tc>
          <w:tcPr>
            <w:tcW w:type="dxa" w:w="1144"/>
          </w:tcPr>
          <w:p>
            <w:pPr>
              <w:spacing w:after="0"/>
              <w:jc w:val="left"/>
            </w:pPr>
            <w:r>
              <w:rPr>
                <w:sz w:val="16"/>
              </w:rPr>
              <w:t>261518</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144"/>
          </w:tcPr>
          <w:p>
            <w:pPr>
              <w:spacing w:after="0"/>
              <w:jc w:val="right"/>
            </w:pPr>
            <w:r>
              <w:rPr>
                <w:sz w:val="16"/>
              </w:rPr>
              <w:t>0</w:t>
            </w:r>
          </w:p>
        </w:tc>
        <w:tc>
          <w:tcPr>
            <w:tcW w:type="dxa" w:w="3952"/>
          </w:tcPr>
          <w:p>
            <w:pPr>
              <w:spacing w:after="0"/>
              <w:jc w:val="left"/>
            </w:pPr>
          </w:p>
        </w:tc>
      </w:tr>
      <w:tr>
        <w:trPr>
          <w:cantSplit/>
        </w:trPr>
        <w:tc>
          <w:tcPr>
            <w:tcW w:type="dxa" w:w="1706"/>
          </w:tcPr>
          <w:p>
            <w:pPr>
              <w:spacing w:after="0"/>
              <w:jc w:val="left"/>
            </w:pPr>
            <w:r>
              <w:rPr>
                <w:sz w:val="16"/>
              </w:rPr>
              <w:t>Manlius township</w:t>
            </w:r>
          </w:p>
        </w:tc>
        <w:tc>
          <w:tcPr>
            <w:tcW w:type="dxa" w:w="1144"/>
          </w:tcPr>
          <w:p>
            <w:pPr>
              <w:spacing w:after="0"/>
              <w:jc w:val="left"/>
            </w:pPr>
            <w:r>
              <w:rPr>
                <w:sz w:val="16"/>
              </w:rPr>
              <w:t>260348</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144"/>
          </w:tcPr>
          <w:p>
            <w:pPr>
              <w:spacing w:after="0"/>
              <w:jc w:val="right"/>
            </w:pPr>
            <w:r>
              <w:rPr>
                <w:sz w:val="16"/>
              </w:rPr>
              <w:t>0</w:t>
            </w:r>
          </w:p>
        </w:tc>
        <w:tc>
          <w:tcPr>
            <w:tcW w:type="dxa" w:w="3952"/>
          </w:tcPr>
          <w:p>
            <w:pPr>
              <w:spacing w:after="0"/>
              <w:jc w:val="left"/>
            </w:pPr>
          </w:p>
        </w:tc>
      </w:tr>
      <w:tr>
        <w:trPr>
          <w:cantSplit/>
        </w:trPr>
        <w:tc>
          <w:tcPr>
            <w:tcW w:type="dxa" w:w="1706"/>
          </w:tcPr>
          <w:p>
            <w:pPr>
              <w:spacing w:after="0"/>
              <w:jc w:val="left"/>
            </w:pPr>
            <w:r>
              <w:rPr>
                <w:sz w:val="16"/>
              </w:rPr>
              <w:t>Martin township</w:t>
            </w:r>
          </w:p>
        </w:tc>
        <w:tc>
          <w:tcPr>
            <w:tcW w:type="dxa" w:w="1144"/>
          </w:tcPr>
          <w:p>
            <w:pPr>
              <w:spacing w:after="0"/>
              <w:jc w:val="left"/>
            </w:pPr>
            <w:r>
              <w:rPr>
                <w:sz w:val="16"/>
              </w:rPr>
              <w:t>261900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144"/>
          </w:tcPr>
          <w:p>
            <w:pPr>
              <w:spacing w:after="0"/>
              <w:jc w:val="right"/>
            </w:pPr>
            <w:r>
              <w:rPr>
                <w:sz w:val="16"/>
              </w:rPr>
              <w:t>0</w:t>
            </w:r>
          </w:p>
        </w:tc>
        <w:tc>
          <w:tcPr>
            <w:tcW w:type="dxa" w:w="3952"/>
          </w:tcPr>
          <w:p>
            <w:pPr>
              <w:spacing w:after="0"/>
              <w:jc w:val="left"/>
            </w:pPr>
          </w:p>
        </w:tc>
      </w:tr>
      <w:tr>
        <w:trPr>
          <w:cantSplit/>
        </w:trPr>
        <w:tc>
          <w:tcPr>
            <w:tcW w:type="dxa" w:w="1706"/>
          </w:tcPr>
          <w:p>
            <w:pPr>
              <w:spacing w:after="0"/>
              <w:jc w:val="left"/>
            </w:pPr>
            <w:r>
              <w:rPr>
                <w:sz w:val="16"/>
              </w:rPr>
              <w:t>Monterey township</w:t>
            </w:r>
          </w:p>
        </w:tc>
        <w:tc>
          <w:tcPr>
            <w:tcW w:type="dxa" w:w="1144"/>
          </w:tcPr>
          <w:p>
            <w:pPr>
              <w:spacing w:after="0"/>
              <w:jc w:val="left"/>
            </w:pPr>
            <w:r>
              <w:rPr>
                <w:sz w:val="16"/>
              </w:rPr>
              <w:t>261000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144"/>
          </w:tcPr>
          <w:p>
            <w:pPr>
              <w:spacing w:after="0"/>
              <w:jc w:val="right"/>
            </w:pPr>
            <w:r>
              <w:rPr>
                <w:sz w:val="16"/>
              </w:rPr>
              <w:t>0</w:t>
            </w:r>
          </w:p>
        </w:tc>
        <w:tc>
          <w:tcPr>
            <w:tcW w:type="dxa" w:w="3952"/>
          </w:tcPr>
          <w:p>
            <w:pPr>
              <w:spacing w:after="0"/>
              <w:jc w:val="left"/>
            </w:pPr>
          </w:p>
        </w:tc>
      </w:tr>
      <w:tr>
        <w:trPr>
          <w:cantSplit/>
        </w:trPr>
        <w:tc>
          <w:tcPr>
            <w:tcW w:type="dxa" w:w="1706"/>
          </w:tcPr>
          <w:p>
            <w:pPr>
              <w:spacing w:after="0"/>
              <w:jc w:val="left"/>
            </w:pPr>
            <w:r>
              <w:rPr>
                <w:sz w:val="16"/>
              </w:rPr>
              <w:t>Otsego township</w:t>
            </w:r>
          </w:p>
        </w:tc>
        <w:tc>
          <w:tcPr>
            <w:tcW w:type="dxa" w:w="1144"/>
          </w:tcPr>
          <w:p>
            <w:pPr>
              <w:spacing w:after="0"/>
              <w:jc w:val="left"/>
            </w:pPr>
            <w:r>
              <w:rPr>
                <w:sz w:val="16"/>
              </w:rPr>
              <w:t>260740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144"/>
          </w:tcPr>
          <w:p>
            <w:pPr>
              <w:spacing w:after="0"/>
              <w:jc w:val="right"/>
            </w:pPr>
            <w:r>
              <w:rPr>
                <w:sz w:val="16"/>
              </w:rPr>
              <w:t>0</w:t>
            </w:r>
          </w:p>
        </w:tc>
        <w:tc>
          <w:tcPr>
            <w:tcW w:type="dxa" w:w="3952"/>
          </w:tcPr>
          <w:p>
            <w:pPr>
              <w:spacing w:after="0"/>
              <w:jc w:val="left"/>
            </w:pPr>
          </w:p>
        </w:tc>
      </w:tr>
      <w:tr>
        <w:trPr>
          <w:cantSplit/>
        </w:trPr>
        <w:tc>
          <w:tcPr>
            <w:tcW w:type="dxa" w:w="1706"/>
          </w:tcPr>
          <w:p>
            <w:pPr>
              <w:spacing w:after="0"/>
              <w:jc w:val="left"/>
            </w:pPr>
            <w:r>
              <w:rPr>
                <w:sz w:val="16"/>
              </w:rPr>
              <w:t>Overisel township</w:t>
            </w:r>
          </w:p>
        </w:tc>
        <w:tc>
          <w:tcPr>
            <w:tcW w:type="dxa" w:w="1144"/>
          </w:tcPr>
          <w:p>
            <w:pPr>
              <w:spacing w:after="0"/>
              <w:jc w:val="left"/>
            </w:pPr>
            <w:r>
              <w:rPr>
                <w:sz w:val="16"/>
              </w:rPr>
              <w:t>261822</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144"/>
          </w:tcPr>
          <w:p>
            <w:pPr>
              <w:spacing w:after="0"/>
              <w:jc w:val="right"/>
            </w:pPr>
            <w:r>
              <w:rPr>
                <w:sz w:val="16"/>
              </w:rPr>
              <w:t>0</w:t>
            </w:r>
          </w:p>
        </w:tc>
        <w:tc>
          <w:tcPr>
            <w:tcW w:type="dxa" w:w="3952"/>
          </w:tcPr>
          <w:p>
            <w:pPr>
              <w:spacing w:after="0"/>
              <w:jc w:val="left"/>
            </w:pPr>
          </w:p>
        </w:tc>
      </w:tr>
      <w:tr>
        <w:trPr>
          <w:cantSplit/>
        </w:trPr>
        <w:tc>
          <w:tcPr>
            <w:tcW w:type="dxa" w:w="1706"/>
          </w:tcPr>
          <w:p>
            <w:pPr>
              <w:spacing w:after="0"/>
              <w:jc w:val="left"/>
            </w:pPr>
            <w:r>
              <w:rPr>
                <w:sz w:val="16"/>
              </w:rPr>
              <w:t>Salem township</w:t>
            </w:r>
          </w:p>
        </w:tc>
        <w:tc>
          <w:tcPr>
            <w:tcW w:type="dxa" w:w="1144"/>
          </w:tcPr>
          <w:p>
            <w:pPr>
              <w:spacing w:after="0"/>
              <w:jc w:val="left"/>
            </w:pPr>
            <w:r>
              <w:rPr>
                <w:sz w:val="16"/>
              </w:rPr>
              <w:t>261823</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144"/>
          </w:tcPr>
          <w:p>
            <w:pPr>
              <w:spacing w:after="0"/>
              <w:jc w:val="right"/>
            </w:pPr>
            <w:r>
              <w:rPr>
                <w:sz w:val="16"/>
              </w:rPr>
              <w:t>0</w:t>
            </w:r>
          </w:p>
        </w:tc>
        <w:tc>
          <w:tcPr>
            <w:tcW w:type="dxa" w:w="3952"/>
          </w:tcPr>
          <w:p>
            <w:pPr>
              <w:spacing w:after="0"/>
              <w:jc w:val="left"/>
            </w:pPr>
          </w:p>
        </w:tc>
      </w:tr>
      <w:tr>
        <w:trPr>
          <w:cantSplit/>
        </w:trPr>
        <w:tc>
          <w:tcPr>
            <w:tcW w:type="dxa" w:w="1706"/>
          </w:tcPr>
          <w:p>
            <w:pPr>
              <w:spacing w:after="0"/>
              <w:jc w:val="left"/>
            </w:pPr>
            <w:r>
              <w:rPr>
                <w:sz w:val="16"/>
              </w:rPr>
              <w:t>Saugatuck township</w:t>
            </w:r>
          </w:p>
        </w:tc>
        <w:tc>
          <w:tcPr>
            <w:tcW w:type="dxa" w:w="1144"/>
          </w:tcPr>
          <w:p>
            <w:pPr>
              <w:spacing w:after="0"/>
              <w:jc w:val="left"/>
            </w:pPr>
            <w:r>
              <w:rPr>
                <w:sz w:val="16"/>
              </w:rPr>
              <w:t>260009</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144"/>
          </w:tcPr>
          <w:p>
            <w:pPr>
              <w:spacing w:after="0"/>
              <w:jc w:val="right"/>
            </w:pPr>
            <w:r>
              <w:rPr>
                <w:sz w:val="16"/>
              </w:rPr>
              <w:t>0</w:t>
            </w:r>
          </w:p>
        </w:tc>
        <w:tc>
          <w:tcPr>
            <w:tcW w:type="dxa" w:w="3952"/>
          </w:tcPr>
          <w:p>
            <w:pPr>
              <w:spacing w:after="0"/>
              <w:jc w:val="left"/>
            </w:pPr>
          </w:p>
        </w:tc>
      </w:tr>
      <w:tr>
        <w:trPr>
          <w:cantSplit/>
        </w:trPr>
        <w:tc>
          <w:tcPr>
            <w:tcW w:type="dxa" w:w="1706"/>
          </w:tcPr>
          <w:p>
            <w:pPr>
              <w:spacing w:after="0"/>
              <w:jc w:val="left"/>
            </w:pPr>
            <w:r>
              <w:rPr>
                <w:sz w:val="16"/>
              </w:rPr>
              <w:t>Trowbridge township</w:t>
            </w:r>
          </w:p>
        </w:tc>
        <w:tc>
          <w:tcPr>
            <w:tcW w:type="dxa" w:w="1144"/>
          </w:tcPr>
          <w:p>
            <w:pPr>
              <w:spacing w:after="0"/>
              <w:jc w:val="left"/>
            </w:pPr>
            <w:r>
              <w:rPr>
                <w:sz w:val="16"/>
              </w:rPr>
              <w:t>261519</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144"/>
          </w:tcPr>
          <w:p>
            <w:pPr>
              <w:spacing w:after="0"/>
              <w:jc w:val="right"/>
            </w:pPr>
            <w:r>
              <w:rPr>
                <w:sz w:val="16"/>
              </w:rPr>
              <w:t>0</w:t>
            </w:r>
          </w:p>
        </w:tc>
        <w:tc>
          <w:tcPr>
            <w:tcW w:type="dxa" w:w="3952"/>
          </w:tcPr>
          <w:p>
            <w:pPr>
              <w:spacing w:after="0"/>
              <w:jc w:val="left"/>
            </w:pPr>
          </w:p>
        </w:tc>
      </w:tr>
      <w:tr>
        <w:trPr>
          <w:cantSplit/>
        </w:trPr>
        <w:tc>
          <w:tcPr>
            <w:tcW w:type="dxa" w:w="1706"/>
          </w:tcPr>
          <w:p>
            <w:pPr>
              <w:spacing w:after="0"/>
              <w:jc w:val="left"/>
            </w:pPr>
            <w:r>
              <w:rPr>
                <w:sz w:val="16"/>
              </w:rPr>
              <w:t>Valley township</w:t>
            </w:r>
          </w:p>
        </w:tc>
        <w:tc>
          <w:tcPr>
            <w:tcW w:type="dxa" w:w="1144"/>
          </w:tcPr>
          <w:p>
            <w:pPr>
              <w:spacing w:after="0"/>
              <w:jc w:val="left"/>
            </w:pPr>
            <w:r>
              <w:rPr>
                <w:sz w:val="16"/>
              </w:rPr>
              <w:t>261520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144"/>
          </w:tcPr>
          <w:p>
            <w:pPr>
              <w:spacing w:after="0"/>
              <w:jc w:val="right"/>
            </w:pPr>
            <w:r>
              <w:rPr>
                <w:sz w:val="16"/>
              </w:rPr>
              <w:t>0</w:t>
            </w:r>
          </w:p>
        </w:tc>
        <w:tc>
          <w:tcPr>
            <w:tcW w:type="dxa" w:w="3952"/>
          </w:tcPr>
          <w:p>
            <w:pPr>
              <w:spacing w:after="0"/>
              <w:jc w:val="left"/>
            </w:pPr>
          </w:p>
        </w:tc>
      </w:tr>
      <w:tr>
        <w:trPr>
          <w:cantSplit/>
        </w:trPr>
        <w:tc>
          <w:tcPr>
            <w:tcW w:type="dxa" w:w="1706"/>
          </w:tcPr>
          <w:p>
            <w:pPr>
              <w:spacing w:after="0"/>
              <w:jc w:val="left"/>
            </w:pPr>
            <w:r>
              <w:rPr>
                <w:sz w:val="16"/>
              </w:rPr>
              <w:t>Watson township</w:t>
            </w:r>
          </w:p>
        </w:tc>
        <w:tc>
          <w:tcPr>
            <w:tcW w:type="dxa" w:w="1144"/>
          </w:tcPr>
          <w:p>
            <w:pPr>
              <w:spacing w:after="0"/>
              <w:jc w:val="left"/>
            </w:pPr>
            <w:r>
              <w:rPr>
                <w:sz w:val="16"/>
              </w:rPr>
              <w:t>261521</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144"/>
          </w:tcPr>
          <w:p>
            <w:pPr>
              <w:spacing w:after="0"/>
              <w:jc w:val="right"/>
            </w:pPr>
            <w:r>
              <w:rPr>
                <w:sz w:val="16"/>
              </w:rPr>
              <w:t>0</w:t>
            </w:r>
          </w:p>
        </w:tc>
        <w:tc>
          <w:tcPr>
            <w:tcW w:type="dxa" w:w="3952"/>
          </w:tcPr>
          <w:p>
            <w:pPr>
              <w:spacing w:after="0"/>
              <w:jc w:val="left"/>
            </w:pPr>
          </w:p>
        </w:tc>
      </w:tr>
      <w:tr>
        <w:trPr>
          <w:cantSplit/>
        </w:trPr>
        <w:tc>
          <w:tcPr>
            <w:tcW w:type="dxa" w:w="1706"/>
          </w:tcPr>
          <w:p>
            <w:pPr>
              <w:spacing w:after="0"/>
              <w:jc w:val="left"/>
            </w:pPr>
            <w:r>
              <w:rPr>
                <w:sz w:val="16"/>
              </w:rPr>
              <w:t>Wayland township</w:t>
            </w:r>
          </w:p>
        </w:tc>
        <w:tc>
          <w:tcPr>
            <w:tcW w:type="dxa" w:w="1144"/>
          </w:tcPr>
          <w:p>
            <w:pPr>
              <w:spacing w:after="0"/>
              <w:jc w:val="left"/>
            </w:pPr>
            <w:r>
              <w:rPr>
                <w:sz w:val="16"/>
              </w:rPr>
              <w:t>261522</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144"/>
          </w:tcPr>
          <w:p>
            <w:pPr>
              <w:spacing w:after="0"/>
              <w:jc w:val="right"/>
            </w:pPr>
            <w:r>
              <w:rPr>
                <w:sz w:val="16"/>
              </w:rPr>
              <w:t>0</w:t>
            </w:r>
          </w:p>
        </w:tc>
        <w:tc>
          <w:tcPr>
            <w:tcW w:type="dxa" w:w="395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3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Allegan County, MI: risk-assessment baseline packet, release 2026-10 (data as of 2026-09-30; County FIPS 26005). Automated baseline. </w:t>
      </w:r>
      <w:hyperlink r:id="rId15">
        <w:r>
          <w:rPr>
            <w:color w:val="1F4E99"/>
            <w:sz w:val="17"/>
            <w:u w:val="single"/>
          </w:rPr>
          <w:t>https://hazardplain.org/mi/26005/</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hazard-plain_2026-10_MI_26005.docx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Allegan County, MI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mi/26005/"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Allegan County, MI: Risk-assessment baseline packet</dc:title>
  <dc:subject>Hazard Plain release 2026-10, as of 2026-09-30. Automated baseline</dc:subject>
  <dc:creator>Hazard Plain</dc:creator>
  <cp:keywords>Hazard Plain; hazard mitigation; risk assessment; 26005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