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Tensas Parish, LA</w:t>
      </w:r>
    </w:p>
    <w:p>
      <w:pPr>
        <w:spacing w:after="120" w:before="0"/>
      </w:pPr>
      <w:r>
        <w:rPr>
          <w:color w:val="555555"/>
          <w:sz w:val="24"/>
        </w:rPr>
        <w:t>Risk-assessment baseline packet</w:t>
      </w:r>
    </w:p>
    <w:p>
      <w:pPr>
        <w:spacing w:after="120" w:before="0"/>
      </w:pPr>
      <w:r>
        <w:rPr>
          <w:b/>
          <w:sz w:val="18"/>
        </w:rPr>
        <w:t xml:space="preserve">Unit: </w:t>
      </w:r>
      <w:r>
        <w:rPr>
          <w:sz w:val="18"/>
        </w:rPr>
        <w:t>County area 22107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2029-08-22</w:t>
      </w:r>
    </w:p>
    <w:p>
      <w:pPr>
        <w:keepNext/>
        <w:spacing w:after="40" w:before="0"/>
      </w:pPr>
      <w:r>
        <w:rPr>
          <w:b/>
        </w:rPr>
        <w:t xml:space="preserve">Plan: </w:t>
      </w:r>
      <w:r>
        <w:rPr/>
        <w:t>Tensas Parish (FEMA plan 109681)</w:t>
      </w:r>
    </w:p>
    <w:p>
      <w:pPr>
        <w:keepNext/>
        <w:spacing w:after="40" w:before="0"/>
      </w:pPr>
      <w:r>
        <w:rPr>
          <w:b/>
        </w:rPr>
        <w:t xml:space="preserve">Approved: </w:t>
      </w:r>
      <w:r>
        <w:rPr/>
        <w:t>2024-08-23</w:t>
      </w:r>
    </w:p>
    <w:p>
      <w:pPr>
        <w:keepNext/>
        <w:spacing w:after="40" w:before="0"/>
      </w:pPr>
      <w:r>
        <w:rPr>
          <w:b/>
        </w:rPr>
        <w:t xml:space="preserve">Expires: </w:t>
      </w:r>
      <w:r>
        <w:rPr/>
        <w:t>2029-08-22</w:t>
      </w:r>
    </w:p>
    <w:p>
      <w:pPr>
        <w:keepNext/>
        <w:spacing w:after="40" w:before="0"/>
      </w:pPr>
      <w:r>
        <w:rPr>
          <w:b/>
        </w:rPr>
        <w:t xml:space="preserve">As of: </w:t>
      </w:r>
      <w:r>
        <w:rPr/>
        <w:t>2026-09-28</w:t>
      </w:r>
    </w:p>
    <w:p>
      <w:pPr>
        <w:keepNext/>
        <w:spacing w:after="40" w:before="0"/>
      </w:pPr>
      <w:r>
        <w:rPr>
          <w:b/>
        </w:rPr>
        <w:t xml:space="preserve">Days: </w:t>
      </w:r>
      <w:r>
        <w:rPr/>
        <w:t>1,059 days to expiry</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2024-08-23)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EM-3614-LA, EM-3638-LA, DR-4900-LA (3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7, SRL 5 (44 CFR 77.2); any definition: 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92"/>
        <w:gridCol w:w="775"/>
        <w:gridCol w:w="3016"/>
        <w:gridCol w:w="3423"/>
        <w:gridCol w:w="1183"/>
        <w:gridCol w:w="1183"/>
        <w:gridCol w:w="1020"/>
        <w:gridCol w:w="1081"/>
        <w:gridCol w:w="739"/>
      </w:tblGrid>
      <w:tr>
        <w:trPr>
          <w:cantSplit/>
          <w:tblHeader/>
        </w:trPr>
        <w:tc>
          <w:tcPr>
            <w:tcW w:type="dxa" w:w="1692"/>
            <w:shd w:val="clear" w:color="auto" w:fill="E8E8E8"/>
          </w:tcPr>
          <w:p>
            <w:pPr>
              <w:spacing w:after="0"/>
              <w:jc w:val="left"/>
            </w:pPr>
            <w:r>
              <w:rPr>
                <w:b/>
                <w:sz w:val="16"/>
              </w:rPr>
              <w:t>Jurisdiction</w:t>
            </w:r>
          </w:p>
        </w:tc>
        <w:tc>
          <w:tcPr>
            <w:tcW w:type="dxa" w:w="775"/>
            <w:shd w:val="clear" w:color="auto" w:fill="E8E8E8"/>
          </w:tcPr>
          <w:p>
            <w:pPr>
              <w:spacing w:after="0"/>
              <w:jc w:val="left"/>
            </w:pPr>
            <w:r>
              <w:rPr>
                <w:b/>
                <w:sz w:val="16"/>
              </w:rPr>
              <w:t>Type</w:t>
            </w:r>
          </w:p>
        </w:tc>
        <w:tc>
          <w:tcPr>
            <w:tcW w:type="dxa" w:w="3016"/>
            <w:shd w:val="clear" w:color="auto" w:fill="E8E8E8"/>
          </w:tcPr>
          <w:p>
            <w:pPr>
              <w:spacing w:after="0"/>
              <w:jc w:val="left"/>
            </w:pPr>
            <w:r>
              <w:rPr>
                <w:b/>
                <w:sz w:val="16"/>
              </w:rPr>
              <w:t>Status</w:t>
            </w:r>
          </w:p>
        </w:tc>
        <w:tc>
          <w:tcPr>
            <w:tcW w:type="dxa" w:w="3423"/>
            <w:shd w:val="clear" w:color="auto" w:fill="E8E8E8"/>
          </w:tcPr>
          <w:p>
            <w:pPr>
              <w:spacing w:after="0"/>
              <w:jc w:val="left"/>
            </w:pPr>
            <w:r>
              <w:rPr>
                <w:b/>
                <w:sz w:val="16"/>
              </w:rPr>
              <w:t>Plan</w:t>
            </w:r>
          </w:p>
        </w:tc>
        <w:tc>
          <w:tcPr>
            <w:tcW w:type="dxa" w:w="1183"/>
            <w:shd w:val="clear" w:color="auto" w:fill="E8E8E8"/>
          </w:tcPr>
          <w:p>
            <w:pPr>
              <w:spacing w:after="0"/>
              <w:jc w:val="left"/>
            </w:pPr>
            <w:r>
              <w:rPr>
                <w:b/>
                <w:sz w:val="16"/>
              </w:rPr>
              <w:t>Approved</w:t>
            </w:r>
          </w:p>
        </w:tc>
        <w:tc>
          <w:tcPr>
            <w:tcW w:type="dxa" w:w="1183"/>
            <w:shd w:val="clear" w:color="auto" w:fill="E8E8E8"/>
          </w:tcPr>
          <w:p>
            <w:pPr>
              <w:spacing w:after="0"/>
              <w:jc w:val="left"/>
            </w:pPr>
            <w:r>
              <w:rPr>
                <w:b/>
                <w:sz w:val="16"/>
              </w:rPr>
              <w:t>Expires</w:t>
            </w:r>
          </w:p>
        </w:tc>
        <w:tc>
          <w:tcPr>
            <w:tcW w:type="dxa" w:w="102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81"/>
            <w:shd w:val="clear" w:color="auto" w:fill="E8E8E8"/>
          </w:tcPr>
          <w:p>
            <w:pPr>
              <w:spacing w:after="0"/>
              <w:jc w:val="left"/>
            </w:pPr>
            <w:r>
              <w:rPr>
                <w:b/>
                <w:sz w:val="16"/>
              </w:rPr>
              <w:t>Update underway</w:t>
            </w:r>
          </w:p>
        </w:tc>
        <w:tc>
          <w:tcPr>
            <w:tcW w:type="dxa" w:w="739"/>
            <w:shd w:val="clear" w:color="auto" w:fill="E8E8E8"/>
          </w:tcPr>
          <w:p>
            <w:pPr>
              <w:spacing w:after="0"/>
              <w:jc w:val="left"/>
            </w:pPr>
            <w:r>
              <w:rPr>
                <w:b/>
                <w:sz w:val="16"/>
              </w:rPr>
              <w:t>Notes</w:t>
            </w:r>
          </w:p>
        </w:tc>
      </w:tr>
      <w:tr>
        <w:trPr>
          <w:cantSplit/>
        </w:trPr>
        <w:tc>
          <w:tcPr>
            <w:tcW w:type="dxa" w:w="1692"/>
          </w:tcPr>
          <w:p>
            <w:pPr>
              <w:spacing w:after="0"/>
              <w:jc w:val="left"/>
            </w:pPr>
            <w:r>
              <w:rPr>
                <w:sz w:val="16"/>
              </w:rPr>
              <w:t>Tensas Parish</w:t>
            </w:r>
          </w:p>
        </w:tc>
        <w:tc>
          <w:tcPr>
            <w:tcW w:type="dxa" w:w="775"/>
          </w:tcPr>
          <w:p>
            <w:pPr>
              <w:spacing w:after="0"/>
              <w:jc w:val="left"/>
            </w:pPr>
            <w:r>
              <w:rPr>
                <w:sz w:val="16"/>
              </w:rPr>
              <w:t>County</w:t>
            </w:r>
          </w:p>
        </w:tc>
        <w:tc>
          <w:tcPr>
            <w:tcW w:type="dxa" w:w="3016"/>
          </w:tcPr>
          <w:p>
            <w:pPr>
              <w:spacing w:after="0"/>
              <w:jc w:val="left"/>
            </w:pPr>
            <w:r>
              <w:rPr>
                <w:sz w:val="16"/>
              </w:rPr>
              <w:t>Approved, expires 2029-08-22</w:t>
            </w:r>
          </w:p>
        </w:tc>
        <w:tc>
          <w:tcPr>
            <w:tcW w:type="dxa" w:w="3423"/>
          </w:tcPr>
          <w:p>
            <w:pPr>
              <w:spacing w:after="0"/>
              <w:jc w:val="left"/>
            </w:pPr>
            <w:r>
              <w:rPr>
                <w:sz w:val="16"/>
              </w:rPr>
              <w:t>Tensas Parish (FEMA plan 109681)</w:t>
            </w:r>
          </w:p>
        </w:tc>
        <w:tc>
          <w:tcPr>
            <w:tcW w:type="dxa" w:w="1183"/>
          </w:tcPr>
          <w:p>
            <w:pPr>
              <w:spacing w:after="0"/>
              <w:jc w:val="left"/>
            </w:pPr>
            <w:r>
              <w:rPr>
                <w:sz w:val="16"/>
              </w:rPr>
              <w:t>2024-08-23</w:t>
            </w:r>
          </w:p>
        </w:tc>
        <w:tc>
          <w:tcPr>
            <w:tcW w:type="dxa" w:w="1183"/>
          </w:tcPr>
          <w:p>
            <w:pPr>
              <w:spacing w:after="0"/>
              <w:jc w:val="left"/>
            </w:pPr>
            <w:r>
              <w:rPr>
                <w:sz w:val="16"/>
              </w:rPr>
              <w:t>2029-08-22</w:t>
            </w:r>
          </w:p>
        </w:tc>
        <w:tc>
          <w:tcPr>
            <w:tcW w:type="dxa" w:w="1020"/>
          </w:tcPr>
          <w:p>
            <w:pPr>
              <w:spacing w:after="0"/>
              <w:jc w:val="right"/>
            </w:pPr>
            <w:r>
              <w:rPr>
                <w:sz w:val="16"/>
              </w:rPr>
              <w:t>1,059</w:t>
            </w:r>
          </w:p>
        </w:tc>
        <w:tc>
          <w:tcPr>
            <w:tcW w:type="dxa" w:w="1081"/>
          </w:tcPr>
          <w:p>
            <w:pPr>
              <w:spacing w:after="0"/>
              <w:jc w:val="left"/>
            </w:pPr>
          </w:p>
        </w:tc>
        <w:tc>
          <w:tcPr>
            <w:tcW w:type="dxa" w:w="739"/>
          </w:tcPr>
          <w:p>
            <w:pPr>
              <w:spacing w:after="0"/>
              <w:jc w:val="left"/>
            </w:pPr>
          </w:p>
        </w:tc>
      </w:tr>
      <w:tr>
        <w:trPr>
          <w:cantSplit/>
        </w:trPr>
        <w:tc>
          <w:tcPr>
            <w:tcW w:type="dxa" w:w="1692"/>
          </w:tcPr>
          <w:p>
            <w:pPr>
              <w:spacing w:after="0"/>
              <w:jc w:val="left"/>
            </w:pPr>
            <w:r>
              <w:rPr>
                <w:sz w:val="16"/>
              </w:rPr>
              <w:t>Newellton town</w:t>
            </w:r>
          </w:p>
        </w:tc>
        <w:tc>
          <w:tcPr>
            <w:tcW w:type="dxa" w:w="775"/>
          </w:tcPr>
          <w:p>
            <w:pPr>
              <w:spacing w:after="0"/>
              <w:jc w:val="left"/>
            </w:pPr>
            <w:r>
              <w:rPr>
                <w:sz w:val="16"/>
              </w:rPr>
              <w:t>Town</w:t>
            </w:r>
          </w:p>
        </w:tc>
        <w:tc>
          <w:tcPr>
            <w:tcW w:type="dxa" w:w="3016"/>
          </w:tcPr>
          <w:p>
            <w:pPr>
              <w:spacing w:after="0"/>
              <w:jc w:val="left"/>
            </w:pPr>
            <w:r>
              <w:rPr>
                <w:sz w:val="16"/>
              </w:rPr>
              <w:t>Approved, expires 2029-08-22</w:t>
            </w:r>
          </w:p>
        </w:tc>
        <w:tc>
          <w:tcPr>
            <w:tcW w:type="dxa" w:w="3423"/>
          </w:tcPr>
          <w:p>
            <w:pPr>
              <w:spacing w:after="0"/>
              <w:jc w:val="left"/>
            </w:pPr>
            <w:r>
              <w:rPr>
                <w:sz w:val="16"/>
              </w:rPr>
              <w:t>Tensas Parish (FEMA plan 109681)</w:t>
            </w:r>
          </w:p>
        </w:tc>
        <w:tc>
          <w:tcPr>
            <w:tcW w:type="dxa" w:w="1183"/>
          </w:tcPr>
          <w:p>
            <w:pPr>
              <w:spacing w:after="0"/>
              <w:jc w:val="left"/>
            </w:pPr>
            <w:r>
              <w:rPr>
                <w:sz w:val="16"/>
              </w:rPr>
              <w:t>2024-08-23</w:t>
            </w:r>
          </w:p>
        </w:tc>
        <w:tc>
          <w:tcPr>
            <w:tcW w:type="dxa" w:w="1183"/>
          </w:tcPr>
          <w:p>
            <w:pPr>
              <w:spacing w:after="0"/>
              <w:jc w:val="left"/>
            </w:pPr>
            <w:r>
              <w:rPr>
                <w:sz w:val="16"/>
              </w:rPr>
              <w:t>2029-08-22</w:t>
            </w:r>
          </w:p>
        </w:tc>
        <w:tc>
          <w:tcPr>
            <w:tcW w:type="dxa" w:w="1020"/>
          </w:tcPr>
          <w:p>
            <w:pPr>
              <w:spacing w:after="0"/>
              <w:jc w:val="right"/>
            </w:pPr>
            <w:r>
              <w:rPr>
                <w:sz w:val="16"/>
              </w:rPr>
              <w:t>1,059</w:t>
            </w:r>
          </w:p>
        </w:tc>
        <w:tc>
          <w:tcPr>
            <w:tcW w:type="dxa" w:w="1081"/>
          </w:tcPr>
          <w:p>
            <w:pPr>
              <w:spacing w:after="0"/>
              <w:jc w:val="left"/>
            </w:pPr>
          </w:p>
        </w:tc>
        <w:tc>
          <w:tcPr>
            <w:tcW w:type="dxa" w:w="739"/>
          </w:tcPr>
          <w:p>
            <w:pPr>
              <w:spacing w:after="0"/>
              <w:jc w:val="left"/>
            </w:pPr>
          </w:p>
        </w:tc>
      </w:tr>
      <w:tr>
        <w:trPr>
          <w:cantSplit/>
        </w:trPr>
        <w:tc>
          <w:tcPr>
            <w:tcW w:type="dxa" w:w="1692"/>
          </w:tcPr>
          <w:p>
            <w:pPr>
              <w:spacing w:after="0"/>
              <w:jc w:val="left"/>
            </w:pPr>
            <w:r>
              <w:rPr>
                <w:sz w:val="16"/>
              </w:rPr>
              <w:t>St. Joseph town</w:t>
            </w:r>
          </w:p>
        </w:tc>
        <w:tc>
          <w:tcPr>
            <w:tcW w:type="dxa" w:w="775"/>
          </w:tcPr>
          <w:p>
            <w:pPr>
              <w:spacing w:after="0"/>
              <w:jc w:val="left"/>
            </w:pPr>
            <w:r>
              <w:rPr>
                <w:sz w:val="16"/>
              </w:rPr>
              <w:t>Town</w:t>
            </w:r>
          </w:p>
        </w:tc>
        <w:tc>
          <w:tcPr>
            <w:tcW w:type="dxa" w:w="3016"/>
          </w:tcPr>
          <w:p>
            <w:pPr>
              <w:spacing w:after="0"/>
              <w:jc w:val="left"/>
            </w:pPr>
            <w:r>
              <w:rPr>
                <w:sz w:val="16"/>
              </w:rPr>
              <w:t>Approved, expires 2029-08-22</w:t>
            </w:r>
          </w:p>
        </w:tc>
        <w:tc>
          <w:tcPr>
            <w:tcW w:type="dxa" w:w="3423"/>
          </w:tcPr>
          <w:p>
            <w:pPr>
              <w:spacing w:after="0"/>
              <w:jc w:val="left"/>
            </w:pPr>
            <w:r>
              <w:rPr>
                <w:sz w:val="16"/>
              </w:rPr>
              <w:t>Tensas Parish (FEMA plan 109681)</w:t>
            </w:r>
          </w:p>
        </w:tc>
        <w:tc>
          <w:tcPr>
            <w:tcW w:type="dxa" w:w="1183"/>
          </w:tcPr>
          <w:p>
            <w:pPr>
              <w:spacing w:after="0"/>
              <w:jc w:val="left"/>
            </w:pPr>
            <w:r>
              <w:rPr>
                <w:sz w:val="16"/>
              </w:rPr>
              <w:t>2024-08-23</w:t>
            </w:r>
          </w:p>
        </w:tc>
        <w:tc>
          <w:tcPr>
            <w:tcW w:type="dxa" w:w="1183"/>
          </w:tcPr>
          <w:p>
            <w:pPr>
              <w:spacing w:after="0"/>
              <w:jc w:val="left"/>
            </w:pPr>
            <w:r>
              <w:rPr>
                <w:sz w:val="16"/>
              </w:rPr>
              <w:t>2029-08-22</w:t>
            </w:r>
          </w:p>
        </w:tc>
        <w:tc>
          <w:tcPr>
            <w:tcW w:type="dxa" w:w="1020"/>
          </w:tcPr>
          <w:p>
            <w:pPr>
              <w:spacing w:after="0"/>
              <w:jc w:val="right"/>
            </w:pPr>
            <w:r>
              <w:rPr>
                <w:sz w:val="16"/>
              </w:rPr>
              <w:t>1,059</w:t>
            </w:r>
          </w:p>
        </w:tc>
        <w:tc>
          <w:tcPr>
            <w:tcW w:type="dxa" w:w="1081"/>
          </w:tcPr>
          <w:p>
            <w:pPr>
              <w:spacing w:after="0"/>
              <w:jc w:val="left"/>
            </w:pPr>
          </w:p>
        </w:tc>
        <w:tc>
          <w:tcPr>
            <w:tcW w:type="dxa" w:w="739"/>
          </w:tcPr>
          <w:p>
            <w:pPr>
              <w:spacing w:after="0"/>
              <w:jc w:val="left"/>
            </w:pPr>
          </w:p>
        </w:tc>
      </w:tr>
      <w:tr>
        <w:trPr>
          <w:cantSplit/>
        </w:trPr>
        <w:tc>
          <w:tcPr>
            <w:tcW w:type="dxa" w:w="1692"/>
          </w:tcPr>
          <w:p>
            <w:pPr>
              <w:spacing w:after="0"/>
              <w:jc w:val="left"/>
            </w:pPr>
            <w:r>
              <w:rPr>
                <w:sz w:val="16"/>
              </w:rPr>
              <w:t>Waterproof town</w:t>
            </w:r>
          </w:p>
        </w:tc>
        <w:tc>
          <w:tcPr>
            <w:tcW w:type="dxa" w:w="775"/>
          </w:tcPr>
          <w:p>
            <w:pPr>
              <w:spacing w:after="0"/>
              <w:jc w:val="left"/>
            </w:pPr>
            <w:r>
              <w:rPr>
                <w:sz w:val="16"/>
              </w:rPr>
              <w:t>Town</w:t>
            </w:r>
          </w:p>
        </w:tc>
        <w:tc>
          <w:tcPr>
            <w:tcW w:type="dxa" w:w="3016"/>
          </w:tcPr>
          <w:p>
            <w:pPr>
              <w:spacing w:after="0"/>
              <w:jc w:val="left"/>
            </w:pPr>
            <w:r>
              <w:rPr>
                <w:sz w:val="16"/>
              </w:rPr>
              <w:t>Approved, expires 2029-08-22</w:t>
            </w:r>
          </w:p>
        </w:tc>
        <w:tc>
          <w:tcPr>
            <w:tcW w:type="dxa" w:w="3423"/>
          </w:tcPr>
          <w:p>
            <w:pPr>
              <w:spacing w:after="0"/>
              <w:jc w:val="left"/>
            </w:pPr>
            <w:r>
              <w:rPr>
                <w:sz w:val="16"/>
              </w:rPr>
              <w:t>Tensas Parish (FEMA plan 109681)</w:t>
            </w:r>
          </w:p>
        </w:tc>
        <w:tc>
          <w:tcPr>
            <w:tcW w:type="dxa" w:w="1183"/>
          </w:tcPr>
          <w:p>
            <w:pPr>
              <w:spacing w:after="0"/>
              <w:jc w:val="left"/>
            </w:pPr>
            <w:r>
              <w:rPr>
                <w:sz w:val="16"/>
              </w:rPr>
              <w:t>2024-08-23</w:t>
            </w:r>
          </w:p>
        </w:tc>
        <w:tc>
          <w:tcPr>
            <w:tcW w:type="dxa" w:w="1183"/>
          </w:tcPr>
          <w:p>
            <w:pPr>
              <w:spacing w:after="0"/>
              <w:jc w:val="left"/>
            </w:pPr>
            <w:r>
              <w:rPr>
                <w:sz w:val="16"/>
              </w:rPr>
              <w:t>2029-08-22</w:t>
            </w:r>
          </w:p>
        </w:tc>
        <w:tc>
          <w:tcPr>
            <w:tcW w:type="dxa" w:w="1020"/>
          </w:tcPr>
          <w:p>
            <w:pPr>
              <w:spacing w:after="0"/>
              <w:jc w:val="right"/>
            </w:pPr>
            <w:r>
              <w:rPr>
                <w:sz w:val="16"/>
              </w:rPr>
              <w:t>1,059</w:t>
            </w:r>
          </w:p>
        </w:tc>
        <w:tc>
          <w:tcPr>
            <w:tcW w:type="dxa" w:w="1081"/>
          </w:tcPr>
          <w:p>
            <w:pPr>
              <w:spacing w:after="0"/>
              <w:jc w:val="left"/>
            </w:pPr>
          </w:p>
        </w:tc>
        <w:tc>
          <w:tcPr>
            <w:tcW w:type="dxa" w:w="739"/>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9"/>
        <w:gridCol w:w="1037"/>
        <w:gridCol w:w="1207"/>
        <w:gridCol w:w="1207"/>
        <w:gridCol w:w="948"/>
        <w:gridCol w:w="1126"/>
        <w:gridCol w:w="1321"/>
        <w:gridCol w:w="1028"/>
        <w:gridCol w:w="1261"/>
        <w:gridCol w:w="2323"/>
        <w:gridCol w:w="1965"/>
      </w:tblGrid>
      <w:tr>
        <w:trPr>
          <w:cantSplit/>
          <w:tblHeader/>
        </w:trPr>
        <w:tc>
          <w:tcPr>
            <w:tcW w:type="dxa" w:w="68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7"/>
            <w:shd w:val="clear" w:color="auto" w:fill="E8E8E8"/>
          </w:tcPr>
          <w:p>
            <w:pPr>
              <w:spacing w:after="0"/>
              <w:jc w:val="left"/>
            </w:pPr>
            <w:r>
              <w:rPr>
                <w:b/>
                <w:sz w:val="16"/>
              </w:rPr>
              <w:t>NRI risk rating</w:t>
            </w:r>
          </w:p>
        </w:tc>
        <w:tc>
          <w:tcPr>
            <w:tcW w:type="dxa" w:w="1207"/>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2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2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6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32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65"/>
            <w:shd w:val="clear" w:color="auto" w:fill="E8E8E8"/>
          </w:tcPr>
          <w:p>
            <w:pPr>
              <w:spacing w:after="0"/>
              <w:jc w:val="left"/>
            </w:pPr>
            <w:r>
              <w:rPr>
                <w:b/>
                <w:sz w:val="16"/>
              </w:rPr>
              <w:t>Storm Events coverage note</w:t>
            </w:r>
          </w:p>
        </w:tc>
      </w:tr>
      <w:tr>
        <w:trPr>
          <w:cantSplit/>
        </w:trPr>
        <w:tc>
          <w:tcPr>
            <w:tcW w:type="dxa" w:w="689"/>
          </w:tcPr>
          <w:p>
            <w:pPr>
              <w:spacing w:after="0"/>
              <w:jc w:val="right"/>
            </w:pPr>
            <w:r>
              <w:rPr>
                <w:sz w:val="16"/>
              </w:rPr>
              <w:t>1</w:t>
            </w:r>
          </w:p>
        </w:tc>
        <w:tc>
          <w:tcPr>
            <w:tcW w:type="dxa" w:w="1037"/>
          </w:tcPr>
          <w:p>
            <w:pPr>
              <w:spacing w:after="0"/>
              <w:jc w:val="left"/>
            </w:pPr>
            <w:r>
              <w:rPr>
                <w:sz w:val="16"/>
              </w:rPr>
              <w:t>Drought</w:t>
            </w:r>
          </w:p>
        </w:tc>
        <w:tc>
          <w:tcPr>
            <w:tcW w:type="dxa" w:w="1207"/>
          </w:tcPr>
          <w:p>
            <w:pPr>
              <w:spacing w:after="0"/>
              <w:jc w:val="left"/>
            </w:pPr>
            <w:r>
              <w:rPr>
                <w:sz w:val="16"/>
              </w:rPr>
              <w:t>Relatively Moderate</w:t>
            </w:r>
          </w:p>
        </w:tc>
        <w:tc>
          <w:tcPr>
            <w:tcW w:type="dxa" w:w="1207"/>
          </w:tcPr>
          <w:p>
            <w:pPr>
              <w:spacing w:after="0"/>
              <w:jc w:val="left"/>
            </w:pPr>
            <w:r>
              <w:rPr>
                <w:sz w:val="16"/>
              </w:rPr>
              <w:t>Relatively Moderate</w:t>
            </w:r>
          </w:p>
        </w:tc>
        <w:tc>
          <w:tcPr>
            <w:tcW w:type="dxa" w:w="948"/>
          </w:tcPr>
          <w:p>
            <w:pPr>
              <w:spacing w:after="0"/>
              <w:jc w:val="right"/>
            </w:pPr>
          </w:p>
        </w:tc>
        <w:tc>
          <w:tcPr>
            <w:tcW w:type="dxa" w:w="1126"/>
          </w:tcPr>
          <w:p>
            <w:pPr>
              <w:spacing w:after="0"/>
              <w:jc w:val="right"/>
            </w:pPr>
            <w:r>
              <w:rPr>
                <w:sz w:val="16"/>
              </w:rPr>
              <w:t>$925,781</w:t>
            </w:r>
          </w:p>
        </w:tc>
        <w:tc>
          <w:tcPr>
            <w:tcW w:type="dxa" w:w="1321"/>
          </w:tcPr>
          <w:p>
            <w:pPr>
              <w:spacing w:after="0"/>
              <w:jc w:val="right"/>
            </w:pPr>
          </w:p>
        </w:tc>
        <w:tc>
          <w:tcPr>
            <w:tcW w:type="dxa" w:w="1028"/>
          </w:tcPr>
          <w:p>
            <w:pPr>
              <w:spacing w:after="0"/>
              <w:jc w:val="right"/>
            </w:pPr>
            <w:r>
              <w:rPr>
                <w:sz w:val="16"/>
              </w:rPr>
              <w:t>$925,781</w:t>
            </w:r>
          </w:p>
        </w:tc>
        <w:tc>
          <w:tcPr>
            <w:tcW w:type="dxa" w:w="1261"/>
          </w:tcPr>
          <w:p>
            <w:pPr>
              <w:spacing w:after="0"/>
              <w:jc w:val="right"/>
            </w:pPr>
            <w:r>
              <w:rPr>
                <w:sz w:val="16"/>
              </w:rPr>
              <w:t>17</w:t>
            </w:r>
          </w:p>
        </w:tc>
        <w:tc>
          <w:tcPr>
            <w:tcW w:type="dxa" w:w="2323"/>
          </w:tcPr>
          <w:p>
            <w:pPr>
              <w:spacing w:after="0"/>
              <w:jc w:val="left"/>
            </w:pPr>
          </w:p>
        </w:tc>
        <w:tc>
          <w:tcPr>
            <w:tcW w:type="dxa" w:w="1965"/>
          </w:tcPr>
          <w:p>
            <w:pPr>
              <w:spacing w:after="0"/>
              <w:jc w:val="left"/>
            </w:pPr>
          </w:p>
        </w:tc>
      </w:tr>
      <w:tr>
        <w:trPr>
          <w:cantSplit/>
        </w:trPr>
        <w:tc>
          <w:tcPr>
            <w:tcW w:type="dxa" w:w="689"/>
          </w:tcPr>
          <w:p>
            <w:pPr>
              <w:spacing w:after="0"/>
              <w:jc w:val="right"/>
            </w:pPr>
            <w:r>
              <w:rPr>
                <w:sz w:val="16"/>
              </w:rPr>
              <w:t>2</w:t>
            </w:r>
          </w:p>
        </w:tc>
        <w:tc>
          <w:tcPr>
            <w:tcW w:type="dxa" w:w="1037"/>
          </w:tcPr>
          <w:p>
            <w:pPr>
              <w:spacing w:after="0"/>
              <w:jc w:val="left"/>
            </w:pPr>
            <w:r>
              <w:rPr>
                <w:sz w:val="16"/>
              </w:rPr>
              <w:t>Inland Flooding</w:t>
            </w:r>
          </w:p>
        </w:tc>
        <w:tc>
          <w:tcPr>
            <w:tcW w:type="dxa" w:w="1207"/>
          </w:tcPr>
          <w:p>
            <w:pPr>
              <w:spacing w:after="0"/>
              <w:jc w:val="left"/>
            </w:pPr>
            <w:r>
              <w:rPr>
                <w:sz w:val="16"/>
              </w:rPr>
              <w:t>Very Low</w:t>
            </w:r>
          </w:p>
        </w:tc>
        <w:tc>
          <w:tcPr>
            <w:tcW w:type="dxa" w:w="1207"/>
          </w:tcPr>
          <w:p>
            <w:pPr>
              <w:spacing w:after="0"/>
              <w:jc w:val="left"/>
            </w:pPr>
            <w:r>
              <w:rPr>
                <w:sz w:val="16"/>
              </w:rPr>
              <w:t>Very Low</w:t>
            </w:r>
          </w:p>
        </w:tc>
        <w:tc>
          <w:tcPr>
            <w:tcW w:type="dxa" w:w="948"/>
          </w:tcPr>
          <w:p>
            <w:pPr>
              <w:spacing w:after="0"/>
              <w:jc w:val="right"/>
            </w:pPr>
            <w:r>
              <w:rPr>
                <w:sz w:val="16"/>
              </w:rPr>
              <w:t>$536,923</w:t>
            </w:r>
          </w:p>
        </w:tc>
        <w:tc>
          <w:tcPr>
            <w:tcW w:type="dxa" w:w="1126"/>
          </w:tcPr>
          <w:p>
            <w:pPr>
              <w:spacing w:after="0"/>
              <w:jc w:val="right"/>
            </w:pPr>
            <w:r>
              <w:rPr>
                <w:sz w:val="16"/>
              </w:rPr>
              <w:t>$132,569</w:t>
            </w:r>
          </w:p>
        </w:tc>
        <w:tc>
          <w:tcPr>
            <w:tcW w:type="dxa" w:w="1321"/>
          </w:tcPr>
          <w:p>
            <w:pPr>
              <w:spacing w:after="0"/>
              <w:jc w:val="right"/>
            </w:pPr>
            <w:r>
              <w:rPr>
                <w:sz w:val="16"/>
              </w:rPr>
              <w:t>$2,642</w:t>
            </w:r>
          </w:p>
        </w:tc>
        <w:tc>
          <w:tcPr>
            <w:tcW w:type="dxa" w:w="1028"/>
          </w:tcPr>
          <w:p>
            <w:pPr>
              <w:spacing w:after="0"/>
              <w:jc w:val="right"/>
            </w:pPr>
            <w:r>
              <w:rPr>
                <w:sz w:val="16"/>
              </w:rPr>
              <w:t>$672,134</w:t>
            </w:r>
          </w:p>
        </w:tc>
        <w:tc>
          <w:tcPr>
            <w:tcW w:type="dxa" w:w="1261"/>
          </w:tcPr>
          <w:p>
            <w:pPr>
              <w:spacing w:after="0"/>
              <w:jc w:val="right"/>
            </w:pPr>
            <w:r>
              <w:rPr>
                <w:sz w:val="16"/>
              </w:rPr>
              <w:t>28</w:t>
            </w:r>
          </w:p>
        </w:tc>
        <w:tc>
          <w:tcPr>
            <w:tcW w:type="dxa" w:w="2323"/>
          </w:tcPr>
          <w:p>
            <w:pPr>
              <w:spacing w:after="0"/>
              <w:jc w:val="left"/>
            </w:pPr>
          </w:p>
        </w:tc>
        <w:tc>
          <w:tcPr>
            <w:tcW w:type="dxa" w:w="1965"/>
          </w:tcPr>
          <w:p>
            <w:pPr>
              <w:spacing w:after="0"/>
              <w:jc w:val="left"/>
            </w:pPr>
          </w:p>
        </w:tc>
      </w:tr>
      <w:tr>
        <w:trPr>
          <w:cantSplit/>
        </w:trPr>
        <w:tc>
          <w:tcPr>
            <w:tcW w:type="dxa" w:w="689"/>
          </w:tcPr>
          <w:p>
            <w:pPr>
              <w:spacing w:after="0"/>
              <w:jc w:val="right"/>
            </w:pPr>
            <w:r>
              <w:rPr>
                <w:sz w:val="16"/>
              </w:rPr>
              <w:t>3</w:t>
            </w:r>
          </w:p>
        </w:tc>
        <w:tc>
          <w:tcPr>
            <w:tcW w:type="dxa" w:w="1037"/>
          </w:tcPr>
          <w:p>
            <w:pPr>
              <w:spacing w:after="0"/>
              <w:jc w:val="left"/>
            </w:pPr>
            <w:r>
              <w:rPr>
                <w:sz w:val="16"/>
              </w:rPr>
              <w:t>Tornado</w:t>
            </w:r>
          </w:p>
        </w:tc>
        <w:tc>
          <w:tcPr>
            <w:tcW w:type="dxa" w:w="1207"/>
          </w:tcPr>
          <w:p>
            <w:pPr>
              <w:spacing w:after="0"/>
              <w:jc w:val="left"/>
            </w:pPr>
            <w:r>
              <w:rPr>
                <w:sz w:val="16"/>
              </w:rPr>
              <w:t>Relatively Low</w:t>
            </w:r>
          </w:p>
        </w:tc>
        <w:tc>
          <w:tcPr>
            <w:tcW w:type="dxa" w:w="1207"/>
          </w:tcPr>
          <w:p>
            <w:pPr>
              <w:spacing w:after="0"/>
              <w:jc w:val="left"/>
            </w:pPr>
            <w:r>
              <w:rPr>
                <w:sz w:val="16"/>
              </w:rPr>
              <w:t>Relatively Low</w:t>
            </w:r>
          </w:p>
        </w:tc>
        <w:tc>
          <w:tcPr>
            <w:tcW w:type="dxa" w:w="948"/>
          </w:tcPr>
          <w:p>
            <w:pPr>
              <w:spacing w:after="0"/>
              <w:jc w:val="right"/>
            </w:pPr>
            <w:r>
              <w:rPr>
                <w:sz w:val="16"/>
              </w:rPr>
              <w:t>$442,841</w:t>
            </w:r>
          </w:p>
        </w:tc>
        <w:tc>
          <w:tcPr>
            <w:tcW w:type="dxa" w:w="1126"/>
          </w:tcPr>
          <w:p>
            <w:pPr>
              <w:spacing w:after="0"/>
              <w:jc w:val="right"/>
            </w:pPr>
            <w:r>
              <w:rPr>
                <w:sz w:val="16"/>
              </w:rPr>
              <w:t>$5,769</w:t>
            </w:r>
          </w:p>
        </w:tc>
        <w:tc>
          <w:tcPr>
            <w:tcW w:type="dxa" w:w="1321"/>
          </w:tcPr>
          <w:p>
            <w:pPr>
              <w:spacing w:after="0"/>
              <w:jc w:val="right"/>
            </w:pPr>
            <w:r>
              <w:rPr>
                <w:sz w:val="16"/>
              </w:rPr>
              <w:t>$214,890</w:t>
            </w:r>
          </w:p>
        </w:tc>
        <w:tc>
          <w:tcPr>
            <w:tcW w:type="dxa" w:w="1028"/>
          </w:tcPr>
          <w:p>
            <w:pPr>
              <w:spacing w:after="0"/>
              <w:jc w:val="right"/>
            </w:pPr>
            <w:r>
              <w:rPr>
                <w:sz w:val="16"/>
              </w:rPr>
              <w:t>$663,500</w:t>
            </w:r>
          </w:p>
        </w:tc>
        <w:tc>
          <w:tcPr>
            <w:tcW w:type="dxa" w:w="1261"/>
          </w:tcPr>
          <w:p>
            <w:pPr>
              <w:spacing w:after="0"/>
              <w:jc w:val="right"/>
            </w:pPr>
            <w:r>
              <w:rPr>
                <w:sz w:val="16"/>
              </w:rPr>
              <w:t>11</w:t>
            </w:r>
          </w:p>
        </w:tc>
        <w:tc>
          <w:tcPr>
            <w:tcW w:type="dxa" w:w="2323"/>
          </w:tcPr>
          <w:p>
            <w:pPr>
              <w:spacing w:after="0"/>
              <w:jc w:val="left"/>
            </w:pPr>
          </w:p>
        </w:tc>
        <w:tc>
          <w:tcPr>
            <w:tcW w:type="dxa" w:w="1965"/>
          </w:tcPr>
          <w:p>
            <w:pPr>
              <w:spacing w:after="0"/>
              <w:jc w:val="left"/>
            </w:pPr>
          </w:p>
        </w:tc>
      </w:tr>
      <w:tr>
        <w:trPr>
          <w:cantSplit/>
        </w:trPr>
        <w:tc>
          <w:tcPr>
            <w:tcW w:type="dxa" w:w="689"/>
          </w:tcPr>
          <w:p>
            <w:pPr>
              <w:spacing w:after="0"/>
              <w:jc w:val="right"/>
            </w:pPr>
            <w:r>
              <w:rPr>
                <w:sz w:val="16"/>
              </w:rPr>
              <w:t>4</w:t>
            </w:r>
          </w:p>
        </w:tc>
        <w:tc>
          <w:tcPr>
            <w:tcW w:type="dxa" w:w="1037"/>
          </w:tcPr>
          <w:p>
            <w:pPr>
              <w:spacing w:after="0"/>
              <w:jc w:val="left"/>
            </w:pPr>
            <w:r>
              <w:rPr>
                <w:sz w:val="16"/>
              </w:rPr>
              <w:t>Hurricane</w:t>
            </w:r>
          </w:p>
        </w:tc>
        <w:tc>
          <w:tcPr>
            <w:tcW w:type="dxa" w:w="1207"/>
          </w:tcPr>
          <w:p>
            <w:pPr>
              <w:spacing w:after="0"/>
              <w:jc w:val="left"/>
            </w:pPr>
            <w:r>
              <w:rPr>
                <w:sz w:val="16"/>
              </w:rPr>
              <w:t>Relatively Low</w:t>
            </w:r>
          </w:p>
        </w:tc>
        <w:tc>
          <w:tcPr>
            <w:tcW w:type="dxa" w:w="1207"/>
          </w:tcPr>
          <w:p>
            <w:pPr>
              <w:spacing w:after="0"/>
              <w:jc w:val="left"/>
            </w:pPr>
            <w:r>
              <w:rPr>
                <w:sz w:val="16"/>
              </w:rPr>
              <w:t>Relatively Low</w:t>
            </w:r>
          </w:p>
        </w:tc>
        <w:tc>
          <w:tcPr>
            <w:tcW w:type="dxa" w:w="948"/>
          </w:tcPr>
          <w:p>
            <w:pPr>
              <w:spacing w:after="0"/>
              <w:jc w:val="right"/>
            </w:pPr>
            <w:r>
              <w:rPr>
                <w:sz w:val="16"/>
              </w:rPr>
              <w:t>$172,831</w:t>
            </w:r>
          </w:p>
        </w:tc>
        <w:tc>
          <w:tcPr>
            <w:tcW w:type="dxa" w:w="1126"/>
          </w:tcPr>
          <w:p>
            <w:pPr>
              <w:spacing w:after="0"/>
              <w:jc w:val="right"/>
            </w:pPr>
            <w:r>
              <w:rPr>
                <w:sz w:val="16"/>
              </w:rPr>
              <w:t>$194,991</w:t>
            </w:r>
          </w:p>
        </w:tc>
        <w:tc>
          <w:tcPr>
            <w:tcW w:type="dxa" w:w="1321"/>
          </w:tcPr>
          <w:p>
            <w:pPr>
              <w:spacing w:after="0"/>
              <w:jc w:val="right"/>
            </w:pPr>
            <w:r>
              <w:rPr>
                <w:sz w:val="16"/>
              </w:rPr>
              <w:t>$3,438</w:t>
            </w:r>
          </w:p>
        </w:tc>
        <w:tc>
          <w:tcPr>
            <w:tcW w:type="dxa" w:w="1028"/>
          </w:tcPr>
          <w:p>
            <w:pPr>
              <w:spacing w:after="0"/>
              <w:jc w:val="right"/>
            </w:pPr>
            <w:r>
              <w:rPr>
                <w:sz w:val="16"/>
              </w:rPr>
              <w:t>$371,260</w:t>
            </w:r>
          </w:p>
        </w:tc>
        <w:tc>
          <w:tcPr>
            <w:tcW w:type="dxa" w:w="1261"/>
          </w:tcPr>
          <w:p>
            <w:pPr>
              <w:spacing w:after="0"/>
              <w:jc w:val="right"/>
            </w:pPr>
            <w:r>
              <w:rPr>
                <w:sz w:val="16"/>
              </w:rPr>
              <w:t>5</w:t>
            </w:r>
          </w:p>
        </w:tc>
        <w:tc>
          <w:tcPr>
            <w:tcW w:type="dxa" w:w="2323"/>
          </w:tcPr>
          <w:p>
            <w:pPr>
              <w:spacing w:after="0"/>
              <w:jc w:val="left"/>
            </w:pPr>
          </w:p>
        </w:tc>
        <w:tc>
          <w:tcPr>
            <w:tcW w:type="dxa" w:w="1965"/>
          </w:tcPr>
          <w:p>
            <w:pPr>
              <w:spacing w:after="0"/>
              <w:jc w:val="left"/>
            </w:pPr>
          </w:p>
        </w:tc>
      </w:tr>
      <w:tr>
        <w:trPr>
          <w:cantSplit/>
        </w:trPr>
        <w:tc>
          <w:tcPr>
            <w:tcW w:type="dxa" w:w="689"/>
          </w:tcPr>
          <w:p>
            <w:pPr>
              <w:spacing w:after="0"/>
              <w:jc w:val="right"/>
            </w:pPr>
            <w:r>
              <w:rPr>
                <w:sz w:val="16"/>
              </w:rPr>
              <w:t>5</w:t>
            </w:r>
          </w:p>
        </w:tc>
        <w:tc>
          <w:tcPr>
            <w:tcW w:type="dxa" w:w="1037"/>
          </w:tcPr>
          <w:p>
            <w:pPr>
              <w:spacing w:after="0"/>
              <w:jc w:val="left"/>
            </w:pPr>
            <w:r>
              <w:rPr>
                <w:sz w:val="16"/>
              </w:rPr>
              <w:t>Hail</w:t>
            </w:r>
          </w:p>
        </w:tc>
        <w:tc>
          <w:tcPr>
            <w:tcW w:type="dxa" w:w="1207"/>
          </w:tcPr>
          <w:p>
            <w:pPr>
              <w:spacing w:after="0"/>
              <w:jc w:val="left"/>
            </w:pPr>
            <w:r>
              <w:rPr>
                <w:sz w:val="16"/>
              </w:rPr>
              <w:t>Relatively Low</w:t>
            </w:r>
          </w:p>
        </w:tc>
        <w:tc>
          <w:tcPr>
            <w:tcW w:type="dxa" w:w="1207"/>
          </w:tcPr>
          <w:p>
            <w:pPr>
              <w:spacing w:after="0"/>
              <w:jc w:val="left"/>
            </w:pPr>
            <w:r>
              <w:rPr>
                <w:sz w:val="16"/>
              </w:rPr>
              <w:t>Relatively Low</w:t>
            </w:r>
          </w:p>
        </w:tc>
        <w:tc>
          <w:tcPr>
            <w:tcW w:type="dxa" w:w="948"/>
          </w:tcPr>
          <w:p>
            <w:pPr>
              <w:spacing w:after="0"/>
              <w:jc w:val="right"/>
            </w:pPr>
            <w:r>
              <w:rPr>
                <w:sz w:val="16"/>
              </w:rPr>
              <w:t>$182,747</w:t>
            </w:r>
          </w:p>
        </w:tc>
        <w:tc>
          <w:tcPr>
            <w:tcW w:type="dxa" w:w="1126"/>
          </w:tcPr>
          <w:p>
            <w:pPr>
              <w:spacing w:after="0"/>
              <w:jc w:val="right"/>
            </w:pPr>
            <w:r>
              <w:rPr>
                <w:sz w:val="16"/>
              </w:rPr>
              <w:t>$52,991</w:t>
            </w:r>
          </w:p>
        </w:tc>
        <w:tc>
          <w:tcPr>
            <w:tcW w:type="dxa" w:w="1321"/>
          </w:tcPr>
          <w:p>
            <w:pPr>
              <w:spacing w:after="0"/>
              <w:jc w:val="right"/>
            </w:pPr>
            <w:r>
              <w:rPr>
                <w:sz w:val="16"/>
              </w:rPr>
              <w:t>$1,737</w:t>
            </w:r>
          </w:p>
        </w:tc>
        <w:tc>
          <w:tcPr>
            <w:tcW w:type="dxa" w:w="1028"/>
          </w:tcPr>
          <w:p>
            <w:pPr>
              <w:spacing w:after="0"/>
              <w:jc w:val="right"/>
            </w:pPr>
            <w:r>
              <w:rPr>
                <w:sz w:val="16"/>
              </w:rPr>
              <w:t>$237,475</w:t>
            </w:r>
          </w:p>
        </w:tc>
        <w:tc>
          <w:tcPr>
            <w:tcW w:type="dxa" w:w="1261"/>
          </w:tcPr>
          <w:p>
            <w:pPr>
              <w:spacing w:after="0"/>
              <w:jc w:val="right"/>
            </w:pPr>
            <w:r>
              <w:rPr>
                <w:sz w:val="16"/>
              </w:rPr>
              <w:t>38</w:t>
            </w:r>
          </w:p>
        </w:tc>
        <w:tc>
          <w:tcPr>
            <w:tcW w:type="dxa" w:w="2323"/>
          </w:tcPr>
          <w:p>
            <w:pPr>
              <w:spacing w:after="0"/>
              <w:jc w:val="left"/>
            </w:pPr>
          </w:p>
        </w:tc>
        <w:tc>
          <w:tcPr>
            <w:tcW w:type="dxa" w:w="1965"/>
          </w:tcPr>
          <w:p>
            <w:pPr>
              <w:spacing w:after="0"/>
              <w:jc w:val="left"/>
            </w:pPr>
          </w:p>
        </w:tc>
      </w:tr>
      <w:tr>
        <w:trPr>
          <w:cantSplit/>
        </w:trPr>
        <w:tc>
          <w:tcPr>
            <w:tcW w:type="dxa" w:w="689"/>
          </w:tcPr>
          <w:p>
            <w:pPr>
              <w:spacing w:after="0"/>
              <w:jc w:val="right"/>
            </w:pPr>
            <w:r>
              <w:rPr>
                <w:sz w:val="16"/>
              </w:rPr>
              <w:t>6</w:t>
            </w:r>
          </w:p>
        </w:tc>
        <w:tc>
          <w:tcPr>
            <w:tcW w:type="dxa" w:w="1037"/>
          </w:tcPr>
          <w:p>
            <w:pPr>
              <w:spacing w:after="0"/>
              <w:jc w:val="left"/>
            </w:pPr>
            <w:r>
              <w:rPr>
                <w:sz w:val="16"/>
              </w:rPr>
              <w:t>Strong Wind</w:t>
            </w:r>
          </w:p>
        </w:tc>
        <w:tc>
          <w:tcPr>
            <w:tcW w:type="dxa" w:w="1207"/>
          </w:tcPr>
          <w:p>
            <w:pPr>
              <w:spacing w:after="0"/>
              <w:jc w:val="left"/>
            </w:pPr>
            <w:r>
              <w:rPr>
                <w:sz w:val="16"/>
              </w:rPr>
              <w:t>Relatively Low</w:t>
            </w:r>
          </w:p>
        </w:tc>
        <w:tc>
          <w:tcPr>
            <w:tcW w:type="dxa" w:w="1207"/>
          </w:tcPr>
          <w:p>
            <w:pPr>
              <w:spacing w:after="0"/>
              <w:jc w:val="left"/>
            </w:pPr>
            <w:r>
              <w:rPr>
                <w:sz w:val="16"/>
              </w:rPr>
              <w:t>Relatively Low</w:t>
            </w:r>
          </w:p>
        </w:tc>
        <w:tc>
          <w:tcPr>
            <w:tcW w:type="dxa" w:w="948"/>
          </w:tcPr>
          <w:p>
            <w:pPr>
              <w:spacing w:after="0"/>
              <w:jc w:val="right"/>
            </w:pPr>
            <w:r>
              <w:rPr>
                <w:sz w:val="16"/>
              </w:rPr>
              <w:t>$127,093</w:t>
            </w:r>
          </w:p>
        </w:tc>
        <w:tc>
          <w:tcPr>
            <w:tcW w:type="dxa" w:w="1126"/>
          </w:tcPr>
          <w:p>
            <w:pPr>
              <w:spacing w:after="0"/>
              <w:jc w:val="right"/>
            </w:pPr>
            <w:r>
              <w:rPr>
                <w:sz w:val="16"/>
              </w:rPr>
              <w:t>$46,610</w:t>
            </w:r>
          </w:p>
        </w:tc>
        <w:tc>
          <w:tcPr>
            <w:tcW w:type="dxa" w:w="1321"/>
          </w:tcPr>
          <w:p>
            <w:pPr>
              <w:spacing w:after="0"/>
              <w:jc w:val="right"/>
            </w:pPr>
            <w:r>
              <w:rPr>
                <w:sz w:val="16"/>
              </w:rPr>
              <w:t>$52,806</w:t>
            </w:r>
          </w:p>
        </w:tc>
        <w:tc>
          <w:tcPr>
            <w:tcW w:type="dxa" w:w="1028"/>
          </w:tcPr>
          <w:p>
            <w:pPr>
              <w:spacing w:after="0"/>
              <w:jc w:val="right"/>
            </w:pPr>
            <w:r>
              <w:rPr>
                <w:sz w:val="16"/>
              </w:rPr>
              <w:t>$226,510</w:t>
            </w:r>
          </w:p>
        </w:tc>
        <w:tc>
          <w:tcPr>
            <w:tcW w:type="dxa" w:w="1261"/>
          </w:tcPr>
          <w:p>
            <w:pPr>
              <w:spacing w:after="0"/>
              <w:jc w:val="right"/>
            </w:pPr>
            <w:r>
              <w:rPr>
                <w:sz w:val="16"/>
              </w:rPr>
              <w:t>124</w:t>
            </w:r>
          </w:p>
        </w:tc>
        <w:tc>
          <w:tcPr>
            <w:tcW w:type="dxa" w:w="2323"/>
          </w:tcPr>
          <w:p>
            <w:pPr>
              <w:spacing w:after="0"/>
              <w:jc w:val="left"/>
            </w:pPr>
          </w:p>
        </w:tc>
        <w:tc>
          <w:tcPr>
            <w:tcW w:type="dxa" w:w="1965"/>
          </w:tcPr>
          <w:p>
            <w:pPr>
              <w:spacing w:after="0"/>
              <w:jc w:val="left"/>
            </w:pPr>
            <w:r>
              <w:rPr>
                <w:sz w:val="16"/>
              </w:rPr>
              <w:t>Includes 2 Strong Wind records, event types the NRI definition of this hazard leaves out.</w:t>
            </w:r>
          </w:p>
        </w:tc>
      </w:tr>
      <w:tr>
        <w:trPr>
          <w:cantSplit/>
        </w:trPr>
        <w:tc>
          <w:tcPr>
            <w:tcW w:type="dxa" w:w="689"/>
          </w:tcPr>
          <w:p>
            <w:pPr>
              <w:spacing w:after="0"/>
              <w:jc w:val="right"/>
            </w:pPr>
            <w:r>
              <w:rPr>
                <w:sz w:val="16"/>
              </w:rPr>
              <w:t>7</w:t>
            </w:r>
          </w:p>
        </w:tc>
        <w:tc>
          <w:tcPr>
            <w:tcW w:type="dxa" w:w="1037"/>
          </w:tcPr>
          <w:p>
            <w:pPr>
              <w:spacing w:after="0"/>
              <w:jc w:val="left"/>
            </w:pPr>
            <w:r>
              <w:rPr>
                <w:sz w:val="16"/>
              </w:rPr>
              <w:t>Heat Wave</w:t>
            </w:r>
          </w:p>
        </w:tc>
        <w:tc>
          <w:tcPr>
            <w:tcW w:type="dxa" w:w="1207"/>
          </w:tcPr>
          <w:p>
            <w:pPr>
              <w:spacing w:after="0"/>
              <w:jc w:val="left"/>
            </w:pPr>
            <w:r>
              <w:rPr>
                <w:sz w:val="16"/>
              </w:rPr>
              <w:t>Relatively Low</w:t>
            </w:r>
          </w:p>
        </w:tc>
        <w:tc>
          <w:tcPr>
            <w:tcW w:type="dxa" w:w="1207"/>
          </w:tcPr>
          <w:p>
            <w:pPr>
              <w:spacing w:after="0"/>
              <w:jc w:val="left"/>
            </w:pPr>
            <w:r>
              <w:rPr>
                <w:sz w:val="16"/>
              </w:rPr>
              <w:t>Relatively Low</w:t>
            </w:r>
          </w:p>
        </w:tc>
        <w:tc>
          <w:tcPr>
            <w:tcW w:type="dxa" w:w="948"/>
          </w:tcPr>
          <w:p>
            <w:pPr>
              <w:spacing w:after="0"/>
              <w:jc w:val="right"/>
            </w:pPr>
            <w:r>
              <w:rPr>
                <w:sz w:val="16"/>
              </w:rPr>
              <w:t>$23</w:t>
            </w:r>
          </w:p>
        </w:tc>
        <w:tc>
          <w:tcPr>
            <w:tcW w:type="dxa" w:w="1126"/>
          </w:tcPr>
          <w:p>
            <w:pPr>
              <w:spacing w:after="0"/>
              <w:jc w:val="right"/>
            </w:pPr>
            <w:r>
              <w:rPr>
                <w:sz w:val="16"/>
              </w:rPr>
              <w:t>$193</w:t>
            </w:r>
          </w:p>
        </w:tc>
        <w:tc>
          <w:tcPr>
            <w:tcW w:type="dxa" w:w="1321"/>
          </w:tcPr>
          <w:p>
            <w:pPr>
              <w:spacing w:after="0"/>
              <w:jc w:val="right"/>
            </w:pPr>
            <w:r>
              <w:rPr>
                <w:sz w:val="16"/>
              </w:rPr>
              <w:t>$201,420</w:t>
            </w:r>
          </w:p>
        </w:tc>
        <w:tc>
          <w:tcPr>
            <w:tcW w:type="dxa" w:w="1028"/>
          </w:tcPr>
          <w:p>
            <w:pPr>
              <w:spacing w:after="0"/>
              <w:jc w:val="right"/>
            </w:pPr>
            <w:r>
              <w:rPr>
                <w:sz w:val="16"/>
              </w:rPr>
              <w:t>$201,636</w:t>
            </w:r>
          </w:p>
        </w:tc>
        <w:tc>
          <w:tcPr>
            <w:tcW w:type="dxa" w:w="1261"/>
          </w:tcPr>
          <w:p>
            <w:pPr>
              <w:spacing w:after="0"/>
              <w:jc w:val="right"/>
            </w:pPr>
            <w:r>
              <w:rPr>
                <w:sz w:val="16"/>
              </w:rPr>
              <w:t>4</w:t>
            </w:r>
          </w:p>
        </w:tc>
        <w:tc>
          <w:tcPr>
            <w:tcW w:type="dxa" w:w="2323"/>
          </w:tcPr>
          <w:p>
            <w:pPr>
              <w:spacing w:after="0"/>
              <w:jc w:val="left"/>
            </w:pPr>
          </w:p>
        </w:tc>
        <w:tc>
          <w:tcPr>
            <w:tcW w:type="dxa" w:w="1965"/>
          </w:tcPr>
          <w:p>
            <w:pPr>
              <w:spacing w:after="0"/>
              <w:jc w:val="left"/>
            </w:pPr>
          </w:p>
        </w:tc>
      </w:tr>
      <w:tr>
        <w:trPr>
          <w:cantSplit/>
        </w:trPr>
        <w:tc>
          <w:tcPr>
            <w:tcW w:type="dxa" w:w="689"/>
          </w:tcPr>
          <w:p>
            <w:pPr>
              <w:spacing w:after="0"/>
              <w:jc w:val="right"/>
            </w:pPr>
            <w:r>
              <w:rPr>
                <w:sz w:val="16"/>
              </w:rPr>
              <w:t>8</w:t>
            </w:r>
          </w:p>
        </w:tc>
        <w:tc>
          <w:tcPr>
            <w:tcW w:type="dxa" w:w="1037"/>
          </w:tcPr>
          <w:p>
            <w:pPr>
              <w:spacing w:after="0"/>
              <w:jc w:val="left"/>
            </w:pPr>
            <w:r>
              <w:rPr>
                <w:sz w:val="16"/>
              </w:rPr>
              <w:t>Cold Wave</w:t>
            </w:r>
          </w:p>
        </w:tc>
        <w:tc>
          <w:tcPr>
            <w:tcW w:type="dxa" w:w="1207"/>
          </w:tcPr>
          <w:p>
            <w:pPr>
              <w:spacing w:after="0"/>
              <w:jc w:val="left"/>
            </w:pPr>
            <w:r>
              <w:rPr>
                <w:sz w:val="16"/>
              </w:rPr>
              <w:t>Very Low</w:t>
            </w:r>
          </w:p>
        </w:tc>
        <w:tc>
          <w:tcPr>
            <w:tcW w:type="dxa" w:w="1207"/>
          </w:tcPr>
          <w:p>
            <w:pPr>
              <w:spacing w:after="0"/>
              <w:jc w:val="left"/>
            </w:pPr>
            <w:r>
              <w:rPr>
                <w:sz w:val="16"/>
              </w:rPr>
              <w:t>Relatively Low</w:t>
            </w:r>
          </w:p>
        </w:tc>
        <w:tc>
          <w:tcPr>
            <w:tcW w:type="dxa" w:w="948"/>
          </w:tcPr>
          <w:p>
            <w:pPr>
              <w:spacing w:after="0"/>
              <w:jc w:val="right"/>
            </w:pPr>
            <w:r>
              <w:rPr>
                <w:sz w:val="16"/>
              </w:rPr>
              <w:t>$10,404</w:t>
            </w:r>
          </w:p>
        </w:tc>
        <w:tc>
          <w:tcPr>
            <w:tcW w:type="dxa" w:w="1126"/>
          </w:tcPr>
          <w:p>
            <w:pPr>
              <w:spacing w:after="0"/>
              <w:jc w:val="right"/>
            </w:pPr>
            <w:r>
              <w:rPr>
                <w:sz w:val="16"/>
              </w:rPr>
              <w:t>$78,917</w:t>
            </w:r>
          </w:p>
        </w:tc>
        <w:tc>
          <w:tcPr>
            <w:tcW w:type="dxa" w:w="1321"/>
          </w:tcPr>
          <w:p>
            <w:pPr>
              <w:spacing w:after="0"/>
              <w:jc w:val="right"/>
            </w:pPr>
            <w:r>
              <w:rPr>
                <w:sz w:val="16"/>
              </w:rPr>
              <w:t>$56,980</w:t>
            </w:r>
          </w:p>
        </w:tc>
        <w:tc>
          <w:tcPr>
            <w:tcW w:type="dxa" w:w="1028"/>
          </w:tcPr>
          <w:p>
            <w:pPr>
              <w:spacing w:after="0"/>
              <w:jc w:val="right"/>
            </w:pPr>
            <w:r>
              <w:rPr>
                <w:sz w:val="16"/>
              </w:rPr>
              <w:t>$146,300</w:t>
            </w:r>
          </w:p>
        </w:tc>
        <w:tc>
          <w:tcPr>
            <w:tcW w:type="dxa" w:w="1261"/>
          </w:tcPr>
          <w:p>
            <w:pPr>
              <w:spacing w:after="0"/>
              <w:jc w:val="right"/>
            </w:pPr>
            <w:r>
              <w:rPr>
                <w:sz w:val="16"/>
              </w:rPr>
              <w:t>2</w:t>
            </w:r>
          </w:p>
        </w:tc>
        <w:tc>
          <w:tcPr>
            <w:tcW w:type="dxa" w:w="2323"/>
          </w:tcPr>
          <w:p>
            <w:pPr>
              <w:spacing w:after="0"/>
              <w:jc w:val="left"/>
            </w:pPr>
          </w:p>
        </w:tc>
        <w:tc>
          <w:tcPr>
            <w:tcW w:type="dxa" w:w="1965"/>
          </w:tcPr>
          <w:p>
            <w:pPr>
              <w:spacing w:after="0"/>
              <w:jc w:val="left"/>
            </w:pPr>
          </w:p>
        </w:tc>
      </w:tr>
      <w:tr>
        <w:trPr>
          <w:cantSplit/>
        </w:trPr>
        <w:tc>
          <w:tcPr>
            <w:tcW w:type="dxa" w:w="689"/>
          </w:tcPr>
          <w:p>
            <w:pPr>
              <w:spacing w:after="0"/>
              <w:jc w:val="right"/>
            </w:pPr>
            <w:r>
              <w:rPr>
                <w:sz w:val="16"/>
              </w:rPr>
              <w:t>9</w:t>
            </w:r>
          </w:p>
        </w:tc>
        <w:tc>
          <w:tcPr>
            <w:tcW w:type="dxa" w:w="1037"/>
          </w:tcPr>
          <w:p>
            <w:pPr>
              <w:spacing w:after="0"/>
              <w:jc w:val="left"/>
            </w:pPr>
            <w:r>
              <w:rPr>
                <w:sz w:val="16"/>
              </w:rPr>
              <w:t>Earthquake</w:t>
            </w:r>
          </w:p>
        </w:tc>
        <w:tc>
          <w:tcPr>
            <w:tcW w:type="dxa" w:w="1207"/>
          </w:tcPr>
          <w:p>
            <w:pPr>
              <w:spacing w:after="0"/>
              <w:jc w:val="left"/>
            </w:pPr>
            <w:r>
              <w:rPr>
                <w:sz w:val="16"/>
              </w:rPr>
              <w:t>Very Low</w:t>
            </w:r>
          </w:p>
        </w:tc>
        <w:tc>
          <w:tcPr>
            <w:tcW w:type="dxa" w:w="1207"/>
          </w:tcPr>
          <w:p>
            <w:pPr>
              <w:spacing w:after="0"/>
              <w:jc w:val="left"/>
            </w:pPr>
            <w:r>
              <w:rPr>
                <w:sz w:val="16"/>
              </w:rPr>
              <w:t>Very Low</w:t>
            </w:r>
          </w:p>
        </w:tc>
        <w:tc>
          <w:tcPr>
            <w:tcW w:type="dxa" w:w="948"/>
          </w:tcPr>
          <w:p>
            <w:pPr>
              <w:spacing w:after="0"/>
              <w:jc w:val="right"/>
            </w:pPr>
            <w:r>
              <w:rPr>
                <w:sz w:val="16"/>
              </w:rPr>
              <w:t>$59,793</w:t>
            </w:r>
          </w:p>
        </w:tc>
        <w:tc>
          <w:tcPr>
            <w:tcW w:type="dxa" w:w="1126"/>
          </w:tcPr>
          <w:p>
            <w:pPr>
              <w:spacing w:after="0"/>
              <w:jc w:val="right"/>
            </w:pPr>
          </w:p>
        </w:tc>
        <w:tc>
          <w:tcPr>
            <w:tcW w:type="dxa" w:w="1321"/>
          </w:tcPr>
          <w:p>
            <w:pPr>
              <w:spacing w:after="0"/>
              <w:jc w:val="right"/>
            </w:pPr>
            <w:r>
              <w:rPr>
                <w:sz w:val="16"/>
              </w:rPr>
              <w:t>$16,811</w:t>
            </w:r>
          </w:p>
        </w:tc>
        <w:tc>
          <w:tcPr>
            <w:tcW w:type="dxa" w:w="1028"/>
          </w:tcPr>
          <w:p>
            <w:pPr>
              <w:spacing w:after="0"/>
              <w:jc w:val="right"/>
            </w:pPr>
            <w:r>
              <w:rPr>
                <w:sz w:val="16"/>
              </w:rPr>
              <w:t>$76,604</w:t>
            </w:r>
          </w:p>
        </w:tc>
        <w:tc>
          <w:tcPr>
            <w:tcW w:type="dxa" w:w="1261"/>
          </w:tcPr>
          <w:p>
            <w:pPr>
              <w:spacing w:after="0"/>
              <w:jc w:val="right"/>
            </w:pPr>
          </w:p>
        </w:tc>
        <w:tc>
          <w:tcPr>
            <w:tcW w:type="dxa" w:w="2323"/>
          </w:tcPr>
          <w:p>
            <w:pPr>
              <w:spacing w:after="0"/>
              <w:jc w:val="left"/>
            </w:pPr>
          </w:p>
        </w:tc>
        <w:tc>
          <w:tcPr>
            <w:tcW w:type="dxa" w:w="1965"/>
          </w:tcPr>
          <w:p>
            <w:pPr>
              <w:spacing w:after="0"/>
              <w:jc w:val="left"/>
            </w:pPr>
            <w:r>
              <w:rPr>
                <w:sz w:val="16"/>
              </w:rPr>
              <w:t>Not in Storm Events. Storm Events coverage of this hazard is limited; absence is not evidence of low risk.</w:t>
            </w:r>
          </w:p>
        </w:tc>
      </w:tr>
      <w:tr>
        <w:trPr>
          <w:cantSplit/>
        </w:trPr>
        <w:tc>
          <w:tcPr>
            <w:tcW w:type="dxa" w:w="689"/>
          </w:tcPr>
          <w:p>
            <w:pPr>
              <w:spacing w:after="0"/>
              <w:jc w:val="right"/>
            </w:pPr>
            <w:r>
              <w:rPr>
                <w:sz w:val="16"/>
              </w:rPr>
              <w:t>10</w:t>
            </w:r>
          </w:p>
        </w:tc>
        <w:tc>
          <w:tcPr>
            <w:tcW w:type="dxa" w:w="1037"/>
          </w:tcPr>
          <w:p>
            <w:pPr>
              <w:spacing w:after="0"/>
              <w:jc w:val="left"/>
            </w:pPr>
            <w:r>
              <w:rPr>
                <w:sz w:val="16"/>
              </w:rPr>
              <w:t>Ice Storm</w:t>
            </w:r>
          </w:p>
        </w:tc>
        <w:tc>
          <w:tcPr>
            <w:tcW w:type="dxa" w:w="1207"/>
          </w:tcPr>
          <w:p>
            <w:pPr>
              <w:spacing w:after="0"/>
              <w:jc w:val="left"/>
            </w:pPr>
            <w:r>
              <w:rPr>
                <w:sz w:val="16"/>
              </w:rPr>
              <w:t>Relatively Low</w:t>
            </w:r>
          </w:p>
        </w:tc>
        <w:tc>
          <w:tcPr>
            <w:tcW w:type="dxa" w:w="1207"/>
          </w:tcPr>
          <w:p>
            <w:pPr>
              <w:spacing w:after="0"/>
              <w:jc w:val="left"/>
            </w:pPr>
            <w:r>
              <w:rPr>
                <w:sz w:val="16"/>
              </w:rPr>
              <w:t>Relatively Low</w:t>
            </w:r>
          </w:p>
        </w:tc>
        <w:tc>
          <w:tcPr>
            <w:tcW w:type="dxa" w:w="948"/>
          </w:tcPr>
          <w:p>
            <w:pPr>
              <w:spacing w:after="0"/>
              <w:jc w:val="right"/>
            </w:pPr>
            <w:r>
              <w:rPr>
                <w:sz w:val="16"/>
              </w:rPr>
              <w:t>$45,404</w:t>
            </w:r>
          </w:p>
        </w:tc>
        <w:tc>
          <w:tcPr>
            <w:tcW w:type="dxa" w:w="1126"/>
          </w:tcPr>
          <w:p>
            <w:pPr>
              <w:spacing w:after="0"/>
              <w:jc w:val="right"/>
            </w:pPr>
          </w:p>
        </w:tc>
        <w:tc>
          <w:tcPr>
            <w:tcW w:type="dxa" w:w="1321"/>
          </w:tcPr>
          <w:p>
            <w:pPr>
              <w:spacing w:after="0"/>
              <w:jc w:val="right"/>
            </w:pPr>
            <w:r>
              <w:rPr>
                <w:sz w:val="16"/>
              </w:rPr>
              <w:t>$3,153</w:t>
            </w:r>
          </w:p>
        </w:tc>
        <w:tc>
          <w:tcPr>
            <w:tcW w:type="dxa" w:w="1028"/>
          </w:tcPr>
          <w:p>
            <w:pPr>
              <w:spacing w:after="0"/>
              <w:jc w:val="right"/>
            </w:pPr>
            <w:r>
              <w:rPr>
                <w:sz w:val="16"/>
              </w:rPr>
              <w:t>$48,557</w:t>
            </w:r>
          </w:p>
        </w:tc>
        <w:tc>
          <w:tcPr>
            <w:tcW w:type="dxa" w:w="1261"/>
          </w:tcPr>
          <w:p>
            <w:pPr>
              <w:spacing w:after="0"/>
              <w:jc w:val="right"/>
            </w:pPr>
            <w:r>
              <w:rPr>
                <w:sz w:val="16"/>
              </w:rPr>
              <w:t>5</w:t>
            </w:r>
          </w:p>
        </w:tc>
        <w:tc>
          <w:tcPr>
            <w:tcW w:type="dxa" w:w="2323"/>
          </w:tcPr>
          <w:p>
            <w:pPr>
              <w:spacing w:after="0"/>
              <w:jc w:val="left"/>
            </w:pPr>
          </w:p>
        </w:tc>
        <w:tc>
          <w:tcPr>
            <w:tcW w:type="dxa" w:w="1965"/>
          </w:tcPr>
          <w:p>
            <w:pPr>
              <w:spacing w:after="0"/>
              <w:jc w:val="left"/>
            </w:pPr>
          </w:p>
        </w:tc>
      </w:tr>
      <w:tr>
        <w:trPr>
          <w:cantSplit/>
        </w:trPr>
        <w:tc>
          <w:tcPr>
            <w:tcW w:type="dxa" w:w="689"/>
          </w:tcPr>
          <w:p>
            <w:pPr>
              <w:spacing w:after="0"/>
              <w:jc w:val="right"/>
            </w:pPr>
            <w:r>
              <w:rPr>
                <w:sz w:val="16"/>
              </w:rPr>
              <w:t>11</w:t>
            </w:r>
          </w:p>
        </w:tc>
        <w:tc>
          <w:tcPr>
            <w:tcW w:type="dxa" w:w="1037"/>
          </w:tcPr>
          <w:p>
            <w:pPr>
              <w:spacing w:after="0"/>
              <w:jc w:val="left"/>
            </w:pPr>
            <w:r>
              <w:rPr>
                <w:sz w:val="16"/>
              </w:rPr>
              <w:t>Lightning</w:t>
            </w:r>
          </w:p>
        </w:tc>
        <w:tc>
          <w:tcPr>
            <w:tcW w:type="dxa" w:w="1207"/>
          </w:tcPr>
          <w:p>
            <w:pPr>
              <w:spacing w:after="0"/>
              <w:jc w:val="left"/>
            </w:pPr>
            <w:r>
              <w:rPr>
                <w:sz w:val="16"/>
              </w:rPr>
              <w:t>Very Low</w:t>
            </w:r>
          </w:p>
        </w:tc>
        <w:tc>
          <w:tcPr>
            <w:tcW w:type="dxa" w:w="1207"/>
          </w:tcPr>
          <w:p>
            <w:pPr>
              <w:spacing w:after="0"/>
              <w:jc w:val="left"/>
            </w:pPr>
            <w:r>
              <w:rPr>
                <w:sz w:val="16"/>
              </w:rPr>
              <w:t>Very Low</w:t>
            </w:r>
          </w:p>
        </w:tc>
        <w:tc>
          <w:tcPr>
            <w:tcW w:type="dxa" w:w="948"/>
          </w:tcPr>
          <w:p>
            <w:pPr>
              <w:spacing w:after="0"/>
              <w:jc w:val="right"/>
            </w:pPr>
            <w:r>
              <w:rPr>
                <w:sz w:val="16"/>
              </w:rPr>
              <w:t>$3,962</w:t>
            </w:r>
          </w:p>
        </w:tc>
        <w:tc>
          <w:tcPr>
            <w:tcW w:type="dxa" w:w="1126"/>
          </w:tcPr>
          <w:p>
            <w:pPr>
              <w:spacing w:after="0"/>
              <w:jc w:val="right"/>
            </w:pPr>
          </w:p>
        </w:tc>
        <w:tc>
          <w:tcPr>
            <w:tcW w:type="dxa" w:w="1321"/>
          </w:tcPr>
          <w:p>
            <w:pPr>
              <w:spacing w:after="0"/>
              <w:jc w:val="right"/>
            </w:pPr>
            <w:r>
              <w:rPr>
                <w:sz w:val="16"/>
              </w:rPr>
              <w:t>$29,491</w:t>
            </w:r>
          </w:p>
        </w:tc>
        <w:tc>
          <w:tcPr>
            <w:tcW w:type="dxa" w:w="1028"/>
          </w:tcPr>
          <w:p>
            <w:pPr>
              <w:spacing w:after="0"/>
              <w:jc w:val="right"/>
            </w:pPr>
            <w:r>
              <w:rPr>
                <w:sz w:val="16"/>
              </w:rPr>
              <w:t>$33,453</w:t>
            </w:r>
          </w:p>
        </w:tc>
        <w:tc>
          <w:tcPr>
            <w:tcW w:type="dxa" w:w="1261"/>
          </w:tcPr>
          <w:p>
            <w:pPr>
              <w:spacing w:after="0"/>
              <w:jc w:val="right"/>
            </w:pPr>
            <w:r>
              <w:rPr>
                <w:sz w:val="16"/>
              </w:rPr>
              <w:t>1</w:t>
            </w:r>
          </w:p>
        </w:tc>
        <w:tc>
          <w:tcPr>
            <w:tcW w:type="dxa" w:w="2323"/>
          </w:tcPr>
          <w:p>
            <w:pPr>
              <w:spacing w:after="0"/>
              <w:jc w:val="left"/>
            </w:pPr>
          </w:p>
        </w:tc>
        <w:tc>
          <w:tcPr>
            <w:tcW w:type="dxa" w:w="1965"/>
          </w:tcPr>
          <w:p>
            <w:pPr>
              <w:spacing w:after="0"/>
              <w:jc w:val="left"/>
            </w:pPr>
          </w:p>
        </w:tc>
      </w:tr>
      <w:tr>
        <w:trPr>
          <w:cantSplit/>
        </w:trPr>
        <w:tc>
          <w:tcPr>
            <w:tcW w:type="dxa" w:w="689"/>
          </w:tcPr>
          <w:p>
            <w:pPr>
              <w:spacing w:after="0"/>
              <w:jc w:val="right"/>
            </w:pPr>
            <w:r>
              <w:rPr>
                <w:sz w:val="16"/>
              </w:rPr>
              <w:t>12</w:t>
            </w:r>
          </w:p>
        </w:tc>
        <w:tc>
          <w:tcPr>
            <w:tcW w:type="dxa" w:w="1037"/>
          </w:tcPr>
          <w:p>
            <w:pPr>
              <w:spacing w:after="0"/>
              <w:jc w:val="left"/>
            </w:pPr>
            <w:r>
              <w:rPr>
                <w:sz w:val="16"/>
              </w:rPr>
              <w:t>Winter Weather</w:t>
            </w:r>
          </w:p>
        </w:tc>
        <w:tc>
          <w:tcPr>
            <w:tcW w:type="dxa" w:w="1207"/>
          </w:tcPr>
          <w:p>
            <w:pPr>
              <w:spacing w:after="0"/>
              <w:jc w:val="left"/>
            </w:pPr>
            <w:r>
              <w:rPr>
                <w:sz w:val="16"/>
              </w:rPr>
              <w:t>Very Low</w:t>
            </w:r>
          </w:p>
        </w:tc>
        <w:tc>
          <w:tcPr>
            <w:tcW w:type="dxa" w:w="1207"/>
          </w:tcPr>
          <w:p>
            <w:pPr>
              <w:spacing w:after="0"/>
              <w:jc w:val="left"/>
            </w:pPr>
            <w:r>
              <w:rPr>
                <w:sz w:val="16"/>
              </w:rPr>
              <w:t>Very Low</w:t>
            </w:r>
          </w:p>
        </w:tc>
        <w:tc>
          <w:tcPr>
            <w:tcW w:type="dxa" w:w="948"/>
          </w:tcPr>
          <w:p>
            <w:pPr>
              <w:spacing w:after="0"/>
              <w:jc w:val="right"/>
            </w:pPr>
            <w:r>
              <w:rPr>
                <w:sz w:val="16"/>
              </w:rPr>
              <w:t>$1,414</w:t>
            </w:r>
          </w:p>
        </w:tc>
        <w:tc>
          <w:tcPr>
            <w:tcW w:type="dxa" w:w="1126"/>
          </w:tcPr>
          <w:p>
            <w:pPr>
              <w:spacing w:after="0"/>
              <w:jc w:val="right"/>
            </w:pPr>
            <w:r>
              <w:rPr>
                <w:sz w:val="16"/>
              </w:rPr>
              <w:t>$302</w:t>
            </w:r>
          </w:p>
        </w:tc>
        <w:tc>
          <w:tcPr>
            <w:tcW w:type="dxa" w:w="1321"/>
          </w:tcPr>
          <w:p>
            <w:pPr>
              <w:spacing w:after="0"/>
              <w:jc w:val="right"/>
            </w:pPr>
            <w:r>
              <w:rPr>
                <w:sz w:val="16"/>
              </w:rPr>
              <w:t>$78</w:t>
            </w:r>
          </w:p>
        </w:tc>
        <w:tc>
          <w:tcPr>
            <w:tcW w:type="dxa" w:w="1028"/>
          </w:tcPr>
          <w:p>
            <w:pPr>
              <w:spacing w:after="0"/>
              <w:jc w:val="right"/>
            </w:pPr>
            <w:r>
              <w:rPr>
                <w:sz w:val="16"/>
              </w:rPr>
              <w:t>$1,794</w:t>
            </w:r>
          </w:p>
        </w:tc>
        <w:tc>
          <w:tcPr>
            <w:tcW w:type="dxa" w:w="1261"/>
          </w:tcPr>
          <w:p>
            <w:pPr>
              <w:spacing w:after="0"/>
              <w:jc w:val="right"/>
            </w:pPr>
            <w:r>
              <w:rPr>
                <w:sz w:val="16"/>
              </w:rPr>
              <w:t>10</w:t>
            </w:r>
          </w:p>
        </w:tc>
        <w:tc>
          <w:tcPr>
            <w:tcW w:type="dxa" w:w="2323"/>
          </w:tcPr>
          <w:p>
            <w:pPr>
              <w:spacing w:after="0"/>
              <w:jc w:val="left"/>
            </w:pPr>
          </w:p>
        </w:tc>
        <w:tc>
          <w:tcPr>
            <w:tcW w:type="dxa" w:w="1965"/>
          </w:tcPr>
          <w:p>
            <w:pPr>
              <w:spacing w:after="0"/>
              <w:jc w:val="left"/>
            </w:pPr>
            <w:r>
              <w:rPr>
                <w:sz w:val="16"/>
              </w:rPr>
              <w:t>Includes 3 Sleet records, event types the NRI definition of this hazard leaves out.</w:t>
            </w:r>
          </w:p>
        </w:tc>
      </w:tr>
      <w:tr>
        <w:trPr>
          <w:cantSplit/>
        </w:trPr>
        <w:tc>
          <w:tcPr>
            <w:tcW w:type="dxa" w:w="689"/>
          </w:tcPr>
          <w:p>
            <w:pPr>
              <w:spacing w:after="0"/>
              <w:jc w:val="right"/>
            </w:pPr>
            <w:r>
              <w:rPr>
                <w:sz w:val="16"/>
              </w:rPr>
              <w:t>13</w:t>
            </w:r>
          </w:p>
        </w:tc>
        <w:tc>
          <w:tcPr>
            <w:tcW w:type="dxa" w:w="1037"/>
          </w:tcPr>
          <w:p>
            <w:pPr>
              <w:spacing w:after="0"/>
              <w:jc w:val="left"/>
            </w:pPr>
            <w:r>
              <w:rPr>
                <w:sz w:val="16"/>
              </w:rPr>
              <w:t>Wildfire</w:t>
            </w:r>
          </w:p>
        </w:tc>
        <w:tc>
          <w:tcPr>
            <w:tcW w:type="dxa" w:w="1207"/>
          </w:tcPr>
          <w:p>
            <w:pPr>
              <w:spacing w:after="0"/>
              <w:jc w:val="left"/>
            </w:pPr>
            <w:r>
              <w:rPr>
                <w:sz w:val="16"/>
              </w:rPr>
              <w:t>Very Low</w:t>
            </w:r>
          </w:p>
        </w:tc>
        <w:tc>
          <w:tcPr>
            <w:tcW w:type="dxa" w:w="1207"/>
          </w:tcPr>
          <w:p>
            <w:pPr>
              <w:spacing w:after="0"/>
              <w:jc w:val="left"/>
            </w:pPr>
            <w:r>
              <w:rPr>
                <w:sz w:val="16"/>
              </w:rPr>
              <w:t>Very Low</w:t>
            </w:r>
          </w:p>
        </w:tc>
        <w:tc>
          <w:tcPr>
            <w:tcW w:type="dxa" w:w="948"/>
          </w:tcPr>
          <w:p>
            <w:pPr>
              <w:spacing w:after="0"/>
              <w:jc w:val="right"/>
            </w:pPr>
            <w:r>
              <w:rPr>
                <w:sz w:val="16"/>
              </w:rPr>
              <w:t>$1,117</w:t>
            </w:r>
          </w:p>
        </w:tc>
        <w:tc>
          <w:tcPr>
            <w:tcW w:type="dxa" w:w="1126"/>
          </w:tcPr>
          <w:p>
            <w:pPr>
              <w:spacing w:after="0"/>
              <w:jc w:val="right"/>
            </w:pPr>
            <w:r>
              <w:rPr>
                <w:sz w:val="16"/>
              </w:rPr>
              <w:t>$22</w:t>
            </w:r>
          </w:p>
        </w:tc>
        <w:tc>
          <w:tcPr>
            <w:tcW w:type="dxa" w:w="1321"/>
          </w:tcPr>
          <w:p>
            <w:pPr>
              <w:spacing w:after="0"/>
              <w:jc w:val="right"/>
            </w:pPr>
            <w:r>
              <w:rPr>
                <w:sz w:val="16"/>
              </w:rPr>
              <w:t>$99</w:t>
            </w:r>
          </w:p>
        </w:tc>
        <w:tc>
          <w:tcPr>
            <w:tcW w:type="dxa" w:w="1028"/>
          </w:tcPr>
          <w:p>
            <w:pPr>
              <w:spacing w:after="0"/>
              <w:jc w:val="right"/>
            </w:pPr>
            <w:r>
              <w:rPr>
                <w:sz w:val="16"/>
              </w:rPr>
              <w:t>$1,238</w:t>
            </w:r>
          </w:p>
        </w:tc>
        <w:tc>
          <w:tcPr>
            <w:tcW w:type="dxa" w:w="1261"/>
          </w:tcPr>
          <w:p>
            <w:pPr>
              <w:spacing w:after="0"/>
              <w:jc w:val="right"/>
            </w:pPr>
            <w:r>
              <w:rPr>
                <w:sz w:val="16"/>
              </w:rPr>
              <w:t>0</w:t>
            </w:r>
          </w:p>
        </w:tc>
        <w:tc>
          <w:tcPr>
            <w:tcW w:type="dxa" w:w="2323"/>
          </w:tcPr>
          <w:p>
            <w:pPr>
              <w:spacing w:after="0"/>
              <w:jc w:val="left"/>
            </w:pPr>
          </w:p>
        </w:tc>
        <w:tc>
          <w:tcPr>
            <w:tcW w:type="dxa" w:w="196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9"/>
          </w:tcPr>
          <w:p>
            <w:pPr>
              <w:spacing w:after="0"/>
              <w:jc w:val="right"/>
            </w:pPr>
            <w:r>
              <w:rPr>
                <w:sz w:val="16"/>
              </w:rPr>
              <w:t>14</w:t>
            </w:r>
          </w:p>
        </w:tc>
        <w:tc>
          <w:tcPr>
            <w:tcW w:type="dxa" w:w="1037"/>
          </w:tcPr>
          <w:p>
            <w:pPr>
              <w:spacing w:after="0"/>
              <w:jc w:val="left"/>
            </w:pPr>
            <w:r>
              <w:rPr>
                <w:sz w:val="16"/>
              </w:rPr>
              <w:t>Landslide</w:t>
            </w:r>
          </w:p>
        </w:tc>
        <w:tc>
          <w:tcPr>
            <w:tcW w:type="dxa" w:w="1207"/>
          </w:tcPr>
          <w:p>
            <w:pPr>
              <w:spacing w:after="0"/>
              <w:jc w:val="left"/>
            </w:pPr>
            <w:r>
              <w:rPr>
                <w:sz w:val="16"/>
              </w:rPr>
              <w:t>Very Low</w:t>
            </w:r>
          </w:p>
        </w:tc>
        <w:tc>
          <w:tcPr>
            <w:tcW w:type="dxa" w:w="1207"/>
          </w:tcPr>
          <w:p>
            <w:pPr>
              <w:spacing w:after="0"/>
              <w:jc w:val="left"/>
            </w:pPr>
            <w:r>
              <w:rPr>
                <w:sz w:val="16"/>
              </w:rPr>
              <w:t>Very Low</w:t>
            </w:r>
          </w:p>
        </w:tc>
        <w:tc>
          <w:tcPr>
            <w:tcW w:type="dxa" w:w="948"/>
          </w:tcPr>
          <w:p>
            <w:pPr>
              <w:spacing w:after="0"/>
              <w:jc w:val="right"/>
            </w:pPr>
            <w:r>
              <w:rPr>
                <w:sz w:val="16"/>
              </w:rPr>
              <w:t>$55</w:t>
            </w:r>
          </w:p>
        </w:tc>
        <w:tc>
          <w:tcPr>
            <w:tcW w:type="dxa" w:w="1126"/>
          </w:tcPr>
          <w:p>
            <w:pPr>
              <w:spacing w:after="0"/>
              <w:jc w:val="right"/>
            </w:pPr>
          </w:p>
        </w:tc>
        <w:tc>
          <w:tcPr>
            <w:tcW w:type="dxa" w:w="1321"/>
          </w:tcPr>
          <w:p>
            <w:pPr>
              <w:spacing w:after="0"/>
              <w:jc w:val="right"/>
            </w:pPr>
            <w:r>
              <w:rPr>
                <w:sz w:val="16"/>
              </w:rPr>
              <w:t>$3</w:t>
            </w:r>
          </w:p>
        </w:tc>
        <w:tc>
          <w:tcPr>
            <w:tcW w:type="dxa" w:w="1028"/>
          </w:tcPr>
          <w:p>
            <w:pPr>
              <w:spacing w:after="0"/>
              <w:jc w:val="right"/>
            </w:pPr>
            <w:r>
              <w:rPr>
                <w:sz w:val="16"/>
              </w:rPr>
              <w:t>$58</w:t>
            </w:r>
          </w:p>
        </w:tc>
        <w:tc>
          <w:tcPr>
            <w:tcW w:type="dxa" w:w="1261"/>
          </w:tcPr>
          <w:p>
            <w:pPr>
              <w:spacing w:after="0"/>
              <w:jc w:val="right"/>
            </w:pPr>
            <w:r>
              <w:rPr>
                <w:sz w:val="16"/>
              </w:rPr>
              <w:t>0</w:t>
            </w:r>
          </w:p>
        </w:tc>
        <w:tc>
          <w:tcPr>
            <w:tcW w:type="dxa" w:w="2323"/>
          </w:tcPr>
          <w:p>
            <w:pPr>
              <w:spacing w:after="0"/>
              <w:jc w:val="left"/>
            </w:pPr>
          </w:p>
        </w:tc>
        <w:tc>
          <w:tcPr>
            <w:tcW w:type="dxa" w:w="196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9"/>
          </w:tcPr>
          <w:p>
            <w:pPr>
              <w:spacing w:after="0"/>
              <w:jc w:val="right"/>
            </w:pPr>
          </w:p>
        </w:tc>
        <w:tc>
          <w:tcPr>
            <w:tcW w:type="dxa" w:w="1037"/>
          </w:tcPr>
          <w:p>
            <w:pPr>
              <w:spacing w:after="0"/>
              <w:jc w:val="left"/>
            </w:pPr>
            <w:r>
              <w:rPr>
                <w:sz w:val="16"/>
              </w:rPr>
              <w:t>Avalanche</w:t>
            </w:r>
          </w:p>
        </w:tc>
        <w:tc>
          <w:tcPr>
            <w:tcW w:type="dxa" w:w="1207"/>
          </w:tcPr>
          <w:p>
            <w:pPr>
              <w:spacing w:after="0"/>
              <w:jc w:val="left"/>
            </w:pPr>
            <w:r>
              <w:rPr>
                <w:sz w:val="16"/>
              </w:rPr>
              <w:t>Not Applicable</w:t>
            </w:r>
          </w:p>
        </w:tc>
        <w:tc>
          <w:tcPr>
            <w:tcW w:type="dxa" w:w="1207"/>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21"/>
          </w:tcPr>
          <w:p>
            <w:pPr>
              <w:spacing w:after="0"/>
              <w:jc w:val="right"/>
            </w:pPr>
          </w:p>
        </w:tc>
        <w:tc>
          <w:tcPr>
            <w:tcW w:type="dxa" w:w="1028"/>
          </w:tcPr>
          <w:p>
            <w:pPr>
              <w:spacing w:after="0"/>
              <w:jc w:val="right"/>
            </w:pPr>
          </w:p>
        </w:tc>
        <w:tc>
          <w:tcPr>
            <w:tcW w:type="dxa" w:w="1261"/>
          </w:tcPr>
          <w:p>
            <w:pPr>
              <w:spacing w:after="0"/>
              <w:jc w:val="right"/>
            </w:pPr>
            <w:r>
              <w:rPr>
                <w:sz w:val="16"/>
              </w:rPr>
              <w:t>0</w:t>
            </w:r>
          </w:p>
        </w:tc>
        <w:tc>
          <w:tcPr>
            <w:tcW w:type="dxa" w:w="2323"/>
          </w:tcPr>
          <w:p>
            <w:pPr>
              <w:spacing w:after="0"/>
              <w:jc w:val="left"/>
            </w:pPr>
            <w:r>
              <w:rPr>
                <w:sz w:val="16"/>
              </w:rPr>
              <w:t>NRI rates avalanche Not Applicable for this county, and no federal declaration for this county names it.</w:t>
            </w:r>
          </w:p>
        </w:tc>
        <w:tc>
          <w:tcPr>
            <w:tcW w:type="dxa" w:w="1965"/>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Coastal Flooding</w:t>
            </w:r>
          </w:p>
        </w:tc>
        <w:tc>
          <w:tcPr>
            <w:tcW w:type="dxa" w:w="1207"/>
          </w:tcPr>
          <w:p>
            <w:pPr>
              <w:spacing w:after="0"/>
              <w:jc w:val="left"/>
            </w:pPr>
            <w:r>
              <w:rPr>
                <w:sz w:val="16"/>
              </w:rPr>
              <w:t>Not Applicable</w:t>
            </w:r>
          </w:p>
        </w:tc>
        <w:tc>
          <w:tcPr>
            <w:tcW w:type="dxa" w:w="1207"/>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21"/>
          </w:tcPr>
          <w:p>
            <w:pPr>
              <w:spacing w:after="0"/>
              <w:jc w:val="right"/>
            </w:pPr>
          </w:p>
        </w:tc>
        <w:tc>
          <w:tcPr>
            <w:tcW w:type="dxa" w:w="1028"/>
          </w:tcPr>
          <w:p>
            <w:pPr>
              <w:spacing w:after="0"/>
              <w:jc w:val="right"/>
            </w:pPr>
          </w:p>
        </w:tc>
        <w:tc>
          <w:tcPr>
            <w:tcW w:type="dxa" w:w="1261"/>
          </w:tcPr>
          <w:p>
            <w:pPr>
              <w:spacing w:after="0"/>
              <w:jc w:val="right"/>
            </w:pPr>
            <w:r>
              <w:rPr>
                <w:sz w:val="16"/>
              </w:rPr>
              <w:t>0</w:t>
            </w:r>
          </w:p>
        </w:tc>
        <w:tc>
          <w:tcPr>
            <w:tcW w:type="dxa" w:w="2323"/>
          </w:tcPr>
          <w:p>
            <w:pPr>
              <w:spacing w:after="0"/>
              <w:jc w:val="left"/>
            </w:pPr>
            <w:r>
              <w:rPr>
                <w:sz w:val="16"/>
              </w:rPr>
              <w:t>NRI rates coastal flooding Not Applicable for this county, and no federal declaration for this county names it.</w:t>
            </w:r>
          </w:p>
        </w:tc>
        <w:tc>
          <w:tcPr>
            <w:tcW w:type="dxa" w:w="1965"/>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Tsunami</w:t>
            </w:r>
          </w:p>
        </w:tc>
        <w:tc>
          <w:tcPr>
            <w:tcW w:type="dxa" w:w="1207"/>
          </w:tcPr>
          <w:p>
            <w:pPr>
              <w:spacing w:after="0"/>
              <w:jc w:val="left"/>
            </w:pPr>
            <w:r>
              <w:rPr>
                <w:sz w:val="16"/>
              </w:rPr>
              <w:t>Not Applicable</w:t>
            </w:r>
          </w:p>
        </w:tc>
        <w:tc>
          <w:tcPr>
            <w:tcW w:type="dxa" w:w="1207"/>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21"/>
          </w:tcPr>
          <w:p>
            <w:pPr>
              <w:spacing w:after="0"/>
              <w:jc w:val="right"/>
            </w:pPr>
          </w:p>
        </w:tc>
        <w:tc>
          <w:tcPr>
            <w:tcW w:type="dxa" w:w="1028"/>
          </w:tcPr>
          <w:p>
            <w:pPr>
              <w:spacing w:after="0"/>
              <w:jc w:val="right"/>
            </w:pPr>
          </w:p>
        </w:tc>
        <w:tc>
          <w:tcPr>
            <w:tcW w:type="dxa" w:w="1261"/>
          </w:tcPr>
          <w:p>
            <w:pPr>
              <w:spacing w:after="0"/>
              <w:jc w:val="right"/>
            </w:pPr>
            <w:r>
              <w:rPr>
                <w:sz w:val="16"/>
              </w:rPr>
              <w:t>0</w:t>
            </w:r>
          </w:p>
        </w:tc>
        <w:tc>
          <w:tcPr>
            <w:tcW w:type="dxa" w:w="2323"/>
          </w:tcPr>
          <w:p>
            <w:pPr>
              <w:spacing w:after="0"/>
              <w:jc w:val="left"/>
            </w:pPr>
            <w:r>
              <w:rPr>
                <w:sz w:val="16"/>
              </w:rPr>
              <w:t>NRI rates tsunami Not Applicable for this county, and no federal declaration for this county names it.</w:t>
            </w:r>
          </w:p>
        </w:tc>
        <w:tc>
          <w:tcPr>
            <w:tcW w:type="dxa" w:w="196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9"/>
          </w:tcPr>
          <w:p>
            <w:pPr>
              <w:spacing w:after="0"/>
              <w:jc w:val="right"/>
            </w:pPr>
          </w:p>
        </w:tc>
        <w:tc>
          <w:tcPr>
            <w:tcW w:type="dxa" w:w="1037"/>
          </w:tcPr>
          <w:p>
            <w:pPr>
              <w:spacing w:after="0"/>
              <w:jc w:val="left"/>
            </w:pPr>
            <w:r>
              <w:rPr>
                <w:sz w:val="16"/>
              </w:rPr>
              <w:t>Volcanic Activity</w:t>
            </w:r>
          </w:p>
        </w:tc>
        <w:tc>
          <w:tcPr>
            <w:tcW w:type="dxa" w:w="1207"/>
          </w:tcPr>
          <w:p>
            <w:pPr>
              <w:spacing w:after="0"/>
              <w:jc w:val="left"/>
            </w:pPr>
            <w:r>
              <w:rPr>
                <w:sz w:val="16"/>
              </w:rPr>
              <w:t>Not Applicable</w:t>
            </w:r>
          </w:p>
        </w:tc>
        <w:tc>
          <w:tcPr>
            <w:tcW w:type="dxa" w:w="1207"/>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21"/>
          </w:tcPr>
          <w:p>
            <w:pPr>
              <w:spacing w:after="0"/>
              <w:jc w:val="right"/>
            </w:pPr>
          </w:p>
        </w:tc>
        <w:tc>
          <w:tcPr>
            <w:tcW w:type="dxa" w:w="1028"/>
          </w:tcPr>
          <w:p>
            <w:pPr>
              <w:spacing w:after="0"/>
              <w:jc w:val="right"/>
            </w:pPr>
          </w:p>
        </w:tc>
        <w:tc>
          <w:tcPr>
            <w:tcW w:type="dxa" w:w="1261"/>
          </w:tcPr>
          <w:p>
            <w:pPr>
              <w:spacing w:after="0"/>
              <w:jc w:val="right"/>
            </w:pPr>
            <w:r>
              <w:rPr>
                <w:sz w:val="16"/>
              </w:rPr>
              <w:t>0</w:t>
            </w:r>
          </w:p>
        </w:tc>
        <w:tc>
          <w:tcPr>
            <w:tcW w:type="dxa" w:w="2323"/>
          </w:tcPr>
          <w:p>
            <w:pPr>
              <w:spacing w:after="0"/>
              <w:jc w:val="left"/>
            </w:pPr>
            <w:r>
              <w:rPr>
                <w:sz w:val="16"/>
              </w:rPr>
              <w:t>NRI rates volcanic activity Not Applicable for this county, and no federal declaration for this county names it.</w:t>
            </w:r>
          </w:p>
        </w:tc>
        <w:tc>
          <w:tcPr>
            <w:tcW w:type="dxa" w:w="196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0"/>
        <w:gridCol w:w="1716"/>
        <w:gridCol w:w="1535"/>
        <w:gridCol w:w="1933"/>
        <w:gridCol w:w="1803"/>
        <w:gridCol w:w="1620"/>
        <w:gridCol w:w="1599"/>
        <w:gridCol w:w="2197"/>
      </w:tblGrid>
      <w:tr>
        <w:trPr>
          <w:cantSplit/>
          <w:tblHeader/>
        </w:trPr>
        <w:tc>
          <w:tcPr>
            <w:tcW w:type="dxa" w:w="1710"/>
            <w:shd w:val="clear" w:color="auto" w:fill="E8E8E8"/>
          </w:tcPr>
          <w:p>
            <w:pPr>
              <w:spacing w:after="0"/>
              <w:jc w:val="left"/>
            </w:pPr>
            <w:r>
              <w:rPr>
                <w:b/>
                <w:sz w:val="16"/>
              </w:rPr>
              <w:t>Hazard</w:t>
            </w:r>
          </w:p>
        </w:tc>
        <w:tc>
          <w:tcPr>
            <w:tcW w:type="dxa" w:w="1716"/>
            <w:shd w:val="clear" w:color="auto" w:fill="E8E8E8"/>
          </w:tcPr>
          <w:p>
            <w:pPr>
              <w:spacing w:after="0"/>
              <w:jc w:val="left"/>
            </w:pPr>
            <w:r>
              <w:rPr>
                <w:b/>
                <w:sz w:val="16"/>
              </w:rPr>
              <w:t>Scale</w:t>
            </w:r>
          </w:p>
        </w:tc>
        <w:tc>
          <w:tcPr>
            <w:tcW w:type="dxa" w:w="1535"/>
            <w:shd w:val="clear" w:color="auto" w:fill="E8E8E8"/>
          </w:tcPr>
          <w:p>
            <w:pPr>
              <w:spacing w:after="0"/>
              <w:jc w:val="right"/>
            </w:pPr>
            <w:r>
              <w:rPr>
                <w:b/>
                <w:sz w:val="16"/>
              </w:rPr>
              <w:t>Records</w:t>
            </w:r>
          </w:p>
          <w:p>
            <w:pPr>
              <w:spacing w:after="0"/>
              <w:jc w:val="right"/>
            </w:pPr>
            <w:r>
              <w:rPr>
                <w:i/>
                <w:color w:val="555555"/>
                <w:sz w:val="14"/>
              </w:rPr>
              <w:t>count, years</w:t>
            </w:r>
          </w:p>
        </w:tc>
        <w:tc>
          <w:tcPr>
            <w:tcW w:type="dxa" w:w="1933"/>
            <w:shd w:val="clear" w:color="auto" w:fill="E8E8E8"/>
          </w:tcPr>
          <w:p>
            <w:pPr>
              <w:spacing w:after="0"/>
              <w:jc w:val="left"/>
            </w:pPr>
            <w:r>
              <w:rPr>
                <w:b/>
                <w:sz w:val="16"/>
              </w:rPr>
              <w:t>Observed range</w:t>
            </w:r>
          </w:p>
        </w:tc>
        <w:tc>
          <w:tcPr>
            <w:tcW w:type="dxa" w:w="1803"/>
            <w:shd w:val="clear" w:color="auto" w:fill="E8E8E8"/>
          </w:tcPr>
          <w:p>
            <w:pPr>
              <w:spacing w:after="0"/>
              <w:jc w:val="left"/>
            </w:pPr>
            <w:r>
              <w:rPr>
                <w:b/>
                <w:sz w:val="16"/>
              </w:rPr>
              <w:t>Worst recorded event</w:t>
            </w:r>
          </w:p>
        </w:tc>
        <w:tc>
          <w:tcPr>
            <w:tcW w:type="dxa" w:w="1620"/>
            <w:shd w:val="clear" w:color="auto" w:fill="E8E8E8"/>
          </w:tcPr>
          <w:p>
            <w:pPr>
              <w:spacing w:after="0"/>
              <w:jc w:val="left"/>
            </w:pPr>
            <w:r>
              <w:rPr>
                <w:b/>
                <w:sz w:val="16"/>
              </w:rPr>
              <w:t>Most damaging (when different)</w:t>
            </w:r>
          </w:p>
        </w:tc>
        <w:tc>
          <w:tcPr>
            <w:tcW w:type="dxa" w:w="1599"/>
            <w:shd w:val="clear" w:color="auto" w:fill="E8E8E8"/>
          </w:tcPr>
          <w:p>
            <w:pPr>
              <w:spacing w:after="0"/>
              <w:jc w:val="left"/>
            </w:pPr>
            <w:r>
              <w:rPr>
                <w:b/>
                <w:sz w:val="16"/>
              </w:rPr>
              <w:t>How it applies to members</w:t>
            </w:r>
          </w:p>
        </w:tc>
        <w:tc>
          <w:tcPr>
            <w:tcW w:type="dxa" w:w="2197"/>
            <w:shd w:val="clear" w:color="auto" w:fill="E8E8E8"/>
          </w:tcPr>
          <w:p>
            <w:pPr>
              <w:spacing w:after="0"/>
              <w:jc w:val="left"/>
            </w:pPr>
            <w:r>
              <w:rPr>
                <w:b/>
                <w:sz w:val="16"/>
              </w:rPr>
              <w:t>Note</w:t>
            </w:r>
          </w:p>
        </w:tc>
      </w:tr>
      <w:tr>
        <w:trPr>
          <w:cantSplit/>
        </w:trPr>
        <w:tc>
          <w:tcPr>
            <w:tcW w:type="dxa" w:w="1710"/>
          </w:tcPr>
          <w:p>
            <w:pPr>
              <w:spacing w:after="0"/>
              <w:jc w:val="left"/>
            </w:pPr>
            <w:r>
              <w:rPr>
                <w:sz w:val="16"/>
              </w:rPr>
              <w:t>Avalanche</w:t>
            </w:r>
          </w:p>
        </w:tc>
        <w:tc>
          <w:tcPr>
            <w:tcW w:type="dxa" w:w="1716"/>
          </w:tcPr>
          <w:p>
            <w:pPr>
              <w:spacing w:after="0"/>
              <w:jc w:val="left"/>
            </w:pPr>
            <w:r>
              <w:rPr>
                <w:sz w:val="16"/>
              </w:rPr>
              <w:t>none (count and damage)</w:t>
            </w:r>
          </w:p>
        </w:tc>
        <w:tc>
          <w:tcPr>
            <w:tcW w:type="dxa" w:w="1535"/>
          </w:tcPr>
          <w:p>
            <w:pPr>
              <w:spacing w:after="0"/>
              <w:jc w:val="right"/>
            </w:pPr>
            <w:r>
              <w:rPr>
                <w:sz w:val="16"/>
              </w:rPr>
              <w:t>0</w:t>
            </w:r>
          </w:p>
        </w:tc>
        <w:tc>
          <w:tcPr>
            <w:tcW w:type="dxa" w:w="1933"/>
          </w:tcPr>
          <w:p>
            <w:pPr>
              <w:spacing w:after="0"/>
              <w:jc w:val="left"/>
            </w:pPr>
          </w:p>
        </w:tc>
        <w:tc>
          <w:tcPr>
            <w:tcW w:type="dxa" w:w="1803"/>
          </w:tcPr>
          <w:p>
            <w:pPr>
              <w:spacing w:after="0"/>
              <w:jc w:val="left"/>
            </w:pPr>
          </w:p>
        </w:tc>
        <w:tc>
          <w:tcPr>
            <w:tcW w:type="dxa" w:w="1620"/>
          </w:tcPr>
          <w:p>
            <w:pPr>
              <w:spacing w:after="0"/>
              <w:jc w:val="left"/>
            </w:pPr>
          </w:p>
        </w:tc>
        <w:tc>
          <w:tcPr>
            <w:tcW w:type="dxa" w:w="1599"/>
          </w:tcPr>
          <w:p>
            <w:pPr>
              <w:spacing w:after="0"/>
              <w:jc w:val="left"/>
            </w:pPr>
          </w:p>
        </w:tc>
        <w:tc>
          <w:tcPr>
            <w:tcW w:type="dxa" w:w="2197"/>
          </w:tcPr>
          <w:p>
            <w:pPr>
              <w:spacing w:after="0"/>
              <w:jc w:val="left"/>
            </w:pPr>
            <w:r>
              <w:rPr>
                <w:sz w:val="16"/>
              </w:rPr>
              <w:t>Physical measure: in event narratives only; local data required.</w:t>
            </w:r>
          </w:p>
        </w:tc>
      </w:tr>
      <w:tr>
        <w:trPr>
          <w:cantSplit/>
        </w:trPr>
        <w:tc>
          <w:tcPr>
            <w:tcW w:type="dxa" w:w="1710"/>
          </w:tcPr>
          <w:p>
            <w:pPr>
              <w:spacing w:after="0"/>
              <w:jc w:val="left"/>
            </w:pPr>
            <w:r>
              <w:rPr>
                <w:sz w:val="16"/>
              </w:rPr>
              <w:t>Coastal Flood, Storm Surge/Tide</w:t>
            </w:r>
          </w:p>
        </w:tc>
        <w:tc>
          <w:tcPr>
            <w:tcW w:type="dxa" w:w="1716"/>
          </w:tcPr>
          <w:p>
            <w:pPr>
              <w:spacing w:after="0"/>
              <w:jc w:val="left"/>
            </w:pPr>
            <w:r>
              <w:rPr>
                <w:sz w:val="16"/>
              </w:rPr>
              <w:t>none in data (FIRM for depth)</w:t>
            </w:r>
          </w:p>
        </w:tc>
        <w:tc>
          <w:tcPr>
            <w:tcW w:type="dxa" w:w="1535"/>
          </w:tcPr>
          <w:p>
            <w:pPr>
              <w:spacing w:after="0"/>
              <w:jc w:val="right"/>
            </w:pPr>
            <w:r>
              <w:rPr>
                <w:sz w:val="16"/>
              </w:rPr>
              <w:t>0</w:t>
            </w:r>
          </w:p>
        </w:tc>
        <w:tc>
          <w:tcPr>
            <w:tcW w:type="dxa" w:w="1933"/>
          </w:tcPr>
          <w:p>
            <w:pPr>
              <w:spacing w:after="0"/>
              <w:jc w:val="left"/>
            </w:pPr>
          </w:p>
        </w:tc>
        <w:tc>
          <w:tcPr>
            <w:tcW w:type="dxa" w:w="1803"/>
          </w:tcPr>
          <w:p>
            <w:pPr>
              <w:spacing w:after="0"/>
              <w:jc w:val="left"/>
            </w:pPr>
          </w:p>
        </w:tc>
        <w:tc>
          <w:tcPr>
            <w:tcW w:type="dxa" w:w="1620"/>
          </w:tcPr>
          <w:p>
            <w:pPr>
              <w:spacing w:after="0"/>
              <w:jc w:val="left"/>
            </w:pPr>
          </w:p>
        </w:tc>
        <w:tc>
          <w:tcPr>
            <w:tcW w:type="dxa" w:w="1599"/>
          </w:tcPr>
          <w:p>
            <w:pPr>
              <w:spacing w:after="0"/>
              <w:jc w:val="left"/>
            </w:pPr>
          </w:p>
        </w:tc>
        <w:tc>
          <w:tcPr>
            <w:tcW w:type="dxa" w:w="2197"/>
          </w:tcPr>
          <w:p>
            <w:pPr>
              <w:spacing w:after="0"/>
              <w:jc w:val="left"/>
            </w:pPr>
            <w:r>
              <w:rPr>
                <w:sz w:val="16"/>
              </w:rPr>
              <w:t>Flood depth: see the FEMA Flood Insurance Rate Map.</w:t>
            </w:r>
          </w:p>
        </w:tc>
      </w:tr>
      <w:tr>
        <w:trPr>
          <w:cantSplit/>
        </w:trPr>
        <w:tc>
          <w:tcPr>
            <w:tcW w:type="dxa" w:w="1710"/>
          </w:tcPr>
          <w:p>
            <w:pPr>
              <w:spacing w:after="0"/>
              <w:jc w:val="left"/>
            </w:pPr>
            <w:r>
              <w:rPr>
                <w:sz w:val="16"/>
              </w:rPr>
              <w:t>Cold/Wind Chill, Extreme Cold/Wind Chill</w:t>
            </w:r>
          </w:p>
        </w:tc>
        <w:tc>
          <w:tcPr>
            <w:tcW w:type="dxa" w:w="1716"/>
          </w:tcPr>
          <w:p>
            <w:pPr>
              <w:spacing w:after="0"/>
              <w:jc w:val="left"/>
            </w:pPr>
            <w:r>
              <w:rPr>
                <w:sz w:val="16"/>
              </w:rPr>
              <w:t>wind chill</w:t>
            </w:r>
          </w:p>
        </w:tc>
        <w:tc>
          <w:tcPr>
            <w:tcW w:type="dxa" w:w="1535"/>
          </w:tcPr>
          <w:p>
            <w:pPr>
              <w:spacing w:after="0"/>
              <w:jc w:val="right"/>
            </w:pPr>
            <w:r>
              <w:rPr>
                <w:sz w:val="16"/>
              </w:rPr>
              <w:t>2, 2010 to 2026 (2 zone-level)</w:t>
            </w:r>
          </w:p>
        </w:tc>
        <w:tc>
          <w:tcPr>
            <w:tcW w:type="dxa" w:w="1933"/>
          </w:tcPr>
          <w:p>
            <w:pPr>
              <w:spacing w:after="0"/>
              <w:jc w:val="left"/>
            </w:pPr>
            <w:r>
              <w:rPr>
                <w:sz w:val="16"/>
              </w:rPr>
              <w:t>2 days to 14 days (median 8 days); 2 with a recorded value</w:t>
            </w:r>
          </w:p>
        </w:tc>
        <w:tc>
          <w:tcPr>
            <w:tcW w:type="dxa" w:w="1803"/>
          </w:tcPr>
          <w:p>
            <w:pPr>
              <w:spacing w:after="0"/>
              <w:jc w:val="left"/>
            </w:pPr>
            <w:r>
              <w:rPr>
                <w:sz w:val="16"/>
              </w:rPr>
              <w:t>14 consecutive days, 2010-01-01 to 2010-01-14, zone-level</w:t>
            </w:r>
          </w:p>
        </w:tc>
        <w:tc>
          <w:tcPr>
            <w:tcW w:type="dxa" w:w="1620"/>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197"/>
          </w:tcPr>
          <w:p>
            <w:pPr>
              <w:spacing w:after="0"/>
              <w:jc w:val="left"/>
            </w:pPr>
            <w:r>
              <w:rPr>
                <w:sz w:val="16"/>
              </w:rPr>
              <w:t>Wind chill: in event narratives only; local data required.</w:t>
            </w:r>
          </w:p>
        </w:tc>
      </w:tr>
      <w:tr>
        <w:trPr>
          <w:cantSplit/>
        </w:trPr>
        <w:tc>
          <w:tcPr>
            <w:tcW w:type="dxa" w:w="1710"/>
          </w:tcPr>
          <w:p>
            <w:pPr>
              <w:spacing w:after="0"/>
              <w:jc w:val="left"/>
            </w:pPr>
            <w:r>
              <w:rPr>
                <w:sz w:val="16"/>
              </w:rPr>
              <w:t>Frost/Freeze (outside NRI Cold Wave definition)</w:t>
            </w:r>
          </w:p>
        </w:tc>
        <w:tc>
          <w:tcPr>
            <w:tcW w:type="dxa" w:w="1716"/>
          </w:tcPr>
          <w:p>
            <w:pPr>
              <w:spacing w:after="0"/>
              <w:jc w:val="left"/>
            </w:pPr>
            <w:r>
              <w:rPr>
                <w:sz w:val="16"/>
              </w:rPr>
              <w:t>crop damage</w:t>
            </w:r>
          </w:p>
        </w:tc>
        <w:tc>
          <w:tcPr>
            <w:tcW w:type="dxa" w:w="1535"/>
          </w:tcPr>
          <w:p>
            <w:pPr>
              <w:spacing w:after="0"/>
              <w:jc w:val="right"/>
            </w:pPr>
            <w:r>
              <w:rPr>
                <w:sz w:val="16"/>
              </w:rPr>
              <w:t>0</w:t>
            </w:r>
          </w:p>
        </w:tc>
        <w:tc>
          <w:tcPr>
            <w:tcW w:type="dxa" w:w="1933"/>
          </w:tcPr>
          <w:p>
            <w:pPr>
              <w:spacing w:after="0"/>
              <w:jc w:val="left"/>
            </w:pPr>
          </w:p>
        </w:tc>
        <w:tc>
          <w:tcPr>
            <w:tcW w:type="dxa" w:w="1803"/>
          </w:tcPr>
          <w:p>
            <w:pPr>
              <w:spacing w:after="0"/>
              <w:jc w:val="left"/>
            </w:pPr>
          </w:p>
        </w:tc>
        <w:tc>
          <w:tcPr>
            <w:tcW w:type="dxa" w:w="1620"/>
          </w:tcPr>
          <w:p>
            <w:pPr>
              <w:spacing w:after="0"/>
              <w:jc w:val="left"/>
            </w:pPr>
          </w:p>
        </w:tc>
        <w:tc>
          <w:tcPr>
            <w:tcW w:type="dxa" w:w="1599"/>
          </w:tcPr>
          <w:p>
            <w:pPr>
              <w:spacing w:after="0"/>
              <w:jc w:val="left"/>
            </w:pPr>
          </w:p>
        </w:tc>
        <w:tc>
          <w:tcPr>
            <w:tcW w:type="dxa" w:w="2197"/>
          </w:tcPr>
          <w:p>
            <w:pPr>
              <w:spacing w:after="0"/>
              <w:jc w:val="left"/>
            </w:pPr>
            <w:r>
              <w:rPr>
                <w:sz w:val="16"/>
              </w:rPr>
              <w:t>Temperature: in event narratives only; local data required.</w:t>
            </w:r>
          </w:p>
        </w:tc>
      </w:tr>
      <w:tr>
        <w:trPr>
          <w:cantSplit/>
        </w:trPr>
        <w:tc>
          <w:tcPr>
            <w:tcW w:type="dxa" w:w="1710"/>
          </w:tcPr>
          <w:p>
            <w:pPr>
              <w:spacing w:after="0"/>
              <w:jc w:val="left"/>
            </w:pPr>
            <w:r>
              <w:rPr>
                <w:sz w:val="16"/>
              </w:rPr>
              <w:t>Drought</w:t>
            </w:r>
          </w:p>
        </w:tc>
        <w:tc>
          <w:tcPr>
            <w:tcW w:type="dxa" w:w="1716"/>
          </w:tcPr>
          <w:p>
            <w:pPr>
              <w:spacing w:after="0"/>
              <w:jc w:val="left"/>
            </w:pPr>
            <w:r>
              <w:rPr>
                <w:sz w:val="16"/>
              </w:rPr>
              <w:t>US Drought Monitor D-scale</w:t>
            </w:r>
          </w:p>
        </w:tc>
        <w:tc>
          <w:tcPr>
            <w:tcW w:type="dxa" w:w="1535"/>
          </w:tcPr>
          <w:p>
            <w:pPr>
              <w:spacing w:after="0"/>
              <w:jc w:val="right"/>
            </w:pPr>
            <w:r>
              <w:rPr>
                <w:sz w:val="16"/>
              </w:rPr>
              <w:t>17, 2006 to 2026 (17 zone-level)</w:t>
            </w:r>
          </w:p>
        </w:tc>
        <w:tc>
          <w:tcPr>
            <w:tcW w:type="dxa" w:w="1933"/>
          </w:tcPr>
          <w:p>
            <w:pPr>
              <w:spacing w:after="0"/>
              <w:jc w:val="left"/>
            </w:pPr>
            <w:r>
              <w:rPr>
                <w:sz w:val="16"/>
              </w:rPr>
              <w:t>15 days to 134 days (median 30 days); 8 with a recorded value</w:t>
            </w:r>
          </w:p>
        </w:tc>
        <w:tc>
          <w:tcPr>
            <w:tcW w:type="dxa" w:w="1803"/>
          </w:tcPr>
          <w:p>
            <w:pPr>
              <w:spacing w:after="0"/>
              <w:jc w:val="left"/>
            </w:pPr>
            <w:r>
              <w:rPr>
                <w:sz w:val="16"/>
              </w:rPr>
              <w:t>134 days (about 4.4 months), 2010-06-20 to 2010-10-31, a run of 5 consecutive Storm Events drought records, zone-level</w:t>
            </w:r>
          </w:p>
        </w:tc>
        <w:tc>
          <w:tcPr>
            <w:tcW w:type="dxa" w:w="1620"/>
          </w:tcPr>
          <w:p>
            <w:pPr>
              <w:spacing w:after="0"/>
              <w:jc w:val="left"/>
            </w:pPr>
            <w:r>
              <w:rPr>
                <w:sz w:val="16"/>
              </w:rPr>
              <w:t>Drought, 2023-09-01, $0 property; $1,000,000 crops, reported for the zone (2023 dollars)</w:t>
            </w:r>
          </w:p>
        </w:tc>
        <w:tc>
          <w:tcPr>
            <w:tcW w:type="dxa" w:w="1599"/>
          </w:tcPr>
          <w:p>
            <w:pPr>
              <w:spacing w:after="0"/>
              <w:jc w:val="left"/>
            </w:pPr>
            <w:r>
              <w:rPr>
                <w:sz w:val="16"/>
              </w:rPr>
              <w:t>Zone-level records: applies countywide; national data do not locate these events within the county.</w:t>
            </w:r>
          </w:p>
        </w:tc>
        <w:tc>
          <w:tcPr>
            <w:tcW w:type="dxa" w:w="219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0"/>
          </w:tcPr>
          <w:p>
            <w:pPr>
              <w:spacing w:after="0"/>
              <w:jc w:val="left"/>
            </w:pPr>
            <w:r>
              <w:rPr>
                <w:sz w:val="16"/>
              </w:rPr>
              <w:t>Earthquake</w:t>
            </w:r>
          </w:p>
        </w:tc>
        <w:tc>
          <w:tcPr>
            <w:tcW w:type="dxa" w:w="1716"/>
          </w:tcPr>
          <w:p>
            <w:pPr>
              <w:spacing w:after="0"/>
              <w:jc w:val="left"/>
            </w:pPr>
            <w:r>
              <w:rPr>
                <w:sz w:val="16"/>
              </w:rPr>
              <w:t>Modified Mercalli (local data)</w:t>
            </w:r>
          </w:p>
        </w:tc>
        <w:tc>
          <w:tcPr>
            <w:tcW w:type="dxa" w:w="1535"/>
          </w:tcPr>
          <w:p>
            <w:pPr>
              <w:spacing w:after="0"/>
              <w:jc w:val="right"/>
            </w:pPr>
            <w:r>
              <w:rPr>
                <w:sz w:val="16"/>
              </w:rPr>
              <w:t>0</w:t>
            </w:r>
          </w:p>
        </w:tc>
        <w:tc>
          <w:tcPr>
            <w:tcW w:type="dxa" w:w="1933"/>
          </w:tcPr>
          <w:p>
            <w:pPr>
              <w:spacing w:after="0"/>
              <w:jc w:val="left"/>
            </w:pPr>
          </w:p>
        </w:tc>
        <w:tc>
          <w:tcPr>
            <w:tcW w:type="dxa" w:w="1803"/>
          </w:tcPr>
          <w:p>
            <w:pPr>
              <w:spacing w:after="0"/>
              <w:jc w:val="left"/>
            </w:pPr>
          </w:p>
        </w:tc>
        <w:tc>
          <w:tcPr>
            <w:tcW w:type="dxa" w:w="1620"/>
          </w:tcPr>
          <w:p>
            <w:pPr>
              <w:spacing w:after="0"/>
              <w:jc w:val="left"/>
            </w:pPr>
          </w:p>
        </w:tc>
        <w:tc>
          <w:tcPr>
            <w:tcW w:type="dxa" w:w="1599"/>
          </w:tcPr>
          <w:p>
            <w:pPr>
              <w:spacing w:after="0"/>
              <w:jc w:val="left"/>
            </w:pPr>
          </w:p>
        </w:tc>
        <w:tc>
          <w:tcPr>
            <w:tcW w:type="dxa" w:w="2197"/>
          </w:tcPr>
          <w:p>
            <w:pPr>
              <w:spacing w:after="0"/>
              <w:jc w:val="left"/>
            </w:pPr>
            <w:r>
              <w:rPr>
                <w:sz w:val="16"/>
              </w:rPr>
              <w:t>No Storm Events record; local data required (e.g., USGS).</w:t>
            </w:r>
          </w:p>
        </w:tc>
      </w:tr>
      <w:tr>
        <w:trPr>
          <w:cantSplit/>
        </w:trPr>
        <w:tc>
          <w:tcPr>
            <w:tcW w:type="dxa" w:w="1710"/>
          </w:tcPr>
          <w:p>
            <w:pPr>
              <w:spacing w:after="0"/>
              <w:jc w:val="left"/>
            </w:pPr>
            <w:r>
              <w:rPr>
                <w:sz w:val="16"/>
              </w:rPr>
              <w:t>Hail</w:t>
            </w:r>
          </w:p>
        </w:tc>
        <w:tc>
          <w:tcPr>
            <w:tcW w:type="dxa" w:w="1716"/>
          </w:tcPr>
          <w:p>
            <w:pPr>
              <w:spacing w:after="0"/>
              <w:jc w:val="left"/>
            </w:pPr>
            <w:r>
              <w:rPr>
                <w:sz w:val="16"/>
              </w:rPr>
              <w:t>hail size (inches)</w:t>
            </w:r>
          </w:p>
        </w:tc>
        <w:tc>
          <w:tcPr>
            <w:tcW w:type="dxa" w:w="1535"/>
          </w:tcPr>
          <w:p>
            <w:pPr>
              <w:spacing w:after="0"/>
              <w:jc w:val="right"/>
            </w:pPr>
            <w:r>
              <w:rPr>
                <w:sz w:val="16"/>
              </w:rPr>
              <w:t>89, 1973 to 2024</w:t>
            </w:r>
          </w:p>
        </w:tc>
        <w:tc>
          <w:tcPr>
            <w:tcW w:type="dxa" w:w="1933"/>
          </w:tcPr>
          <w:p>
            <w:pPr>
              <w:spacing w:after="0"/>
              <w:jc w:val="left"/>
            </w:pPr>
            <w:r>
              <w:rPr>
                <w:sz w:val="16"/>
              </w:rPr>
              <w:t>0.75 in to 2.75 in (median 1 in); 89 with a recorded value</w:t>
            </w:r>
          </w:p>
        </w:tc>
        <w:tc>
          <w:tcPr>
            <w:tcW w:type="dxa" w:w="1803"/>
          </w:tcPr>
          <w:p>
            <w:pPr>
              <w:spacing w:after="0"/>
              <w:jc w:val="left"/>
            </w:pPr>
            <w:r>
              <w:rPr>
                <w:sz w:val="16"/>
              </w:rPr>
              <w:t>2.75 in hail, 1993-03-30; same size also recorded on 1991-04-19, 1993-03-30</w:t>
            </w:r>
          </w:p>
        </w:tc>
        <w:tc>
          <w:tcPr>
            <w:tcW w:type="dxa" w:w="1620"/>
          </w:tcPr>
          <w:p>
            <w:pPr>
              <w:spacing w:after="0"/>
              <w:jc w:val="left"/>
            </w:pPr>
            <w:r>
              <w:rPr>
                <w:sz w:val="16"/>
              </w:rPr>
              <w:t>Hail, 2006-05-14, $30,000 property; $700,000 crops (2006 dollars)</w:t>
            </w:r>
          </w:p>
        </w:tc>
        <w:tc>
          <w:tcPr>
            <w:tcW w:type="dxa" w:w="1599"/>
          </w:tcPr>
          <w:p>
            <w:pPr>
              <w:spacing w:after="0"/>
              <w:jc w:val="left"/>
            </w:pPr>
            <w:r>
              <w:rPr>
                <w:sz w:val="16"/>
              </w:rPr>
              <w:t>Event records naming member places: St. Joseph town (10 records), Waterproof town (9 records), Newellton town (8 records).</w:t>
            </w:r>
          </w:p>
        </w:tc>
        <w:tc>
          <w:tcPr>
            <w:tcW w:type="dxa" w:w="2197"/>
          </w:tcPr>
          <w:p>
            <w:pPr>
              <w:spacing w:after="0"/>
              <w:jc w:val="left"/>
            </w:pPr>
          </w:p>
        </w:tc>
      </w:tr>
      <w:tr>
        <w:trPr>
          <w:cantSplit/>
        </w:trPr>
        <w:tc>
          <w:tcPr>
            <w:tcW w:type="dxa" w:w="1710"/>
          </w:tcPr>
          <w:p>
            <w:pPr>
              <w:spacing w:after="0"/>
              <w:jc w:val="left"/>
            </w:pPr>
            <w:r>
              <w:rPr>
                <w:sz w:val="16"/>
              </w:rPr>
              <w:t>Excessive Heat, Heat</w:t>
            </w:r>
          </w:p>
        </w:tc>
        <w:tc>
          <w:tcPr>
            <w:tcW w:type="dxa" w:w="1716"/>
          </w:tcPr>
          <w:p>
            <w:pPr>
              <w:spacing w:after="0"/>
              <w:jc w:val="left"/>
            </w:pPr>
            <w:r>
              <w:rPr>
                <w:sz w:val="16"/>
              </w:rPr>
              <w:t>heat index (narratives)</w:t>
            </w:r>
          </w:p>
        </w:tc>
        <w:tc>
          <w:tcPr>
            <w:tcW w:type="dxa" w:w="1535"/>
          </w:tcPr>
          <w:p>
            <w:pPr>
              <w:spacing w:after="0"/>
              <w:jc w:val="right"/>
            </w:pPr>
            <w:r>
              <w:rPr>
                <w:sz w:val="16"/>
              </w:rPr>
              <w:t>4, 2005 to 2010 (4 zone-level)</w:t>
            </w:r>
          </w:p>
        </w:tc>
        <w:tc>
          <w:tcPr>
            <w:tcW w:type="dxa" w:w="1933"/>
          </w:tcPr>
          <w:p>
            <w:pPr>
              <w:spacing w:after="0"/>
              <w:jc w:val="left"/>
            </w:pPr>
            <w:r>
              <w:rPr>
                <w:sz w:val="16"/>
              </w:rPr>
              <w:t>4 days to 12 days (median 7.5 days); 4 with a recorded value</w:t>
            </w:r>
          </w:p>
        </w:tc>
        <w:tc>
          <w:tcPr>
            <w:tcW w:type="dxa" w:w="1803"/>
          </w:tcPr>
          <w:p>
            <w:pPr>
              <w:spacing w:after="0"/>
              <w:jc w:val="left"/>
            </w:pPr>
            <w:r>
              <w:rPr>
                <w:sz w:val="16"/>
              </w:rPr>
              <w:t>12 consecutive days, 2007-08-05 to 2007-08-16, zone-level</w:t>
            </w:r>
          </w:p>
        </w:tc>
        <w:tc>
          <w:tcPr>
            <w:tcW w:type="dxa" w:w="1620"/>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197"/>
          </w:tcPr>
          <w:p>
            <w:pPr>
              <w:spacing w:after="0"/>
              <w:jc w:val="left"/>
            </w:pPr>
            <w:r>
              <w:rPr>
                <w:sz w:val="16"/>
              </w:rPr>
              <w:t>Heat index: in event narratives only; local data required.</w:t>
            </w:r>
          </w:p>
        </w:tc>
      </w:tr>
      <w:tr>
        <w:trPr>
          <w:cantSplit/>
        </w:trPr>
        <w:tc>
          <w:tcPr>
            <w:tcW w:type="dxa" w:w="1710"/>
          </w:tcPr>
          <w:p>
            <w:pPr>
              <w:spacing w:after="0"/>
              <w:jc w:val="left"/>
            </w:pPr>
            <w:r>
              <w:rPr>
                <w:sz w:val="16"/>
              </w:rPr>
              <w:t>Hurricane, Tropical Storm, Tropical Depression</w:t>
            </w:r>
          </w:p>
        </w:tc>
        <w:tc>
          <w:tcPr>
            <w:tcW w:type="dxa" w:w="1716"/>
          </w:tcPr>
          <w:p>
            <w:pPr>
              <w:spacing w:after="0"/>
              <w:jc w:val="left"/>
            </w:pPr>
            <w:r>
              <w:rPr>
                <w:sz w:val="16"/>
              </w:rPr>
              <w:t>Saffir-Simpson</w:t>
            </w:r>
          </w:p>
        </w:tc>
        <w:tc>
          <w:tcPr>
            <w:tcW w:type="dxa" w:w="1535"/>
          </w:tcPr>
          <w:p>
            <w:pPr>
              <w:spacing w:after="0"/>
              <w:jc w:val="right"/>
            </w:pPr>
            <w:r>
              <w:rPr>
                <w:sz w:val="16"/>
              </w:rPr>
              <w:t>5, 2005 to 2020 (5 zone-level)</w:t>
            </w:r>
          </w:p>
        </w:tc>
        <w:tc>
          <w:tcPr>
            <w:tcW w:type="dxa" w:w="1933"/>
          </w:tcPr>
          <w:p>
            <w:pPr>
              <w:spacing w:after="0"/>
              <w:jc w:val="left"/>
            </w:pPr>
          </w:p>
        </w:tc>
        <w:tc>
          <w:tcPr>
            <w:tcW w:type="dxa" w:w="1803"/>
          </w:tcPr>
          <w:p>
            <w:pPr>
              <w:spacing w:after="0"/>
              <w:jc w:val="left"/>
            </w:pPr>
            <w:r>
              <w:rPr>
                <w:sz w:val="16"/>
              </w:rPr>
              <w:t>Strongest recorded (records with damage, a wind speed or direct casualties first, then storm type, category and wind): Hurricane (Typhoon) record, 2005-08-29, $1,000,000 property; $10,000,000 crops, reported for the zone (2005 dollars); NWS zone LAZ025 (TENSAS), zone-level: may include parts of neighboring counties</w:t>
            </w:r>
          </w:p>
        </w:tc>
        <w:tc>
          <w:tcPr>
            <w:tcW w:type="dxa" w:w="1620"/>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19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10"/>
          </w:tcPr>
          <w:p>
            <w:pPr>
              <w:spacing w:after="0"/>
              <w:jc w:val="left"/>
            </w:pPr>
            <w:r>
              <w:rPr>
                <w:sz w:val="16"/>
              </w:rPr>
              <w:t>Ice Storm</w:t>
            </w:r>
          </w:p>
        </w:tc>
        <w:tc>
          <w:tcPr>
            <w:tcW w:type="dxa" w:w="1716"/>
          </w:tcPr>
          <w:p>
            <w:pPr>
              <w:spacing w:after="0"/>
              <w:jc w:val="left"/>
            </w:pPr>
            <w:r>
              <w:rPr>
                <w:sz w:val="16"/>
              </w:rPr>
              <w:t>Sperry-Piltz (local data)</w:t>
            </w:r>
          </w:p>
        </w:tc>
        <w:tc>
          <w:tcPr>
            <w:tcW w:type="dxa" w:w="1535"/>
          </w:tcPr>
          <w:p>
            <w:pPr>
              <w:spacing w:after="0"/>
              <w:jc w:val="right"/>
            </w:pPr>
            <w:r>
              <w:rPr>
                <w:sz w:val="16"/>
              </w:rPr>
              <w:t>5, 1996 to 2026 (5 zone-level)</w:t>
            </w:r>
          </w:p>
        </w:tc>
        <w:tc>
          <w:tcPr>
            <w:tcW w:type="dxa" w:w="1933"/>
          </w:tcPr>
          <w:p>
            <w:pPr>
              <w:spacing w:after="0"/>
              <w:jc w:val="left"/>
            </w:pPr>
          </w:p>
        </w:tc>
        <w:tc>
          <w:tcPr>
            <w:tcW w:type="dxa" w:w="1803"/>
          </w:tcPr>
          <w:p>
            <w:pPr>
              <w:spacing w:after="0"/>
              <w:jc w:val="left"/>
            </w:pPr>
            <w:r>
              <w:rPr>
                <w:sz w:val="16"/>
              </w:rPr>
              <w:t>Ice Storm, 1998-12-22, $500,000 property; crops not reported, reported for the zone (1998 dollars); NWS zone LAZ025 (TENSAS), zone-level: may include parts of neighboring counties</w:t>
            </w:r>
          </w:p>
        </w:tc>
        <w:tc>
          <w:tcPr>
            <w:tcW w:type="dxa" w:w="1620"/>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197"/>
          </w:tcPr>
          <w:p>
            <w:pPr>
              <w:spacing w:after="0"/>
              <w:jc w:val="left"/>
            </w:pPr>
            <w:r>
              <w:rPr>
                <w:sz w:val="16"/>
              </w:rPr>
              <w:t>Ice thickness: in event narratives only; local data required.</w:t>
            </w:r>
          </w:p>
        </w:tc>
      </w:tr>
      <w:tr>
        <w:trPr>
          <w:cantSplit/>
        </w:trPr>
        <w:tc>
          <w:tcPr>
            <w:tcW w:type="dxa" w:w="1710"/>
          </w:tcPr>
          <w:p>
            <w:pPr>
              <w:spacing w:after="0"/>
              <w:jc w:val="left"/>
            </w:pPr>
            <w:r>
              <w:rPr>
                <w:sz w:val="16"/>
              </w:rPr>
              <w:t>Flash Flood, Flood, Lakeshore Flood</w:t>
            </w:r>
          </w:p>
        </w:tc>
        <w:tc>
          <w:tcPr>
            <w:tcW w:type="dxa" w:w="1716"/>
          </w:tcPr>
          <w:p>
            <w:pPr>
              <w:spacing w:after="0"/>
              <w:jc w:val="left"/>
            </w:pPr>
            <w:r>
              <w:rPr>
                <w:sz w:val="16"/>
              </w:rPr>
              <w:t>damage and flood days (FIRM for depth)</w:t>
            </w:r>
          </w:p>
        </w:tc>
        <w:tc>
          <w:tcPr>
            <w:tcW w:type="dxa" w:w="1535"/>
          </w:tcPr>
          <w:p>
            <w:pPr>
              <w:spacing w:after="0"/>
              <w:jc w:val="right"/>
            </w:pPr>
            <w:r>
              <w:rPr>
                <w:sz w:val="16"/>
              </w:rPr>
              <w:t>28, 1997 to 2020 (1 zone-level)</w:t>
            </w:r>
          </w:p>
        </w:tc>
        <w:tc>
          <w:tcPr>
            <w:tcW w:type="dxa" w:w="1933"/>
          </w:tcPr>
          <w:p>
            <w:pPr>
              <w:spacing w:after="0"/>
              <w:jc w:val="left"/>
            </w:pPr>
          </w:p>
        </w:tc>
        <w:tc>
          <w:tcPr>
            <w:tcW w:type="dxa" w:w="1803"/>
          </w:tcPr>
          <w:p>
            <w:pPr>
              <w:spacing w:after="0"/>
              <w:jc w:val="left"/>
            </w:pPr>
            <w:r>
              <w:rPr>
                <w:sz w:val="16"/>
              </w:rPr>
              <w:t>Flash Flood, 2008-09-02, $10,000,000 property; $34,000,000 crops (2008 dollars)</w:t>
            </w:r>
          </w:p>
        </w:tc>
        <w:tc>
          <w:tcPr>
            <w:tcW w:type="dxa" w:w="1620"/>
          </w:tcPr>
          <w:p>
            <w:pPr>
              <w:spacing w:after="0"/>
              <w:jc w:val="left"/>
            </w:pPr>
          </w:p>
        </w:tc>
        <w:tc>
          <w:tcPr>
            <w:tcW w:type="dxa" w:w="1599"/>
          </w:tcPr>
          <w:p>
            <w:pPr>
              <w:spacing w:after="0"/>
              <w:jc w:val="left"/>
            </w:pPr>
            <w:r>
              <w:rPr>
                <w:sz w:val="16"/>
              </w:rPr>
              <w:t>Event records naming member places: St. Joseph town (6 records), Newellton town (4 records), Waterproof town (2 records). Zone-level records (1) apply countywide.</w:t>
            </w:r>
          </w:p>
        </w:tc>
        <w:tc>
          <w:tcPr>
            <w:tcW w:type="dxa" w:w="219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10"/>
          </w:tcPr>
          <w:p>
            <w:pPr>
              <w:spacing w:after="0"/>
              <w:jc w:val="left"/>
            </w:pPr>
            <w:r>
              <w:rPr>
                <w:sz w:val="16"/>
              </w:rPr>
              <w:t>Debris Flow</w:t>
            </w:r>
          </w:p>
        </w:tc>
        <w:tc>
          <w:tcPr>
            <w:tcW w:type="dxa" w:w="1716"/>
          </w:tcPr>
          <w:p>
            <w:pPr>
              <w:spacing w:after="0"/>
              <w:jc w:val="left"/>
            </w:pPr>
            <w:r>
              <w:rPr>
                <w:sz w:val="16"/>
              </w:rPr>
              <w:t>none (count and damage)</w:t>
            </w:r>
          </w:p>
        </w:tc>
        <w:tc>
          <w:tcPr>
            <w:tcW w:type="dxa" w:w="1535"/>
          </w:tcPr>
          <w:p>
            <w:pPr>
              <w:spacing w:after="0"/>
              <w:jc w:val="right"/>
            </w:pPr>
            <w:r>
              <w:rPr>
                <w:sz w:val="16"/>
              </w:rPr>
              <w:t>0</w:t>
            </w:r>
          </w:p>
        </w:tc>
        <w:tc>
          <w:tcPr>
            <w:tcW w:type="dxa" w:w="1933"/>
          </w:tcPr>
          <w:p>
            <w:pPr>
              <w:spacing w:after="0"/>
              <w:jc w:val="left"/>
            </w:pPr>
          </w:p>
        </w:tc>
        <w:tc>
          <w:tcPr>
            <w:tcW w:type="dxa" w:w="1803"/>
          </w:tcPr>
          <w:p>
            <w:pPr>
              <w:spacing w:after="0"/>
              <w:jc w:val="left"/>
            </w:pPr>
          </w:p>
        </w:tc>
        <w:tc>
          <w:tcPr>
            <w:tcW w:type="dxa" w:w="1620"/>
          </w:tcPr>
          <w:p>
            <w:pPr>
              <w:spacing w:after="0"/>
              <w:jc w:val="left"/>
            </w:pPr>
          </w:p>
        </w:tc>
        <w:tc>
          <w:tcPr>
            <w:tcW w:type="dxa" w:w="1599"/>
          </w:tcPr>
          <w:p>
            <w:pPr>
              <w:spacing w:after="0"/>
              <w:jc w:val="left"/>
            </w:pPr>
          </w:p>
        </w:tc>
        <w:tc>
          <w:tcPr>
            <w:tcW w:type="dxa" w:w="2197"/>
          </w:tcPr>
          <w:p>
            <w:pPr>
              <w:spacing w:after="0"/>
              <w:jc w:val="left"/>
            </w:pPr>
            <w:r>
              <w:rPr>
                <w:sz w:val="16"/>
              </w:rPr>
              <w:t>Physical measure: in event narratives only; local data required.</w:t>
            </w:r>
          </w:p>
        </w:tc>
      </w:tr>
      <w:tr>
        <w:trPr>
          <w:cantSplit/>
        </w:trPr>
        <w:tc>
          <w:tcPr>
            <w:tcW w:type="dxa" w:w="1710"/>
          </w:tcPr>
          <w:p>
            <w:pPr>
              <w:spacing w:after="0"/>
              <w:jc w:val="left"/>
            </w:pPr>
            <w:r>
              <w:rPr>
                <w:sz w:val="16"/>
              </w:rPr>
              <w:t>Lightning</w:t>
            </w:r>
          </w:p>
        </w:tc>
        <w:tc>
          <w:tcPr>
            <w:tcW w:type="dxa" w:w="1716"/>
          </w:tcPr>
          <w:p>
            <w:pPr>
              <w:spacing w:after="0"/>
              <w:jc w:val="left"/>
            </w:pPr>
            <w:r>
              <w:rPr>
                <w:sz w:val="16"/>
              </w:rPr>
              <w:t>annualized frequency (the measure FEMA's Local Mitigation Planning Handbook names)</w:t>
            </w:r>
          </w:p>
        </w:tc>
        <w:tc>
          <w:tcPr>
            <w:tcW w:type="dxa" w:w="1535"/>
          </w:tcPr>
          <w:p>
            <w:pPr>
              <w:spacing w:after="0"/>
              <w:jc w:val="right"/>
            </w:pPr>
            <w:r>
              <w:rPr>
                <w:sz w:val="16"/>
              </w:rPr>
              <w:t>1, 2011 to 2011</w:t>
            </w:r>
          </w:p>
        </w:tc>
        <w:tc>
          <w:tcPr>
            <w:tcW w:type="dxa" w:w="1933"/>
          </w:tcPr>
          <w:p>
            <w:pPr>
              <w:spacing w:after="0"/>
              <w:jc w:val="left"/>
            </w:pPr>
          </w:p>
        </w:tc>
        <w:tc>
          <w:tcPr>
            <w:tcW w:type="dxa" w:w="1803"/>
          </w:tcPr>
          <w:p>
            <w:pPr>
              <w:spacing w:after="0"/>
              <w:jc w:val="left"/>
            </w:pPr>
            <w:r>
              <w:rPr>
                <w:sz w:val="16"/>
              </w:rPr>
              <w:t>Lightning, 2011-06-28, $20,000 property; $0 crops (2011 dollars)</w:t>
            </w:r>
          </w:p>
        </w:tc>
        <w:tc>
          <w:tcPr>
            <w:tcW w:type="dxa" w:w="1620"/>
          </w:tcPr>
          <w:p>
            <w:pPr>
              <w:spacing w:after="0"/>
              <w:jc w:val="left"/>
            </w:pPr>
          </w:p>
        </w:tc>
        <w:tc>
          <w:tcPr>
            <w:tcW w:type="dxa" w:w="1599"/>
          </w:tcPr>
          <w:p>
            <w:pPr>
              <w:spacing w:after="0"/>
              <w:jc w:val="left"/>
            </w:pPr>
            <w:r>
              <w:rPr>
                <w:sz w:val="16"/>
              </w:rPr>
              <w:t>No event record names a member place.</w:t>
            </w:r>
          </w:p>
        </w:tc>
        <w:tc>
          <w:tcPr>
            <w:tcW w:type="dxa" w:w="2197"/>
          </w:tcPr>
          <w:p>
            <w:pPr>
              <w:spacing w:after="0"/>
              <w:jc w:val="left"/>
            </w:pPr>
            <w:r>
              <w:rPr>
                <w:sz w:val="16"/>
              </w:rPr>
              <w:t>Storm Events lists lightning with damage or casualties; physical measure in event narratives only; local data required.</w:t>
            </w:r>
          </w:p>
        </w:tc>
      </w:tr>
      <w:tr>
        <w:trPr>
          <w:cantSplit/>
        </w:trPr>
        <w:tc>
          <w:tcPr>
            <w:tcW w:type="dxa" w:w="1710"/>
          </w:tcPr>
          <w:p>
            <w:pPr>
              <w:spacing w:after="0"/>
              <w:jc w:val="left"/>
            </w:pPr>
            <w:r>
              <w:rPr>
                <w:sz w:val="16"/>
              </w:rPr>
              <w:t>High Wind and Strong Wind (outside NRI Strong Wind definition)</w:t>
            </w:r>
          </w:p>
        </w:tc>
        <w:tc>
          <w:tcPr>
            <w:tcW w:type="dxa" w:w="1716"/>
          </w:tcPr>
          <w:p>
            <w:pPr>
              <w:spacing w:after="0"/>
              <w:jc w:val="left"/>
            </w:pPr>
            <w:r>
              <w:rPr>
                <w:sz w:val="16"/>
              </w:rPr>
              <w:t>wind speed (kt and mph)</w:t>
            </w:r>
          </w:p>
        </w:tc>
        <w:tc>
          <w:tcPr>
            <w:tcW w:type="dxa" w:w="1535"/>
          </w:tcPr>
          <w:p>
            <w:pPr>
              <w:spacing w:after="0"/>
              <w:jc w:val="right"/>
            </w:pPr>
            <w:r>
              <w:rPr>
                <w:sz w:val="16"/>
              </w:rPr>
              <w:t>2, 2015 to 2016 (2 zone-level)</w:t>
            </w:r>
          </w:p>
        </w:tc>
        <w:tc>
          <w:tcPr>
            <w:tcW w:type="dxa" w:w="1933"/>
          </w:tcPr>
          <w:p>
            <w:pPr>
              <w:spacing w:after="0"/>
              <w:jc w:val="left"/>
            </w:pPr>
            <w:r>
              <w:rPr>
                <w:sz w:val="16"/>
              </w:rPr>
              <w:t>35 kt (40 mph) to 40 kt (46 mph) (median 37.5 kt (43 mph)); 2 with a recorded value</w:t>
            </w:r>
          </w:p>
        </w:tc>
        <w:tc>
          <w:tcPr>
            <w:tcW w:type="dxa" w:w="1803"/>
          </w:tcPr>
          <w:p>
            <w:pPr>
              <w:spacing w:after="0"/>
              <w:jc w:val="left"/>
            </w:pPr>
            <w:r>
              <w:rPr>
                <w:sz w:val="16"/>
              </w:rPr>
              <w:t>40 kt (46 mph) estimated gust, Strong Wind, 2015-11-17; NWS zone LAZ025 (TENSAS), zone-level: may include parts of neighboring counties</w:t>
            </w:r>
          </w:p>
        </w:tc>
        <w:tc>
          <w:tcPr>
            <w:tcW w:type="dxa" w:w="1620"/>
          </w:tcPr>
          <w:p>
            <w:pPr>
              <w:spacing w:after="0"/>
              <w:jc w:val="left"/>
            </w:pPr>
            <w:r>
              <w:rPr>
                <w:sz w:val="16"/>
              </w:rPr>
              <w:t>Strong Wind, 2016-11-28, $5,000 property; $0 crops, reported for the zone (2016 dollars)</w:t>
            </w:r>
          </w:p>
        </w:tc>
        <w:tc>
          <w:tcPr>
            <w:tcW w:type="dxa" w:w="1599"/>
          </w:tcPr>
          <w:p>
            <w:pPr>
              <w:spacing w:after="0"/>
              <w:jc w:val="left"/>
            </w:pPr>
            <w:r>
              <w:rPr>
                <w:sz w:val="16"/>
              </w:rPr>
              <w:t>Zone-level records: applies countywide; national data do not locate these events within the county.</w:t>
            </w:r>
          </w:p>
        </w:tc>
        <w:tc>
          <w:tcPr>
            <w:tcW w:type="dxa" w:w="2197"/>
          </w:tcPr>
          <w:p>
            <w:pPr>
              <w:spacing w:after="0"/>
              <w:jc w:val="left"/>
            </w:pPr>
          </w:p>
        </w:tc>
      </w:tr>
      <w:tr>
        <w:trPr>
          <w:cantSplit/>
        </w:trPr>
        <w:tc>
          <w:tcPr>
            <w:tcW w:type="dxa" w:w="1710"/>
          </w:tcPr>
          <w:p>
            <w:pPr>
              <w:spacing w:after="0"/>
              <w:jc w:val="left"/>
            </w:pPr>
            <w:r>
              <w:rPr>
                <w:sz w:val="16"/>
              </w:rPr>
              <w:t>Thunderstorm Wind</w:t>
            </w:r>
          </w:p>
        </w:tc>
        <w:tc>
          <w:tcPr>
            <w:tcW w:type="dxa" w:w="1716"/>
          </w:tcPr>
          <w:p>
            <w:pPr>
              <w:spacing w:after="0"/>
              <w:jc w:val="left"/>
            </w:pPr>
            <w:r>
              <w:rPr>
                <w:sz w:val="16"/>
              </w:rPr>
              <w:t>wind speed (kt and mph)</w:t>
            </w:r>
          </w:p>
        </w:tc>
        <w:tc>
          <w:tcPr>
            <w:tcW w:type="dxa" w:w="1535"/>
          </w:tcPr>
          <w:p>
            <w:pPr>
              <w:spacing w:after="0"/>
              <w:jc w:val="right"/>
            </w:pPr>
            <w:r>
              <w:rPr>
                <w:sz w:val="16"/>
              </w:rPr>
              <w:t>174, 1956 to 2026</w:t>
            </w:r>
          </w:p>
        </w:tc>
        <w:tc>
          <w:tcPr>
            <w:tcW w:type="dxa" w:w="1933"/>
          </w:tcPr>
          <w:p>
            <w:pPr>
              <w:spacing w:after="0"/>
              <w:jc w:val="left"/>
            </w:pPr>
            <w:r>
              <w:rPr>
                <w:sz w:val="16"/>
              </w:rPr>
              <w:t>40 kt (46 mph) to 96 kt (110 mph) (median 52 kt (60 mph)); 107 with a recorded value</w:t>
            </w:r>
          </w:p>
        </w:tc>
        <w:tc>
          <w:tcPr>
            <w:tcW w:type="dxa" w:w="1803"/>
          </w:tcPr>
          <w:p>
            <w:pPr>
              <w:spacing w:after="0"/>
              <w:jc w:val="left"/>
            </w:pPr>
            <w:r>
              <w:rPr>
                <w:sz w:val="16"/>
              </w:rPr>
              <w:t>96 kt (110 mph), measurement type not recorded, Thunderstorm Wind, 1956-06-09</w:t>
            </w:r>
          </w:p>
        </w:tc>
        <w:tc>
          <w:tcPr>
            <w:tcW w:type="dxa" w:w="1620"/>
          </w:tcPr>
          <w:p>
            <w:pPr>
              <w:spacing w:after="0"/>
              <w:jc w:val="left"/>
            </w:pPr>
            <w:r>
              <w:rPr>
                <w:sz w:val="16"/>
              </w:rPr>
              <w:t>Thunderstorm Wind, 2023-06-16, $350,000 property; $0 crops (2023 dollars)</w:t>
            </w:r>
          </w:p>
        </w:tc>
        <w:tc>
          <w:tcPr>
            <w:tcW w:type="dxa" w:w="1599"/>
          </w:tcPr>
          <w:p>
            <w:pPr>
              <w:spacing w:after="0"/>
              <w:jc w:val="left"/>
            </w:pPr>
            <w:r>
              <w:rPr>
                <w:sz w:val="16"/>
              </w:rPr>
              <w:t>Event records naming member places: St. Joseph town (37 records), Newellton town (28 records), Waterproof town (11 records).</w:t>
            </w:r>
          </w:p>
        </w:tc>
        <w:tc>
          <w:tcPr>
            <w:tcW w:type="dxa" w:w="2197"/>
          </w:tcPr>
          <w:p>
            <w:pPr>
              <w:spacing w:after="0"/>
              <w:jc w:val="left"/>
            </w:pPr>
          </w:p>
        </w:tc>
      </w:tr>
      <w:tr>
        <w:trPr>
          <w:cantSplit/>
        </w:trPr>
        <w:tc>
          <w:tcPr>
            <w:tcW w:type="dxa" w:w="1710"/>
          </w:tcPr>
          <w:p>
            <w:pPr>
              <w:spacing w:after="0"/>
              <w:jc w:val="left"/>
            </w:pPr>
            <w:r>
              <w:rPr>
                <w:sz w:val="16"/>
              </w:rPr>
              <w:t>Tornado</w:t>
            </w:r>
          </w:p>
        </w:tc>
        <w:tc>
          <w:tcPr>
            <w:tcW w:type="dxa" w:w="1716"/>
          </w:tcPr>
          <w:p>
            <w:pPr>
              <w:spacing w:after="0"/>
              <w:jc w:val="left"/>
            </w:pPr>
            <w:r>
              <w:rPr>
                <w:sz w:val="16"/>
              </w:rPr>
              <w:t>Enhanced Fujita (F before Feb 2007)</w:t>
            </w:r>
          </w:p>
        </w:tc>
        <w:tc>
          <w:tcPr>
            <w:tcW w:type="dxa" w:w="1535"/>
          </w:tcPr>
          <w:p>
            <w:pPr>
              <w:spacing w:after="0"/>
              <w:jc w:val="right"/>
            </w:pPr>
            <w:r>
              <w:rPr>
                <w:sz w:val="16"/>
              </w:rPr>
              <w:t>29, 1966 to 2019</w:t>
            </w:r>
          </w:p>
        </w:tc>
        <w:tc>
          <w:tcPr>
            <w:tcW w:type="dxa" w:w="1933"/>
          </w:tcPr>
          <w:p>
            <w:pPr>
              <w:spacing w:after="0"/>
              <w:jc w:val="left"/>
            </w:pPr>
            <w:r>
              <w:rPr>
                <w:sz w:val="16"/>
              </w:rPr>
              <w:t>F/EF0 to F/EF3 (median F/EF1); 29 with a recorded value</w:t>
            </w:r>
          </w:p>
        </w:tc>
        <w:tc>
          <w:tcPr>
            <w:tcW w:type="dxa" w:w="1803"/>
          </w:tcPr>
          <w:p>
            <w:pPr>
              <w:spacing w:after="0"/>
              <w:jc w:val="left"/>
            </w:pPr>
            <w:r>
              <w:rPr>
                <w:sz w:val="16"/>
              </w:rPr>
              <w:t>F3 tornado, 1992-11-21, 26 mi path length (records before 1996 may include the whole path; rating and listing come from the county where the tornado began), 200 yd wide, $2,500,000 property; crops not recorded (1992 dollars), 6 direct injuries</w:t>
            </w:r>
          </w:p>
        </w:tc>
        <w:tc>
          <w:tcPr>
            <w:tcW w:type="dxa" w:w="1620"/>
          </w:tcPr>
          <w:p>
            <w:pPr>
              <w:spacing w:after="0"/>
              <w:jc w:val="left"/>
            </w:pPr>
            <w:r>
              <w:rPr>
                <w:sz w:val="16"/>
              </w:rPr>
              <w:t>Tornado, 2011-04-04, $4,000,000 property; $0 crops (2011 dollars)</w:t>
            </w:r>
          </w:p>
        </w:tc>
        <w:tc>
          <w:tcPr>
            <w:tcW w:type="dxa" w:w="1599"/>
          </w:tcPr>
          <w:p>
            <w:pPr>
              <w:spacing w:after="0"/>
              <w:jc w:val="left"/>
            </w:pPr>
            <w:r>
              <w:rPr>
                <w:sz w:val="16"/>
              </w:rPr>
              <w:t>Event records naming member places: Newellton town (4 records), Waterproof town (2 records).</w:t>
            </w:r>
          </w:p>
        </w:tc>
        <w:tc>
          <w:tcPr>
            <w:tcW w:type="dxa" w:w="219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10"/>
          </w:tcPr>
          <w:p>
            <w:pPr>
              <w:spacing w:after="0"/>
              <w:jc w:val="left"/>
            </w:pPr>
            <w:r>
              <w:rPr>
                <w:sz w:val="16"/>
              </w:rPr>
              <w:t>Tsunami</w:t>
            </w:r>
          </w:p>
        </w:tc>
        <w:tc>
          <w:tcPr>
            <w:tcW w:type="dxa" w:w="1716"/>
          </w:tcPr>
          <w:p>
            <w:pPr>
              <w:spacing w:after="0"/>
              <w:jc w:val="left"/>
            </w:pPr>
            <w:r>
              <w:rPr>
                <w:sz w:val="16"/>
              </w:rPr>
              <w:t>none (count and damage)</w:t>
            </w:r>
          </w:p>
        </w:tc>
        <w:tc>
          <w:tcPr>
            <w:tcW w:type="dxa" w:w="1535"/>
          </w:tcPr>
          <w:p>
            <w:pPr>
              <w:spacing w:after="0"/>
              <w:jc w:val="right"/>
            </w:pPr>
            <w:r>
              <w:rPr>
                <w:sz w:val="16"/>
              </w:rPr>
              <w:t>0</w:t>
            </w:r>
          </w:p>
        </w:tc>
        <w:tc>
          <w:tcPr>
            <w:tcW w:type="dxa" w:w="1933"/>
          </w:tcPr>
          <w:p>
            <w:pPr>
              <w:spacing w:after="0"/>
              <w:jc w:val="left"/>
            </w:pPr>
          </w:p>
        </w:tc>
        <w:tc>
          <w:tcPr>
            <w:tcW w:type="dxa" w:w="1803"/>
          </w:tcPr>
          <w:p>
            <w:pPr>
              <w:spacing w:after="0"/>
              <w:jc w:val="left"/>
            </w:pPr>
          </w:p>
        </w:tc>
        <w:tc>
          <w:tcPr>
            <w:tcW w:type="dxa" w:w="1620"/>
          </w:tcPr>
          <w:p>
            <w:pPr>
              <w:spacing w:after="0"/>
              <w:jc w:val="left"/>
            </w:pPr>
          </w:p>
        </w:tc>
        <w:tc>
          <w:tcPr>
            <w:tcW w:type="dxa" w:w="1599"/>
          </w:tcPr>
          <w:p>
            <w:pPr>
              <w:spacing w:after="0"/>
              <w:jc w:val="left"/>
            </w:pPr>
          </w:p>
        </w:tc>
        <w:tc>
          <w:tcPr>
            <w:tcW w:type="dxa" w:w="2197"/>
          </w:tcPr>
          <w:p>
            <w:pPr>
              <w:spacing w:after="0"/>
              <w:jc w:val="left"/>
            </w:pPr>
            <w:r>
              <w:rPr>
                <w:sz w:val="16"/>
              </w:rPr>
              <w:t>Physical measure: in event narratives only; local data required.</w:t>
            </w:r>
          </w:p>
        </w:tc>
      </w:tr>
      <w:tr>
        <w:trPr>
          <w:cantSplit/>
        </w:trPr>
        <w:tc>
          <w:tcPr>
            <w:tcW w:type="dxa" w:w="1710"/>
          </w:tcPr>
          <w:p>
            <w:pPr>
              <w:spacing w:after="0"/>
              <w:jc w:val="left"/>
            </w:pPr>
            <w:r>
              <w:rPr>
                <w:sz w:val="16"/>
              </w:rPr>
              <w:t>Volcanic Ash, Volcanic Ashfall</w:t>
            </w:r>
          </w:p>
        </w:tc>
        <w:tc>
          <w:tcPr>
            <w:tcW w:type="dxa" w:w="1716"/>
          </w:tcPr>
          <w:p>
            <w:pPr>
              <w:spacing w:after="0"/>
              <w:jc w:val="left"/>
            </w:pPr>
            <w:r>
              <w:rPr>
                <w:sz w:val="16"/>
              </w:rPr>
              <w:t>Volcanic Explosivity Index (local data)</w:t>
            </w:r>
          </w:p>
        </w:tc>
        <w:tc>
          <w:tcPr>
            <w:tcW w:type="dxa" w:w="1535"/>
          </w:tcPr>
          <w:p>
            <w:pPr>
              <w:spacing w:after="0"/>
              <w:jc w:val="right"/>
            </w:pPr>
            <w:r>
              <w:rPr>
                <w:sz w:val="16"/>
              </w:rPr>
              <w:t>0</w:t>
            </w:r>
          </w:p>
        </w:tc>
        <w:tc>
          <w:tcPr>
            <w:tcW w:type="dxa" w:w="1933"/>
          </w:tcPr>
          <w:p>
            <w:pPr>
              <w:spacing w:after="0"/>
              <w:jc w:val="left"/>
            </w:pPr>
          </w:p>
        </w:tc>
        <w:tc>
          <w:tcPr>
            <w:tcW w:type="dxa" w:w="1803"/>
          </w:tcPr>
          <w:p>
            <w:pPr>
              <w:spacing w:after="0"/>
              <w:jc w:val="left"/>
            </w:pPr>
          </w:p>
        </w:tc>
        <w:tc>
          <w:tcPr>
            <w:tcW w:type="dxa" w:w="1620"/>
          </w:tcPr>
          <w:p>
            <w:pPr>
              <w:spacing w:after="0"/>
              <w:jc w:val="left"/>
            </w:pPr>
          </w:p>
        </w:tc>
        <w:tc>
          <w:tcPr>
            <w:tcW w:type="dxa" w:w="1599"/>
          </w:tcPr>
          <w:p>
            <w:pPr>
              <w:spacing w:after="0"/>
              <w:jc w:val="left"/>
            </w:pPr>
          </w:p>
        </w:tc>
        <w:tc>
          <w:tcPr>
            <w:tcW w:type="dxa" w:w="2197"/>
          </w:tcPr>
          <w:p>
            <w:pPr>
              <w:spacing w:after="0"/>
              <w:jc w:val="left"/>
            </w:pPr>
            <w:r>
              <w:rPr>
                <w:sz w:val="16"/>
              </w:rPr>
              <w:t>Physical measure: in event narratives only; local data required.</w:t>
            </w:r>
          </w:p>
        </w:tc>
      </w:tr>
      <w:tr>
        <w:trPr>
          <w:cantSplit/>
        </w:trPr>
        <w:tc>
          <w:tcPr>
            <w:tcW w:type="dxa" w:w="1710"/>
          </w:tcPr>
          <w:p>
            <w:pPr>
              <w:spacing w:after="0"/>
              <w:jc w:val="left"/>
            </w:pPr>
            <w:r>
              <w:rPr>
                <w:sz w:val="16"/>
              </w:rPr>
              <w:t>Wildfire</w:t>
            </w:r>
          </w:p>
        </w:tc>
        <w:tc>
          <w:tcPr>
            <w:tcW w:type="dxa" w:w="1716"/>
          </w:tcPr>
          <w:p>
            <w:pPr>
              <w:spacing w:after="0"/>
              <w:jc w:val="left"/>
            </w:pPr>
            <w:r>
              <w:rPr>
                <w:sz w:val="16"/>
              </w:rPr>
              <w:t>acres burned (local data)</w:t>
            </w:r>
          </w:p>
        </w:tc>
        <w:tc>
          <w:tcPr>
            <w:tcW w:type="dxa" w:w="1535"/>
          </w:tcPr>
          <w:p>
            <w:pPr>
              <w:spacing w:after="0"/>
              <w:jc w:val="right"/>
            </w:pPr>
            <w:r>
              <w:rPr>
                <w:sz w:val="16"/>
              </w:rPr>
              <w:t>0</w:t>
            </w:r>
          </w:p>
        </w:tc>
        <w:tc>
          <w:tcPr>
            <w:tcW w:type="dxa" w:w="1933"/>
          </w:tcPr>
          <w:p>
            <w:pPr>
              <w:spacing w:after="0"/>
              <w:jc w:val="left"/>
            </w:pPr>
          </w:p>
        </w:tc>
        <w:tc>
          <w:tcPr>
            <w:tcW w:type="dxa" w:w="1803"/>
          </w:tcPr>
          <w:p>
            <w:pPr>
              <w:spacing w:after="0"/>
              <w:jc w:val="left"/>
            </w:pPr>
          </w:p>
        </w:tc>
        <w:tc>
          <w:tcPr>
            <w:tcW w:type="dxa" w:w="1620"/>
          </w:tcPr>
          <w:p>
            <w:pPr>
              <w:spacing w:after="0"/>
              <w:jc w:val="left"/>
            </w:pPr>
          </w:p>
        </w:tc>
        <w:tc>
          <w:tcPr>
            <w:tcW w:type="dxa" w:w="1599"/>
          </w:tcPr>
          <w:p>
            <w:pPr>
              <w:spacing w:after="0"/>
              <w:jc w:val="left"/>
            </w:pPr>
          </w:p>
        </w:tc>
        <w:tc>
          <w:tcPr>
            <w:tcW w:type="dxa" w:w="2197"/>
          </w:tcPr>
          <w:p>
            <w:pPr>
              <w:spacing w:after="0"/>
              <w:jc w:val="left"/>
            </w:pPr>
            <w:r>
              <w:rPr>
                <w:sz w:val="16"/>
              </w:rPr>
              <w:t>Acres burned: in event narratives only; local data required.</w:t>
            </w:r>
          </w:p>
        </w:tc>
      </w:tr>
      <w:tr>
        <w:trPr>
          <w:cantSplit/>
        </w:trPr>
        <w:tc>
          <w:tcPr>
            <w:tcW w:type="dxa" w:w="1710"/>
          </w:tcPr>
          <w:p>
            <w:pPr>
              <w:spacing w:after="0"/>
              <w:jc w:val="left"/>
            </w:pPr>
            <w:r>
              <w:rPr>
                <w:sz w:val="16"/>
              </w:rPr>
              <w:t>Winter Storm, Heavy Snow, Blizzard, Lake-Effect Snow, Winter Weather, Sleet</w:t>
            </w:r>
          </w:p>
        </w:tc>
        <w:tc>
          <w:tcPr>
            <w:tcW w:type="dxa" w:w="1716"/>
          </w:tcPr>
          <w:p>
            <w:pPr>
              <w:spacing w:after="0"/>
              <w:jc w:val="left"/>
            </w:pPr>
            <w:r>
              <w:rPr>
                <w:sz w:val="16"/>
              </w:rPr>
              <w:t>none in data (snowfall local)</w:t>
            </w:r>
          </w:p>
        </w:tc>
        <w:tc>
          <w:tcPr>
            <w:tcW w:type="dxa" w:w="1535"/>
          </w:tcPr>
          <w:p>
            <w:pPr>
              <w:spacing w:after="0"/>
              <w:jc w:val="right"/>
            </w:pPr>
            <w:r>
              <w:rPr>
                <w:sz w:val="16"/>
              </w:rPr>
              <w:t>10, 2010 to 2025 (10 zone-level)</w:t>
            </w:r>
          </w:p>
        </w:tc>
        <w:tc>
          <w:tcPr>
            <w:tcW w:type="dxa" w:w="1933"/>
          </w:tcPr>
          <w:p>
            <w:pPr>
              <w:spacing w:after="0"/>
              <w:jc w:val="left"/>
            </w:pPr>
          </w:p>
        </w:tc>
        <w:tc>
          <w:tcPr>
            <w:tcW w:type="dxa" w:w="1803"/>
          </w:tcPr>
          <w:p>
            <w:pPr>
              <w:spacing w:after="0"/>
              <w:jc w:val="left"/>
            </w:pPr>
            <w:r>
              <w:rPr>
                <w:sz w:val="16"/>
              </w:rPr>
              <w:t>Heavy Snow, 2010-02-11, $300,000 property; $0 crops, reported for the zone (2010 dollars); NWS zone LAZ025 (TENSAS), zone-level: may include parts of neighboring counties</w:t>
            </w:r>
          </w:p>
        </w:tc>
        <w:tc>
          <w:tcPr>
            <w:tcW w:type="dxa" w:w="1620"/>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19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29</w:t>
      </w:r>
    </w:p>
    <w:p>
      <w:pPr>
        <w:keepNext/>
        <w:spacing w:after="40" w:before="0"/>
      </w:pPr>
      <w:r>
        <w:rPr>
          <w:b/>
        </w:rPr>
        <w:t xml:space="preserve">Counted incidents: </w:t>
      </w:r>
      <w:r>
        <w:rPr/>
        <w:t>17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4"/>
        <w:gridCol w:w="1731"/>
        <w:gridCol w:w="3352"/>
        <w:gridCol w:w="1368"/>
        <w:gridCol w:w="1249"/>
        <w:gridCol w:w="199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4"/>
            <w:shd w:val="clear" w:color="auto" w:fill="E8E8E8"/>
          </w:tcPr>
          <w:p>
            <w:pPr>
              <w:spacing w:after="0"/>
              <w:jc w:val="left"/>
            </w:pPr>
            <w:r>
              <w:rPr>
                <w:b/>
                <w:sz w:val="16"/>
              </w:rPr>
              <w:t>Type</w:t>
            </w:r>
          </w:p>
        </w:tc>
        <w:tc>
          <w:tcPr>
            <w:tcW w:type="dxa" w:w="1731"/>
            <w:shd w:val="clear" w:color="auto" w:fill="E8E8E8"/>
          </w:tcPr>
          <w:p>
            <w:pPr>
              <w:spacing w:after="0"/>
              <w:jc w:val="left"/>
            </w:pPr>
            <w:r>
              <w:rPr>
                <w:b/>
                <w:sz w:val="16"/>
              </w:rPr>
              <w:t>Title</w:t>
            </w:r>
          </w:p>
        </w:tc>
        <w:tc>
          <w:tcPr>
            <w:tcW w:type="dxa" w:w="3352"/>
            <w:shd w:val="clear" w:color="auto" w:fill="E8E8E8"/>
          </w:tcPr>
          <w:p>
            <w:pPr>
              <w:spacing w:after="0"/>
              <w:jc w:val="left"/>
            </w:pPr>
            <w:r>
              <w:rPr>
                <w:b/>
                <w:sz w:val="16"/>
              </w:rPr>
              <w:t>Mapped hazard</w:t>
            </w:r>
          </w:p>
        </w:tc>
        <w:tc>
          <w:tcPr>
            <w:tcW w:type="dxa" w:w="136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49"/>
            <w:shd w:val="clear" w:color="auto" w:fill="E8E8E8"/>
          </w:tcPr>
          <w:p>
            <w:pPr>
              <w:spacing w:after="0"/>
              <w:jc w:val="left"/>
            </w:pPr>
            <w:r>
              <w:rPr>
                <w:b/>
                <w:sz w:val="16"/>
              </w:rPr>
              <w:t>Flags</w:t>
            </w:r>
          </w:p>
        </w:tc>
        <w:tc>
          <w:tcPr>
            <w:tcW w:type="dxa" w:w="1998"/>
            <w:shd w:val="clear" w:color="auto" w:fill="E8E8E8"/>
          </w:tcPr>
          <w:p>
            <w:pPr>
              <w:spacing w:after="0"/>
              <w:jc w:val="left"/>
            </w:pPr>
            <w:r>
              <w:rPr>
                <w:b/>
                <w:sz w:val="16"/>
              </w:rPr>
              <w:t>Notes</w:t>
            </w:r>
          </w:p>
        </w:tc>
      </w:tr>
      <w:tr>
        <w:trPr>
          <w:cantSplit/>
        </w:trPr>
        <w:tc>
          <w:tcPr>
            <w:tcW w:type="dxa" w:w="1037"/>
          </w:tcPr>
          <w:p>
            <w:pPr>
              <w:spacing w:after="0"/>
              <w:jc w:val="left"/>
            </w:pPr>
            <w:r>
              <w:rPr>
                <w:sz w:val="16"/>
              </w:rPr>
              <w:t>2026-02-18</w:t>
            </w:r>
          </w:p>
        </w:tc>
        <w:tc>
          <w:tcPr>
            <w:tcW w:type="dxa" w:w="1037"/>
          </w:tcPr>
          <w:p>
            <w:pPr>
              <w:spacing w:after="0"/>
              <w:jc w:val="left"/>
            </w:pPr>
            <w:r>
              <w:rPr>
                <w:sz w:val="16"/>
              </w:rPr>
              <w:t>2026-01-23</w:t>
            </w:r>
          </w:p>
        </w:tc>
        <w:tc>
          <w:tcPr>
            <w:tcW w:type="dxa" w:w="1037"/>
          </w:tcPr>
          <w:p>
            <w:pPr>
              <w:spacing w:after="0"/>
              <w:jc w:val="left"/>
            </w:pPr>
            <w:r>
              <w:rPr>
                <w:sz w:val="16"/>
              </w:rPr>
              <w:t>DR-4900-LA</w:t>
            </w:r>
          </w:p>
        </w:tc>
        <w:tc>
          <w:tcPr>
            <w:tcW w:type="dxa" w:w="1304"/>
          </w:tcPr>
          <w:p>
            <w:pPr>
              <w:spacing w:after="0"/>
              <w:jc w:val="left"/>
            </w:pPr>
            <w:r>
              <w:rPr>
                <w:sz w:val="16"/>
              </w:rPr>
              <w:t>Major disaster</w:t>
            </w:r>
          </w:p>
        </w:tc>
        <w:tc>
          <w:tcPr>
            <w:tcW w:type="dxa" w:w="1731"/>
          </w:tcPr>
          <w:p>
            <w:pPr>
              <w:spacing w:after="0"/>
              <w:jc w:val="left"/>
            </w:pPr>
            <w:r>
              <w:rPr>
                <w:sz w:val="16"/>
              </w:rPr>
              <w:t>SEVERE WINTER STORM</w:t>
            </w:r>
          </w:p>
        </w:tc>
        <w:tc>
          <w:tcPr>
            <w:tcW w:type="dxa" w:w="3352"/>
          </w:tcPr>
          <w:p>
            <w:pPr>
              <w:spacing w:after="0"/>
              <w:jc w:val="left"/>
            </w:pPr>
            <w:r>
              <w:rPr>
                <w:sz w:val="16"/>
              </w:rPr>
              <w:t>Winter Weather</w:t>
            </w:r>
          </w:p>
        </w:tc>
        <w:tc>
          <w:tcPr>
            <w:tcW w:type="dxa" w:w="1368"/>
          </w:tcPr>
          <w:p>
            <w:pPr>
              <w:spacing w:after="0"/>
              <w:jc w:val="right"/>
            </w:pPr>
            <w:r>
              <w:rPr>
                <w:sz w:val="16"/>
              </w:rPr>
              <w:t>$23,600.94</w:t>
            </w:r>
          </w:p>
        </w:tc>
        <w:tc>
          <w:tcPr>
            <w:tcW w:type="dxa" w:w="1249"/>
          </w:tcPr>
          <w:p>
            <w:pPr>
              <w:spacing w:after="0"/>
              <w:jc w:val="left"/>
            </w:pPr>
            <w:r>
              <w:rPr>
                <w:sz w:val="16"/>
              </w:rPr>
              <w:t>new since last plan; within last 5 years</w:t>
            </w:r>
          </w:p>
        </w:tc>
        <w:tc>
          <w:tcPr>
            <w:tcW w:type="dxa" w:w="1998"/>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EM-3638-LA</w:t>
            </w:r>
          </w:p>
        </w:tc>
        <w:tc>
          <w:tcPr>
            <w:tcW w:type="dxa" w:w="1304"/>
          </w:tcPr>
          <w:p>
            <w:pPr>
              <w:spacing w:after="0"/>
              <w:jc w:val="left"/>
            </w:pPr>
            <w:r>
              <w:rPr>
                <w:sz w:val="16"/>
              </w:rPr>
              <w:t>Emergency</w:t>
            </w:r>
          </w:p>
        </w:tc>
        <w:tc>
          <w:tcPr>
            <w:tcW w:type="dxa" w:w="1731"/>
          </w:tcPr>
          <w:p>
            <w:pPr>
              <w:spacing w:after="0"/>
              <w:jc w:val="left"/>
            </w:pPr>
            <w:r>
              <w:rPr>
                <w:sz w:val="16"/>
              </w:rPr>
              <w:t>SEVERE WINTER STORM</w:t>
            </w:r>
          </w:p>
        </w:tc>
        <w:tc>
          <w:tcPr>
            <w:tcW w:type="dxa" w:w="3352"/>
          </w:tcPr>
          <w:p>
            <w:pPr>
              <w:spacing w:after="0"/>
              <w:jc w:val="left"/>
            </w:pPr>
            <w:r>
              <w:rPr>
                <w:sz w:val="16"/>
              </w:rPr>
              <w:t>Winter Weather</w:t>
            </w:r>
          </w:p>
        </w:tc>
        <w:tc>
          <w:tcPr>
            <w:tcW w:type="dxa" w:w="1368"/>
          </w:tcPr>
          <w:p>
            <w:pPr>
              <w:spacing w:after="0"/>
              <w:jc w:val="right"/>
            </w:pPr>
            <w:r>
              <w:rPr>
                <w:sz w:val="16"/>
              </w:rPr>
              <w:t>none found</w:t>
            </w:r>
          </w:p>
        </w:tc>
        <w:tc>
          <w:tcPr>
            <w:tcW w:type="dxa" w:w="1249"/>
          </w:tcPr>
          <w:p>
            <w:pPr>
              <w:spacing w:after="0"/>
              <w:jc w:val="left"/>
            </w:pPr>
            <w:r>
              <w:rPr>
                <w:sz w:val="16"/>
              </w:rPr>
              <w:t>new since last plan; within last 5 years</w:t>
            </w:r>
          </w:p>
        </w:tc>
        <w:tc>
          <w:tcPr>
            <w:tcW w:type="dxa" w:w="1998"/>
          </w:tcPr>
          <w:p>
            <w:pPr>
              <w:spacing w:after="0"/>
              <w:jc w:val="left"/>
            </w:pPr>
            <w:r>
              <w:rPr>
                <w:sz w:val="16"/>
              </w:rPr>
              <w:t>same incident as DR-4900</w:t>
            </w:r>
          </w:p>
        </w:tc>
      </w:tr>
      <w:tr>
        <w:trPr>
          <w:cantSplit/>
        </w:trPr>
        <w:tc>
          <w:tcPr>
            <w:tcW w:type="dxa" w:w="1037"/>
          </w:tcPr>
          <w:p>
            <w:pPr>
              <w:spacing w:after="0"/>
              <w:jc w:val="left"/>
            </w:pPr>
            <w:r>
              <w:rPr>
                <w:sz w:val="16"/>
              </w:rPr>
              <w:t>2024-09-10</w:t>
            </w:r>
          </w:p>
        </w:tc>
        <w:tc>
          <w:tcPr>
            <w:tcW w:type="dxa" w:w="1037"/>
          </w:tcPr>
          <w:p>
            <w:pPr>
              <w:spacing w:after="0"/>
              <w:jc w:val="left"/>
            </w:pPr>
            <w:r>
              <w:rPr>
                <w:sz w:val="16"/>
              </w:rPr>
              <w:t>2024-09-10</w:t>
            </w:r>
          </w:p>
        </w:tc>
        <w:tc>
          <w:tcPr>
            <w:tcW w:type="dxa" w:w="1037"/>
          </w:tcPr>
          <w:p>
            <w:pPr>
              <w:spacing w:after="0"/>
              <w:jc w:val="left"/>
            </w:pPr>
            <w:r>
              <w:rPr>
                <w:sz w:val="16"/>
              </w:rPr>
              <w:t>EM-3614-LA</w:t>
            </w:r>
          </w:p>
        </w:tc>
        <w:tc>
          <w:tcPr>
            <w:tcW w:type="dxa" w:w="1304"/>
          </w:tcPr>
          <w:p>
            <w:pPr>
              <w:spacing w:after="0"/>
              <w:jc w:val="left"/>
            </w:pPr>
            <w:r>
              <w:rPr>
                <w:sz w:val="16"/>
              </w:rPr>
              <w:t>Emergency</w:t>
            </w:r>
          </w:p>
        </w:tc>
        <w:tc>
          <w:tcPr>
            <w:tcW w:type="dxa" w:w="1731"/>
          </w:tcPr>
          <w:p>
            <w:pPr>
              <w:spacing w:after="0"/>
              <w:jc w:val="left"/>
            </w:pPr>
            <w:r>
              <w:rPr>
                <w:sz w:val="16"/>
              </w:rPr>
              <w:t>TROPICAL STORM FRANCINE</w:t>
            </w:r>
          </w:p>
        </w:tc>
        <w:tc>
          <w:tcPr>
            <w:tcW w:type="dxa" w:w="3352"/>
          </w:tcPr>
          <w:p>
            <w:pPr>
              <w:spacing w:after="0"/>
              <w:jc w:val="left"/>
            </w:pPr>
            <w:r>
              <w:rPr>
                <w:sz w:val="16"/>
              </w:rPr>
              <w:t>Hurricane (primary); also designated: Tornado</w:t>
            </w:r>
          </w:p>
        </w:tc>
        <w:tc>
          <w:tcPr>
            <w:tcW w:type="dxa" w:w="1368"/>
          </w:tcPr>
          <w:p>
            <w:pPr>
              <w:spacing w:after="0"/>
              <w:jc w:val="right"/>
            </w:pPr>
            <w:r>
              <w:rPr>
                <w:sz w:val="16"/>
              </w:rPr>
              <w:t>none found</w:t>
            </w:r>
          </w:p>
        </w:tc>
        <w:tc>
          <w:tcPr>
            <w:tcW w:type="dxa" w:w="1249"/>
          </w:tcPr>
          <w:p>
            <w:pPr>
              <w:spacing w:after="0"/>
              <w:jc w:val="left"/>
            </w:pPr>
            <w:r>
              <w:rPr>
                <w:sz w:val="16"/>
              </w:rPr>
              <w:t>new since last plan; within last 5 years</w:t>
            </w:r>
          </w:p>
        </w:tc>
        <w:tc>
          <w:tcPr>
            <w:tcW w:type="dxa" w:w="1998"/>
          </w:tcPr>
          <w:p>
            <w:pPr>
              <w:spacing w:after="0"/>
              <w:jc w:val="left"/>
            </w:pPr>
          </w:p>
        </w:tc>
      </w:tr>
      <w:tr>
        <w:trPr>
          <w:cantSplit/>
        </w:trPr>
        <w:tc>
          <w:tcPr>
            <w:tcW w:type="dxa" w:w="1037"/>
          </w:tcPr>
          <w:p>
            <w:pPr>
              <w:spacing w:after="0"/>
              <w:jc w:val="left"/>
            </w:pPr>
            <w:r>
              <w:rPr>
                <w:sz w:val="16"/>
              </w:rPr>
              <w:t>2021-09-13</w:t>
            </w:r>
          </w:p>
        </w:tc>
        <w:tc>
          <w:tcPr>
            <w:tcW w:type="dxa" w:w="1037"/>
          </w:tcPr>
          <w:p>
            <w:pPr>
              <w:spacing w:after="0"/>
              <w:jc w:val="left"/>
            </w:pPr>
            <w:r>
              <w:rPr>
                <w:sz w:val="16"/>
              </w:rPr>
              <w:t>2021-09-12</w:t>
            </w:r>
          </w:p>
        </w:tc>
        <w:tc>
          <w:tcPr>
            <w:tcW w:type="dxa" w:w="1037"/>
          </w:tcPr>
          <w:p>
            <w:pPr>
              <w:spacing w:after="0"/>
              <w:jc w:val="left"/>
            </w:pPr>
            <w:r>
              <w:rPr>
                <w:sz w:val="16"/>
              </w:rPr>
              <w:t>EM-3574-LA</w:t>
            </w:r>
          </w:p>
        </w:tc>
        <w:tc>
          <w:tcPr>
            <w:tcW w:type="dxa" w:w="1304"/>
          </w:tcPr>
          <w:p>
            <w:pPr>
              <w:spacing w:after="0"/>
              <w:jc w:val="left"/>
            </w:pPr>
            <w:r>
              <w:rPr>
                <w:sz w:val="16"/>
              </w:rPr>
              <w:t>Emergency</w:t>
            </w:r>
          </w:p>
        </w:tc>
        <w:tc>
          <w:tcPr>
            <w:tcW w:type="dxa" w:w="1731"/>
          </w:tcPr>
          <w:p>
            <w:pPr>
              <w:spacing w:after="0"/>
              <w:jc w:val="left"/>
            </w:pPr>
            <w:r>
              <w:rPr>
                <w:sz w:val="16"/>
              </w:rPr>
              <w:t>TROPICAL STORM NICHOLAS</w:t>
            </w:r>
          </w:p>
        </w:tc>
        <w:tc>
          <w:tcPr>
            <w:tcW w:type="dxa" w:w="3352"/>
          </w:tcPr>
          <w:p>
            <w:pPr>
              <w:spacing w:after="0"/>
              <w:jc w:val="left"/>
            </w:pPr>
            <w:r>
              <w:rPr>
                <w:sz w:val="16"/>
              </w:rPr>
              <w:t>Hurricane</w:t>
            </w:r>
          </w:p>
        </w:tc>
        <w:tc>
          <w:tcPr>
            <w:tcW w:type="dxa" w:w="1368"/>
          </w:tcPr>
          <w:p>
            <w:pPr>
              <w:spacing w:after="0"/>
              <w:jc w:val="right"/>
            </w:pPr>
            <w:r>
              <w:rPr>
                <w:sz w:val="16"/>
              </w:rPr>
              <w:t>none found</w:t>
            </w:r>
          </w:p>
        </w:tc>
        <w:tc>
          <w:tcPr>
            <w:tcW w:type="dxa" w:w="1249"/>
          </w:tcPr>
          <w:p>
            <w:pPr>
              <w:spacing w:after="0"/>
              <w:jc w:val="left"/>
            </w:pPr>
          </w:p>
        </w:tc>
        <w:tc>
          <w:tcPr>
            <w:tcW w:type="dxa" w:w="1998"/>
          </w:tcPr>
          <w:p>
            <w:pPr>
              <w:spacing w:after="0"/>
              <w:jc w:val="left"/>
            </w:pPr>
          </w:p>
        </w:tc>
      </w:tr>
      <w:tr>
        <w:trPr>
          <w:cantSplit/>
        </w:trPr>
        <w:tc>
          <w:tcPr>
            <w:tcW w:type="dxa" w:w="1037"/>
          </w:tcPr>
          <w:p>
            <w:pPr>
              <w:spacing w:after="0"/>
              <w:jc w:val="left"/>
            </w:pPr>
            <w:r>
              <w:rPr>
                <w:sz w:val="16"/>
              </w:rPr>
              <w:t>2021-08-29</w:t>
            </w:r>
          </w:p>
        </w:tc>
        <w:tc>
          <w:tcPr>
            <w:tcW w:type="dxa" w:w="1037"/>
          </w:tcPr>
          <w:p>
            <w:pPr>
              <w:spacing w:after="0"/>
              <w:jc w:val="left"/>
            </w:pPr>
            <w:r>
              <w:rPr>
                <w:sz w:val="16"/>
              </w:rPr>
              <w:t>2021-08-26</w:t>
            </w:r>
          </w:p>
        </w:tc>
        <w:tc>
          <w:tcPr>
            <w:tcW w:type="dxa" w:w="1037"/>
          </w:tcPr>
          <w:p>
            <w:pPr>
              <w:spacing w:after="0"/>
              <w:jc w:val="left"/>
            </w:pPr>
            <w:r>
              <w:rPr>
                <w:sz w:val="16"/>
              </w:rPr>
              <w:t>DR-4611-LA</w:t>
            </w:r>
          </w:p>
        </w:tc>
        <w:tc>
          <w:tcPr>
            <w:tcW w:type="dxa" w:w="1304"/>
          </w:tcPr>
          <w:p>
            <w:pPr>
              <w:spacing w:after="0"/>
              <w:jc w:val="left"/>
            </w:pPr>
            <w:r>
              <w:rPr>
                <w:sz w:val="16"/>
              </w:rPr>
              <w:t>Major disaster</w:t>
            </w:r>
          </w:p>
        </w:tc>
        <w:tc>
          <w:tcPr>
            <w:tcW w:type="dxa" w:w="1731"/>
          </w:tcPr>
          <w:p>
            <w:pPr>
              <w:spacing w:after="0"/>
              <w:jc w:val="left"/>
            </w:pPr>
            <w:r>
              <w:rPr>
                <w:sz w:val="16"/>
              </w:rPr>
              <w:t>HURRICANE IDA</w:t>
            </w:r>
          </w:p>
        </w:tc>
        <w:tc>
          <w:tcPr>
            <w:tcW w:type="dxa" w:w="3352"/>
          </w:tcPr>
          <w:p>
            <w:pPr>
              <w:spacing w:after="0"/>
              <w:jc w:val="left"/>
            </w:pPr>
            <w:r>
              <w:rPr>
                <w:sz w:val="16"/>
              </w:rPr>
              <w:t>Hurricane</w:t>
            </w:r>
          </w:p>
        </w:tc>
        <w:tc>
          <w:tcPr>
            <w:tcW w:type="dxa" w:w="1368"/>
          </w:tcPr>
          <w:p>
            <w:pPr>
              <w:spacing w:after="0"/>
              <w:jc w:val="right"/>
            </w:pPr>
            <w:r>
              <w:rPr>
                <w:sz w:val="16"/>
              </w:rPr>
              <w:t>none found</w:t>
            </w:r>
          </w:p>
        </w:tc>
        <w:tc>
          <w:tcPr>
            <w:tcW w:type="dxa" w:w="1249"/>
          </w:tcPr>
          <w:p>
            <w:pPr>
              <w:spacing w:after="0"/>
              <w:jc w:val="left"/>
            </w:pPr>
          </w:p>
        </w:tc>
        <w:tc>
          <w:tcPr>
            <w:tcW w:type="dxa" w:w="1998"/>
          </w:tcPr>
          <w:p>
            <w:pPr>
              <w:spacing w:after="0"/>
              <w:jc w:val="left"/>
            </w:pPr>
          </w:p>
        </w:tc>
      </w:tr>
      <w:tr>
        <w:trPr>
          <w:cantSplit/>
        </w:trPr>
        <w:tc>
          <w:tcPr>
            <w:tcW w:type="dxa" w:w="1037"/>
          </w:tcPr>
          <w:p>
            <w:pPr>
              <w:spacing w:after="0"/>
              <w:jc w:val="left"/>
            </w:pPr>
            <w:r>
              <w:rPr>
                <w:sz w:val="16"/>
              </w:rPr>
              <w:t>2021-08-27</w:t>
            </w:r>
          </w:p>
        </w:tc>
        <w:tc>
          <w:tcPr>
            <w:tcW w:type="dxa" w:w="1037"/>
          </w:tcPr>
          <w:p>
            <w:pPr>
              <w:spacing w:after="0"/>
              <w:jc w:val="left"/>
            </w:pPr>
            <w:r>
              <w:rPr>
                <w:sz w:val="16"/>
              </w:rPr>
              <w:t>2021-08-26</w:t>
            </w:r>
          </w:p>
        </w:tc>
        <w:tc>
          <w:tcPr>
            <w:tcW w:type="dxa" w:w="1037"/>
          </w:tcPr>
          <w:p>
            <w:pPr>
              <w:spacing w:after="0"/>
              <w:jc w:val="left"/>
            </w:pPr>
            <w:r>
              <w:rPr>
                <w:sz w:val="16"/>
              </w:rPr>
              <w:t>EM-3568-LA</w:t>
            </w:r>
          </w:p>
        </w:tc>
        <w:tc>
          <w:tcPr>
            <w:tcW w:type="dxa" w:w="1304"/>
          </w:tcPr>
          <w:p>
            <w:pPr>
              <w:spacing w:after="0"/>
              <w:jc w:val="left"/>
            </w:pPr>
            <w:r>
              <w:rPr>
                <w:sz w:val="16"/>
              </w:rPr>
              <w:t>Emergency</w:t>
            </w:r>
          </w:p>
        </w:tc>
        <w:tc>
          <w:tcPr>
            <w:tcW w:type="dxa" w:w="1731"/>
          </w:tcPr>
          <w:p>
            <w:pPr>
              <w:spacing w:after="0"/>
              <w:jc w:val="left"/>
            </w:pPr>
            <w:r>
              <w:rPr>
                <w:sz w:val="16"/>
              </w:rPr>
              <w:t>TROPICAL STORM IDA</w:t>
            </w:r>
          </w:p>
        </w:tc>
        <w:tc>
          <w:tcPr>
            <w:tcW w:type="dxa" w:w="3352"/>
          </w:tcPr>
          <w:p>
            <w:pPr>
              <w:spacing w:after="0"/>
              <w:jc w:val="left"/>
            </w:pPr>
            <w:r>
              <w:rPr>
                <w:sz w:val="16"/>
              </w:rPr>
              <w:t>Hurricane</w:t>
            </w:r>
          </w:p>
        </w:tc>
        <w:tc>
          <w:tcPr>
            <w:tcW w:type="dxa" w:w="1368"/>
          </w:tcPr>
          <w:p>
            <w:pPr>
              <w:spacing w:after="0"/>
              <w:jc w:val="right"/>
            </w:pPr>
            <w:r>
              <w:rPr>
                <w:sz w:val="16"/>
              </w:rPr>
              <w:t>none found</w:t>
            </w:r>
          </w:p>
        </w:tc>
        <w:tc>
          <w:tcPr>
            <w:tcW w:type="dxa" w:w="1249"/>
          </w:tcPr>
          <w:p>
            <w:pPr>
              <w:spacing w:after="0"/>
              <w:jc w:val="left"/>
            </w:pPr>
          </w:p>
        </w:tc>
        <w:tc>
          <w:tcPr>
            <w:tcW w:type="dxa" w:w="1998"/>
          </w:tcPr>
          <w:p>
            <w:pPr>
              <w:spacing w:after="0"/>
              <w:jc w:val="left"/>
            </w:pPr>
            <w:r>
              <w:rPr>
                <w:sz w:val="16"/>
              </w:rPr>
              <w:t>same incident as DR-4611</w:t>
            </w:r>
          </w:p>
        </w:tc>
      </w:tr>
      <w:tr>
        <w:trPr>
          <w:cantSplit/>
        </w:trPr>
        <w:tc>
          <w:tcPr>
            <w:tcW w:type="dxa" w:w="1037"/>
          </w:tcPr>
          <w:p>
            <w:pPr>
              <w:spacing w:after="0"/>
              <w:jc w:val="left"/>
            </w:pPr>
            <w:r>
              <w:rPr>
                <w:sz w:val="16"/>
              </w:rPr>
              <w:t>2021-03-09</w:t>
            </w:r>
          </w:p>
        </w:tc>
        <w:tc>
          <w:tcPr>
            <w:tcW w:type="dxa" w:w="1037"/>
          </w:tcPr>
          <w:p>
            <w:pPr>
              <w:spacing w:after="0"/>
              <w:jc w:val="left"/>
            </w:pPr>
            <w:r>
              <w:rPr>
                <w:sz w:val="16"/>
              </w:rPr>
              <w:t>2021-02-11</w:t>
            </w:r>
          </w:p>
        </w:tc>
        <w:tc>
          <w:tcPr>
            <w:tcW w:type="dxa" w:w="1037"/>
          </w:tcPr>
          <w:p>
            <w:pPr>
              <w:spacing w:after="0"/>
              <w:jc w:val="left"/>
            </w:pPr>
            <w:r>
              <w:rPr>
                <w:sz w:val="16"/>
              </w:rPr>
              <w:t>DR-4590-LA</w:t>
            </w:r>
          </w:p>
        </w:tc>
        <w:tc>
          <w:tcPr>
            <w:tcW w:type="dxa" w:w="1304"/>
          </w:tcPr>
          <w:p>
            <w:pPr>
              <w:spacing w:after="0"/>
              <w:jc w:val="left"/>
            </w:pPr>
            <w:r>
              <w:rPr>
                <w:sz w:val="16"/>
              </w:rPr>
              <w:t>Major disaster</w:t>
            </w:r>
          </w:p>
        </w:tc>
        <w:tc>
          <w:tcPr>
            <w:tcW w:type="dxa" w:w="1731"/>
          </w:tcPr>
          <w:p>
            <w:pPr>
              <w:spacing w:after="0"/>
              <w:jc w:val="left"/>
            </w:pPr>
            <w:r>
              <w:rPr>
                <w:sz w:val="16"/>
              </w:rPr>
              <w:t>SEVERE WINTER STORMS</w:t>
            </w:r>
          </w:p>
        </w:tc>
        <w:tc>
          <w:tcPr>
            <w:tcW w:type="dxa" w:w="3352"/>
          </w:tcPr>
          <w:p>
            <w:pPr>
              <w:spacing w:after="0"/>
              <w:jc w:val="left"/>
            </w:pPr>
            <w:r>
              <w:rPr>
                <w:sz w:val="16"/>
              </w:rPr>
              <w:t>Ice Storm</w:t>
            </w:r>
          </w:p>
        </w:tc>
        <w:tc>
          <w:tcPr>
            <w:tcW w:type="dxa" w:w="1368"/>
          </w:tcPr>
          <w:p>
            <w:pPr>
              <w:spacing w:after="0"/>
              <w:jc w:val="right"/>
            </w:pPr>
            <w:r>
              <w:rPr>
                <w:sz w:val="16"/>
              </w:rPr>
              <w:t>$91,528.20</w:t>
            </w:r>
          </w:p>
        </w:tc>
        <w:tc>
          <w:tcPr>
            <w:tcW w:type="dxa" w:w="1249"/>
          </w:tcPr>
          <w:p>
            <w:pPr>
              <w:spacing w:after="0"/>
              <w:jc w:val="left"/>
            </w:pPr>
          </w:p>
        </w:tc>
        <w:tc>
          <w:tcPr>
            <w:tcW w:type="dxa" w:w="1998"/>
          </w:tcPr>
          <w:p>
            <w:pPr>
              <w:spacing w:after="0"/>
              <w:jc w:val="left"/>
            </w:pPr>
          </w:p>
        </w:tc>
      </w:tr>
      <w:tr>
        <w:trPr>
          <w:cantSplit/>
        </w:trPr>
        <w:tc>
          <w:tcPr>
            <w:tcW w:type="dxa" w:w="1037"/>
          </w:tcPr>
          <w:p>
            <w:pPr>
              <w:spacing w:after="0"/>
              <w:jc w:val="left"/>
            </w:pPr>
            <w:r>
              <w:rPr>
                <w:sz w:val="16"/>
              </w:rPr>
              <w:t>2021-02-18</w:t>
            </w:r>
          </w:p>
        </w:tc>
        <w:tc>
          <w:tcPr>
            <w:tcW w:type="dxa" w:w="1037"/>
          </w:tcPr>
          <w:p>
            <w:pPr>
              <w:spacing w:after="0"/>
              <w:jc w:val="left"/>
            </w:pPr>
            <w:r>
              <w:rPr>
                <w:sz w:val="16"/>
              </w:rPr>
              <w:t>2021-02-11</w:t>
            </w:r>
          </w:p>
        </w:tc>
        <w:tc>
          <w:tcPr>
            <w:tcW w:type="dxa" w:w="1037"/>
          </w:tcPr>
          <w:p>
            <w:pPr>
              <w:spacing w:after="0"/>
              <w:jc w:val="left"/>
            </w:pPr>
            <w:r>
              <w:rPr>
                <w:sz w:val="16"/>
              </w:rPr>
              <w:t>EM-3556-LA</w:t>
            </w:r>
          </w:p>
        </w:tc>
        <w:tc>
          <w:tcPr>
            <w:tcW w:type="dxa" w:w="1304"/>
          </w:tcPr>
          <w:p>
            <w:pPr>
              <w:spacing w:after="0"/>
              <w:jc w:val="left"/>
            </w:pPr>
            <w:r>
              <w:rPr>
                <w:sz w:val="16"/>
              </w:rPr>
              <w:t>Emergency</w:t>
            </w:r>
          </w:p>
        </w:tc>
        <w:tc>
          <w:tcPr>
            <w:tcW w:type="dxa" w:w="1731"/>
          </w:tcPr>
          <w:p>
            <w:pPr>
              <w:spacing w:after="0"/>
              <w:jc w:val="left"/>
            </w:pPr>
            <w:r>
              <w:rPr>
                <w:sz w:val="16"/>
              </w:rPr>
              <w:t>SEVERE WINTER STORM</w:t>
            </w:r>
          </w:p>
        </w:tc>
        <w:tc>
          <w:tcPr>
            <w:tcW w:type="dxa" w:w="3352"/>
          </w:tcPr>
          <w:p>
            <w:pPr>
              <w:spacing w:after="0"/>
              <w:jc w:val="left"/>
            </w:pPr>
            <w:r>
              <w:rPr>
                <w:sz w:val="16"/>
              </w:rPr>
              <w:t>Ice Storm</w:t>
            </w:r>
          </w:p>
        </w:tc>
        <w:tc>
          <w:tcPr>
            <w:tcW w:type="dxa" w:w="1368"/>
          </w:tcPr>
          <w:p>
            <w:pPr>
              <w:spacing w:after="0"/>
              <w:jc w:val="right"/>
            </w:pPr>
            <w:r>
              <w:rPr>
                <w:sz w:val="16"/>
              </w:rPr>
              <w:t>none found</w:t>
            </w:r>
          </w:p>
        </w:tc>
        <w:tc>
          <w:tcPr>
            <w:tcW w:type="dxa" w:w="1249"/>
          </w:tcPr>
          <w:p>
            <w:pPr>
              <w:spacing w:after="0"/>
              <w:jc w:val="left"/>
            </w:pPr>
          </w:p>
        </w:tc>
        <w:tc>
          <w:tcPr>
            <w:tcW w:type="dxa" w:w="1998"/>
          </w:tcPr>
          <w:p>
            <w:pPr>
              <w:spacing w:after="0"/>
              <w:jc w:val="left"/>
            </w:pPr>
            <w:r>
              <w:rPr>
                <w:sz w:val="16"/>
              </w:rPr>
              <w:t>same incident as DR-4590</w:t>
            </w:r>
          </w:p>
        </w:tc>
      </w:tr>
      <w:tr>
        <w:trPr>
          <w:cantSplit/>
        </w:trPr>
        <w:tc>
          <w:tcPr>
            <w:tcW w:type="dxa" w:w="1037"/>
          </w:tcPr>
          <w:p>
            <w:pPr>
              <w:spacing w:after="0"/>
              <w:jc w:val="left"/>
            </w:pPr>
            <w:r>
              <w:rPr>
                <w:sz w:val="16"/>
              </w:rPr>
              <w:t>2020-10-27</w:t>
            </w:r>
          </w:p>
        </w:tc>
        <w:tc>
          <w:tcPr>
            <w:tcW w:type="dxa" w:w="1037"/>
          </w:tcPr>
          <w:p>
            <w:pPr>
              <w:spacing w:after="0"/>
              <w:jc w:val="left"/>
            </w:pPr>
            <w:r>
              <w:rPr>
                <w:sz w:val="16"/>
              </w:rPr>
              <w:t>2020-10-26</w:t>
            </w:r>
          </w:p>
        </w:tc>
        <w:tc>
          <w:tcPr>
            <w:tcW w:type="dxa" w:w="1037"/>
          </w:tcPr>
          <w:p>
            <w:pPr>
              <w:spacing w:after="0"/>
              <w:jc w:val="left"/>
            </w:pPr>
            <w:r>
              <w:rPr>
                <w:sz w:val="16"/>
              </w:rPr>
              <w:t>EM-3549-LA</w:t>
            </w:r>
          </w:p>
        </w:tc>
        <w:tc>
          <w:tcPr>
            <w:tcW w:type="dxa" w:w="1304"/>
          </w:tcPr>
          <w:p>
            <w:pPr>
              <w:spacing w:after="0"/>
              <w:jc w:val="left"/>
            </w:pPr>
            <w:r>
              <w:rPr>
                <w:sz w:val="16"/>
              </w:rPr>
              <w:t>Emergency</w:t>
            </w:r>
          </w:p>
        </w:tc>
        <w:tc>
          <w:tcPr>
            <w:tcW w:type="dxa" w:w="1731"/>
          </w:tcPr>
          <w:p>
            <w:pPr>
              <w:spacing w:after="0"/>
              <w:jc w:val="left"/>
            </w:pPr>
            <w:r>
              <w:rPr>
                <w:sz w:val="16"/>
              </w:rPr>
              <w:t>TROPICAL STORM ZETA</w:t>
            </w:r>
          </w:p>
        </w:tc>
        <w:tc>
          <w:tcPr>
            <w:tcW w:type="dxa" w:w="3352"/>
          </w:tcPr>
          <w:p>
            <w:pPr>
              <w:spacing w:after="0"/>
              <w:jc w:val="left"/>
            </w:pPr>
            <w:r>
              <w:rPr>
                <w:sz w:val="16"/>
              </w:rPr>
              <w:t>Hurricane</w:t>
            </w:r>
          </w:p>
        </w:tc>
        <w:tc>
          <w:tcPr>
            <w:tcW w:type="dxa" w:w="1368"/>
          </w:tcPr>
          <w:p>
            <w:pPr>
              <w:spacing w:after="0"/>
              <w:jc w:val="right"/>
            </w:pPr>
            <w:r>
              <w:rPr>
                <w:sz w:val="16"/>
              </w:rPr>
              <w:t>none found</w:t>
            </w:r>
          </w:p>
        </w:tc>
        <w:tc>
          <w:tcPr>
            <w:tcW w:type="dxa" w:w="1249"/>
          </w:tcPr>
          <w:p>
            <w:pPr>
              <w:spacing w:after="0"/>
              <w:jc w:val="left"/>
            </w:pPr>
          </w:p>
        </w:tc>
        <w:tc>
          <w:tcPr>
            <w:tcW w:type="dxa" w:w="1998"/>
          </w:tcPr>
          <w:p>
            <w:pPr>
              <w:spacing w:after="0"/>
              <w:jc w:val="left"/>
            </w:pPr>
          </w:p>
        </w:tc>
      </w:tr>
      <w:tr>
        <w:trPr>
          <w:cantSplit/>
        </w:trPr>
        <w:tc>
          <w:tcPr>
            <w:tcW w:type="dxa" w:w="1037"/>
          </w:tcPr>
          <w:p>
            <w:pPr>
              <w:spacing w:after="0"/>
              <w:jc w:val="left"/>
            </w:pPr>
            <w:r>
              <w:rPr>
                <w:sz w:val="16"/>
              </w:rPr>
              <w:t>2020-10-16</w:t>
            </w:r>
          </w:p>
        </w:tc>
        <w:tc>
          <w:tcPr>
            <w:tcW w:type="dxa" w:w="1037"/>
          </w:tcPr>
          <w:p>
            <w:pPr>
              <w:spacing w:after="0"/>
              <w:jc w:val="left"/>
            </w:pPr>
            <w:r>
              <w:rPr>
                <w:sz w:val="16"/>
              </w:rPr>
              <w:t>2020-10-06</w:t>
            </w:r>
          </w:p>
        </w:tc>
        <w:tc>
          <w:tcPr>
            <w:tcW w:type="dxa" w:w="1037"/>
          </w:tcPr>
          <w:p>
            <w:pPr>
              <w:spacing w:after="0"/>
              <w:jc w:val="left"/>
            </w:pPr>
            <w:r>
              <w:rPr>
                <w:sz w:val="16"/>
              </w:rPr>
              <w:t>DR-4570-LA</w:t>
            </w:r>
          </w:p>
        </w:tc>
        <w:tc>
          <w:tcPr>
            <w:tcW w:type="dxa" w:w="1304"/>
          </w:tcPr>
          <w:p>
            <w:pPr>
              <w:spacing w:after="0"/>
              <w:jc w:val="left"/>
            </w:pPr>
            <w:r>
              <w:rPr>
                <w:sz w:val="16"/>
              </w:rPr>
              <w:t>Major disaster</w:t>
            </w:r>
          </w:p>
        </w:tc>
        <w:tc>
          <w:tcPr>
            <w:tcW w:type="dxa" w:w="1731"/>
          </w:tcPr>
          <w:p>
            <w:pPr>
              <w:spacing w:after="0"/>
              <w:jc w:val="left"/>
            </w:pPr>
            <w:r>
              <w:rPr>
                <w:sz w:val="16"/>
              </w:rPr>
              <w:t>HURRICANE DELTA</w:t>
            </w:r>
          </w:p>
        </w:tc>
        <w:tc>
          <w:tcPr>
            <w:tcW w:type="dxa" w:w="3352"/>
          </w:tcPr>
          <w:p>
            <w:pPr>
              <w:spacing w:after="0"/>
              <w:jc w:val="left"/>
            </w:pPr>
            <w:r>
              <w:rPr>
                <w:sz w:val="16"/>
              </w:rPr>
              <w:t>Hurricane</w:t>
            </w:r>
          </w:p>
        </w:tc>
        <w:tc>
          <w:tcPr>
            <w:tcW w:type="dxa" w:w="1368"/>
          </w:tcPr>
          <w:p>
            <w:pPr>
              <w:spacing w:after="0"/>
              <w:jc w:val="right"/>
            </w:pPr>
            <w:r>
              <w:rPr>
                <w:sz w:val="16"/>
              </w:rPr>
              <w:t>none found</w:t>
            </w:r>
          </w:p>
        </w:tc>
        <w:tc>
          <w:tcPr>
            <w:tcW w:type="dxa" w:w="1249"/>
          </w:tcPr>
          <w:p>
            <w:pPr>
              <w:spacing w:after="0"/>
              <w:jc w:val="left"/>
            </w:pPr>
          </w:p>
        </w:tc>
        <w:tc>
          <w:tcPr>
            <w:tcW w:type="dxa" w:w="1998"/>
          </w:tcPr>
          <w:p>
            <w:pPr>
              <w:spacing w:after="0"/>
              <w:jc w:val="left"/>
            </w:pPr>
          </w:p>
        </w:tc>
      </w:tr>
      <w:tr>
        <w:trPr>
          <w:cantSplit/>
        </w:trPr>
        <w:tc>
          <w:tcPr>
            <w:tcW w:type="dxa" w:w="1037"/>
          </w:tcPr>
          <w:p>
            <w:pPr>
              <w:spacing w:after="0"/>
              <w:jc w:val="left"/>
            </w:pPr>
            <w:r>
              <w:rPr>
                <w:sz w:val="16"/>
              </w:rPr>
              <w:t>2020-10-07</w:t>
            </w:r>
          </w:p>
        </w:tc>
        <w:tc>
          <w:tcPr>
            <w:tcW w:type="dxa" w:w="1037"/>
          </w:tcPr>
          <w:p>
            <w:pPr>
              <w:spacing w:after="0"/>
              <w:jc w:val="left"/>
            </w:pPr>
            <w:r>
              <w:rPr>
                <w:sz w:val="16"/>
              </w:rPr>
              <w:t>2020-10-06</w:t>
            </w:r>
          </w:p>
        </w:tc>
        <w:tc>
          <w:tcPr>
            <w:tcW w:type="dxa" w:w="1037"/>
          </w:tcPr>
          <w:p>
            <w:pPr>
              <w:spacing w:after="0"/>
              <w:jc w:val="left"/>
            </w:pPr>
            <w:r>
              <w:rPr>
                <w:sz w:val="16"/>
              </w:rPr>
              <w:t>EM-3547-LA</w:t>
            </w:r>
          </w:p>
        </w:tc>
        <w:tc>
          <w:tcPr>
            <w:tcW w:type="dxa" w:w="1304"/>
          </w:tcPr>
          <w:p>
            <w:pPr>
              <w:spacing w:after="0"/>
              <w:jc w:val="left"/>
            </w:pPr>
            <w:r>
              <w:rPr>
                <w:sz w:val="16"/>
              </w:rPr>
              <w:t>Emergency</w:t>
            </w:r>
          </w:p>
        </w:tc>
        <w:tc>
          <w:tcPr>
            <w:tcW w:type="dxa" w:w="1731"/>
          </w:tcPr>
          <w:p>
            <w:pPr>
              <w:spacing w:after="0"/>
              <w:jc w:val="left"/>
            </w:pPr>
            <w:r>
              <w:rPr>
                <w:sz w:val="16"/>
              </w:rPr>
              <w:t>HURRICANE DELTA</w:t>
            </w:r>
          </w:p>
        </w:tc>
        <w:tc>
          <w:tcPr>
            <w:tcW w:type="dxa" w:w="3352"/>
          </w:tcPr>
          <w:p>
            <w:pPr>
              <w:spacing w:after="0"/>
              <w:jc w:val="left"/>
            </w:pPr>
            <w:r>
              <w:rPr>
                <w:sz w:val="16"/>
              </w:rPr>
              <w:t>Hurricane</w:t>
            </w:r>
          </w:p>
        </w:tc>
        <w:tc>
          <w:tcPr>
            <w:tcW w:type="dxa" w:w="1368"/>
          </w:tcPr>
          <w:p>
            <w:pPr>
              <w:spacing w:after="0"/>
              <w:jc w:val="right"/>
            </w:pPr>
            <w:r>
              <w:rPr>
                <w:sz w:val="16"/>
              </w:rPr>
              <w:t>none found</w:t>
            </w:r>
          </w:p>
        </w:tc>
        <w:tc>
          <w:tcPr>
            <w:tcW w:type="dxa" w:w="1249"/>
          </w:tcPr>
          <w:p>
            <w:pPr>
              <w:spacing w:after="0"/>
              <w:jc w:val="left"/>
            </w:pPr>
          </w:p>
        </w:tc>
        <w:tc>
          <w:tcPr>
            <w:tcW w:type="dxa" w:w="1998"/>
          </w:tcPr>
          <w:p>
            <w:pPr>
              <w:spacing w:after="0"/>
              <w:jc w:val="left"/>
            </w:pPr>
            <w:r>
              <w:rPr>
                <w:sz w:val="16"/>
              </w:rPr>
              <w:t>same incident as DR-4570</w:t>
            </w:r>
          </w:p>
        </w:tc>
      </w:tr>
      <w:tr>
        <w:trPr>
          <w:cantSplit/>
        </w:trPr>
        <w:tc>
          <w:tcPr>
            <w:tcW w:type="dxa" w:w="1037"/>
          </w:tcPr>
          <w:p>
            <w:pPr>
              <w:spacing w:after="0"/>
              <w:jc w:val="left"/>
            </w:pPr>
            <w:r>
              <w:rPr>
                <w:sz w:val="16"/>
              </w:rPr>
              <w:t>2020-09-14</w:t>
            </w:r>
          </w:p>
        </w:tc>
        <w:tc>
          <w:tcPr>
            <w:tcW w:type="dxa" w:w="1037"/>
          </w:tcPr>
          <w:p>
            <w:pPr>
              <w:spacing w:after="0"/>
              <w:jc w:val="left"/>
            </w:pPr>
            <w:r>
              <w:rPr>
                <w:sz w:val="16"/>
              </w:rPr>
              <w:t>2020-09-13</w:t>
            </w:r>
          </w:p>
        </w:tc>
        <w:tc>
          <w:tcPr>
            <w:tcW w:type="dxa" w:w="1037"/>
          </w:tcPr>
          <w:p>
            <w:pPr>
              <w:spacing w:after="0"/>
              <w:jc w:val="left"/>
            </w:pPr>
            <w:r>
              <w:rPr>
                <w:sz w:val="16"/>
              </w:rPr>
              <w:t>EM-3543-LA</w:t>
            </w:r>
          </w:p>
        </w:tc>
        <w:tc>
          <w:tcPr>
            <w:tcW w:type="dxa" w:w="1304"/>
          </w:tcPr>
          <w:p>
            <w:pPr>
              <w:spacing w:after="0"/>
              <w:jc w:val="left"/>
            </w:pPr>
            <w:r>
              <w:rPr>
                <w:sz w:val="16"/>
              </w:rPr>
              <w:t>Emergency</w:t>
            </w:r>
          </w:p>
        </w:tc>
        <w:tc>
          <w:tcPr>
            <w:tcW w:type="dxa" w:w="1731"/>
          </w:tcPr>
          <w:p>
            <w:pPr>
              <w:spacing w:after="0"/>
              <w:jc w:val="left"/>
            </w:pPr>
            <w:r>
              <w:rPr>
                <w:sz w:val="16"/>
              </w:rPr>
              <w:t>HURRICANE SALLY</w:t>
            </w:r>
          </w:p>
        </w:tc>
        <w:tc>
          <w:tcPr>
            <w:tcW w:type="dxa" w:w="3352"/>
          </w:tcPr>
          <w:p>
            <w:pPr>
              <w:spacing w:after="0"/>
              <w:jc w:val="left"/>
            </w:pPr>
            <w:r>
              <w:rPr>
                <w:sz w:val="16"/>
              </w:rPr>
              <w:t>Hurricane</w:t>
            </w:r>
          </w:p>
        </w:tc>
        <w:tc>
          <w:tcPr>
            <w:tcW w:type="dxa" w:w="1368"/>
          </w:tcPr>
          <w:p>
            <w:pPr>
              <w:spacing w:after="0"/>
              <w:jc w:val="right"/>
            </w:pPr>
            <w:r>
              <w:rPr>
                <w:sz w:val="16"/>
              </w:rPr>
              <w:t>none found</w:t>
            </w:r>
          </w:p>
        </w:tc>
        <w:tc>
          <w:tcPr>
            <w:tcW w:type="dxa" w:w="1249"/>
          </w:tcPr>
          <w:p>
            <w:pPr>
              <w:spacing w:after="0"/>
              <w:jc w:val="left"/>
            </w:pPr>
          </w:p>
        </w:tc>
        <w:tc>
          <w:tcPr>
            <w:tcW w:type="dxa" w:w="1998"/>
          </w:tcPr>
          <w:p>
            <w:pPr>
              <w:spacing w:after="0"/>
              <w:jc w:val="left"/>
            </w:pPr>
          </w:p>
        </w:tc>
      </w:tr>
      <w:tr>
        <w:trPr>
          <w:cantSplit/>
        </w:trPr>
        <w:tc>
          <w:tcPr>
            <w:tcW w:type="dxa" w:w="1037"/>
          </w:tcPr>
          <w:p>
            <w:pPr>
              <w:spacing w:after="0"/>
              <w:jc w:val="left"/>
            </w:pPr>
            <w:r>
              <w:rPr>
                <w:sz w:val="16"/>
              </w:rPr>
              <w:t>2020-08-28</w:t>
            </w:r>
          </w:p>
        </w:tc>
        <w:tc>
          <w:tcPr>
            <w:tcW w:type="dxa" w:w="1037"/>
          </w:tcPr>
          <w:p>
            <w:pPr>
              <w:spacing w:after="0"/>
              <w:jc w:val="left"/>
            </w:pPr>
            <w:r>
              <w:rPr>
                <w:sz w:val="16"/>
              </w:rPr>
              <w:t>2020-08-22</w:t>
            </w:r>
          </w:p>
        </w:tc>
        <w:tc>
          <w:tcPr>
            <w:tcW w:type="dxa" w:w="1037"/>
          </w:tcPr>
          <w:p>
            <w:pPr>
              <w:spacing w:after="0"/>
              <w:jc w:val="left"/>
            </w:pPr>
            <w:r>
              <w:rPr>
                <w:sz w:val="16"/>
              </w:rPr>
              <w:t>DR-4559-LA</w:t>
            </w:r>
          </w:p>
        </w:tc>
        <w:tc>
          <w:tcPr>
            <w:tcW w:type="dxa" w:w="1304"/>
          </w:tcPr>
          <w:p>
            <w:pPr>
              <w:spacing w:after="0"/>
              <w:jc w:val="left"/>
            </w:pPr>
            <w:r>
              <w:rPr>
                <w:sz w:val="16"/>
              </w:rPr>
              <w:t>Major disaster</w:t>
            </w:r>
          </w:p>
        </w:tc>
        <w:tc>
          <w:tcPr>
            <w:tcW w:type="dxa" w:w="1731"/>
          </w:tcPr>
          <w:p>
            <w:pPr>
              <w:spacing w:after="0"/>
              <w:jc w:val="left"/>
            </w:pPr>
            <w:r>
              <w:rPr>
                <w:sz w:val="16"/>
              </w:rPr>
              <w:t>HURRICANE LAURA</w:t>
            </w:r>
          </w:p>
        </w:tc>
        <w:tc>
          <w:tcPr>
            <w:tcW w:type="dxa" w:w="3352"/>
          </w:tcPr>
          <w:p>
            <w:pPr>
              <w:spacing w:after="0"/>
              <w:jc w:val="left"/>
            </w:pPr>
            <w:r>
              <w:rPr>
                <w:sz w:val="16"/>
              </w:rPr>
              <w:t>Hurricane</w:t>
            </w:r>
          </w:p>
        </w:tc>
        <w:tc>
          <w:tcPr>
            <w:tcW w:type="dxa" w:w="1368"/>
          </w:tcPr>
          <w:p>
            <w:pPr>
              <w:spacing w:after="0"/>
              <w:jc w:val="right"/>
            </w:pPr>
            <w:r>
              <w:rPr>
                <w:sz w:val="16"/>
              </w:rPr>
              <w:t>none found</w:t>
            </w:r>
          </w:p>
        </w:tc>
        <w:tc>
          <w:tcPr>
            <w:tcW w:type="dxa" w:w="1249"/>
          </w:tcPr>
          <w:p>
            <w:pPr>
              <w:spacing w:after="0"/>
              <w:jc w:val="left"/>
            </w:pPr>
          </w:p>
        </w:tc>
        <w:tc>
          <w:tcPr>
            <w:tcW w:type="dxa" w:w="1998"/>
          </w:tcPr>
          <w:p>
            <w:pPr>
              <w:spacing w:after="0"/>
              <w:jc w:val="left"/>
            </w:pPr>
          </w:p>
        </w:tc>
      </w:tr>
      <w:tr>
        <w:trPr>
          <w:cantSplit/>
        </w:trPr>
        <w:tc>
          <w:tcPr>
            <w:tcW w:type="dxa" w:w="1037"/>
          </w:tcPr>
          <w:p>
            <w:pPr>
              <w:spacing w:after="0"/>
              <w:jc w:val="left"/>
            </w:pPr>
            <w:r>
              <w:rPr>
                <w:sz w:val="16"/>
              </w:rPr>
              <w:t>2020-08-23</w:t>
            </w:r>
          </w:p>
        </w:tc>
        <w:tc>
          <w:tcPr>
            <w:tcW w:type="dxa" w:w="1037"/>
          </w:tcPr>
          <w:p>
            <w:pPr>
              <w:spacing w:after="0"/>
              <w:jc w:val="left"/>
            </w:pPr>
            <w:r>
              <w:rPr>
                <w:sz w:val="16"/>
              </w:rPr>
              <w:t>2020-08-22</w:t>
            </w:r>
          </w:p>
        </w:tc>
        <w:tc>
          <w:tcPr>
            <w:tcW w:type="dxa" w:w="1037"/>
          </w:tcPr>
          <w:p>
            <w:pPr>
              <w:spacing w:after="0"/>
              <w:jc w:val="left"/>
            </w:pPr>
            <w:r>
              <w:rPr>
                <w:sz w:val="16"/>
              </w:rPr>
              <w:t>EM-3538-LA</w:t>
            </w:r>
          </w:p>
        </w:tc>
        <w:tc>
          <w:tcPr>
            <w:tcW w:type="dxa" w:w="1304"/>
          </w:tcPr>
          <w:p>
            <w:pPr>
              <w:spacing w:after="0"/>
              <w:jc w:val="left"/>
            </w:pPr>
            <w:r>
              <w:rPr>
                <w:sz w:val="16"/>
              </w:rPr>
              <w:t>Emergency</w:t>
            </w:r>
          </w:p>
        </w:tc>
        <w:tc>
          <w:tcPr>
            <w:tcW w:type="dxa" w:w="1731"/>
          </w:tcPr>
          <w:p>
            <w:pPr>
              <w:spacing w:after="0"/>
              <w:jc w:val="left"/>
            </w:pPr>
            <w:r>
              <w:rPr>
                <w:sz w:val="16"/>
              </w:rPr>
              <w:t>TROPICAL STORMS LAURA  AND MARCO</w:t>
            </w:r>
          </w:p>
        </w:tc>
        <w:tc>
          <w:tcPr>
            <w:tcW w:type="dxa" w:w="3352"/>
          </w:tcPr>
          <w:p>
            <w:pPr>
              <w:spacing w:after="0"/>
              <w:jc w:val="left"/>
            </w:pPr>
            <w:r>
              <w:rPr>
                <w:sz w:val="16"/>
              </w:rPr>
              <w:t>Hurricane</w:t>
            </w:r>
          </w:p>
        </w:tc>
        <w:tc>
          <w:tcPr>
            <w:tcW w:type="dxa" w:w="1368"/>
          </w:tcPr>
          <w:p>
            <w:pPr>
              <w:spacing w:after="0"/>
              <w:jc w:val="right"/>
            </w:pPr>
            <w:r>
              <w:rPr>
                <w:sz w:val="16"/>
              </w:rPr>
              <w:t>none found</w:t>
            </w:r>
          </w:p>
        </w:tc>
        <w:tc>
          <w:tcPr>
            <w:tcW w:type="dxa" w:w="1249"/>
          </w:tcPr>
          <w:p>
            <w:pPr>
              <w:spacing w:after="0"/>
              <w:jc w:val="left"/>
            </w:pPr>
          </w:p>
        </w:tc>
        <w:tc>
          <w:tcPr>
            <w:tcW w:type="dxa" w:w="1998"/>
          </w:tcPr>
          <w:p>
            <w:pPr>
              <w:spacing w:after="0"/>
              <w:jc w:val="left"/>
            </w:pPr>
            <w:r>
              <w:rPr>
                <w:sz w:val="16"/>
              </w:rPr>
              <w:t>same incident as DR-4559</w:t>
            </w:r>
          </w:p>
        </w:tc>
      </w:tr>
      <w:tr>
        <w:trPr>
          <w:cantSplit/>
        </w:trPr>
        <w:tc>
          <w:tcPr>
            <w:tcW w:type="dxa" w:w="1037"/>
          </w:tcPr>
          <w:p>
            <w:pPr>
              <w:spacing w:after="0"/>
              <w:jc w:val="left"/>
            </w:pPr>
            <w:r>
              <w:rPr>
                <w:sz w:val="16"/>
              </w:rPr>
              <w:t>2020-06-07</w:t>
            </w:r>
          </w:p>
        </w:tc>
        <w:tc>
          <w:tcPr>
            <w:tcW w:type="dxa" w:w="1037"/>
          </w:tcPr>
          <w:p>
            <w:pPr>
              <w:spacing w:after="0"/>
              <w:jc w:val="left"/>
            </w:pPr>
            <w:r>
              <w:rPr>
                <w:sz w:val="16"/>
              </w:rPr>
              <w:t>2020-06-05</w:t>
            </w:r>
          </w:p>
        </w:tc>
        <w:tc>
          <w:tcPr>
            <w:tcW w:type="dxa" w:w="1037"/>
          </w:tcPr>
          <w:p>
            <w:pPr>
              <w:spacing w:after="0"/>
              <w:jc w:val="left"/>
            </w:pPr>
            <w:r>
              <w:rPr>
                <w:sz w:val="16"/>
              </w:rPr>
              <w:t>EM-3527-LA</w:t>
            </w:r>
          </w:p>
        </w:tc>
        <w:tc>
          <w:tcPr>
            <w:tcW w:type="dxa" w:w="1304"/>
          </w:tcPr>
          <w:p>
            <w:pPr>
              <w:spacing w:after="0"/>
              <w:jc w:val="left"/>
            </w:pPr>
            <w:r>
              <w:rPr>
                <w:sz w:val="16"/>
              </w:rPr>
              <w:t>Emergency</w:t>
            </w:r>
          </w:p>
        </w:tc>
        <w:tc>
          <w:tcPr>
            <w:tcW w:type="dxa" w:w="1731"/>
          </w:tcPr>
          <w:p>
            <w:pPr>
              <w:spacing w:after="0"/>
              <w:jc w:val="left"/>
            </w:pPr>
            <w:r>
              <w:rPr>
                <w:sz w:val="16"/>
              </w:rPr>
              <w:t>TROPICAL STORM CRISTOBAL</w:t>
            </w:r>
          </w:p>
        </w:tc>
        <w:tc>
          <w:tcPr>
            <w:tcW w:type="dxa" w:w="3352"/>
          </w:tcPr>
          <w:p>
            <w:pPr>
              <w:spacing w:after="0"/>
              <w:jc w:val="left"/>
            </w:pPr>
            <w:r>
              <w:rPr>
                <w:sz w:val="16"/>
              </w:rPr>
              <w:t>Hurricane</w:t>
            </w:r>
          </w:p>
        </w:tc>
        <w:tc>
          <w:tcPr>
            <w:tcW w:type="dxa" w:w="1368"/>
          </w:tcPr>
          <w:p>
            <w:pPr>
              <w:spacing w:after="0"/>
              <w:jc w:val="right"/>
            </w:pPr>
            <w:r>
              <w:rPr>
                <w:sz w:val="16"/>
              </w:rPr>
              <w:t>none found</w:t>
            </w:r>
          </w:p>
        </w:tc>
        <w:tc>
          <w:tcPr>
            <w:tcW w:type="dxa" w:w="1249"/>
          </w:tcPr>
          <w:p>
            <w:pPr>
              <w:spacing w:after="0"/>
              <w:jc w:val="left"/>
            </w:pPr>
          </w:p>
        </w:tc>
        <w:tc>
          <w:tcPr>
            <w:tcW w:type="dxa" w:w="1998"/>
          </w:tcPr>
          <w:p>
            <w:pPr>
              <w:spacing w:after="0"/>
              <w:jc w:val="left"/>
            </w:pPr>
          </w:p>
        </w:tc>
      </w:tr>
      <w:tr>
        <w:trPr>
          <w:cantSplit/>
        </w:trPr>
        <w:tc>
          <w:tcPr>
            <w:tcW w:type="dxa" w:w="1037"/>
          </w:tcPr>
          <w:p>
            <w:pPr>
              <w:spacing w:after="0"/>
              <w:jc w:val="left"/>
            </w:pPr>
            <w:r>
              <w:rPr>
                <w:sz w:val="16"/>
              </w:rPr>
              <w:t>2020-03-24</w:t>
            </w:r>
          </w:p>
        </w:tc>
        <w:tc>
          <w:tcPr>
            <w:tcW w:type="dxa" w:w="1037"/>
          </w:tcPr>
          <w:p>
            <w:pPr>
              <w:spacing w:after="0"/>
              <w:jc w:val="left"/>
            </w:pPr>
            <w:r>
              <w:rPr>
                <w:sz w:val="16"/>
              </w:rPr>
              <w:t>2020-01-20</w:t>
            </w:r>
          </w:p>
        </w:tc>
        <w:tc>
          <w:tcPr>
            <w:tcW w:type="dxa" w:w="1037"/>
          </w:tcPr>
          <w:p>
            <w:pPr>
              <w:spacing w:after="0"/>
              <w:jc w:val="left"/>
            </w:pPr>
            <w:r>
              <w:rPr>
                <w:sz w:val="16"/>
              </w:rPr>
              <w:t>DR-4484-LA</w:t>
            </w:r>
          </w:p>
        </w:tc>
        <w:tc>
          <w:tcPr>
            <w:tcW w:type="dxa" w:w="1304"/>
          </w:tcPr>
          <w:p>
            <w:pPr>
              <w:spacing w:after="0"/>
              <w:jc w:val="left"/>
            </w:pPr>
            <w:r>
              <w:rPr>
                <w:sz w:val="16"/>
              </w:rPr>
              <w:t>Major disaster</w:t>
            </w:r>
          </w:p>
        </w:tc>
        <w:tc>
          <w:tcPr>
            <w:tcW w:type="dxa" w:w="1731"/>
          </w:tcPr>
          <w:p>
            <w:pPr>
              <w:spacing w:after="0"/>
              <w:jc w:val="left"/>
            </w:pPr>
            <w:r>
              <w:rPr>
                <w:sz w:val="16"/>
              </w:rPr>
              <w:t>COVID-19 PANDEMIC</w:t>
            </w:r>
          </w:p>
        </w:tc>
        <w:tc>
          <w:tcPr>
            <w:tcW w:type="dxa" w:w="3352"/>
          </w:tcPr>
          <w:p>
            <w:pPr>
              <w:spacing w:after="0"/>
              <w:jc w:val="left"/>
            </w:pPr>
            <w:r>
              <w:rPr>
                <w:sz w:val="16"/>
              </w:rPr>
              <w:t>Non-natural, not counted</w:t>
            </w:r>
          </w:p>
        </w:tc>
        <w:tc>
          <w:tcPr>
            <w:tcW w:type="dxa" w:w="1368"/>
          </w:tcPr>
          <w:p>
            <w:pPr>
              <w:spacing w:after="0"/>
              <w:jc w:val="right"/>
            </w:pPr>
            <w:r>
              <w:rPr>
                <w:sz w:val="16"/>
              </w:rPr>
              <w:t>none found</w:t>
            </w:r>
          </w:p>
        </w:tc>
        <w:tc>
          <w:tcPr>
            <w:tcW w:type="dxa" w:w="1249"/>
          </w:tcPr>
          <w:p>
            <w:pPr>
              <w:spacing w:after="0"/>
              <w:jc w:val="left"/>
            </w:pPr>
          </w:p>
        </w:tc>
        <w:tc>
          <w:tcPr>
            <w:tcW w:type="dxa" w:w="199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EM-3459-LA</w:t>
            </w:r>
          </w:p>
        </w:tc>
        <w:tc>
          <w:tcPr>
            <w:tcW w:type="dxa" w:w="1304"/>
          </w:tcPr>
          <w:p>
            <w:pPr>
              <w:spacing w:after="0"/>
              <w:jc w:val="left"/>
            </w:pPr>
            <w:r>
              <w:rPr>
                <w:sz w:val="16"/>
              </w:rPr>
              <w:t>Emergency</w:t>
            </w:r>
          </w:p>
        </w:tc>
        <w:tc>
          <w:tcPr>
            <w:tcW w:type="dxa" w:w="1731"/>
          </w:tcPr>
          <w:p>
            <w:pPr>
              <w:spacing w:after="0"/>
              <w:jc w:val="left"/>
            </w:pPr>
            <w:r>
              <w:rPr>
                <w:sz w:val="16"/>
              </w:rPr>
              <w:t>COVID-19</w:t>
            </w:r>
          </w:p>
        </w:tc>
        <w:tc>
          <w:tcPr>
            <w:tcW w:type="dxa" w:w="3352"/>
          </w:tcPr>
          <w:p>
            <w:pPr>
              <w:spacing w:after="0"/>
              <w:jc w:val="left"/>
            </w:pPr>
            <w:r>
              <w:rPr>
                <w:sz w:val="16"/>
              </w:rPr>
              <w:t>Non-natural, not counted</w:t>
            </w:r>
          </w:p>
        </w:tc>
        <w:tc>
          <w:tcPr>
            <w:tcW w:type="dxa" w:w="1368"/>
          </w:tcPr>
          <w:p>
            <w:pPr>
              <w:spacing w:after="0"/>
              <w:jc w:val="right"/>
            </w:pPr>
            <w:r>
              <w:rPr>
                <w:sz w:val="16"/>
              </w:rPr>
              <w:t>none found</w:t>
            </w:r>
          </w:p>
        </w:tc>
        <w:tc>
          <w:tcPr>
            <w:tcW w:type="dxa" w:w="1249"/>
          </w:tcPr>
          <w:p>
            <w:pPr>
              <w:spacing w:after="0"/>
              <w:jc w:val="left"/>
            </w:pPr>
          </w:p>
        </w:tc>
        <w:tc>
          <w:tcPr>
            <w:tcW w:type="dxa" w:w="1998"/>
          </w:tcPr>
          <w:p>
            <w:pPr>
              <w:spacing w:after="0"/>
              <w:jc w:val="left"/>
            </w:pPr>
            <w:r>
              <w:rPr>
                <w:sz w:val="16"/>
              </w:rPr>
              <w:t>same incident as DR-4484</w:t>
            </w:r>
          </w:p>
        </w:tc>
      </w:tr>
      <w:tr>
        <w:trPr>
          <w:cantSplit/>
        </w:trPr>
        <w:tc>
          <w:tcPr>
            <w:tcW w:type="dxa" w:w="1037"/>
          </w:tcPr>
          <w:p>
            <w:pPr>
              <w:spacing w:after="0"/>
              <w:jc w:val="left"/>
            </w:pPr>
            <w:r>
              <w:rPr>
                <w:sz w:val="16"/>
              </w:rPr>
              <w:t>2012-08-29</w:t>
            </w:r>
          </w:p>
        </w:tc>
        <w:tc>
          <w:tcPr>
            <w:tcW w:type="dxa" w:w="1037"/>
          </w:tcPr>
          <w:p>
            <w:pPr>
              <w:spacing w:after="0"/>
              <w:jc w:val="left"/>
            </w:pPr>
            <w:r>
              <w:rPr>
                <w:sz w:val="16"/>
              </w:rPr>
              <w:t>2012-08-26</w:t>
            </w:r>
          </w:p>
        </w:tc>
        <w:tc>
          <w:tcPr>
            <w:tcW w:type="dxa" w:w="1037"/>
          </w:tcPr>
          <w:p>
            <w:pPr>
              <w:spacing w:after="0"/>
              <w:jc w:val="left"/>
            </w:pPr>
            <w:r>
              <w:rPr>
                <w:sz w:val="16"/>
              </w:rPr>
              <w:t>DR-4080-LA</w:t>
            </w:r>
          </w:p>
        </w:tc>
        <w:tc>
          <w:tcPr>
            <w:tcW w:type="dxa" w:w="1304"/>
          </w:tcPr>
          <w:p>
            <w:pPr>
              <w:spacing w:after="0"/>
              <w:jc w:val="left"/>
            </w:pPr>
            <w:r>
              <w:rPr>
                <w:sz w:val="16"/>
              </w:rPr>
              <w:t>Major disaster</w:t>
            </w:r>
          </w:p>
        </w:tc>
        <w:tc>
          <w:tcPr>
            <w:tcW w:type="dxa" w:w="1731"/>
          </w:tcPr>
          <w:p>
            <w:pPr>
              <w:spacing w:after="0"/>
              <w:jc w:val="left"/>
            </w:pPr>
            <w:r>
              <w:rPr>
                <w:sz w:val="16"/>
              </w:rPr>
              <w:t>HURRICANE ISAAC</w:t>
            </w:r>
          </w:p>
        </w:tc>
        <w:tc>
          <w:tcPr>
            <w:tcW w:type="dxa" w:w="3352"/>
          </w:tcPr>
          <w:p>
            <w:pPr>
              <w:spacing w:after="0"/>
              <w:jc w:val="left"/>
            </w:pPr>
            <w:r>
              <w:rPr>
                <w:sz w:val="16"/>
              </w:rPr>
              <w:t>Hurricane</w:t>
            </w:r>
          </w:p>
        </w:tc>
        <w:tc>
          <w:tcPr>
            <w:tcW w:type="dxa" w:w="1368"/>
          </w:tcPr>
          <w:p>
            <w:pPr>
              <w:spacing w:after="0"/>
              <w:jc w:val="right"/>
            </w:pPr>
            <w:r>
              <w:rPr>
                <w:sz w:val="16"/>
              </w:rPr>
              <w:t>none found</w:t>
            </w:r>
          </w:p>
        </w:tc>
        <w:tc>
          <w:tcPr>
            <w:tcW w:type="dxa" w:w="1249"/>
          </w:tcPr>
          <w:p>
            <w:pPr>
              <w:spacing w:after="0"/>
              <w:jc w:val="left"/>
            </w:pPr>
          </w:p>
        </w:tc>
        <w:tc>
          <w:tcPr>
            <w:tcW w:type="dxa" w:w="1998"/>
          </w:tcPr>
          <w:p>
            <w:pPr>
              <w:spacing w:after="0"/>
              <w:jc w:val="left"/>
            </w:pPr>
          </w:p>
        </w:tc>
      </w:tr>
      <w:tr>
        <w:trPr>
          <w:cantSplit/>
        </w:trPr>
        <w:tc>
          <w:tcPr>
            <w:tcW w:type="dxa" w:w="1037"/>
          </w:tcPr>
          <w:p>
            <w:pPr>
              <w:spacing w:after="0"/>
              <w:jc w:val="left"/>
            </w:pPr>
            <w:r>
              <w:rPr>
                <w:sz w:val="16"/>
              </w:rPr>
              <w:t>2011-08-18</w:t>
            </w:r>
          </w:p>
        </w:tc>
        <w:tc>
          <w:tcPr>
            <w:tcW w:type="dxa" w:w="1037"/>
          </w:tcPr>
          <w:p>
            <w:pPr>
              <w:spacing w:after="0"/>
              <w:jc w:val="left"/>
            </w:pPr>
            <w:r>
              <w:rPr>
                <w:sz w:val="16"/>
              </w:rPr>
              <w:t>2011-04-25</w:t>
            </w:r>
          </w:p>
        </w:tc>
        <w:tc>
          <w:tcPr>
            <w:tcW w:type="dxa" w:w="1037"/>
          </w:tcPr>
          <w:p>
            <w:pPr>
              <w:spacing w:after="0"/>
              <w:jc w:val="left"/>
            </w:pPr>
            <w:r>
              <w:rPr>
                <w:sz w:val="16"/>
              </w:rPr>
              <w:t>DR-4015-LA</w:t>
            </w:r>
          </w:p>
        </w:tc>
        <w:tc>
          <w:tcPr>
            <w:tcW w:type="dxa" w:w="1304"/>
          </w:tcPr>
          <w:p>
            <w:pPr>
              <w:spacing w:after="0"/>
              <w:jc w:val="left"/>
            </w:pPr>
            <w:r>
              <w:rPr>
                <w:sz w:val="16"/>
              </w:rPr>
              <w:t>Major disaster</w:t>
            </w:r>
          </w:p>
        </w:tc>
        <w:tc>
          <w:tcPr>
            <w:tcW w:type="dxa" w:w="1731"/>
          </w:tcPr>
          <w:p>
            <w:pPr>
              <w:spacing w:after="0"/>
              <w:jc w:val="left"/>
            </w:pPr>
            <w:r>
              <w:rPr>
                <w:sz w:val="16"/>
              </w:rPr>
              <w:t>FLOODING</w:t>
            </w:r>
          </w:p>
        </w:tc>
        <w:tc>
          <w:tcPr>
            <w:tcW w:type="dxa" w:w="3352"/>
          </w:tcPr>
          <w:p>
            <w:pPr>
              <w:spacing w:after="0"/>
              <w:jc w:val="left"/>
            </w:pPr>
            <w:r>
              <w:rPr>
                <w:sz w:val="16"/>
              </w:rPr>
              <w:t>Inland Flooding</w:t>
            </w:r>
          </w:p>
        </w:tc>
        <w:tc>
          <w:tcPr>
            <w:tcW w:type="dxa" w:w="1368"/>
          </w:tcPr>
          <w:p>
            <w:pPr>
              <w:spacing w:after="0"/>
              <w:jc w:val="right"/>
            </w:pPr>
            <w:r>
              <w:rPr>
                <w:sz w:val="16"/>
              </w:rPr>
              <w:t>$5,254.80</w:t>
            </w:r>
          </w:p>
        </w:tc>
        <w:tc>
          <w:tcPr>
            <w:tcW w:type="dxa" w:w="1249"/>
          </w:tcPr>
          <w:p>
            <w:pPr>
              <w:spacing w:after="0"/>
              <w:jc w:val="left"/>
            </w:pPr>
          </w:p>
        </w:tc>
        <w:tc>
          <w:tcPr>
            <w:tcW w:type="dxa" w:w="1998"/>
          </w:tcPr>
          <w:p>
            <w:pPr>
              <w:spacing w:after="0"/>
              <w:jc w:val="left"/>
            </w:pPr>
          </w:p>
        </w:tc>
      </w:tr>
      <w:tr>
        <w:trPr>
          <w:cantSplit/>
        </w:trPr>
        <w:tc>
          <w:tcPr>
            <w:tcW w:type="dxa" w:w="1037"/>
          </w:tcPr>
          <w:p>
            <w:pPr>
              <w:spacing w:after="0"/>
              <w:jc w:val="left"/>
            </w:pPr>
            <w:r>
              <w:rPr>
                <w:sz w:val="16"/>
              </w:rPr>
              <w:t>2011-05-06</w:t>
            </w:r>
          </w:p>
        </w:tc>
        <w:tc>
          <w:tcPr>
            <w:tcW w:type="dxa" w:w="1037"/>
          </w:tcPr>
          <w:p>
            <w:pPr>
              <w:spacing w:after="0"/>
              <w:jc w:val="left"/>
            </w:pPr>
            <w:r>
              <w:rPr>
                <w:sz w:val="16"/>
              </w:rPr>
              <w:t>2011-04-25</w:t>
            </w:r>
          </w:p>
        </w:tc>
        <w:tc>
          <w:tcPr>
            <w:tcW w:type="dxa" w:w="1037"/>
          </w:tcPr>
          <w:p>
            <w:pPr>
              <w:spacing w:after="0"/>
              <w:jc w:val="left"/>
            </w:pPr>
            <w:r>
              <w:rPr>
                <w:sz w:val="16"/>
              </w:rPr>
              <w:t>EM-3322-LA</w:t>
            </w:r>
          </w:p>
        </w:tc>
        <w:tc>
          <w:tcPr>
            <w:tcW w:type="dxa" w:w="1304"/>
          </w:tcPr>
          <w:p>
            <w:pPr>
              <w:spacing w:after="0"/>
              <w:jc w:val="left"/>
            </w:pPr>
            <w:r>
              <w:rPr>
                <w:sz w:val="16"/>
              </w:rPr>
              <w:t>Emergency</w:t>
            </w:r>
          </w:p>
        </w:tc>
        <w:tc>
          <w:tcPr>
            <w:tcW w:type="dxa" w:w="1731"/>
          </w:tcPr>
          <w:p>
            <w:pPr>
              <w:spacing w:after="0"/>
              <w:jc w:val="left"/>
            </w:pPr>
            <w:r>
              <w:rPr>
                <w:sz w:val="16"/>
              </w:rPr>
              <w:t>FLOODING</w:t>
            </w:r>
          </w:p>
        </w:tc>
        <w:tc>
          <w:tcPr>
            <w:tcW w:type="dxa" w:w="3352"/>
          </w:tcPr>
          <w:p>
            <w:pPr>
              <w:spacing w:after="0"/>
              <w:jc w:val="left"/>
            </w:pPr>
            <w:r>
              <w:rPr>
                <w:sz w:val="16"/>
              </w:rPr>
              <w:t>Inland Flooding</w:t>
            </w:r>
          </w:p>
        </w:tc>
        <w:tc>
          <w:tcPr>
            <w:tcW w:type="dxa" w:w="1368"/>
          </w:tcPr>
          <w:p>
            <w:pPr>
              <w:spacing w:after="0"/>
              <w:jc w:val="right"/>
            </w:pPr>
            <w:r>
              <w:rPr>
                <w:sz w:val="16"/>
              </w:rPr>
              <w:t>$8,500.04</w:t>
            </w:r>
          </w:p>
        </w:tc>
        <w:tc>
          <w:tcPr>
            <w:tcW w:type="dxa" w:w="1249"/>
          </w:tcPr>
          <w:p>
            <w:pPr>
              <w:spacing w:after="0"/>
              <w:jc w:val="left"/>
            </w:pPr>
          </w:p>
        </w:tc>
        <w:tc>
          <w:tcPr>
            <w:tcW w:type="dxa" w:w="1998"/>
          </w:tcPr>
          <w:p>
            <w:pPr>
              <w:spacing w:after="0"/>
              <w:jc w:val="left"/>
            </w:pPr>
            <w:r>
              <w:rPr>
                <w:sz w:val="16"/>
              </w:rPr>
              <w:t>same incident as DR-4015</w:t>
            </w:r>
          </w:p>
        </w:tc>
      </w:tr>
      <w:tr>
        <w:trPr>
          <w:cantSplit/>
        </w:trPr>
        <w:tc>
          <w:tcPr>
            <w:tcW w:type="dxa" w:w="1037"/>
          </w:tcPr>
          <w:p>
            <w:pPr>
              <w:spacing w:after="0"/>
              <w:jc w:val="left"/>
            </w:pPr>
            <w:r>
              <w:rPr>
                <w:sz w:val="16"/>
              </w:rPr>
              <w:t>2008-09-02</w:t>
            </w:r>
          </w:p>
        </w:tc>
        <w:tc>
          <w:tcPr>
            <w:tcW w:type="dxa" w:w="1037"/>
          </w:tcPr>
          <w:p>
            <w:pPr>
              <w:spacing w:after="0"/>
              <w:jc w:val="left"/>
            </w:pPr>
            <w:r>
              <w:rPr>
                <w:sz w:val="16"/>
              </w:rPr>
              <w:t>2008-09-01</w:t>
            </w:r>
          </w:p>
        </w:tc>
        <w:tc>
          <w:tcPr>
            <w:tcW w:type="dxa" w:w="1037"/>
          </w:tcPr>
          <w:p>
            <w:pPr>
              <w:spacing w:after="0"/>
              <w:jc w:val="left"/>
            </w:pPr>
            <w:r>
              <w:rPr>
                <w:sz w:val="16"/>
              </w:rPr>
              <w:t>DR-1786-LA</w:t>
            </w:r>
          </w:p>
        </w:tc>
        <w:tc>
          <w:tcPr>
            <w:tcW w:type="dxa" w:w="1304"/>
          </w:tcPr>
          <w:p>
            <w:pPr>
              <w:spacing w:after="0"/>
              <w:jc w:val="left"/>
            </w:pPr>
            <w:r>
              <w:rPr>
                <w:sz w:val="16"/>
              </w:rPr>
              <w:t>Major disaster</w:t>
            </w:r>
          </w:p>
        </w:tc>
        <w:tc>
          <w:tcPr>
            <w:tcW w:type="dxa" w:w="1731"/>
          </w:tcPr>
          <w:p>
            <w:pPr>
              <w:spacing w:after="0"/>
              <w:jc w:val="left"/>
            </w:pPr>
            <w:r>
              <w:rPr>
                <w:sz w:val="16"/>
              </w:rPr>
              <w:t>HURRICANE GUSTAV</w:t>
            </w:r>
          </w:p>
        </w:tc>
        <w:tc>
          <w:tcPr>
            <w:tcW w:type="dxa" w:w="3352"/>
          </w:tcPr>
          <w:p>
            <w:pPr>
              <w:spacing w:after="0"/>
              <w:jc w:val="left"/>
            </w:pPr>
            <w:r>
              <w:rPr>
                <w:sz w:val="16"/>
              </w:rPr>
              <w:t>Hurricane (primary); also designated: Inland Flooding</w:t>
            </w:r>
          </w:p>
        </w:tc>
        <w:tc>
          <w:tcPr>
            <w:tcW w:type="dxa" w:w="1368"/>
          </w:tcPr>
          <w:p>
            <w:pPr>
              <w:spacing w:after="0"/>
              <w:jc w:val="right"/>
            </w:pPr>
            <w:r>
              <w:rPr>
                <w:sz w:val="16"/>
              </w:rPr>
              <w:t>$938,076.36</w:t>
            </w:r>
          </w:p>
        </w:tc>
        <w:tc>
          <w:tcPr>
            <w:tcW w:type="dxa" w:w="1249"/>
          </w:tcPr>
          <w:p>
            <w:pPr>
              <w:spacing w:after="0"/>
              <w:jc w:val="left"/>
            </w:pPr>
          </w:p>
        </w:tc>
        <w:tc>
          <w:tcPr>
            <w:tcW w:type="dxa" w:w="1998"/>
          </w:tcPr>
          <w:p>
            <w:pPr>
              <w:spacing w:after="0"/>
              <w:jc w:val="left"/>
            </w:pPr>
          </w:p>
        </w:tc>
      </w:tr>
      <w:tr>
        <w:trPr>
          <w:cantSplit/>
        </w:trPr>
        <w:tc>
          <w:tcPr>
            <w:tcW w:type="dxa" w:w="1037"/>
          </w:tcPr>
          <w:p>
            <w:pPr>
              <w:spacing w:after="0"/>
              <w:jc w:val="left"/>
            </w:pPr>
            <w:r>
              <w:rPr>
                <w:sz w:val="16"/>
              </w:rPr>
              <w:t>2008-08-29</w:t>
            </w:r>
          </w:p>
        </w:tc>
        <w:tc>
          <w:tcPr>
            <w:tcW w:type="dxa" w:w="1037"/>
          </w:tcPr>
          <w:p>
            <w:pPr>
              <w:spacing w:after="0"/>
              <w:jc w:val="left"/>
            </w:pPr>
            <w:r>
              <w:rPr>
                <w:sz w:val="16"/>
              </w:rPr>
              <w:t>2008-08-27</w:t>
            </w:r>
          </w:p>
        </w:tc>
        <w:tc>
          <w:tcPr>
            <w:tcW w:type="dxa" w:w="1037"/>
          </w:tcPr>
          <w:p>
            <w:pPr>
              <w:spacing w:after="0"/>
              <w:jc w:val="left"/>
            </w:pPr>
            <w:r>
              <w:rPr>
                <w:sz w:val="16"/>
              </w:rPr>
              <w:t>EM-3289-LA</w:t>
            </w:r>
          </w:p>
        </w:tc>
        <w:tc>
          <w:tcPr>
            <w:tcW w:type="dxa" w:w="1304"/>
          </w:tcPr>
          <w:p>
            <w:pPr>
              <w:spacing w:after="0"/>
              <w:jc w:val="left"/>
            </w:pPr>
            <w:r>
              <w:rPr>
                <w:sz w:val="16"/>
              </w:rPr>
              <w:t>Emergency</w:t>
            </w:r>
          </w:p>
        </w:tc>
        <w:tc>
          <w:tcPr>
            <w:tcW w:type="dxa" w:w="1731"/>
          </w:tcPr>
          <w:p>
            <w:pPr>
              <w:spacing w:after="0"/>
              <w:jc w:val="left"/>
            </w:pPr>
            <w:r>
              <w:rPr>
                <w:sz w:val="16"/>
              </w:rPr>
              <w:t>HURRICANE GUSTAV</w:t>
            </w:r>
          </w:p>
        </w:tc>
        <w:tc>
          <w:tcPr>
            <w:tcW w:type="dxa" w:w="3352"/>
          </w:tcPr>
          <w:p>
            <w:pPr>
              <w:spacing w:after="0"/>
              <w:jc w:val="left"/>
            </w:pPr>
            <w:r>
              <w:rPr>
                <w:sz w:val="16"/>
              </w:rPr>
              <w:t>Hurricane</w:t>
            </w:r>
          </w:p>
        </w:tc>
        <w:tc>
          <w:tcPr>
            <w:tcW w:type="dxa" w:w="1368"/>
          </w:tcPr>
          <w:p>
            <w:pPr>
              <w:spacing w:after="0"/>
              <w:jc w:val="right"/>
            </w:pPr>
            <w:r>
              <w:rPr>
                <w:sz w:val="16"/>
              </w:rPr>
              <w:t>none found</w:t>
            </w:r>
          </w:p>
        </w:tc>
        <w:tc>
          <w:tcPr>
            <w:tcW w:type="dxa" w:w="1249"/>
          </w:tcPr>
          <w:p>
            <w:pPr>
              <w:spacing w:after="0"/>
              <w:jc w:val="left"/>
            </w:pPr>
          </w:p>
        </w:tc>
        <w:tc>
          <w:tcPr>
            <w:tcW w:type="dxa" w:w="1998"/>
          </w:tcPr>
          <w:p>
            <w:pPr>
              <w:spacing w:after="0"/>
              <w:jc w:val="left"/>
            </w:pPr>
            <w:r>
              <w:rPr>
                <w:sz w:val="16"/>
              </w:rPr>
              <w:t>same incident as DR-1786</w:t>
            </w:r>
          </w:p>
        </w:tc>
      </w:tr>
      <w:tr>
        <w:trPr>
          <w:cantSplit/>
        </w:trPr>
        <w:tc>
          <w:tcPr>
            <w:tcW w:type="dxa" w:w="1037"/>
          </w:tcPr>
          <w:p>
            <w:pPr>
              <w:spacing w:after="0"/>
              <w:jc w:val="left"/>
            </w:pPr>
            <w:r>
              <w:rPr>
                <w:sz w:val="16"/>
              </w:rPr>
              <w:t>2006-11-02</w:t>
            </w:r>
          </w:p>
        </w:tc>
        <w:tc>
          <w:tcPr>
            <w:tcW w:type="dxa" w:w="1037"/>
          </w:tcPr>
          <w:p>
            <w:pPr>
              <w:spacing w:after="0"/>
              <w:jc w:val="left"/>
            </w:pPr>
            <w:r>
              <w:rPr>
                <w:sz w:val="16"/>
              </w:rPr>
              <w:t>2006-10-16</w:t>
            </w:r>
          </w:p>
        </w:tc>
        <w:tc>
          <w:tcPr>
            <w:tcW w:type="dxa" w:w="1037"/>
          </w:tcPr>
          <w:p>
            <w:pPr>
              <w:spacing w:after="0"/>
              <w:jc w:val="left"/>
            </w:pPr>
            <w:r>
              <w:rPr>
                <w:sz w:val="16"/>
              </w:rPr>
              <w:t>DR-1668-LA</w:t>
            </w:r>
          </w:p>
        </w:tc>
        <w:tc>
          <w:tcPr>
            <w:tcW w:type="dxa" w:w="1304"/>
          </w:tcPr>
          <w:p>
            <w:pPr>
              <w:spacing w:after="0"/>
              <w:jc w:val="left"/>
            </w:pPr>
            <w:r>
              <w:rPr>
                <w:sz w:val="16"/>
              </w:rPr>
              <w:t>Major disaster</w:t>
            </w:r>
          </w:p>
        </w:tc>
        <w:tc>
          <w:tcPr>
            <w:tcW w:type="dxa" w:w="1731"/>
          </w:tcPr>
          <w:p>
            <w:pPr>
              <w:spacing w:after="0"/>
              <w:jc w:val="left"/>
            </w:pPr>
            <w:r>
              <w:rPr>
                <w:sz w:val="16"/>
              </w:rPr>
              <w:t>SEVERE STORMS AND FLOODING</w:t>
            </w:r>
          </w:p>
        </w:tc>
        <w:tc>
          <w:tcPr>
            <w:tcW w:type="dxa" w:w="3352"/>
          </w:tcPr>
          <w:p>
            <w:pPr>
              <w:spacing w:after="0"/>
              <w:jc w:val="left"/>
            </w:pPr>
            <w:r>
              <w:rPr>
                <w:sz w:val="16"/>
              </w:rPr>
              <w:t>Inland Flooding: designated for Hazard Mitigation only (no Public or Individual Assistance for this county); not counted</w:t>
            </w:r>
          </w:p>
        </w:tc>
        <w:tc>
          <w:tcPr>
            <w:tcW w:type="dxa" w:w="1368"/>
          </w:tcPr>
          <w:p>
            <w:pPr>
              <w:spacing w:after="0"/>
              <w:jc w:val="right"/>
            </w:pPr>
            <w:r>
              <w:rPr>
                <w:sz w:val="16"/>
              </w:rPr>
              <w:t>PA not declared for this county</w:t>
            </w:r>
          </w:p>
        </w:tc>
        <w:tc>
          <w:tcPr>
            <w:tcW w:type="dxa" w:w="1249"/>
          </w:tcPr>
          <w:p>
            <w:pPr>
              <w:spacing w:after="0"/>
              <w:jc w:val="left"/>
            </w:pPr>
          </w:p>
        </w:tc>
        <w:tc>
          <w:tcPr>
            <w:tcW w:type="dxa" w:w="1998"/>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DR-1607-LA</w:t>
            </w:r>
          </w:p>
        </w:tc>
        <w:tc>
          <w:tcPr>
            <w:tcW w:type="dxa" w:w="1304"/>
          </w:tcPr>
          <w:p>
            <w:pPr>
              <w:spacing w:after="0"/>
              <w:jc w:val="left"/>
            </w:pPr>
            <w:r>
              <w:rPr>
                <w:sz w:val="16"/>
              </w:rPr>
              <w:t>Major disaster</w:t>
            </w:r>
          </w:p>
        </w:tc>
        <w:tc>
          <w:tcPr>
            <w:tcW w:type="dxa" w:w="1731"/>
          </w:tcPr>
          <w:p>
            <w:pPr>
              <w:spacing w:after="0"/>
              <w:jc w:val="left"/>
            </w:pPr>
            <w:r>
              <w:rPr>
                <w:sz w:val="16"/>
              </w:rPr>
              <w:t>HURRICANE RITA</w:t>
            </w:r>
          </w:p>
        </w:tc>
        <w:tc>
          <w:tcPr>
            <w:tcW w:type="dxa" w:w="3352"/>
          </w:tcPr>
          <w:p>
            <w:pPr>
              <w:spacing w:after="0"/>
              <w:jc w:val="left"/>
            </w:pPr>
            <w:r>
              <w:rPr>
                <w:sz w:val="16"/>
              </w:rPr>
              <w:t>Hurricane</w:t>
            </w:r>
          </w:p>
        </w:tc>
        <w:tc>
          <w:tcPr>
            <w:tcW w:type="dxa" w:w="1368"/>
          </w:tcPr>
          <w:p>
            <w:pPr>
              <w:spacing w:after="0"/>
              <w:jc w:val="right"/>
            </w:pPr>
            <w:r>
              <w:rPr>
                <w:sz w:val="16"/>
              </w:rPr>
              <w:t>$26,376.67</w:t>
            </w:r>
          </w:p>
        </w:tc>
        <w:tc>
          <w:tcPr>
            <w:tcW w:type="dxa" w:w="1249"/>
          </w:tcPr>
          <w:p>
            <w:pPr>
              <w:spacing w:after="0"/>
              <w:jc w:val="left"/>
            </w:pPr>
          </w:p>
        </w:tc>
        <w:tc>
          <w:tcPr>
            <w:tcW w:type="dxa" w:w="1998"/>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EM-3260-LA</w:t>
            </w:r>
          </w:p>
        </w:tc>
        <w:tc>
          <w:tcPr>
            <w:tcW w:type="dxa" w:w="1304"/>
          </w:tcPr>
          <w:p>
            <w:pPr>
              <w:spacing w:after="0"/>
              <w:jc w:val="left"/>
            </w:pPr>
            <w:r>
              <w:rPr>
                <w:sz w:val="16"/>
              </w:rPr>
              <w:t>Emergency</w:t>
            </w:r>
          </w:p>
        </w:tc>
        <w:tc>
          <w:tcPr>
            <w:tcW w:type="dxa" w:w="1731"/>
          </w:tcPr>
          <w:p>
            <w:pPr>
              <w:spacing w:after="0"/>
              <w:jc w:val="left"/>
            </w:pPr>
            <w:r>
              <w:rPr>
                <w:sz w:val="16"/>
              </w:rPr>
              <w:t>HURRICANE RITA</w:t>
            </w:r>
          </w:p>
        </w:tc>
        <w:tc>
          <w:tcPr>
            <w:tcW w:type="dxa" w:w="3352"/>
          </w:tcPr>
          <w:p>
            <w:pPr>
              <w:spacing w:after="0"/>
              <w:jc w:val="left"/>
            </w:pPr>
            <w:r>
              <w:rPr>
                <w:sz w:val="16"/>
              </w:rPr>
              <w:t>Hurricane</w:t>
            </w:r>
          </w:p>
        </w:tc>
        <w:tc>
          <w:tcPr>
            <w:tcW w:type="dxa" w:w="1368"/>
          </w:tcPr>
          <w:p>
            <w:pPr>
              <w:spacing w:after="0"/>
              <w:jc w:val="right"/>
            </w:pPr>
            <w:r>
              <w:rPr>
                <w:sz w:val="16"/>
              </w:rPr>
              <w:t>none found</w:t>
            </w:r>
          </w:p>
        </w:tc>
        <w:tc>
          <w:tcPr>
            <w:tcW w:type="dxa" w:w="1249"/>
          </w:tcPr>
          <w:p>
            <w:pPr>
              <w:spacing w:after="0"/>
              <w:jc w:val="left"/>
            </w:pPr>
          </w:p>
        </w:tc>
        <w:tc>
          <w:tcPr>
            <w:tcW w:type="dxa" w:w="1998"/>
          </w:tcPr>
          <w:p>
            <w:pPr>
              <w:spacing w:after="0"/>
              <w:jc w:val="left"/>
            </w:pPr>
            <w:r>
              <w:rPr>
                <w:sz w:val="16"/>
              </w:rPr>
              <w:t>same incident as DR-1607</w:t>
            </w: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DR-1603-LA</w:t>
            </w:r>
          </w:p>
        </w:tc>
        <w:tc>
          <w:tcPr>
            <w:tcW w:type="dxa" w:w="1304"/>
          </w:tcPr>
          <w:p>
            <w:pPr>
              <w:spacing w:after="0"/>
              <w:jc w:val="left"/>
            </w:pPr>
            <w:r>
              <w:rPr>
                <w:sz w:val="16"/>
              </w:rPr>
              <w:t>Major disaster</w:t>
            </w:r>
          </w:p>
        </w:tc>
        <w:tc>
          <w:tcPr>
            <w:tcW w:type="dxa" w:w="1731"/>
          </w:tcPr>
          <w:p>
            <w:pPr>
              <w:spacing w:after="0"/>
              <w:jc w:val="left"/>
            </w:pPr>
            <w:r>
              <w:rPr>
                <w:sz w:val="16"/>
              </w:rPr>
              <w:t>HURRICANE KATRINA</w:t>
            </w:r>
          </w:p>
        </w:tc>
        <w:tc>
          <w:tcPr>
            <w:tcW w:type="dxa" w:w="3352"/>
          </w:tcPr>
          <w:p>
            <w:pPr>
              <w:spacing w:after="0"/>
              <w:jc w:val="left"/>
            </w:pPr>
            <w:r>
              <w:rPr>
                <w:sz w:val="16"/>
              </w:rPr>
              <w:t>Hurricane</w:t>
            </w:r>
          </w:p>
        </w:tc>
        <w:tc>
          <w:tcPr>
            <w:tcW w:type="dxa" w:w="1368"/>
          </w:tcPr>
          <w:p>
            <w:pPr>
              <w:spacing w:after="0"/>
              <w:jc w:val="right"/>
            </w:pPr>
            <w:r>
              <w:rPr>
                <w:sz w:val="16"/>
              </w:rPr>
              <w:t>$51,622.04</w:t>
            </w:r>
          </w:p>
        </w:tc>
        <w:tc>
          <w:tcPr>
            <w:tcW w:type="dxa" w:w="1249"/>
          </w:tcPr>
          <w:p>
            <w:pPr>
              <w:spacing w:after="0"/>
              <w:jc w:val="left"/>
            </w:pPr>
          </w:p>
        </w:tc>
        <w:tc>
          <w:tcPr>
            <w:tcW w:type="dxa" w:w="1998"/>
          </w:tcPr>
          <w:p>
            <w:pPr>
              <w:spacing w:after="0"/>
              <w:jc w:val="left"/>
            </w:pPr>
          </w:p>
        </w:tc>
      </w:tr>
      <w:tr>
        <w:trPr>
          <w:cantSplit/>
        </w:trPr>
        <w:tc>
          <w:tcPr>
            <w:tcW w:type="dxa" w:w="1037"/>
          </w:tcPr>
          <w:p>
            <w:pPr>
              <w:spacing w:after="0"/>
              <w:jc w:val="left"/>
            </w:pPr>
            <w:r>
              <w:rPr>
                <w:sz w:val="16"/>
              </w:rPr>
              <w:t>2005-08-27</w:t>
            </w:r>
          </w:p>
        </w:tc>
        <w:tc>
          <w:tcPr>
            <w:tcW w:type="dxa" w:w="1037"/>
          </w:tcPr>
          <w:p>
            <w:pPr>
              <w:spacing w:after="0"/>
              <w:jc w:val="left"/>
            </w:pPr>
            <w:r>
              <w:rPr>
                <w:sz w:val="16"/>
              </w:rPr>
              <w:t>2005-08-26</w:t>
            </w:r>
          </w:p>
        </w:tc>
        <w:tc>
          <w:tcPr>
            <w:tcW w:type="dxa" w:w="1037"/>
          </w:tcPr>
          <w:p>
            <w:pPr>
              <w:spacing w:after="0"/>
              <w:jc w:val="left"/>
            </w:pPr>
            <w:r>
              <w:rPr>
                <w:sz w:val="16"/>
              </w:rPr>
              <w:t>EM-3212-LA</w:t>
            </w:r>
          </w:p>
        </w:tc>
        <w:tc>
          <w:tcPr>
            <w:tcW w:type="dxa" w:w="1304"/>
          </w:tcPr>
          <w:p>
            <w:pPr>
              <w:spacing w:after="0"/>
              <w:jc w:val="left"/>
            </w:pPr>
            <w:r>
              <w:rPr>
                <w:sz w:val="16"/>
              </w:rPr>
              <w:t>Emergency</w:t>
            </w:r>
          </w:p>
        </w:tc>
        <w:tc>
          <w:tcPr>
            <w:tcW w:type="dxa" w:w="1731"/>
          </w:tcPr>
          <w:p>
            <w:pPr>
              <w:spacing w:after="0"/>
              <w:jc w:val="left"/>
            </w:pPr>
            <w:r>
              <w:rPr>
                <w:sz w:val="16"/>
              </w:rPr>
              <w:t>HURRICANE KATRINA</w:t>
            </w:r>
          </w:p>
        </w:tc>
        <w:tc>
          <w:tcPr>
            <w:tcW w:type="dxa" w:w="3352"/>
          </w:tcPr>
          <w:p>
            <w:pPr>
              <w:spacing w:after="0"/>
              <w:jc w:val="left"/>
            </w:pPr>
            <w:r>
              <w:rPr>
                <w:sz w:val="16"/>
              </w:rPr>
              <w:t>Hurricane</w:t>
            </w:r>
          </w:p>
        </w:tc>
        <w:tc>
          <w:tcPr>
            <w:tcW w:type="dxa" w:w="1368"/>
          </w:tcPr>
          <w:p>
            <w:pPr>
              <w:spacing w:after="0"/>
              <w:jc w:val="right"/>
            </w:pPr>
            <w:r>
              <w:rPr>
                <w:sz w:val="16"/>
              </w:rPr>
              <w:t>none found</w:t>
            </w:r>
          </w:p>
        </w:tc>
        <w:tc>
          <w:tcPr>
            <w:tcW w:type="dxa" w:w="1249"/>
          </w:tcPr>
          <w:p>
            <w:pPr>
              <w:spacing w:after="0"/>
              <w:jc w:val="left"/>
            </w:pPr>
          </w:p>
        </w:tc>
        <w:tc>
          <w:tcPr>
            <w:tcW w:type="dxa" w:w="1998"/>
          </w:tcPr>
          <w:p>
            <w:pPr>
              <w:spacing w:after="0"/>
              <w:jc w:val="left"/>
            </w:pPr>
            <w:r>
              <w:rPr>
                <w:sz w:val="16"/>
              </w:rPr>
              <w:t>same incident as DR-1603</w:t>
            </w:r>
          </w:p>
        </w:tc>
      </w:tr>
      <w:tr>
        <w:trPr>
          <w:cantSplit/>
        </w:trPr>
        <w:tc>
          <w:tcPr>
            <w:tcW w:type="dxa" w:w="1037"/>
          </w:tcPr>
          <w:p>
            <w:pPr>
              <w:spacing w:after="0"/>
              <w:jc w:val="left"/>
            </w:pPr>
            <w:r>
              <w:rPr>
                <w:sz w:val="16"/>
              </w:rPr>
              <w:t>1991-05-03</w:t>
            </w:r>
          </w:p>
        </w:tc>
        <w:tc>
          <w:tcPr>
            <w:tcW w:type="dxa" w:w="1037"/>
          </w:tcPr>
          <w:p>
            <w:pPr>
              <w:spacing w:after="0"/>
              <w:jc w:val="left"/>
            </w:pPr>
            <w:r>
              <w:rPr>
                <w:sz w:val="16"/>
              </w:rPr>
              <w:t>1991-04-27</w:t>
            </w:r>
          </w:p>
        </w:tc>
        <w:tc>
          <w:tcPr>
            <w:tcW w:type="dxa" w:w="1037"/>
          </w:tcPr>
          <w:p>
            <w:pPr>
              <w:spacing w:after="0"/>
              <w:jc w:val="left"/>
            </w:pPr>
            <w:r>
              <w:rPr>
                <w:sz w:val="16"/>
              </w:rPr>
              <w:t>DR-904-LA</w:t>
            </w:r>
          </w:p>
        </w:tc>
        <w:tc>
          <w:tcPr>
            <w:tcW w:type="dxa" w:w="1304"/>
          </w:tcPr>
          <w:p>
            <w:pPr>
              <w:spacing w:after="0"/>
              <w:jc w:val="left"/>
            </w:pPr>
            <w:r>
              <w:rPr>
                <w:sz w:val="16"/>
              </w:rPr>
              <w:t>Major disaster</w:t>
            </w:r>
          </w:p>
        </w:tc>
        <w:tc>
          <w:tcPr>
            <w:tcW w:type="dxa" w:w="1731"/>
          </w:tcPr>
          <w:p>
            <w:pPr>
              <w:spacing w:after="0"/>
              <w:jc w:val="left"/>
            </w:pPr>
            <w:r>
              <w:rPr>
                <w:sz w:val="16"/>
              </w:rPr>
              <w:t>SEVERE STORMS, TORNADOES &amp; FLOODING</w:t>
            </w:r>
          </w:p>
        </w:tc>
        <w:tc>
          <w:tcPr>
            <w:tcW w:type="dxa" w:w="3352"/>
          </w:tcPr>
          <w:p>
            <w:pPr>
              <w:spacing w:after="0"/>
              <w:jc w:val="left"/>
            </w:pPr>
            <w:r>
              <w:rPr>
                <w:sz w:val="16"/>
              </w:rPr>
              <w:t>Inland Flooding; Tornado</w:t>
            </w:r>
          </w:p>
        </w:tc>
        <w:tc>
          <w:tcPr>
            <w:tcW w:type="dxa" w:w="1368"/>
          </w:tcPr>
          <w:p>
            <w:pPr>
              <w:spacing w:after="0"/>
              <w:jc w:val="right"/>
            </w:pPr>
            <w:r>
              <w:rPr>
                <w:sz w:val="16"/>
              </w:rPr>
              <w:t>none found</w:t>
            </w:r>
          </w:p>
        </w:tc>
        <w:tc>
          <w:tcPr>
            <w:tcW w:type="dxa" w:w="1249"/>
          </w:tcPr>
          <w:p>
            <w:pPr>
              <w:spacing w:after="0"/>
              <w:jc w:val="left"/>
            </w:pPr>
          </w:p>
        </w:tc>
        <w:tc>
          <w:tcPr>
            <w:tcW w:type="dxa" w:w="1998"/>
          </w:tcPr>
          <w:p>
            <w:pPr>
              <w:spacing w:after="0"/>
              <w:jc w:val="left"/>
            </w:pPr>
          </w:p>
        </w:tc>
      </w:tr>
      <w:tr>
        <w:trPr>
          <w:cantSplit/>
        </w:trPr>
        <w:tc>
          <w:tcPr>
            <w:tcW w:type="dxa" w:w="1037"/>
          </w:tcPr>
          <w:p>
            <w:pPr>
              <w:spacing w:after="0"/>
              <w:jc w:val="left"/>
            </w:pPr>
            <w:r>
              <w:rPr>
                <w:sz w:val="16"/>
              </w:rPr>
              <w:t>1973-04-27</w:t>
            </w:r>
          </w:p>
        </w:tc>
        <w:tc>
          <w:tcPr>
            <w:tcW w:type="dxa" w:w="1037"/>
          </w:tcPr>
          <w:p>
            <w:pPr>
              <w:spacing w:after="0"/>
              <w:jc w:val="left"/>
            </w:pPr>
            <w:r>
              <w:rPr>
                <w:sz w:val="16"/>
              </w:rPr>
              <w:t>1973-04-27</w:t>
            </w:r>
          </w:p>
        </w:tc>
        <w:tc>
          <w:tcPr>
            <w:tcW w:type="dxa" w:w="1037"/>
          </w:tcPr>
          <w:p>
            <w:pPr>
              <w:spacing w:after="0"/>
              <w:jc w:val="left"/>
            </w:pPr>
            <w:r>
              <w:rPr>
                <w:sz w:val="16"/>
              </w:rPr>
              <w:t>DR-374-LA</w:t>
            </w:r>
          </w:p>
        </w:tc>
        <w:tc>
          <w:tcPr>
            <w:tcW w:type="dxa" w:w="1304"/>
          </w:tcPr>
          <w:p>
            <w:pPr>
              <w:spacing w:after="0"/>
              <w:jc w:val="left"/>
            </w:pPr>
            <w:r>
              <w:rPr>
                <w:sz w:val="16"/>
              </w:rPr>
              <w:t>Major disaster</w:t>
            </w:r>
          </w:p>
        </w:tc>
        <w:tc>
          <w:tcPr>
            <w:tcW w:type="dxa" w:w="1731"/>
          </w:tcPr>
          <w:p>
            <w:pPr>
              <w:spacing w:after="0"/>
              <w:jc w:val="left"/>
            </w:pPr>
            <w:r>
              <w:rPr>
                <w:sz w:val="16"/>
              </w:rPr>
              <w:t>SEVERE STORMS &amp; FLOODING</w:t>
            </w:r>
          </w:p>
        </w:tc>
        <w:tc>
          <w:tcPr>
            <w:tcW w:type="dxa" w:w="3352"/>
          </w:tcPr>
          <w:p>
            <w:pPr>
              <w:spacing w:after="0"/>
              <w:jc w:val="left"/>
            </w:pPr>
            <w:r>
              <w:rPr>
                <w:sz w:val="16"/>
              </w:rPr>
              <w:t>Inland Flooding</w:t>
            </w:r>
          </w:p>
        </w:tc>
        <w:tc>
          <w:tcPr>
            <w:tcW w:type="dxa" w:w="1368"/>
          </w:tcPr>
          <w:p>
            <w:pPr>
              <w:spacing w:after="0"/>
              <w:jc w:val="right"/>
            </w:pPr>
            <w:r>
              <w:rPr>
                <w:sz w:val="16"/>
              </w:rPr>
              <w:t>none found</w:t>
            </w:r>
          </w:p>
        </w:tc>
        <w:tc>
          <w:tcPr>
            <w:tcW w:type="dxa" w:w="1249"/>
          </w:tcPr>
          <w:p>
            <w:pPr>
              <w:spacing w:after="0"/>
              <w:jc w:val="left"/>
            </w:pPr>
          </w:p>
        </w:tc>
        <w:tc>
          <w:tcPr>
            <w:tcW w:type="dxa" w:w="199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12"/>
        <w:gridCol w:w="1212"/>
        <w:gridCol w:w="1108"/>
        <w:gridCol w:w="1630"/>
        <w:gridCol w:w="1734"/>
        <w:gridCol w:w="5701"/>
        <w:gridCol w:w="758"/>
        <w:gridCol w:w="758"/>
      </w:tblGrid>
      <w:tr>
        <w:trPr>
          <w:cantSplit/>
          <w:tblHeader/>
        </w:trPr>
        <w:tc>
          <w:tcPr>
            <w:tcW w:type="dxa" w:w="1212"/>
            <w:shd w:val="clear" w:color="auto" w:fill="E8E8E8"/>
          </w:tcPr>
          <w:p>
            <w:pPr>
              <w:spacing w:after="0"/>
              <w:jc w:val="left"/>
            </w:pPr>
            <w:r>
              <w:rPr>
                <w:b/>
                <w:sz w:val="16"/>
              </w:rPr>
              <w:t>Declared</w:t>
            </w:r>
          </w:p>
        </w:tc>
        <w:tc>
          <w:tcPr>
            <w:tcW w:type="dxa" w:w="1212"/>
            <w:shd w:val="clear" w:color="auto" w:fill="E8E8E8"/>
          </w:tcPr>
          <w:p>
            <w:pPr>
              <w:spacing w:after="0"/>
              <w:jc w:val="left"/>
            </w:pPr>
            <w:r>
              <w:rPr>
                <w:b/>
                <w:sz w:val="16"/>
              </w:rPr>
              <w:t>Incident began</w:t>
            </w:r>
          </w:p>
        </w:tc>
        <w:tc>
          <w:tcPr>
            <w:tcW w:type="dxa" w:w="1108"/>
            <w:shd w:val="clear" w:color="auto" w:fill="E8E8E8"/>
          </w:tcPr>
          <w:p>
            <w:pPr>
              <w:spacing w:after="0"/>
              <w:jc w:val="left"/>
            </w:pPr>
            <w:r>
              <w:rPr>
                <w:b/>
                <w:sz w:val="16"/>
              </w:rPr>
              <w:t>FEMA number</w:t>
            </w:r>
          </w:p>
        </w:tc>
        <w:tc>
          <w:tcPr>
            <w:tcW w:type="dxa" w:w="1630"/>
            <w:shd w:val="clear" w:color="auto" w:fill="E8E8E8"/>
          </w:tcPr>
          <w:p>
            <w:pPr>
              <w:spacing w:after="0"/>
              <w:jc w:val="left"/>
            </w:pPr>
            <w:r>
              <w:rPr>
                <w:b/>
                <w:sz w:val="16"/>
              </w:rPr>
              <w:t>Type</w:t>
            </w:r>
          </w:p>
        </w:tc>
        <w:tc>
          <w:tcPr>
            <w:tcW w:type="dxa" w:w="1734"/>
            <w:shd w:val="clear" w:color="auto" w:fill="E8E8E8"/>
          </w:tcPr>
          <w:p>
            <w:pPr>
              <w:spacing w:after="0"/>
              <w:jc w:val="left"/>
            </w:pPr>
            <w:r>
              <w:rPr>
                <w:b/>
                <w:sz w:val="16"/>
              </w:rPr>
              <w:t>Title</w:t>
            </w:r>
          </w:p>
        </w:tc>
        <w:tc>
          <w:tcPr>
            <w:tcW w:type="dxa" w:w="5701"/>
            <w:shd w:val="clear" w:color="auto" w:fill="E8E8E8"/>
          </w:tcPr>
          <w:p>
            <w:pPr>
              <w:spacing w:after="0"/>
              <w:jc w:val="left"/>
            </w:pPr>
            <w:r>
              <w:rPr>
                <w:b/>
                <w:sz w:val="16"/>
              </w:rPr>
              <w:t>Mapped hazard</w:t>
            </w:r>
          </w:p>
        </w:tc>
        <w:tc>
          <w:tcPr>
            <w:tcW w:type="dxa" w:w="758"/>
            <w:shd w:val="clear" w:color="auto" w:fill="E8E8E8"/>
          </w:tcPr>
          <w:p>
            <w:pPr>
              <w:spacing w:after="0"/>
              <w:jc w:val="left"/>
            </w:pPr>
            <w:r>
              <w:rPr>
                <w:b/>
                <w:sz w:val="16"/>
              </w:rPr>
              <w:t>Flags</w:t>
            </w:r>
          </w:p>
        </w:tc>
        <w:tc>
          <w:tcPr>
            <w:tcW w:type="dxa" w:w="758"/>
            <w:shd w:val="clear" w:color="auto" w:fill="E8E8E8"/>
          </w:tcPr>
          <w:p>
            <w:pPr>
              <w:spacing w:after="0"/>
              <w:jc w:val="left"/>
            </w:pPr>
            <w:r>
              <w:rPr>
                <w:b/>
                <w:sz w:val="16"/>
              </w:rPr>
              <w:t>Notes</w:t>
            </w:r>
          </w:p>
        </w:tc>
      </w:tr>
      <w:tr>
        <w:trPr>
          <w:cantSplit/>
        </w:trPr>
        <w:tc>
          <w:tcPr>
            <w:tcW w:type="dxa" w:w="1212"/>
          </w:tcPr>
          <w:p>
            <w:pPr>
              <w:spacing w:after="0"/>
              <w:jc w:val="left"/>
            </w:pPr>
            <w:r>
              <w:rPr>
                <w:sz w:val="16"/>
              </w:rPr>
              <w:t>1964-10-03</w:t>
            </w:r>
          </w:p>
        </w:tc>
        <w:tc>
          <w:tcPr>
            <w:tcW w:type="dxa" w:w="1212"/>
          </w:tcPr>
          <w:p>
            <w:pPr>
              <w:spacing w:after="0"/>
              <w:jc w:val="left"/>
            </w:pPr>
            <w:r>
              <w:rPr>
                <w:sz w:val="16"/>
              </w:rPr>
              <w:t>1964-10-03</w:t>
            </w:r>
          </w:p>
        </w:tc>
        <w:tc>
          <w:tcPr>
            <w:tcW w:type="dxa" w:w="1108"/>
          </w:tcPr>
          <w:p>
            <w:pPr>
              <w:spacing w:after="0"/>
              <w:jc w:val="left"/>
            </w:pPr>
            <w:r>
              <w:rPr>
                <w:sz w:val="16"/>
              </w:rPr>
              <w:t>DR-178-LA</w:t>
            </w:r>
          </w:p>
        </w:tc>
        <w:tc>
          <w:tcPr>
            <w:tcW w:type="dxa" w:w="1630"/>
          </w:tcPr>
          <w:p>
            <w:pPr>
              <w:spacing w:after="0"/>
              <w:jc w:val="left"/>
            </w:pPr>
            <w:r>
              <w:rPr>
                <w:sz w:val="16"/>
              </w:rPr>
              <w:t>Major disaster</w:t>
            </w:r>
          </w:p>
        </w:tc>
        <w:tc>
          <w:tcPr>
            <w:tcW w:type="dxa" w:w="1734"/>
          </w:tcPr>
          <w:p>
            <w:pPr>
              <w:spacing w:after="0"/>
              <w:jc w:val="left"/>
            </w:pPr>
            <w:r>
              <w:rPr>
                <w:sz w:val="16"/>
              </w:rPr>
              <w:t>HURRICANE HILDA</w:t>
            </w:r>
          </w:p>
        </w:tc>
        <w:tc>
          <w:tcPr>
            <w:tcW w:type="dxa" w:w="5701"/>
          </w:tcPr>
          <w:p>
            <w:pPr>
              <w:spacing w:after="0"/>
              <w:jc w:val="left"/>
            </w:pPr>
            <w:r>
              <w:rPr>
                <w:sz w:val="16"/>
              </w:rPr>
              <w:t>Hurricane (primary); also designated: 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1962-11-05</w:t>
            </w:r>
          </w:p>
        </w:tc>
        <w:tc>
          <w:tcPr>
            <w:tcW w:type="dxa" w:w="1212"/>
          </w:tcPr>
          <w:p>
            <w:pPr>
              <w:spacing w:after="0"/>
              <w:jc w:val="left"/>
            </w:pPr>
            <w:r>
              <w:rPr>
                <w:sz w:val="16"/>
              </w:rPr>
              <w:t>1962-11-05</w:t>
            </w:r>
          </w:p>
        </w:tc>
        <w:tc>
          <w:tcPr>
            <w:tcW w:type="dxa" w:w="1108"/>
          </w:tcPr>
          <w:p>
            <w:pPr>
              <w:spacing w:after="0"/>
              <w:jc w:val="left"/>
            </w:pPr>
            <w:r>
              <w:rPr>
                <w:sz w:val="16"/>
              </w:rPr>
              <w:t>DR-139-LA</w:t>
            </w:r>
          </w:p>
        </w:tc>
        <w:tc>
          <w:tcPr>
            <w:tcW w:type="dxa" w:w="1630"/>
          </w:tcPr>
          <w:p>
            <w:pPr>
              <w:spacing w:after="0"/>
              <w:jc w:val="left"/>
            </w:pPr>
            <w:r>
              <w:rPr>
                <w:sz w:val="16"/>
              </w:rPr>
              <w:t>Major disaster</w:t>
            </w:r>
          </w:p>
        </w:tc>
        <w:tc>
          <w:tcPr>
            <w:tcW w:type="dxa" w:w="1734"/>
          </w:tcPr>
          <w:p>
            <w:pPr>
              <w:spacing w:after="0"/>
              <w:jc w:val="left"/>
            </w:pPr>
            <w:r>
              <w:rPr>
                <w:sz w:val="16"/>
              </w:rPr>
              <w:t>CHLORINE BARGE ACCIDENT</w:t>
            </w:r>
          </w:p>
        </w:tc>
        <w:tc>
          <w:tcPr>
            <w:tcW w:type="dxa" w:w="5701"/>
          </w:tcPr>
          <w:p>
            <w:pPr>
              <w:spacing w:after="0"/>
              <w:jc w:val="left"/>
            </w:pPr>
            <w:r>
              <w:rPr>
                <w:sz w:val="16"/>
              </w:rPr>
              <w:t>Non-natural, not counted</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1958-05-20</w:t>
            </w:r>
          </w:p>
        </w:tc>
        <w:tc>
          <w:tcPr>
            <w:tcW w:type="dxa" w:w="1212"/>
          </w:tcPr>
          <w:p>
            <w:pPr>
              <w:spacing w:after="0"/>
              <w:jc w:val="left"/>
            </w:pPr>
            <w:r>
              <w:rPr>
                <w:sz w:val="16"/>
              </w:rPr>
              <w:t>1958-05-20</w:t>
            </w:r>
          </w:p>
        </w:tc>
        <w:tc>
          <w:tcPr>
            <w:tcW w:type="dxa" w:w="1108"/>
          </w:tcPr>
          <w:p>
            <w:pPr>
              <w:spacing w:after="0"/>
              <w:jc w:val="left"/>
            </w:pPr>
            <w:r>
              <w:rPr>
                <w:sz w:val="16"/>
              </w:rPr>
              <w:t>DR-84-LA</w:t>
            </w:r>
          </w:p>
        </w:tc>
        <w:tc>
          <w:tcPr>
            <w:tcW w:type="dxa" w:w="1630"/>
          </w:tcPr>
          <w:p>
            <w:pPr>
              <w:spacing w:after="0"/>
              <w:jc w:val="left"/>
            </w:pPr>
            <w:r>
              <w:rPr>
                <w:sz w:val="16"/>
              </w:rPr>
              <w:t>Major disaster</w:t>
            </w:r>
          </w:p>
        </w:tc>
        <w:tc>
          <w:tcPr>
            <w:tcW w:type="dxa" w:w="1734"/>
          </w:tcPr>
          <w:p>
            <w:pPr>
              <w:spacing w:after="0"/>
              <w:jc w:val="left"/>
            </w:pPr>
            <w:r>
              <w:rPr>
                <w:sz w:val="16"/>
              </w:rPr>
              <w:t>FLOODS</w:t>
            </w:r>
          </w:p>
        </w:tc>
        <w:tc>
          <w:tcPr>
            <w:tcW w:type="dxa" w:w="5701"/>
          </w:tcPr>
          <w:p>
            <w:pPr>
              <w:spacing w:after="0"/>
              <w:jc w:val="left"/>
            </w:pPr>
            <w:r>
              <w:rPr>
                <w:sz w:val="16"/>
              </w:rPr>
              <w:t>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1957-05-16</w:t>
            </w:r>
          </w:p>
        </w:tc>
        <w:tc>
          <w:tcPr>
            <w:tcW w:type="dxa" w:w="1212"/>
          </w:tcPr>
          <w:p>
            <w:pPr>
              <w:spacing w:after="0"/>
              <w:jc w:val="left"/>
            </w:pPr>
            <w:r>
              <w:rPr>
                <w:sz w:val="16"/>
              </w:rPr>
              <w:t>1957-05-16</w:t>
            </w:r>
          </w:p>
        </w:tc>
        <w:tc>
          <w:tcPr>
            <w:tcW w:type="dxa" w:w="1108"/>
          </w:tcPr>
          <w:p>
            <w:pPr>
              <w:spacing w:after="0"/>
              <w:jc w:val="left"/>
            </w:pPr>
            <w:r>
              <w:rPr>
                <w:sz w:val="16"/>
              </w:rPr>
              <w:t>DR-73-LA</w:t>
            </w:r>
          </w:p>
        </w:tc>
        <w:tc>
          <w:tcPr>
            <w:tcW w:type="dxa" w:w="1630"/>
          </w:tcPr>
          <w:p>
            <w:pPr>
              <w:spacing w:after="0"/>
              <w:jc w:val="left"/>
            </w:pPr>
            <w:r>
              <w:rPr>
                <w:sz w:val="16"/>
              </w:rPr>
              <w:t>Major disaster</w:t>
            </w:r>
          </w:p>
        </w:tc>
        <w:tc>
          <w:tcPr>
            <w:tcW w:type="dxa" w:w="1734"/>
          </w:tcPr>
          <w:p>
            <w:pPr>
              <w:spacing w:after="0"/>
              <w:jc w:val="left"/>
            </w:pPr>
            <w:r>
              <w:rPr>
                <w:sz w:val="16"/>
              </w:rPr>
              <w:t>FLOODS &amp; HURRICANE</w:t>
            </w:r>
          </w:p>
        </w:tc>
        <w:tc>
          <w:tcPr>
            <w:tcW w:type="dxa" w:w="5701"/>
          </w:tcPr>
          <w:p>
            <w:pPr>
              <w:spacing w:after="0"/>
              <w:jc w:val="left"/>
            </w:pPr>
            <w:r>
              <w:rPr>
                <w:sz w:val="16"/>
              </w:rPr>
              <w:t>Hurricane (primary); also designated: 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1956-10-04</w:t>
            </w:r>
          </w:p>
        </w:tc>
        <w:tc>
          <w:tcPr>
            <w:tcW w:type="dxa" w:w="1212"/>
          </w:tcPr>
          <w:p>
            <w:pPr>
              <w:spacing w:after="0"/>
              <w:jc w:val="left"/>
            </w:pPr>
            <w:r>
              <w:rPr>
                <w:sz w:val="16"/>
              </w:rPr>
              <w:t>1956-10-04</w:t>
            </w:r>
          </w:p>
        </w:tc>
        <w:tc>
          <w:tcPr>
            <w:tcW w:type="dxa" w:w="1108"/>
          </w:tcPr>
          <w:p>
            <w:pPr>
              <w:spacing w:after="0"/>
              <w:jc w:val="left"/>
            </w:pPr>
            <w:r>
              <w:rPr>
                <w:sz w:val="16"/>
              </w:rPr>
              <w:t>DR-64-LA</w:t>
            </w:r>
          </w:p>
        </w:tc>
        <w:tc>
          <w:tcPr>
            <w:tcW w:type="dxa" w:w="1630"/>
          </w:tcPr>
          <w:p>
            <w:pPr>
              <w:spacing w:after="0"/>
              <w:jc w:val="left"/>
            </w:pPr>
            <w:r>
              <w:rPr>
                <w:sz w:val="16"/>
              </w:rPr>
              <w:t>Major disaster</w:t>
            </w:r>
          </w:p>
        </w:tc>
        <w:tc>
          <w:tcPr>
            <w:tcW w:type="dxa" w:w="1734"/>
          </w:tcPr>
          <w:p>
            <w:pPr>
              <w:spacing w:after="0"/>
              <w:jc w:val="left"/>
            </w:pPr>
            <w:r>
              <w:rPr>
                <w:sz w:val="16"/>
              </w:rPr>
              <w:t>HURRICANE</w:t>
            </w:r>
          </w:p>
        </w:tc>
        <w:tc>
          <w:tcPr>
            <w:tcW w:type="dxa" w:w="5701"/>
          </w:tcPr>
          <w:p>
            <w:pPr>
              <w:spacing w:after="0"/>
              <w:jc w:val="left"/>
            </w:pPr>
            <w:r>
              <w:rPr>
                <w:sz w:val="16"/>
              </w:rPr>
              <w:t>Hurricane (primary); also designated: 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1953-05-29</w:t>
            </w:r>
          </w:p>
        </w:tc>
        <w:tc>
          <w:tcPr>
            <w:tcW w:type="dxa" w:w="1212"/>
          </w:tcPr>
          <w:p>
            <w:pPr>
              <w:spacing w:after="0"/>
              <w:jc w:val="left"/>
            </w:pPr>
            <w:r>
              <w:rPr>
                <w:sz w:val="16"/>
              </w:rPr>
              <w:t>1953-05-29</w:t>
            </w:r>
          </w:p>
        </w:tc>
        <w:tc>
          <w:tcPr>
            <w:tcW w:type="dxa" w:w="1108"/>
          </w:tcPr>
          <w:p>
            <w:pPr>
              <w:spacing w:after="0"/>
              <w:jc w:val="left"/>
            </w:pPr>
            <w:r>
              <w:rPr>
                <w:sz w:val="16"/>
              </w:rPr>
              <w:t>DR-3-LA</w:t>
            </w:r>
          </w:p>
        </w:tc>
        <w:tc>
          <w:tcPr>
            <w:tcW w:type="dxa" w:w="1630"/>
          </w:tcPr>
          <w:p>
            <w:pPr>
              <w:spacing w:after="0"/>
              <w:jc w:val="left"/>
            </w:pPr>
            <w:r>
              <w:rPr>
                <w:sz w:val="16"/>
              </w:rPr>
              <w:t>Major disaster</w:t>
            </w:r>
          </w:p>
        </w:tc>
        <w:tc>
          <w:tcPr>
            <w:tcW w:type="dxa" w:w="1734"/>
          </w:tcPr>
          <w:p>
            <w:pPr>
              <w:spacing w:after="0"/>
              <w:jc w:val="left"/>
            </w:pPr>
            <w:r>
              <w:rPr>
                <w:sz w:val="16"/>
              </w:rPr>
              <w:t>FLOOD</w:t>
            </w:r>
          </w:p>
        </w:tc>
        <w:tc>
          <w:tcPr>
            <w:tcW w:type="dxa" w:w="5701"/>
          </w:tcPr>
          <w:p>
            <w:pPr>
              <w:spacing w:after="0"/>
              <w:jc w:val="left"/>
            </w:pPr>
            <w:r>
              <w:rPr>
                <w:sz w:val="16"/>
              </w:rPr>
              <w:t>Inland Flooding</w:t>
            </w:r>
          </w:p>
        </w:tc>
        <w:tc>
          <w:tcPr>
            <w:tcW w:type="dxa" w:w="758"/>
          </w:tcPr>
          <w:p>
            <w:pPr>
              <w:spacing w:after="0"/>
              <w:jc w:val="left"/>
            </w:pPr>
          </w:p>
        </w:tc>
        <w:tc>
          <w:tcPr>
            <w:tcW w:type="dxa" w:w="758"/>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17</w:t>
            </w:r>
          </w:p>
        </w:tc>
        <w:tc>
          <w:tcPr>
            <w:tcW w:type="dxa" w:w="1422"/>
          </w:tcPr>
          <w:p>
            <w:pPr>
              <w:spacing w:after="0"/>
              <w:jc w:val="right"/>
            </w:pPr>
            <w:r>
              <w:rPr>
                <w:sz w:val="16"/>
              </w:rPr>
              <w:t>2</w:t>
            </w:r>
          </w:p>
        </w:tc>
        <w:tc>
          <w:tcPr>
            <w:tcW w:type="dxa" w:w="1356"/>
          </w:tcPr>
          <w:p>
            <w:pPr>
              <w:spacing w:after="0"/>
              <w:jc w:val="right"/>
            </w:pPr>
            <w:r>
              <w:rPr>
                <w:sz w:val="16"/>
              </w:rPr>
              <w:t>3</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89</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176</w:t>
            </w:r>
          </w:p>
        </w:tc>
        <w:tc>
          <w:tcPr>
            <w:tcW w:type="dxa" w:w="1422"/>
          </w:tcPr>
          <w:p>
            <w:pPr>
              <w:spacing w:after="0"/>
              <w:jc w:val="right"/>
            </w:pPr>
            <w:r>
              <w:rPr>
                <w:sz w:val="16"/>
              </w:rPr>
              <w:t>8</w:t>
            </w:r>
          </w:p>
        </w:tc>
        <w:tc>
          <w:tcPr>
            <w:tcW w:type="dxa" w:w="1356"/>
          </w:tcPr>
          <w:p>
            <w:pPr>
              <w:spacing w:after="0"/>
              <w:jc w:val="right"/>
            </w:pPr>
            <w:r>
              <w:rPr>
                <w:sz w:val="16"/>
              </w:rPr>
              <w:t>1</w:t>
            </w:r>
          </w:p>
        </w:tc>
        <w:tc>
          <w:tcPr>
            <w:tcW w:type="dxa" w:w="963"/>
          </w:tcPr>
          <w:p>
            <w:pPr>
              <w:spacing w:after="0"/>
              <w:jc w:val="right"/>
            </w:pPr>
            <w:r>
              <w:rPr>
                <w:sz w:val="16"/>
              </w:rPr>
              <w:t>23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10</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Includes 3 Sleet records,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60"/>
        <w:gridCol w:w="3091"/>
        <w:gridCol w:w="1640"/>
        <w:gridCol w:w="1138"/>
        <w:gridCol w:w="1865"/>
        <w:gridCol w:w="648"/>
        <w:gridCol w:w="3334"/>
      </w:tblGrid>
      <w:tr>
        <w:trPr>
          <w:cantSplit/>
          <w:tblHeader/>
        </w:trPr>
        <w:tc>
          <w:tcPr>
            <w:tcW w:type="dxa" w:w="1037"/>
            <w:shd w:val="clear" w:color="auto" w:fill="E8E8E8"/>
          </w:tcPr>
          <w:p>
            <w:pPr>
              <w:spacing w:after="0"/>
              <w:jc w:val="left"/>
            </w:pPr>
            <w:r>
              <w:rPr>
                <w:b/>
                <w:sz w:val="16"/>
              </w:rPr>
              <w:t>Date</w:t>
            </w:r>
          </w:p>
        </w:tc>
        <w:tc>
          <w:tcPr>
            <w:tcW w:type="dxa" w:w="1360"/>
            <w:shd w:val="clear" w:color="auto" w:fill="E8E8E8"/>
          </w:tcPr>
          <w:p>
            <w:pPr>
              <w:spacing w:after="0"/>
              <w:jc w:val="left"/>
            </w:pPr>
            <w:r>
              <w:rPr>
                <w:b/>
                <w:sz w:val="16"/>
              </w:rPr>
              <w:t>Event type</w:t>
            </w:r>
          </w:p>
        </w:tc>
        <w:tc>
          <w:tcPr>
            <w:tcW w:type="dxa" w:w="3091"/>
            <w:shd w:val="clear" w:color="auto" w:fill="E8E8E8"/>
          </w:tcPr>
          <w:p>
            <w:pPr>
              <w:spacing w:after="0"/>
              <w:jc w:val="left"/>
            </w:pPr>
            <w:r>
              <w:rPr>
                <w:b/>
                <w:sz w:val="16"/>
              </w:rPr>
              <w:t>Magnitude or extent</w:t>
            </w:r>
          </w:p>
        </w:tc>
        <w:tc>
          <w:tcPr>
            <w:tcW w:type="dxa" w:w="1640"/>
            <w:shd w:val="clear" w:color="auto" w:fill="E8E8E8"/>
          </w:tcPr>
          <w:p>
            <w:pPr>
              <w:spacing w:after="0"/>
              <w:jc w:val="left"/>
            </w:pPr>
            <w:r>
              <w:rPr>
                <w:b/>
                <w:sz w:val="16"/>
              </w:rPr>
              <w:t>Damage</w:t>
            </w:r>
          </w:p>
          <w:p>
            <w:pPr>
              <w:spacing w:after="0"/>
              <w:jc w:val="left"/>
            </w:pPr>
            <w:r>
              <w:rPr>
                <w:i/>
                <w:color w:val="555555"/>
                <w:sz w:val="14"/>
              </w:rPr>
              <w:t>nominal dollars</w:t>
            </w:r>
          </w:p>
        </w:tc>
        <w:tc>
          <w:tcPr>
            <w:tcW w:type="dxa" w:w="113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65"/>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333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2015-11-17</w:t>
            </w:r>
          </w:p>
        </w:tc>
        <w:tc>
          <w:tcPr>
            <w:tcW w:type="dxa" w:w="1360"/>
          </w:tcPr>
          <w:p>
            <w:pPr>
              <w:spacing w:after="0"/>
              <w:jc w:val="left"/>
            </w:pPr>
            <w:r>
              <w:rPr>
                <w:sz w:val="16"/>
              </w:rPr>
              <w:t>Strong Wind</w:t>
            </w:r>
          </w:p>
        </w:tc>
        <w:tc>
          <w:tcPr>
            <w:tcW w:type="dxa" w:w="3091"/>
          </w:tcPr>
          <w:p>
            <w:pPr>
              <w:spacing w:after="0"/>
              <w:jc w:val="left"/>
            </w:pPr>
            <w:r>
              <w:rPr>
                <w:sz w:val="16"/>
              </w:rPr>
              <w:t>40 kt (46 mph) estimated gust</w:t>
            </w:r>
          </w:p>
        </w:tc>
        <w:tc>
          <w:tcPr>
            <w:tcW w:type="dxa" w:w="1640"/>
          </w:tcPr>
          <w:p>
            <w:pPr>
              <w:spacing w:after="0"/>
              <w:jc w:val="left"/>
            </w:pPr>
            <w:r>
              <w:rPr>
                <w:sz w:val="16"/>
              </w:rPr>
              <w:t>$3,000 property; $0 crops, reported for the zone (2015 dollars)</w:t>
            </w:r>
          </w:p>
        </w:tc>
        <w:tc>
          <w:tcPr>
            <w:tcW w:type="dxa" w:w="1138"/>
          </w:tcPr>
          <w:p>
            <w:pPr>
              <w:spacing w:after="0"/>
              <w:jc w:val="right"/>
            </w:pPr>
            <w:r>
              <w:rPr>
                <w:sz w:val="16"/>
              </w:rPr>
              <w:t>0, 0</w:t>
            </w:r>
          </w:p>
        </w:tc>
        <w:tc>
          <w:tcPr>
            <w:tcW w:type="dxa" w:w="1865"/>
          </w:tcPr>
          <w:p>
            <w:pPr>
              <w:spacing w:after="0"/>
              <w:jc w:val="left"/>
            </w:pPr>
            <w:r>
              <w:rPr>
                <w:sz w:val="16"/>
              </w:rPr>
              <w:t>NWS zone LAZ025 (TENSAS), zone-level: may include parts of neighboring counties</w:t>
            </w:r>
          </w:p>
        </w:tc>
        <w:tc>
          <w:tcPr>
            <w:tcW w:type="dxa" w:w="648"/>
          </w:tcPr>
          <w:p>
            <w:pPr>
              <w:spacing w:after="0"/>
              <w:jc w:val="left"/>
            </w:pPr>
          </w:p>
        </w:tc>
        <w:tc>
          <w:tcPr>
            <w:tcW w:type="dxa" w:w="333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2010-06-20</w:t>
            </w:r>
          </w:p>
        </w:tc>
        <w:tc>
          <w:tcPr>
            <w:tcW w:type="dxa" w:w="1360"/>
          </w:tcPr>
          <w:p>
            <w:pPr>
              <w:spacing w:after="0"/>
              <w:jc w:val="left"/>
            </w:pPr>
            <w:r>
              <w:rPr>
                <w:sz w:val="16"/>
              </w:rPr>
              <w:t>Drought</w:t>
            </w:r>
          </w:p>
        </w:tc>
        <w:tc>
          <w:tcPr>
            <w:tcW w:type="dxa" w:w="3091"/>
          </w:tcPr>
          <w:p>
            <w:pPr>
              <w:spacing w:after="0"/>
              <w:jc w:val="left"/>
            </w:pPr>
          </w:p>
        </w:tc>
        <w:tc>
          <w:tcPr>
            <w:tcW w:type="dxa" w:w="1640"/>
          </w:tcPr>
          <w:p>
            <w:pPr>
              <w:spacing w:after="0"/>
              <w:jc w:val="left"/>
            </w:pPr>
            <w:r>
              <w:rPr>
                <w:sz w:val="16"/>
              </w:rPr>
              <w:t>property not reported; $100,000 crops, reported for the zone (2010 dollars)</w:t>
            </w:r>
          </w:p>
        </w:tc>
        <w:tc>
          <w:tcPr>
            <w:tcW w:type="dxa" w:w="1138"/>
          </w:tcPr>
          <w:p>
            <w:pPr>
              <w:spacing w:after="0"/>
              <w:jc w:val="right"/>
            </w:pPr>
            <w:r>
              <w:rPr>
                <w:sz w:val="16"/>
              </w:rPr>
              <w:t>0, 0</w:t>
            </w:r>
          </w:p>
        </w:tc>
        <w:tc>
          <w:tcPr>
            <w:tcW w:type="dxa" w:w="1865"/>
          </w:tcPr>
          <w:p>
            <w:pPr>
              <w:spacing w:after="0"/>
              <w:jc w:val="left"/>
            </w:pPr>
            <w:r>
              <w:rPr>
                <w:sz w:val="16"/>
              </w:rPr>
              <w:t>NWS zone LAZ025 (TENSAS), zone-level: may include parts of neighboring counties</w:t>
            </w:r>
          </w:p>
        </w:tc>
        <w:tc>
          <w:tcPr>
            <w:tcW w:type="dxa" w:w="648"/>
          </w:tcPr>
          <w:p>
            <w:pPr>
              <w:spacing w:after="0"/>
              <w:jc w:val="left"/>
            </w:pPr>
          </w:p>
        </w:tc>
        <w:tc>
          <w:tcPr>
            <w:tcW w:type="dxa" w:w="3334"/>
          </w:tcPr>
          <w:p>
            <w:pPr>
              <w:spacing w:after="0"/>
              <w:jc w:val="left"/>
            </w:pPr>
            <w:r>
              <w:rPr>
                <w:sz w:val="16"/>
              </w:rPr>
              <w:t>B1-c worst recorded: Drought</w:t>
            </w:r>
          </w:p>
        </w:tc>
      </w:tr>
      <w:tr>
        <w:trPr>
          <w:cantSplit/>
        </w:trPr>
        <w:tc>
          <w:tcPr>
            <w:tcW w:type="dxa" w:w="1037"/>
          </w:tcPr>
          <w:p>
            <w:pPr>
              <w:spacing w:after="0"/>
              <w:jc w:val="left"/>
            </w:pPr>
            <w:r>
              <w:rPr>
                <w:sz w:val="16"/>
              </w:rPr>
              <w:t>2010-01-01</w:t>
            </w:r>
          </w:p>
        </w:tc>
        <w:tc>
          <w:tcPr>
            <w:tcW w:type="dxa" w:w="1360"/>
          </w:tcPr>
          <w:p>
            <w:pPr>
              <w:spacing w:after="0"/>
              <w:jc w:val="left"/>
            </w:pPr>
            <w:r>
              <w:rPr>
                <w:sz w:val="16"/>
              </w:rPr>
              <w:t>Cold/Wind Chill</w:t>
            </w:r>
          </w:p>
        </w:tc>
        <w:tc>
          <w:tcPr>
            <w:tcW w:type="dxa" w:w="3091"/>
          </w:tcPr>
          <w:p>
            <w:pPr>
              <w:spacing w:after="0"/>
              <w:jc w:val="left"/>
            </w:pPr>
          </w:p>
        </w:tc>
        <w:tc>
          <w:tcPr>
            <w:tcW w:type="dxa" w:w="1640"/>
          </w:tcPr>
          <w:p>
            <w:pPr>
              <w:spacing w:after="0"/>
              <w:jc w:val="left"/>
            </w:pPr>
            <w:r>
              <w:rPr>
                <w:sz w:val="16"/>
              </w:rPr>
              <w:t>$200,000 property; $0 crops, reported for the zone (2010 dollars)</w:t>
            </w:r>
          </w:p>
        </w:tc>
        <w:tc>
          <w:tcPr>
            <w:tcW w:type="dxa" w:w="1138"/>
          </w:tcPr>
          <w:p>
            <w:pPr>
              <w:spacing w:after="0"/>
              <w:jc w:val="right"/>
            </w:pPr>
            <w:r>
              <w:rPr>
                <w:sz w:val="16"/>
              </w:rPr>
              <w:t>0, 0</w:t>
            </w:r>
          </w:p>
        </w:tc>
        <w:tc>
          <w:tcPr>
            <w:tcW w:type="dxa" w:w="1865"/>
          </w:tcPr>
          <w:p>
            <w:pPr>
              <w:spacing w:after="0"/>
              <w:jc w:val="left"/>
            </w:pPr>
            <w:r>
              <w:rPr>
                <w:sz w:val="16"/>
              </w:rPr>
              <w:t>NWS zone LAZ025 (TENSAS), zone-level: may include parts of neighboring counties</w:t>
            </w:r>
          </w:p>
        </w:tc>
        <w:tc>
          <w:tcPr>
            <w:tcW w:type="dxa" w:w="648"/>
          </w:tcPr>
          <w:p>
            <w:pPr>
              <w:spacing w:after="0"/>
              <w:jc w:val="left"/>
            </w:pPr>
          </w:p>
        </w:tc>
        <w:tc>
          <w:tcPr>
            <w:tcW w:type="dxa" w:w="333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2008-09-02</w:t>
            </w:r>
          </w:p>
        </w:tc>
        <w:tc>
          <w:tcPr>
            <w:tcW w:type="dxa" w:w="1360"/>
          </w:tcPr>
          <w:p>
            <w:pPr>
              <w:spacing w:after="0"/>
              <w:jc w:val="left"/>
            </w:pPr>
            <w:r>
              <w:rPr>
                <w:sz w:val="16"/>
              </w:rPr>
              <w:t>Flash Flood</w:t>
            </w:r>
          </w:p>
        </w:tc>
        <w:tc>
          <w:tcPr>
            <w:tcW w:type="dxa" w:w="3091"/>
          </w:tcPr>
          <w:p>
            <w:pPr>
              <w:spacing w:after="0"/>
              <w:jc w:val="left"/>
            </w:pPr>
          </w:p>
        </w:tc>
        <w:tc>
          <w:tcPr>
            <w:tcW w:type="dxa" w:w="1640"/>
          </w:tcPr>
          <w:p>
            <w:pPr>
              <w:spacing w:after="0"/>
              <w:jc w:val="left"/>
            </w:pPr>
            <w:r>
              <w:rPr>
                <w:sz w:val="16"/>
              </w:rPr>
              <w:t>$10,000,000 property; $34,000,000 crops (2008 dollars)</w:t>
            </w:r>
          </w:p>
        </w:tc>
        <w:tc>
          <w:tcPr>
            <w:tcW w:type="dxa" w:w="1138"/>
          </w:tcPr>
          <w:p>
            <w:pPr>
              <w:spacing w:after="0"/>
              <w:jc w:val="right"/>
            </w:pPr>
            <w:r>
              <w:rPr>
                <w:sz w:val="16"/>
              </w:rPr>
              <w:t>0, 0</w:t>
            </w:r>
          </w:p>
        </w:tc>
        <w:tc>
          <w:tcPr>
            <w:tcW w:type="dxa" w:w="1865"/>
          </w:tcPr>
          <w:p>
            <w:pPr>
              <w:spacing w:after="0"/>
              <w:jc w:val="left"/>
            </w:pPr>
            <w:r>
              <w:rPr>
                <w:sz w:val="16"/>
              </w:rPr>
              <w:t>SOMERSET to TENSAS BLUFF</w:t>
            </w:r>
          </w:p>
        </w:tc>
        <w:tc>
          <w:tcPr>
            <w:tcW w:type="dxa" w:w="648"/>
          </w:tcPr>
          <w:p>
            <w:pPr>
              <w:spacing w:after="0"/>
              <w:jc w:val="left"/>
            </w:pPr>
          </w:p>
        </w:tc>
        <w:tc>
          <w:tcPr>
            <w:tcW w:type="dxa" w:w="333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2007-08-05</w:t>
            </w:r>
          </w:p>
        </w:tc>
        <w:tc>
          <w:tcPr>
            <w:tcW w:type="dxa" w:w="1360"/>
          </w:tcPr>
          <w:p>
            <w:pPr>
              <w:spacing w:after="0"/>
              <w:jc w:val="left"/>
            </w:pPr>
            <w:r>
              <w:rPr>
                <w:sz w:val="16"/>
              </w:rPr>
              <w:t>Heat</w:t>
            </w:r>
          </w:p>
        </w:tc>
        <w:tc>
          <w:tcPr>
            <w:tcW w:type="dxa" w:w="3091"/>
          </w:tcPr>
          <w:p>
            <w:pPr>
              <w:spacing w:after="0"/>
              <w:jc w:val="left"/>
            </w:pPr>
          </w:p>
        </w:tc>
        <w:tc>
          <w:tcPr>
            <w:tcW w:type="dxa" w:w="1640"/>
          </w:tcPr>
          <w:p>
            <w:pPr>
              <w:spacing w:after="0"/>
              <w:jc w:val="left"/>
            </w:pPr>
            <w:r>
              <w:rPr>
                <w:sz w:val="16"/>
              </w:rPr>
              <w:t>$0 property; $0 crops, reported for the zone (2007 dollars)</w:t>
            </w:r>
          </w:p>
        </w:tc>
        <w:tc>
          <w:tcPr>
            <w:tcW w:type="dxa" w:w="1138"/>
          </w:tcPr>
          <w:p>
            <w:pPr>
              <w:spacing w:after="0"/>
              <w:jc w:val="right"/>
            </w:pPr>
            <w:r>
              <w:rPr>
                <w:sz w:val="16"/>
              </w:rPr>
              <w:t>0, 0</w:t>
            </w:r>
          </w:p>
        </w:tc>
        <w:tc>
          <w:tcPr>
            <w:tcW w:type="dxa" w:w="1865"/>
          </w:tcPr>
          <w:p>
            <w:pPr>
              <w:spacing w:after="0"/>
              <w:jc w:val="left"/>
            </w:pPr>
            <w:r>
              <w:rPr>
                <w:sz w:val="16"/>
              </w:rPr>
              <w:t>NWS zone LAZ025 (TENSAS), zone-level: may include parts of neighboring counties</w:t>
            </w:r>
          </w:p>
        </w:tc>
        <w:tc>
          <w:tcPr>
            <w:tcW w:type="dxa" w:w="648"/>
          </w:tcPr>
          <w:p>
            <w:pPr>
              <w:spacing w:after="0"/>
              <w:jc w:val="left"/>
            </w:pPr>
          </w:p>
        </w:tc>
        <w:tc>
          <w:tcPr>
            <w:tcW w:type="dxa" w:w="3334"/>
          </w:tcPr>
          <w:p>
            <w:pPr>
              <w:spacing w:after="0"/>
              <w:jc w:val="left"/>
            </w:pPr>
            <w:r>
              <w:rPr>
                <w:sz w:val="16"/>
              </w:rPr>
              <w:t>B1-c worst recorded: Excessive Heat, Heat</w:t>
            </w:r>
          </w:p>
        </w:tc>
      </w:tr>
      <w:tr>
        <w:trPr>
          <w:cantSplit/>
        </w:trPr>
        <w:tc>
          <w:tcPr>
            <w:tcW w:type="dxa" w:w="1037"/>
          </w:tcPr>
          <w:p>
            <w:pPr>
              <w:spacing w:after="0"/>
              <w:jc w:val="left"/>
            </w:pPr>
            <w:r>
              <w:rPr>
                <w:sz w:val="16"/>
              </w:rPr>
              <w:t>2005-09-24</w:t>
            </w:r>
          </w:p>
        </w:tc>
        <w:tc>
          <w:tcPr>
            <w:tcW w:type="dxa" w:w="1360"/>
          </w:tcPr>
          <w:p>
            <w:pPr>
              <w:spacing w:after="0"/>
              <w:jc w:val="left"/>
            </w:pPr>
            <w:r>
              <w:rPr>
                <w:sz w:val="16"/>
              </w:rPr>
              <w:t>Tornado</w:t>
            </w:r>
          </w:p>
        </w:tc>
        <w:tc>
          <w:tcPr>
            <w:tcW w:type="dxa" w:w="3091"/>
          </w:tcPr>
          <w:p>
            <w:pPr>
              <w:spacing w:after="0"/>
              <w:jc w:val="left"/>
            </w:pPr>
            <w:r>
              <w:rPr>
                <w:sz w:val="16"/>
              </w:rPr>
              <w:t>F3, 11 mi within this county, 100 yd wide</w:t>
            </w:r>
          </w:p>
        </w:tc>
        <w:tc>
          <w:tcPr>
            <w:tcW w:type="dxa" w:w="1640"/>
          </w:tcPr>
          <w:p>
            <w:pPr>
              <w:spacing w:after="0"/>
              <w:jc w:val="left"/>
            </w:pPr>
            <w:r>
              <w:rPr>
                <w:sz w:val="16"/>
              </w:rPr>
              <w:t>$1,000,000 property; $100,000 crops (2005 dollars)</w:t>
            </w:r>
          </w:p>
        </w:tc>
        <w:tc>
          <w:tcPr>
            <w:tcW w:type="dxa" w:w="1138"/>
          </w:tcPr>
          <w:p>
            <w:pPr>
              <w:spacing w:after="0"/>
              <w:jc w:val="right"/>
            </w:pPr>
            <w:r>
              <w:rPr>
                <w:sz w:val="16"/>
              </w:rPr>
              <w:t>0, 2</w:t>
            </w:r>
          </w:p>
        </w:tc>
        <w:tc>
          <w:tcPr>
            <w:tcW w:type="dxa" w:w="1865"/>
          </w:tcPr>
          <w:p>
            <w:pPr>
              <w:spacing w:after="0"/>
              <w:jc w:val="left"/>
            </w:pPr>
            <w:r>
              <w:rPr>
                <w:sz w:val="16"/>
              </w:rPr>
              <w:t>WATERPROOF</w:t>
            </w:r>
          </w:p>
        </w:tc>
        <w:tc>
          <w:tcPr>
            <w:tcW w:type="dxa" w:w="648"/>
          </w:tcPr>
          <w:p>
            <w:pPr>
              <w:spacing w:after="0"/>
              <w:jc w:val="left"/>
            </w:pPr>
          </w:p>
        </w:tc>
        <w:tc>
          <w:tcPr>
            <w:tcW w:type="dxa" w:w="3334"/>
          </w:tcPr>
          <w:p>
            <w:pPr>
              <w:spacing w:after="0"/>
              <w:jc w:val="left"/>
            </w:pPr>
            <w:r>
              <w:rPr>
                <w:sz w:val="16"/>
              </w:rPr>
              <w:t>deaths or injuries recorded</w:t>
            </w:r>
          </w:p>
        </w:tc>
      </w:tr>
      <w:tr>
        <w:trPr>
          <w:cantSplit/>
        </w:trPr>
        <w:tc>
          <w:tcPr>
            <w:tcW w:type="dxa" w:w="1037"/>
          </w:tcPr>
          <w:p>
            <w:pPr>
              <w:spacing w:after="0"/>
              <w:jc w:val="left"/>
            </w:pPr>
            <w:r>
              <w:rPr>
                <w:sz w:val="16"/>
              </w:rPr>
              <w:t>2005-08-29</w:t>
            </w:r>
          </w:p>
        </w:tc>
        <w:tc>
          <w:tcPr>
            <w:tcW w:type="dxa" w:w="1360"/>
          </w:tcPr>
          <w:p>
            <w:pPr>
              <w:spacing w:after="0"/>
              <w:jc w:val="left"/>
            </w:pPr>
            <w:r>
              <w:rPr>
                <w:sz w:val="16"/>
              </w:rPr>
              <w:t>Hurricane (Typhoon)</w:t>
            </w:r>
          </w:p>
        </w:tc>
        <w:tc>
          <w:tcPr>
            <w:tcW w:type="dxa" w:w="3091"/>
          </w:tcPr>
          <w:p>
            <w:pPr>
              <w:spacing w:after="0"/>
              <w:jc w:val="left"/>
            </w:pPr>
          </w:p>
        </w:tc>
        <w:tc>
          <w:tcPr>
            <w:tcW w:type="dxa" w:w="1640"/>
          </w:tcPr>
          <w:p>
            <w:pPr>
              <w:spacing w:after="0"/>
              <w:jc w:val="left"/>
            </w:pPr>
            <w:r>
              <w:rPr>
                <w:sz w:val="16"/>
              </w:rPr>
              <w:t>$1,000,000 property; $10,000,000 crops, reported for the zone (2005 dollars)</w:t>
            </w:r>
          </w:p>
        </w:tc>
        <w:tc>
          <w:tcPr>
            <w:tcW w:type="dxa" w:w="1138"/>
          </w:tcPr>
          <w:p>
            <w:pPr>
              <w:spacing w:after="0"/>
              <w:jc w:val="right"/>
            </w:pPr>
            <w:r>
              <w:rPr>
                <w:sz w:val="16"/>
              </w:rPr>
              <w:t>0, 0</w:t>
            </w:r>
          </w:p>
        </w:tc>
        <w:tc>
          <w:tcPr>
            <w:tcW w:type="dxa" w:w="1865"/>
          </w:tcPr>
          <w:p>
            <w:pPr>
              <w:spacing w:after="0"/>
              <w:jc w:val="left"/>
            </w:pPr>
            <w:r>
              <w:rPr>
                <w:sz w:val="16"/>
              </w:rPr>
              <w:t>NWS zone LAZ025 (TENSAS), zone-level: may include parts of neighboring counties</w:t>
            </w:r>
          </w:p>
        </w:tc>
        <w:tc>
          <w:tcPr>
            <w:tcW w:type="dxa" w:w="648"/>
          </w:tcPr>
          <w:p>
            <w:pPr>
              <w:spacing w:after="0"/>
              <w:jc w:val="left"/>
            </w:pPr>
          </w:p>
        </w:tc>
        <w:tc>
          <w:tcPr>
            <w:tcW w:type="dxa" w:w="3334"/>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1998-12-22</w:t>
            </w:r>
          </w:p>
        </w:tc>
        <w:tc>
          <w:tcPr>
            <w:tcW w:type="dxa" w:w="1360"/>
          </w:tcPr>
          <w:p>
            <w:pPr>
              <w:spacing w:after="0"/>
              <w:jc w:val="left"/>
            </w:pPr>
            <w:r>
              <w:rPr>
                <w:sz w:val="16"/>
              </w:rPr>
              <w:t>Ice Storm</w:t>
            </w:r>
          </w:p>
        </w:tc>
        <w:tc>
          <w:tcPr>
            <w:tcW w:type="dxa" w:w="3091"/>
          </w:tcPr>
          <w:p>
            <w:pPr>
              <w:spacing w:after="0"/>
              <w:jc w:val="left"/>
            </w:pPr>
          </w:p>
        </w:tc>
        <w:tc>
          <w:tcPr>
            <w:tcW w:type="dxa" w:w="1640"/>
          </w:tcPr>
          <w:p>
            <w:pPr>
              <w:spacing w:after="0"/>
              <w:jc w:val="left"/>
            </w:pPr>
            <w:r>
              <w:rPr>
                <w:sz w:val="16"/>
              </w:rPr>
              <w:t>$500,000 property; crops not reported, reported for the zone (1998 dollars)</w:t>
            </w:r>
          </w:p>
        </w:tc>
        <w:tc>
          <w:tcPr>
            <w:tcW w:type="dxa" w:w="1138"/>
          </w:tcPr>
          <w:p>
            <w:pPr>
              <w:spacing w:after="0"/>
              <w:jc w:val="right"/>
            </w:pPr>
            <w:r>
              <w:rPr>
                <w:sz w:val="16"/>
              </w:rPr>
              <w:t>0, 0</w:t>
            </w:r>
          </w:p>
        </w:tc>
        <w:tc>
          <w:tcPr>
            <w:tcW w:type="dxa" w:w="1865"/>
          </w:tcPr>
          <w:p>
            <w:pPr>
              <w:spacing w:after="0"/>
              <w:jc w:val="left"/>
            </w:pPr>
            <w:r>
              <w:rPr>
                <w:sz w:val="16"/>
              </w:rPr>
              <w:t>NWS zone LAZ025 (TENSAS), zone-level: may include parts of neighboring counties</w:t>
            </w:r>
          </w:p>
        </w:tc>
        <w:tc>
          <w:tcPr>
            <w:tcW w:type="dxa" w:w="648"/>
          </w:tcPr>
          <w:p>
            <w:pPr>
              <w:spacing w:after="0"/>
              <w:jc w:val="left"/>
            </w:pPr>
          </w:p>
        </w:tc>
        <w:tc>
          <w:tcPr>
            <w:tcW w:type="dxa" w:w="3334"/>
          </w:tcPr>
          <w:p>
            <w:pPr>
              <w:spacing w:after="0"/>
              <w:jc w:val="left"/>
            </w:pPr>
            <w:r>
              <w:rPr>
                <w:sz w:val="16"/>
              </w:rPr>
              <w:t>B1-c worst recorded: Ice Storm</w:t>
            </w:r>
          </w:p>
        </w:tc>
      </w:tr>
      <w:tr>
        <w:trPr>
          <w:cantSplit/>
        </w:trPr>
        <w:tc>
          <w:tcPr>
            <w:tcW w:type="dxa" w:w="1037"/>
          </w:tcPr>
          <w:p>
            <w:pPr>
              <w:spacing w:after="0"/>
              <w:jc w:val="left"/>
            </w:pPr>
            <w:r>
              <w:rPr>
                <w:sz w:val="16"/>
              </w:rPr>
              <w:t>1995-11-11</w:t>
            </w:r>
          </w:p>
        </w:tc>
        <w:tc>
          <w:tcPr>
            <w:tcW w:type="dxa" w:w="1360"/>
          </w:tcPr>
          <w:p>
            <w:pPr>
              <w:spacing w:after="0"/>
              <w:jc w:val="left"/>
            </w:pPr>
            <w:r>
              <w:rPr>
                <w:sz w:val="16"/>
              </w:rPr>
              <w:t>Thunderstorm Wind</w:t>
            </w:r>
          </w:p>
        </w:tc>
        <w:tc>
          <w:tcPr>
            <w:tcW w:type="dxa" w:w="3091"/>
          </w:tcPr>
          <w:p>
            <w:pPr>
              <w:spacing w:after="0"/>
              <w:jc w:val="left"/>
            </w:pPr>
            <w:r>
              <w:rPr>
                <w:sz w:val="16"/>
              </w:rPr>
              <w:t>speed not recorded</w:t>
            </w:r>
          </w:p>
        </w:tc>
        <w:tc>
          <w:tcPr>
            <w:tcW w:type="dxa" w:w="1640"/>
          </w:tcPr>
          <w:p>
            <w:pPr>
              <w:spacing w:after="0"/>
              <w:jc w:val="left"/>
            </w:pPr>
            <w:r>
              <w:rPr>
                <w:sz w:val="16"/>
              </w:rPr>
              <w:t>$50,000 property; crops not recorded (1995 dollars)</w:t>
            </w:r>
          </w:p>
        </w:tc>
        <w:tc>
          <w:tcPr>
            <w:tcW w:type="dxa" w:w="1138"/>
          </w:tcPr>
          <w:p>
            <w:pPr>
              <w:spacing w:after="0"/>
              <w:jc w:val="right"/>
            </w:pPr>
            <w:r>
              <w:rPr>
                <w:sz w:val="16"/>
              </w:rPr>
              <w:t>0, 2</w:t>
            </w:r>
          </w:p>
        </w:tc>
        <w:tc>
          <w:tcPr>
            <w:tcW w:type="dxa" w:w="1865"/>
          </w:tcPr>
          <w:p>
            <w:pPr>
              <w:spacing w:after="0"/>
              <w:jc w:val="left"/>
            </w:pPr>
            <w:r>
              <w:rPr>
                <w:sz w:val="16"/>
              </w:rPr>
              <w:t>Newellton</w:t>
            </w:r>
          </w:p>
        </w:tc>
        <w:tc>
          <w:tcPr>
            <w:tcW w:type="dxa" w:w="648"/>
          </w:tcPr>
          <w:p>
            <w:pPr>
              <w:spacing w:after="0"/>
              <w:jc w:val="left"/>
            </w:pPr>
          </w:p>
        </w:tc>
        <w:tc>
          <w:tcPr>
            <w:tcW w:type="dxa" w:w="3334"/>
          </w:tcPr>
          <w:p>
            <w:pPr>
              <w:spacing w:after="0"/>
              <w:jc w:val="left"/>
            </w:pPr>
            <w:r>
              <w:rPr>
                <w:sz w:val="16"/>
              </w:rPr>
              <w:t>deaths or injuries recorded</w:t>
            </w:r>
          </w:p>
        </w:tc>
      </w:tr>
      <w:tr>
        <w:trPr>
          <w:cantSplit/>
        </w:trPr>
        <w:tc>
          <w:tcPr>
            <w:tcW w:type="dxa" w:w="1037"/>
          </w:tcPr>
          <w:p>
            <w:pPr>
              <w:spacing w:after="0"/>
              <w:jc w:val="left"/>
            </w:pPr>
            <w:r>
              <w:rPr>
                <w:sz w:val="16"/>
              </w:rPr>
              <w:t>1993-03-30</w:t>
            </w:r>
          </w:p>
        </w:tc>
        <w:tc>
          <w:tcPr>
            <w:tcW w:type="dxa" w:w="1360"/>
          </w:tcPr>
          <w:p>
            <w:pPr>
              <w:spacing w:after="0"/>
              <w:jc w:val="left"/>
            </w:pPr>
            <w:r>
              <w:rPr>
                <w:sz w:val="16"/>
              </w:rPr>
              <w:t>Hail</w:t>
            </w:r>
          </w:p>
        </w:tc>
        <w:tc>
          <w:tcPr>
            <w:tcW w:type="dxa" w:w="3091"/>
          </w:tcPr>
          <w:p>
            <w:pPr>
              <w:spacing w:after="0"/>
              <w:jc w:val="left"/>
            </w:pPr>
            <w:r>
              <w:rPr>
                <w:sz w:val="16"/>
              </w:rPr>
              <w:t>2.75 in</w:t>
            </w:r>
          </w:p>
        </w:tc>
        <w:tc>
          <w:tcPr>
            <w:tcW w:type="dxa" w:w="1640"/>
          </w:tcPr>
          <w:p>
            <w:pPr>
              <w:spacing w:after="0"/>
              <w:jc w:val="left"/>
            </w:pPr>
            <w:r>
              <w:rPr>
                <w:sz w:val="16"/>
              </w:rPr>
              <w:t>$50,000 property; crops not recorded (1993 dollars)</w:t>
            </w:r>
          </w:p>
        </w:tc>
        <w:tc>
          <w:tcPr>
            <w:tcW w:type="dxa" w:w="1138"/>
          </w:tcPr>
          <w:p>
            <w:pPr>
              <w:spacing w:after="0"/>
              <w:jc w:val="right"/>
            </w:pPr>
            <w:r>
              <w:rPr>
                <w:sz w:val="16"/>
              </w:rPr>
              <w:t>0, 0</w:t>
            </w:r>
          </w:p>
        </w:tc>
        <w:tc>
          <w:tcPr>
            <w:tcW w:type="dxa" w:w="1865"/>
          </w:tcPr>
          <w:p>
            <w:pPr>
              <w:spacing w:after="0"/>
              <w:jc w:val="left"/>
            </w:pPr>
            <w:r>
              <w:rPr>
                <w:sz w:val="16"/>
              </w:rPr>
              <w:t>St Joseph</w:t>
            </w:r>
          </w:p>
        </w:tc>
        <w:tc>
          <w:tcPr>
            <w:tcW w:type="dxa" w:w="648"/>
          </w:tcPr>
          <w:p>
            <w:pPr>
              <w:spacing w:after="0"/>
              <w:jc w:val="left"/>
            </w:pPr>
          </w:p>
        </w:tc>
        <w:tc>
          <w:tcPr>
            <w:tcW w:type="dxa" w:w="3334"/>
          </w:tcPr>
          <w:p>
            <w:pPr>
              <w:spacing w:after="0"/>
              <w:jc w:val="left"/>
            </w:pPr>
            <w:r>
              <w:rPr>
                <w:sz w:val="16"/>
              </w:rPr>
              <w:t>B1-c worst recorded: Hail</w:t>
            </w:r>
          </w:p>
        </w:tc>
      </w:tr>
      <w:tr>
        <w:trPr>
          <w:cantSplit/>
        </w:trPr>
        <w:tc>
          <w:tcPr>
            <w:tcW w:type="dxa" w:w="1037"/>
          </w:tcPr>
          <w:p>
            <w:pPr>
              <w:spacing w:after="0"/>
              <w:jc w:val="left"/>
            </w:pPr>
            <w:r>
              <w:rPr>
                <w:sz w:val="16"/>
              </w:rPr>
              <w:t>1992-11-21</w:t>
            </w:r>
          </w:p>
        </w:tc>
        <w:tc>
          <w:tcPr>
            <w:tcW w:type="dxa" w:w="1360"/>
          </w:tcPr>
          <w:p>
            <w:pPr>
              <w:spacing w:after="0"/>
              <w:jc w:val="left"/>
            </w:pPr>
            <w:r>
              <w:rPr>
                <w:sz w:val="16"/>
              </w:rPr>
              <w:t>Tornado</w:t>
            </w:r>
          </w:p>
        </w:tc>
        <w:tc>
          <w:tcPr>
            <w:tcW w:type="dxa" w:w="3091"/>
          </w:tcPr>
          <w:p>
            <w:pPr>
              <w:spacing w:after="0"/>
              <w:jc w:val="left"/>
            </w:pPr>
            <w:r>
              <w:rPr>
                <w:sz w:val="16"/>
              </w:rPr>
              <w:t>F3, 26 mi path length (records before 1996 may include the whole path; rating and listing come from the county where the tornado began), 200 yd wide</w:t>
            </w:r>
          </w:p>
        </w:tc>
        <w:tc>
          <w:tcPr>
            <w:tcW w:type="dxa" w:w="1640"/>
          </w:tcPr>
          <w:p>
            <w:pPr>
              <w:spacing w:after="0"/>
              <w:jc w:val="left"/>
            </w:pPr>
            <w:r>
              <w:rPr>
                <w:sz w:val="16"/>
              </w:rPr>
              <w:t>$2,500,000 property; crops not recorded (1992 dollars)</w:t>
            </w:r>
          </w:p>
        </w:tc>
        <w:tc>
          <w:tcPr>
            <w:tcW w:type="dxa" w:w="1138"/>
          </w:tcPr>
          <w:p>
            <w:pPr>
              <w:spacing w:after="0"/>
              <w:jc w:val="right"/>
            </w:pPr>
            <w:r>
              <w:rPr>
                <w:sz w:val="16"/>
              </w:rPr>
              <w:t>0, 6</w:t>
            </w:r>
          </w:p>
        </w:tc>
        <w:tc>
          <w:tcPr>
            <w:tcW w:type="dxa" w:w="1865"/>
          </w:tcPr>
          <w:p>
            <w:pPr>
              <w:spacing w:after="0"/>
              <w:jc w:val="left"/>
            </w:pPr>
            <w:r>
              <w:rPr>
                <w:sz w:val="16"/>
              </w:rPr>
              <w:t>location not recorded</w:t>
            </w:r>
          </w:p>
        </w:tc>
        <w:tc>
          <w:tcPr>
            <w:tcW w:type="dxa" w:w="648"/>
          </w:tcPr>
          <w:p>
            <w:pPr>
              <w:spacing w:after="0"/>
              <w:jc w:val="left"/>
            </w:pPr>
          </w:p>
        </w:tc>
        <w:tc>
          <w:tcPr>
            <w:tcW w:type="dxa" w:w="3334"/>
          </w:tcPr>
          <w:p>
            <w:pPr>
              <w:spacing w:after="0"/>
              <w:jc w:val="left"/>
            </w:pPr>
            <w:r>
              <w:rPr>
                <w:sz w:val="16"/>
              </w:rPr>
              <w:t>deaths or injuries recorded</w:t>
            </w:r>
          </w:p>
        </w:tc>
      </w:tr>
      <w:tr>
        <w:trPr>
          <w:cantSplit/>
        </w:trPr>
        <w:tc>
          <w:tcPr>
            <w:tcW w:type="dxa" w:w="1037"/>
          </w:tcPr>
          <w:p>
            <w:pPr>
              <w:spacing w:after="0"/>
              <w:jc w:val="left"/>
            </w:pPr>
            <w:r>
              <w:rPr>
                <w:sz w:val="16"/>
              </w:rPr>
              <w:t>1956-06-09</w:t>
            </w:r>
          </w:p>
        </w:tc>
        <w:tc>
          <w:tcPr>
            <w:tcW w:type="dxa" w:w="1360"/>
          </w:tcPr>
          <w:p>
            <w:pPr>
              <w:spacing w:after="0"/>
              <w:jc w:val="left"/>
            </w:pPr>
            <w:r>
              <w:rPr>
                <w:sz w:val="16"/>
              </w:rPr>
              <w:t>Thunderstorm Wind</w:t>
            </w:r>
          </w:p>
        </w:tc>
        <w:tc>
          <w:tcPr>
            <w:tcW w:type="dxa" w:w="3091"/>
          </w:tcPr>
          <w:p>
            <w:pPr>
              <w:spacing w:after="0"/>
              <w:jc w:val="left"/>
            </w:pPr>
            <w:r>
              <w:rPr>
                <w:sz w:val="16"/>
              </w:rPr>
              <w:t>96 kt (110 mph), measurement type not recorded</w:t>
            </w:r>
          </w:p>
        </w:tc>
        <w:tc>
          <w:tcPr>
            <w:tcW w:type="dxa" w:w="1640"/>
          </w:tcPr>
          <w:p>
            <w:pPr>
              <w:spacing w:after="0"/>
              <w:jc w:val="left"/>
            </w:pPr>
            <w:r>
              <w:rPr>
                <w:sz w:val="16"/>
              </w:rPr>
              <w:t>damage not recorded (pre-1996 record)</w:t>
            </w:r>
          </w:p>
        </w:tc>
        <w:tc>
          <w:tcPr>
            <w:tcW w:type="dxa" w:w="1138"/>
          </w:tcPr>
          <w:p>
            <w:pPr>
              <w:spacing w:after="0"/>
              <w:jc w:val="right"/>
            </w:pPr>
            <w:r>
              <w:rPr>
                <w:sz w:val="16"/>
              </w:rPr>
              <w:t>0, 0</w:t>
            </w:r>
          </w:p>
        </w:tc>
        <w:tc>
          <w:tcPr>
            <w:tcW w:type="dxa" w:w="1865"/>
          </w:tcPr>
          <w:p>
            <w:pPr>
              <w:spacing w:after="0"/>
              <w:jc w:val="left"/>
            </w:pPr>
            <w:r>
              <w:rPr>
                <w:sz w:val="16"/>
              </w:rPr>
              <w:t>location not recorded</w:t>
            </w:r>
          </w:p>
        </w:tc>
        <w:tc>
          <w:tcPr>
            <w:tcW w:type="dxa" w:w="648"/>
          </w:tcPr>
          <w:p>
            <w:pPr>
              <w:spacing w:after="0"/>
              <w:jc w:val="left"/>
            </w:pPr>
          </w:p>
        </w:tc>
        <w:tc>
          <w:tcPr>
            <w:tcW w:type="dxa" w:w="3334"/>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(366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70"/>
        <w:gridCol w:w="1037"/>
        <w:gridCol w:w="1760"/>
        <w:gridCol w:w="1520"/>
        <w:gridCol w:w="1500"/>
        <w:gridCol w:w="1037"/>
        <w:gridCol w:w="1963"/>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7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60"/>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8"/>
          </w:tcPr>
          <w:p>
            <w:pPr>
              <w:spacing w:after="0"/>
              <w:jc w:val="left"/>
            </w:pPr>
            <w:r>
              <w:rPr>
                <w:sz w:val="16"/>
              </w:rPr>
              <w:t>events per year</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p>
        </w:tc>
        <w:tc>
          <w:tcPr>
            <w:tcW w:type="dxa" w:w="1500"/>
          </w:tcPr>
          <w:p>
            <w:pPr>
              <w:spacing w:after="0"/>
              <w:jc w:val="left"/>
            </w:pPr>
            <w:r>
              <w:rPr>
                <w:sz w:val="16"/>
              </w:rPr>
              <w:t>1994 to 2023 (30 years)</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8"/>
          </w:tcPr>
          <w:p>
            <w:pPr>
              <w:spacing w:after="0"/>
              <w:jc w:val="left"/>
            </w:pPr>
            <w:r>
              <w:rPr>
                <w:sz w:val="16"/>
              </w:rPr>
              <w:t>events per year at a location (modeled)</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0.842</w:t>
            </w:r>
          </w:p>
        </w:tc>
        <w:tc>
          <w:tcPr>
            <w:tcW w:type="dxa" w:w="1448"/>
          </w:tcPr>
          <w:p>
            <w:pPr>
              <w:spacing w:after="0"/>
              <w:jc w:val="left"/>
            </w:pPr>
            <w:r>
              <w:rPr>
                <w:sz w:val="16"/>
              </w:rPr>
              <w:t>event-days per year</w:t>
            </w:r>
          </w:p>
        </w:tc>
        <w:tc>
          <w:tcPr>
            <w:tcW w:type="dxa" w:w="1570"/>
          </w:tcPr>
          <w:p>
            <w:pPr>
              <w:spacing w:after="0"/>
              <w:jc w:val="left"/>
            </w:pPr>
            <w:r>
              <w:rPr>
                <w:sz w:val="16"/>
              </w:rPr>
              <w:t>about 0.842 days per year</w:t>
            </w:r>
          </w:p>
        </w:tc>
        <w:tc>
          <w:tcPr>
            <w:tcW w:type="dxa" w:w="1037"/>
          </w:tcPr>
          <w:p>
            <w:pPr>
              <w:spacing w:after="0"/>
              <w:jc w:val="left"/>
            </w:pPr>
            <w:r>
              <w:rPr>
                <w:sz w:val="16"/>
              </w:rPr>
              <w:t>Possible</w:t>
            </w:r>
          </w:p>
        </w:tc>
        <w:tc>
          <w:tcPr>
            <w:tcW w:type="dxa" w:w="1760"/>
          </w:tcPr>
          <w:p>
            <w:pPr>
              <w:spacing w:after="0"/>
              <w:jc w:val="left"/>
            </w:pPr>
            <w:r>
              <w:rPr>
                <w:sz w:val="16"/>
              </w:rPr>
              <w:t>event-days in 1 of 30 years, 1996 to 2025 (3.33%)</w:t>
            </w:r>
          </w:p>
        </w:tc>
        <w:tc>
          <w:tcPr>
            <w:tcW w:type="dxa" w:w="1520"/>
          </w:tcPr>
          <w:p>
            <w:pPr>
              <w:spacing w:after="0"/>
              <w:jc w:val="right"/>
            </w:pPr>
            <w:r>
              <w:rPr>
                <w:sz w:val="16"/>
              </w:rPr>
              <w:t>16</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63"/>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16.2</w:t>
            </w:r>
          </w:p>
        </w:tc>
        <w:tc>
          <w:tcPr>
            <w:tcW w:type="dxa" w:w="1448"/>
          </w:tcPr>
          <w:p>
            <w:pPr>
              <w:spacing w:after="0"/>
              <w:jc w:val="left"/>
            </w:pPr>
            <w:r>
              <w:rPr>
                <w:sz w:val="16"/>
              </w:rPr>
              <w:t>event-days per year</w:t>
            </w:r>
          </w:p>
        </w:tc>
        <w:tc>
          <w:tcPr>
            <w:tcW w:type="dxa" w:w="1570"/>
          </w:tcPr>
          <w:p>
            <w:pPr>
              <w:spacing w:after="0"/>
              <w:jc w:val="left"/>
            </w:pPr>
            <w:r>
              <w:rPr>
                <w:sz w:val="16"/>
              </w:rPr>
              <w:t>about 16.2 days per year</w:t>
            </w:r>
          </w:p>
        </w:tc>
        <w:tc>
          <w:tcPr>
            <w:tcW w:type="dxa" w:w="1037"/>
          </w:tcPr>
          <w:p>
            <w:pPr>
              <w:spacing w:after="0"/>
              <w:jc w:val="left"/>
            </w:pPr>
            <w:r>
              <w:rPr>
                <w:sz w:val="16"/>
              </w:rPr>
              <w:t>Likely</w:t>
            </w:r>
          </w:p>
        </w:tc>
        <w:tc>
          <w:tcPr>
            <w:tcW w:type="dxa" w:w="1760"/>
          </w:tcPr>
          <w:p>
            <w:pPr>
              <w:spacing w:after="0"/>
              <w:jc w:val="left"/>
            </w:pPr>
            <w:r>
              <w:rPr>
                <w:sz w:val="16"/>
              </w:rPr>
              <w:t>event-days in 7 of 30 years, 1996 to 2025 (23.3%)</w:t>
            </w:r>
          </w:p>
        </w:tc>
        <w:tc>
          <w:tcPr>
            <w:tcW w:type="dxa" w:w="1520"/>
          </w:tcPr>
          <w:p>
            <w:pPr>
              <w:spacing w:after="0"/>
              <w:jc w:val="right"/>
            </w:pPr>
            <w:r>
              <w:rPr>
                <w:sz w:val="16"/>
              </w:rPr>
              <w:t>448</w:t>
            </w:r>
          </w:p>
        </w:tc>
        <w:tc>
          <w:tcPr>
            <w:tcW w:type="dxa" w:w="150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3"/>
          </w:tcPr>
          <w:p>
            <w:pPr>
              <w:spacing w:after="0"/>
              <w:jc w:val="left"/>
            </w:pPr>
            <w:r>
              <w:rPr>
                <w:sz w:val="16"/>
              </w:rPr>
              <w:t>NRI gives about 16.2 drought event-days a year here (its annualized frequency over 25.25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0.00159</w:t>
            </w:r>
          </w:p>
        </w:tc>
        <w:tc>
          <w:tcPr>
            <w:tcW w:type="dxa" w:w="1448"/>
          </w:tcPr>
          <w:p>
            <w:pPr>
              <w:spacing w:after="0"/>
              <w:jc w:val="left"/>
            </w:pPr>
            <w:r>
              <w:rPr>
                <w:sz w:val="16"/>
              </w:rPr>
              <w:t>annual probability at a location</w:t>
            </w:r>
          </w:p>
        </w:tc>
        <w:tc>
          <w:tcPr>
            <w:tcW w:type="dxa" w:w="1570"/>
          </w:tcPr>
          <w:p>
            <w:pPr>
              <w:spacing w:after="0"/>
              <w:jc w:val="left"/>
            </w:pPr>
            <w:r>
              <w:rPr>
                <w:sz w:val="16"/>
              </w:rPr>
              <w:t>chance a given location in the county has at least minor-damage shaking in a year: 0.159%</w:t>
            </w: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3.26</w:t>
            </w:r>
          </w:p>
        </w:tc>
        <w:tc>
          <w:tcPr>
            <w:tcW w:type="dxa" w:w="1448"/>
          </w:tcPr>
          <w:p>
            <w:pPr>
              <w:spacing w:after="0"/>
              <w:jc w:val="left"/>
            </w:pPr>
            <w:r>
              <w:rPr>
                <w:sz w:val="16"/>
              </w:rPr>
              <w:t>events per year</w:t>
            </w:r>
          </w:p>
        </w:tc>
        <w:tc>
          <w:tcPr>
            <w:tcW w:type="dxa" w:w="1570"/>
          </w:tcPr>
          <w:p>
            <w:pPr>
              <w:spacing w:after="0"/>
              <w:jc w:val="left"/>
            </w:pPr>
            <w:r>
              <w:rPr>
                <w:sz w:val="16"/>
              </w:rPr>
              <w:t>about 3.26 per year</w:t>
            </w:r>
          </w:p>
        </w:tc>
        <w:tc>
          <w:tcPr>
            <w:tcW w:type="dxa" w:w="1037"/>
          </w:tcPr>
          <w:p>
            <w:pPr>
              <w:spacing w:after="0"/>
              <w:jc w:val="left"/>
            </w:pPr>
            <w:r>
              <w:rPr>
                <w:sz w:val="16"/>
              </w:rPr>
              <w:t>Highly likely</w:t>
            </w:r>
          </w:p>
        </w:tc>
        <w:tc>
          <w:tcPr>
            <w:tcW w:type="dxa" w:w="1760"/>
          </w:tcPr>
          <w:p>
            <w:pPr>
              <w:spacing w:after="0"/>
              <w:jc w:val="left"/>
            </w:pPr>
            <w:r>
              <w:rPr>
                <w:sz w:val="16"/>
              </w:rPr>
              <w:t>FEMA annualized frequency (modeled)</w:t>
            </w:r>
          </w:p>
        </w:tc>
        <w:tc>
          <w:tcPr>
            <w:tcW w:type="dxa" w:w="1520"/>
          </w:tcPr>
          <w:p>
            <w:pPr>
              <w:spacing w:after="0"/>
              <w:jc w:val="right"/>
            </w:pPr>
            <w:r>
              <w:rPr>
                <w:sz w:val="16"/>
              </w:rPr>
              <w:t>124.3 (modeled)</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18.9</w:t>
            </w:r>
          </w:p>
        </w:tc>
        <w:tc>
          <w:tcPr>
            <w:tcW w:type="dxa" w:w="1448"/>
          </w:tcPr>
          <w:p>
            <w:pPr>
              <w:spacing w:after="0"/>
              <w:jc w:val="left"/>
            </w:pPr>
            <w:r>
              <w:rPr>
                <w:sz w:val="16"/>
              </w:rPr>
              <w:t>event-days per year</w:t>
            </w:r>
          </w:p>
        </w:tc>
        <w:tc>
          <w:tcPr>
            <w:tcW w:type="dxa" w:w="1570"/>
          </w:tcPr>
          <w:p>
            <w:pPr>
              <w:spacing w:after="0"/>
              <w:jc w:val="left"/>
            </w:pPr>
            <w:r>
              <w:rPr>
                <w:sz w:val="16"/>
              </w:rPr>
              <w:t>about 18.9 days per year</w:t>
            </w:r>
          </w:p>
        </w:tc>
        <w:tc>
          <w:tcPr>
            <w:tcW w:type="dxa" w:w="1037"/>
          </w:tcPr>
          <w:p>
            <w:pPr>
              <w:spacing w:after="0"/>
              <w:jc w:val="left"/>
            </w:pPr>
            <w:r>
              <w:rPr>
                <w:sz w:val="16"/>
              </w:rPr>
              <w:t>Likely</w:t>
            </w:r>
          </w:p>
        </w:tc>
        <w:tc>
          <w:tcPr>
            <w:tcW w:type="dxa" w:w="1760"/>
          </w:tcPr>
          <w:p>
            <w:pPr>
              <w:spacing w:after="0"/>
              <w:jc w:val="left"/>
            </w:pPr>
            <w:r>
              <w:rPr>
                <w:sz w:val="16"/>
              </w:rPr>
              <w:t>event-days in 4 of 30 years, 1996 to 2025 (13.3%)</w:t>
            </w:r>
          </w:p>
        </w:tc>
        <w:tc>
          <w:tcPr>
            <w:tcW w:type="dxa" w:w="1520"/>
          </w:tcPr>
          <w:p>
            <w:pPr>
              <w:spacing w:after="0"/>
              <w:jc w:val="right"/>
            </w:pPr>
            <w:r>
              <w:rPr>
                <w:sz w:val="16"/>
              </w:rPr>
              <w:t>294</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63"/>
          </w:tcPr>
          <w:p>
            <w:pPr>
              <w:spacing w:after="0"/>
              <w:jc w:val="left"/>
            </w:pPr>
            <w:r>
              <w:rPr>
                <w:sz w:val="16"/>
              </w:rPr>
              <w:t>NRI gives about 18.9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0.0726</w:t>
            </w:r>
          </w:p>
        </w:tc>
        <w:tc>
          <w:tcPr>
            <w:tcW w:type="dxa" w:w="1448"/>
          </w:tcPr>
          <w:p>
            <w:pPr>
              <w:spacing w:after="0"/>
              <w:jc w:val="left"/>
            </w:pPr>
            <w:r>
              <w:rPr>
                <w:sz w:val="16"/>
              </w:rPr>
              <w:t>events per year</w:t>
            </w:r>
          </w:p>
        </w:tc>
        <w:tc>
          <w:tcPr>
            <w:tcW w:type="dxa" w:w="1570"/>
          </w:tcPr>
          <w:p>
            <w:pPr>
              <w:spacing w:after="0"/>
              <w:jc w:val="left"/>
            </w:pPr>
            <w:r>
              <w:rPr>
                <w:sz w:val="16"/>
              </w:rPr>
              <w:t>about 1 in 14 years</w:t>
            </w:r>
          </w:p>
        </w:tc>
        <w:tc>
          <w:tcPr>
            <w:tcW w:type="dxa" w:w="1037"/>
          </w:tcPr>
          <w:p>
            <w:pPr>
              <w:spacing w:after="0"/>
              <w:jc w:val="left"/>
            </w:pPr>
            <w:r>
              <w:rPr>
                <w:sz w:val="16"/>
              </w:rPr>
              <w:t>Possible</w:t>
            </w:r>
          </w:p>
        </w:tc>
        <w:tc>
          <w:tcPr>
            <w:tcW w:type="dxa" w:w="1760"/>
          </w:tcPr>
          <w:p>
            <w:pPr>
              <w:spacing w:after="0"/>
              <w:jc w:val="left"/>
            </w:pPr>
            <w:r>
              <w:rPr>
                <w:sz w:val="16"/>
              </w:rPr>
              <w:t>FEMA annualized frequency (modeled)</w:t>
            </w:r>
          </w:p>
        </w:tc>
        <w:tc>
          <w:tcPr>
            <w:tcW w:type="dxa" w:w="1520"/>
          </w:tcPr>
          <w:p>
            <w:pPr>
              <w:spacing w:after="0"/>
              <w:jc w:val="right"/>
            </w:pPr>
            <w:r>
              <w:rPr>
                <w:sz w:val="16"/>
              </w:rPr>
              <w:t>22</w:t>
            </w:r>
          </w:p>
        </w:tc>
        <w:tc>
          <w:tcPr>
            <w:tcW w:type="dxa" w:w="1500"/>
          </w:tcPr>
          <w:p>
            <w:pPr>
              <w:spacing w:after="0"/>
              <w:jc w:val="left"/>
            </w:pPr>
            <w:r>
              <w:rPr>
                <w:sz w:val="16"/>
              </w:rPr>
              <w:t>1851 to 2024 (Atlantic)</w:t>
            </w:r>
          </w:p>
        </w:tc>
        <w:tc>
          <w:tcPr>
            <w:tcW w:type="dxa" w:w="1037"/>
          </w:tcPr>
          <w:p>
            <w:pPr>
              <w:spacing w:after="0"/>
              <w:jc w:val="left"/>
            </w:pPr>
            <w:r>
              <w:rPr>
                <w:sz w:val="16"/>
              </w:rPr>
              <w:t>see B1-f</w:t>
            </w:r>
          </w:p>
        </w:tc>
        <w:tc>
          <w:tcPr>
            <w:tcW w:type="dxa" w:w="196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0.935</w:t>
            </w:r>
          </w:p>
        </w:tc>
        <w:tc>
          <w:tcPr>
            <w:tcW w:type="dxa" w:w="1448"/>
          </w:tcPr>
          <w:p>
            <w:pPr>
              <w:spacing w:after="0"/>
              <w:jc w:val="left"/>
            </w:pPr>
            <w:r>
              <w:rPr>
                <w:sz w:val="16"/>
              </w:rPr>
              <w:t>event-days per year</w:t>
            </w:r>
          </w:p>
        </w:tc>
        <w:tc>
          <w:tcPr>
            <w:tcW w:type="dxa" w:w="1570"/>
          </w:tcPr>
          <w:p>
            <w:pPr>
              <w:spacing w:after="0"/>
              <w:jc w:val="left"/>
            </w:pPr>
            <w:r>
              <w:rPr>
                <w:sz w:val="16"/>
              </w:rPr>
              <w:t>about 0.935 days per year</w:t>
            </w:r>
          </w:p>
        </w:tc>
        <w:tc>
          <w:tcPr>
            <w:tcW w:type="dxa" w:w="1037"/>
          </w:tcPr>
          <w:p>
            <w:pPr>
              <w:spacing w:after="0"/>
              <w:jc w:val="left"/>
            </w:pPr>
            <w:r>
              <w:rPr>
                <w:sz w:val="16"/>
              </w:rPr>
              <w:t>Likely</w:t>
            </w:r>
          </w:p>
        </w:tc>
        <w:tc>
          <w:tcPr>
            <w:tcW w:type="dxa" w:w="1760"/>
          </w:tcPr>
          <w:p>
            <w:pPr>
              <w:spacing w:after="0"/>
              <w:jc w:val="left"/>
            </w:pPr>
            <w:r>
              <w:rPr>
                <w:sz w:val="16"/>
              </w:rPr>
              <w:t>event-days in 4 of 30 years, 1996 to 2025 (13.3%)</w:t>
            </w:r>
          </w:p>
        </w:tc>
        <w:tc>
          <w:tcPr>
            <w:tcW w:type="dxa" w:w="1520"/>
          </w:tcPr>
          <w:p>
            <w:pPr>
              <w:spacing w:after="0"/>
              <w:jc w:val="right"/>
            </w:pPr>
            <w:r>
              <w:rPr>
                <w:sz w:val="16"/>
              </w:rPr>
              <w:t>63</w:t>
            </w:r>
          </w:p>
        </w:tc>
        <w:tc>
          <w:tcPr>
            <w:tcW w:type="dxa" w:w="1500"/>
          </w:tcPr>
          <w:p>
            <w:pPr>
              <w:spacing w:after="0"/>
              <w:jc w:val="left"/>
            </w:pPr>
            <w:r>
              <w:rPr>
                <w:sz w:val="16"/>
              </w:rPr>
              <w:t>1946-12-31 to 2014-02-12 (67 years)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0.929</w:t>
            </w:r>
          </w:p>
        </w:tc>
        <w:tc>
          <w:tcPr>
            <w:tcW w:type="dxa" w:w="1448"/>
          </w:tcPr>
          <w:p>
            <w:pPr>
              <w:spacing w:after="0"/>
              <w:jc w:val="left"/>
            </w:pPr>
            <w:r>
              <w:rPr>
                <w:sz w:val="16"/>
              </w:rPr>
              <w:t>event-days per year</w:t>
            </w:r>
          </w:p>
        </w:tc>
        <w:tc>
          <w:tcPr>
            <w:tcW w:type="dxa" w:w="1570"/>
          </w:tcPr>
          <w:p>
            <w:pPr>
              <w:spacing w:after="0"/>
              <w:jc w:val="left"/>
            </w:pPr>
            <w:r>
              <w:rPr>
                <w:sz w:val="16"/>
              </w:rPr>
              <w:t>about 0.929 days per year</w:t>
            </w:r>
          </w:p>
        </w:tc>
        <w:tc>
          <w:tcPr>
            <w:tcW w:type="dxa" w:w="1037"/>
          </w:tcPr>
          <w:p>
            <w:pPr>
              <w:spacing w:after="0"/>
              <w:jc w:val="left"/>
            </w:pPr>
            <w:r>
              <w:rPr>
                <w:sz w:val="16"/>
              </w:rPr>
              <w:t>Likely</w:t>
            </w:r>
          </w:p>
        </w:tc>
        <w:tc>
          <w:tcPr>
            <w:tcW w:type="dxa" w:w="1760"/>
          </w:tcPr>
          <w:p>
            <w:pPr>
              <w:spacing w:after="0"/>
              <w:jc w:val="left"/>
            </w:pPr>
            <w:r>
              <w:rPr>
                <w:sz w:val="16"/>
              </w:rPr>
              <w:t>event-days in 17 of 30 years, 1996 to 2025 (56.7%)</w:t>
            </w:r>
          </w:p>
        </w:tc>
        <w:tc>
          <w:tcPr>
            <w:tcW w:type="dxa" w:w="1520"/>
          </w:tcPr>
          <w:p>
            <w:pPr>
              <w:spacing w:after="0"/>
              <w:jc w:val="right"/>
            </w:pPr>
            <w:r>
              <w:rPr>
                <w:sz w:val="16"/>
              </w:rPr>
              <w:t>26</w:t>
            </w:r>
          </w:p>
        </w:tc>
        <w:tc>
          <w:tcPr>
            <w:tcW w:type="dxa" w:w="1500"/>
          </w:tcPr>
          <w:p>
            <w:pPr>
              <w:spacing w:after="0"/>
              <w:jc w:val="left"/>
            </w:pPr>
            <w:r>
              <w:rPr>
                <w:sz w:val="16"/>
              </w:rPr>
              <w:t>1996 to 2023 (28 years)</w:t>
            </w:r>
          </w:p>
        </w:tc>
        <w:tc>
          <w:tcPr>
            <w:tcW w:type="dxa" w:w="1037"/>
          </w:tcPr>
          <w:p>
            <w:pPr>
              <w:spacing w:after="0"/>
              <w:jc w:val="left"/>
            </w:pPr>
            <w:r>
              <w:rPr>
                <w:sz w:val="16"/>
              </w:rPr>
              <w:t>see B1-f</w:t>
            </w:r>
          </w:p>
        </w:tc>
        <w:tc>
          <w:tcPr>
            <w:tcW w:type="dxa" w:w="1963"/>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0.11</w:t>
            </w:r>
          </w:p>
        </w:tc>
        <w:tc>
          <w:tcPr>
            <w:tcW w:type="dxa" w:w="1448"/>
          </w:tcPr>
          <w:p>
            <w:pPr>
              <w:spacing w:after="0"/>
              <w:jc w:val="left"/>
            </w:pPr>
            <w:r>
              <w:rPr>
                <w:sz w:val="16"/>
              </w:rPr>
              <w:t>events per year (modeled)</w:t>
            </w:r>
          </w:p>
        </w:tc>
        <w:tc>
          <w:tcPr>
            <w:tcW w:type="dxa" w:w="1570"/>
          </w:tcPr>
          <w:p>
            <w:pPr>
              <w:spacing w:after="0"/>
              <w:jc w:val="left"/>
            </w:pPr>
            <w:r>
              <w:rPr>
                <w:sz w:val="16"/>
              </w:rPr>
              <w:t>about 1 in 9 years</w:t>
            </w:r>
          </w:p>
        </w:tc>
        <w:tc>
          <w:tcPr>
            <w:tcW w:type="dxa" w:w="1037"/>
          </w:tcPr>
          <w:p>
            <w:pPr>
              <w:spacing w:after="0"/>
              <w:jc w:val="left"/>
            </w:pPr>
            <w:r>
              <w:rPr>
                <w:sz w:val="16"/>
              </w:rPr>
              <w:t>Likely</w:t>
            </w:r>
          </w:p>
        </w:tc>
        <w:tc>
          <w:tcPr>
            <w:tcW w:type="dxa" w:w="1760"/>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70.3</w:t>
            </w:r>
          </w:p>
        </w:tc>
        <w:tc>
          <w:tcPr>
            <w:tcW w:type="dxa" w:w="1448"/>
          </w:tcPr>
          <w:p>
            <w:pPr>
              <w:spacing w:after="0"/>
              <w:jc w:val="left"/>
            </w:pPr>
            <w:r>
              <w:rPr>
                <w:sz w:val="16"/>
              </w:rPr>
              <w:t>days per year with a strike</w:t>
            </w:r>
          </w:p>
        </w:tc>
        <w:tc>
          <w:tcPr>
            <w:tcW w:type="dxa" w:w="1570"/>
          </w:tcPr>
          <w:p>
            <w:pPr>
              <w:spacing w:after="0"/>
              <w:jc w:val="left"/>
            </w:pPr>
            <w:r>
              <w:rPr>
                <w:sz w:val="16"/>
              </w:rPr>
              <w:t>about 70.3 days per year</w:t>
            </w:r>
          </w:p>
        </w:tc>
        <w:tc>
          <w:tcPr>
            <w:tcW w:type="dxa" w:w="1037"/>
          </w:tcPr>
          <w:p>
            <w:pPr>
              <w:spacing w:after="0"/>
              <w:jc w:val="left"/>
            </w:pPr>
            <w:r>
              <w:rPr>
                <w:sz w:val="16"/>
              </w:rPr>
              <w:t>Highly likely</w:t>
            </w:r>
          </w:p>
        </w:tc>
        <w:tc>
          <w:tcPr>
            <w:tcW w:type="dxa" w:w="1760"/>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1995 to 2023 (29 years; CONUS)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3.04</w:t>
            </w:r>
          </w:p>
        </w:tc>
        <w:tc>
          <w:tcPr>
            <w:tcW w:type="dxa" w:w="1448"/>
          </w:tcPr>
          <w:p>
            <w:pPr>
              <w:spacing w:after="0"/>
              <w:jc w:val="left"/>
            </w:pPr>
            <w:r>
              <w:rPr>
                <w:sz w:val="16"/>
              </w:rPr>
              <w:t>events per year</w:t>
            </w:r>
          </w:p>
        </w:tc>
        <w:tc>
          <w:tcPr>
            <w:tcW w:type="dxa" w:w="1570"/>
          </w:tcPr>
          <w:p>
            <w:pPr>
              <w:spacing w:after="0"/>
              <w:jc w:val="left"/>
            </w:pPr>
            <w:r>
              <w:rPr>
                <w:sz w:val="16"/>
              </w:rPr>
              <w:t>about 3.04 per year</w:t>
            </w:r>
          </w:p>
        </w:tc>
        <w:tc>
          <w:tcPr>
            <w:tcW w:type="dxa" w:w="1037"/>
          </w:tcPr>
          <w:p>
            <w:pPr>
              <w:spacing w:after="0"/>
              <w:jc w:val="left"/>
            </w:pPr>
            <w:r>
              <w:rPr>
                <w:sz w:val="16"/>
              </w:rPr>
              <w:t>Highly likely</w:t>
            </w:r>
          </w:p>
        </w:tc>
        <w:tc>
          <w:tcPr>
            <w:tcW w:type="dxa" w:w="1760"/>
          </w:tcPr>
          <w:p>
            <w:pPr>
              <w:spacing w:after="0"/>
              <w:jc w:val="left"/>
            </w:pPr>
            <w:r>
              <w:rPr>
                <w:sz w:val="16"/>
              </w:rPr>
              <w:t>FEMA annualized frequency (modeled)</w:t>
            </w:r>
          </w:p>
        </w:tc>
        <w:tc>
          <w:tcPr>
            <w:tcW w:type="dxa" w:w="1520"/>
          </w:tcPr>
          <w:p>
            <w:pPr>
              <w:spacing w:after="0"/>
              <w:jc w:val="right"/>
            </w:pPr>
            <w:r>
              <w:rPr>
                <w:sz w:val="16"/>
              </w:rPr>
              <w:t>116</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0.608</w:t>
            </w:r>
          </w:p>
        </w:tc>
        <w:tc>
          <w:tcPr>
            <w:tcW w:type="dxa" w:w="1448"/>
          </w:tcPr>
          <w:p>
            <w:pPr>
              <w:spacing w:after="0"/>
              <w:jc w:val="left"/>
            </w:pPr>
            <w:r>
              <w:rPr>
                <w:sz w:val="16"/>
              </w:rPr>
              <w:t>events per year</w:t>
            </w:r>
          </w:p>
        </w:tc>
        <w:tc>
          <w:tcPr>
            <w:tcW w:type="dxa" w:w="1570"/>
          </w:tcPr>
          <w:p>
            <w:pPr>
              <w:spacing w:after="0"/>
              <w:jc w:val="left"/>
            </w:pPr>
            <w:r>
              <w:rPr>
                <w:sz w:val="16"/>
              </w:rPr>
              <w:t>about 0.61 per year</w:t>
            </w:r>
          </w:p>
        </w:tc>
        <w:tc>
          <w:tcPr>
            <w:tcW w:type="dxa" w:w="1037"/>
          </w:tcPr>
          <w:p>
            <w:pPr>
              <w:spacing w:after="0"/>
              <w:jc w:val="left"/>
            </w:pPr>
            <w:r>
              <w:rPr>
                <w:sz w:val="16"/>
              </w:rPr>
              <w:t>Likely</w:t>
            </w:r>
          </w:p>
        </w:tc>
        <w:tc>
          <w:tcPr>
            <w:tcW w:type="dxa" w:w="1760"/>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1950 to 2023 (EF2+); 1986 to 2023 (EF0-1)</w:t>
            </w:r>
          </w:p>
        </w:tc>
        <w:tc>
          <w:tcPr>
            <w:tcW w:type="dxa" w:w="1037"/>
          </w:tcPr>
          <w:p>
            <w:pPr>
              <w:spacing w:after="0"/>
              <w:jc w:val="left"/>
            </w:pPr>
            <w:r>
              <w:rPr>
                <w:sz w:val="16"/>
              </w:rPr>
              <w:t>see B1-f</w:t>
            </w:r>
          </w:p>
        </w:tc>
        <w:tc>
          <w:tcPr>
            <w:tcW w:type="dxa" w:w="1963"/>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0.000237</w:t>
            </w:r>
          </w:p>
        </w:tc>
        <w:tc>
          <w:tcPr>
            <w:tcW w:type="dxa" w:w="1448"/>
          </w:tcPr>
          <w:p>
            <w:pPr>
              <w:spacing w:after="0"/>
              <w:jc w:val="left"/>
            </w:pPr>
            <w:r>
              <w:rPr>
                <w:sz w:val="16"/>
              </w:rPr>
              <w:t>annual probability at a location</w:t>
            </w:r>
          </w:p>
        </w:tc>
        <w:tc>
          <w:tcPr>
            <w:tcW w:type="dxa" w:w="1570"/>
          </w:tcPr>
          <w:p>
            <w:pPr>
              <w:spacing w:after="0"/>
              <w:jc w:val="left"/>
            </w:pPr>
            <w:r>
              <w:rPr>
                <w:sz w:val="16"/>
              </w:rPr>
              <w:t>chance a given location in the county burns in a year: 0.0237%</w:t>
            </w:r>
          </w:p>
        </w:tc>
        <w:tc>
          <w:tcPr>
            <w:tcW w:type="dxa" w:w="1037"/>
          </w:tcPr>
          <w:p>
            <w:pPr>
              <w:spacing w:after="0"/>
              <w:jc w:val="left"/>
            </w:pPr>
          </w:p>
        </w:tc>
        <w:tc>
          <w:tcPr>
            <w:tcW w:type="dxa" w:w="1760"/>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2.11</w:t>
            </w:r>
          </w:p>
        </w:tc>
        <w:tc>
          <w:tcPr>
            <w:tcW w:type="dxa" w:w="1448"/>
          </w:tcPr>
          <w:p>
            <w:pPr>
              <w:spacing w:after="0"/>
              <w:jc w:val="left"/>
            </w:pPr>
            <w:r>
              <w:rPr>
                <w:sz w:val="16"/>
              </w:rPr>
              <w:t>event-days per year</w:t>
            </w:r>
          </w:p>
        </w:tc>
        <w:tc>
          <w:tcPr>
            <w:tcW w:type="dxa" w:w="1570"/>
          </w:tcPr>
          <w:p>
            <w:pPr>
              <w:spacing w:after="0"/>
              <w:jc w:val="left"/>
            </w:pPr>
            <w:r>
              <w:rPr>
                <w:sz w:val="16"/>
              </w:rPr>
              <w:t>about 2.11 days per year</w:t>
            </w:r>
          </w:p>
        </w:tc>
        <w:tc>
          <w:tcPr>
            <w:tcW w:type="dxa" w:w="1037"/>
          </w:tcPr>
          <w:p>
            <w:pPr>
              <w:spacing w:after="0"/>
              <w:jc w:val="left"/>
            </w:pPr>
            <w:r>
              <w:rPr>
                <w:sz w:val="16"/>
              </w:rPr>
              <w:t>Likely</w:t>
            </w:r>
          </w:p>
        </w:tc>
        <w:tc>
          <w:tcPr>
            <w:tcW w:type="dxa" w:w="1760"/>
          </w:tcPr>
          <w:p>
            <w:pPr>
              <w:spacing w:after="0"/>
              <w:jc w:val="left"/>
            </w:pPr>
            <w:r>
              <w:rPr>
                <w:sz w:val="16"/>
              </w:rPr>
              <w:t>event-days in 7 of 30 years, 1996 to 2025 (23.3%)</w:t>
            </w:r>
          </w:p>
        </w:tc>
        <w:tc>
          <w:tcPr>
            <w:tcW w:type="dxa" w:w="1520"/>
          </w:tcPr>
          <w:p>
            <w:pPr>
              <w:spacing w:after="0"/>
              <w:jc w:val="right"/>
            </w:pPr>
            <w:r>
              <w:rPr>
                <w:sz w:val="16"/>
              </w:rPr>
              <w:t>40</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63"/>
          </w:tcPr>
          <w:p>
            <w:pPr>
              <w:spacing w:after="0"/>
              <w:jc w:val="left"/>
            </w:pPr>
            <w:r>
              <w:rPr>
                <w:sz w:val="16"/>
              </w:rPr>
              <w:t>NRI gives about 2.11 winter weather event-days a year here (its annualized frequency over 19 years; not its event count divided by the years), but Storm Events has a record in only 7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25</w:t>
            </w:r>
          </w:p>
        </w:tc>
        <w:tc>
          <w:tcPr>
            <w:tcW w:type="dxa" w:w="1476"/>
          </w:tcPr>
          <w:p>
            <w:pPr>
              <w:spacing w:after="0"/>
              <w:jc w:val="right"/>
            </w:pPr>
            <w:r>
              <w:rPr>
                <w:sz w:val="16"/>
              </w:rPr>
              <w:t>30</w:t>
            </w:r>
          </w:p>
        </w:tc>
        <w:tc>
          <w:tcPr>
            <w:tcW w:type="dxa" w:w="1476"/>
          </w:tcPr>
          <w:p>
            <w:pPr>
              <w:spacing w:after="0"/>
              <w:jc w:val="right"/>
            </w:pPr>
            <w:r>
              <w:rPr>
                <w:sz w:val="16"/>
              </w:rPr>
              <w:t>0.833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78</w:t>
            </w:r>
          </w:p>
        </w:tc>
        <w:tc>
          <w:tcPr>
            <w:tcW w:type="dxa" w:w="1476"/>
          </w:tcPr>
          <w:p>
            <w:pPr>
              <w:spacing w:after="0"/>
              <w:jc w:val="right"/>
            </w:pPr>
            <w:r>
              <w:rPr>
                <w:sz w:val="16"/>
              </w:rPr>
              <w:t>30</w:t>
            </w:r>
          </w:p>
        </w:tc>
        <w:tc>
          <w:tcPr>
            <w:tcW w:type="dxa" w:w="1476"/>
          </w:tcPr>
          <w:p>
            <w:pPr>
              <w:spacing w:after="0"/>
              <w:jc w:val="right"/>
            </w:pPr>
            <w:r>
              <w:rPr>
                <w:sz w:val="16"/>
              </w:rPr>
              <w:t>2.6</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26</w:t>
            </w:r>
          </w:p>
        </w:tc>
        <w:tc>
          <w:tcPr>
            <w:tcW w:type="dxa" w:w="1476"/>
          </w:tcPr>
          <w:p>
            <w:pPr>
              <w:spacing w:after="0"/>
              <w:jc w:val="right"/>
            </w:pPr>
            <w:r>
              <w:rPr>
                <w:sz w:val="16"/>
              </w:rPr>
              <w:t>30</w:t>
            </w:r>
          </w:p>
        </w:tc>
        <w:tc>
          <w:tcPr>
            <w:tcW w:type="dxa" w:w="1476"/>
          </w:tcPr>
          <w:p>
            <w:pPr>
              <w:spacing w:after="0"/>
              <w:jc w:val="right"/>
            </w:pPr>
            <w:r>
              <w:rPr>
                <w:sz w:val="16"/>
              </w:rPr>
              <w:t>0.867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35"/>
        <w:gridCol w:w="744"/>
        <w:gridCol w:w="979"/>
        <w:gridCol w:w="744"/>
        <w:gridCol w:w="710"/>
        <w:gridCol w:w="2211"/>
        <w:gridCol w:w="7588"/>
      </w:tblGrid>
      <w:tr>
        <w:trPr>
          <w:cantSplit/>
          <w:tblHeader/>
        </w:trPr>
        <w:tc>
          <w:tcPr>
            <w:tcW w:type="dxa" w:w="1135"/>
            <w:shd w:val="clear" w:color="auto" w:fill="E8E8E8"/>
          </w:tcPr>
          <w:p>
            <w:pPr>
              <w:spacing w:after="0"/>
              <w:jc w:val="left"/>
            </w:pPr>
            <w:r>
              <w:rPr>
                <w:b/>
                <w:sz w:val="16"/>
              </w:rPr>
              <w:t>Hazard</w:t>
            </w:r>
          </w:p>
        </w:tc>
        <w:tc>
          <w:tcPr>
            <w:tcW w:type="dxa" w:w="744"/>
            <w:shd w:val="clear" w:color="auto" w:fill="E8E8E8"/>
          </w:tcPr>
          <w:p>
            <w:pPr>
              <w:spacing w:after="0"/>
              <w:jc w:val="right"/>
            </w:pPr>
            <w:r>
              <w:rPr>
                <w:b/>
                <w:sz w:val="16"/>
              </w:rPr>
              <w:t>Tracts</w:t>
            </w:r>
          </w:p>
          <w:p>
            <w:pPr>
              <w:spacing w:after="0"/>
              <w:jc w:val="right"/>
            </w:pPr>
            <w:r>
              <w:rPr>
                <w:i/>
                <w:color w:val="555555"/>
                <w:sz w:val="14"/>
              </w:rPr>
              <w:t>rated of all</w:t>
            </w:r>
          </w:p>
        </w:tc>
        <w:tc>
          <w:tcPr>
            <w:tcW w:type="dxa" w:w="979"/>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44"/>
            <w:shd w:val="clear" w:color="auto" w:fill="E8E8E8"/>
          </w:tcPr>
          <w:p>
            <w:pPr>
              <w:spacing w:after="0"/>
              <w:jc w:val="right"/>
            </w:pPr>
            <w:r>
              <w:rPr>
                <w:b/>
                <w:sz w:val="16"/>
              </w:rPr>
              <w:t>Median</w:t>
            </w:r>
          </w:p>
        </w:tc>
        <w:tc>
          <w:tcPr>
            <w:tcW w:type="dxa" w:w="710"/>
            <w:shd w:val="clear" w:color="auto" w:fill="E8E8E8"/>
          </w:tcPr>
          <w:p>
            <w:pPr>
              <w:spacing w:after="0"/>
              <w:jc w:val="right"/>
            </w:pPr>
            <w:r>
              <w:rPr>
                <w:b/>
                <w:sz w:val="16"/>
              </w:rPr>
              <w:t>Max</w:t>
            </w:r>
          </w:p>
        </w:tc>
        <w:tc>
          <w:tcPr>
            <w:tcW w:type="dxa" w:w="2211"/>
            <w:shd w:val="clear" w:color="auto" w:fill="E8E8E8"/>
          </w:tcPr>
          <w:p>
            <w:pPr>
              <w:spacing w:after="0"/>
              <w:jc w:val="left"/>
            </w:pPr>
            <w:r>
              <w:rPr>
                <w:b/>
                <w:sz w:val="16"/>
              </w:rPr>
              <w:t>Tracts by rating</w:t>
            </w:r>
          </w:p>
        </w:tc>
        <w:tc>
          <w:tcPr>
            <w:tcW w:type="dxa" w:w="7588"/>
            <w:shd w:val="clear" w:color="auto" w:fill="E8E8E8"/>
          </w:tcPr>
          <w:p>
            <w:pPr>
              <w:spacing w:after="0"/>
              <w:jc w:val="left"/>
            </w:pPr>
            <w:r>
              <w:rPr>
                <w:b/>
                <w:sz w:val="16"/>
              </w:rPr>
              <w:t>Note</w:t>
            </w:r>
          </w:p>
        </w:tc>
      </w:tr>
      <w:tr>
        <w:trPr>
          <w:cantSplit/>
        </w:trPr>
        <w:tc>
          <w:tcPr>
            <w:tcW w:type="dxa" w:w="1135"/>
          </w:tcPr>
          <w:p>
            <w:pPr>
              <w:spacing w:after="0"/>
              <w:jc w:val="left"/>
            </w:pPr>
            <w:r>
              <w:rPr>
                <w:sz w:val="16"/>
              </w:rPr>
              <w:t>Avalanche</w:t>
            </w:r>
          </w:p>
        </w:tc>
        <w:tc>
          <w:tcPr>
            <w:tcW w:type="dxa" w:w="744"/>
          </w:tcPr>
          <w:p>
            <w:pPr>
              <w:spacing w:after="0"/>
              <w:jc w:val="right"/>
            </w:pPr>
            <w:r>
              <w:rPr>
                <w:sz w:val="16"/>
              </w:rPr>
              <w:t>0 of 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3</w:t>
            </w:r>
          </w:p>
        </w:tc>
        <w:tc>
          <w:tcPr>
            <w:tcW w:type="dxa" w:w="7588"/>
          </w:tcPr>
          <w:p>
            <w:pPr>
              <w:spacing w:after="0"/>
              <w:jc w:val="left"/>
            </w:pPr>
          </w:p>
        </w:tc>
      </w:tr>
      <w:tr>
        <w:trPr>
          <w:cantSplit/>
        </w:trPr>
        <w:tc>
          <w:tcPr>
            <w:tcW w:type="dxa" w:w="1135"/>
          </w:tcPr>
          <w:p>
            <w:pPr>
              <w:spacing w:after="0"/>
              <w:jc w:val="left"/>
            </w:pPr>
            <w:r>
              <w:rPr>
                <w:sz w:val="16"/>
              </w:rPr>
              <w:t>Coastal Flooding</w:t>
            </w:r>
          </w:p>
        </w:tc>
        <w:tc>
          <w:tcPr>
            <w:tcW w:type="dxa" w:w="744"/>
          </w:tcPr>
          <w:p>
            <w:pPr>
              <w:spacing w:after="0"/>
              <w:jc w:val="right"/>
            </w:pPr>
            <w:r>
              <w:rPr>
                <w:sz w:val="16"/>
              </w:rPr>
              <w:t>0 of 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3</w:t>
            </w:r>
          </w:p>
        </w:tc>
        <w:tc>
          <w:tcPr>
            <w:tcW w:type="dxa" w:w="7588"/>
          </w:tcPr>
          <w:p>
            <w:pPr>
              <w:spacing w:after="0"/>
              <w:jc w:val="left"/>
            </w:pPr>
          </w:p>
        </w:tc>
      </w:tr>
      <w:tr>
        <w:trPr>
          <w:cantSplit/>
        </w:trPr>
        <w:tc>
          <w:tcPr>
            <w:tcW w:type="dxa" w:w="1135"/>
          </w:tcPr>
          <w:p>
            <w:pPr>
              <w:spacing w:after="0"/>
              <w:jc w:val="left"/>
            </w:pPr>
            <w:r>
              <w:rPr>
                <w:sz w:val="16"/>
              </w:rPr>
              <w:t>Cold Wave</w:t>
            </w:r>
          </w:p>
        </w:tc>
        <w:tc>
          <w:tcPr>
            <w:tcW w:type="dxa" w:w="744"/>
          </w:tcPr>
          <w:p>
            <w:pPr>
              <w:spacing w:after="0"/>
              <w:jc w:val="right"/>
            </w:pPr>
            <w:r>
              <w:rPr>
                <w:sz w:val="16"/>
              </w:rPr>
              <w:t>3 of 3</w:t>
            </w:r>
          </w:p>
        </w:tc>
        <w:tc>
          <w:tcPr>
            <w:tcW w:type="dxa" w:w="979"/>
          </w:tcPr>
          <w:p>
            <w:pPr>
              <w:spacing w:after="0"/>
              <w:jc w:val="right"/>
            </w:pPr>
            <w:r>
              <w:rPr>
                <w:sz w:val="16"/>
              </w:rPr>
              <w:t>50.0</w:t>
            </w:r>
          </w:p>
        </w:tc>
        <w:tc>
          <w:tcPr>
            <w:tcW w:type="dxa" w:w="744"/>
          </w:tcPr>
          <w:p>
            <w:pPr>
              <w:spacing w:after="0"/>
              <w:jc w:val="right"/>
            </w:pPr>
            <w:r>
              <w:rPr>
                <w:sz w:val="16"/>
              </w:rPr>
              <w:t>55.3</w:t>
            </w:r>
          </w:p>
        </w:tc>
        <w:tc>
          <w:tcPr>
            <w:tcW w:type="dxa" w:w="710"/>
          </w:tcPr>
          <w:p>
            <w:pPr>
              <w:spacing w:after="0"/>
              <w:jc w:val="right"/>
            </w:pPr>
            <w:r>
              <w:rPr>
                <w:sz w:val="16"/>
              </w:rPr>
              <w:t>69.3</w:t>
            </w:r>
          </w:p>
        </w:tc>
        <w:tc>
          <w:tcPr>
            <w:tcW w:type="dxa" w:w="2211"/>
          </w:tcPr>
          <w:p>
            <w:pPr>
              <w:spacing w:after="0"/>
              <w:jc w:val="left"/>
            </w:pPr>
            <w:r>
              <w:rPr>
                <w:sz w:val="16"/>
              </w:rPr>
              <w:t>Relatively Moderate 3</w:t>
            </w:r>
          </w:p>
        </w:tc>
        <w:tc>
          <w:tcPr>
            <w:tcW w:type="dxa" w:w="7588"/>
          </w:tcPr>
          <w:p>
            <w:pPr>
              <w:spacing w:after="0"/>
              <w:jc w:val="left"/>
            </w:pPr>
            <w:r>
              <w:rPr>
                <w:sz w:val="16"/>
              </w:rPr>
              <w:t>National data give a county-wide or coarse (49 km grid or NWS zone) frequency for this hazard, so they cannot show members' hazard differing. Agriculture is 54% of NRI's expected annual loss for this hazard in the county, so the tract range above mostly reflects where crop and livestock value is, not where buildings and people are. Confirm locally.</w:t>
            </w:r>
          </w:p>
        </w:tc>
      </w:tr>
      <w:tr>
        <w:trPr>
          <w:cantSplit/>
        </w:trPr>
        <w:tc>
          <w:tcPr>
            <w:tcW w:type="dxa" w:w="1135"/>
          </w:tcPr>
          <w:p>
            <w:pPr>
              <w:spacing w:after="0"/>
              <w:jc w:val="left"/>
            </w:pPr>
            <w:r>
              <w:rPr>
                <w:sz w:val="16"/>
              </w:rPr>
              <w:t>Drought</w:t>
            </w:r>
          </w:p>
        </w:tc>
        <w:tc>
          <w:tcPr>
            <w:tcW w:type="dxa" w:w="744"/>
          </w:tcPr>
          <w:p>
            <w:pPr>
              <w:spacing w:after="0"/>
              <w:jc w:val="right"/>
            </w:pPr>
            <w:r>
              <w:rPr>
                <w:sz w:val="16"/>
              </w:rPr>
              <w:t>3 of 3</w:t>
            </w:r>
          </w:p>
        </w:tc>
        <w:tc>
          <w:tcPr>
            <w:tcW w:type="dxa" w:w="979"/>
          </w:tcPr>
          <w:p>
            <w:pPr>
              <w:spacing w:after="0"/>
              <w:jc w:val="right"/>
            </w:pPr>
            <w:r>
              <w:rPr>
                <w:sz w:val="16"/>
              </w:rPr>
              <w:t>96.6</w:t>
            </w:r>
          </w:p>
        </w:tc>
        <w:tc>
          <w:tcPr>
            <w:tcW w:type="dxa" w:w="744"/>
          </w:tcPr>
          <w:p>
            <w:pPr>
              <w:spacing w:after="0"/>
              <w:jc w:val="right"/>
            </w:pPr>
            <w:r>
              <w:rPr>
                <w:sz w:val="16"/>
              </w:rPr>
              <w:t>98.0</w:t>
            </w:r>
          </w:p>
        </w:tc>
        <w:tc>
          <w:tcPr>
            <w:tcW w:type="dxa" w:w="710"/>
          </w:tcPr>
          <w:p>
            <w:pPr>
              <w:spacing w:after="0"/>
              <w:jc w:val="right"/>
            </w:pPr>
            <w:r>
              <w:rPr>
                <w:sz w:val="16"/>
              </w:rPr>
              <w:t>99.4</w:t>
            </w:r>
          </w:p>
        </w:tc>
        <w:tc>
          <w:tcPr>
            <w:tcW w:type="dxa" w:w="2211"/>
          </w:tcPr>
          <w:p>
            <w:pPr>
              <w:spacing w:after="0"/>
              <w:jc w:val="left"/>
            </w:pPr>
            <w:r>
              <w:rPr>
                <w:sz w:val="16"/>
              </w:rPr>
              <w:t>Relatively High 2, Relatively Moderate 1</w:t>
            </w:r>
          </w:p>
        </w:tc>
        <w:tc>
          <w:tcPr>
            <w:tcW w:type="dxa" w:w="7588"/>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35"/>
          </w:tcPr>
          <w:p>
            <w:pPr>
              <w:spacing w:after="0"/>
              <w:jc w:val="left"/>
            </w:pPr>
            <w:r>
              <w:rPr>
                <w:sz w:val="16"/>
              </w:rPr>
              <w:t>Earthquake</w:t>
            </w:r>
          </w:p>
        </w:tc>
        <w:tc>
          <w:tcPr>
            <w:tcW w:type="dxa" w:w="744"/>
          </w:tcPr>
          <w:p>
            <w:pPr>
              <w:spacing w:after="0"/>
              <w:jc w:val="right"/>
            </w:pPr>
            <w:r>
              <w:rPr>
                <w:sz w:val="16"/>
              </w:rPr>
              <w:t>3 of 3</w:t>
            </w:r>
          </w:p>
        </w:tc>
        <w:tc>
          <w:tcPr>
            <w:tcW w:type="dxa" w:w="979"/>
          </w:tcPr>
          <w:p>
            <w:pPr>
              <w:spacing w:after="0"/>
              <w:jc w:val="right"/>
            </w:pPr>
            <w:r>
              <w:rPr>
                <w:sz w:val="16"/>
              </w:rPr>
              <w:t>41.1</w:t>
            </w:r>
          </w:p>
        </w:tc>
        <w:tc>
          <w:tcPr>
            <w:tcW w:type="dxa" w:w="744"/>
          </w:tcPr>
          <w:p>
            <w:pPr>
              <w:spacing w:after="0"/>
              <w:jc w:val="right"/>
            </w:pPr>
            <w:r>
              <w:rPr>
                <w:sz w:val="16"/>
              </w:rPr>
              <w:t>57.4</w:t>
            </w:r>
          </w:p>
        </w:tc>
        <w:tc>
          <w:tcPr>
            <w:tcW w:type="dxa" w:w="710"/>
          </w:tcPr>
          <w:p>
            <w:pPr>
              <w:spacing w:after="0"/>
              <w:jc w:val="right"/>
            </w:pPr>
            <w:r>
              <w:rPr>
                <w:sz w:val="16"/>
              </w:rPr>
              <w:t>61.4</w:t>
            </w:r>
          </w:p>
        </w:tc>
        <w:tc>
          <w:tcPr>
            <w:tcW w:type="dxa" w:w="2211"/>
          </w:tcPr>
          <w:p>
            <w:pPr>
              <w:spacing w:after="0"/>
              <w:jc w:val="left"/>
            </w:pPr>
            <w:r>
              <w:rPr>
                <w:sz w:val="16"/>
              </w:rPr>
              <w:t>Relatively Low 2, Very Low 1</w:t>
            </w:r>
          </w:p>
        </w:tc>
        <w:tc>
          <w:tcPr>
            <w:tcW w:type="dxa" w:w="7588"/>
          </w:tcPr>
          <w:p>
            <w:pPr>
              <w:spacing w:after="0"/>
              <w:jc w:val="left"/>
            </w:pPr>
          </w:p>
        </w:tc>
      </w:tr>
      <w:tr>
        <w:trPr>
          <w:cantSplit/>
        </w:trPr>
        <w:tc>
          <w:tcPr>
            <w:tcW w:type="dxa" w:w="1135"/>
          </w:tcPr>
          <w:p>
            <w:pPr>
              <w:spacing w:after="0"/>
              <w:jc w:val="left"/>
            </w:pPr>
            <w:r>
              <w:rPr>
                <w:sz w:val="16"/>
              </w:rPr>
              <w:t>Hail</w:t>
            </w:r>
          </w:p>
        </w:tc>
        <w:tc>
          <w:tcPr>
            <w:tcW w:type="dxa" w:w="744"/>
          </w:tcPr>
          <w:p>
            <w:pPr>
              <w:spacing w:after="0"/>
              <w:jc w:val="right"/>
            </w:pPr>
            <w:r>
              <w:rPr>
                <w:sz w:val="16"/>
              </w:rPr>
              <w:t>3 of 3</w:t>
            </w:r>
          </w:p>
        </w:tc>
        <w:tc>
          <w:tcPr>
            <w:tcW w:type="dxa" w:w="979"/>
          </w:tcPr>
          <w:p>
            <w:pPr>
              <w:spacing w:after="0"/>
              <w:jc w:val="right"/>
            </w:pPr>
            <w:r>
              <w:rPr>
                <w:sz w:val="16"/>
              </w:rPr>
              <w:t>90.9</w:t>
            </w:r>
          </w:p>
        </w:tc>
        <w:tc>
          <w:tcPr>
            <w:tcW w:type="dxa" w:w="744"/>
          </w:tcPr>
          <w:p>
            <w:pPr>
              <w:spacing w:after="0"/>
              <w:jc w:val="right"/>
            </w:pPr>
            <w:r>
              <w:rPr>
                <w:sz w:val="16"/>
              </w:rPr>
              <w:t>92.4</w:t>
            </w:r>
          </w:p>
        </w:tc>
        <w:tc>
          <w:tcPr>
            <w:tcW w:type="dxa" w:w="710"/>
          </w:tcPr>
          <w:p>
            <w:pPr>
              <w:spacing w:after="0"/>
              <w:jc w:val="right"/>
            </w:pPr>
            <w:r>
              <w:rPr>
                <w:sz w:val="16"/>
              </w:rPr>
              <w:t>93.6</w:t>
            </w:r>
          </w:p>
        </w:tc>
        <w:tc>
          <w:tcPr>
            <w:tcW w:type="dxa" w:w="2211"/>
          </w:tcPr>
          <w:p>
            <w:pPr>
              <w:spacing w:after="0"/>
              <w:jc w:val="left"/>
            </w:pPr>
            <w:r>
              <w:rPr>
                <w:sz w:val="16"/>
              </w:rPr>
              <w:t>Relatively High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Heat Wave</w:t>
            </w:r>
          </w:p>
        </w:tc>
        <w:tc>
          <w:tcPr>
            <w:tcW w:type="dxa" w:w="744"/>
          </w:tcPr>
          <w:p>
            <w:pPr>
              <w:spacing w:after="0"/>
              <w:jc w:val="right"/>
            </w:pPr>
            <w:r>
              <w:rPr>
                <w:sz w:val="16"/>
              </w:rPr>
              <w:t>3 of 3</w:t>
            </w:r>
          </w:p>
        </w:tc>
        <w:tc>
          <w:tcPr>
            <w:tcW w:type="dxa" w:w="979"/>
          </w:tcPr>
          <w:p>
            <w:pPr>
              <w:spacing w:after="0"/>
              <w:jc w:val="right"/>
            </w:pPr>
            <w:r>
              <w:rPr>
                <w:sz w:val="16"/>
              </w:rPr>
              <w:t>70.3</w:t>
            </w:r>
          </w:p>
        </w:tc>
        <w:tc>
          <w:tcPr>
            <w:tcW w:type="dxa" w:w="744"/>
          </w:tcPr>
          <w:p>
            <w:pPr>
              <w:spacing w:after="0"/>
              <w:jc w:val="right"/>
            </w:pPr>
            <w:r>
              <w:rPr>
                <w:sz w:val="16"/>
              </w:rPr>
              <w:t>81.3</w:t>
            </w:r>
          </w:p>
        </w:tc>
        <w:tc>
          <w:tcPr>
            <w:tcW w:type="dxa" w:w="710"/>
          </w:tcPr>
          <w:p>
            <w:pPr>
              <w:spacing w:after="0"/>
              <w:jc w:val="right"/>
            </w:pPr>
            <w:r>
              <w:rPr>
                <w:sz w:val="16"/>
              </w:rPr>
              <w:t>82.2</w:t>
            </w:r>
          </w:p>
        </w:tc>
        <w:tc>
          <w:tcPr>
            <w:tcW w:type="dxa" w:w="2211"/>
          </w:tcPr>
          <w:p>
            <w:pPr>
              <w:spacing w:after="0"/>
              <w:jc w:val="left"/>
            </w:pPr>
            <w:r>
              <w:rPr>
                <w:sz w:val="16"/>
              </w:rPr>
              <w:t>Relatively Moderate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Hurricane</w:t>
            </w:r>
          </w:p>
        </w:tc>
        <w:tc>
          <w:tcPr>
            <w:tcW w:type="dxa" w:w="744"/>
          </w:tcPr>
          <w:p>
            <w:pPr>
              <w:spacing w:after="0"/>
              <w:jc w:val="right"/>
            </w:pPr>
            <w:r>
              <w:rPr>
                <w:sz w:val="16"/>
              </w:rPr>
              <w:t>3 of 3</w:t>
            </w:r>
          </w:p>
        </w:tc>
        <w:tc>
          <w:tcPr>
            <w:tcW w:type="dxa" w:w="979"/>
          </w:tcPr>
          <w:p>
            <w:pPr>
              <w:spacing w:after="0"/>
              <w:jc w:val="right"/>
            </w:pPr>
            <w:r>
              <w:rPr>
                <w:sz w:val="16"/>
              </w:rPr>
              <w:t>80.1</w:t>
            </w:r>
          </w:p>
        </w:tc>
        <w:tc>
          <w:tcPr>
            <w:tcW w:type="dxa" w:w="744"/>
          </w:tcPr>
          <w:p>
            <w:pPr>
              <w:spacing w:after="0"/>
              <w:jc w:val="right"/>
            </w:pPr>
            <w:r>
              <w:rPr>
                <w:sz w:val="16"/>
              </w:rPr>
              <w:t>81.9</w:t>
            </w:r>
          </w:p>
        </w:tc>
        <w:tc>
          <w:tcPr>
            <w:tcW w:type="dxa" w:w="710"/>
          </w:tcPr>
          <w:p>
            <w:pPr>
              <w:spacing w:after="0"/>
              <w:jc w:val="right"/>
            </w:pPr>
            <w:r>
              <w:rPr>
                <w:sz w:val="16"/>
              </w:rPr>
              <w:t>85.6</w:t>
            </w:r>
          </w:p>
        </w:tc>
        <w:tc>
          <w:tcPr>
            <w:tcW w:type="dxa" w:w="2211"/>
          </w:tcPr>
          <w:p>
            <w:pPr>
              <w:spacing w:after="0"/>
              <w:jc w:val="left"/>
            </w:pPr>
            <w:r>
              <w:rPr>
                <w:sz w:val="16"/>
              </w:rPr>
              <w:t>Relatively Moderate 3</w:t>
            </w:r>
          </w:p>
        </w:tc>
        <w:tc>
          <w:tcPr>
            <w:tcW w:type="dxa" w:w="7588"/>
          </w:tcPr>
          <w:p>
            <w:pPr>
              <w:spacing w:after="0"/>
              <w:jc w:val="left"/>
            </w:pPr>
          </w:p>
        </w:tc>
      </w:tr>
      <w:tr>
        <w:trPr>
          <w:cantSplit/>
        </w:trPr>
        <w:tc>
          <w:tcPr>
            <w:tcW w:type="dxa" w:w="1135"/>
          </w:tcPr>
          <w:p>
            <w:pPr>
              <w:spacing w:after="0"/>
              <w:jc w:val="left"/>
            </w:pPr>
            <w:r>
              <w:rPr>
                <w:sz w:val="16"/>
              </w:rPr>
              <w:t>Ice Storm</w:t>
            </w:r>
          </w:p>
        </w:tc>
        <w:tc>
          <w:tcPr>
            <w:tcW w:type="dxa" w:w="744"/>
          </w:tcPr>
          <w:p>
            <w:pPr>
              <w:spacing w:after="0"/>
              <w:jc w:val="right"/>
            </w:pPr>
            <w:r>
              <w:rPr>
                <w:sz w:val="16"/>
              </w:rPr>
              <w:t>3 of 3</w:t>
            </w:r>
          </w:p>
        </w:tc>
        <w:tc>
          <w:tcPr>
            <w:tcW w:type="dxa" w:w="979"/>
          </w:tcPr>
          <w:p>
            <w:pPr>
              <w:spacing w:after="0"/>
              <w:jc w:val="right"/>
            </w:pPr>
            <w:r>
              <w:rPr>
                <w:sz w:val="16"/>
              </w:rPr>
              <w:t>86.4</w:t>
            </w:r>
          </w:p>
        </w:tc>
        <w:tc>
          <w:tcPr>
            <w:tcW w:type="dxa" w:w="744"/>
          </w:tcPr>
          <w:p>
            <w:pPr>
              <w:spacing w:after="0"/>
              <w:jc w:val="right"/>
            </w:pPr>
            <w:r>
              <w:rPr>
                <w:sz w:val="16"/>
              </w:rPr>
              <w:t>86.7</w:t>
            </w:r>
          </w:p>
        </w:tc>
        <w:tc>
          <w:tcPr>
            <w:tcW w:type="dxa" w:w="710"/>
          </w:tcPr>
          <w:p>
            <w:pPr>
              <w:spacing w:after="0"/>
              <w:jc w:val="right"/>
            </w:pPr>
            <w:r>
              <w:rPr>
                <w:sz w:val="16"/>
              </w:rPr>
              <w:t>86.9</w:t>
            </w:r>
          </w:p>
        </w:tc>
        <w:tc>
          <w:tcPr>
            <w:tcW w:type="dxa" w:w="2211"/>
          </w:tcPr>
          <w:p>
            <w:pPr>
              <w:spacing w:after="0"/>
              <w:jc w:val="left"/>
            </w:pPr>
            <w:r>
              <w:rPr>
                <w:sz w:val="16"/>
              </w:rPr>
              <w:t>Relatively Moderate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Inland Flooding</w:t>
            </w:r>
          </w:p>
        </w:tc>
        <w:tc>
          <w:tcPr>
            <w:tcW w:type="dxa" w:w="744"/>
          </w:tcPr>
          <w:p>
            <w:pPr>
              <w:spacing w:after="0"/>
              <w:jc w:val="right"/>
            </w:pPr>
            <w:r>
              <w:rPr>
                <w:sz w:val="16"/>
              </w:rPr>
              <w:t>3 of 3</w:t>
            </w:r>
          </w:p>
        </w:tc>
        <w:tc>
          <w:tcPr>
            <w:tcW w:type="dxa" w:w="979"/>
          </w:tcPr>
          <w:p>
            <w:pPr>
              <w:spacing w:after="0"/>
              <w:jc w:val="right"/>
            </w:pPr>
            <w:r>
              <w:rPr>
                <w:sz w:val="16"/>
              </w:rPr>
              <w:t>16.8</w:t>
            </w:r>
          </w:p>
        </w:tc>
        <w:tc>
          <w:tcPr>
            <w:tcW w:type="dxa" w:w="744"/>
          </w:tcPr>
          <w:p>
            <w:pPr>
              <w:spacing w:after="0"/>
              <w:jc w:val="right"/>
            </w:pPr>
            <w:r>
              <w:rPr>
                <w:sz w:val="16"/>
              </w:rPr>
              <w:t>25.8</w:t>
            </w:r>
          </w:p>
        </w:tc>
        <w:tc>
          <w:tcPr>
            <w:tcW w:type="dxa" w:w="710"/>
          </w:tcPr>
          <w:p>
            <w:pPr>
              <w:spacing w:after="0"/>
              <w:jc w:val="right"/>
            </w:pPr>
            <w:r>
              <w:rPr>
                <w:sz w:val="16"/>
              </w:rPr>
              <w:t>27.6</w:t>
            </w:r>
          </w:p>
        </w:tc>
        <w:tc>
          <w:tcPr>
            <w:tcW w:type="dxa" w:w="2211"/>
          </w:tcPr>
          <w:p>
            <w:pPr>
              <w:spacing w:after="0"/>
              <w:jc w:val="left"/>
            </w:pPr>
            <w:r>
              <w:rPr>
                <w:sz w:val="16"/>
              </w:rPr>
              <w:t>Relatively Low 3</w:t>
            </w:r>
          </w:p>
        </w:tc>
        <w:tc>
          <w:tcPr>
            <w:tcW w:type="dxa" w:w="7588"/>
          </w:tcPr>
          <w:p>
            <w:pPr>
              <w:spacing w:after="0"/>
              <w:jc w:val="left"/>
            </w:pPr>
          </w:p>
        </w:tc>
      </w:tr>
      <w:tr>
        <w:trPr>
          <w:cantSplit/>
        </w:trPr>
        <w:tc>
          <w:tcPr>
            <w:tcW w:type="dxa" w:w="1135"/>
          </w:tcPr>
          <w:p>
            <w:pPr>
              <w:spacing w:after="0"/>
              <w:jc w:val="left"/>
            </w:pPr>
            <w:r>
              <w:rPr>
                <w:sz w:val="16"/>
              </w:rPr>
              <w:t>Landslide</w:t>
            </w:r>
          </w:p>
        </w:tc>
        <w:tc>
          <w:tcPr>
            <w:tcW w:type="dxa" w:w="744"/>
          </w:tcPr>
          <w:p>
            <w:pPr>
              <w:spacing w:after="0"/>
              <w:jc w:val="right"/>
            </w:pPr>
            <w:r>
              <w:rPr>
                <w:sz w:val="16"/>
              </w:rPr>
              <w:t>3 of 3</w:t>
            </w:r>
          </w:p>
        </w:tc>
        <w:tc>
          <w:tcPr>
            <w:tcW w:type="dxa" w:w="979"/>
          </w:tcPr>
          <w:p>
            <w:pPr>
              <w:spacing w:after="0"/>
              <w:jc w:val="right"/>
            </w:pPr>
            <w:r>
              <w:rPr>
                <w:sz w:val="16"/>
              </w:rPr>
              <w:t>58.4</w:t>
            </w:r>
          </w:p>
        </w:tc>
        <w:tc>
          <w:tcPr>
            <w:tcW w:type="dxa" w:w="744"/>
          </w:tcPr>
          <w:p>
            <w:pPr>
              <w:spacing w:after="0"/>
              <w:jc w:val="right"/>
            </w:pPr>
            <w:r>
              <w:rPr>
                <w:sz w:val="16"/>
              </w:rPr>
              <w:t>74.5</w:t>
            </w:r>
          </w:p>
        </w:tc>
        <w:tc>
          <w:tcPr>
            <w:tcW w:type="dxa" w:w="710"/>
          </w:tcPr>
          <w:p>
            <w:pPr>
              <w:spacing w:after="0"/>
              <w:jc w:val="right"/>
            </w:pPr>
            <w:r>
              <w:rPr>
                <w:sz w:val="16"/>
              </w:rPr>
              <w:t>74.9</w:t>
            </w:r>
          </w:p>
        </w:tc>
        <w:tc>
          <w:tcPr>
            <w:tcW w:type="dxa" w:w="2211"/>
          </w:tcPr>
          <w:p>
            <w:pPr>
              <w:spacing w:after="0"/>
              <w:jc w:val="left"/>
            </w:pPr>
            <w:r>
              <w:rPr>
                <w:sz w:val="16"/>
              </w:rPr>
              <w:t>Very Low 3</w:t>
            </w:r>
          </w:p>
        </w:tc>
        <w:tc>
          <w:tcPr>
            <w:tcW w:type="dxa" w:w="7588"/>
          </w:tcPr>
          <w:p>
            <w:pPr>
              <w:spacing w:after="0"/>
              <w:jc w:val="left"/>
            </w:pPr>
          </w:p>
        </w:tc>
      </w:tr>
      <w:tr>
        <w:trPr>
          <w:cantSplit/>
        </w:trPr>
        <w:tc>
          <w:tcPr>
            <w:tcW w:type="dxa" w:w="1135"/>
          </w:tcPr>
          <w:p>
            <w:pPr>
              <w:spacing w:after="0"/>
              <w:jc w:val="left"/>
            </w:pPr>
            <w:r>
              <w:rPr>
                <w:sz w:val="16"/>
              </w:rPr>
              <w:t>Lightning</w:t>
            </w:r>
          </w:p>
        </w:tc>
        <w:tc>
          <w:tcPr>
            <w:tcW w:type="dxa" w:w="744"/>
          </w:tcPr>
          <w:p>
            <w:pPr>
              <w:spacing w:after="0"/>
              <w:jc w:val="right"/>
            </w:pPr>
            <w:r>
              <w:rPr>
                <w:sz w:val="16"/>
              </w:rPr>
              <w:t>3 of 3</w:t>
            </w:r>
          </w:p>
        </w:tc>
        <w:tc>
          <w:tcPr>
            <w:tcW w:type="dxa" w:w="979"/>
          </w:tcPr>
          <w:p>
            <w:pPr>
              <w:spacing w:after="0"/>
              <w:jc w:val="right"/>
            </w:pPr>
            <w:r>
              <w:rPr>
                <w:sz w:val="16"/>
              </w:rPr>
              <w:t>52.3</w:t>
            </w:r>
          </w:p>
        </w:tc>
        <w:tc>
          <w:tcPr>
            <w:tcW w:type="dxa" w:w="744"/>
          </w:tcPr>
          <w:p>
            <w:pPr>
              <w:spacing w:after="0"/>
              <w:jc w:val="right"/>
            </w:pPr>
            <w:r>
              <w:rPr>
                <w:sz w:val="16"/>
              </w:rPr>
              <w:t>64.9</w:t>
            </w:r>
          </w:p>
        </w:tc>
        <w:tc>
          <w:tcPr>
            <w:tcW w:type="dxa" w:w="710"/>
          </w:tcPr>
          <w:p>
            <w:pPr>
              <w:spacing w:after="0"/>
              <w:jc w:val="right"/>
            </w:pPr>
            <w:r>
              <w:rPr>
                <w:sz w:val="16"/>
              </w:rPr>
              <w:t>65.6</w:t>
            </w:r>
          </w:p>
        </w:tc>
        <w:tc>
          <w:tcPr>
            <w:tcW w:type="dxa" w:w="2211"/>
          </w:tcPr>
          <w:p>
            <w:pPr>
              <w:spacing w:after="0"/>
              <w:jc w:val="left"/>
            </w:pPr>
            <w:r>
              <w:rPr>
                <w:sz w:val="16"/>
              </w:rPr>
              <w:t>Relatively Moderate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Strong Wind</w:t>
            </w:r>
          </w:p>
        </w:tc>
        <w:tc>
          <w:tcPr>
            <w:tcW w:type="dxa" w:w="744"/>
          </w:tcPr>
          <w:p>
            <w:pPr>
              <w:spacing w:after="0"/>
              <w:jc w:val="right"/>
            </w:pPr>
            <w:r>
              <w:rPr>
                <w:sz w:val="16"/>
              </w:rPr>
              <w:t>3 of 3</w:t>
            </w:r>
          </w:p>
        </w:tc>
        <w:tc>
          <w:tcPr>
            <w:tcW w:type="dxa" w:w="979"/>
          </w:tcPr>
          <w:p>
            <w:pPr>
              <w:spacing w:after="0"/>
              <w:jc w:val="right"/>
            </w:pPr>
            <w:r>
              <w:rPr>
                <w:sz w:val="16"/>
              </w:rPr>
              <w:t>90.8</w:t>
            </w:r>
          </w:p>
        </w:tc>
        <w:tc>
          <w:tcPr>
            <w:tcW w:type="dxa" w:w="744"/>
          </w:tcPr>
          <w:p>
            <w:pPr>
              <w:spacing w:after="0"/>
              <w:jc w:val="right"/>
            </w:pPr>
            <w:r>
              <w:rPr>
                <w:sz w:val="16"/>
              </w:rPr>
              <w:t>92.3</w:t>
            </w:r>
          </w:p>
        </w:tc>
        <w:tc>
          <w:tcPr>
            <w:tcW w:type="dxa" w:w="710"/>
          </w:tcPr>
          <w:p>
            <w:pPr>
              <w:spacing w:after="0"/>
              <w:jc w:val="right"/>
            </w:pPr>
            <w:r>
              <w:rPr>
                <w:sz w:val="16"/>
              </w:rPr>
              <w:t>93.4</w:t>
            </w:r>
          </w:p>
        </w:tc>
        <w:tc>
          <w:tcPr>
            <w:tcW w:type="dxa" w:w="2211"/>
          </w:tcPr>
          <w:p>
            <w:pPr>
              <w:spacing w:after="0"/>
              <w:jc w:val="left"/>
            </w:pPr>
            <w:r>
              <w:rPr>
                <w:sz w:val="16"/>
              </w:rPr>
              <w:t>Relatively High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Tornado</w:t>
            </w:r>
          </w:p>
        </w:tc>
        <w:tc>
          <w:tcPr>
            <w:tcW w:type="dxa" w:w="744"/>
          </w:tcPr>
          <w:p>
            <w:pPr>
              <w:spacing w:after="0"/>
              <w:jc w:val="right"/>
            </w:pPr>
            <w:r>
              <w:rPr>
                <w:sz w:val="16"/>
              </w:rPr>
              <w:t>3 of 3</w:t>
            </w:r>
          </w:p>
        </w:tc>
        <w:tc>
          <w:tcPr>
            <w:tcW w:type="dxa" w:w="979"/>
          </w:tcPr>
          <w:p>
            <w:pPr>
              <w:spacing w:after="0"/>
              <w:jc w:val="right"/>
            </w:pPr>
            <w:r>
              <w:rPr>
                <w:sz w:val="16"/>
              </w:rPr>
              <w:t>82.2</w:t>
            </w:r>
          </w:p>
        </w:tc>
        <w:tc>
          <w:tcPr>
            <w:tcW w:type="dxa" w:w="744"/>
          </w:tcPr>
          <w:p>
            <w:pPr>
              <w:spacing w:after="0"/>
              <w:jc w:val="right"/>
            </w:pPr>
            <w:r>
              <w:rPr>
                <w:sz w:val="16"/>
              </w:rPr>
              <w:t>87.8</w:t>
            </w:r>
          </w:p>
        </w:tc>
        <w:tc>
          <w:tcPr>
            <w:tcW w:type="dxa" w:w="710"/>
          </w:tcPr>
          <w:p>
            <w:pPr>
              <w:spacing w:after="0"/>
              <w:jc w:val="right"/>
            </w:pPr>
            <w:r>
              <w:rPr>
                <w:sz w:val="16"/>
              </w:rPr>
              <w:t>90.2</w:t>
            </w:r>
          </w:p>
        </w:tc>
        <w:tc>
          <w:tcPr>
            <w:tcW w:type="dxa" w:w="2211"/>
          </w:tcPr>
          <w:p>
            <w:pPr>
              <w:spacing w:after="0"/>
              <w:jc w:val="left"/>
            </w:pPr>
            <w:r>
              <w:rPr>
                <w:sz w:val="16"/>
              </w:rPr>
              <w:t>Relatively High 3</w:t>
            </w:r>
          </w:p>
        </w:tc>
        <w:tc>
          <w:tcPr>
            <w:tcW w:type="dxa" w:w="7588"/>
          </w:tcPr>
          <w:p>
            <w:pPr>
              <w:spacing w:after="0"/>
              <w:jc w:val="left"/>
            </w:pPr>
          </w:p>
        </w:tc>
      </w:tr>
      <w:tr>
        <w:trPr>
          <w:cantSplit/>
        </w:trPr>
        <w:tc>
          <w:tcPr>
            <w:tcW w:type="dxa" w:w="1135"/>
          </w:tcPr>
          <w:p>
            <w:pPr>
              <w:spacing w:after="0"/>
              <w:jc w:val="left"/>
            </w:pPr>
            <w:r>
              <w:rPr>
                <w:sz w:val="16"/>
              </w:rPr>
              <w:t>Tsunami</w:t>
            </w:r>
          </w:p>
        </w:tc>
        <w:tc>
          <w:tcPr>
            <w:tcW w:type="dxa" w:w="744"/>
          </w:tcPr>
          <w:p>
            <w:pPr>
              <w:spacing w:after="0"/>
              <w:jc w:val="right"/>
            </w:pPr>
            <w:r>
              <w:rPr>
                <w:sz w:val="16"/>
              </w:rPr>
              <w:t>0 of 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3</w:t>
            </w:r>
          </w:p>
        </w:tc>
        <w:tc>
          <w:tcPr>
            <w:tcW w:type="dxa" w:w="7588"/>
          </w:tcPr>
          <w:p>
            <w:pPr>
              <w:spacing w:after="0"/>
              <w:jc w:val="left"/>
            </w:pPr>
          </w:p>
        </w:tc>
      </w:tr>
      <w:tr>
        <w:trPr>
          <w:cantSplit/>
        </w:trPr>
        <w:tc>
          <w:tcPr>
            <w:tcW w:type="dxa" w:w="1135"/>
          </w:tcPr>
          <w:p>
            <w:pPr>
              <w:spacing w:after="0"/>
              <w:jc w:val="left"/>
            </w:pPr>
            <w:r>
              <w:rPr>
                <w:sz w:val="16"/>
              </w:rPr>
              <w:t>Volcanic Activity</w:t>
            </w:r>
          </w:p>
        </w:tc>
        <w:tc>
          <w:tcPr>
            <w:tcW w:type="dxa" w:w="744"/>
          </w:tcPr>
          <w:p>
            <w:pPr>
              <w:spacing w:after="0"/>
              <w:jc w:val="right"/>
            </w:pPr>
            <w:r>
              <w:rPr>
                <w:sz w:val="16"/>
              </w:rPr>
              <w:t>0 of 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3</w:t>
            </w:r>
          </w:p>
        </w:tc>
        <w:tc>
          <w:tcPr>
            <w:tcW w:type="dxa" w:w="7588"/>
          </w:tcPr>
          <w:p>
            <w:pPr>
              <w:spacing w:after="0"/>
              <w:jc w:val="left"/>
            </w:pPr>
          </w:p>
        </w:tc>
      </w:tr>
      <w:tr>
        <w:trPr>
          <w:cantSplit/>
        </w:trPr>
        <w:tc>
          <w:tcPr>
            <w:tcW w:type="dxa" w:w="1135"/>
          </w:tcPr>
          <w:p>
            <w:pPr>
              <w:spacing w:after="0"/>
              <w:jc w:val="left"/>
            </w:pPr>
            <w:r>
              <w:rPr>
                <w:sz w:val="16"/>
              </w:rPr>
              <w:t>Wildfire</w:t>
            </w:r>
          </w:p>
        </w:tc>
        <w:tc>
          <w:tcPr>
            <w:tcW w:type="dxa" w:w="744"/>
          </w:tcPr>
          <w:p>
            <w:pPr>
              <w:spacing w:after="0"/>
              <w:jc w:val="right"/>
            </w:pPr>
            <w:r>
              <w:rPr>
                <w:sz w:val="16"/>
              </w:rPr>
              <w:t>3 of 3</w:t>
            </w:r>
          </w:p>
        </w:tc>
        <w:tc>
          <w:tcPr>
            <w:tcW w:type="dxa" w:w="979"/>
          </w:tcPr>
          <w:p>
            <w:pPr>
              <w:spacing w:after="0"/>
              <w:jc w:val="right"/>
            </w:pPr>
            <w:r>
              <w:rPr>
                <w:sz w:val="16"/>
              </w:rPr>
              <w:t>48.8</w:t>
            </w:r>
          </w:p>
        </w:tc>
        <w:tc>
          <w:tcPr>
            <w:tcW w:type="dxa" w:w="744"/>
          </w:tcPr>
          <w:p>
            <w:pPr>
              <w:spacing w:after="0"/>
              <w:jc w:val="right"/>
            </w:pPr>
            <w:r>
              <w:rPr>
                <w:sz w:val="16"/>
              </w:rPr>
              <w:t>64.7</w:t>
            </w:r>
          </w:p>
        </w:tc>
        <w:tc>
          <w:tcPr>
            <w:tcW w:type="dxa" w:w="710"/>
          </w:tcPr>
          <w:p>
            <w:pPr>
              <w:spacing w:after="0"/>
              <w:jc w:val="right"/>
            </w:pPr>
            <w:r>
              <w:rPr>
                <w:sz w:val="16"/>
              </w:rPr>
              <w:t>65.9</w:t>
            </w:r>
          </w:p>
        </w:tc>
        <w:tc>
          <w:tcPr>
            <w:tcW w:type="dxa" w:w="2211"/>
          </w:tcPr>
          <w:p>
            <w:pPr>
              <w:spacing w:after="0"/>
              <w:jc w:val="left"/>
            </w:pPr>
            <w:r>
              <w:rPr>
                <w:sz w:val="16"/>
              </w:rPr>
              <w:t>Very Low 3</w:t>
            </w:r>
          </w:p>
        </w:tc>
        <w:tc>
          <w:tcPr>
            <w:tcW w:type="dxa" w:w="7588"/>
          </w:tcPr>
          <w:p>
            <w:pPr>
              <w:spacing w:after="0"/>
              <w:jc w:val="left"/>
            </w:pPr>
          </w:p>
        </w:tc>
      </w:tr>
      <w:tr>
        <w:trPr>
          <w:cantSplit/>
        </w:trPr>
        <w:tc>
          <w:tcPr>
            <w:tcW w:type="dxa" w:w="1135"/>
          </w:tcPr>
          <w:p>
            <w:pPr>
              <w:spacing w:after="0"/>
              <w:jc w:val="left"/>
            </w:pPr>
            <w:r>
              <w:rPr>
                <w:sz w:val="16"/>
              </w:rPr>
              <w:t>Winter Weather</w:t>
            </w:r>
          </w:p>
        </w:tc>
        <w:tc>
          <w:tcPr>
            <w:tcW w:type="dxa" w:w="744"/>
          </w:tcPr>
          <w:p>
            <w:pPr>
              <w:spacing w:after="0"/>
              <w:jc w:val="right"/>
            </w:pPr>
            <w:r>
              <w:rPr>
                <w:sz w:val="16"/>
              </w:rPr>
              <w:t>3 of 3</w:t>
            </w:r>
          </w:p>
        </w:tc>
        <w:tc>
          <w:tcPr>
            <w:tcW w:type="dxa" w:w="979"/>
          </w:tcPr>
          <w:p>
            <w:pPr>
              <w:spacing w:after="0"/>
              <w:jc w:val="right"/>
            </w:pPr>
            <w:r>
              <w:rPr>
                <w:sz w:val="16"/>
              </w:rPr>
              <w:t>29.0</w:t>
            </w:r>
          </w:p>
        </w:tc>
        <w:tc>
          <w:tcPr>
            <w:tcW w:type="dxa" w:w="744"/>
          </w:tcPr>
          <w:p>
            <w:pPr>
              <w:spacing w:after="0"/>
              <w:jc w:val="right"/>
            </w:pPr>
            <w:r>
              <w:rPr>
                <w:sz w:val="16"/>
              </w:rPr>
              <w:t>29.8</w:t>
            </w:r>
          </w:p>
        </w:tc>
        <w:tc>
          <w:tcPr>
            <w:tcW w:type="dxa" w:w="710"/>
          </w:tcPr>
          <w:p>
            <w:pPr>
              <w:spacing w:after="0"/>
              <w:jc w:val="right"/>
            </w:pPr>
            <w:r>
              <w:rPr>
                <w:sz w:val="16"/>
              </w:rPr>
              <w:t>32.7</w:t>
            </w:r>
          </w:p>
        </w:tc>
        <w:tc>
          <w:tcPr>
            <w:tcW w:type="dxa" w:w="2211"/>
          </w:tcPr>
          <w:p>
            <w:pPr>
              <w:spacing w:after="0"/>
              <w:jc w:val="left"/>
            </w:pPr>
            <w:r>
              <w:rPr>
                <w:sz w:val="16"/>
              </w:rPr>
              <w:t>Relatively Low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29"/>
        <w:gridCol w:w="884"/>
        <w:gridCol w:w="3438"/>
        <w:gridCol w:w="2742"/>
        <w:gridCol w:w="1929"/>
        <w:gridCol w:w="2347"/>
        <w:gridCol w:w="843"/>
      </w:tblGrid>
      <w:tr>
        <w:trPr>
          <w:cantSplit/>
          <w:tblHeader/>
        </w:trPr>
        <w:tc>
          <w:tcPr>
            <w:tcW w:type="dxa" w:w="1929"/>
            <w:shd w:val="clear" w:color="auto" w:fill="E8E8E8"/>
          </w:tcPr>
          <w:p>
            <w:pPr>
              <w:spacing w:after="0"/>
              <w:jc w:val="left"/>
            </w:pPr>
            <w:r>
              <w:rPr>
                <w:b/>
                <w:sz w:val="16"/>
              </w:rPr>
              <w:t>Member</w:t>
            </w:r>
          </w:p>
        </w:tc>
        <w:tc>
          <w:tcPr>
            <w:tcW w:type="dxa" w:w="884"/>
            <w:shd w:val="clear" w:color="auto" w:fill="E8E8E8"/>
          </w:tcPr>
          <w:p>
            <w:pPr>
              <w:spacing w:after="0"/>
              <w:jc w:val="left"/>
            </w:pPr>
            <w:r>
              <w:rPr>
                <w:b/>
                <w:sz w:val="16"/>
              </w:rPr>
              <w:t>Type</w:t>
            </w:r>
          </w:p>
        </w:tc>
        <w:tc>
          <w:tcPr>
            <w:tcW w:type="dxa" w:w="3438"/>
            <w:shd w:val="clear" w:color="auto" w:fill="E8E8E8"/>
          </w:tcPr>
          <w:p>
            <w:pPr>
              <w:spacing w:after="0"/>
              <w:jc w:val="left"/>
            </w:pPr>
            <w:r>
              <w:rPr>
                <w:b/>
                <w:sz w:val="16"/>
              </w:rPr>
              <w:t>Plan status</w:t>
            </w:r>
          </w:p>
        </w:tc>
        <w:tc>
          <w:tcPr>
            <w:tcW w:type="dxa" w:w="27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2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4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43"/>
            <w:shd w:val="clear" w:color="auto" w:fill="E8E8E8"/>
          </w:tcPr>
          <w:p>
            <w:pPr>
              <w:spacing w:after="0"/>
              <w:jc w:val="left"/>
            </w:pPr>
            <w:r>
              <w:rPr>
                <w:b/>
                <w:sz w:val="16"/>
              </w:rPr>
              <w:t>Notes</w:t>
            </w:r>
          </w:p>
        </w:tc>
      </w:tr>
      <w:tr>
        <w:trPr>
          <w:cantSplit/>
        </w:trPr>
        <w:tc>
          <w:tcPr>
            <w:tcW w:type="dxa" w:w="1929"/>
          </w:tcPr>
          <w:p>
            <w:pPr>
              <w:spacing w:after="0"/>
              <w:jc w:val="left"/>
            </w:pPr>
            <w:r>
              <w:rPr>
                <w:sz w:val="16"/>
              </w:rPr>
              <w:t>Tensas Parish</w:t>
            </w:r>
          </w:p>
        </w:tc>
        <w:tc>
          <w:tcPr>
            <w:tcW w:type="dxa" w:w="884"/>
          </w:tcPr>
          <w:p>
            <w:pPr>
              <w:spacing w:after="0"/>
              <w:jc w:val="left"/>
            </w:pPr>
            <w:r>
              <w:rPr>
                <w:sz w:val="16"/>
              </w:rPr>
              <w:t>County</w:t>
            </w:r>
          </w:p>
        </w:tc>
        <w:tc>
          <w:tcPr>
            <w:tcW w:type="dxa" w:w="3438"/>
          </w:tcPr>
          <w:p>
            <w:pPr>
              <w:spacing w:after="0"/>
              <w:jc w:val="left"/>
            </w:pPr>
            <w:r>
              <w:rPr>
                <w:sz w:val="16"/>
              </w:rPr>
              <w:t>Approved, expires 2029-08-22</w:t>
            </w:r>
          </w:p>
        </w:tc>
        <w:tc>
          <w:tcPr>
            <w:tcW w:type="dxa" w:w="2742"/>
          </w:tcPr>
          <w:p>
            <w:pPr>
              <w:spacing w:after="0"/>
              <w:jc w:val="right"/>
            </w:pPr>
            <w:r>
              <w:rPr>
                <w:sz w:val="16"/>
              </w:rPr>
              <w:t>FMA RL 6, SRL 5; any 15</w:t>
            </w:r>
          </w:p>
        </w:tc>
        <w:tc>
          <w:tcPr>
            <w:tcW w:type="dxa" w:w="1929"/>
          </w:tcPr>
          <w:p>
            <w:pPr>
              <w:spacing w:after="0"/>
              <w:jc w:val="right"/>
            </w:pPr>
            <w:r>
              <w:rPr>
                <w:sz w:val="16"/>
              </w:rPr>
              <w:t>$906,058.19</w:t>
            </w:r>
          </w:p>
        </w:tc>
        <w:tc>
          <w:tcPr>
            <w:tcW w:type="dxa" w:w="2347"/>
          </w:tcPr>
          <w:p>
            <w:pPr>
              <w:spacing w:after="0"/>
              <w:jc w:val="right"/>
            </w:pPr>
            <w:r>
              <w:rPr>
                <w:sz w:val="16"/>
              </w:rPr>
              <w:t>0; 0</w:t>
            </w:r>
          </w:p>
        </w:tc>
        <w:tc>
          <w:tcPr>
            <w:tcW w:type="dxa" w:w="843"/>
          </w:tcPr>
          <w:p>
            <w:pPr>
              <w:spacing w:after="0"/>
              <w:jc w:val="left"/>
            </w:pPr>
          </w:p>
        </w:tc>
      </w:tr>
      <w:tr>
        <w:trPr>
          <w:cantSplit/>
        </w:trPr>
        <w:tc>
          <w:tcPr>
            <w:tcW w:type="dxa" w:w="1929"/>
          </w:tcPr>
          <w:p>
            <w:pPr>
              <w:spacing w:after="0"/>
              <w:jc w:val="left"/>
            </w:pPr>
            <w:r>
              <w:rPr>
                <w:sz w:val="16"/>
              </w:rPr>
              <w:t>Newellton town</w:t>
            </w:r>
          </w:p>
        </w:tc>
        <w:tc>
          <w:tcPr>
            <w:tcW w:type="dxa" w:w="884"/>
          </w:tcPr>
          <w:p>
            <w:pPr>
              <w:spacing w:after="0"/>
              <w:jc w:val="left"/>
            </w:pPr>
            <w:r>
              <w:rPr>
                <w:sz w:val="16"/>
              </w:rPr>
              <w:t>Town</w:t>
            </w:r>
          </w:p>
        </w:tc>
        <w:tc>
          <w:tcPr>
            <w:tcW w:type="dxa" w:w="3438"/>
          </w:tcPr>
          <w:p>
            <w:pPr>
              <w:spacing w:after="0"/>
              <w:jc w:val="left"/>
            </w:pPr>
            <w:r>
              <w:rPr>
                <w:sz w:val="16"/>
              </w:rPr>
              <w:t>Approved, expires 2029-08-22</w:t>
            </w:r>
          </w:p>
        </w:tc>
        <w:tc>
          <w:tcPr>
            <w:tcW w:type="dxa" w:w="2742"/>
          </w:tcPr>
          <w:p>
            <w:pPr>
              <w:spacing w:after="0"/>
              <w:jc w:val="right"/>
            </w:pPr>
            <w:r>
              <w:rPr>
                <w:sz w:val="16"/>
              </w:rPr>
              <w:t>FMA RL 1, SRL 0; any 1</w:t>
            </w:r>
          </w:p>
        </w:tc>
        <w:tc>
          <w:tcPr>
            <w:tcW w:type="dxa" w:w="1929"/>
          </w:tcPr>
          <w:p>
            <w:pPr>
              <w:spacing w:after="0"/>
              <w:jc w:val="right"/>
            </w:pPr>
            <w:r>
              <w:rPr>
                <w:sz w:val="16"/>
              </w:rPr>
              <w:t>$16,540.07</w:t>
            </w:r>
          </w:p>
        </w:tc>
        <w:tc>
          <w:tcPr>
            <w:tcW w:type="dxa" w:w="2347"/>
          </w:tcPr>
          <w:p>
            <w:pPr>
              <w:spacing w:after="0"/>
              <w:jc w:val="right"/>
            </w:pPr>
            <w:r>
              <w:rPr>
                <w:sz w:val="16"/>
              </w:rPr>
              <w:t>44; 1</w:t>
            </w:r>
          </w:p>
        </w:tc>
        <w:tc>
          <w:tcPr>
            <w:tcW w:type="dxa" w:w="843"/>
          </w:tcPr>
          <w:p>
            <w:pPr>
              <w:spacing w:after="0"/>
              <w:jc w:val="left"/>
            </w:pPr>
          </w:p>
        </w:tc>
      </w:tr>
      <w:tr>
        <w:trPr>
          <w:cantSplit/>
        </w:trPr>
        <w:tc>
          <w:tcPr>
            <w:tcW w:type="dxa" w:w="1929"/>
          </w:tcPr>
          <w:p>
            <w:pPr>
              <w:spacing w:after="0"/>
              <w:jc w:val="left"/>
            </w:pPr>
            <w:r>
              <w:rPr>
                <w:sz w:val="16"/>
              </w:rPr>
              <w:t>St. Joseph town</w:t>
            </w:r>
          </w:p>
        </w:tc>
        <w:tc>
          <w:tcPr>
            <w:tcW w:type="dxa" w:w="884"/>
          </w:tcPr>
          <w:p>
            <w:pPr>
              <w:spacing w:after="0"/>
              <w:jc w:val="left"/>
            </w:pPr>
            <w:r>
              <w:rPr>
                <w:sz w:val="16"/>
              </w:rPr>
              <w:t>Town</w:t>
            </w:r>
          </w:p>
        </w:tc>
        <w:tc>
          <w:tcPr>
            <w:tcW w:type="dxa" w:w="3438"/>
          </w:tcPr>
          <w:p>
            <w:pPr>
              <w:spacing w:after="0"/>
              <w:jc w:val="left"/>
            </w:pPr>
            <w:r>
              <w:rPr>
                <w:sz w:val="16"/>
              </w:rPr>
              <w:t>Approved, expires 2029-08-22</w:t>
            </w:r>
          </w:p>
        </w:tc>
        <w:tc>
          <w:tcPr>
            <w:tcW w:type="dxa" w:w="2742"/>
          </w:tcPr>
          <w:p>
            <w:pPr>
              <w:spacing w:after="0"/>
              <w:jc w:val="right"/>
            </w:pPr>
            <w:r>
              <w:rPr>
                <w:sz w:val="16"/>
              </w:rPr>
              <w:t>FMA RL 0, SRL 0; any 1</w:t>
            </w:r>
          </w:p>
        </w:tc>
        <w:tc>
          <w:tcPr>
            <w:tcW w:type="dxa" w:w="1929"/>
          </w:tcPr>
          <w:p>
            <w:pPr>
              <w:spacing w:after="0"/>
              <w:jc w:val="right"/>
            </w:pPr>
            <w:r>
              <w:rPr>
                <w:sz w:val="16"/>
              </w:rPr>
              <w:t>$97,113.28</w:t>
            </w:r>
          </w:p>
        </w:tc>
        <w:tc>
          <w:tcPr>
            <w:tcW w:type="dxa" w:w="2347"/>
          </w:tcPr>
          <w:p>
            <w:pPr>
              <w:spacing w:after="0"/>
              <w:jc w:val="right"/>
            </w:pPr>
            <w:r>
              <w:rPr>
                <w:sz w:val="16"/>
              </w:rPr>
              <w:t>53; 1</w:t>
            </w:r>
          </w:p>
        </w:tc>
        <w:tc>
          <w:tcPr>
            <w:tcW w:type="dxa" w:w="843"/>
          </w:tcPr>
          <w:p>
            <w:pPr>
              <w:spacing w:after="0"/>
              <w:jc w:val="left"/>
            </w:pPr>
          </w:p>
        </w:tc>
      </w:tr>
      <w:tr>
        <w:trPr>
          <w:cantSplit/>
        </w:trPr>
        <w:tc>
          <w:tcPr>
            <w:tcW w:type="dxa" w:w="1929"/>
          </w:tcPr>
          <w:p>
            <w:pPr>
              <w:spacing w:after="0"/>
              <w:jc w:val="left"/>
            </w:pPr>
            <w:r>
              <w:rPr>
                <w:sz w:val="16"/>
              </w:rPr>
              <w:t>Waterproof town</w:t>
            </w:r>
          </w:p>
        </w:tc>
        <w:tc>
          <w:tcPr>
            <w:tcW w:type="dxa" w:w="884"/>
          </w:tcPr>
          <w:p>
            <w:pPr>
              <w:spacing w:after="0"/>
              <w:jc w:val="left"/>
            </w:pPr>
            <w:r>
              <w:rPr>
                <w:sz w:val="16"/>
              </w:rPr>
              <w:t>Town</w:t>
            </w:r>
          </w:p>
        </w:tc>
        <w:tc>
          <w:tcPr>
            <w:tcW w:type="dxa" w:w="3438"/>
          </w:tcPr>
          <w:p>
            <w:pPr>
              <w:spacing w:after="0"/>
              <w:jc w:val="left"/>
            </w:pPr>
            <w:r>
              <w:rPr>
                <w:sz w:val="16"/>
              </w:rPr>
              <w:t>Approved, expires 2029-08-22</w:t>
            </w:r>
          </w:p>
        </w:tc>
        <w:tc>
          <w:tcPr>
            <w:tcW w:type="dxa" w:w="2742"/>
          </w:tcPr>
          <w:p>
            <w:pPr>
              <w:spacing w:after="0"/>
              <w:jc w:val="right"/>
            </w:pPr>
            <w:r>
              <w:rPr>
                <w:sz w:val="16"/>
              </w:rPr>
              <w:t>FMA RL 0, SRL 0; any 0</w:t>
            </w:r>
          </w:p>
        </w:tc>
        <w:tc>
          <w:tcPr>
            <w:tcW w:type="dxa" w:w="1929"/>
          </w:tcPr>
          <w:p>
            <w:pPr>
              <w:spacing w:after="0"/>
              <w:jc w:val="right"/>
            </w:pPr>
            <w:r>
              <w:rPr>
                <w:sz w:val="16"/>
              </w:rPr>
              <w:t>none found</w:t>
            </w:r>
          </w:p>
        </w:tc>
        <w:tc>
          <w:tcPr>
            <w:tcW w:type="dxa" w:w="2347"/>
          </w:tcPr>
          <w:p>
            <w:pPr>
              <w:spacing w:after="0"/>
              <w:jc w:val="right"/>
            </w:pPr>
            <w:r>
              <w:rPr>
                <w:sz w:val="16"/>
              </w:rPr>
              <w:t>24; 0</w:t>
            </w:r>
          </w:p>
        </w:tc>
        <w:tc>
          <w:tcPr>
            <w:tcW w:type="dxa" w:w="84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6"/>
        <w:gridCol w:w="948"/>
        <w:gridCol w:w="1126"/>
        <w:gridCol w:w="1177"/>
        <w:gridCol w:w="1305"/>
        <w:gridCol w:w="1228"/>
        <w:gridCol w:w="1112"/>
        <w:gridCol w:w="1268"/>
        <w:gridCol w:w="1257"/>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8"/>
            <w:shd w:val="clear" w:color="auto" w:fill="E8E8E8"/>
          </w:tcPr>
          <w:p>
            <w:pPr>
              <w:spacing w:after="0"/>
              <w:jc w:val="right"/>
            </w:pPr>
            <w:r>
              <w:rPr>
                <w:b/>
                <w:sz w:val="16"/>
              </w:rPr>
              <w:t>Storm Events damage since 2024-08-23</w:t>
            </w:r>
          </w:p>
          <w:p>
            <w:pPr>
              <w:spacing w:after="0"/>
              <w:jc w:val="right"/>
            </w:pPr>
            <w:r>
              <w:rPr>
                <w:i/>
                <w:color w:val="555555"/>
                <w:sz w:val="14"/>
              </w:rPr>
              <w:t>county-coded records, property plus crops, nominal dollars</w:t>
            </w:r>
          </w:p>
        </w:tc>
        <w:tc>
          <w:tcPr>
            <w:tcW w:type="dxa" w:w="111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6"/>
          </w:tcPr>
          <w:p>
            <w:pPr>
              <w:spacing w:after="0"/>
              <w:jc w:val="right"/>
            </w:pPr>
          </w:p>
        </w:tc>
        <w:tc>
          <w:tcPr>
            <w:tcW w:type="dxa" w:w="948"/>
          </w:tcPr>
          <w:p>
            <w:pPr>
              <w:spacing w:after="0"/>
              <w:jc w:val="right"/>
            </w:pPr>
          </w:p>
        </w:tc>
        <w:tc>
          <w:tcPr>
            <w:tcW w:type="dxa" w:w="1126"/>
          </w:tcPr>
          <w:p>
            <w:pPr>
              <w:spacing w:after="0"/>
              <w:jc w:val="right"/>
            </w:pPr>
          </w:p>
        </w:tc>
        <w:tc>
          <w:tcPr>
            <w:tcW w:type="dxa" w:w="1177"/>
          </w:tcPr>
          <w:p>
            <w:pPr>
              <w:spacing w:after="0"/>
              <w:jc w:val="right"/>
            </w:pPr>
          </w:p>
        </w:tc>
        <w:tc>
          <w:tcPr>
            <w:tcW w:type="dxa" w:w="1305"/>
          </w:tcPr>
          <w:p>
            <w:pPr>
              <w:spacing w:after="0"/>
              <w:jc w:val="right"/>
            </w:pPr>
          </w:p>
        </w:tc>
        <w:tc>
          <w:tcPr>
            <w:tcW w:type="dxa" w:w="1228"/>
          </w:tcPr>
          <w:p>
            <w:pPr>
              <w:spacing w:after="0"/>
              <w:jc w:val="right"/>
            </w:pPr>
          </w:p>
        </w:tc>
        <w:tc>
          <w:tcPr>
            <w:tcW w:type="dxa" w:w="1112"/>
          </w:tcPr>
          <w:p>
            <w:pPr>
              <w:spacing w:after="0"/>
              <w:jc w:val="right"/>
            </w:pPr>
          </w:p>
        </w:tc>
        <w:tc>
          <w:tcPr>
            <w:tcW w:type="dxa" w:w="1268"/>
          </w:tcPr>
          <w:p>
            <w:pPr>
              <w:spacing w:after="0"/>
              <w:jc w:val="right"/>
            </w:pPr>
          </w:p>
        </w:tc>
        <w:tc>
          <w:tcPr>
            <w:tcW w:type="dxa" w:w="1257"/>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6"/>
          </w:tcPr>
          <w:p>
            <w:pPr>
              <w:spacing w:after="0"/>
              <w:jc w:val="right"/>
            </w:pPr>
          </w:p>
        </w:tc>
        <w:tc>
          <w:tcPr>
            <w:tcW w:type="dxa" w:w="948"/>
          </w:tcPr>
          <w:p>
            <w:pPr>
              <w:spacing w:after="0"/>
              <w:jc w:val="right"/>
            </w:pPr>
          </w:p>
        </w:tc>
        <w:tc>
          <w:tcPr>
            <w:tcW w:type="dxa" w:w="1126"/>
          </w:tcPr>
          <w:p>
            <w:pPr>
              <w:spacing w:after="0"/>
              <w:jc w:val="right"/>
            </w:pPr>
          </w:p>
        </w:tc>
        <w:tc>
          <w:tcPr>
            <w:tcW w:type="dxa" w:w="1177"/>
          </w:tcPr>
          <w:p>
            <w:pPr>
              <w:spacing w:after="0"/>
              <w:jc w:val="right"/>
            </w:pPr>
          </w:p>
        </w:tc>
        <w:tc>
          <w:tcPr>
            <w:tcW w:type="dxa" w:w="1305"/>
          </w:tcPr>
          <w:p>
            <w:pPr>
              <w:spacing w:after="0"/>
              <w:jc w:val="right"/>
            </w:pPr>
          </w:p>
        </w:tc>
        <w:tc>
          <w:tcPr>
            <w:tcW w:type="dxa" w:w="1228"/>
          </w:tcPr>
          <w:p>
            <w:pPr>
              <w:spacing w:after="0"/>
              <w:jc w:val="right"/>
            </w:pPr>
          </w:p>
        </w:tc>
        <w:tc>
          <w:tcPr>
            <w:tcW w:type="dxa" w:w="1112"/>
          </w:tcPr>
          <w:p>
            <w:pPr>
              <w:spacing w:after="0"/>
              <w:jc w:val="right"/>
            </w:pPr>
          </w:p>
        </w:tc>
        <w:tc>
          <w:tcPr>
            <w:tcW w:type="dxa" w:w="1268"/>
          </w:tcPr>
          <w:p>
            <w:pPr>
              <w:spacing w:after="0"/>
              <w:jc w:val="right"/>
            </w:pPr>
          </w:p>
        </w:tc>
        <w:tc>
          <w:tcPr>
            <w:tcW w:type="dxa" w:w="1257"/>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$1,457,136,852</w:t>
            </w:r>
          </w:p>
        </w:tc>
        <w:tc>
          <w:tcPr>
            <w:tcW w:type="dxa" w:w="1215"/>
          </w:tcPr>
          <w:p>
            <w:pPr>
              <w:spacing w:after="0"/>
              <w:jc w:val="right"/>
            </w:pPr>
            <w:r>
              <w:rPr>
                <w:sz w:val="16"/>
              </w:rPr>
              <w:t>$120,407,367</w:t>
            </w:r>
          </w:p>
        </w:tc>
        <w:tc>
          <w:tcPr>
            <w:tcW w:type="dxa" w:w="1046"/>
          </w:tcPr>
          <w:p>
            <w:pPr>
              <w:spacing w:after="0"/>
              <w:jc w:val="right"/>
            </w:pPr>
            <w:r>
              <w:rPr>
                <w:sz w:val="16"/>
              </w:rPr>
              <w:t>4,133</w:t>
            </w:r>
          </w:p>
        </w:tc>
        <w:tc>
          <w:tcPr>
            <w:tcW w:type="dxa" w:w="948"/>
          </w:tcPr>
          <w:p>
            <w:pPr>
              <w:spacing w:after="0"/>
              <w:jc w:val="right"/>
            </w:pPr>
            <w:r>
              <w:rPr>
                <w:sz w:val="16"/>
              </w:rPr>
              <w:t>$10,404</w:t>
            </w:r>
          </w:p>
        </w:tc>
        <w:tc>
          <w:tcPr>
            <w:tcW w:type="dxa" w:w="1126"/>
          </w:tcPr>
          <w:p>
            <w:pPr>
              <w:spacing w:after="0"/>
              <w:jc w:val="right"/>
            </w:pPr>
            <w:r>
              <w:rPr>
                <w:sz w:val="16"/>
              </w:rPr>
              <w:t>$78,917</w:t>
            </w:r>
          </w:p>
        </w:tc>
        <w:tc>
          <w:tcPr>
            <w:tcW w:type="dxa" w:w="1177"/>
          </w:tcPr>
          <w:p>
            <w:pPr>
              <w:spacing w:after="0"/>
              <w:jc w:val="right"/>
            </w:pPr>
            <w:r>
              <w:rPr>
                <w:sz w:val="16"/>
              </w:rPr>
              <w:t>$56,980</w:t>
            </w:r>
          </w:p>
        </w:tc>
        <w:tc>
          <w:tcPr>
            <w:tcW w:type="dxa" w:w="1305"/>
          </w:tcPr>
          <w:p>
            <w:pPr>
              <w:spacing w:after="0"/>
              <w:jc w:val="right"/>
            </w:pPr>
            <w:r>
              <w:rPr>
                <w:sz w:val="16"/>
              </w:rPr>
              <w:t>0.000714%</w:t>
            </w:r>
          </w:p>
        </w:tc>
        <w:tc>
          <w:tcPr>
            <w:tcW w:type="dxa" w:w="1228"/>
          </w:tcPr>
          <w:p>
            <w:pPr>
              <w:spacing w:after="0"/>
              <w:jc w:val="right"/>
            </w:pPr>
          </w:p>
        </w:tc>
        <w:tc>
          <w:tcPr>
            <w:tcW w:type="dxa" w:w="1112"/>
          </w:tcPr>
          <w:p>
            <w:pPr>
              <w:spacing w:after="0"/>
              <w:jc w:val="right"/>
            </w:pPr>
            <w:r>
              <w:rPr>
                <w:sz w:val="16"/>
              </w:rPr>
              <w:t>$0</w:t>
            </w:r>
          </w:p>
        </w:tc>
        <w:tc>
          <w:tcPr>
            <w:tcW w:type="dxa" w:w="1268"/>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$82,888,590</w:t>
            </w:r>
          </w:p>
        </w:tc>
        <w:tc>
          <w:tcPr>
            <w:tcW w:type="dxa" w:w="1046"/>
          </w:tcPr>
          <w:p>
            <w:pPr>
              <w:spacing w:after="0"/>
              <w:jc w:val="right"/>
            </w:pPr>
          </w:p>
        </w:tc>
        <w:tc>
          <w:tcPr>
            <w:tcW w:type="dxa" w:w="948"/>
          </w:tcPr>
          <w:p>
            <w:pPr>
              <w:spacing w:after="0"/>
              <w:jc w:val="right"/>
            </w:pPr>
          </w:p>
        </w:tc>
        <w:tc>
          <w:tcPr>
            <w:tcW w:type="dxa" w:w="1126"/>
          </w:tcPr>
          <w:p>
            <w:pPr>
              <w:spacing w:after="0"/>
              <w:jc w:val="right"/>
            </w:pPr>
            <w:r>
              <w:rPr>
                <w:sz w:val="16"/>
              </w:rPr>
              <w:t>$925,781</w:t>
            </w:r>
          </w:p>
        </w:tc>
        <w:tc>
          <w:tcPr>
            <w:tcW w:type="dxa" w:w="1177"/>
          </w:tcPr>
          <w:p>
            <w:pPr>
              <w:spacing w:after="0"/>
              <w:jc w:val="right"/>
            </w:pPr>
          </w:p>
        </w:tc>
        <w:tc>
          <w:tcPr>
            <w:tcW w:type="dxa" w:w="1305"/>
          </w:tcPr>
          <w:p>
            <w:pPr>
              <w:spacing w:after="0"/>
              <w:jc w:val="right"/>
            </w:pPr>
            <w:r>
              <w:rPr>
                <w:sz w:val="16"/>
              </w:rPr>
              <w:t>1.12% (agriculture)</w:t>
            </w:r>
          </w:p>
        </w:tc>
        <w:tc>
          <w:tcPr>
            <w:tcW w:type="dxa" w:w="1228"/>
          </w:tcPr>
          <w:p>
            <w:pPr>
              <w:spacing w:after="0"/>
              <w:jc w:val="right"/>
            </w:pPr>
          </w:p>
        </w:tc>
        <w:tc>
          <w:tcPr>
            <w:tcW w:type="dxa" w:w="1112"/>
          </w:tcPr>
          <w:p>
            <w:pPr>
              <w:spacing w:after="0"/>
              <w:jc w:val="right"/>
            </w:pPr>
            <w:r>
              <w:rPr>
                <w:sz w:val="16"/>
              </w:rPr>
              <w:t>$0</w:t>
            </w:r>
          </w:p>
        </w:tc>
        <w:tc>
          <w:tcPr>
            <w:tcW w:type="dxa" w:w="1268"/>
          </w:tcPr>
          <w:p>
            <w:pPr>
              <w:spacing w:after="0"/>
              <w:jc w:val="right"/>
            </w:pPr>
          </w:p>
        </w:tc>
        <w:tc>
          <w:tcPr>
            <w:tcW w:type="dxa" w:w="125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$2,469,460,835</w:t>
            </w:r>
          </w:p>
        </w:tc>
        <w:tc>
          <w:tcPr>
            <w:tcW w:type="dxa" w:w="1215"/>
          </w:tcPr>
          <w:p>
            <w:pPr>
              <w:spacing w:after="0"/>
              <w:jc w:val="right"/>
            </w:pPr>
          </w:p>
        </w:tc>
        <w:tc>
          <w:tcPr>
            <w:tcW w:type="dxa" w:w="1046"/>
          </w:tcPr>
          <w:p>
            <w:pPr>
              <w:spacing w:after="0"/>
              <w:jc w:val="right"/>
            </w:pPr>
            <w:r>
              <w:rPr>
                <w:sz w:val="16"/>
              </w:rPr>
              <w:t>4,147</w:t>
            </w:r>
          </w:p>
        </w:tc>
        <w:tc>
          <w:tcPr>
            <w:tcW w:type="dxa" w:w="948"/>
          </w:tcPr>
          <w:p>
            <w:pPr>
              <w:spacing w:after="0"/>
              <w:jc w:val="right"/>
            </w:pPr>
            <w:r>
              <w:rPr>
                <w:sz w:val="16"/>
              </w:rPr>
              <w:t>$59,793</w:t>
            </w:r>
          </w:p>
        </w:tc>
        <w:tc>
          <w:tcPr>
            <w:tcW w:type="dxa" w:w="1126"/>
          </w:tcPr>
          <w:p>
            <w:pPr>
              <w:spacing w:after="0"/>
              <w:jc w:val="right"/>
            </w:pPr>
          </w:p>
        </w:tc>
        <w:tc>
          <w:tcPr>
            <w:tcW w:type="dxa" w:w="1177"/>
          </w:tcPr>
          <w:p>
            <w:pPr>
              <w:spacing w:after="0"/>
              <w:jc w:val="right"/>
            </w:pPr>
            <w:r>
              <w:rPr>
                <w:sz w:val="16"/>
              </w:rPr>
              <w:t>$16,811</w:t>
            </w:r>
          </w:p>
        </w:tc>
        <w:tc>
          <w:tcPr>
            <w:tcW w:type="dxa" w:w="1305"/>
          </w:tcPr>
          <w:p>
            <w:pPr>
              <w:spacing w:after="0"/>
              <w:jc w:val="right"/>
            </w:pPr>
            <w:r>
              <w:rPr>
                <w:sz w:val="16"/>
              </w:rPr>
              <w:t>0.00242%</w:t>
            </w:r>
          </w:p>
        </w:tc>
        <w:tc>
          <w:tcPr>
            <w:tcW w:type="dxa" w:w="1228"/>
          </w:tcPr>
          <w:p>
            <w:pPr>
              <w:spacing w:after="0"/>
              <w:jc w:val="right"/>
            </w:pPr>
          </w:p>
        </w:tc>
        <w:tc>
          <w:tcPr>
            <w:tcW w:type="dxa" w:w="1112"/>
          </w:tcPr>
          <w:p>
            <w:pPr>
              <w:spacing w:after="0"/>
              <w:jc w:val="right"/>
            </w:pPr>
          </w:p>
        </w:tc>
        <w:tc>
          <w:tcPr>
            <w:tcW w:type="dxa" w:w="1268"/>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$1,457,136,852</w:t>
            </w:r>
          </w:p>
        </w:tc>
        <w:tc>
          <w:tcPr>
            <w:tcW w:type="dxa" w:w="1215"/>
          </w:tcPr>
          <w:p>
            <w:pPr>
              <w:spacing w:after="0"/>
              <w:jc w:val="right"/>
            </w:pPr>
            <w:r>
              <w:rPr>
                <w:sz w:val="16"/>
              </w:rPr>
              <w:t>$120,407,367</w:t>
            </w:r>
          </w:p>
        </w:tc>
        <w:tc>
          <w:tcPr>
            <w:tcW w:type="dxa" w:w="1046"/>
          </w:tcPr>
          <w:p>
            <w:pPr>
              <w:spacing w:after="0"/>
              <w:jc w:val="right"/>
            </w:pPr>
            <w:r>
              <w:rPr>
                <w:sz w:val="16"/>
              </w:rPr>
              <w:t>4,133</w:t>
            </w:r>
          </w:p>
        </w:tc>
        <w:tc>
          <w:tcPr>
            <w:tcW w:type="dxa" w:w="948"/>
          </w:tcPr>
          <w:p>
            <w:pPr>
              <w:spacing w:after="0"/>
              <w:jc w:val="right"/>
            </w:pPr>
            <w:r>
              <w:rPr>
                <w:sz w:val="16"/>
              </w:rPr>
              <w:t>$182,747</w:t>
            </w:r>
          </w:p>
        </w:tc>
        <w:tc>
          <w:tcPr>
            <w:tcW w:type="dxa" w:w="1126"/>
          </w:tcPr>
          <w:p>
            <w:pPr>
              <w:spacing w:after="0"/>
              <w:jc w:val="right"/>
            </w:pPr>
            <w:r>
              <w:rPr>
                <w:sz w:val="16"/>
              </w:rPr>
              <w:t>$52,991</w:t>
            </w:r>
          </w:p>
        </w:tc>
        <w:tc>
          <w:tcPr>
            <w:tcW w:type="dxa" w:w="1177"/>
          </w:tcPr>
          <w:p>
            <w:pPr>
              <w:spacing w:after="0"/>
              <w:jc w:val="right"/>
            </w:pPr>
            <w:r>
              <w:rPr>
                <w:sz w:val="16"/>
              </w:rPr>
              <w:t>$1,737</w:t>
            </w:r>
          </w:p>
        </w:tc>
        <w:tc>
          <w:tcPr>
            <w:tcW w:type="dxa" w:w="1305"/>
          </w:tcPr>
          <w:p>
            <w:pPr>
              <w:spacing w:after="0"/>
              <w:jc w:val="right"/>
            </w:pPr>
            <w:r>
              <w:rPr>
                <w:sz w:val="16"/>
              </w:rPr>
              <w:t>0.0125%</w:t>
            </w:r>
          </w:p>
        </w:tc>
        <w:tc>
          <w:tcPr>
            <w:tcW w:type="dxa" w:w="1228"/>
          </w:tcPr>
          <w:p>
            <w:pPr>
              <w:spacing w:after="0"/>
              <w:jc w:val="right"/>
            </w:pPr>
          </w:p>
        </w:tc>
        <w:tc>
          <w:tcPr>
            <w:tcW w:type="dxa" w:w="1112"/>
          </w:tcPr>
          <w:p>
            <w:pPr>
              <w:spacing w:after="0"/>
              <w:jc w:val="right"/>
            </w:pPr>
          </w:p>
        </w:tc>
        <w:tc>
          <w:tcPr>
            <w:tcW w:type="dxa" w:w="1268"/>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$1,457,136,852</w:t>
            </w:r>
          </w:p>
        </w:tc>
        <w:tc>
          <w:tcPr>
            <w:tcW w:type="dxa" w:w="1215"/>
          </w:tcPr>
          <w:p>
            <w:pPr>
              <w:spacing w:after="0"/>
              <w:jc w:val="right"/>
            </w:pPr>
            <w:r>
              <w:rPr>
                <w:sz w:val="16"/>
              </w:rPr>
              <w:t>$120,407,367</w:t>
            </w:r>
          </w:p>
        </w:tc>
        <w:tc>
          <w:tcPr>
            <w:tcW w:type="dxa" w:w="1046"/>
          </w:tcPr>
          <w:p>
            <w:pPr>
              <w:spacing w:after="0"/>
              <w:jc w:val="right"/>
            </w:pPr>
            <w:r>
              <w:rPr>
                <w:sz w:val="16"/>
              </w:rPr>
              <w:t>4,133</w:t>
            </w:r>
          </w:p>
        </w:tc>
        <w:tc>
          <w:tcPr>
            <w:tcW w:type="dxa" w:w="948"/>
          </w:tcPr>
          <w:p>
            <w:pPr>
              <w:spacing w:after="0"/>
              <w:jc w:val="right"/>
            </w:pPr>
            <w:r>
              <w:rPr>
                <w:sz w:val="16"/>
              </w:rPr>
              <w:t>$23</w:t>
            </w:r>
          </w:p>
        </w:tc>
        <w:tc>
          <w:tcPr>
            <w:tcW w:type="dxa" w:w="1126"/>
          </w:tcPr>
          <w:p>
            <w:pPr>
              <w:spacing w:after="0"/>
              <w:jc w:val="right"/>
            </w:pPr>
            <w:r>
              <w:rPr>
                <w:sz w:val="16"/>
              </w:rPr>
              <w:t>$193</w:t>
            </w:r>
          </w:p>
        </w:tc>
        <w:tc>
          <w:tcPr>
            <w:tcW w:type="dxa" w:w="1177"/>
          </w:tcPr>
          <w:p>
            <w:pPr>
              <w:spacing w:after="0"/>
              <w:jc w:val="right"/>
            </w:pPr>
            <w:r>
              <w:rPr>
                <w:sz w:val="16"/>
              </w:rPr>
              <w:t>$201,420</w:t>
            </w:r>
          </w:p>
        </w:tc>
        <w:tc>
          <w:tcPr>
            <w:tcW w:type="dxa" w:w="1305"/>
          </w:tcPr>
          <w:p>
            <w:pPr>
              <w:spacing w:after="0"/>
              <w:jc w:val="right"/>
            </w:pPr>
            <w:r>
              <w:rPr>
                <w:sz w:val="16"/>
              </w:rPr>
              <w:t>under 0.0001%</w:t>
            </w:r>
          </w:p>
        </w:tc>
        <w:tc>
          <w:tcPr>
            <w:tcW w:type="dxa" w:w="1228"/>
          </w:tcPr>
          <w:p>
            <w:pPr>
              <w:spacing w:after="0"/>
              <w:jc w:val="right"/>
            </w:pPr>
          </w:p>
        </w:tc>
        <w:tc>
          <w:tcPr>
            <w:tcW w:type="dxa" w:w="1112"/>
          </w:tcPr>
          <w:p>
            <w:pPr>
              <w:spacing w:after="0"/>
              <w:jc w:val="right"/>
            </w:pPr>
          </w:p>
        </w:tc>
        <w:tc>
          <w:tcPr>
            <w:tcW w:type="dxa" w:w="1268"/>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$1,457,136,852</w:t>
            </w:r>
          </w:p>
        </w:tc>
        <w:tc>
          <w:tcPr>
            <w:tcW w:type="dxa" w:w="1215"/>
          </w:tcPr>
          <w:p>
            <w:pPr>
              <w:spacing w:after="0"/>
              <w:jc w:val="right"/>
            </w:pPr>
            <w:r>
              <w:rPr>
                <w:sz w:val="16"/>
              </w:rPr>
              <w:t>$113,832,485</w:t>
            </w:r>
          </w:p>
        </w:tc>
        <w:tc>
          <w:tcPr>
            <w:tcW w:type="dxa" w:w="1046"/>
          </w:tcPr>
          <w:p>
            <w:pPr>
              <w:spacing w:after="0"/>
              <w:jc w:val="right"/>
            </w:pPr>
            <w:r>
              <w:rPr>
                <w:sz w:val="16"/>
              </w:rPr>
              <w:t>4,133</w:t>
            </w:r>
          </w:p>
        </w:tc>
        <w:tc>
          <w:tcPr>
            <w:tcW w:type="dxa" w:w="948"/>
          </w:tcPr>
          <w:p>
            <w:pPr>
              <w:spacing w:after="0"/>
              <w:jc w:val="right"/>
            </w:pPr>
            <w:r>
              <w:rPr>
                <w:sz w:val="16"/>
              </w:rPr>
              <w:t>$172,831</w:t>
            </w:r>
          </w:p>
        </w:tc>
        <w:tc>
          <w:tcPr>
            <w:tcW w:type="dxa" w:w="1126"/>
          </w:tcPr>
          <w:p>
            <w:pPr>
              <w:spacing w:after="0"/>
              <w:jc w:val="right"/>
            </w:pPr>
            <w:r>
              <w:rPr>
                <w:sz w:val="16"/>
              </w:rPr>
              <w:t>$194,991</w:t>
            </w:r>
          </w:p>
        </w:tc>
        <w:tc>
          <w:tcPr>
            <w:tcW w:type="dxa" w:w="1177"/>
          </w:tcPr>
          <w:p>
            <w:pPr>
              <w:spacing w:after="0"/>
              <w:jc w:val="right"/>
            </w:pPr>
            <w:r>
              <w:rPr>
                <w:sz w:val="16"/>
              </w:rPr>
              <w:t>$3,438</w:t>
            </w:r>
          </w:p>
        </w:tc>
        <w:tc>
          <w:tcPr>
            <w:tcW w:type="dxa" w:w="1305"/>
          </w:tcPr>
          <w:p>
            <w:pPr>
              <w:spacing w:after="0"/>
              <w:jc w:val="right"/>
            </w:pPr>
            <w:r>
              <w:rPr>
                <w:sz w:val="16"/>
              </w:rPr>
              <w:t>0.0119%</w:t>
            </w:r>
          </w:p>
        </w:tc>
        <w:tc>
          <w:tcPr>
            <w:tcW w:type="dxa" w:w="1228"/>
          </w:tcPr>
          <w:p>
            <w:pPr>
              <w:spacing w:after="0"/>
              <w:jc w:val="right"/>
            </w:pPr>
          </w:p>
        </w:tc>
        <w:tc>
          <w:tcPr>
            <w:tcW w:type="dxa" w:w="1112"/>
          </w:tcPr>
          <w:p>
            <w:pPr>
              <w:spacing w:after="0"/>
              <w:jc w:val="right"/>
            </w:pPr>
          </w:p>
        </w:tc>
        <w:tc>
          <w:tcPr>
            <w:tcW w:type="dxa" w:w="1268"/>
          </w:tcPr>
          <w:p>
            <w:pPr>
              <w:spacing w:after="0"/>
              <w:jc w:val="right"/>
            </w:pPr>
            <w:r>
              <w:rPr>
                <w:sz w:val="16"/>
              </w:rPr>
              <w:t>none found (1 declaration)</w:t>
            </w:r>
          </w:p>
        </w:tc>
        <w:tc>
          <w:tcPr>
            <w:tcW w:type="dxa" w:w="1257"/>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$1,457,136,852</w:t>
            </w:r>
          </w:p>
        </w:tc>
        <w:tc>
          <w:tcPr>
            <w:tcW w:type="dxa" w:w="1215"/>
          </w:tcPr>
          <w:p>
            <w:pPr>
              <w:spacing w:after="0"/>
              <w:jc w:val="right"/>
            </w:pPr>
          </w:p>
        </w:tc>
        <w:tc>
          <w:tcPr>
            <w:tcW w:type="dxa" w:w="1046"/>
          </w:tcPr>
          <w:p>
            <w:pPr>
              <w:spacing w:after="0"/>
              <w:jc w:val="right"/>
            </w:pPr>
            <w:r>
              <w:rPr>
                <w:sz w:val="16"/>
              </w:rPr>
              <w:t>4,133</w:t>
            </w:r>
          </w:p>
        </w:tc>
        <w:tc>
          <w:tcPr>
            <w:tcW w:type="dxa" w:w="948"/>
          </w:tcPr>
          <w:p>
            <w:pPr>
              <w:spacing w:after="0"/>
              <w:jc w:val="right"/>
            </w:pPr>
            <w:r>
              <w:rPr>
                <w:sz w:val="16"/>
              </w:rPr>
              <w:t>$45,404</w:t>
            </w:r>
          </w:p>
        </w:tc>
        <w:tc>
          <w:tcPr>
            <w:tcW w:type="dxa" w:w="1126"/>
          </w:tcPr>
          <w:p>
            <w:pPr>
              <w:spacing w:after="0"/>
              <w:jc w:val="right"/>
            </w:pPr>
          </w:p>
        </w:tc>
        <w:tc>
          <w:tcPr>
            <w:tcW w:type="dxa" w:w="1177"/>
          </w:tcPr>
          <w:p>
            <w:pPr>
              <w:spacing w:after="0"/>
              <w:jc w:val="right"/>
            </w:pPr>
            <w:r>
              <w:rPr>
                <w:sz w:val="16"/>
              </w:rPr>
              <w:t>$3,153</w:t>
            </w:r>
          </w:p>
        </w:tc>
        <w:tc>
          <w:tcPr>
            <w:tcW w:type="dxa" w:w="1305"/>
          </w:tcPr>
          <w:p>
            <w:pPr>
              <w:spacing w:after="0"/>
              <w:jc w:val="right"/>
            </w:pPr>
            <w:r>
              <w:rPr>
                <w:sz w:val="16"/>
              </w:rPr>
              <w:t>0.00312%</w:t>
            </w:r>
          </w:p>
        </w:tc>
        <w:tc>
          <w:tcPr>
            <w:tcW w:type="dxa" w:w="1228"/>
          </w:tcPr>
          <w:p>
            <w:pPr>
              <w:spacing w:after="0"/>
              <w:jc w:val="right"/>
            </w:pPr>
          </w:p>
        </w:tc>
        <w:tc>
          <w:tcPr>
            <w:tcW w:type="dxa" w:w="1112"/>
          </w:tcPr>
          <w:p>
            <w:pPr>
              <w:spacing w:after="0"/>
              <w:jc w:val="right"/>
            </w:pPr>
            <w:r>
              <w:rPr>
                <w:sz w:val="16"/>
              </w:rPr>
              <w:t>$0</w:t>
            </w:r>
          </w:p>
        </w:tc>
        <w:tc>
          <w:tcPr>
            <w:tcW w:type="dxa" w:w="1268"/>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$1,446,678,670</w:t>
            </w:r>
          </w:p>
        </w:tc>
        <w:tc>
          <w:tcPr>
            <w:tcW w:type="dxa" w:w="1215"/>
          </w:tcPr>
          <w:p>
            <w:pPr>
              <w:spacing w:after="0"/>
              <w:jc w:val="right"/>
            </w:pPr>
            <w:r>
              <w:rPr>
                <w:sz w:val="16"/>
              </w:rPr>
              <w:t>$11,527,713</w:t>
            </w:r>
          </w:p>
        </w:tc>
        <w:tc>
          <w:tcPr>
            <w:tcW w:type="dxa" w:w="1046"/>
          </w:tcPr>
          <w:p>
            <w:pPr>
              <w:spacing w:after="0"/>
              <w:jc w:val="right"/>
            </w:pPr>
            <w:r>
              <w:rPr>
                <w:sz w:val="16"/>
              </w:rPr>
              <w:t>338</w:t>
            </w:r>
          </w:p>
        </w:tc>
        <w:tc>
          <w:tcPr>
            <w:tcW w:type="dxa" w:w="948"/>
          </w:tcPr>
          <w:p>
            <w:pPr>
              <w:spacing w:after="0"/>
              <w:jc w:val="right"/>
            </w:pPr>
            <w:r>
              <w:rPr>
                <w:sz w:val="16"/>
              </w:rPr>
              <w:t>$536,923</w:t>
            </w:r>
          </w:p>
        </w:tc>
        <w:tc>
          <w:tcPr>
            <w:tcW w:type="dxa" w:w="1126"/>
          </w:tcPr>
          <w:p>
            <w:pPr>
              <w:spacing w:after="0"/>
              <w:jc w:val="right"/>
            </w:pPr>
            <w:r>
              <w:rPr>
                <w:sz w:val="16"/>
              </w:rPr>
              <w:t>$132,569</w:t>
            </w:r>
          </w:p>
        </w:tc>
        <w:tc>
          <w:tcPr>
            <w:tcW w:type="dxa" w:w="1177"/>
          </w:tcPr>
          <w:p>
            <w:pPr>
              <w:spacing w:after="0"/>
              <w:jc w:val="right"/>
            </w:pPr>
            <w:r>
              <w:rPr>
                <w:sz w:val="16"/>
              </w:rPr>
              <w:t>$2,642</w:t>
            </w:r>
          </w:p>
        </w:tc>
        <w:tc>
          <w:tcPr>
            <w:tcW w:type="dxa" w:w="1305"/>
          </w:tcPr>
          <w:p>
            <w:pPr>
              <w:spacing w:after="0"/>
              <w:jc w:val="right"/>
            </w:pPr>
            <w:r>
              <w:rPr>
                <w:sz w:val="16"/>
              </w:rPr>
              <w:t>n/a (see note)</w:t>
            </w:r>
          </w:p>
        </w:tc>
        <w:tc>
          <w:tcPr>
            <w:tcW w:type="dxa" w:w="1228"/>
          </w:tcPr>
          <w:p>
            <w:pPr>
              <w:spacing w:after="0"/>
              <w:jc w:val="right"/>
            </w:pPr>
          </w:p>
        </w:tc>
        <w:tc>
          <w:tcPr>
            <w:tcW w:type="dxa" w:w="1112"/>
          </w:tcPr>
          <w:p>
            <w:pPr>
              <w:spacing w:after="0"/>
              <w:jc w:val="right"/>
            </w:pPr>
          </w:p>
        </w:tc>
        <w:tc>
          <w:tcPr>
            <w:tcW w:type="dxa" w:w="1268"/>
          </w:tcPr>
          <w:p>
            <w:pPr>
              <w:spacing w:after="0"/>
              <w:jc w:val="right"/>
            </w:pPr>
          </w:p>
        </w:tc>
        <w:tc>
          <w:tcPr>
            <w:tcW w:type="dxa" w:w="1257"/>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$9,201,265</w:t>
            </w:r>
          </w:p>
        </w:tc>
        <w:tc>
          <w:tcPr>
            <w:tcW w:type="dxa" w:w="1215"/>
          </w:tcPr>
          <w:p>
            <w:pPr>
              <w:spacing w:after="0"/>
              <w:jc w:val="right"/>
            </w:pPr>
          </w:p>
        </w:tc>
        <w:tc>
          <w:tcPr>
            <w:tcW w:type="dxa" w:w="1046"/>
          </w:tcPr>
          <w:p>
            <w:pPr>
              <w:spacing w:after="0"/>
              <w:jc w:val="right"/>
            </w:pPr>
            <w:r>
              <w:rPr>
                <w:sz w:val="16"/>
              </w:rPr>
              <w:t>24</w:t>
            </w:r>
          </w:p>
        </w:tc>
        <w:tc>
          <w:tcPr>
            <w:tcW w:type="dxa" w:w="948"/>
          </w:tcPr>
          <w:p>
            <w:pPr>
              <w:spacing w:after="0"/>
              <w:jc w:val="right"/>
            </w:pPr>
            <w:r>
              <w:rPr>
                <w:sz w:val="16"/>
              </w:rPr>
              <w:t>$55</w:t>
            </w:r>
          </w:p>
        </w:tc>
        <w:tc>
          <w:tcPr>
            <w:tcW w:type="dxa" w:w="1126"/>
          </w:tcPr>
          <w:p>
            <w:pPr>
              <w:spacing w:after="0"/>
              <w:jc w:val="right"/>
            </w:pPr>
          </w:p>
        </w:tc>
        <w:tc>
          <w:tcPr>
            <w:tcW w:type="dxa" w:w="1177"/>
          </w:tcPr>
          <w:p>
            <w:pPr>
              <w:spacing w:after="0"/>
              <w:jc w:val="right"/>
            </w:pPr>
            <w:r>
              <w:rPr>
                <w:sz w:val="16"/>
              </w:rPr>
              <w:t>$3</w:t>
            </w:r>
          </w:p>
        </w:tc>
        <w:tc>
          <w:tcPr>
            <w:tcW w:type="dxa" w:w="1305"/>
          </w:tcPr>
          <w:p>
            <w:pPr>
              <w:spacing w:after="0"/>
              <w:jc w:val="right"/>
            </w:pPr>
            <w:r>
              <w:rPr>
                <w:sz w:val="16"/>
              </w:rPr>
              <w:t>0.000601%</w:t>
            </w:r>
          </w:p>
        </w:tc>
        <w:tc>
          <w:tcPr>
            <w:tcW w:type="dxa" w:w="1228"/>
          </w:tcPr>
          <w:p>
            <w:pPr>
              <w:spacing w:after="0"/>
              <w:jc w:val="right"/>
            </w:pPr>
          </w:p>
        </w:tc>
        <w:tc>
          <w:tcPr>
            <w:tcW w:type="dxa" w:w="1112"/>
          </w:tcPr>
          <w:p>
            <w:pPr>
              <w:spacing w:after="0"/>
              <w:jc w:val="right"/>
            </w:pPr>
          </w:p>
        </w:tc>
        <w:tc>
          <w:tcPr>
            <w:tcW w:type="dxa" w:w="1268"/>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$1,457,136,852</w:t>
            </w:r>
          </w:p>
        </w:tc>
        <w:tc>
          <w:tcPr>
            <w:tcW w:type="dxa" w:w="1215"/>
          </w:tcPr>
          <w:p>
            <w:pPr>
              <w:spacing w:after="0"/>
              <w:jc w:val="right"/>
            </w:pPr>
          </w:p>
        </w:tc>
        <w:tc>
          <w:tcPr>
            <w:tcW w:type="dxa" w:w="1046"/>
          </w:tcPr>
          <w:p>
            <w:pPr>
              <w:spacing w:after="0"/>
              <w:jc w:val="right"/>
            </w:pPr>
            <w:r>
              <w:rPr>
                <w:sz w:val="16"/>
              </w:rPr>
              <w:t>4,133</w:t>
            </w:r>
          </w:p>
        </w:tc>
        <w:tc>
          <w:tcPr>
            <w:tcW w:type="dxa" w:w="948"/>
          </w:tcPr>
          <w:p>
            <w:pPr>
              <w:spacing w:after="0"/>
              <w:jc w:val="right"/>
            </w:pPr>
            <w:r>
              <w:rPr>
                <w:sz w:val="16"/>
              </w:rPr>
              <w:t>$3,962</w:t>
            </w:r>
          </w:p>
        </w:tc>
        <w:tc>
          <w:tcPr>
            <w:tcW w:type="dxa" w:w="1126"/>
          </w:tcPr>
          <w:p>
            <w:pPr>
              <w:spacing w:after="0"/>
              <w:jc w:val="right"/>
            </w:pPr>
          </w:p>
        </w:tc>
        <w:tc>
          <w:tcPr>
            <w:tcW w:type="dxa" w:w="1177"/>
          </w:tcPr>
          <w:p>
            <w:pPr>
              <w:spacing w:after="0"/>
              <w:jc w:val="right"/>
            </w:pPr>
            <w:r>
              <w:rPr>
                <w:sz w:val="16"/>
              </w:rPr>
              <w:t>$29,491</w:t>
            </w:r>
          </w:p>
        </w:tc>
        <w:tc>
          <w:tcPr>
            <w:tcW w:type="dxa" w:w="1305"/>
          </w:tcPr>
          <w:p>
            <w:pPr>
              <w:spacing w:after="0"/>
              <w:jc w:val="right"/>
            </w:pPr>
            <w:r>
              <w:rPr>
                <w:sz w:val="16"/>
              </w:rPr>
              <w:t>0.000272%</w:t>
            </w:r>
          </w:p>
        </w:tc>
        <w:tc>
          <w:tcPr>
            <w:tcW w:type="dxa" w:w="1228"/>
          </w:tcPr>
          <w:p>
            <w:pPr>
              <w:spacing w:after="0"/>
              <w:jc w:val="right"/>
            </w:pPr>
          </w:p>
        </w:tc>
        <w:tc>
          <w:tcPr>
            <w:tcW w:type="dxa" w:w="1112"/>
          </w:tcPr>
          <w:p>
            <w:pPr>
              <w:spacing w:after="0"/>
              <w:jc w:val="right"/>
            </w:pPr>
          </w:p>
        </w:tc>
        <w:tc>
          <w:tcPr>
            <w:tcW w:type="dxa" w:w="1268"/>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$1,457,136,852</w:t>
            </w:r>
          </w:p>
        </w:tc>
        <w:tc>
          <w:tcPr>
            <w:tcW w:type="dxa" w:w="1215"/>
          </w:tcPr>
          <w:p>
            <w:pPr>
              <w:spacing w:after="0"/>
              <w:jc w:val="right"/>
            </w:pPr>
            <w:r>
              <w:rPr>
                <w:sz w:val="16"/>
              </w:rPr>
              <w:t>$120,407,367</w:t>
            </w:r>
          </w:p>
        </w:tc>
        <w:tc>
          <w:tcPr>
            <w:tcW w:type="dxa" w:w="1046"/>
          </w:tcPr>
          <w:p>
            <w:pPr>
              <w:spacing w:after="0"/>
              <w:jc w:val="right"/>
            </w:pPr>
            <w:r>
              <w:rPr>
                <w:sz w:val="16"/>
              </w:rPr>
              <w:t>4,133</w:t>
            </w:r>
          </w:p>
        </w:tc>
        <w:tc>
          <w:tcPr>
            <w:tcW w:type="dxa" w:w="948"/>
          </w:tcPr>
          <w:p>
            <w:pPr>
              <w:spacing w:after="0"/>
              <w:jc w:val="right"/>
            </w:pPr>
            <w:r>
              <w:rPr>
                <w:sz w:val="16"/>
              </w:rPr>
              <w:t>$127,093</w:t>
            </w:r>
          </w:p>
        </w:tc>
        <w:tc>
          <w:tcPr>
            <w:tcW w:type="dxa" w:w="1126"/>
          </w:tcPr>
          <w:p>
            <w:pPr>
              <w:spacing w:after="0"/>
              <w:jc w:val="right"/>
            </w:pPr>
            <w:r>
              <w:rPr>
                <w:sz w:val="16"/>
              </w:rPr>
              <w:t>$46,610</w:t>
            </w:r>
          </w:p>
        </w:tc>
        <w:tc>
          <w:tcPr>
            <w:tcW w:type="dxa" w:w="1177"/>
          </w:tcPr>
          <w:p>
            <w:pPr>
              <w:spacing w:after="0"/>
              <w:jc w:val="right"/>
            </w:pPr>
            <w:r>
              <w:rPr>
                <w:sz w:val="16"/>
              </w:rPr>
              <w:t>$52,806</w:t>
            </w:r>
          </w:p>
        </w:tc>
        <w:tc>
          <w:tcPr>
            <w:tcW w:type="dxa" w:w="1305"/>
          </w:tcPr>
          <w:p>
            <w:pPr>
              <w:spacing w:after="0"/>
              <w:jc w:val="right"/>
            </w:pPr>
            <w:r>
              <w:rPr>
                <w:sz w:val="16"/>
              </w:rPr>
              <w:t>0.00872%</w:t>
            </w:r>
          </w:p>
        </w:tc>
        <w:tc>
          <w:tcPr>
            <w:tcW w:type="dxa" w:w="1228"/>
          </w:tcPr>
          <w:p>
            <w:pPr>
              <w:spacing w:after="0"/>
              <w:jc w:val="right"/>
            </w:pPr>
            <w:r>
              <w:rPr>
                <w:sz w:val="16"/>
              </w:rPr>
              <w:t>$0</w:t>
            </w:r>
          </w:p>
        </w:tc>
        <w:tc>
          <w:tcPr>
            <w:tcW w:type="dxa" w:w="1112"/>
          </w:tcPr>
          <w:p>
            <w:pPr>
              <w:spacing w:after="0"/>
              <w:jc w:val="right"/>
            </w:pPr>
          </w:p>
        </w:tc>
        <w:tc>
          <w:tcPr>
            <w:tcW w:type="dxa" w:w="1268"/>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$1,457,136,852</w:t>
            </w:r>
          </w:p>
        </w:tc>
        <w:tc>
          <w:tcPr>
            <w:tcW w:type="dxa" w:w="1215"/>
          </w:tcPr>
          <w:p>
            <w:pPr>
              <w:spacing w:after="0"/>
              <w:jc w:val="right"/>
            </w:pPr>
            <w:r>
              <w:rPr>
                <w:sz w:val="16"/>
              </w:rPr>
              <w:t>$120,407,367</w:t>
            </w:r>
          </w:p>
        </w:tc>
        <w:tc>
          <w:tcPr>
            <w:tcW w:type="dxa" w:w="1046"/>
          </w:tcPr>
          <w:p>
            <w:pPr>
              <w:spacing w:after="0"/>
              <w:jc w:val="right"/>
            </w:pPr>
            <w:r>
              <w:rPr>
                <w:sz w:val="16"/>
              </w:rPr>
              <w:t>4,133</w:t>
            </w:r>
          </w:p>
        </w:tc>
        <w:tc>
          <w:tcPr>
            <w:tcW w:type="dxa" w:w="948"/>
          </w:tcPr>
          <w:p>
            <w:pPr>
              <w:spacing w:after="0"/>
              <w:jc w:val="right"/>
            </w:pPr>
            <w:r>
              <w:rPr>
                <w:sz w:val="16"/>
              </w:rPr>
              <w:t>$442,841</w:t>
            </w:r>
          </w:p>
        </w:tc>
        <w:tc>
          <w:tcPr>
            <w:tcW w:type="dxa" w:w="1126"/>
          </w:tcPr>
          <w:p>
            <w:pPr>
              <w:spacing w:after="0"/>
              <w:jc w:val="right"/>
            </w:pPr>
            <w:r>
              <w:rPr>
                <w:sz w:val="16"/>
              </w:rPr>
              <w:t>$5,769</w:t>
            </w:r>
          </w:p>
        </w:tc>
        <w:tc>
          <w:tcPr>
            <w:tcW w:type="dxa" w:w="1177"/>
          </w:tcPr>
          <w:p>
            <w:pPr>
              <w:spacing w:after="0"/>
              <w:jc w:val="right"/>
            </w:pPr>
            <w:r>
              <w:rPr>
                <w:sz w:val="16"/>
              </w:rPr>
              <w:t>$214,890</w:t>
            </w:r>
          </w:p>
        </w:tc>
        <w:tc>
          <w:tcPr>
            <w:tcW w:type="dxa" w:w="1305"/>
          </w:tcPr>
          <w:p>
            <w:pPr>
              <w:spacing w:after="0"/>
              <w:jc w:val="right"/>
            </w:pPr>
            <w:r>
              <w:rPr>
                <w:sz w:val="16"/>
              </w:rPr>
              <w:t>0.0304%</w:t>
            </w:r>
          </w:p>
        </w:tc>
        <w:tc>
          <w:tcPr>
            <w:tcW w:type="dxa" w:w="1228"/>
          </w:tcPr>
          <w:p>
            <w:pPr>
              <w:spacing w:after="0"/>
              <w:jc w:val="right"/>
            </w:pPr>
          </w:p>
        </w:tc>
        <w:tc>
          <w:tcPr>
            <w:tcW w:type="dxa" w:w="1112"/>
          </w:tcPr>
          <w:p>
            <w:pPr>
              <w:spacing w:after="0"/>
              <w:jc w:val="right"/>
            </w:pPr>
          </w:p>
        </w:tc>
        <w:tc>
          <w:tcPr>
            <w:tcW w:type="dxa" w:w="1268"/>
          </w:tcPr>
          <w:p>
            <w:pPr>
              <w:spacing w:after="0"/>
              <w:jc w:val="right"/>
            </w:pPr>
            <w:r>
              <w:rPr>
                <w:sz w:val="16"/>
              </w:rPr>
              <w:t>none found (1 declaration)</w:t>
            </w:r>
          </w:p>
        </w:tc>
        <w:tc>
          <w:tcPr>
            <w:tcW w:type="dxa" w:w="1257"/>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6"/>
          </w:tcPr>
          <w:p>
            <w:pPr>
              <w:spacing w:after="0"/>
              <w:jc w:val="right"/>
            </w:pPr>
          </w:p>
        </w:tc>
        <w:tc>
          <w:tcPr>
            <w:tcW w:type="dxa" w:w="948"/>
          </w:tcPr>
          <w:p>
            <w:pPr>
              <w:spacing w:after="0"/>
              <w:jc w:val="right"/>
            </w:pPr>
          </w:p>
        </w:tc>
        <w:tc>
          <w:tcPr>
            <w:tcW w:type="dxa" w:w="1126"/>
          </w:tcPr>
          <w:p>
            <w:pPr>
              <w:spacing w:after="0"/>
              <w:jc w:val="right"/>
            </w:pPr>
          </w:p>
        </w:tc>
        <w:tc>
          <w:tcPr>
            <w:tcW w:type="dxa" w:w="1177"/>
          </w:tcPr>
          <w:p>
            <w:pPr>
              <w:spacing w:after="0"/>
              <w:jc w:val="right"/>
            </w:pPr>
          </w:p>
        </w:tc>
        <w:tc>
          <w:tcPr>
            <w:tcW w:type="dxa" w:w="1305"/>
          </w:tcPr>
          <w:p>
            <w:pPr>
              <w:spacing w:after="0"/>
              <w:jc w:val="right"/>
            </w:pPr>
          </w:p>
        </w:tc>
        <w:tc>
          <w:tcPr>
            <w:tcW w:type="dxa" w:w="1228"/>
          </w:tcPr>
          <w:p>
            <w:pPr>
              <w:spacing w:after="0"/>
              <w:jc w:val="right"/>
            </w:pPr>
          </w:p>
        </w:tc>
        <w:tc>
          <w:tcPr>
            <w:tcW w:type="dxa" w:w="1112"/>
          </w:tcPr>
          <w:p>
            <w:pPr>
              <w:spacing w:after="0"/>
              <w:jc w:val="right"/>
            </w:pPr>
          </w:p>
        </w:tc>
        <w:tc>
          <w:tcPr>
            <w:tcW w:type="dxa" w:w="1268"/>
          </w:tcPr>
          <w:p>
            <w:pPr>
              <w:spacing w:after="0"/>
              <w:jc w:val="right"/>
            </w:pPr>
          </w:p>
        </w:tc>
        <w:tc>
          <w:tcPr>
            <w:tcW w:type="dxa" w:w="1257"/>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6"/>
          </w:tcPr>
          <w:p>
            <w:pPr>
              <w:spacing w:after="0"/>
              <w:jc w:val="right"/>
            </w:pPr>
          </w:p>
        </w:tc>
        <w:tc>
          <w:tcPr>
            <w:tcW w:type="dxa" w:w="948"/>
          </w:tcPr>
          <w:p>
            <w:pPr>
              <w:spacing w:after="0"/>
              <w:jc w:val="right"/>
            </w:pPr>
          </w:p>
        </w:tc>
        <w:tc>
          <w:tcPr>
            <w:tcW w:type="dxa" w:w="1126"/>
          </w:tcPr>
          <w:p>
            <w:pPr>
              <w:spacing w:after="0"/>
              <w:jc w:val="right"/>
            </w:pPr>
          </w:p>
        </w:tc>
        <w:tc>
          <w:tcPr>
            <w:tcW w:type="dxa" w:w="1177"/>
          </w:tcPr>
          <w:p>
            <w:pPr>
              <w:spacing w:after="0"/>
              <w:jc w:val="right"/>
            </w:pPr>
          </w:p>
        </w:tc>
        <w:tc>
          <w:tcPr>
            <w:tcW w:type="dxa" w:w="1305"/>
          </w:tcPr>
          <w:p>
            <w:pPr>
              <w:spacing w:after="0"/>
              <w:jc w:val="right"/>
            </w:pPr>
          </w:p>
        </w:tc>
        <w:tc>
          <w:tcPr>
            <w:tcW w:type="dxa" w:w="1228"/>
          </w:tcPr>
          <w:p>
            <w:pPr>
              <w:spacing w:after="0"/>
              <w:jc w:val="right"/>
            </w:pPr>
          </w:p>
        </w:tc>
        <w:tc>
          <w:tcPr>
            <w:tcW w:type="dxa" w:w="1112"/>
          </w:tcPr>
          <w:p>
            <w:pPr>
              <w:spacing w:after="0"/>
              <w:jc w:val="right"/>
            </w:pPr>
          </w:p>
        </w:tc>
        <w:tc>
          <w:tcPr>
            <w:tcW w:type="dxa" w:w="1268"/>
          </w:tcPr>
          <w:p>
            <w:pPr>
              <w:spacing w:after="0"/>
              <w:jc w:val="right"/>
            </w:pPr>
          </w:p>
        </w:tc>
        <w:tc>
          <w:tcPr>
            <w:tcW w:type="dxa" w:w="1257"/>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$214,473,683</w:t>
            </w:r>
          </w:p>
        </w:tc>
        <w:tc>
          <w:tcPr>
            <w:tcW w:type="dxa" w:w="1215"/>
          </w:tcPr>
          <w:p>
            <w:pPr>
              <w:spacing w:after="0"/>
              <w:jc w:val="right"/>
            </w:pPr>
            <w:r>
              <w:rPr>
                <w:sz w:val="16"/>
              </w:rPr>
              <w:t>$13,020,690</w:t>
            </w:r>
          </w:p>
        </w:tc>
        <w:tc>
          <w:tcPr>
            <w:tcW w:type="dxa" w:w="1046"/>
          </w:tcPr>
          <w:p>
            <w:pPr>
              <w:spacing w:after="0"/>
              <w:jc w:val="right"/>
            </w:pPr>
            <w:r>
              <w:rPr>
                <w:sz w:val="16"/>
              </w:rPr>
              <w:t>685</w:t>
            </w:r>
          </w:p>
        </w:tc>
        <w:tc>
          <w:tcPr>
            <w:tcW w:type="dxa" w:w="948"/>
          </w:tcPr>
          <w:p>
            <w:pPr>
              <w:spacing w:after="0"/>
              <w:jc w:val="right"/>
            </w:pPr>
            <w:r>
              <w:rPr>
                <w:sz w:val="16"/>
              </w:rPr>
              <w:t>$1,117</w:t>
            </w:r>
          </w:p>
        </w:tc>
        <w:tc>
          <w:tcPr>
            <w:tcW w:type="dxa" w:w="1126"/>
          </w:tcPr>
          <w:p>
            <w:pPr>
              <w:spacing w:after="0"/>
              <w:jc w:val="right"/>
            </w:pPr>
            <w:r>
              <w:rPr>
                <w:sz w:val="16"/>
              </w:rPr>
              <w:t>$22</w:t>
            </w:r>
          </w:p>
        </w:tc>
        <w:tc>
          <w:tcPr>
            <w:tcW w:type="dxa" w:w="1177"/>
          </w:tcPr>
          <w:p>
            <w:pPr>
              <w:spacing w:after="0"/>
              <w:jc w:val="right"/>
            </w:pPr>
            <w:r>
              <w:rPr>
                <w:sz w:val="16"/>
              </w:rPr>
              <w:t>$99</w:t>
            </w:r>
          </w:p>
        </w:tc>
        <w:tc>
          <w:tcPr>
            <w:tcW w:type="dxa" w:w="1305"/>
          </w:tcPr>
          <w:p>
            <w:pPr>
              <w:spacing w:after="0"/>
              <w:jc w:val="right"/>
            </w:pPr>
            <w:r>
              <w:rPr>
                <w:sz w:val="16"/>
              </w:rPr>
              <w:t>0.000521%</w:t>
            </w:r>
          </w:p>
        </w:tc>
        <w:tc>
          <w:tcPr>
            <w:tcW w:type="dxa" w:w="1228"/>
          </w:tcPr>
          <w:p>
            <w:pPr>
              <w:spacing w:after="0"/>
              <w:jc w:val="right"/>
            </w:pPr>
          </w:p>
        </w:tc>
        <w:tc>
          <w:tcPr>
            <w:tcW w:type="dxa" w:w="1112"/>
          </w:tcPr>
          <w:p>
            <w:pPr>
              <w:spacing w:after="0"/>
              <w:jc w:val="right"/>
            </w:pPr>
          </w:p>
        </w:tc>
        <w:tc>
          <w:tcPr>
            <w:tcW w:type="dxa" w:w="1268"/>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$1,457,136,852</w:t>
            </w:r>
          </w:p>
        </w:tc>
        <w:tc>
          <w:tcPr>
            <w:tcW w:type="dxa" w:w="1215"/>
          </w:tcPr>
          <w:p>
            <w:pPr>
              <w:spacing w:after="0"/>
              <w:jc w:val="right"/>
            </w:pPr>
            <w:r>
              <w:rPr>
                <w:sz w:val="16"/>
              </w:rPr>
              <w:t>$120,407,367</w:t>
            </w:r>
          </w:p>
        </w:tc>
        <w:tc>
          <w:tcPr>
            <w:tcW w:type="dxa" w:w="1046"/>
          </w:tcPr>
          <w:p>
            <w:pPr>
              <w:spacing w:after="0"/>
              <w:jc w:val="right"/>
            </w:pPr>
            <w:r>
              <w:rPr>
                <w:sz w:val="16"/>
              </w:rPr>
              <w:t>4,133</w:t>
            </w:r>
          </w:p>
        </w:tc>
        <w:tc>
          <w:tcPr>
            <w:tcW w:type="dxa" w:w="948"/>
          </w:tcPr>
          <w:p>
            <w:pPr>
              <w:spacing w:after="0"/>
              <w:jc w:val="right"/>
            </w:pPr>
            <w:r>
              <w:rPr>
                <w:sz w:val="16"/>
              </w:rPr>
              <w:t>$1,414</w:t>
            </w:r>
          </w:p>
        </w:tc>
        <w:tc>
          <w:tcPr>
            <w:tcW w:type="dxa" w:w="1126"/>
          </w:tcPr>
          <w:p>
            <w:pPr>
              <w:spacing w:after="0"/>
              <w:jc w:val="right"/>
            </w:pPr>
            <w:r>
              <w:rPr>
                <w:sz w:val="16"/>
              </w:rPr>
              <w:t>$302</w:t>
            </w:r>
          </w:p>
        </w:tc>
        <w:tc>
          <w:tcPr>
            <w:tcW w:type="dxa" w:w="1177"/>
          </w:tcPr>
          <w:p>
            <w:pPr>
              <w:spacing w:after="0"/>
              <w:jc w:val="right"/>
            </w:pPr>
            <w:r>
              <w:rPr>
                <w:sz w:val="16"/>
              </w:rPr>
              <w:t>$78</w:t>
            </w:r>
          </w:p>
        </w:tc>
        <w:tc>
          <w:tcPr>
            <w:tcW w:type="dxa" w:w="1305"/>
          </w:tcPr>
          <w:p>
            <w:pPr>
              <w:spacing w:after="0"/>
              <w:jc w:val="right"/>
            </w:pPr>
            <w:r>
              <w:rPr>
                <w:sz w:val="16"/>
              </w:rPr>
              <w:t>under 0.0001%</w:t>
            </w:r>
          </w:p>
        </w:tc>
        <w:tc>
          <w:tcPr>
            <w:tcW w:type="dxa" w:w="1228"/>
          </w:tcPr>
          <w:p>
            <w:pPr>
              <w:spacing w:after="0"/>
              <w:jc w:val="right"/>
            </w:pPr>
          </w:p>
        </w:tc>
        <w:tc>
          <w:tcPr>
            <w:tcW w:type="dxa" w:w="1112"/>
          </w:tcPr>
          <w:p>
            <w:pPr>
              <w:spacing w:after="0"/>
              <w:jc w:val="right"/>
            </w:pPr>
            <w:r>
              <w:rPr>
                <w:sz w:val="16"/>
              </w:rPr>
              <w:t>$0</w:t>
            </w:r>
          </w:p>
        </w:tc>
        <w:tc>
          <w:tcPr>
            <w:tcW w:type="dxa" w:w="1268"/>
          </w:tcPr>
          <w:p>
            <w:pPr>
              <w:spacing w:after="0"/>
              <w:jc w:val="right"/>
            </w:pPr>
            <w:r>
              <w:rPr>
                <w:sz w:val="16"/>
              </w:rPr>
              <w:t>$23,600.94</w:t>
            </w:r>
          </w:p>
        </w:tc>
        <w:tc>
          <w:tcPr>
            <w:tcW w:type="dxa" w:w="1257"/>
          </w:tcPr>
          <w:p>
            <w:pPr>
              <w:spacing w:after="0"/>
              <w:jc w:val="left"/>
            </w:pPr>
          </w:p>
        </w:tc>
      </w:tr>
    </w:tbl>
    <w:p>
      <w:pPr>
        <w:spacing w:after="40" w:before="60"/>
      </w:pPr>
      <w:r>
        <w:rPr>
          <w:sz w:val="15"/>
        </w:rPr>
        <w:t>Totals since 2024-08-23 (Storm Events through 2026-06-30): 8 county-coded records, 8 with a damage value recorded (including $0), $0; 5 zone-level records, 5 with a damage value recorded (including $0), $0 reported for the zone; Public Assistance on counted declarations $23,600.94 (3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4,133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$1,457,136,852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$120,407,367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$3,022,753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$583,547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7</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5</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7</w:t>
            </w:r>
          </w:p>
        </w:tc>
        <w:tc>
          <w:tcPr>
            <w:tcW w:type="dxa" w:w="1558"/>
          </w:tcPr>
          <w:p>
            <w:pPr>
              <w:spacing w:after="0"/>
              <w:jc w:val="right"/>
            </w:pPr>
            <w:r>
              <w:rPr>
                <w:sz w:val="16"/>
              </w:rPr>
              <w:t>5</w:t>
            </w:r>
          </w:p>
        </w:tc>
        <w:tc>
          <w:tcPr>
            <w:tcW w:type="dxa" w:w="1558"/>
          </w:tcPr>
          <w:p>
            <w:pPr>
              <w:spacing w:after="0"/>
              <w:jc w:val="right"/>
            </w:pPr>
            <w:r>
              <w:rPr>
                <w:sz w:val="16"/>
              </w:rPr>
              <w:t>10</w:t>
            </w:r>
          </w:p>
        </w:tc>
        <w:tc>
          <w:tcPr>
            <w:tcW w:type="dxa" w:w="1558"/>
          </w:tcPr>
          <w:p>
            <w:pPr>
              <w:spacing w:after="0"/>
              <w:jc w:val="right"/>
            </w:pPr>
            <w:r>
              <w:rPr>
                <w:sz w:val="16"/>
              </w:rPr>
              <w:t>3</w:t>
            </w:r>
          </w:p>
        </w:tc>
        <w:tc>
          <w:tcPr>
            <w:tcW w:type="dxa" w:w="1558"/>
          </w:tcPr>
          <w:p>
            <w:pPr>
              <w:spacing w:after="0"/>
              <w:jc w:val="right"/>
            </w:pPr>
            <w:r>
              <w:rPr>
                <w:sz w:val="16"/>
              </w:rPr>
              <w:t>17</w:t>
            </w:r>
          </w:p>
        </w:tc>
        <w:tc>
          <w:tcPr>
            <w:tcW w:type="dxa" w:w="1558"/>
          </w:tcPr>
          <w:p>
            <w:pPr>
              <w:spacing w:after="0"/>
              <w:jc w:val="right"/>
            </w:pPr>
            <w:r>
              <w:rPr>
                <w:sz w:val="16"/>
              </w:rPr>
              <w:t>6</w:t>
            </w:r>
          </w:p>
        </w:tc>
        <w:tc>
          <w:tcPr>
            <w:tcW w:type="dxa" w:w="1735"/>
          </w:tcPr>
          <w:p>
            <w:pPr>
              <w:spacing w:after="0"/>
              <w:jc w:val="right"/>
            </w:pPr>
            <w:r>
              <w:rPr>
                <w:sz w:val="16"/>
              </w:rPr>
              <w:t>1</w:t>
            </w:r>
          </w:p>
        </w:tc>
      </w:tr>
      <w:tr>
        <w:trPr>
          <w:cantSplit/>
        </w:trPr>
        <w:tc>
          <w:tcPr>
            <w:tcW w:type="dxa" w:w="3027"/>
          </w:tcPr>
          <w:p>
            <w:pPr>
              <w:spacing w:after="0"/>
              <w:jc w:val="left"/>
            </w:pPr>
            <w:r>
              <w:rPr>
                <w:sz w:val="16"/>
              </w:rPr>
              <w:t>TENSAS PARISH*</w:t>
            </w:r>
          </w:p>
        </w:tc>
        <w:tc>
          <w:tcPr>
            <w:tcW w:type="dxa" w:w="1558"/>
          </w:tcPr>
          <w:p>
            <w:pPr>
              <w:spacing w:after="0"/>
              <w:jc w:val="right"/>
            </w:pPr>
            <w:r>
              <w:rPr>
                <w:sz w:val="16"/>
              </w:rPr>
              <w:t>6</w:t>
            </w:r>
          </w:p>
        </w:tc>
        <w:tc>
          <w:tcPr>
            <w:tcW w:type="dxa" w:w="1558"/>
          </w:tcPr>
          <w:p>
            <w:pPr>
              <w:spacing w:after="0"/>
              <w:jc w:val="right"/>
            </w:pPr>
            <w:r>
              <w:rPr>
                <w:sz w:val="16"/>
              </w:rPr>
              <w:t>5</w:t>
            </w:r>
          </w:p>
        </w:tc>
        <w:tc>
          <w:tcPr>
            <w:tcW w:type="dxa" w:w="1558"/>
          </w:tcPr>
          <w:p>
            <w:pPr>
              <w:spacing w:after="0"/>
              <w:jc w:val="right"/>
            </w:pPr>
            <w:r>
              <w:rPr>
                <w:sz w:val="16"/>
              </w:rPr>
              <w:t>9</w:t>
            </w:r>
          </w:p>
        </w:tc>
        <w:tc>
          <w:tcPr>
            <w:tcW w:type="dxa" w:w="1558"/>
          </w:tcPr>
          <w:p>
            <w:pPr>
              <w:spacing w:after="0"/>
              <w:jc w:val="right"/>
            </w:pPr>
            <w:r>
              <w:rPr>
                <w:sz w:val="16"/>
              </w:rPr>
              <w:t>3</w:t>
            </w:r>
          </w:p>
        </w:tc>
        <w:tc>
          <w:tcPr>
            <w:tcW w:type="dxa" w:w="1558"/>
          </w:tcPr>
          <w:p>
            <w:pPr>
              <w:spacing w:after="0"/>
              <w:jc w:val="right"/>
            </w:pPr>
            <w:r>
              <w:rPr>
                <w:sz w:val="16"/>
              </w:rPr>
              <w:t>15</w:t>
            </w:r>
          </w:p>
        </w:tc>
        <w:tc>
          <w:tcPr>
            <w:tcW w:type="dxa" w:w="1558"/>
          </w:tcPr>
          <w:p>
            <w:pPr>
              <w:spacing w:after="0"/>
              <w:jc w:val="right"/>
            </w:pPr>
            <w:r>
              <w:rPr>
                <w:sz w:val="16"/>
              </w:rPr>
              <w:t>6</w:t>
            </w:r>
          </w:p>
        </w:tc>
        <w:tc>
          <w:tcPr>
            <w:tcW w:type="dxa" w:w="1735"/>
          </w:tcPr>
          <w:p>
            <w:pPr>
              <w:spacing w:after="0"/>
              <w:jc w:val="right"/>
            </w:pPr>
            <w:r>
              <w:rPr>
                <w:sz w:val="16"/>
              </w:rPr>
              <w:t>1</w:t>
            </w:r>
          </w:p>
        </w:tc>
      </w:tr>
      <w:tr>
        <w:trPr>
          <w:cantSplit/>
        </w:trPr>
        <w:tc>
          <w:tcPr>
            <w:tcW w:type="dxa" w:w="3027"/>
          </w:tcPr>
          <w:p>
            <w:pPr>
              <w:spacing w:after="0"/>
              <w:jc w:val="left"/>
            </w:pPr>
            <w:r>
              <w:rPr>
                <w:sz w:val="16"/>
              </w:rPr>
              <w:t>NEWELLTON, TOWN OF</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ST. JOSEPH,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State level, not in this county: county not reported</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4</w:t>
            </w:r>
          </w:p>
        </w:tc>
        <w:tc>
          <w:tcPr>
            <w:tcW w:type="dxa" w:w="1558"/>
          </w:tcPr>
          <w:p>
            <w:pPr>
              <w:spacing w:after="0"/>
              <w:jc w:val="right"/>
            </w:pPr>
            <w:r>
              <w:rPr>
                <w:sz w:val="16"/>
              </w:rPr>
              <w:t>0</w:t>
            </w:r>
          </w:p>
        </w:tc>
        <w:tc>
          <w:tcPr>
            <w:tcW w:type="dxa" w:w="1558"/>
          </w:tcPr>
          <w:p>
            <w:pPr>
              <w:spacing w:after="0"/>
              <w:jc w:val="right"/>
            </w:pPr>
            <w:r>
              <w:rPr>
                <w:sz w:val="16"/>
              </w:rPr>
              <w:t>4</w:t>
            </w:r>
          </w:p>
        </w:tc>
        <w:tc>
          <w:tcPr>
            <w:tcW w:type="dxa" w:w="1558"/>
          </w:tcPr>
          <w:p>
            <w:pPr>
              <w:spacing w:after="0"/>
              <w:jc w:val="right"/>
            </w:pPr>
            <w:r>
              <w:rPr>
                <w:sz w:val="16"/>
              </w:rPr>
              <w:t>0</w:t>
            </w:r>
          </w:p>
        </w:tc>
        <w:tc>
          <w:tcPr>
            <w:tcW w:type="dxa" w:w="1735"/>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Tensas Parish</w:t>
            </w:r>
          </w:p>
        </w:tc>
        <w:tc>
          <w:tcPr>
            <w:tcW w:type="dxa" w:w="1499"/>
          </w:tcPr>
          <w:p>
            <w:pPr>
              <w:spacing w:after="0"/>
              <w:jc w:val="left"/>
            </w:pPr>
            <w:r>
              <w:rPr>
                <w:sz w:val="16"/>
              </w:rPr>
              <w:t>220215</w:t>
            </w:r>
          </w:p>
        </w:tc>
        <w:tc>
          <w:tcPr>
            <w:tcW w:type="dxa" w:w="1347"/>
          </w:tcPr>
          <w:p>
            <w:pPr>
              <w:spacing w:after="0"/>
              <w:jc w:val="right"/>
            </w:pPr>
            <w:r>
              <w:rPr>
                <w:sz w:val="16"/>
              </w:rPr>
              <w:t>6</w:t>
            </w:r>
          </w:p>
        </w:tc>
        <w:tc>
          <w:tcPr>
            <w:tcW w:type="dxa" w:w="1347"/>
          </w:tcPr>
          <w:p>
            <w:pPr>
              <w:spacing w:after="0"/>
              <w:jc w:val="right"/>
            </w:pPr>
            <w:r>
              <w:rPr>
                <w:sz w:val="16"/>
              </w:rPr>
              <w:t>5</w:t>
            </w:r>
          </w:p>
        </w:tc>
        <w:tc>
          <w:tcPr>
            <w:tcW w:type="dxa" w:w="1347"/>
          </w:tcPr>
          <w:p>
            <w:pPr>
              <w:spacing w:after="0"/>
              <w:jc w:val="right"/>
            </w:pPr>
            <w:r>
              <w:rPr>
                <w:sz w:val="16"/>
              </w:rPr>
              <w:t>9</w:t>
            </w:r>
          </w:p>
        </w:tc>
        <w:tc>
          <w:tcPr>
            <w:tcW w:type="dxa" w:w="1347"/>
          </w:tcPr>
          <w:p>
            <w:pPr>
              <w:spacing w:after="0"/>
              <w:jc w:val="right"/>
            </w:pPr>
            <w:r>
              <w:rPr>
                <w:sz w:val="16"/>
              </w:rPr>
              <w:t>3</w:t>
            </w:r>
          </w:p>
        </w:tc>
        <w:tc>
          <w:tcPr>
            <w:tcW w:type="dxa" w:w="1347"/>
          </w:tcPr>
          <w:p>
            <w:pPr>
              <w:spacing w:after="0"/>
              <w:jc w:val="right"/>
            </w:pPr>
            <w:r>
              <w:rPr>
                <w:sz w:val="16"/>
              </w:rPr>
              <w:t>15</w:t>
            </w:r>
          </w:p>
        </w:tc>
        <w:tc>
          <w:tcPr>
            <w:tcW w:type="dxa" w:w="1347"/>
          </w:tcPr>
          <w:p>
            <w:pPr>
              <w:spacing w:after="0"/>
              <w:jc w:val="right"/>
            </w:pPr>
            <w:r>
              <w:rPr>
                <w:sz w:val="16"/>
              </w:rPr>
              <w:t>6</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Newellton town</w:t>
            </w:r>
          </w:p>
        </w:tc>
        <w:tc>
          <w:tcPr>
            <w:tcW w:type="dxa" w:w="1499"/>
          </w:tcPr>
          <w:p>
            <w:pPr>
              <w:spacing w:after="0"/>
              <w:jc w:val="left"/>
            </w:pPr>
            <w:r>
              <w:rPr>
                <w:sz w:val="16"/>
              </w:rPr>
              <w:t>220216</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St. Joseph town</w:t>
            </w:r>
          </w:p>
        </w:tc>
        <w:tc>
          <w:tcPr>
            <w:tcW w:type="dxa" w:w="1499"/>
          </w:tcPr>
          <w:p>
            <w:pPr>
              <w:spacing w:after="0"/>
              <w:jc w:val="left"/>
            </w:pPr>
            <w:r>
              <w:rPr>
                <w:sz w:val="16"/>
              </w:rPr>
              <w:t>220217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Waterproof town</w:t>
            </w:r>
          </w:p>
        </w:tc>
        <w:tc>
          <w:tcPr>
            <w:tcW w:type="dxa" w:w="1499"/>
          </w:tcPr>
          <w:p>
            <w:pPr>
              <w:spacing w:after="0"/>
              <w:jc w:val="left"/>
            </w:pPr>
            <w:r>
              <w:rPr>
                <w:sz w:val="16"/>
              </w:rPr>
              <w:t>220218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7</w:t>
            </w:r>
          </w:p>
        </w:tc>
        <w:tc>
          <w:tcPr>
            <w:tcW w:type="dxa" w:w="1496"/>
          </w:tcPr>
          <w:p>
            <w:pPr>
              <w:spacing w:after="0"/>
              <w:jc w:val="right"/>
            </w:pPr>
            <w:r>
              <w:rPr>
                <w:sz w:val="16"/>
              </w:rPr>
              <w:t>5</w:t>
            </w:r>
          </w:p>
        </w:tc>
        <w:tc>
          <w:tcPr>
            <w:tcW w:type="dxa" w:w="1496"/>
          </w:tcPr>
          <w:p>
            <w:pPr>
              <w:spacing w:after="0"/>
              <w:jc w:val="right"/>
            </w:pPr>
            <w:r>
              <w:rPr>
                <w:sz w:val="16"/>
              </w:rPr>
              <w:t>10</w:t>
            </w:r>
          </w:p>
        </w:tc>
        <w:tc>
          <w:tcPr>
            <w:tcW w:type="dxa" w:w="1496"/>
          </w:tcPr>
          <w:p>
            <w:pPr>
              <w:spacing w:after="0"/>
              <w:jc w:val="right"/>
            </w:pPr>
            <w:r>
              <w:rPr>
                <w:sz w:val="16"/>
              </w:rPr>
              <w:t>3</w:t>
            </w:r>
          </w:p>
        </w:tc>
        <w:tc>
          <w:tcPr>
            <w:tcW w:type="dxa" w:w="1496"/>
          </w:tcPr>
          <w:p>
            <w:pPr>
              <w:spacing w:after="0"/>
              <w:jc w:val="right"/>
            </w:pPr>
            <w:r>
              <w:rPr>
                <w:sz w:val="16"/>
              </w:rPr>
              <w:t>17</w:t>
            </w:r>
          </w:p>
        </w:tc>
        <w:tc>
          <w:tcPr>
            <w:tcW w:type="dxa" w:w="1496"/>
          </w:tcPr>
          <w:p>
            <w:pPr>
              <w:spacing w:after="0"/>
              <w:jc w:val="right"/>
            </w:pPr>
            <w:r>
              <w:rPr>
                <w:sz w:val="16"/>
              </w:rPr>
              <w:t>6</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5 properties are FMA repetitive loss but not NFIP repetitive loss, and 8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Tensas Parish, LA: risk-assessment baseline packet, release 2026-10 (data as of 2026-09-28; County area 22107).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hazard-plain_2026-10_LA_22107.docx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Tensas Parish, LA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Tensas Parish, LA: Risk-assessment baseline packet</dc:title>
  <dc:subject>Hazard Plain release 2026-10, as of 2026-09-28. Preview: automated baseline</dc:subject>
  <dc:creator>Hazard Plain</dc:creator>
  <cp:keywords>Hazard Plain; hazard mitigation; risk assessment; 22107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