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Woodford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21239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Expires: </w:t>
      </w:r>
      <w:r>
        <w:rPr/>
        <w:t>2027-05-24</w:t>
      </w:r>
    </w:p>
    <w:p>
      <w:pPr>
        <w:keepNext/>
        <w:spacing w:after="40" w:before="0"/>
      </w:pPr>
      <w:r>
        <w:rPr>
          <w:b/>
        </w:rPr>
        <w:t xml:space="preserve">As of: </w:t>
      </w:r>
      <w:r>
        <w:rPr/>
        <w:t>2026-09-28</w:t>
      </w:r>
    </w:p>
    <w:p>
      <w:pPr>
        <w:keepNext/>
        <w:spacing w:after="40" w:before="0"/>
      </w:pPr>
      <w:r>
        <w:rPr>
          <w:b/>
        </w:rPr>
        <w:t xml:space="preserve">Days: </w:t>
      </w:r>
      <w:r>
        <w:rPr/>
        <w:t>238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DR-4804-KY, EM-3624-KY, DR-4860-KY, EM-3626-KY, DR-4864-KY, EM-3633-KY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19, SRL 19 (44 CFR 77.2); any definition: 64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23"/>
        <w:gridCol w:w="3057"/>
        <w:gridCol w:w="1037"/>
        <w:gridCol w:w="1037"/>
        <w:gridCol w:w="866"/>
        <w:gridCol w:w="924"/>
        <w:gridCol w:w="209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23"/>
            <w:shd w:val="clear" w:color="auto" w:fill="E8E8E8"/>
          </w:tcPr>
          <w:p>
            <w:pPr>
              <w:spacing w:after="0"/>
              <w:jc w:val="left"/>
            </w:pPr>
            <w:r>
              <w:rPr>
                <w:b/>
                <w:sz w:val="16"/>
              </w:rPr>
              <w:t>Status</w:t>
            </w:r>
          </w:p>
        </w:tc>
        <w:tc>
          <w:tcPr>
            <w:tcW w:type="dxa" w:w="30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4"/>
            <w:shd w:val="clear" w:color="auto" w:fill="E8E8E8"/>
          </w:tcPr>
          <w:p>
            <w:pPr>
              <w:spacing w:after="0"/>
              <w:jc w:val="left"/>
            </w:pPr>
            <w:r>
              <w:rPr>
                <w:b/>
                <w:sz w:val="16"/>
              </w:rPr>
              <w:t>Update underway</w:t>
            </w:r>
          </w:p>
        </w:tc>
        <w:tc>
          <w:tcPr>
            <w:tcW w:type="dxa" w:w="2091"/>
            <w:shd w:val="clear" w:color="auto" w:fill="E8E8E8"/>
          </w:tcPr>
          <w:p>
            <w:pPr>
              <w:spacing w:after="0"/>
              <w:jc w:val="left"/>
            </w:pPr>
            <w:r>
              <w:rPr>
                <w:b/>
                <w:sz w:val="16"/>
              </w:rPr>
              <w:t>Notes</w:t>
            </w:r>
          </w:p>
        </w:tc>
      </w:tr>
      <w:tr>
        <w:trPr>
          <w:cantSplit/>
        </w:trPr>
        <w:tc>
          <w:tcPr>
            <w:tcW w:type="dxa" w:w="1483"/>
          </w:tcPr>
          <w:p>
            <w:pPr>
              <w:spacing w:after="0"/>
              <w:jc w:val="left"/>
            </w:pPr>
            <w:r>
              <w:rPr>
                <w:sz w:val="16"/>
              </w:rPr>
              <w:t>Woodford County (unincorporated area)</w:t>
            </w:r>
          </w:p>
        </w:tc>
        <w:tc>
          <w:tcPr>
            <w:tcW w:type="dxa" w:w="1394"/>
          </w:tcPr>
          <w:p>
            <w:pPr>
              <w:spacing w:after="0"/>
              <w:jc w:val="left"/>
            </w:pPr>
            <w:r>
              <w:rPr>
                <w:sz w:val="16"/>
              </w:rPr>
              <w:t>Unincorporated</w:t>
            </w:r>
          </w:p>
        </w:tc>
        <w:tc>
          <w:tcPr>
            <w:tcW w:type="dxa" w:w="2223"/>
          </w:tcPr>
          <w:p>
            <w:pPr>
              <w:spacing w:after="0"/>
              <w:jc w:val="left"/>
            </w:pPr>
            <w:r>
              <w:rPr>
                <w:sz w:val="16"/>
              </w:rPr>
              <w:t>Approved, expires 2027-05-24</w:t>
            </w:r>
          </w:p>
        </w:tc>
        <w:tc>
          <w:tcPr>
            <w:tcW w:type="dxa" w:w="3057"/>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238</w:t>
            </w:r>
          </w:p>
        </w:tc>
        <w:tc>
          <w:tcPr>
            <w:tcW w:type="dxa" w:w="924"/>
          </w:tcPr>
          <w:p>
            <w:pPr>
              <w:spacing w:after="0"/>
              <w:jc w:val="left"/>
            </w:pPr>
          </w:p>
        </w:tc>
        <w:tc>
          <w:tcPr>
            <w:tcW w:type="dxa" w:w="2091"/>
          </w:tcPr>
          <w:p>
            <w:pPr>
              <w:spacing w:after="0"/>
              <w:jc w:val="left"/>
            </w:pPr>
            <w:r>
              <w:rPr>
                <w:sz w:val="16"/>
              </w:rPr>
              <w:t>member approved 2022-11-01</w:t>
            </w:r>
          </w:p>
        </w:tc>
      </w:tr>
      <w:tr>
        <w:trPr>
          <w:cantSplit/>
        </w:trPr>
        <w:tc>
          <w:tcPr>
            <w:tcW w:type="dxa" w:w="1483"/>
          </w:tcPr>
          <w:p>
            <w:pPr>
              <w:spacing w:after="0"/>
              <w:jc w:val="left"/>
            </w:pPr>
            <w:r>
              <w:rPr>
                <w:sz w:val="16"/>
              </w:rPr>
              <w:t>Midway city</w:t>
            </w:r>
          </w:p>
        </w:tc>
        <w:tc>
          <w:tcPr>
            <w:tcW w:type="dxa" w:w="1394"/>
          </w:tcPr>
          <w:p>
            <w:pPr>
              <w:spacing w:after="0"/>
              <w:jc w:val="left"/>
            </w:pPr>
            <w:r>
              <w:rPr>
                <w:sz w:val="16"/>
              </w:rPr>
              <w:t>City</w:t>
            </w:r>
          </w:p>
        </w:tc>
        <w:tc>
          <w:tcPr>
            <w:tcW w:type="dxa" w:w="2223"/>
          </w:tcPr>
          <w:p>
            <w:pPr>
              <w:spacing w:after="0"/>
              <w:jc w:val="left"/>
            </w:pPr>
            <w:r>
              <w:rPr>
                <w:sz w:val="16"/>
              </w:rPr>
              <w:t>Approved, expires 2027-05-24</w:t>
            </w:r>
          </w:p>
        </w:tc>
        <w:tc>
          <w:tcPr>
            <w:tcW w:type="dxa" w:w="3057"/>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238</w:t>
            </w:r>
          </w:p>
        </w:tc>
        <w:tc>
          <w:tcPr>
            <w:tcW w:type="dxa" w:w="924"/>
          </w:tcPr>
          <w:p>
            <w:pPr>
              <w:spacing w:after="0"/>
              <w:jc w:val="left"/>
            </w:pPr>
          </w:p>
        </w:tc>
        <w:tc>
          <w:tcPr>
            <w:tcW w:type="dxa" w:w="2091"/>
          </w:tcPr>
          <w:p>
            <w:pPr>
              <w:spacing w:after="0"/>
              <w:jc w:val="left"/>
            </w:pPr>
            <w:r>
              <w:rPr>
                <w:sz w:val="16"/>
              </w:rPr>
              <w:t>member approved 2022-11-01</w:t>
            </w:r>
          </w:p>
        </w:tc>
      </w:tr>
      <w:tr>
        <w:trPr>
          <w:cantSplit/>
        </w:trPr>
        <w:tc>
          <w:tcPr>
            <w:tcW w:type="dxa" w:w="1483"/>
          </w:tcPr>
          <w:p>
            <w:pPr>
              <w:spacing w:after="0"/>
              <w:jc w:val="left"/>
            </w:pPr>
            <w:r>
              <w:rPr>
                <w:sz w:val="16"/>
              </w:rPr>
              <w:t>Versailles city</w:t>
            </w:r>
          </w:p>
        </w:tc>
        <w:tc>
          <w:tcPr>
            <w:tcW w:type="dxa" w:w="1394"/>
          </w:tcPr>
          <w:p>
            <w:pPr>
              <w:spacing w:after="0"/>
              <w:jc w:val="left"/>
            </w:pPr>
            <w:r>
              <w:rPr>
                <w:sz w:val="16"/>
              </w:rPr>
              <w:t>City</w:t>
            </w:r>
          </w:p>
        </w:tc>
        <w:tc>
          <w:tcPr>
            <w:tcW w:type="dxa" w:w="2223"/>
          </w:tcPr>
          <w:p>
            <w:pPr>
              <w:spacing w:after="0"/>
              <w:jc w:val="left"/>
            </w:pPr>
            <w:r>
              <w:rPr>
                <w:sz w:val="16"/>
              </w:rPr>
              <w:t>Approved, expires 2027-05-24</w:t>
            </w:r>
          </w:p>
        </w:tc>
        <w:tc>
          <w:tcPr>
            <w:tcW w:type="dxa" w:w="3057"/>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238</w:t>
            </w:r>
          </w:p>
        </w:tc>
        <w:tc>
          <w:tcPr>
            <w:tcW w:type="dxa" w:w="924"/>
          </w:tcPr>
          <w:p>
            <w:pPr>
              <w:spacing w:after="0"/>
              <w:jc w:val="left"/>
            </w:pPr>
          </w:p>
        </w:tc>
        <w:tc>
          <w:tcPr>
            <w:tcW w:type="dxa" w:w="2091"/>
          </w:tcPr>
          <w:p>
            <w:pPr>
              <w:spacing w:after="0"/>
              <w:jc w:val="left"/>
            </w:pPr>
            <w:r>
              <w:rPr>
                <w:sz w:val="16"/>
              </w:rPr>
              <w:t>member approved 2022-11-01</w:t>
            </w:r>
          </w:p>
        </w:tc>
      </w:tr>
    </w:tbl>
    <w:p>
      <w:pPr>
        <w:spacing w:after="40" w:before="60"/>
      </w:pPr>
      <w:r>
        <w:rPr>
          <w:sz w:val="15"/>
        </w:rPr>
        <w:t>Plan 108257 also covers 44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$6,426,150</w:t>
            </w:r>
          </w:p>
        </w:tc>
        <w:tc>
          <w:tcPr>
            <w:tcW w:type="dxa" w:w="1126"/>
          </w:tcPr>
          <w:p>
            <w:pPr>
              <w:spacing w:after="0"/>
              <w:jc w:val="right"/>
            </w:pPr>
            <w:r>
              <w:rPr>
                <w:sz w:val="16"/>
              </w:rPr>
              <w:t>$25,413</w:t>
            </w:r>
          </w:p>
        </w:tc>
        <w:tc>
          <w:tcPr>
            <w:tcW w:type="dxa" w:w="1297"/>
          </w:tcPr>
          <w:p>
            <w:pPr>
              <w:spacing w:after="0"/>
              <w:jc w:val="right"/>
            </w:pPr>
            <w:r>
              <w:rPr>
                <w:sz w:val="16"/>
              </w:rPr>
              <w:t>$16,177</w:t>
            </w:r>
          </w:p>
        </w:tc>
        <w:tc>
          <w:tcPr>
            <w:tcW w:type="dxa" w:w="1111"/>
          </w:tcPr>
          <w:p>
            <w:pPr>
              <w:spacing w:after="0"/>
              <w:jc w:val="right"/>
            </w:pPr>
            <w:r>
              <w:rPr>
                <w:sz w:val="16"/>
              </w:rPr>
              <w:t>$6,467,740</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$1,082,823</w:t>
            </w:r>
          </w:p>
        </w:tc>
        <w:tc>
          <w:tcPr>
            <w:tcW w:type="dxa" w:w="1126"/>
          </w:tcPr>
          <w:p>
            <w:pPr>
              <w:spacing w:after="0"/>
              <w:jc w:val="right"/>
            </w:pPr>
            <w:r>
              <w:rPr>
                <w:sz w:val="16"/>
              </w:rPr>
              <w:t>$7,597</w:t>
            </w:r>
          </w:p>
        </w:tc>
        <w:tc>
          <w:tcPr>
            <w:tcW w:type="dxa" w:w="1297"/>
          </w:tcPr>
          <w:p>
            <w:pPr>
              <w:spacing w:after="0"/>
              <w:jc w:val="right"/>
            </w:pPr>
            <w:r>
              <w:rPr>
                <w:sz w:val="16"/>
              </w:rPr>
              <w:t>$1,823,114</w:t>
            </w:r>
          </w:p>
        </w:tc>
        <w:tc>
          <w:tcPr>
            <w:tcW w:type="dxa" w:w="1111"/>
          </w:tcPr>
          <w:p>
            <w:pPr>
              <w:spacing w:after="0"/>
              <w:jc w:val="right"/>
            </w:pPr>
            <w:r>
              <w:rPr>
                <w:sz w:val="16"/>
              </w:rPr>
              <w:t>$2,913,533</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$420,283</w:t>
            </w:r>
          </w:p>
        </w:tc>
        <w:tc>
          <w:tcPr>
            <w:tcW w:type="dxa" w:w="1126"/>
          </w:tcPr>
          <w:p>
            <w:pPr>
              <w:spacing w:after="0"/>
              <w:jc w:val="right"/>
            </w:pPr>
            <w:r>
              <w:rPr>
                <w:sz w:val="16"/>
              </w:rPr>
              <w:t>$43,565</w:t>
            </w:r>
          </w:p>
        </w:tc>
        <w:tc>
          <w:tcPr>
            <w:tcW w:type="dxa" w:w="1297"/>
          </w:tcPr>
          <w:p>
            <w:pPr>
              <w:spacing w:after="0"/>
              <w:jc w:val="right"/>
            </w:pPr>
            <w:r>
              <w:rPr>
                <w:sz w:val="16"/>
              </w:rPr>
              <w:t>$913,020</w:t>
            </w:r>
          </w:p>
        </w:tc>
        <w:tc>
          <w:tcPr>
            <w:tcW w:type="dxa" w:w="1111"/>
          </w:tcPr>
          <w:p>
            <w:pPr>
              <w:spacing w:after="0"/>
              <w:jc w:val="right"/>
            </w:pPr>
            <w:r>
              <w:rPr>
                <w:sz w:val="16"/>
              </w:rPr>
              <w:t>$1,376,867</w:t>
            </w:r>
          </w:p>
        </w:tc>
        <w:tc>
          <w:tcPr>
            <w:tcW w:type="dxa" w:w="1199"/>
          </w:tcPr>
          <w:p>
            <w:pPr>
              <w:spacing w:after="0"/>
              <w:jc w:val="right"/>
            </w:pPr>
            <w:r>
              <w:rPr>
                <w:sz w:val="16"/>
              </w:rPr>
              <w:t>114</w:t>
            </w:r>
          </w:p>
        </w:tc>
        <w:tc>
          <w:tcPr>
            <w:tcW w:type="dxa" w:w="2172"/>
          </w:tcPr>
          <w:p>
            <w:pPr>
              <w:spacing w:after="0"/>
              <w:jc w:val="left"/>
            </w:pPr>
          </w:p>
        </w:tc>
        <w:tc>
          <w:tcPr>
            <w:tcW w:type="dxa" w:w="2080"/>
          </w:tcPr>
          <w:p>
            <w:pPr>
              <w:spacing w:after="0"/>
              <w:jc w:val="left"/>
            </w:pPr>
            <w:r>
              <w:rPr>
                <w:sz w:val="16"/>
              </w:rPr>
              <w:t>Includes 4 High Wind records and 1 Strong Wind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$906</w:t>
            </w:r>
          </w:p>
        </w:tc>
        <w:tc>
          <w:tcPr>
            <w:tcW w:type="dxa" w:w="1126"/>
          </w:tcPr>
          <w:p>
            <w:pPr>
              <w:spacing w:after="0"/>
              <w:jc w:val="right"/>
            </w:pPr>
            <w:r>
              <w:rPr>
                <w:sz w:val="16"/>
              </w:rPr>
              <w:t>$153,264</w:t>
            </w:r>
          </w:p>
        </w:tc>
        <w:tc>
          <w:tcPr>
            <w:tcW w:type="dxa" w:w="1297"/>
          </w:tcPr>
          <w:p>
            <w:pPr>
              <w:spacing w:after="0"/>
              <w:jc w:val="right"/>
            </w:pPr>
            <w:r>
              <w:rPr>
                <w:sz w:val="16"/>
              </w:rPr>
              <w:t>$678,428</w:t>
            </w:r>
          </w:p>
        </w:tc>
        <w:tc>
          <w:tcPr>
            <w:tcW w:type="dxa" w:w="1111"/>
          </w:tcPr>
          <w:p>
            <w:pPr>
              <w:spacing w:after="0"/>
              <w:jc w:val="right"/>
            </w:pPr>
            <w:r>
              <w:rPr>
                <w:sz w:val="16"/>
              </w:rPr>
              <w:t>$832,598</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6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$330,279</w:t>
            </w:r>
          </w:p>
        </w:tc>
        <w:tc>
          <w:tcPr>
            <w:tcW w:type="dxa" w:w="1126"/>
          </w:tcPr>
          <w:p>
            <w:pPr>
              <w:spacing w:after="0"/>
              <w:jc w:val="right"/>
            </w:pPr>
          </w:p>
        </w:tc>
        <w:tc>
          <w:tcPr>
            <w:tcW w:type="dxa" w:w="1297"/>
          </w:tcPr>
          <w:p>
            <w:pPr>
              <w:spacing w:after="0"/>
              <w:jc w:val="right"/>
            </w:pPr>
            <w:r>
              <w:rPr>
                <w:sz w:val="16"/>
              </w:rPr>
              <w:t>$96,433</w:t>
            </w:r>
          </w:p>
        </w:tc>
        <w:tc>
          <w:tcPr>
            <w:tcW w:type="dxa" w:w="1111"/>
          </w:tcPr>
          <w:p>
            <w:pPr>
              <w:spacing w:after="0"/>
              <w:jc w:val="right"/>
            </w:pPr>
            <w:r>
              <w:rPr>
                <w:sz w:val="16"/>
              </w:rPr>
              <w:t>$426,712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$188,861</w:t>
            </w:r>
          </w:p>
        </w:tc>
        <w:tc>
          <w:tcPr>
            <w:tcW w:type="dxa" w:w="1126"/>
          </w:tcPr>
          <w:p>
            <w:pPr>
              <w:spacing w:after="0"/>
              <w:jc w:val="right"/>
            </w:pPr>
            <w:r>
              <w:rPr>
                <w:sz w:val="16"/>
              </w:rPr>
              <w:t>$83,628</w:t>
            </w:r>
          </w:p>
        </w:tc>
        <w:tc>
          <w:tcPr>
            <w:tcW w:type="dxa" w:w="1297"/>
          </w:tcPr>
          <w:p>
            <w:pPr>
              <w:spacing w:after="0"/>
              <w:jc w:val="right"/>
            </w:pPr>
            <w:r>
              <w:rPr>
                <w:sz w:val="16"/>
              </w:rPr>
              <w:t>$32,913</w:t>
            </w:r>
          </w:p>
        </w:tc>
        <w:tc>
          <w:tcPr>
            <w:tcW w:type="dxa" w:w="1111"/>
          </w:tcPr>
          <w:p>
            <w:pPr>
              <w:spacing w:after="0"/>
              <w:jc w:val="right"/>
            </w:pPr>
            <w:r>
              <w:rPr>
                <w:sz w:val="16"/>
              </w:rPr>
              <w:t>$305,402</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$9,464</w:t>
            </w:r>
          </w:p>
        </w:tc>
        <w:tc>
          <w:tcPr>
            <w:tcW w:type="dxa" w:w="1126"/>
          </w:tcPr>
          <w:p>
            <w:pPr>
              <w:spacing w:after="0"/>
              <w:jc w:val="right"/>
            </w:pPr>
          </w:p>
        </w:tc>
        <w:tc>
          <w:tcPr>
            <w:tcW w:type="dxa" w:w="1297"/>
          </w:tcPr>
          <w:p>
            <w:pPr>
              <w:spacing w:after="0"/>
              <w:jc w:val="right"/>
            </w:pPr>
            <w:r>
              <w:rPr>
                <w:sz w:val="16"/>
              </w:rPr>
              <w:t>$273,184</w:t>
            </w:r>
          </w:p>
        </w:tc>
        <w:tc>
          <w:tcPr>
            <w:tcW w:type="dxa" w:w="1111"/>
          </w:tcPr>
          <w:p>
            <w:pPr>
              <w:spacing w:after="0"/>
              <w:jc w:val="right"/>
            </w:pPr>
            <w:r>
              <w:rPr>
                <w:sz w:val="16"/>
              </w:rPr>
              <w:t>$282,647</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$132</w:t>
            </w:r>
          </w:p>
        </w:tc>
        <w:tc>
          <w:tcPr>
            <w:tcW w:type="dxa" w:w="1297"/>
          </w:tcPr>
          <w:p>
            <w:pPr>
              <w:spacing w:after="0"/>
              <w:jc w:val="right"/>
            </w:pPr>
            <w:r>
              <w:rPr>
                <w:sz w:val="16"/>
              </w:rPr>
              <w:t>$128,559</w:t>
            </w:r>
          </w:p>
        </w:tc>
        <w:tc>
          <w:tcPr>
            <w:tcW w:type="dxa" w:w="1111"/>
          </w:tcPr>
          <w:p>
            <w:pPr>
              <w:spacing w:after="0"/>
              <w:jc w:val="right"/>
            </w:pPr>
            <w:r>
              <w:rPr>
                <w:sz w:val="16"/>
              </w:rPr>
              <w:t>$128,705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$99,226</w:t>
            </w:r>
          </w:p>
        </w:tc>
        <w:tc>
          <w:tcPr>
            <w:tcW w:type="dxa" w:w="1126"/>
          </w:tcPr>
          <w:p>
            <w:pPr>
              <w:spacing w:after="0"/>
              <w:jc w:val="right"/>
            </w:pPr>
          </w:p>
        </w:tc>
        <w:tc>
          <w:tcPr>
            <w:tcW w:type="dxa" w:w="1297"/>
          </w:tcPr>
          <w:p>
            <w:pPr>
              <w:spacing w:after="0"/>
              <w:jc w:val="right"/>
            </w:pPr>
            <w:r>
              <w:rPr>
                <w:sz w:val="16"/>
              </w:rPr>
              <w:t>$21,473</w:t>
            </w:r>
          </w:p>
        </w:tc>
        <w:tc>
          <w:tcPr>
            <w:tcW w:type="dxa" w:w="1111"/>
          </w:tcPr>
          <w:p>
            <w:pPr>
              <w:spacing w:after="0"/>
              <w:jc w:val="right"/>
            </w:pPr>
            <w:r>
              <w:rPr>
                <w:sz w:val="16"/>
              </w:rPr>
              <w:t>$120,699</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$20,902</w:t>
            </w:r>
          </w:p>
        </w:tc>
        <w:tc>
          <w:tcPr>
            <w:tcW w:type="dxa" w:w="1126"/>
          </w:tcPr>
          <w:p>
            <w:pPr>
              <w:spacing w:after="0"/>
              <w:jc w:val="right"/>
            </w:pPr>
            <w:r>
              <w:rPr>
                <w:sz w:val="16"/>
              </w:rPr>
              <w:t>$4</w:t>
            </w:r>
          </w:p>
        </w:tc>
        <w:tc>
          <w:tcPr>
            <w:tcW w:type="dxa" w:w="1297"/>
          </w:tcPr>
          <w:p>
            <w:pPr>
              <w:spacing w:after="0"/>
              <w:jc w:val="right"/>
            </w:pPr>
            <w:r>
              <w:rPr>
                <w:sz w:val="16"/>
              </w:rPr>
              <w:t>$65,541</w:t>
            </w:r>
          </w:p>
        </w:tc>
        <w:tc>
          <w:tcPr>
            <w:tcW w:type="dxa" w:w="1111"/>
          </w:tcPr>
          <w:p>
            <w:pPr>
              <w:spacing w:after="0"/>
              <w:jc w:val="right"/>
            </w:pPr>
            <w:r>
              <w:rPr>
                <w:sz w:val="16"/>
              </w:rPr>
              <w:t>$86,447</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$8,984</w:t>
            </w:r>
          </w:p>
        </w:tc>
        <w:tc>
          <w:tcPr>
            <w:tcW w:type="dxa" w:w="1126"/>
          </w:tcPr>
          <w:p>
            <w:pPr>
              <w:spacing w:after="0"/>
              <w:jc w:val="right"/>
            </w:pPr>
            <w:r>
              <w:rPr>
                <w:sz w:val="16"/>
              </w:rPr>
              <w:t>$10,812</w:t>
            </w:r>
          </w:p>
        </w:tc>
        <w:tc>
          <w:tcPr>
            <w:tcW w:type="dxa" w:w="1297"/>
          </w:tcPr>
          <w:p>
            <w:pPr>
              <w:spacing w:after="0"/>
              <w:jc w:val="right"/>
            </w:pPr>
            <w:r>
              <w:rPr>
                <w:sz w:val="16"/>
              </w:rPr>
              <w:t>$81</w:t>
            </w:r>
          </w:p>
        </w:tc>
        <w:tc>
          <w:tcPr>
            <w:tcW w:type="dxa" w:w="1111"/>
          </w:tcPr>
          <w:p>
            <w:pPr>
              <w:spacing w:after="0"/>
              <w:jc w:val="right"/>
            </w:pPr>
            <w:r>
              <w:rPr>
                <w:sz w:val="16"/>
              </w:rPr>
              <w:t>$19,878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$5,963</w:t>
            </w:r>
          </w:p>
        </w:tc>
        <w:tc>
          <w:tcPr>
            <w:tcW w:type="dxa" w:w="1297"/>
          </w:tcPr>
          <w:p>
            <w:pPr>
              <w:spacing w:after="0"/>
              <w:jc w:val="right"/>
            </w:pPr>
          </w:p>
        </w:tc>
        <w:tc>
          <w:tcPr>
            <w:tcW w:type="dxa" w:w="1111"/>
          </w:tcPr>
          <w:p>
            <w:pPr>
              <w:spacing w:after="0"/>
              <w:jc w:val="right"/>
            </w:pPr>
            <w:r>
              <w:rPr>
                <w:sz w:val="16"/>
              </w:rPr>
              <w:t>$5,963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$2,203</w:t>
            </w:r>
          </w:p>
        </w:tc>
        <w:tc>
          <w:tcPr>
            <w:tcW w:type="dxa" w:w="1126"/>
          </w:tcPr>
          <w:p>
            <w:pPr>
              <w:spacing w:after="0"/>
              <w:jc w:val="right"/>
            </w:pPr>
            <w:r>
              <w:rPr>
                <w:sz w:val="16"/>
              </w:rPr>
              <w:t>$22</w:t>
            </w:r>
          </w:p>
        </w:tc>
        <w:tc>
          <w:tcPr>
            <w:tcW w:type="dxa" w:w="1297"/>
          </w:tcPr>
          <w:p>
            <w:pPr>
              <w:spacing w:after="0"/>
              <w:jc w:val="right"/>
            </w:pPr>
            <w:r>
              <w:rPr>
                <w:sz w:val="16"/>
              </w:rPr>
              <w:t>$309</w:t>
            </w:r>
          </w:p>
        </w:tc>
        <w:tc>
          <w:tcPr>
            <w:tcW w:type="dxa" w:w="1111"/>
          </w:tcPr>
          <w:p>
            <w:pPr>
              <w:spacing w:after="0"/>
              <w:jc w:val="right"/>
            </w:pPr>
            <w:r>
              <w:rPr>
                <w:sz w:val="16"/>
              </w:rPr>
              <w:t>$2,534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p>
        </w:tc>
        <w:tc>
          <w:tcPr>
            <w:tcW w:type="dxa" w:w="1297"/>
          </w:tcPr>
          <w:p>
            <w:pPr>
              <w:spacing w:after="0"/>
              <w:jc w:val="right"/>
            </w:pPr>
            <w:r>
              <w:rPr>
                <w:sz w:val="16"/>
              </w:rPr>
              <w:t>$66</w:t>
            </w:r>
          </w:p>
        </w:tc>
        <w:tc>
          <w:tcPr>
            <w:tcW w:type="dxa" w:w="1111"/>
          </w:tcPr>
          <w:p>
            <w:pPr>
              <w:spacing w:after="0"/>
              <w:jc w:val="right"/>
            </w:pPr>
            <w:r>
              <w:rPr>
                <w:sz w:val="16"/>
              </w:rPr>
              <w:t>$74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10 times;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2"/>
        <w:gridCol w:w="1835"/>
        <w:gridCol w:w="1303"/>
        <w:gridCol w:w="1477"/>
        <w:gridCol w:w="1683"/>
        <w:gridCol w:w="1768"/>
        <w:gridCol w:w="1695"/>
        <w:gridCol w:w="2459"/>
      </w:tblGrid>
      <w:tr>
        <w:trPr>
          <w:cantSplit/>
          <w:tblHeader/>
        </w:trPr>
        <w:tc>
          <w:tcPr>
            <w:tcW w:type="dxa" w:w="1892"/>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303"/>
            <w:shd w:val="clear" w:color="auto" w:fill="E8E8E8"/>
          </w:tcPr>
          <w:p>
            <w:pPr>
              <w:spacing w:after="0"/>
              <w:jc w:val="right"/>
            </w:pPr>
            <w:r>
              <w:rPr>
                <w:b/>
                <w:sz w:val="16"/>
              </w:rPr>
              <w:t>Records</w:t>
            </w:r>
          </w:p>
          <w:p>
            <w:pPr>
              <w:spacing w:after="0"/>
              <w:jc w:val="right"/>
            </w:pPr>
            <w:r>
              <w:rPr>
                <w:i/>
                <w:color w:val="555555"/>
                <w:sz w:val="14"/>
              </w:rPr>
              <w:t>count, years</w:t>
            </w:r>
          </w:p>
        </w:tc>
        <w:tc>
          <w:tcPr>
            <w:tcW w:type="dxa" w:w="1477"/>
            <w:shd w:val="clear" w:color="auto" w:fill="E8E8E8"/>
          </w:tcPr>
          <w:p>
            <w:pPr>
              <w:spacing w:after="0"/>
              <w:jc w:val="left"/>
            </w:pPr>
            <w:r>
              <w:rPr>
                <w:b/>
                <w:sz w:val="16"/>
              </w:rPr>
              <w:t>Observed range</w:t>
            </w:r>
          </w:p>
        </w:tc>
        <w:tc>
          <w:tcPr>
            <w:tcW w:type="dxa" w:w="1683"/>
            <w:shd w:val="clear" w:color="auto" w:fill="E8E8E8"/>
          </w:tcPr>
          <w:p>
            <w:pPr>
              <w:spacing w:after="0"/>
              <w:jc w:val="left"/>
            </w:pPr>
            <w:r>
              <w:rPr>
                <w:b/>
                <w:sz w:val="16"/>
              </w:rPr>
              <w:t>Worst recorded event</w:t>
            </w:r>
          </w:p>
        </w:tc>
        <w:tc>
          <w:tcPr>
            <w:tcW w:type="dxa" w:w="1768"/>
            <w:shd w:val="clear" w:color="auto" w:fill="E8E8E8"/>
          </w:tcPr>
          <w:p>
            <w:pPr>
              <w:spacing w:after="0"/>
              <w:jc w:val="left"/>
            </w:pPr>
            <w:r>
              <w:rPr>
                <w:b/>
                <w:sz w:val="16"/>
              </w:rPr>
              <w:t>Most damaging (when different)</w:t>
            </w:r>
          </w:p>
        </w:tc>
        <w:tc>
          <w:tcPr>
            <w:tcW w:type="dxa" w:w="1695"/>
            <w:shd w:val="clear" w:color="auto" w:fill="E8E8E8"/>
          </w:tcPr>
          <w:p>
            <w:pPr>
              <w:spacing w:after="0"/>
              <w:jc w:val="left"/>
            </w:pPr>
            <w:r>
              <w:rPr>
                <w:b/>
                <w:sz w:val="16"/>
              </w:rPr>
              <w:t>How it applies to members</w:t>
            </w:r>
          </w:p>
        </w:tc>
        <w:tc>
          <w:tcPr>
            <w:tcW w:type="dxa" w:w="2459"/>
            <w:shd w:val="clear" w:color="auto" w:fill="E8E8E8"/>
          </w:tcPr>
          <w:p>
            <w:pPr>
              <w:spacing w:after="0"/>
              <w:jc w:val="left"/>
            </w:pPr>
            <w:r>
              <w:rPr>
                <w:b/>
                <w:sz w:val="16"/>
              </w:rPr>
              <w:t>Note</w:t>
            </w:r>
          </w:p>
        </w:tc>
      </w:tr>
      <w:tr>
        <w:trPr>
          <w:cantSplit/>
        </w:trPr>
        <w:tc>
          <w:tcPr>
            <w:tcW w:type="dxa" w:w="1892"/>
          </w:tcPr>
          <w:p>
            <w:pPr>
              <w:spacing w:after="0"/>
              <w:jc w:val="left"/>
            </w:pPr>
            <w:r>
              <w:rPr>
                <w:sz w:val="16"/>
              </w:rPr>
              <w:t>Avalanche</w:t>
            </w:r>
          </w:p>
        </w:tc>
        <w:tc>
          <w:tcPr>
            <w:tcW w:type="dxa" w:w="1835"/>
          </w:tcPr>
          <w:p>
            <w:pPr>
              <w:spacing w:after="0"/>
              <w:jc w:val="left"/>
            </w:pPr>
            <w:r>
              <w:rPr>
                <w:sz w:val="16"/>
              </w:rPr>
              <w:t>none (count and damage)</w:t>
            </w:r>
          </w:p>
        </w:tc>
        <w:tc>
          <w:tcPr>
            <w:tcW w:type="dxa" w:w="1303"/>
          </w:tcPr>
          <w:p>
            <w:pPr>
              <w:spacing w:after="0"/>
              <w:jc w:val="right"/>
            </w:pPr>
            <w:r>
              <w:rPr>
                <w:sz w:val="16"/>
              </w:rPr>
              <w:t>0</w:t>
            </w:r>
          </w:p>
        </w:tc>
        <w:tc>
          <w:tcPr>
            <w:tcW w:type="dxa" w:w="1477"/>
          </w:tcPr>
          <w:p>
            <w:pPr>
              <w:spacing w:after="0"/>
              <w:jc w:val="left"/>
            </w:pPr>
          </w:p>
        </w:tc>
        <w:tc>
          <w:tcPr>
            <w:tcW w:type="dxa" w:w="1683"/>
          </w:tcPr>
          <w:p>
            <w:pPr>
              <w:spacing w:after="0"/>
              <w:jc w:val="left"/>
            </w:pPr>
          </w:p>
        </w:tc>
        <w:tc>
          <w:tcPr>
            <w:tcW w:type="dxa" w:w="1768"/>
          </w:tcPr>
          <w:p>
            <w:pPr>
              <w:spacing w:after="0"/>
              <w:jc w:val="left"/>
            </w:pPr>
          </w:p>
        </w:tc>
        <w:tc>
          <w:tcPr>
            <w:tcW w:type="dxa" w:w="1695"/>
          </w:tcPr>
          <w:p>
            <w:pPr>
              <w:spacing w:after="0"/>
              <w:jc w:val="left"/>
            </w:pPr>
          </w:p>
        </w:tc>
        <w:tc>
          <w:tcPr>
            <w:tcW w:type="dxa" w:w="2459"/>
          </w:tcPr>
          <w:p>
            <w:pPr>
              <w:spacing w:after="0"/>
              <w:jc w:val="left"/>
            </w:pPr>
            <w:r>
              <w:rPr>
                <w:sz w:val="16"/>
              </w:rPr>
              <w:t>Physical measure: in event narratives only; local data required.</w:t>
            </w:r>
          </w:p>
        </w:tc>
      </w:tr>
      <w:tr>
        <w:trPr>
          <w:cantSplit/>
        </w:trPr>
        <w:tc>
          <w:tcPr>
            <w:tcW w:type="dxa" w:w="1892"/>
          </w:tcPr>
          <w:p>
            <w:pPr>
              <w:spacing w:after="0"/>
              <w:jc w:val="left"/>
            </w:pPr>
            <w:r>
              <w:rPr>
                <w:sz w:val="16"/>
              </w:rPr>
              <w:t>Coastal Flood, Storm Surge/Tide</w:t>
            </w:r>
          </w:p>
        </w:tc>
        <w:tc>
          <w:tcPr>
            <w:tcW w:type="dxa" w:w="1835"/>
          </w:tcPr>
          <w:p>
            <w:pPr>
              <w:spacing w:after="0"/>
              <w:jc w:val="left"/>
            </w:pPr>
            <w:r>
              <w:rPr>
                <w:sz w:val="16"/>
              </w:rPr>
              <w:t>none in data (FIRM for depth)</w:t>
            </w:r>
          </w:p>
        </w:tc>
        <w:tc>
          <w:tcPr>
            <w:tcW w:type="dxa" w:w="1303"/>
          </w:tcPr>
          <w:p>
            <w:pPr>
              <w:spacing w:after="0"/>
              <w:jc w:val="right"/>
            </w:pPr>
            <w:r>
              <w:rPr>
                <w:sz w:val="16"/>
              </w:rPr>
              <w:t>0</w:t>
            </w:r>
          </w:p>
        </w:tc>
        <w:tc>
          <w:tcPr>
            <w:tcW w:type="dxa" w:w="1477"/>
          </w:tcPr>
          <w:p>
            <w:pPr>
              <w:spacing w:after="0"/>
              <w:jc w:val="left"/>
            </w:pPr>
          </w:p>
        </w:tc>
        <w:tc>
          <w:tcPr>
            <w:tcW w:type="dxa" w:w="1683"/>
          </w:tcPr>
          <w:p>
            <w:pPr>
              <w:spacing w:after="0"/>
              <w:jc w:val="left"/>
            </w:pPr>
          </w:p>
        </w:tc>
        <w:tc>
          <w:tcPr>
            <w:tcW w:type="dxa" w:w="1768"/>
          </w:tcPr>
          <w:p>
            <w:pPr>
              <w:spacing w:after="0"/>
              <w:jc w:val="left"/>
            </w:pPr>
          </w:p>
        </w:tc>
        <w:tc>
          <w:tcPr>
            <w:tcW w:type="dxa" w:w="1695"/>
          </w:tcPr>
          <w:p>
            <w:pPr>
              <w:spacing w:after="0"/>
              <w:jc w:val="left"/>
            </w:pPr>
          </w:p>
        </w:tc>
        <w:tc>
          <w:tcPr>
            <w:tcW w:type="dxa" w:w="2459"/>
          </w:tcPr>
          <w:p>
            <w:pPr>
              <w:spacing w:after="0"/>
              <w:jc w:val="left"/>
            </w:pPr>
            <w:r>
              <w:rPr>
                <w:sz w:val="16"/>
              </w:rPr>
              <w:t>Flood depth: see the FEMA Flood Insurance Rate Map.</w:t>
            </w:r>
          </w:p>
        </w:tc>
      </w:tr>
      <w:tr>
        <w:trPr>
          <w:cantSplit/>
        </w:trPr>
        <w:tc>
          <w:tcPr>
            <w:tcW w:type="dxa" w:w="1892"/>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303"/>
          </w:tcPr>
          <w:p>
            <w:pPr>
              <w:spacing w:after="0"/>
              <w:jc w:val="right"/>
            </w:pPr>
            <w:r>
              <w:rPr>
                <w:sz w:val="16"/>
              </w:rPr>
              <w:t>0</w:t>
            </w:r>
          </w:p>
        </w:tc>
        <w:tc>
          <w:tcPr>
            <w:tcW w:type="dxa" w:w="1477"/>
          </w:tcPr>
          <w:p>
            <w:pPr>
              <w:spacing w:after="0"/>
              <w:jc w:val="left"/>
            </w:pPr>
          </w:p>
        </w:tc>
        <w:tc>
          <w:tcPr>
            <w:tcW w:type="dxa" w:w="1683"/>
          </w:tcPr>
          <w:p>
            <w:pPr>
              <w:spacing w:after="0"/>
              <w:jc w:val="left"/>
            </w:pPr>
          </w:p>
        </w:tc>
        <w:tc>
          <w:tcPr>
            <w:tcW w:type="dxa" w:w="1768"/>
          </w:tcPr>
          <w:p>
            <w:pPr>
              <w:spacing w:after="0"/>
              <w:jc w:val="left"/>
            </w:pPr>
          </w:p>
        </w:tc>
        <w:tc>
          <w:tcPr>
            <w:tcW w:type="dxa" w:w="1695"/>
          </w:tcPr>
          <w:p>
            <w:pPr>
              <w:spacing w:after="0"/>
              <w:jc w:val="left"/>
            </w:pPr>
          </w:p>
        </w:tc>
        <w:tc>
          <w:tcPr>
            <w:tcW w:type="dxa" w:w="2459"/>
          </w:tcPr>
          <w:p>
            <w:pPr>
              <w:spacing w:after="0"/>
              <w:jc w:val="left"/>
            </w:pPr>
            <w:r>
              <w:rPr>
                <w:sz w:val="16"/>
              </w:rPr>
              <w:t>Wind chill: in event narratives only; local data required.</w:t>
            </w:r>
          </w:p>
        </w:tc>
      </w:tr>
      <w:tr>
        <w:trPr>
          <w:cantSplit/>
        </w:trPr>
        <w:tc>
          <w:tcPr>
            <w:tcW w:type="dxa" w:w="1892"/>
          </w:tcPr>
          <w:p>
            <w:pPr>
              <w:spacing w:after="0"/>
              <w:jc w:val="left"/>
            </w:pPr>
            <w:r>
              <w:rPr>
                <w:sz w:val="16"/>
              </w:rPr>
              <w:t>Frost/Freeze (outside NRI Cold Wave definition)</w:t>
            </w:r>
          </w:p>
        </w:tc>
        <w:tc>
          <w:tcPr>
            <w:tcW w:type="dxa" w:w="1835"/>
          </w:tcPr>
          <w:p>
            <w:pPr>
              <w:spacing w:after="0"/>
              <w:jc w:val="left"/>
            </w:pPr>
            <w:r>
              <w:rPr>
                <w:sz w:val="16"/>
              </w:rPr>
              <w:t>crop damage</w:t>
            </w:r>
          </w:p>
        </w:tc>
        <w:tc>
          <w:tcPr>
            <w:tcW w:type="dxa" w:w="1303"/>
          </w:tcPr>
          <w:p>
            <w:pPr>
              <w:spacing w:after="0"/>
              <w:jc w:val="right"/>
            </w:pPr>
            <w:r>
              <w:rPr>
                <w:sz w:val="16"/>
              </w:rPr>
              <w:t>6, 2016 to 2025 (6 zone-level)</w:t>
            </w:r>
          </w:p>
        </w:tc>
        <w:tc>
          <w:tcPr>
            <w:tcW w:type="dxa" w:w="1477"/>
          </w:tcPr>
          <w:p>
            <w:pPr>
              <w:spacing w:after="0"/>
              <w:jc w:val="left"/>
            </w:pPr>
          </w:p>
        </w:tc>
        <w:tc>
          <w:tcPr>
            <w:tcW w:type="dxa" w:w="1683"/>
          </w:tcPr>
          <w:p>
            <w:pPr>
              <w:spacing w:after="0"/>
              <w:jc w:val="left"/>
            </w:pPr>
            <w:r>
              <w:rPr>
                <w:sz w:val="16"/>
              </w:rPr>
              <w:t>No crop damage reported in 6 records.</w:t>
            </w:r>
          </w:p>
        </w:tc>
        <w:tc>
          <w:tcPr>
            <w:tcW w:type="dxa" w:w="1768"/>
          </w:tcPr>
          <w:p>
            <w:pPr>
              <w:spacing w:after="0"/>
              <w:jc w:val="left"/>
            </w:pPr>
          </w:p>
        </w:tc>
        <w:tc>
          <w:tcPr>
            <w:tcW w:type="dxa" w:w="1695"/>
          </w:tcPr>
          <w:p>
            <w:pPr>
              <w:spacing w:after="0"/>
              <w:jc w:val="left"/>
            </w:pPr>
            <w:r>
              <w:rPr>
                <w:sz w:val="16"/>
              </w:rPr>
              <w:t>Zone-level records: applies countywide; national data do not locate these events within the county.</w:t>
            </w:r>
          </w:p>
        </w:tc>
        <w:tc>
          <w:tcPr>
            <w:tcW w:type="dxa" w:w="2459"/>
          </w:tcPr>
          <w:p>
            <w:pPr>
              <w:spacing w:after="0"/>
              <w:jc w:val="left"/>
            </w:pPr>
            <w:r>
              <w:rPr>
                <w:sz w:val="16"/>
              </w:rPr>
              <w:t>Temperature: in event narratives only; local data required.</w:t>
            </w:r>
          </w:p>
        </w:tc>
      </w:tr>
      <w:tr>
        <w:trPr>
          <w:cantSplit/>
        </w:trPr>
        <w:tc>
          <w:tcPr>
            <w:tcW w:type="dxa" w:w="1892"/>
          </w:tcPr>
          <w:p>
            <w:pPr>
              <w:spacing w:after="0"/>
              <w:jc w:val="left"/>
            </w:pPr>
            <w:r>
              <w:rPr>
                <w:sz w:val="16"/>
              </w:rPr>
              <w:t>Drought</w:t>
            </w:r>
          </w:p>
        </w:tc>
        <w:tc>
          <w:tcPr>
            <w:tcW w:type="dxa" w:w="1835"/>
          </w:tcPr>
          <w:p>
            <w:pPr>
              <w:spacing w:after="0"/>
              <w:jc w:val="left"/>
            </w:pPr>
            <w:r>
              <w:rPr>
                <w:sz w:val="16"/>
              </w:rPr>
              <w:t>US Drought Monitor D-scale</w:t>
            </w:r>
          </w:p>
        </w:tc>
        <w:tc>
          <w:tcPr>
            <w:tcW w:type="dxa" w:w="1303"/>
          </w:tcPr>
          <w:p>
            <w:pPr>
              <w:spacing w:after="0"/>
              <w:jc w:val="right"/>
            </w:pPr>
            <w:r>
              <w:rPr>
                <w:sz w:val="16"/>
              </w:rPr>
              <w:t>0</w:t>
            </w:r>
          </w:p>
        </w:tc>
        <w:tc>
          <w:tcPr>
            <w:tcW w:type="dxa" w:w="1477"/>
          </w:tcPr>
          <w:p>
            <w:pPr>
              <w:spacing w:after="0"/>
              <w:jc w:val="left"/>
            </w:pPr>
          </w:p>
        </w:tc>
        <w:tc>
          <w:tcPr>
            <w:tcW w:type="dxa" w:w="1683"/>
          </w:tcPr>
          <w:p>
            <w:pPr>
              <w:spacing w:after="0"/>
              <w:jc w:val="left"/>
            </w:pPr>
          </w:p>
        </w:tc>
        <w:tc>
          <w:tcPr>
            <w:tcW w:type="dxa" w:w="1768"/>
          </w:tcPr>
          <w:p>
            <w:pPr>
              <w:spacing w:after="0"/>
              <w:jc w:val="left"/>
            </w:pPr>
          </w:p>
        </w:tc>
        <w:tc>
          <w:tcPr>
            <w:tcW w:type="dxa" w:w="1695"/>
          </w:tcPr>
          <w:p>
            <w:pPr>
              <w:spacing w:after="0"/>
              <w:jc w:val="left"/>
            </w:pPr>
          </w:p>
        </w:tc>
        <w:tc>
          <w:tcPr>
            <w:tcW w:type="dxa" w:w="24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2"/>
          </w:tcPr>
          <w:p>
            <w:pPr>
              <w:spacing w:after="0"/>
              <w:jc w:val="left"/>
            </w:pPr>
            <w:r>
              <w:rPr>
                <w:sz w:val="16"/>
              </w:rPr>
              <w:t>Earthquake</w:t>
            </w:r>
          </w:p>
        </w:tc>
        <w:tc>
          <w:tcPr>
            <w:tcW w:type="dxa" w:w="1835"/>
          </w:tcPr>
          <w:p>
            <w:pPr>
              <w:spacing w:after="0"/>
              <w:jc w:val="left"/>
            </w:pPr>
            <w:r>
              <w:rPr>
                <w:sz w:val="16"/>
              </w:rPr>
              <w:t>Modified Mercalli (local data)</w:t>
            </w:r>
          </w:p>
        </w:tc>
        <w:tc>
          <w:tcPr>
            <w:tcW w:type="dxa" w:w="1303"/>
          </w:tcPr>
          <w:p>
            <w:pPr>
              <w:spacing w:after="0"/>
              <w:jc w:val="right"/>
            </w:pPr>
            <w:r>
              <w:rPr>
                <w:sz w:val="16"/>
              </w:rPr>
              <w:t>0</w:t>
            </w:r>
          </w:p>
        </w:tc>
        <w:tc>
          <w:tcPr>
            <w:tcW w:type="dxa" w:w="1477"/>
          </w:tcPr>
          <w:p>
            <w:pPr>
              <w:spacing w:after="0"/>
              <w:jc w:val="left"/>
            </w:pPr>
          </w:p>
        </w:tc>
        <w:tc>
          <w:tcPr>
            <w:tcW w:type="dxa" w:w="1683"/>
          </w:tcPr>
          <w:p>
            <w:pPr>
              <w:spacing w:after="0"/>
              <w:jc w:val="left"/>
            </w:pPr>
          </w:p>
        </w:tc>
        <w:tc>
          <w:tcPr>
            <w:tcW w:type="dxa" w:w="1768"/>
          </w:tcPr>
          <w:p>
            <w:pPr>
              <w:spacing w:after="0"/>
              <w:jc w:val="left"/>
            </w:pPr>
          </w:p>
        </w:tc>
        <w:tc>
          <w:tcPr>
            <w:tcW w:type="dxa" w:w="1695"/>
          </w:tcPr>
          <w:p>
            <w:pPr>
              <w:spacing w:after="0"/>
              <w:jc w:val="left"/>
            </w:pPr>
          </w:p>
        </w:tc>
        <w:tc>
          <w:tcPr>
            <w:tcW w:type="dxa" w:w="2459"/>
          </w:tcPr>
          <w:p>
            <w:pPr>
              <w:spacing w:after="0"/>
              <w:jc w:val="left"/>
            </w:pPr>
            <w:r>
              <w:rPr>
                <w:sz w:val="16"/>
              </w:rPr>
              <w:t>No Storm Events record; local data required (e.g., USGS).</w:t>
            </w:r>
          </w:p>
        </w:tc>
      </w:tr>
      <w:tr>
        <w:trPr>
          <w:cantSplit/>
        </w:trPr>
        <w:tc>
          <w:tcPr>
            <w:tcW w:type="dxa" w:w="1892"/>
          </w:tcPr>
          <w:p>
            <w:pPr>
              <w:spacing w:after="0"/>
              <w:jc w:val="left"/>
            </w:pPr>
            <w:r>
              <w:rPr>
                <w:sz w:val="16"/>
              </w:rPr>
              <w:t>Hail</w:t>
            </w:r>
          </w:p>
        </w:tc>
        <w:tc>
          <w:tcPr>
            <w:tcW w:type="dxa" w:w="1835"/>
          </w:tcPr>
          <w:p>
            <w:pPr>
              <w:spacing w:after="0"/>
              <w:jc w:val="left"/>
            </w:pPr>
            <w:r>
              <w:rPr>
                <w:sz w:val="16"/>
              </w:rPr>
              <w:t>hail size (inches)</w:t>
            </w:r>
          </w:p>
        </w:tc>
        <w:tc>
          <w:tcPr>
            <w:tcW w:type="dxa" w:w="1303"/>
          </w:tcPr>
          <w:p>
            <w:pPr>
              <w:spacing w:after="0"/>
              <w:jc w:val="right"/>
            </w:pPr>
            <w:r>
              <w:rPr>
                <w:sz w:val="16"/>
              </w:rPr>
              <w:t>20, 1982 to 2025</w:t>
            </w:r>
          </w:p>
        </w:tc>
        <w:tc>
          <w:tcPr>
            <w:tcW w:type="dxa" w:w="1477"/>
          </w:tcPr>
          <w:p>
            <w:pPr>
              <w:spacing w:after="0"/>
              <w:jc w:val="left"/>
            </w:pPr>
            <w:r>
              <w:rPr>
                <w:sz w:val="16"/>
              </w:rPr>
              <w:t>0.75 in to 2.75 in (median 1 in); 20 with a recorded value</w:t>
            </w:r>
          </w:p>
        </w:tc>
        <w:tc>
          <w:tcPr>
            <w:tcW w:type="dxa" w:w="1683"/>
          </w:tcPr>
          <w:p>
            <w:pPr>
              <w:spacing w:after="0"/>
              <w:jc w:val="left"/>
            </w:pPr>
            <w:r>
              <w:rPr>
                <w:sz w:val="16"/>
              </w:rPr>
              <w:t>2.75 in hail, 2007-06-05</w:t>
            </w:r>
          </w:p>
        </w:tc>
        <w:tc>
          <w:tcPr>
            <w:tcW w:type="dxa" w:w="1768"/>
          </w:tcPr>
          <w:p>
            <w:pPr>
              <w:spacing w:after="0"/>
              <w:jc w:val="left"/>
            </w:pPr>
            <w:r>
              <w:rPr>
                <w:sz w:val="16"/>
              </w:rPr>
              <w:t>Hail, 1996-08-27, property not reported; $500,000 crops (1996 dollars)</w:t>
            </w:r>
          </w:p>
        </w:tc>
        <w:tc>
          <w:tcPr>
            <w:tcW w:type="dxa" w:w="1695"/>
          </w:tcPr>
          <w:p>
            <w:pPr>
              <w:spacing w:after="0"/>
              <w:jc w:val="left"/>
            </w:pPr>
            <w:r>
              <w:rPr>
                <w:sz w:val="16"/>
              </w:rPr>
              <w:t>Event records naming member places: Versailles city (9 records), Midway city (4 records).</w:t>
            </w:r>
          </w:p>
        </w:tc>
        <w:tc>
          <w:tcPr>
            <w:tcW w:type="dxa" w:w="2459"/>
          </w:tcPr>
          <w:p>
            <w:pPr>
              <w:spacing w:after="0"/>
              <w:jc w:val="left"/>
            </w:pPr>
          </w:p>
        </w:tc>
      </w:tr>
      <w:tr>
        <w:trPr>
          <w:cantSplit/>
        </w:trPr>
        <w:tc>
          <w:tcPr>
            <w:tcW w:type="dxa" w:w="1892"/>
          </w:tcPr>
          <w:p>
            <w:pPr>
              <w:spacing w:after="0"/>
              <w:jc w:val="left"/>
            </w:pPr>
            <w:r>
              <w:rPr>
                <w:sz w:val="16"/>
              </w:rPr>
              <w:t>Excessive Heat, Heat</w:t>
            </w:r>
          </w:p>
        </w:tc>
        <w:tc>
          <w:tcPr>
            <w:tcW w:type="dxa" w:w="1835"/>
          </w:tcPr>
          <w:p>
            <w:pPr>
              <w:spacing w:after="0"/>
              <w:jc w:val="left"/>
            </w:pPr>
            <w:r>
              <w:rPr>
                <w:sz w:val="16"/>
              </w:rPr>
              <w:t>heat index (narratives)</w:t>
            </w:r>
          </w:p>
        </w:tc>
        <w:tc>
          <w:tcPr>
            <w:tcW w:type="dxa" w:w="1303"/>
          </w:tcPr>
          <w:p>
            <w:pPr>
              <w:spacing w:after="0"/>
              <w:jc w:val="right"/>
            </w:pPr>
            <w:r>
              <w:rPr>
                <w:sz w:val="16"/>
              </w:rPr>
              <w:t>0</w:t>
            </w:r>
          </w:p>
        </w:tc>
        <w:tc>
          <w:tcPr>
            <w:tcW w:type="dxa" w:w="1477"/>
          </w:tcPr>
          <w:p>
            <w:pPr>
              <w:spacing w:after="0"/>
              <w:jc w:val="left"/>
            </w:pPr>
          </w:p>
        </w:tc>
        <w:tc>
          <w:tcPr>
            <w:tcW w:type="dxa" w:w="1683"/>
          </w:tcPr>
          <w:p>
            <w:pPr>
              <w:spacing w:after="0"/>
              <w:jc w:val="left"/>
            </w:pPr>
          </w:p>
        </w:tc>
        <w:tc>
          <w:tcPr>
            <w:tcW w:type="dxa" w:w="1768"/>
          </w:tcPr>
          <w:p>
            <w:pPr>
              <w:spacing w:after="0"/>
              <w:jc w:val="left"/>
            </w:pPr>
          </w:p>
        </w:tc>
        <w:tc>
          <w:tcPr>
            <w:tcW w:type="dxa" w:w="1695"/>
          </w:tcPr>
          <w:p>
            <w:pPr>
              <w:spacing w:after="0"/>
              <w:jc w:val="left"/>
            </w:pPr>
          </w:p>
        </w:tc>
        <w:tc>
          <w:tcPr>
            <w:tcW w:type="dxa" w:w="2459"/>
          </w:tcPr>
          <w:p>
            <w:pPr>
              <w:spacing w:after="0"/>
              <w:jc w:val="left"/>
            </w:pPr>
            <w:r>
              <w:rPr>
                <w:sz w:val="16"/>
              </w:rPr>
              <w:t>Heat index: in event narratives only; local data required.</w:t>
            </w:r>
          </w:p>
        </w:tc>
      </w:tr>
      <w:tr>
        <w:trPr>
          <w:cantSplit/>
        </w:trPr>
        <w:tc>
          <w:tcPr>
            <w:tcW w:type="dxa" w:w="1892"/>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303"/>
          </w:tcPr>
          <w:p>
            <w:pPr>
              <w:spacing w:after="0"/>
              <w:jc w:val="right"/>
            </w:pPr>
            <w:r>
              <w:rPr>
                <w:sz w:val="16"/>
              </w:rPr>
              <w:t>0</w:t>
            </w:r>
          </w:p>
        </w:tc>
        <w:tc>
          <w:tcPr>
            <w:tcW w:type="dxa" w:w="1477"/>
          </w:tcPr>
          <w:p>
            <w:pPr>
              <w:spacing w:after="0"/>
              <w:jc w:val="left"/>
            </w:pPr>
          </w:p>
        </w:tc>
        <w:tc>
          <w:tcPr>
            <w:tcW w:type="dxa" w:w="1683"/>
          </w:tcPr>
          <w:p>
            <w:pPr>
              <w:spacing w:after="0"/>
              <w:jc w:val="left"/>
            </w:pPr>
          </w:p>
        </w:tc>
        <w:tc>
          <w:tcPr>
            <w:tcW w:type="dxa" w:w="1768"/>
          </w:tcPr>
          <w:p>
            <w:pPr>
              <w:spacing w:after="0"/>
              <w:jc w:val="left"/>
            </w:pPr>
          </w:p>
        </w:tc>
        <w:tc>
          <w:tcPr>
            <w:tcW w:type="dxa" w:w="1695"/>
          </w:tcPr>
          <w:p>
            <w:pPr>
              <w:spacing w:after="0"/>
              <w:jc w:val="left"/>
            </w:pPr>
          </w:p>
        </w:tc>
        <w:tc>
          <w:tcPr>
            <w:tcW w:type="dxa" w:w="24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92"/>
          </w:tcPr>
          <w:p>
            <w:pPr>
              <w:spacing w:after="0"/>
              <w:jc w:val="left"/>
            </w:pPr>
            <w:r>
              <w:rPr>
                <w:sz w:val="16"/>
              </w:rPr>
              <w:t>Ice Storm</w:t>
            </w:r>
          </w:p>
        </w:tc>
        <w:tc>
          <w:tcPr>
            <w:tcW w:type="dxa" w:w="1835"/>
          </w:tcPr>
          <w:p>
            <w:pPr>
              <w:spacing w:after="0"/>
              <w:jc w:val="left"/>
            </w:pPr>
            <w:r>
              <w:rPr>
                <w:sz w:val="16"/>
              </w:rPr>
              <w:t>Sperry-Piltz (local data)</w:t>
            </w:r>
          </w:p>
        </w:tc>
        <w:tc>
          <w:tcPr>
            <w:tcW w:type="dxa" w:w="1303"/>
          </w:tcPr>
          <w:p>
            <w:pPr>
              <w:spacing w:after="0"/>
              <w:jc w:val="right"/>
            </w:pPr>
            <w:r>
              <w:rPr>
                <w:sz w:val="16"/>
              </w:rPr>
              <w:t>5, 2003 to 2021 (5 zone-level)</w:t>
            </w:r>
          </w:p>
        </w:tc>
        <w:tc>
          <w:tcPr>
            <w:tcW w:type="dxa" w:w="1477"/>
          </w:tcPr>
          <w:p>
            <w:pPr>
              <w:spacing w:after="0"/>
              <w:jc w:val="left"/>
            </w:pPr>
          </w:p>
        </w:tc>
        <w:tc>
          <w:tcPr>
            <w:tcW w:type="dxa" w:w="1683"/>
          </w:tcPr>
          <w:p>
            <w:pPr>
              <w:spacing w:after="0"/>
              <w:jc w:val="left"/>
            </w:pPr>
            <w:r>
              <w:rPr>
                <w:sz w:val="16"/>
              </w:rPr>
              <w:t>Ice Storm, 2003-02-15, $2,000,000 property; crops not reported, reported for the zone (2003 dollars); NWS zone KYZ040 (WOODFORD), zone-level: may include parts of neighboring counties</w:t>
            </w:r>
          </w:p>
        </w:tc>
        <w:tc>
          <w:tcPr>
            <w:tcW w:type="dxa" w:w="1768"/>
          </w:tcPr>
          <w:p>
            <w:pPr>
              <w:spacing w:after="0"/>
              <w:jc w:val="left"/>
            </w:pPr>
          </w:p>
        </w:tc>
        <w:tc>
          <w:tcPr>
            <w:tcW w:type="dxa" w:w="1695"/>
          </w:tcPr>
          <w:p>
            <w:pPr>
              <w:spacing w:after="0"/>
              <w:jc w:val="left"/>
            </w:pPr>
            <w:r>
              <w:rPr>
                <w:sz w:val="16"/>
              </w:rPr>
              <w:t>Zone-level records: applies countywide; national data do not locate these events within the county.</w:t>
            </w:r>
          </w:p>
        </w:tc>
        <w:tc>
          <w:tcPr>
            <w:tcW w:type="dxa" w:w="2459"/>
          </w:tcPr>
          <w:p>
            <w:pPr>
              <w:spacing w:after="0"/>
              <w:jc w:val="left"/>
            </w:pPr>
            <w:r>
              <w:rPr>
                <w:sz w:val="16"/>
              </w:rPr>
              <w:t>Ice thickness: in event narratives only; local data required.</w:t>
            </w:r>
          </w:p>
        </w:tc>
      </w:tr>
      <w:tr>
        <w:trPr>
          <w:cantSplit/>
        </w:trPr>
        <w:tc>
          <w:tcPr>
            <w:tcW w:type="dxa" w:w="1892"/>
          </w:tcPr>
          <w:p>
            <w:pPr>
              <w:spacing w:after="0"/>
              <w:jc w:val="left"/>
            </w:pPr>
            <w:r>
              <w:rPr>
                <w:sz w:val="16"/>
              </w:rPr>
              <w:t>Flash Flood, Flood, Lakeshore Flood</w:t>
            </w:r>
          </w:p>
        </w:tc>
        <w:tc>
          <w:tcPr>
            <w:tcW w:type="dxa" w:w="1835"/>
          </w:tcPr>
          <w:p>
            <w:pPr>
              <w:spacing w:after="0"/>
              <w:jc w:val="left"/>
            </w:pPr>
            <w:r>
              <w:rPr>
                <w:sz w:val="16"/>
              </w:rPr>
              <w:t>damage and flood days (FIRM for depth)</w:t>
            </w:r>
          </w:p>
        </w:tc>
        <w:tc>
          <w:tcPr>
            <w:tcW w:type="dxa" w:w="1303"/>
          </w:tcPr>
          <w:p>
            <w:pPr>
              <w:spacing w:after="0"/>
              <w:jc w:val="right"/>
            </w:pPr>
            <w:r>
              <w:rPr>
                <w:sz w:val="16"/>
              </w:rPr>
              <w:t>21, 1996 to 2022 (3 zone-level)</w:t>
            </w:r>
          </w:p>
        </w:tc>
        <w:tc>
          <w:tcPr>
            <w:tcW w:type="dxa" w:w="1477"/>
          </w:tcPr>
          <w:p>
            <w:pPr>
              <w:spacing w:after="0"/>
              <w:jc w:val="left"/>
            </w:pPr>
          </w:p>
        </w:tc>
        <w:tc>
          <w:tcPr>
            <w:tcW w:type="dxa" w:w="1683"/>
          </w:tcPr>
          <w:p>
            <w:pPr>
              <w:spacing w:after="0"/>
              <w:jc w:val="left"/>
            </w:pPr>
            <w:r>
              <w:rPr>
                <w:sz w:val="16"/>
              </w:rPr>
              <w:t>Flood, 1997-03-02, $1,200,000 property; crops not reported, reported for the zone (1997 dollars); NWS zone KYZ040 (WOODFORD), zone-level: may include parts of neighboring counties</w:t>
            </w:r>
          </w:p>
        </w:tc>
        <w:tc>
          <w:tcPr>
            <w:tcW w:type="dxa" w:w="1768"/>
          </w:tcPr>
          <w:p>
            <w:pPr>
              <w:spacing w:after="0"/>
              <w:jc w:val="left"/>
            </w:pPr>
          </w:p>
        </w:tc>
        <w:tc>
          <w:tcPr>
            <w:tcW w:type="dxa" w:w="1695"/>
          </w:tcPr>
          <w:p>
            <w:pPr>
              <w:spacing w:after="0"/>
              <w:jc w:val="left"/>
            </w:pPr>
            <w:r>
              <w:rPr>
                <w:sz w:val="16"/>
              </w:rPr>
              <w:t>Event records naming member places: Versailles city (7 records). Zone-level records (3) apply countywide.</w:t>
            </w:r>
          </w:p>
        </w:tc>
        <w:tc>
          <w:tcPr>
            <w:tcW w:type="dxa" w:w="24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92"/>
          </w:tcPr>
          <w:p>
            <w:pPr>
              <w:spacing w:after="0"/>
              <w:jc w:val="left"/>
            </w:pPr>
            <w:r>
              <w:rPr>
                <w:sz w:val="16"/>
              </w:rPr>
              <w:t>Debris Flow</w:t>
            </w:r>
          </w:p>
        </w:tc>
        <w:tc>
          <w:tcPr>
            <w:tcW w:type="dxa" w:w="1835"/>
          </w:tcPr>
          <w:p>
            <w:pPr>
              <w:spacing w:after="0"/>
              <w:jc w:val="left"/>
            </w:pPr>
            <w:r>
              <w:rPr>
                <w:sz w:val="16"/>
              </w:rPr>
              <w:t>none (count and damage)</w:t>
            </w:r>
          </w:p>
        </w:tc>
        <w:tc>
          <w:tcPr>
            <w:tcW w:type="dxa" w:w="1303"/>
          </w:tcPr>
          <w:p>
            <w:pPr>
              <w:spacing w:after="0"/>
              <w:jc w:val="right"/>
            </w:pPr>
            <w:r>
              <w:rPr>
                <w:sz w:val="16"/>
              </w:rPr>
              <w:t>0</w:t>
            </w:r>
          </w:p>
        </w:tc>
        <w:tc>
          <w:tcPr>
            <w:tcW w:type="dxa" w:w="1477"/>
          </w:tcPr>
          <w:p>
            <w:pPr>
              <w:spacing w:after="0"/>
              <w:jc w:val="left"/>
            </w:pPr>
          </w:p>
        </w:tc>
        <w:tc>
          <w:tcPr>
            <w:tcW w:type="dxa" w:w="1683"/>
          </w:tcPr>
          <w:p>
            <w:pPr>
              <w:spacing w:after="0"/>
              <w:jc w:val="left"/>
            </w:pPr>
          </w:p>
        </w:tc>
        <w:tc>
          <w:tcPr>
            <w:tcW w:type="dxa" w:w="1768"/>
          </w:tcPr>
          <w:p>
            <w:pPr>
              <w:spacing w:after="0"/>
              <w:jc w:val="left"/>
            </w:pPr>
          </w:p>
        </w:tc>
        <w:tc>
          <w:tcPr>
            <w:tcW w:type="dxa" w:w="1695"/>
          </w:tcPr>
          <w:p>
            <w:pPr>
              <w:spacing w:after="0"/>
              <w:jc w:val="left"/>
            </w:pPr>
          </w:p>
        </w:tc>
        <w:tc>
          <w:tcPr>
            <w:tcW w:type="dxa" w:w="2459"/>
          </w:tcPr>
          <w:p>
            <w:pPr>
              <w:spacing w:after="0"/>
              <w:jc w:val="left"/>
            </w:pPr>
            <w:r>
              <w:rPr>
                <w:sz w:val="16"/>
              </w:rPr>
              <w:t>Physical measure: in event narratives only; local data required.</w:t>
            </w:r>
          </w:p>
        </w:tc>
      </w:tr>
      <w:tr>
        <w:trPr>
          <w:cantSplit/>
        </w:trPr>
        <w:tc>
          <w:tcPr>
            <w:tcW w:type="dxa" w:w="1892"/>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303"/>
          </w:tcPr>
          <w:p>
            <w:pPr>
              <w:spacing w:after="0"/>
              <w:jc w:val="right"/>
            </w:pPr>
            <w:r>
              <w:rPr>
                <w:sz w:val="16"/>
              </w:rPr>
              <w:t>1, 2007 to 2007</w:t>
            </w:r>
          </w:p>
        </w:tc>
        <w:tc>
          <w:tcPr>
            <w:tcW w:type="dxa" w:w="1477"/>
          </w:tcPr>
          <w:p>
            <w:pPr>
              <w:spacing w:after="0"/>
              <w:jc w:val="left"/>
            </w:pPr>
          </w:p>
        </w:tc>
        <w:tc>
          <w:tcPr>
            <w:tcW w:type="dxa" w:w="1683"/>
          </w:tcPr>
          <w:p>
            <w:pPr>
              <w:spacing w:after="0"/>
              <w:jc w:val="left"/>
            </w:pPr>
            <w:r>
              <w:rPr>
                <w:sz w:val="16"/>
              </w:rPr>
              <w:t>Lightning, 2007-06-26, $20,000 property; $0 crops (2007 dollars)</w:t>
            </w:r>
          </w:p>
        </w:tc>
        <w:tc>
          <w:tcPr>
            <w:tcW w:type="dxa" w:w="1768"/>
          </w:tcPr>
          <w:p>
            <w:pPr>
              <w:spacing w:after="0"/>
              <w:jc w:val="left"/>
            </w:pPr>
          </w:p>
        </w:tc>
        <w:tc>
          <w:tcPr>
            <w:tcW w:type="dxa" w:w="1695"/>
          </w:tcPr>
          <w:p>
            <w:pPr>
              <w:spacing w:after="0"/>
              <w:jc w:val="left"/>
            </w:pPr>
            <w:r>
              <w:rPr>
                <w:sz w:val="16"/>
              </w:rPr>
              <w:t>Event records naming member places: Versailles city (1 record).</w:t>
            </w:r>
          </w:p>
        </w:tc>
        <w:tc>
          <w:tcPr>
            <w:tcW w:type="dxa" w:w="2459"/>
          </w:tcPr>
          <w:p>
            <w:pPr>
              <w:spacing w:after="0"/>
              <w:jc w:val="left"/>
            </w:pPr>
            <w:r>
              <w:rPr>
                <w:sz w:val="16"/>
              </w:rPr>
              <w:t>Storm Events lists lightning with damage or casualties; physical measure in event narratives only; local data required.</w:t>
            </w:r>
          </w:p>
        </w:tc>
      </w:tr>
      <w:tr>
        <w:trPr>
          <w:cantSplit/>
        </w:trPr>
        <w:tc>
          <w:tcPr>
            <w:tcW w:type="dxa" w:w="1892"/>
          </w:tcPr>
          <w:p>
            <w:pPr>
              <w:spacing w:after="0"/>
              <w:jc w:val="left"/>
            </w:pPr>
            <w:r>
              <w:rPr>
                <w:sz w:val="16"/>
              </w:rPr>
              <w:t>High Wind and Strong Wind (outside NRI Strong Wind definition)</w:t>
            </w:r>
          </w:p>
        </w:tc>
        <w:tc>
          <w:tcPr>
            <w:tcW w:type="dxa" w:w="1835"/>
          </w:tcPr>
          <w:p>
            <w:pPr>
              <w:spacing w:after="0"/>
              <w:jc w:val="left"/>
            </w:pPr>
            <w:r>
              <w:rPr>
                <w:sz w:val="16"/>
              </w:rPr>
              <w:t>wind speed (kt and mph)</w:t>
            </w:r>
          </w:p>
        </w:tc>
        <w:tc>
          <w:tcPr>
            <w:tcW w:type="dxa" w:w="1303"/>
          </w:tcPr>
          <w:p>
            <w:pPr>
              <w:spacing w:after="0"/>
              <w:jc w:val="right"/>
            </w:pPr>
            <w:r>
              <w:rPr>
                <w:sz w:val="16"/>
              </w:rPr>
              <w:t>5, 2014 to 2024 (5 zone-level)</w:t>
            </w:r>
          </w:p>
        </w:tc>
        <w:tc>
          <w:tcPr>
            <w:tcW w:type="dxa" w:w="1477"/>
          </w:tcPr>
          <w:p>
            <w:pPr>
              <w:spacing w:after="0"/>
              <w:jc w:val="left"/>
            </w:pPr>
            <w:r>
              <w:rPr>
                <w:sz w:val="16"/>
              </w:rPr>
              <w:t>45 kt (52 mph) to 52 kt (60 mph) (median 51 kt (59 mph)); 5 with a recorded value</w:t>
            </w:r>
          </w:p>
        </w:tc>
        <w:tc>
          <w:tcPr>
            <w:tcW w:type="dxa" w:w="1683"/>
          </w:tcPr>
          <w:p>
            <w:pPr>
              <w:spacing w:after="0"/>
              <w:jc w:val="left"/>
            </w:pPr>
            <w:r>
              <w:rPr>
                <w:sz w:val="16"/>
              </w:rPr>
              <w:t>52 kt (60 mph) measured gust, High Wind, 2016-04-02; NWS zone KYZ040 (WOODFORD), zone-level: may include parts of neighboring counties</w:t>
            </w:r>
          </w:p>
        </w:tc>
        <w:tc>
          <w:tcPr>
            <w:tcW w:type="dxa" w:w="1768"/>
          </w:tcPr>
          <w:p>
            <w:pPr>
              <w:spacing w:after="0"/>
              <w:jc w:val="left"/>
            </w:pPr>
            <w:r>
              <w:rPr>
                <w:sz w:val="16"/>
              </w:rPr>
              <w:t>Strong Wind, 2014-11-24, $1,000 property; $0 crops, reported for the zone (2014 dollars)</w:t>
            </w:r>
          </w:p>
        </w:tc>
        <w:tc>
          <w:tcPr>
            <w:tcW w:type="dxa" w:w="1695"/>
          </w:tcPr>
          <w:p>
            <w:pPr>
              <w:spacing w:after="0"/>
              <w:jc w:val="left"/>
            </w:pPr>
            <w:r>
              <w:rPr>
                <w:sz w:val="16"/>
              </w:rPr>
              <w:t>Zone-level records: applies countywide; national data do not locate these events within the county.</w:t>
            </w:r>
          </w:p>
        </w:tc>
        <w:tc>
          <w:tcPr>
            <w:tcW w:type="dxa" w:w="2459"/>
          </w:tcPr>
          <w:p>
            <w:pPr>
              <w:spacing w:after="0"/>
              <w:jc w:val="left"/>
            </w:pPr>
          </w:p>
        </w:tc>
      </w:tr>
      <w:tr>
        <w:trPr>
          <w:cantSplit/>
        </w:trPr>
        <w:tc>
          <w:tcPr>
            <w:tcW w:type="dxa" w:w="1892"/>
          </w:tcPr>
          <w:p>
            <w:pPr>
              <w:spacing w:after="0"/>
              <w:jc w:val="left"/>
            </w:pPr>
            <w:r>
              <w:rPr>
                <w:sz w:val="16"/>
              </w:rPr>
              <w:t>Thunderstorm Wind</w:t>
            </w:r>
          </w:p>
        </w:tc>
        <w:tc>
          <w:tcPr>
            <w:tcW w:type="dxa" w:w="1835"/>
          </w:tcPr>
          <w:p>
            <w:pPr>
              <w:spacing w:after="0"/>
              <w:jc w:val="left"/>
            </w:pPr>
            <w:r>
              <w:rPr>
                <w:sz w:val="16"/>
              </w:rPr>
              <w:t>wind speed (kt and mph)</w:t>
            </w:r>
          </w:p>
        </w:tc>
        <w:tc>
          <w:tcPr>
            <w:tcW w:type="dxa" w:w="1303"/>
          </w:tcPr>
          <w:p>
            <w:pPr>
              <w:spacing w:after="0"/>
              <w:jc w:val="right"/>
            </w:pPr>
            <w:r>
              <w:rPr>
                <w:sz w:val="16"/>
              </w:rPr>
              <w:t>128, 1961 to 2026</w:t>
            </w:r>
          </w:p>
        </w:tc>
        <w:tc>
          <w:tcPr>
            <w:tcW w:type="dxa" w:w="1477"/>
          </w:tcPr>
          <w:p>
            <w:pPr>
              <w:spacing w:after="0"/>
              <w:jc w:val="left"/>
            </w:pPr>
            <w:r>
              <w:rPr>
                <w:sz w:val="16"/>
              </w:rPr>
              <w:t>50 kt (58 mph) to 80 kt (92 mph) (median 52 kt (60 mph)); 109 with a recorded value</w:t>
            </w:r>
          </w:p>
        </w:tc>
        <w:tc>
          <w:tcPr>
            <w:tcW w:type="dxa" w:w="1683"/>
          </w:tcPr>
          <w:p>
            <w:pPr>
              <w:spacing w:after="0"/>
              <w:jc w:val="left"/>
            </w:pPr>
            <w:r>
              <w:rPr>
                <w:sz w:val="16"/>
              </w:rPr>
              <w:t>80 kt (92 mph) estimated, Thunderstorm Wind, 2002-04-21</w:t>
            </w:r>
          </w:p>
        </w:tc>
        <w:tc>
          <w:tcPr>
            <w:tcW w:type="dxa" w:w="1768"/>
          </w:tcPr>
          <w:p>
            <w:pPr>
              <w:spacing w:after="0"/>
              <w:jc w:val="left"/>
            </w:pPr>
            <w:r>
              <w:rPr>
                <w:sz w:val="16"/>
              </w:rPr>
              <w:t>Thunderstorm Wind, 1995-05-14, $50,000 property; crops not recorded (1995 dollars)</w:t>
            </w:r>
          </w:p>
        </w:tc>
        <w:tc>
          <w:tcPr>
            <w:tcW w:type="dxa" w:w="1695"/>
          </w:tcPr>
          <w:p>
            <w:pPr>
              <w:spacing w:after="0"/>
              <w:jc w:val="left"/>
            </w:pPr>
            <w:r>
              <w:rPr>
                <w:sz w:val="16"/>
              </w:rPr>
              <w:t>Event records naming member places: Versailles city (48 records), Midway city (12 records).</w:t>
            </w:r>
          </w:p>
        </w:tc>
        <w:tc>
          <w:tcPr>
            <w:tcW w:type="dxa" w:w="2459"/>
          </w:tcPr>
          <w:p>
            <w:pPr>
              <w:spacing w:after="0"/>
              <w:jc w:val="left"/>
            </w:pPr>
          </w:p>
        </w:tc>
      </w:tr>
      <w:tr>
        <w:trPr>
          <w:cantSplit/>
        </w:trPr>
        <w:tc>
          <w:tcPr>
            <w:tcW w:type="dxa" w:w="1892"/>
          </w:tcPr>
          <w:p>
            <w:pPr>
              <w:spacing w:after="0"/>
              <w:jc w:val="left"/>
            </w:pPr>
            <w:r>
              <w:rPr>
                <w:sz w:val="16"/>
              </w:rPr>
              <w:t>Tornado</w:t>
            </w:r>
          </w:p>
        </w:tc>
        <w:tc>
          <w:tcPr>
            <w:tcW w:type="dxa" w:w="1835"/>
          </w:tcPr>
          <w:p>
            <w:pPr>
              <w:spacing w:after="0"/>
              <w:jc w:val="left"/>
            </w:pPr>
            <w:r>
              <w:rPr>
                <w:sz w:val="16"/>
              </w:rPr>
              <w:t>Enhanced Fujita (F before Feb 2007)</w:t>
            </w:r>
          </w:p>
        </w:tc>
        <w:tc>
          <w:tcPr>
            <w:tcW w:type="dxa" w:w="1303"/>
          </w:tcPr>
          <w:p>
            <w:pPr>
              <w:spacing w:after="0"/>
              <w:jc w:val="right"/>
            </w:pPr>
            <w:r>
              <w:rPr>
                <w:sz w:val="16"/>
              </w:rPr>
              <w:t>9, 1963 to 2024</w:t>
            </w:r>
          </w:p>
        </w:tc>
        <w:tc>
          <w:tcPr>
            <w:tcW w:type="dxa" w:w="1477"/>
          </w:tcPr>
          <w:p>
            <w:pPr>
              <w:spacing w:after="0"/>
              <w:jc w:val="left"/>
            </w:pPr>
            <w:r>
              <w:rPr>
                <w:sz w:val="16"/>
              </w:rPr>
              <w:t>F/EF0 to F/EF2 (median F/EF1); 9 with a recorded value</w:t>
            </w:r>
          </w:p>
        </w:tc>
        <w:tc>
          <w:tcPr>
            <w:tcW w:type="dxa" w:w="1683"/>
          </w:tcPr>
          <w:p>
            <w:pPr>
              <w:spacing w:after="0"/>
              <w:jc w:val="left"/>
            </w:pPr>
            <w:r>
              <w:rPr>
                <w:sz w:val="16"/>
              </w:rPr>
              <w:t>F2 tornado, 1963-04-21, 2 mi path length (records before 1996 may include the whole path; rating and listing come from the county where the tornado began), 200 yd wide, $25,000 property; crops not recorded (1963 dollars), 3 direct injuries</w:t>
            </w:r>
          </w:p>
        </w:tc>
        <w:tc>
          <w:tcPr>
            <w:tcW w:type="dxa" w:w="1768"/>
          </w:tcPr>
          <w:p>
            <w:pPr>
              <w:spacing w:after="0"/>
              <w:jc w:val="left"/>
            </w:pPr>
            <w:r>
              <w:rPr>
                <w:sz w:val="16"/>
              </w:rPr>
              <w:t>Tornado, 1980-07-02, $250,000 property; crops not recorded (1980 dollars)</w:t>
            </w:r>
          </w:p>
        </w:tc>
        <w:tc>
          <w:tcPr>
            <w:tcW w:type="dxa" w:w="1695"/>
          </w:tcPr>
          <w:p>
            <w:pPr>
              <w:spacing w:after="0"/>
              <w:jc w:val="left"/>
            </w:pPr>
            <w:r>
              <w:rPr>
                <w:sz w:val="16"/>
              </w:rPr>
              <w:t>Event records naming member places: Versailles city (2 records).</w:t>
            </w:r>
          </w:p>
        </w:tc>
        <w:tc>
          <w:tcPr>
            <w:tcW w:type="dxa" w:w="24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92"/>
          </w:tcPr>
          <w:p>
            <w:pPr>
              <w:spacing w:after="0"/>
              <w:jc w:val="left"/>
            </w:pPr>
            <w:r>
              <w:rPr>
                <w:sz w:val="16"/>
              </w:rPr>
              <w:t>Tsunami</w:t>
            </w:r>
          </w:p>
        </w:tc>
        <w:tc>
          <w:tcPr>
            <w:tcW w:type="dxa" w:w="1835"/>
          </w:tcPr>
          <w:p>
            <w:pPr>
              <w:spacing w:after="0"/>
              <w:jc w:val="left"/>
            </w:pPr>
            <w:r>
              <w:rPr>
                <w:sz w:val="16"/>
              </w:rPr>
              <w:t>none (count and damage)</w:t>
            </w:r>
          </w:p>
        </w:tc>
        <w:tc>
          <w:tcPr>
            <w:tcW w:type="dxa" w:w="1303"/>
          </w:tcPr>
          <w:p>
            <w:pPr>
              <w:spacing w:after="0"/>
              <w:jc w:val="right"/>
            </w:pPr>
            <w:r>
              <w:rPr>
                <w:sz w:val="16"/>
              </w:rPr>
              <w:t>0</w:t>
            </w:r>
          </w:p>
        </w:tc>
        <w:tc>
          <w:tcPr>
            <w:tcW w:type="dxa" w:w="1477"/>
          </w:tcPr>
          <w:p>
            <w:pPr>
              <w:spacing w:after="0"/>
              <w:jc w:val="left"/>
            </w:pPr>
          </w:p>
        </w:tc>
        <w:tc>
          <w:tcPr>
            <w:tcW w:type="dxa" w:w="1683"/>
          </w:tcPr>
          <w:p>
            <w:pPr>
              <w:spacing w:after="0"/>
              <w:jc w:val="left"/>
            </w:pPr>
          </w:p>
        </w:tc>
        <w:tc>
          <w:tcPr>
            <w:tcW w:type="dxa" w:w="1768"/>
          </w:tcPr>
          <w:p>
            <w:pPr>
              <w:spacing w:after="0"/>
              <w:jc w:val="left"/>
            </w:pPr>
          </w:p>
        </w:tc>
        <w:tc>
          <w:tcPr>
            <w:tcW w:type="dxa" w:w="1695"/>
          </w:tcPr>
          <w:p>
            <w:pPr>
              <w:spacing w:after="0"/>
              <w:jc w:val="left"/>
            </w:pPr>
          </w:p>
        </w:tc>
        <w:tc>
          <w:tcPr>
            <w:tcW w:type="dxa" w:w="2459"/>
          </w:tcPr>
          <w:p>
            <w:pPr>
              <w:spacing w:after="0"/>
              <w:jc w:val="left"/>
            </w:pPr>
            <w:r>
              <w:rPr>
                <w:sz w:val="16"/>
              </w:rPr>
              <w:t>Physical measure: in event narratives only; local data required.</w:t>
            </w:r>
          </w:p>
        </w:tc>
      </w:tr>
      <w:tr>
        <w:trPr>
          <w:cantSplit/>
        </w:trPr>
        <w:tc>
          <w:tcPr>
            <w:tcW w:type="dxa" w:w="1892"/>
          </w:tcPr>
          <w:p>
            <w:pPr>
              <w:spacing w:after="0"/>
              <w:jc w:val="left"/>
            </w:pPr>
            <w:r>
              <w:rPr>
                <w:sz w:val="16"/>
              </w:rPr>
              <w:t>Volcanic Ash, Volcanic Ashfall</w:t>
            </w:r>
          </w:p>
        </w:tc>
        <w:tc>
          <w:tcPr>
            <w:tcW w:type="dxa" w:w="1835"/>
          </w:tcPr>
          <w:p>
            <w:pPr>
              <w:spacing w:after="0"/>
              <w:jc w:val="left"/>
            </w:pPr>
            <w:r>
              <w:rPr>
                <w:sz w:val="16"/>
              </w:rPr>
              <w:t>Volcanic Explosivity Index (local data)</w:t>
            </w:r>
          </w:p>
        </w:tc>
        <w:tc>
          <w:tcPr>
            <w:tcW w:type="dxa" w:w="1303"/>
          </w:tcPr>
          <w:p>
            <w:pPr>
              <w:spacing w:after="0"/>
              <w:jc w:val="right"/>
            </w:pPr>
            <w:r>
              <w:rPr>
                <w:sz w:val="16"/>
              </w:rPr>
              <w:t>0</w:t>
            </w:r>
          </w:p>
        </w:tc>
        <w:tc>
          <w:tcPr>
            <w:tcW w:type="dxa" w:w="1477"/>
          </w:tcPr>
          <w:p>
            <w:pPr>
              <w:spacing w:after="0"/>
              <w:jc w:val="left"/>
            </w:pPr>
          </w:p>
        </w:tc>
        <w:tc>
          <w:tcPr>
            <w:tcW w:type="dxa" w:w="1683"/>
          </w:tcPr>
          <w:p>
            <w:pPr>
              <w:spacing w:after="0"/>
              <w:jc w:val="left"/>
            </w:pPr>
          </w:p>
        </w:tc>
        <w:tc>
          <w:tcPr>
            <w:tcW w:type="dxa" w:w="1768"/>
          </w:tcPr>
          <w:p>
            <w:pPr>
              <w:spacing w:after="0"/>
              <w:jc w:val="left"/>
            </w:pPr>
          </w:p>
        </w:tc>
        <w:tc>
          <w:tcPr>
            <w:tcW w:type="dxa" w:w="1695"/>
          </w:tcPr>
          <w:p>
            <w:pPr>
              <w:spacing w:after="0"/>
              <w:jc w:val="left"/>
            </w:pPr>
          </w:p>
        </w:tc>
        <w:tc>
          <w:tcPr>
            <w:tcW w:type="dxa" w:w="2459"/>
          </w:tcPr>
          <w:p>
            <w:pPr>
              <w:spacing w:after="0"/>
              <w:jc w:val="left"/>
            </w:pPr>
            <w:r>
              <w:rPr>
                <w:sz w:val="16"/>
              </w:rPr>
              <w:t>Physical measure: in event narratives only; local data required.</w:t>
            </w:r>
          </w:p>
        </w:tc>
      </w:tr>
      <w:tr>
        <w:trPr>
          <w:cantSplit/>
        </w:trPr>
        <w:tc>
          <w:tcPr>
            <w:tcW w:type="dxa" w:w="1892"/>
          </w:tcPr>
          <w:p>
            <w:pPr>
              <w:spacing w:after="0"/>
              <w:jc w:val="left"/>
            </w:pPr>
            <w:r>
              <w:rPr>
                <w:sz w:val="16"/>
              </w:rPr>
              <w:t>Wildfire</w:t>
            </w:r>
          </w:p>
        </w:tc>
        <w:tc>
          <w:tcPr>
            <w:tcW w:type="dxa" w:w="1835"/>
          </w:tcPr>
          <w:p>
            <w:pPr>
              <w:spacing w:after="0"/>
              <w:jc w:val="left"/>
            </w:pPr>
            <w:r>
              <w:rPr>
                <w:sz w:val="16"/>
              </w:rPr>
              <w:t>acres burned (local data)</w:t>
            </w:r>
          </w:p>
        </w:tc>
        <w:tc>
          <w:tcPr>
            <w:tcW w:type="dxa" w:w="1303"/>
          </w:tcPr>
          <w:p>
            <w:pPr>
              <w:spacing w:after="0"/>
              <w:jc w:val="right"/>
            </w:pPr>
            <w:r>
              <w:rPr>
                <w:sz w:val="16"/>
              </w:rPr>
              <w:t>0</w:t>
            </w:r>
          </w:p>
        </w:tc>
        <w:tc>
          <w:tcPr>
            <w:tcW w:type="dxa" w:w="1477"/>
          </w:tcPr>
          <w:p>
            <w:pPr>
              <w:spacing w:after="0"/>
              <w:jc w:val="left"/>
            </w:pPr>
          </w:p>
        </w:tc>
        <w:tc>
          <w:tcPr>
            <w:tcW w:type="dxa" w:w="1683"/>
          </w:tcPr>
          <w:p>
            <w:pPr>
              <w:spacing w:after="0"/>
              <w:jc w:val="left"/>
            </w:pPr>
          </w:p>
        </w:tc>
        <w:tc>
          <w:tcPr>
            <w:tcW w:type="dxa" w:w="1768"/>
          </w:tcPr>
          <w:p>
            <w:pPr>
              <w:spacing w:after="0"/>
              <w:jc w:val="left"/>
            </w:pPr>
          </w:p>
        </w:tc>
        <w:tc>
          <w:tcPr>
            <w:tcW w:type="dxa" w:w="1695"/>
          </w:tcPr>
          <w:p>
            <w:pPr>
              <w:spacing w:after="0"/>
              <w:jc w:val="left"/>
            </w:pPr>
          </w:p>
        </w:tc>
        <w:tc>
          <w:tcPr>
            <w:tcW w:type="dxa" w:w="2459"/>
          </w:tcPr>
          <w:p>
            <w:pPr>
              <w:spacing w:after="0"/>
              <w:jc w:val="left"/>
            </w:pPr>
            <w:r>
              <w:rPr>
                <w:sz w:val="16"/>
              </w:rPr>
              <w:t>Acres burned: in event narratives only; local data required.</w:t>
            </w:r>
          </w:p>
        </w:tc>
      </w:tr>
      <w:tr>
        <w:trPr>
          <w:cantSplit/>
        </w:trPr>
        <w:tc>
          <w:tcPr>
            <w:tcW w:type="dxa" w:w="1892"/>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w:t>
            </w:r>
          </w:p>
        </w:tc>
        <w:tc>
          <w:tcPr>
            <w:tcW w:type="dxa" w:w="1303"/>
          </w:tcPr>
          <w:p>
            <w:pPr>
              <w:spacing w:after="0"/>
              <w:jc w:val="right"/>
            </w:pPr>
            <w:r>
              <w:rPr>
                <w:sz w:val="16"/>
              </w:rPr>
              <w:t>24, 1996 to 2026 (24 zone-level)</w:t>
            </w:r>
          </w:p>
        </w:tc>
        <w:tc>
          <w:tcPr>
            <w:tcW w:type="dxa" w:w="1477"/>
          </w:tcPr>
          <w:p>
            <w:pPr>
              <w:spacing w:after="0"/>
              <w:jc w:val="left"/>
            </w:pPr>
          </w:p>
        </w:tc>
        <w:tc>
          <w:tcPr>
            <w:tcW w:type="dxa" w:w="1683"/>
          </w:tcPr>
          <w:p>
            <w:pPr>
              <w:spacing w:after="0"/>
              <w:jc w:val="left"/>
            </w:pPr>
            <w:r>
              <w:rPr>
                <w:sz w:val="16"/>
              </w:rPr>
              <w:t>No damage reported in 24 records.</w:t>
            </w:r>
          </w:p>
        </w:tc>
        <w:tc>
          <w:tcPr>
            <w:tcW w:type="dxa" w:w="1768"/>
          </w:tcPr>
          <w:p>
            <w:pPr>
              <w:spacing w:after="0"/>
              <w:jc w:val="left"/>
            </w:pPr>
          </w:p>
        </w:tc>
        <w:tc>
          <w:tcPr>
            <w:tcW w:type="dxa" w:w="1695"/>
          </w:tcPr>
          <w:p>
            <w:pPr>
              <w:spacing w:after="0"/>
              <w:jc w:val="left"/>
            </w:pPr>
            <w:r>
              <w:rPr>
                <w:sz w:val="16"/>
              </w:rPr>
              <w:t>Zone-level records: applies countywide; national data do not locate these events within the county.</w:t>
            </w:r>
          </w:p>
        </w:tc>
        <w:tc>
          <w:tcPr>
            <w:tcW w:type="dxa" w:w="24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1"/>
        <w:gridCol w:w="1872"/>
        <w:gridCol w:w="2917"/>
        <w:gridCol w:w="1333"/>
        <w:gridCol w:w="2746"/>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1"/>
            <w:shd w:val="clear" w:color="auto" w:fill="E8E8E8"/>
          </w:tcPr>
          <w:p>
            <w:pPr>
              <w:spacing w:after="0"/>
              <w:jc w:val="left"/>
            </w:pPr>
            <w:r>
              <w:rPr>
                <w:b/>
                <w:sz w:val="16"/>
              </w:rPr>
              <w:t>Type</w:t>
            </w:r>
          </w:p>
        </w:tc>
        <w:tc>
          <w:tcPr>
            <w:tcW w:type="dxa" w:w="1872"/>
            <w:shd w:val="clear" w:color="auto" w:fill="E8E8E8"/>
          </w:tcPr>
          <w:p>
            <w:pPr>
              <w:spacing w:after="0"/>
              <w:jc w:val="left"/>
            </w:pPr>
            <w:r>
              <w:rPr>
                <w:b/>
                <w:sz w:val="16"/>
              </w:rPr>
              <w:t>Title</w:t>
            </w:r>
          </w:p>
        </w:tc>
        <w:tc>
          <w:tcPr>
            <w:tcW w:type="dxa" w:w="2917"/>
            <w:shd w:val="clear" w:color="auto" w:fill="E8E8E8"/>
          </w:tcPr>
          <w:p>
            <w:pPr>
              <w:spacing w:after="0"/>
              <w:jc w:val="left"/>
            </w:pPr>
            <w:r>
              <w:rPr>
                <w:b/>
                <w:sz w:val="16"/>
              </w:rPr>
              <w:t>Mapped hazard</w:t>
            </w:r>
          </w:p>
        </w:tc>
        <w:tc>
          <w:tcPr>
            <w:tcW w:type="dxa" w:w="13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46"/>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51"/>
          </w:tcPr>
          <w:p>
            <w:pPr>
              <w:spacing w:after="0"/>
              <w:jc w:val="left"/>
            </w:pPr>
            <w:r>
              <w:rPr>
                <w:sz w:val="16"/>
              </w:rPr>
              <w:t>Emergency</w:t>
            </w:r>
          </w:p>
        </w:tc>
        <w:tc>
          <w:tcPr>
            <w:tcW w:type="dxa" w:w="1872"/>
          </w:tcPr>
          <w:p>
            <w:pPr>
              <w:spacing w:after="0"/>
              <w:jc w:val="left"/>
            </w:pPr>
            <w:r>
              <w:rPr>
                <w:sz w:val="16"/>
              </w:rPr>
              <w:t>SEVERE WINTER STORM</w:t>
            </w:r>
          </w:p>
        </w:tc>
        <w:tc>
          <w:tcPr>
            <w:tcW w:type="dxa" w:w="2917"/>
          </w:tcPr>
          <w:p>
            <w:pPr>
              <w:spacing w:after="0"/>
              <w:jc w:val="left"/>
            </w:pPr>
            <w:r>
              <w:rPr>
                <w:sz w:val="16"/>
              </w:rPr>
              <w:t>Winter Weather</w:t>
            </w:r>
          </w:p>
        </w:tc>
        <w:tc>
          <w:tcPr>
            <w:tcW w:type="dxa" w:w="1333"/>
          </w:tcPr>
          <w:p>
            <w:pPr>
              <w:spacing w:after="0"/>
              <w:jc w:val="right"/>
            </w:pPr>
            <w:r>
              <w:rPr>
                <w:sz w:val="16"/>
              </w:rPr>
              <w:t>none found</w:t>
            </w:r>
          </w:p>
        </w:tc>
        <w:tc>
          <w:tcPr>
            <w:tcW w:type="dxa" w:w="274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51"/>
          </w:tcPr>
          <w:p>
            <w:pPr>
              <w:spacing w:after="0"/>
              <w:jc w:val="left"/>
            </w:pPr>
            <w:r>
              <w:rPr>
                <w:sz w:val="16"/>
              </w:rPr>
              <w:t>Major disaster</w:t>
            </w:r>
          </w:p>
        </w:tc>
        <w:tc>
          <w:tcPr>
            <w:tcW w:type="dxa" w:w="1872"/>
          </w:tcPr>
          <w:p>
            <w:pPr>
              <w:spacing w:after="0"/>
              <w:jc w:val="left"/>
            </w:pPr>
            <w:r>
              <w:rPr>
                <w:sz w:val="16"/>
              </w:rPr>
              <w:t>SEVERE STORMS, STRAIGHT-LINE WINDS, TORNADOES, FLOODING, LANDSLIDES, AND MUDSLIDES</w:t>
            </w:r>
          </w:p>
        </w:tc>
        <w:tc>
          <w:tcPr>
            <w:tcW w:type="dxa" w:w="2917"/>
          </w:tcPr>
          <w:p>
            <w:pPr>
              <w:spacing w:after="0"/>
              <w:jc w:val="left"/>
            </w:pPr>
            <w:r>
              <w:rPr>
                <w:sz w:val="16"/>
              </w:rPr>
              <w:t>Inland Flooding; Landslide; Strong Wind; Tornado</w:t>
            </w:r>
          </w:p>
        </w:tc>
        <w:tc>
          <w:tcPr>
            <w:tcW w:type="dxa" w:w="1333"/>
          </w:tcPr>
          <w:p>
            <w:pPr>
              <w:spacing w:after="0"/>
              <w:jc w:val="right"/>
            </w:pPr>
            <w:r>
              <w:rPr>
                <w:sz w:val="16"/>
              </w:rPr>
              <w:t>$597,054.87</w:t>
            </w:r>
          </w:p>
        </w:tc>
        <w:tc>
          <w:tcPr>
            <w:tcW w:type="dxa" w:w="274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51"/>
          </w:tcPr>
          <w:p>
            <w:pPr>
              <w:spacing w:after="0"/>
              <w:jc w:val="left"/>
            </w:pPr>
            <w:r>
              <w:rPr>
                <w:sz w:val="16"/>
              </w:rPr>
              <w:t>Emergency</w:t>
            </w:r>
          </w:p>
        </w:tc>
        <w:tc>
          <w:tcPr>
            <w:tcW w:type="dxa" w:w="1872"/>
          </w:tcPr>
          <w:p>
            <w:pPr>
              <w:spacing w:after="0"/>
              <w:jc w:val="left"/>
            </w:pPr>
            <w:r>
              <w:rPr>
                <w:sz w:val="16"/>
              </w:rPr>
              <w:t>SEVERE STORMS, STRAIGHT-LINE WINDS, TORNADOES, AND FLOODING</w:t>
            </w:r>
          </w:p>
        </w:tc>
        <w:tc>
          <w:tcPr>
            <w:tcW w:type="dxa" w:w="2917"/>
          </w:tcPr>
          <w:p>
            <w:pPr>
              <w:spacing w:after="0"/>
              <w:jc w:val="left"/>
            </w:pPr>
            <w:r>
              <w:rPr>
                <w:sz w:val="16"/>
              </w:rPr>
              <w:t>Inland Flooding; Strong Wind; Tornado</w:t>
            </w:r>
          </w:p>
        </w:tc>
        <w:tc>
          <w:tcPr>
            <w:tcW w:type="dxa" w:w="1333"/>
          </w:tcPr>
          <w:p>
            <w:pPr>
              <w:spacing w:after="0"/>
              <w:jc w:val="right"/>
            </w:pPr>
            <w:r>
              <w:rPr>
                <w:sz w:val="16"/>
              </w:rPr>
              <w:t>none found</w:t>
            </w:r>
          </w:p>
        </w:tc>
        <w:tc>
          <w:tcPr>
            <w:tcW w:type="dxa" w:w="2746"/>
          </w:tcPr>
          <w:p>
            <w:pPr>
              <w:spacing w:after="0"/>
              <w:jc w:val="left"/>
            </w:pPr>
            <w:r>
              <w:rPr>
                <w:sz w:val="16"/>
              </w:rPr>
              <w:t>new since last plan; within last 5 years</w:t>
            </w:r>
          </w:p>
        </w:tc>
        <w:tc>
          <w:tcPr>
            <w:tcW w:type="dxa" w:w="883"/>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51"/>
          </w:tcPr>
          <w:p>
            <w:pPr>
              <w:spacing w:after="0"/>
              <w:jc w:val="left"/>
            </w:pPr>
            <w:r>
              <w:rPr>
                <w:sz w:val="16"/>
              </w:rPr>
              <w:t>Major disaster</w:t>
            </w:r>
          </w:p>
        </w:tc>
        <w:tc>
          <w:tcPr>
            <w:tcW w:type="dxa" w:w="1872"/>
          </w:tcPr>
          <w:p>
            <w:pPr>
              <w:spacing w:after="0"/>
              <w:jc w:val="left"/>
            </w:pPr>
            <w:r>
              <w:rPr>
                <w:sz w:val="16"/>
              </w:rPr>
              <w:t>SEVERE STORMS, STRAIGHT-LINE WINDS, FLOODING, LANDSLIDES, AND MUDSLIDES</w:t>
            </w:r>
          </w:p>
        </w:tc>
        <w:tc>
          <w:tcPr>
            <w:tcW w:type="dxa" w:w="2917"/>
          </w:tcPr>
          <w:p>
            <w:pPr>
              <w:spacing w:after="0"/>
              <w:jc w:val="left"/>
            </w:pPr>
            <w:r>
              <w:rPr>
                <w:sz w:val="16"/>
              </w:rPr>
              <w:t>Inland Flooding; Landslide; Strong Wind</w:t>
            </w:r>
          </w:p>
        </w:tc>
        <w:tc>
          <w:tcPr>
            <w:tcW w:type="dxa" w:w="1333"/>
          </w:tcPr>
          <w:p>
            <w:pPr>
              <w:spacing w:after="0"/>
              <w:jc w:val="right"/>
            </w:pPr>
            <w:r>
              <w:rPr>
                <w:sz w:val="16"/>
              </w:rPr>
              <w:t>PA not declared for this county</w:t>
            </w:r>
          </w:p>
        </w:tc>
        <w:tc>
          <w:tcPr>
            <w:tcW w:type="dxa" w:w="274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51"/>
          </w:tcPr>
          <w:p>
            <w:pPr>
              <w:spacing w:after="0"/>
              <w:jc w:val="left"/>
            </w:pPr>
            <w:r>
              <w:rPr>
                <w:sz w:val="16"/>
              </w:rPr>
              <w:t>Emergency</w:t>
            </w:r>
          </w:p>
        </w:tc>
        <w:tc>
          <w:tcPr>
            <w:tcW w:type="dxa" w:w="1872"/>
          </w:tcPr>
          <w:p>
            <w:pPr>
              <w:spacing w:after="0"/>
              <w:jc w:val="left"/>
            </w:pPr>
            <w:r>
              <w:rPr>
                <w:sz w:val="16"/>
              </w:rPr>
              <w:t>SEVERE STORMS, STRAIGHT-LINE WINDS, FLOODING, AND LANDSLIDES</w:t>
            </w:r>
          </w:p>
        </w:tc>
        <w:tc>
          <w:tcPr>
            <w:tcW w:type="dxa" w:w="2917"/>
          </w:tcPr>
          <w:p>
            <w:pPr>
              <w:spacing w:after="0"/>
              <w:jc w:val="left"/>
            </w:pPr>
            <w:r>
              <w:rPr>
                <w:sz w:val="16"/>
              </w:rPr>
              <w:t>Inland Flooding; Landslide; Strong Wind</w:t>
            </w:r>
          </w:p>
        </w:tc>
        <w:tc>
          <w:tcPr>
            <w:tcW w:type="dxa" w:w="1333"/>
          </w:tcPr>
          <w:p>
            <w:pPr>
              <w:spacing w:after="0"/>
              <w:jc w:val="right"/>
            </w:pPr>
            <w:r>
              <w:rPr>
                <w:sz w:val="16"/>
              </w:rPr>
              <w:t>none found</w:t>
            </w:r>
          </w:p>
        </w:tc>
        <w:tc>
          <w:tcPr>
            <w:tcW w:type="dxa" w:w="2746"/>
          </w:tcPr>
          <w:p>
            <w:pPr>
              <w:spacing w:after="0"/>
              <w:jc w:val="left"/>
            </w:pPr>
            <w:r>
              <w:rPr>
                <w:sz w:val="16"/>
              </w:rPr>
              <w:t>new since last plan; within last 5 years</w:t>
            </w:r>
          </w:p>
        </w:tc>
        <w:tc>
          <w:tcPr>
            <w:tcW w:type="dxa" w:w="883"/>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251"/>
          </w:tcPr>
          <w:p>
            <w:pPr>
              <w:spacing w:after="0"/>
              <w:jc w:val="left"/>
            </w:pPr>
            <w:r>
              <w:rPr>
                <w:sz w:val="16"/>
              </w:rPr>
              <w:t>Major disaster</w:t>
            </w:r>
          </w:p>
        </w:tc>
        <w:tc>
          <w:tcPr>
            <w:tcW w:type="dxa" w:w="1872"/>
          </w:tcPr>
          <w:p>
            <w:pPr>
              <w:spacing w:after="0"/>
              <w:jc w:val="left"/>
            </w:pPr>
            <w:r>
              <w:rPr>
                <w:sz w:val="16"/>
              </w:rPr>
              <w:t>SEVERE STORMS, STRAIGHT-LINE WINDS, TORNADOES, LANDSLIDES, AND MUDSLIDES</w:t>
            </w:r>
          </w:p>
        </w:tc>
        <w:tc>
          <w:tcPr>
            <w:tcW w:type="dxa" w:w="2917"/>
          </w:tcPr>
          <w:p>
            <w:pPr>
              <w:spacing w:after="0"/>
              <w:jc w:val="left"/>
            </w:pPr>
            <w:r>
              <w:rPr>
                <w:sz w:val="16"/>
              </w:rPr>
              <w:t>Landslide; Strong Wind; Tornado</w:t>
            </w:r>
          </w:p>
        </w:tc>
        <w:tc>
          <w:tcPr>
            <w:tcW w:type="dxa" w:w="1333"/>
          </w:tcPr>
          <w:p>
            <w:pPr>
              <w:spacing w:after="0"/>
              <w:jc w:val="right"/>
            </w:pPr>
            <w:r>
              <w:rPr>
                <w:sz w:val="16"/>
              </w:rPr>
              <w:t>$75,346.43</w:t>
            </w:r>
          </w:p>
        </w:tc>
        <w:tc>
          <w:tcPr>
            <w:tcW w:type="dxa" w:w="274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51"/>
          </w:tcPr>
          <w:p>
            <w:pPr>
              <w:spacing w:after="0"/>
              <w:jc w:val="left"/>
            </w:pPr>
            <w:r>
              <w:rPr>
                <w:sz w:val="16"/>
              </w:rPr>
              <w:t>Major disaster</w:t>
            </w:r>
          </w:p>
        </w:tc>
        <w:tc>
          <w:tcPr>
            <w:tcW w:type="dxa" w:w="1872"/>
          </w:tcPr>
          <w:p>
            <w:pPr>
              <w:spacing w:after="0"/>
              <w:jc w:val="left"/>
            </w:pPr>
            <w:r>
              <w:rPr>
                <w:sz w:val="16"/>
              </w:rPr>
              <w:t>SEVERE STORMS, STRAIGHT-LINE WINDS, TORNADOES, FLOODING, LANDSLIDES, AND MUDSLIDES</w:t>
            </w:r>
          </w:p>
        </w:tc>
        <w:tc>
          <w:tcPr>
            <w:tcW w:type="dxa" w:w="2917"/>
          </w:tcPr>
          <w:p>
            <w:pPr>
              <w:spacing w:after="0"/>
              <w:jc w:val="left"/>
            </w:pPr>
            <w:r>
              <w:rPr>
                <w:sz w:val="16"/>
              </w:rPr>
              <w:t>Inland Flooding; Landslide; Strong Wind; Tornado</w:t>
            </w:r>
          </w:p>
        </w:tc>
        <w:tc>
          <w:tcPr>
            <w:tcW w:type="dxa" w:w="1333"/>
          </w:tcPr>
          <w:p>
            <w:pPr>
              <w:spacing w:after="0"/>
              <w:jc w:val="right"/>
            </w:pPr>
            <w:r>
              <w:rPr>
                <w:sz w:val="16"/>
              </w:rPr>
              <w:t>$448,383.94</w:t>
            </w:r>
          </w:p>
        </w:tc>
        <w:tc>
          <w:tcPr>
            <w:tcW w:type="dxa" w:w="274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251"/>
          </w:tcPr>
          <w:p>
            <w:pPr>
              <w:spacing w:after="0"/>
              <w:jc w:val="left"/>
            </w:pPr>
            <w:r>
              <w:rPr>
                <w:sz w:val="16"/>
              </w:rPr>
              <w:t>Major disaster</w:t>
            </w:r>
          </w:p>
        </w:tc>
        <w:tc>
          <w:tcPr>
            <w:tcW w:type="dxa" w:w="1872"/>
          </w:tcPr>
          <w:p>
            <w:pPr>
              <w:spacing w:after="0"/>
              <w:jc w:val="left"/>
            </w:pPr>
            <w:r>
              <w:rPr>
                <w:sz w:val="16"/>
              </w:rPr>
              <w:t>SEVERE, STORMS, FLOODING, LANDSLIDES, AND MUDSLIDES</w:t>
            </w:r>
          </w:p>
        </w:tc>
        <w:tc>
          <w:tcPr>
            <w:tcW w:type="dxa" w:w="2917"/>
          </w:tcPr>
          <w:p>
            <w:pPr>
              <w:spacing w:after="0"/>
              <w:jc w:val="left"/>
            </w:pPr>
            <w:r>
              <w:rPr>
                <w:sz w:val="16"/>
              </w:rPr>
              <w:t>Inland Flooding (primary); also designated: Landslide</w:t>
            </w:r>
          </w:p>
        </w:tc>
        <w:tc>
          <w:tcPr>
            <w:tcW w:type="dxa" w:w="1333"/>
          </w:tcPr>
          <w:p>
            <w:pPr>
              <w:spacing w:after="0"/>
              <w:jc w:val="right"/>
            </w:pPr>
            <w:r>
              <w:rPr>
                <w:sz w:val="16"/>
              </w:rPr>
              <w:t>PA not declared for this county</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51"/>
          </w:tcPr>
          <w:p>
            <w:pPr>
              <w:spacing w:after="0"/>
              <w:jc w:val="left"/>
            </w:pPr>
            <w:r>
              <w:rPr>
                <w:sz w:val="16"/>
              </w:rPr>
              <w:t>Major disaster</w:t>
            </w:r>
          </w:p>
        </w:tc>
        <w:tc>
          <w:tcPr>
            <w:tcW w:type="dxa" w:w="1872"/>
          </w:tcPr>
          <w:p>
            <w:pPr>
              <w:spacing w:after="0"/>
              <w:jc w:val="left"/>
            </w:pPr>
            <w:r>
              <w:rPr>
                <w:sz w:val="16"/>
              </w:rPr>
              <w:t>COVID-19 PANDEMIC</w:t>
            </w:r>
          </w:p>
        </w:tc>
        <w:tc>
          <w:tcPr>
            <w:tcW w:type="dxa" w:w="2917"/>
          </w:tcPr>
          <w:p>
            <w:pPr>
              <w:spacing w:after="0"/>
              <w:jc w:val="left"/>
            </w:pPr>
            <w:r>
              <w:rPr>
                <w:sz w:val="16"/>
              </w:rPr>
              <w:t>Non-natural, not counted</w:t>
            </w:r>
          </w:p>
        </w:tc>
        <w:tc>
          <w:tcPr>
            <w:tcW w:type="dxa" w:w="1333"/>
          </w:tcPr>
          <w:p>
            <w:pPr>
              <w:spacing w:after="0"/>
              <w:jc w:val="right"/>
            </w:pPr>
            <w:r>
              <w:rPr>
                <w:sz w:val="16"/>
              </w:rPr>
              <w:t>none found</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51"/>
          </w:tcPr>
          <w:p>
            <w:pPr>
              <w:spacing w:after="0"/>
              <w:jc w:val="left"/>
            </w:pPr>
            <w:r>
              <w:rPr>
                <w:sz w:val="16"/>
              </w:rPr>
              <w:t>Emergency</w:t>
            </w:r>
          </w:p>
        </w:tc>
        <w:tc>
          <w:tcPr>
            <w:tcW w:type="dxa" w:w="1872"/>
          </w:tcPr>
          <w:p>
            <w:pPr>
              <w:spacing w:after="0"/>
              <w:jc w:val="left"/>
            </w:pPr>
            <w:r>
              <w:rPr>
                <w:sz w:val="16"/>
              </w:rPr>
              <w:t>COVID-19</w:t>
            </w:r>
          </w:p>
        </w:tc>
        <w:tc>
          <w:tcPr>
            <w:tcW w:type="dxa" w:w="2917"/>
          </w:tcPr>
          <w:p>
            <w:pPr>
              <w:spacing w:after="0"/>
              <w:jc w:val="left"/>
            </w:pPr>
            <w:r>
              <w:rPr>
                <w:sz w:val="16"/>
              </w:rPr>
              <w:t>Non-natural, not counted</w:t>
            </w:r>
          </w:p>
        </w:tc>
        <w:tc>
          <w:tcPr>
            <w:tcW w:type="dxa" w:w="1333"/>
          </w:tcPr>
          <w:p>
            <w:pPr>
              <w:spacing w:after="0"/>
              <w:jc w:val="right"/>
            </w:pPr>
            <w:r>
              <w:rPr>
                <w:sz w:val="16"/>
              </w:rPr>
              <w:t>none found</w:t>
            </w:r>
          </w:p>
        </w:tc>
        <w:tc>
          <w:tcPr>
            <w:tcW w:type="dxa" w:w="2746"/>
          </w:tcPr>
          <w:p>
            <w:pPr>
              <w:spacing w:after="0"/>
              <w:jc w:val="left"/>
            </w:pPr>
          </w:p>
        </w:tc>
        <w:tc>
          <w:tcPr>
            <w:tcW w:type="dxa" w:w="883"/>
          </w:tcPr>
          <w:p>
            <w:pPr>
              <w:spacing w:after="0"/>
              <w:jc w:val="left"/>
            </w:pPr>
            <w:r>
              <w:rPr>
                <w:sz w:val="16"/>
              </w:rPr>
              <w:t>same incident as DR-4497</w:t>
            </w: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51"/>
          </w:tcPr>
          <w:p>
            <w:pPr>
              <w:spacing w:after="0"/>
              <w:jc w:val="left"/>
            </w:pPr>
            <w:r>
              <w:rPr>
                <w:sz w:val="16"/>
              </w:rPr>
              <w:t>Major disaster</w:t>
            </w:r>
          </w:p>
        </w:tc>
        <w:tc>
          <w:tcPr>
            <w:tcW w:type="dxa" w:w="1872"/>
          </w:tcPr>
          <w:p>
            <w:pPr>
              <w:spacing w:after="0"/>
              <w:jc w:val="left"/>
            </w:pPr>
            <w:r>
              <w:rPr>
                <w:sz w:val="16"/>
              </w:rPr>
              <w:t>SEVERE WINTER STORM, SNOWSTORM, FLOODING, LANDSLIDES, AND MUDSLIDES</w:t>
            </w:r>
          </w:p>
        </w:tc>
        <w:tc>
          <w:tcPr>
            <w:tcW w:type="dxa" w:w="2917"/>
          </w:tcPr>
          <w:p>
            <w:pPr>
              <w:spacing w:after="0"/>
              <w:jc w:val="left"/>
            </w:pPr>
            <w:r>
              <w:rPr>
                <w:sz w:val="16"/>
              </w:rPr>
              <w:t>Inland Flooding (primary); also designated: Landslide, Winter Weather</w:t>
            </w:r>
          </w:p>
        </w:tc>
        <w:tc>
          <w:tcPr>
            <w:tcW w:type="dxa" w:w="1333"/>
          </w:tcPr>
          <w:p>
            <w:pPr>
              <w:spacing w:after="0"/>
              <w:jc w:val="right"/>
            </w:pPr>
            <w:r>
              <w:rPr>
                <w:sz w:val="16"/>
              </w:rPr>
              <w:t>$48,489.47</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251"/>
          </w:tcPr>
          <w:p>
            <w:pPr>
              <w:spacing w:after="0"/>
              <w:jc w:val="left"/>
            </w:pPr>
            <w:r>
              <w:rPr>
                <w:sz w:val="16"/>
              </w:rPr>
              <w:t>Major disaster</w:t>
            </w:r>
          </w:p>
        </w:tc>
        <w:tc>
          <w:tcPr>
            <w:tcW w:type="dxa" w:w="1872"/>
          </w:tcPr>
          <w:p>
            <w:pPr>
              <w:spacing w:after="0"/>
              <w:jc w:val="left"/>
            </w:pPr>
            <w:r>
              <w:rPr>
                <w:sz w:val="16"/>
              </w:rPr>
              <w:t>SEVERE WINTER STORMS, SNOWSTORMS, FLOODING, LANDSLIDES, AND MUDSLIDES</w:t>
            </w:r>
          </w:p>
        </w:tc>
        <w:tc>
          <w:tcPr>
            <w:tcW w:type="dxa" w:w="2917"/>
          </w:tcPr>
          <w:p>
            <w:pPr>
              <w:spacing w:after="0"/>
              <w:jc w:val="left"/>
            </w:pPr>
            <w:r>
              <w:rPr>
                <w:sz w:val="16"/>
              </w:rPr>
              <w:t>Winter Weather (primary); also designated: Inland Flooding, Landslide</w:t>
            </w:r>
          </w:p>
        </w:tc>
        <w:tc>
          <w:tcPr>
            <w:tcW w:type="dxa" w:w="1333"/>
          </w:tcPr>
          <w:p>
            <w:pPr>
              <w:spacing w:after="0"/>
              <w:jc w:val="right"/>
            </w:pPr>
            <w:r>
              <w:rPr>
                <w:sz w:val="16"/>
              </w:rPr>
              <w:t>$50,184.33</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51"/>
          </w:tcPr>
          <w:p>
            <w:pPr>
              <w:spacing w:after="0"/>
              <w:jc w:val="left"/>
            </w:pPr>
            <w:r>
              <w:rPr>
                <w:sz w:val="16"/>
              </w:rPr>
              <w:t>Major disaster</w:t>
            </w:r>
          </w:p>
        </w:tc>
        <w:tc>
          <w:tcPr>
            <w:tcW w:type="dxa" w:w="1872"/>
          </w:tcPr>
          <w:p>
            <w:pPr>
              <w:spacing w:after="0"/>
              <w:jc w:val="left"/>
            </w:pPr>
            <w:r>
              <w:rPr>
                <w:sz w:val="16"/>
              </w:rPr>
              <w:t>SEVERE STORMS, FLOODING, MUDSLIDES, AND TORNADOES</w:t>
            </w:r>
          </w:p>
        </w:tc>
        <w:tc>
          <w:tcPr>
            <w:tcW w:type="dxa" w:w="2917"/>
          </w:tcPr>
          <w:p>
            <w:pPr>
              <w:spacing w:after="0"/>
              <w:jc w:val="left"/>
            </w:pPr>
            <w:r>
              <w:rPr>
                <w:sz w:val="16"/>
              </w:rPr>
              <w:t>Inland Flooding; Landslide; Tornado</w:t>
            </w:r>
          </w:p>
        </w:tc>
        <w:tc>
          <w:tcPr>
            <w:tcW w:type="dxa" w:w="1333"/>
          </w:tcPr>
          <w:p>
            <w:pPr>
              <w:spacing w:after="0"/>
              <w:jc w:val="right"/>
            </w:pPr>
            <w:r>
              <w:rPr>
                <w:sz w:val="16"/>
              </w:rPr>
              <w:t>$52,006.46</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51"/>
          </w:tcPr>
          <w:p>
            <w:pPr>
              <w:spacing w:after="0"/>
              <w:jc w:val="left"/>
            </w:pPr>
            <w:r>
              <w:rPr>
                <w:sz w:val="16"/>
              </w:rPr>
              <w:t>Major disaster</w:t>
            </w:r>
          </w:p>
        </w:tc>
        <w:tc>
          <w:tcPr>
            <w:tcW w:type="dxa" w:w="1872"/>
          </w:tcPr>
          <w:p>
            <w:pPr>
              <w:spacing w:after="0"/>
              <w:jc w:val="left"/>
            </w:pPr>
            <w:r>
              <w:rPr>
                <w:sz w:val="16"/>
              </w:rPr>
              <w:t>SEVERE WINTER STORM AND FLOODING</w:t>
            </w:r>
          </w:p>
        </w:tc>
        <w:tc>
          <w:tcPr>
            <w:tcW w:type="dxa" w:w="2917"/>
          </w:tcPr>
          <w:p>
            <w:pPr>
              <w:spacing w:after="0"/>
              <w:jc w:val="left"/>
            </w:pPr>
            <w:r>
              <w:rPr>
                <w:sz w:val="16"/>
              </w:rPr>
              <w:t>Ice Storm</w:t>
            </w:r>
          </w:p>
        </w:tc>
        <w:tc>
          <w:tcPr>
            <w:tcW w:type="dxa" w:w="1333"/>
          </w:tcPr>
          <w:p>
            <w:pPr>
              <w:spacing w:after="0"/>
              <w:jc w:val="right"/>
            </w:pPr>
            <w:r>
              <w:rPr>
                <w:sz w:val="16"/>
              </w:rPr>
              <w:t>$445,728.86</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51"/>
          </w:tcPr>
          <w:p>
            <w:pPr>
              <w:spacing w:after="0"/>
              <w:jc w:val="left"/>
            </w:pPr>
            <w:r>
              <w:rPr>
                <w:sz w:val="16"/>
              </w:rPr>
              <w:t>Emergency</w:t>
            </w:r>
          </w:p>
        </w:tc>
        <w:tc>
          <w:tcPr>
            <w:tcW w:type="dxa" w:w="1872"/>
          </w:tcPr>
          <w:p>
            <w:pPr>
              <w:spacing w:after="0"/>
              <w:jc w:val="left"/>
            </w:pPr>
            <w:r>
              <w:rPr>
                <w:sz w:val="16"/>
              </w:rPr>
              <w:t>SEVERE WINTER STORM</w:t>
            </w:r>
          </w:p>
        </w:tc>
        <w:tc>
          <w:tcPr>
            <w:tcW w:type="dxa" w:w="2917"/>
          </w:tcPr>
          <w:p>
            <w:pPr>
              <w:spacing w:after="0"/>
              <w:jc w:val="left"/>
            </w:pPr>
            <w:r>
              <w:rPr>
                <w:sz w:val="16"/>
              </w:rPr>
              <w:t>Ice Storm</w:t>
            </w:r>
          </w:p>
        </w:tc>
        <w:tc>
          <w:tcPr>
            <w:tcW w:type="dxa" w:w="1333"/>
          </w:tcPr>
          <w:p>
            <w:pPr>
              <w:spacing w:after="0"/>
              <w:jc w:val="right"/>
            </w:pPr>
            <w:r>
              <w:rPr>
                <w:sz w:val="16"/>
              </w:rPr>
              <w:t>none found</w:t>
            </w:r>
          </w:p>
        </w:tc>
        <w:tc>
          <w:tcPr>
            <w:tcW w:type="dxa" w:w="2746"/>
          </w:tcPr>
          <w:p>
            <w:pPr>
              <w:spacing w:after="0"/>
              <w:jc w:val="left"/>
            </w:pPr>
          </w:p>
        </w:tc>
        <w:tc>
          <w:tcPr>
            <w:tcW w:type="dxa" w:w="883"/>
          </w:tcPr>
          <w:p>
            <w:pPr>
              <w:spacing w:after="0"/>
              <w:jc w:val="left"/>
            </w:pPr>
            <w:r>
              <w:rPr>
                <w:sz w:val="16"/>
              </w:rPr>
              <w:t>same incident as DR-1818</w:t>
            </w:r>
          </w:p>
        </w:tc>
      </w:tr>
      <w:tr>
        <w:trPr>
          <w:cantSplit/>
        </w:trPr>
        <w:tc>
          <w:tcPr>
            <w:tcW w:type="dxa" w:w="1037"/>
          </w:tcPr>
          <w:p>
            <w:pPr>
              <w:spacing w:after="0"/>
              <w:jc w:val="left"/>
            </w:pPr>
            <w:r>
              <w:rPr>
                <w:sz w:val="16"/>
              </w:rPr>
              <w:t>2008-05-19</w:t>
            </w:r>
          </w:p>
        </w:tc>
        <w:tc>
          <w:tcPr>
            <w:tcW w:type="dxa" w:w="1037"/>
          </w:tcPr>
          <w:p>
            <w:pPr>
              <w:spacing w:after="0"/>
              <w:jc w:val="left"/>
            </w:pPr>
            <w:r>
              <w:rPr>
                <w:sz w:val="16"/>
              </w:rPr>
              <w:t>2008-04-03</w:t>
            </w:r>
          </w:p>
        </w:tc>
        <w:tc>
          <w:tcPr>
            <w:tcW w:type="dxa" w:w="1037"/>
          </w:tcPr>
          <w:p>
            <w:pPr>
              <w:spacing w:after="0"/>
              <w:jc w:val="left"/>
            </w:pPr>
            <w:r>
              <w:rPr>
                <w:sz w:val="16"/>
              </w:rPr>
              <w:t>DR-1757-KY</w:t>
            </w:r>
          </w:p>
        </w:tc>
        <w:tc>
          <w:tcPr>
            <w:tcW w:type="dxa" w:w="1251"/>
          </w:tcPr>
          <w:p>
            <w:pPr>
              <w:spacing w:after="0"/>
              <w:jc w:val="left"/>
            </w:pPr>
            <w:r>
              <w:rPr>
                <w:sz w:val="16"/>
              </w:rPr>
              <w:t>Major disaster</w:t>
            </w:r>
          </w:p>
        </w:tc>
        <w:tc>
          <w:tcPr>
            <w:tcW w:type="dxa" w:w="1872"/>
          </w:tcPr>
          <w:p>
            <w:pPr>
              <w:spacing w:after="0"/>
              <w:jc w:val="left"/>
            </w:pPr>
            <w:r>
              <w:rPr>
                <w:sz w:val="16"/>
              </w:rPr>
              <w:t>SEVERE STORMS, TORNADOES, FLOODING, MUDSLIDES, AND LANDSLIDES</w:t>
            </w:r>
          </w:p>
        </w:tc>
        <w:tc>
          <w:tcPr>
            <w:tcW w:type="dxa" w:w="2917"/>
          </w:tcPr>
          <w:p>
            <w:pPr>
              <w:spacing w:after="0"/>
              <w:jc w:val="left"/>
            </w:pPr>
            <w:r>
              <w:rPr>
                <w:sz w:val="16"/>
              </w:rPr>
              <w:t>Inland Flooding; Landslide; Tornado</w:t>
            </w:r>
          </w:p>
        </w:tc>
        <w:tc>
          <w:tcPr>
            <w:tcW w:type="dxa" w:w="1333"/>
          </w:tcPr>
          <w:p>
            <w:pPr>
              <w:spacing w:after="0"/>
              <w:jc w:val="right"/>
            </w:pPr>
            <w:r>
              <w:rPr>
                <w:sz w:val="16"/>
              </w:rPr>
              <w:t>$41,750.54</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51"/>
          </w:tcPr>
          <w:p>
            <w:pPr>
              <w:spacing w:after="0"/>
              <w:jc w:val="left"/>
            </w:pPr>
            <w:r>
              <w:rPr>
                <w:sz w:val="16"/>
              </w:rPr>
              <w:t>Emergency</w:t>
            </w:r>
          </w:p>
        </w:tc>
        <w:tc>
          <w:tcPr>
            <w:tcW w:type="dxa" w:w="1872"/>
          </w:tcPr>
          <w:p>
            <w:pPr>
              <w:spacing w:after="0"/>
              <w:jc w:val="left"/>
            </w:pPr>
            <w:r>
              <w:rPr>
                <w:sz w:val="16"/>
              </w:rPr>
              <w:t>HURRICANE KATRINA</w:t>
            </w:r>
          </w:p>
        </w:tc>
        <w:tc>
          <w:tcPr>
            <w:tcW w:type="dxa" w:w="2917"/>
          </w:tcPr>
          <w:p>
            <w:pPr>
              <w:spacing w:after="0"/>
              <w:jc w:val="left"/>
            </w:pPr>
            <w:r>
              <w:rPr>
                <w:sz w:val="16"/>
              </w:rPr>
              <w:t>Hurricane: evacuation support, not a local hazard event; not counted</w:t>
            </w:r>
          </w:p>
        </w:tc>
        <w:tc>
          <w:tcPr>
            <w:tcW w:type="dxa" w:w="1333"/>
          </w:tcPr>
          <w:p>
            <w:pPr>
              <w:spacing w:after="0"/>
              <w:jc w:val="right"/>
            </w:pPr>
            <w:r>
              <w:rPr>
                <w:sz w:val="16"/>
              </w:rPr>
              <w:t>none found</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51"/>
          </w:tcPr>
          <w:p>
            <w:pPr>
              <w:spacing w:after="0"/>
              <w:jc w:val="left"/>
            </w:pPr>
            <w:r>
              <w:rPr>
                <w:sz w:val="16"/>
              </w:rPr>
              <w:t>Major disaster</w:t>
            </w:r>
          </w:p>
        </w:tc>
        <w:tc>
          <w:tcPr>
            <w:tcW w:type="dxa" w:w="1872"/>
          </w:tcPr>
          <w:p>
            <w:pPr>
              <w:spacing w:after="0"/>
              <w:jc w:val="left"/>
            </w:pPr>
            <w:r>
              <w:rPr>
                <w:sz w:val="16"/>
              </w:rPr>
              <w:t>SEVERE STORMS, TORNADOES, FLOODING, AND MUDSLIDES</w:t>
            </w:r>
          </w:p>
        </w:tc>
        <w:tc>
          <w:tcPr>
            <w:tcW w:type="dxa" w:w="2917"/>
          </w:tcPr>
          <w:p>
            <w:pPr>
              <w:spacing w:after="0"/>
              <w:jc w:val="left"/>
            </w:pPr>
            <w:r>
              <w:rPr>
                <w:sz w:val="16"/>
              </w:rPr>
              <w:t>Inland Flooding; Landslide; Tornado</w:t>
            </w:r>
          </w:p>
        </w:tc>
        <w:tc>
          <w:tcPr>
            <w:tcW w:type="dxa" w:w="1333"/>
          </w:tcPr>
          <w:p>
            <w:pPr>
              <w:spacing w:after="0"/>
              <w:jc w:val="right"/>
            </w:pPr>
            <w:r>
              <w:rPr>
                <w:sz w:val="16"/>
              </w:rPr>
              <w:t>PA not declared for this county</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251"/>
          </w:tcPr>
          <w:p>
            <w:pPr>
              <w:spacing w:after="0"/>
              <w:jc w:val="left"/>
            </w:pPr>
            <w:r>
              <w:rPr>
                <w:sz w:val="16"/>
              </w:rPr>
              <w:t>Major disaster</w:t>
            </w:r>
          </w:p>
        </w:tc>
        <w:tc>
          <w:tcPr>
            <w:tcW w:type="dxa" w:w="1872"/>
          </w:tcPr>
          <w:p>
            <w:pPr>
              <w:spacing w:after="0"/>
              <w:jc w:val="left"/>
            </w:pPr>
            <w:r>
              <w:rPr>
                <w:sz w:val="16"/>
              </w:rPr>
              <w:t>SEVERE STORMS, FLOODING, MUD AND ROCK SLIDES, AND TORNADOES</w:t>
            </w:r>
          </w:p>
        </w:tc>
        <w:tc>
          <w:tcPr>
            <w:tcW w:type="dxa" w:w="2917"/>
          </w:tcPr>
          <w:p>
            <w:pPr>
              <w:spacing w:after="0"/>
              <w:jc w:val="left"/>
            </w:pPr>
            <w:r>
              <w:rPr>
                <w:sz w:val="16"/>
              </w:rPr>
              <w:t>Inland Flooding; Tornado</w:t>
            </w:r>
          </w:p>
        </w:tc>
        <w:tc>
          <w:tcPr>
            <w:tcW w:type="dxa" w:w="1333"/>
          </w:tcPr>
          <w:p>
            <w:pPr>
              <w:spacing w:after="0"/>
              <w:jc w:val="right"/>
            </w:pPr>
            <w:r>
              <w:rPr>
                <w:sz w:val="16"/>
              </w:rPr>
              <w:t>PA not declared for this county</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51"/>
          </w:tcPr>
          <w:p>
            <w:pPr>
              <w:spacing w:after="0"/>
              <w:jc w:val="left"/>
            </w:pPr>
            <w:r>
              <w:rPr>
                <w:sz w:val="16"/>
              </w:rPr>
              <w:t>Major disaster</w:t>
            </w:r>
          </w:p>
        </w:tc>
        <w:tc>
          <w:tcPr>
            <w:tcW w:type="dxa" w:w="1872"/>
          </w:tcPr>
          <w:p>
            <w:pPr>
              <w:spacing w:after="0"/>
              <w:jc w:val="left"/>
            </w:pPr>
            <w:r>
              <w:rPr>
                <w:sz w:val="16"/>
              </w:rPr>
              <w:t>SEVERE WINTER ICE AND SNOW STORMS, HEAVY RAIN, FLOODING, TORNADOES, AND MUD AND</w:t>
            </w:r>
          </w:p>
        </w:tc>
        <w:tc>
          <w:tcPr>
            <w:tcW w:type="dxa" w:w="2917"/>
          </w:tcPr>
          <w:p>
            <w:pPr>
              <w:spacing w:after="0"/>
              <w:jc w:val="left"/>
            </w:pPr>
            <w:r>
              <w:rPr>
                <w:sz w:val="16"/>
              </w:rPr>
              <w:t>Inland Flooding; Tornado; Winter Weather</w:t>
            </w:r>
          </w:p>
        </w:tc>
        <w:tc>
          <w:tcPr>
            <w:tcW w:type="dxa" w:w="1333"/>
          </w:tcPr>
          <w:p>
            <w:pPr>
              <w:spacing w:after="0"/>
              <w:jc w:val="right"/>
            </w:pPr>
            <w:r>
              <w:rPr>
                <w:sz w:val="16"/>
              </w:rPr>
              <w:t>$656,485.53</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51"/>
          </w:tcPr>
          <w:p>
            <w:pPr>
              <w:spacing w:after="0"/>
              <w:jc w:val="left"/>
            </w:pPr>
            <w:r>
              <w:rPr>
                <w:sz w:val="16"/>
              </w:rPr>
              <w:t>Major disaster</w:t>
            </w:r>
          </w:p>
        </w:tc>
        <w:tc>
          <w:tcPr>
            <w:tcW w:type="dxa" w:w="1872"/>
          </w:tcPr>
          <w:p>
            <w:pPr>
              <w:spacing w:after="0"/>
              <w:jc w:val="left"/>
            </w:pPr>
            <w:r>
              <w:rPr>
                <w:sz w:val="16"/>
              </w:rPr>
              <w:t>SEVERE STORM, FLOODING, AND TORNADOES</w:t>
            </w:r>
          </w:p>
        </w:tc>
        <w:tc>
          <w:tcPr>
            <w:tcW w:type="dxa" w:w="2917"/>
          </w:tcPr>
          <w:p>
            <w:pPr>
              <w:spacing w:after="0"/>
              <w:jc w:val="left"/>
            </w:pPr>
            <w:r>
              <w:rPr>
                <w:sz w:val="16"/>
              </w:rPr>
              <w:t>Inland Flooding; Tornado</w:t>
            </w:r>
          </w:p>
        </w:tc>
        <w:tc>
          <w:tcPr>
            <w:tcW w:type="dxa" w:w="1333"/>
          </w:tcPr>
          <w:p>
            <w:pPr>
              <w:spacing w:after="0"/>
              <w:jc w:val="right"/>
            </w:pPr>
            <w:r>
              <w:rPr>
                <w:sz w:val="16"/>
              </w:rPr>
              <w:t>none found</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51"/>
          </w:tcPr>
          <w:p>
            <w:pPr>
              <w:spacing w:after="0"/>
              <w:jc w:val="left"/>
            </w:pPr>
            <w:r>
              <w:rPr>
                <w:sz w:val="16"/>
              </w:rPr>
              <w:t>Major disaster</w:t>
            </w:r>
          </w:p>
        </w:tc>
        <w:tc>
          <w:tcPr>
            <w:tcW w:type="dxa" w:w="1872"/>
          </w:tcPr>
          <w:p>
            <w:pPr>
              <w:spacing w:after="0"/>
              <w:jc w:val="left"/>
            </w:pPr>
            <w:r>
              <w:rPr>
                <w:sz w:val="16"/>
              </w:rPr>
              <w:t>BLIZZARD OF 96</w:t>
            </w:r>
          </w:p>
        </w:tc>
        <w:tc>
          <w:tcPr>
            <w:tcW w:type="dxa" w:w="2917"/>
          </w:tcPr>
          <w:p>
            <w:pPr>
              <w:spacing w:after="0"/>
              <w:jc w:val="left"/>
            </w:pPr>
            <w:r>
              <w:rPr>
                <w:sz w:val="16"/>
              </w:rPr>
              <w:t>Winter Weather</w:t>
            </w:r>
          </w:p>
        </w:tc>
        <w:tc>
          <w:tcPr>
            <w:tcW w:type="dxa" w:w="1333"/>
          </w:tcPr>
          <w:p>
            <w:pPr>
              <w:spacing w:after="0"/>
              <w:jc w:val="right"/>
            </w:pPr>
            <w:r>
              <w:rPr>
                <w:sz w:val="16"/>
              </w:rPr>
              <w:t>none found</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51"/>
          </w:tcPr>
          <w:p>
            <w:pPr>
              <w:spacing w:after="0"/>
              <w:jc w:val="left"/>
            </w:pPr>
            <w:r>
              <w:rPr>
                <w:sz w:val="16"/>
              </w:rPr>
              <w:t>Emergency</w:t>
            </w:r>
          </w:p>
        </w:tc>
        <w:tc>
          <w:tcPr>
            <w:tcW w:type="dxa" w:w="1872"/>
          </w:tcPr>
          <w:p>
            <w:pPr>
              <w:spacing w:after="0"/>
              <w:jc w:val="left"/>
            </w:pPr>
            <w:r>
              <w:rPr>
                <w:sz w:val="16"/>
              </w:rPr>
              <w:t>SEVERE SNOWFALL &amp; WINTER STORM</w:t>
            </w:r>
          </w:p>
        </w:tc>
        <w:tc>
          <w:tcPr>
            <w:tcW w:type="dxa" w:w="2917"/>
          </w:tcPr>
          <w:p>
            <w:pPr>
              <w:spacing w:after="0"/>
              <w:jc w:val="left"/>
            </w:pPr>
            <w:r>
              <w:rPr>
                <w:sz w:val="16"/>
              </w:rPr>
              <w:t>Winter Weather</w:t>
            </w:r>
          </w:p>
        </w:tc>
        <w:tc>
          <w:tcPr>
            <w:tcW w:type="dxa" w:w="1333"/>
          </w:tcPr>
          <w:p>
            <w:pPr>
              <w:spacing w:after="0"/>
              <w:jc w:val="right"/>
            </w:pPr>
            <w:r>
              <w:rPr>
                <w:sz w:val="16"/>
              </w:rPr>
              <w:t>none found</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51"/>
          </w:tcPr>
          <w:p>
            <w:pPr>
              <w:spacing w:after="0"/>
              <w:jc w:val="left"/>
            </w:pPr>
            <w:r>
              <w:rPr>
                <w:sz w:val="16"/>
              </w:rPr>
              <w:t>Major disaster</w:t>
            </w:r>
          </w:p>
        </w:tc>
        <w:tc>
          <w:tcPr>
            <w:tcW w:type="dxa" w:w="1872"/>
          </w:tcPr>
          <w:p>
            <w:pPr>
              <w:spacing w:after="0"/>
              <w:jc w:val="left"/>
            </w:pPr>
            <w:r>
              <w:rPr>
                <w:sz w:val="16"/>
              </w:rPr>
              <w:t>SEVERE STORMS &amp; FLOODING</w:t>
            </w:r>
          </w:p>
        </w:tc>
        <w:tc>
          <w:tcPr>
            <w:tcW w:type="dxa" w:w="2917"/>
          </w:tcPr>
          <w:p>
            <w:pPr>
              <w:spacing w:after="0"/>
              <w:jc w:val="left"/>
            </w:pPr>
            <w:r>
              <w:rPr>
                <w:sz w:val="16"/>
              </w:rPr>
              <w:t>Inland Flooding</w:t>
            </w:r>
          </w:p>
        </w:tc>
        <w:tc>
          <w:tcPr>
            <w:tcW w:type="dxa" w:w="1333"/>
          </w:tcPr>
          <w:p>
            <w:pPr>
              <w:spacing w:after="0"/>
              <w:jc w:val="right"/>
            </w:pPr>
            <w:r>
              <w:rPr>
                <w:sz w:val="16"/>
              </w:rPr>
              <w:t>none found</w:t>
            </w:r>
          </w:p>
        </w:tc>
        <w:tc>
          <w:tcPr>
            <w:tcW w:type="dxa" w:w="27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251"/>
          </w:tcPr>
          <w:p>
            <w:pPr>
              <w:spacing w:after="0"/>
              <w:jc w:val="left"/>
            </w:pPr>
            <w:r>
              <w:rPr>
                <w:sz w:val="16"/>
              </w:rPr>
              <w:t>Major disaster</w:t>
            </w:r>
          </w:p>
        </w:tc>
        <w:tc>
          <w:tcPr>
            <w:tcW w:type="dxa" w:w="1872"/>
          </w:tcPr>
          <w:p>
            <w:pPr>
              <w:spacing w:after="0"/>
              <w:jc w:val="left"/>
            </w:pPr>
            <w:r>
              <w:rPr>
                <w:sz w:val="16"/>
              </w:rPr>
              <w:t>SEVERE STORMS &amp; FLOODING</w:t>
            </w:r>
          </w:p>
        </w:tc>
        <w:tc>
          <w:tcPr>
            <w:tcW w:type="dxa" w:w="2917"/>
          </w:tcPr>
          <w:p>
            <w:pPr>
              <w:spacing w:after="0"/>
              <w:jc w:val="left"/>
            </w:pPr>
            <w:r>
              <w:rPr>
                <w:sz w:val="16"/>
              </w:rPr>
              <w:t>Inland Flooding</w:t>
            </w:r>
          </w:p>
        </w:tc>
        <w:tc>
          <w:tcPr>
            <w:tcW w:type="dxa" w:w="1333"/>
          </w:tcPr>
          <w:p>
            <w:pPr>
              <w:spacing w:after="0"/>
              <w:jc w:val="right"/>
            </w:pPr>
            <w:r>
              <w:rPr>
                <w:sz w:val="16"/>
              </w:rPr>
              <w:t>none found</w:t>
            </w:r>
          </w:p>
        </w:tc>
        <w:tc>
          <w:tcPr>
            <w:tcW w:type="dxa" w:w="2746"/>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10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133</w:t>
            </w:r>
          </w:p>
        </w:tc>
        <w:tc>
          <w:tcPr>
            <w:tcW w:type="dxa" w:w="1422"/>
          </w:tcPr>
          <w:p>
            <w:pPr>
              <w:spacing w:after="0"/>
              <w:jc w:val="right"/>
            </w:pPr>
            <w:r>
              <w:rPr>
                <w:sz w:val="16"/>
              </w:rPr>
              <w:t>23</w:t>
            </w:r>
          </w:p>
        </w:tc>
        <w:tc>
          <w:tcPr>
            <w:tcW w:type="dxa" w:w="1356"/>
          </w:tcPr>
          <w:p>
            <w:pPr>
              <w:spacing w:after="0"/>
              <w:jc w:val="right"/>
            </w:pPr>
            <w:r>
              <w:rPr>
                <w:sz w:val="16"/>
              </w:rPr>
              <w:t>7</w:t>
            </w:r>
          </w:p>
        </w:tc>
        <w:tc>
          <w:tcPr>
            <w:tcW w:type="dxa" w:w="963"/>
          </w:tcPr>
          <w:p>
            <w:pPr>
              <w:spacing w:after="0"/>
              <w:jc w:val="right"/>
            </w:pPr>
            <w:r>
              <w:rPr>
                <w:sz w:val="16"/>
              </w:rPr>
              <w:t>25</w:t>
            </w:r>
          </w:p>
        </w:tc>
        <w:tc>
          <w:tcPr>
            <w:tcW w:type="dxa" w:w="1356"/>
          </w:tcPr>
          <w:p>
            <w:pPr>
              <w:spacing w:after="0"/>
              <w:jc w:val="right"/>
            </w:pPr>
            <w:r>
              <w:rPr>
                <w:sz w:val="16"/>
              </w:rPr>
              <w:t>4</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85"/>
        <w:gridCol w:w="3158"/>
        <w:gridCol w:w="1109"/>
        <w:gridCol w:w="1819"/>
        <w:gridCol w:w="648"/>
        <w:gridCol w:w="234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85"/>
            <w:shd w:val="clear" w:color="auto" w:fill="E8E8E8"/>
          </w:tcPr>
          <w:p>
            <w:pPr>
              <w:spacing w:after="0"/>
              <w:jc w:val="left"/>
            </w:pPr>
            <w:r>
              <w:rPr>
                <w:b/>
                <w:sz w:val="16"/>
              </w:rPr>
              <w:t>Magnitude or extent</w:t>
            </w:r>
          </w:p>
        </w:tc>
        <w:tc>
          <w:tcPr>
            <w:tcW w:type="dxa" w:w="315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2785"/>
          </w:tcPr>
          <w:p>
            <w:pPr>
              <w:spacing w:after="0"/>
              <w:jc w:val="left"/>
            </w:pPr>
            <w:r>
              <w:rPr>
                <w:sz w:val="16"/>
              </w:rPr>
              <w:t>52 kt (60 mph) measured gust</w:t>
            </w:r>
          </w:p>
        </w:tc>
        <w:tc>
          <w:tcPr>
            <w:tcW w:type="dxa" w:w="3158"/>
          </w:tcPr>
          <w:p>
            <w:pPr>
              <w:spacing w:after="0"/>
              <w:jc w:val="left"/>
            </w:pPr>
            <w:r>
              <w:rPr>
                <w:sz w:val="16"/>
              </w:rPr>
              <w:t>$0 property; $0 crops, reported for the zone (2016 dollars)</w:t>
            </w:r>
          </w:p>
        </w:tc>
        <w:tc>
          <w:tcPr>
            <w:tcW w:type="dxa" w:w="1109"/>
          </w:tcPr>
          <w:p>
            <w:pPr>
              <w:spacing w:after="0"/>
              <w:jc w:val="right"/>
            </w:pPr>
            <w:r>
              <w:rPr>
                <w:sz w:val="16"/>
              </w:rPr>
              <w:t>0, 0</w:t>
            </w:r>
          </w:p>
        </w:tc>
        <w:tc>
          <w:tcPr>
            <w:tcW w:type="dxa" w:w="1819"/>
          </w:tcPr>
          <w:p>
            <w:pPr>
              <w:spacing w:after="0"/>
              <w:jc w:val="left"/>
            </w:pPr>
            <w:r>
              <w:rPr>
                <w:sz w:val="16"/>
              </w:rPr>
              <w:t>NWS zone KYZ040 (WOODFORD), zone-level: may include parts of neighboring counties</w:t>
            </w:r>
          </w:p>
        </w:tc>
        <w:tc>
          <w:tcPr>
            <w:tcW w:type="dxa" w:w="648"/>
          </w:tcPr>
          <w:p>
            <w:pPr>
              <w:spacing w:after="0"/>
              <w:jc w:val="left"/>
            </w:pPr>
          </w:p>
        </w:tc>
        <w:tc>
          <w:tcPr>
            <w:tcW w:type="dxa" w:w="23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2014-11-24</w:t>
            </w:r>
          </w:p>
        </w:tc>
        <w:tc>
          <w:tcPr>
            <w:tcW w:type="dxa" w:w="1215"/>
          </w:tcPr>
          <w:p>
            <w:pPr>
              <w:spacing w:after="0"/>
              <w:jc w:val="left"/>
            </w:pPr>
            <w:r>
              <w:rPr>
                <w:sz w:val="16"/>
              </w:rPr>
              <w:t>Strong Wind</w:t>
            </w:r>
          </w:p>
        </w:tc>
        <w:tc>
          <w:tcPr>
            <w:tcW w:type="dxa" w:w="2785"/>
          </w:tcPr>
          <w:p>
            <w:pPr>
              <w:spacing w:after="0"/>
              <w:jc w:val="left"/>
            </w:pPr>
            <w:r>
              <w:rPr>
                <w:sz w:val="16"/>
              </w:rPr>
              <w:t>45 kt (52 mph) estimated gust</w:t>
            </w:r>
          </w:p>
        </w:tc>
        <w:tc>
          <w:tcPr>
            <w:tcW w:type="dxa" w:w="3158"/>
          </w:tcPr>
          <w:p>
            <w:pPr>
              <w:spacing w:after="0"/>
              <w:jc w:val="left"/>
            </w:pPr>
            <w:r>
              <w:rPr>
                <w:sz w:val="16"/>
              </w:rPr>
              <w:t>$1,000 property; $0 crops, reported for the zone (2014 dollars)</w:t>
            </w:r>
          </w:p>
        </w:tc>
        <w:tc>
          <w:tcPr>
            <w:tcW w:type="dxa" w:w="1109"/>
          </w:tcPr>
          <w:p>
            <w:pPr>
              <w:spacing w:after="0"/>
              <w:jc w:val="right"/>
            </w:pPr>
            <w:r>
              <w:rPr>
                <w:sz w:val="16"/>
              </w:rPr>
              <w:t>0, 0</w:t>
            </w:r>
          </w:p>
        </w:tc>
        <w:tc>
          <w:tcPr>
            <w:tcW w:type="dxa" w:w="1819"/>
          </w:tcPr>
          <w:p>
            <w:pPr>
              <w:spacing w:after="0"/>
              <w:jc w:val="left"/>
            </w:pPr>
            <w:r>
              <w:rPr>
                <w:sz w:val="16"/>
              </w:rPr>
              <w:t>NWS zone KYZ040 (WOODFORD), zone-level: may include parts of neighboring counties</w:t>
            </w:r>
          </w:p>
        </w:tc>
        <w:tc>
          <w:tcPr>
            <w:tcW w:type="dxa" w:w="648"/>
          </w:tcPr>
          <w:p>
            <w:pPr>
              <w:spacing w:after="0"/>
              <w:jc w:val="left"/>
            </w:pPr>
          </w:p>
        </w:tc>
        <w:tc>
          <w:tcPr>
            <w:tcW w:type="dxa" w:w="234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2007-06-26</w:t>
            </w:r>
          </w:p>
        </w:tc>
        <w:tc>
          <w:tcPr>
            <w:tcW w:type="dxa" w:w="1215"/>
          </w:tcPr>
          <w:p>
            <w:pPr>
              <w:spacing w:after="0"/>
              <w:jc w:val="left"/>
            </w:pPr>
            <w:r>
              <w:rPr>
                <w:sz w:val="16"/>
              </w:rPr>
              <w:t>Lightning</w:t>
            </w:r>
          </w:p>
        </w:tc>
        <w:tc>
          <w:tcPr>
            <w:tcW w:type="dxa" w:w="2785"/>
          </w:tcPr>
          <w:p>
            <w:pPr>
              <w:spacing w:after="0"/>
              <w:jc w:val="left"/>
            </w:pPr>
          </w:p>
        </w:tc>
        <w:tc>
          <w:tcPr>
            <w:tcW w:type="dxa" w:w="3158"/>
          </w:tcPr>
          <w:p>
            <w:pPr>
              <w:spacing w:after="0"/>
              <w:jc w:val="left"/>
            </w:pPr>
            <w:r>
              <w:rPr>
                <w:sz w:val="16"/>
              </w:rPr>
              <w:t>$20,000 property; $0 crops (2007 dollars)</w:t>
            </w:r>
          </w:p>
        </w:tc>
        <w:tc>
          <w:tcPr>
            <w:tcW w:type="dxa" w:w="1109"/>
          </w:tcPr>
          <w:p>
            <w:pPr>
              <w:spacing w:after="0"/>
              <w:jc w:val="right"/>
            </w:pPr>
            <w:r>
              <w:rPr>
                <w:sz w:val="16"/>
              </w:rPr>
              <w:t>0, 0</w:t>
            </w:r>
          </w:p>
        </w:tc>
        <w:tc>
          <w:tcPr>
            <w:tcW w:type="dxa" w:w="1819"/>
          </w:tcPr>
          <w:p>
            <w:pPr>
              <w:spacing w:after="0"/>
              <w:jc w:val="left"/>
            </w:pPr>
            <w:r>
              <w:rPr>
                <w:sz w:val="16"/>
              </w:rPr>
              <w:t>VERSAILLES</w:t>
            </w:r>
          </w:p>
        </w:tc>
        <w:tc>
          <w:tcPr>
            <w:tcW w:type="dxa" w:w="648"/>
          </w:tcPr>
          <w:p>
            <w:pPr>
              <w:spacing w:after="0"/>
              <w:jc w:val="left"/>
            </w:pPr>
          </w:p>
        </w:tc>
        <w:tc>
          <w:tcPr>
            <w:tcW w:type="dxa" w:w="2341"/>
          </w:tcPr>
          <w:p>
            <w:pPr>
              <w:spacing w:after="0"/>
              <w:jc w:val="left"/>
            </w:pPr>
            <w:r>
              <w:rPr>
                <w:sz w:val="16"/>
              </w:rPr>
              <w:t>B1-c worst recorded: Lightning</w:t>
            </w:r>
          </w:p>
        </w:tc>
      </w:tr>
      <w:tr>
        <w:trPr>
          <w:cantSplit/>
        </w:trPr>
        <w:tc>
          <w:tcPr>
            <w:tcW w:type="dxa" w:w="1037"/>
          </w:tcPr>
          <w:p>
            <w:pPr>
              <w:spacing w:after="0"/>
              <w:jc w:val="left"/>
            </w:pPr>
            <w:r>
              <w:rPr>
                <w:sz w:val="16"/>
              </w:rPr>
              <w:t>2007-06-05</w:t>
            </w:r>
          </w:p>
        </w:tc>
        <w:tc>
          <w:tcPr>
            <w:tcW w:type="dxa" w:w="1215"/>
          </w:tcPr>
          <w:p>
            <w:pPr>
              <w:spacing w:after="0"/>
              <w:jc w:val="left"/>
            </w:pPr>
            <w:r>
              <w:rPr>
                <w:sz w:val="16"/>
              </w:rPr>
              <w:t>Hail</w:t>
            </w:r>
          </w:p>
        </w:tc>
        <w:tc>
          <w:tcPr>
            <w:tcW w:type="dxa" w:w="2785"/>
          </w:tcPr>
          <w:p>
            <w:pPr>
              <w:spacing w:after="0"/>
              <w:jc w:val="left"/>
            </w:pPr>
            <w:r>
              <w:rPr>
                <w:sz w:val="16"/>
              </w:rPr>
              <w:t>2.75 in</w:t>
            </w:r>
          </w:p>
        </w:tc>
        <w:tc>
          <w:tcPr>
            <w:tcW w:type="dxa" w:w="3158"/>
          </w:tcPr>
          <w:p>
            <w:pPr>
              <w:spacing w:after="0"/>
              <w:jc w:val="left"/>
            </w:pPr>
            <w:r>
              <w:rPr>
                <w:sz w:val="16"/>
              </w:rPr>
              <w:t>$0 property; $0 crops (2007 dollars)</w:t>
            </w:r>
          </w:p>
        </w:tc>
        <w:tc>
          <w:tcPr>
            <w:tcW w:type="dxa" w:w="1109"/>
          </w:tcPr>
          <w:p>
            <w:pPr>
              <w:spacing w:after="0"/>
              <w:jc w:val="right"/>
            </w:pPr>
            <w:r>
              <w:rPr>
                <w:sz w:val="16"/>
              </w:rPr>
              <w:t>0, 0</w:t>
            </w:r>
          </w:p>
        </w:tc>
        <w:tc>
          <w:tcPr>
            <w:tcW w:type="dxa" w:w="1819"/>
          </w:tcPr>
          <w:p>
            <w:pPr>
              <w:spacing w:after="0"/>
              <w:jc w:val="left"/>
            </w:pPr>
            <w:r>
              <w:rPr>
                <w:sz w:val="16"/>
              </w:rPr>
              <w:t>VERSAILLES</w:t>
            </w:r>
          </w:p>
        </w:tc>
        <w:tc>
          <w:tcPr>
            <w:tcW w:type="dxa" w:w="648"/>
          </w:tcPr>
          <w:p>
            <w:pPr>
              <w:spacing w:after="0"/>
              <w:jc w:val="left"/>
            </w:pPr>
          </w:p>
        </w:tc>
        <w:tc>
          <w:tcPr>
            <w:tcW w:type="dxa" w:w="2341"/>
          </w:tcPr>
          <w:p>
            <w:pPr>
              <w:spacing w:after="0"/>
              <w:jc w:val="left"/>
            </w:pPr>
            <w:r>
              <w:rPr>
                <w:sz w:val="16"/>
              </w:rPr>
              <w:t>B1-c worst recorded: Hail</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2785"/>
          </w:tcPr>
          <w:p>
            <w:pPr>
              <w:spacing w:after="0"/>
              <w:jc w:val="left"/>
            </w:pPr>
          </w:p>
        </w:tc>
        <w:tc>
          <w:tcPr>
            <w:tcW w:type="dxa" w:w="3158"/>
          </w:tcPr>
          <w:p>
            <w:pPr>
              <w:spacing w:after="0"/>
              <w:jc w:val="left"/>
            </w:pPr>
            <w:r>
              <w:rPr>
                <w:sz w:val="16"/>
              </w:rPr>
              <w:t>$2,000,000 property; crops not reported, reported for the zone (2003 dollars)</w:t>
            </w:r>
          </w:p>
        </w:tc>
        <w:tc>
          <w:tcPr>
            <w:tcW w:type="dxa" w:w="1109"/>
          </w:tcPr>
          <w:p>
            <w:pPr>
              <w:spacing w:after="0"/>
              <w:jc w:val="right"/>
            </w:pPr>
            <w:r>
              <w:rPr>
                <w:sz w:val="16"/>
              </w:rPr>
              <w:t>0, 0</w:t>
            </w:r>
          </w:p>
        </w:tc>
        <w:tc>
          <w:tcPr>
            <w:tcW w:type="dxa" w:w="1819"/>
          </w:tcPr>
          <w:p>
            <w:pPr>
              <w:spacing w:after="0"/>
              <w:jc w:val="left"/>
            </w:pPr>
            <w:r>
              <w:rPr>
                <w:sz w:val="16"/>
              </w:rPr>
              <w:t>NWS zone KYZ040 (WOODFORD), zone-level: may include parts of neighboring counties</w:t>
            </w:r>
          </w:p>
        </w:tc>
        <w:tc>
          <w:tcPr>
            <w:tcW w:type="dxa" w:w="648"/>
          </w:tcPr>
          <w:p>
            <w:pPr>
              <w:spacing w:after="0"/>
              <w:jc w:val="left"/>
            </w:pPr>
          </w:p>
        </w:tc>
        <w:tc>
          <w:tcPr>
            <w:tcW w:type="dxa" w:w="2341"/>
          </w:tcPr>
          <w:p>
            <w:pPr>
              <w:spacing w:after="0"/>
              <w:jc w:val="left"/>
            </w:pPr>
            <w:r>
              <w:rPr>
                <w:sz w:val="16"/>
              </w:rPr>
              <w:t>B1-c worst recorded: Ice Storm</w:t>
            </w:r>
          </w:p>
        </w:tc>
      </w:tr>
      <w:tr>
        <w:trPr>
          <w:cantSplit/>
        </w:trPr>
        <w:tc>
          <w:tcPr>
            <w:tcW w:type="dxa" w:w="1037"/>
          </w:tcPr>
          <w:p>
            <w:pPr>
              <w:spacing w:after="0"/>
              <w:jc w:val="left"/>
            </w:pPr>
            <w:r>
              <w:rPr>
                <w:sz w:val="16"/>
              </w:rPr>
              <w:t>2002-04-21</w:t>
            </w:r>
          </w:p>
        </w:tc>
        <w:tc>
          <w:tcPr>
            <w:tcW w:type="dxa" w:w="1215"/>
          </w:tcPr>
          <w:p>
            <w:pPr>
              <w:spacing w:after="0"/>
              <w:jc w:val="left"/>
            </w:pPr>
            <w:r>
              <w:rPr>
                <w:sz w:val="16"/>
              </w:rPr>
              <w:t>Thunderstorm Wind</w:t>
            </w:r>
          </w:p>
        </w:tc>
        <w:tc>
          <w:tcPr>
            <w:tcW w:type="dxa" w:w="2785"/>
          </w:tcPr>
          <w:p>
            <w:pPr>
              <w:spacing w:after="0"/>
              <w:jc w:val="left"/>
            </w:pPr>
            <w:r>
              <w:rPr>
                <w:sz w:val="16"/>
              </w:rPr>
              <w:t>80 kt (92 mph) estimated</w:t>
            </w:r>
          </w:p>
        </w:tc>
        <w:tc>
          <w:tcPr>
            <w:tcW w:type="dxa" w:w="3158"/>
          </w:tcPr>
          <w:p>
            <w:pPr>
              <w:spacing w:after="0"/>
              <w:jc w:val="left"/>
            </w:pPr>
            <w:r>
              <w:rPr>
                <w:sz w:val="16"/>
              </w:rPr>
              <w:t>damage not reported</w:t>
            </w:r>
          </w:p>
        </w:tc>
        <w:tc>
          <w:tcPr>
            <w:tcW w:type="dxa" w:w="1109"/>
          </w:tcPr>
          <w:p>
            <w:pPr>
              <w:spacing w:after="0"/>
              <w:jc w:val="right"/>
            </w:pPr>
            <w:r>
              <w:rPr>
                <w:sz w:val="16"/>
              </w:rPr>
              <w:t>0, 0</w:t>
            </w:r>
          </w:p>
        </w:tc>
        <w:tc>
          <w:tcPr>
            <w:tcW w:type="dxa" w:w="1819"/>
          </w:tcPr>
          <w:p>
            <w:pPr>
              <w:spacing w:after="0"/>
              <w:jc w:val="left"/>
            </w:pPr>
            <w:r>
              <w:rPr>
                <w:sz w:val="16"/>
              </w:rPr>
              <w:t>VERSAILLES</w:t>
            </w:r>
          </w:p>
        </w:tc>
        <w:tc>
          <w:tcPr>
            <w:tcW w:type="dxa" w:w="648"/>
          </w:tcPr>
          <w:p>
            <w:pPr>
              <w:spacing w:after="0"/>
              <w:jc w:val="left"/>
            </w:pPr>
          </w:p>
        </w:tc>
        <w:tc>
          <w:tcPr>
            <w:tcW w:type="dxa" w:w="2341"/>
          </w:tcPr>
          <w:p>
            <w:pPr>
              <w:spacing w:after="0"/>
              <w:jc w:val="left"/>
            </w:pPr>
            <w:r>
              <w:rPr>
                <w:sz w:val="16"/>
              </w:rPr>
              <w:t>B1-c worst recorded: Thunderstorm Wind</w:t>
            </w:r>
          </w:p>
        </w:tc>
      </w:tr>
      <w:tr>
        <w:trPr>
          <w:cantSplit/>
        </w:trPr>
        <w:tc>
          <w:tcPr>
            <w:tcW w:type="dxa" w:w="1037"/>
          </w:tcPr>
          <w:p>
            <w:pPr>
              <w:spacing w:after="0"/>
              <w:jc w:val="left"/>
            </w:pPr>
            <w:r>
              <w:rPr>
                <w:sz w:val="16"/>
              </w:rPr>
              <w:t>1998-07-20</w:t>
            </w:r>
          </w:p>
        </w:tc>
        <w:tc>
          <w:tcPr>
            <w:tcW w:type="dxa" w:w="1215"/>
          </w:tcPr>
          <w:p>
            <w:pPr>
              <w:spacing w:after="0"/>
              <w:jc w:val="left"/>
            </w:pPr>
            <w:r>
              <w:rPr>
                <w:sz w:val="16"/>
              </w:rPr>
              <w:t>Flash Flood</w:t>
            </w:r>
          </w:p>
        </w:tc>
        <w:tc>
          <w:tcPr>
            <w:tcW w:type="dxa" w:w="2785"/>
          </w:tcPr>
          <w:p>
            <w:pPr>
              <w:spacing w:after="0"/>
              <w:jc w:val="left"/>
            </w:pPr>
          </w:p>
        </w:tc>
        <w:tc>
          <w:tcPr>
            <w:tcW w:type="dxa" w:w="3158"/>
          </w:tcPr>
          <w:p>
            <w:pPr>
              <w:spacing w:after="0"/>
              <w:jc w:val="left"/>
            </w:pPr>
            <w:r>
              <w:rPr>
                <w:sz w:val="16"/>
              </w:rPr>
              <w:t>property not reported; $1,000,000 crops (1998 dollars)</w:t>
            </w:r>
          </w:p>
        </w:tc>
        <w:tc>
          <w:tcPr>
            <w:tcW w:type="dxa" w:w="1109"/>
          </w:tcPr>
          <w:p>
            <w:pPr>
              <w:spacing w:after="0"/>
              <w:jc w:val="right"/>
            </w:pPr>
            <w:r>
              <w:rPr>
                <w:sz w:val="16"/>
              </w:rPr>
              <w:t>0, 0</w:t>
            </w:r>
          </w:p>
        </w:tc>
        <w:tc>
          <w:tcPr>
            <w:tcW w:type="dxa" w:w="1819"/>
          </w:tcPr>
          <w:p>
            <w:pPr>
              <w:spacing w:after="0"/>
              <w:jc w:val="left"/>
            </w:pPr>
            <w:r>
              <w:rPr>
                <w:sz w:val="16"/>
              </w:rPr>
              <w:t>COUNTYWIDE</w:t>
            </w:r>
          </w:p>
        </w:tc>
        <w:tc>
          <w:tcPr>
            <w:tcW w:type="dxa" w:w="648"/>
          </w:tcPr>
          <w:p>
            <w:pPr>
              <w:spacing w:after="0"/>
              <w:jc w:val="left"/>
            </w:pPr>
          </w:p>
        </w:tc>
        <w:tc>
          <w:tcPr>
            <w:tcW w:type="dxa" w:w="2341"/>
          </w:tcPr>
          <w:p>
            <w:pPr>
              <w:spacing w:after="0"/>
              <w:jc w:val="left"/>
            </w:pPr>
            <w:r>
              <w:rPr>
                <w:sz w:val="16"/>
              </w:rPr>
              <w:t>large reported damage</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2785"/>
          </w:tcPr>
          <w:p>
            <w:pPr>
              <w:spacing w:after="0"/>
              <w:jc w:val="left"/>
            </w:pPr>
          </w:p>
        </w:tc>
        <w:tc>
          <w:tcPr>
            <w:tcW w:type="dxa" w:w="3158"/>
          </w:tcPr>
          <w:p>
            <w:pPr>
              <w:spacing w:after="0"/>
              <w:jc w:val="left"/>
            </w:pPr>
            <w:r>
              <w:rPr>
                <w:sz w:val="16"/>
              </w:rPr>
              <w:t>$1,200,000 property; crops not reported, reported for the zone (1997 dollars)</w:t>
            </w:r>
          </w:p>
        </w:tc>
        <w:tc>
          <w:tcPr>
            <w:tcW w:type="dxa" w:w="1109"/>
          </w:tcPr>
          <w:p>
            <w:pPr>
              <w:spacing w:after="0"/>
              <w:jc w:val="right"/>
            </w:pPr>
            <w:r>
              <w:rPr>
                <w:sz w:val="16"/>
              </w:rPr>
              <w:t>0, 0</w:t>
            </w:r>
          </w:p>
        </w:tc>
        <w:tc>
          <w:tcPr>
            <w:tcW w:type="dxa" w:w="1819"/>
          </w:tcPr>
          <w:p>
            <w:pPr>
              <w:spacing w:after="0"/>
              <w:jc w:val="left"/>
            </w:pPr>
            <w:r>
              <w:rPr>
                <w:sz w:val="16"/>
              </w:rPr>
              <w:t>NWS zone KYZ040 (WOODFORD), zone-level: may include parts of neighboring counties</w:t>
            </w:r>
          </w:p>
        </w:tc>
        <w:tc>
          <w:tcPr>
            <w:tcW w:type="dxa" w:w="648"/>
          </w:tcPr>
          <w:p>
            <w:pPr>
              <w:spacing w:after="0"/>
              <w:jc w:val="left"/>
            </w:pPr>
          </w:p>
        </w:tc>
        <w:tc>
          <w:tcPr>
            <w:tcW w:type="dxa" w:w="23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1996-08-27</w:t>
            </w:r>
          </w:p>
        </w:tc>
        <w:tc>
          <w:tcPr>
            <w:tcW w:type="dxa" w:w="1215"/>
          </w:tcPr>
          <w:p>
            <w:pPr>
              <w:spacing w:after="0"/>
              <w:jc w:val="left"/>
            </w:pPr>
            <w:r>
              <w:rPr>
                <w:sz w:val="16"/>
              </w:rPr>
              <w:t>Hail</w:t>
            </w:r>
          </w:p>
        </w:tc>
        <w:tc>
          <w:tcPr>
            <w:tcW w:type="dxa" w:w="2785"/>
          </w:tcPr>
          <w:p>
            <w:pPr>
              <w:spacing w:after="0"/>
              <w:jc w:val="left"/>
            </w:pPr>
            <w:r>
              <w:rPr>
                <w:sz w:val="16"/>
              </w:rPr>
              <w:t>1.75 in</w:t>
            </w:r>
          </w:p>
        </w:tc>
        <w:tc>
          <w:tcPr>
            <w:tcW w:type="dxa" w:w="3158"/>
          </w:tcPr>
          <w:p>
            <w:pPr>
              <w:spacing w:after="0"/>
              <w:jc w:val="left"/>
            </w:pPr>
            <w:r>
              <w:rPr>
                <w:sz w:val="16"/>
              </w:rPr>
              <w:t>property not reported; $500,000 crops (1996 dollars)</w:t>
            </w:r>
          </w:p>
        </w:tc>
        <w:tc>
          <w:tcPr>
            <w:tcW w:type="dxa" w:w="1109"/>
          </w:tcPr>
          <w:p>
            <w:pPr>
              <w:spacing w:after="0"/>
              <w:jc w:val="right"/>
            </w:pPr>
            <w:r>
              <w:rPr>
                <w:sz w:val="16"/>
              </w:rPr>
              <w:t>0, 0</w:t>
            </w:r>
          </w:p>
        </w:tc>
        <w:tc>
          <w:tcPr>
            <w:tcW w:type="dxa" w:w="1819"/>
          </w:tcPr>
          <w:p>
            <w:pPr>
              <w:spacing w:after="0"/>
              <w:jc w:val="left"/>
            </w:pPr>
            <w:r>
              <w:rPr>
                <w:sz w:val="16"/>
              </w:rPr>
              <w:t>MIDWAY</w:t>
            </w:r>
          </w:p>
        </w:tc>
        <w:tc>
          <w:tcPr>
            <w:tcW w:type="dxa" w:w="648"/>
          </w:tcPr>
          <w:p>
            <w:pPr>
              <w:spacing w:after="0"/>
              <w:jc w:val="left"/>
            </w:pPr>
          </w:p>
        </w:tc>
        <w:tc>
          <w:tcPr>
            <w:tcW w:type="dxa" w:w="2341"/>
          </w:tcPr>
          <w:p>
            <w:pPr>
              <w:spacing w:after="0"/>
              <w:jc w:val="left"/>
            </w:pPr>
            <w:r>
              <w:rPr>
                <w:sz w:val="16"/>
              </w:rPr>
              <w:t>B1-c most damaging: Hail</w:t>
            </w:r>
          </w:p>
        </w:tc>
      </w:tr>
      <w:tr>
        <w:trPr>
          <w:cantSplit/>
        </w:trPr>
        <w:tc>
          <w:tcPr>
            <w:tcW w:type="dxa" w:w="1037"/>
          </w:tcPr>
          <w:p>
            <w:pPr>
              <w:spacing w:after="0"/>
              <w:jc w:val="left"/>
            </w:pPr>
            <w:r>
              <w:rPr>
                <w:sz w:val="16"/>
              </w:rPr>
              <w:t>1995-05-14</w:t>
            </w:r>
          </w:p>
        </w:tc>
        <w:tc>
          <w:tcPr>
            <w:tcW w:type="dxa" w:w="1215"/>
          </w:tcPr>
          <w:p>
            <w:pPr>
              <w:spacing w:after="0"/>
              <w:jc w:val="left"/>
            </w:pPr>
            <w:r>
              <w:rPr>
                <w:sz w:val="16"/>
              </w:rPr>
              <w:t>Thunderstorm Wind</w:t>
            </w:r>
          </w:p>
        </w:tc>
        <w:tc>
          <w:tcPr>
            <w:tcW w:type="dxa" w:w="2785"/>
          </w:tcPr>
          <w:p>
            <w:pPr>
              <w:spacing w:after="0"/>
              <w:jc w:val="left"/>
            </w:pPr>
            <w:r>
              <w:rPr>
                <w:sz w:val="16"/>
              </w:rPr>
              <w:t>speed not recorded</w:t>
            </w:r>
          </w:p>
        </w:tc>
        <w:tc>
          <w:tcPr>
            <w:tcW w:type="dxa" w:w="3158"/>
          </w:tcPr>
          <w:p>
            <w:pPr>
              <w:spacing w:after="0"/>
              <w:jc w:val="left"/>
            </w:pPr>
            <w:r>
              <w:rPr>
                <w:sz w:val="16"/>
              </w:rPr>
              <w:t>$50,000 property; crops not recorded (1995 dollars)</w:t>
            </w:r>
          </w:p>
        </w:tc>
        <w:tc>
          <w:tcPr>
            <w:tcW w:type="dxa" w:w="1109"/>
          </w:tcPr>
          <w:p>
            <w:pPr>
              <w:spacing w:after="0"/>
              <w:jc w:val="right"/>
            </w:pPr>
            <w:r>
              <w:rPr>
                <w:sz w:val="16"/>
              </w:rPr>
              <w:t>0, 0</w:t>
            </w:r>
          </w:p>
        </w:tc>
        <w:tc>
          <w:tcPr>
            <w:tcW w:type="dxa" w:w="1819"/>
          </w:tcPr>
          <w:p>
            <w:pPr>
              <w:spacing w:after="0"/>
              <w:jc w:val="left"/>
            </w:pPr>
            <w:r>
              <w:rPr>
                <w:sz w:val="16"/>
              </w:rPr>
              <w:t>Midway</w:t>
            </w:r>
          </w:p>
        </w:tc>
        <w:tc>
          <w:tcPr>
            <w:tcW w:type="dxa" w:w="648"/>
          </w:tcPr>
          <w:p>
            <w:pPr>
              <w:spacing w:after="0"/>
              <w:jc w:val="left"/>
            </w:pPr>
          </w:p>
        </w:tc>
        <w:tc>
          <w:tcPr>
            <w:tcW w:type="dxa" w:w="2341"/>
          </w:tcPr>
          <w:p>
            <w:pPr>
              <w:spacing w:after="0"/>
              <w:jc w:val="left"/>
            </w:pPr>
            <w:r>
              <w:rPr>
                <w:sz w:val="16"/>
              </w:rPr>
              <w:t>B1-c most damaging: Thunderstorm Wind</w:t>
            </w:r>
          </w:p>
        </w:tc>
      </w:tr>
      <w:tr>
        <w:trPr>
          <w:cantSplit/>
        </w:trPr>
        <w:tc>
          <w:tcPr>
            <w:tcW w:type="dxa" w:w="1037"/>
          </w:tcPr>
          <w:p>
            <w:pPr>
              <w:spacing w:after="0"/>
              <w:jc w:val="left"/>
            </w:pPr>
            <w:r>
              <w:rPr>
                <w:sz w:val="16"/>
              </w:rPr>
              <w:t>1980-07-02</w:t>
            </w:r>
          </w:p>
        </w:tc>
        <w:tc>
          <w:tcPr>
            <w:tcW w:type="dxa" w:w="1215"/>
          </w:tcPr>
          <w:p>
            <w:pPr>
              <w:spacing w:after="0"/>
              <w:jc w:val="left"/>
            </w:pPr>
            <w:r>
              <w:rPr>
                <w:sz w:val="16"/>
              </w:rPr>
              <w:t>Tornado</w:t>
            </w:r>
          </w:p>
        </w:tc>
        <w:tc>
          <w:tcPr>
            <w:tcW w:type="dxa" w:w="2785"/>
          </w:tcPr>
          <w:p>
            <w:pPr>
              <w:spacing w:after="0"/>
              <w:jc w:val="left"/>
            </w:pPr>
            <w:r>
              <w:rPr>
                <w:sz w:val="16"/>
              </w:rPr>
              <w:t>F1, 33 yd wide</w:t>
            </w:r>
          </w:p>
        </w:tc>
        <w:tc>
          <w:tcPr>
            <w:tcW w:type="dxa" w:w="3158"/>
          </w:tcPr>
          <w:p>
            <w:pPr>
              <w:spacing w:after="0"/>
              <w:jc w:val="left"/>
            </w:pPr>
            <w:r>
              <w:rPr>
                <w:sz w:val="16"/>
              </w:rPr>
              <w:t>$250,000 property; crops not recorded (1980 dollars)</w:t>
            </w:r>
          </w:p>
        </w:tc>
        <w:tc>
          <w:tcPr>
            <w:tcW w:type="dxa" w:w="1109"/>
          </w:tcPr>
          <w:p>
            <w:pPr>
              <w:spacing w:after="0"/>
              <w:jc w:val="right"/>
            </w:pPr>
            <w:r>
              <w:rPr>
                <w:sz w:val="16"/>
              </w:rPr>
              <w:t>0, 0</w:t>
            </w:r>
          </w:p>
        </w:tc>
        <w:tc>
          <w:tcPr>
            <w:tcW w:type="dxa" w:w="1819"/>
          </w:tcPr>
          <w:p>
            <w:pPr>
              <w:spacing w:after="0"/>
              <w:jc w:val="left"/>
            </w:pPr>
            <w:r>
              <w:rPr>
                <w:sz w:val="16"/>
              </w:rPr>
              <w:t>location not recorded</w:t>
            </w:r>
          </w:p>
        </w:tc>
        <w:tc>
          <w:tcPr>
            <w:tcW w:type="dxa" w:w="648"/>
          </w:tcPr>
          <w:p>
            <w:pPr>
              <w:spacing w:after="0"/>
              <w:jc w:val="left"/>
            </w:pPr>
          </w:p>
        </w:tc>
        <w:tc>
          <w:tcPr>
            <w:tcW w:type="dxa" w:w="2341"/>
          </w:tcPr>
          <w:p>
            <w:pPr>
              <w:spacing w:after="0"/>
              <w:jc w:val="left"/>
            </w:pPr>
            <w:r>
              <w:rPr>
                <w:sz w:val="16"/>
              </w:rPr>
              <w:t>B1-c most damaging: Tornado</w:t>
            </w:r>
          </w:p>
        </w:tc>
      </w:tr>
      <w:tr>
        <w:trPr>
          <w:cantSplit/>
        </w:trPr>
        <w:tc>
          <w:tcPr>
            <w:tcW w:type="dxa" w:w="1037"/>
          </w:tcPr>
          <w:p>
            <w:pPr>
              <w:spacing w:after="0"/>
              <w:jc w:val="left"/>
            </w:pPr>
            <w:r>
              <w:rPr>
                <w:sz w:val="16"/>
              </w:rPr>
              <w:t>1963-04-21</w:t>
            </w:r>
          </w:p>
        </w:tc>
        <w:tc>
          <w:tcPr>
            <w:tcW w:type="dxa" w:w="1215"/>
          </w:tcPr>
          <w:p>
            <w:pPr>
              <w:spacing w:after="0"/>
              <w:jc w:val="left"/>
            </w:pPr>
            <w:r>
              <w:rPr>
                <w:sz w:val="16"/>
              </w:rPr>
              <w:t>Tornado</w:t>
            </w:r>
          </w:p>
        </w:tc>
        <w:tc>
          <w:tcPr>
            <w:tcW w:type="dxa" w:w="2785"/>
          </w:tcPr>
          <w:p>
            <w:pPr>
              <w:spacing w:after="0"/>
              <w:jc w:val="left"/>
            </w:pPr>
            <w:r>
              <w:rPr>
                <w:sz w:val="16"/>
              </w:rPr>
              <w:t>F2, 2 mi path length (records before 1996 may include the whole path; rating and listing come from the county where the tornado began), 200 yd wide</w:t>
            </w:r>
          </w:p>
        </w:tc>
        <w:tc>
          <w:tcPr>
            <w:tcW w:type="dxa" w:w="3158"/>
          </w:tcPr>
          <w:p>
            <w:pPr>
              <w:spacing w:after="0"/>
              <w:jc w:val="left"/>
            </w:pPr>
            <w:r>
              <w:rPr>
                <w:sz w:val="16"/>
              </w:rPr>
              <w:t>$25,000 property; crops not recorded (1963 dollars)</w:t>
            </w:r>
          </w:p>
        </w:tc>
        <w:tc>
          <w:tcPr>
            <w:tcW w:type="dxa" w:w="1109"/>
          </w:tcPr>
          <w:p>
            <w:pPr>
              <w:spacing w:after="0"/>
              <w:jc w:val="right"/>
            </w:pPr>
            <w:r>
              <w:rPr>
                <w:sz w:val="16"/>
              </w:rPr>
              <w:t>0, 3</w:t>
            </w:r>
          </w:p>
        </w:tc>
        <w:tc>
          <w:tcPr>
            <w:tcW w:type="dxa" w:w="1819"/>
          </w:tcPr>
          <w:p>
            <w:pPr>
              <w:spacing w:after="0"/>
              <w:jc w:val="left"/>
            </w:pPr>
            <w:r>
              <w:rPr>
                <w:sz w:val="16"/>
              </w:rPr>
              <w:t>location not recorded</w:t>
            </w:r>
          </w:p>
        </w:tc>
        <w:tc>
          <w:tcPr>
            <w:tcW w:type="dxa" w:w="648"/>
          </w:tcPr>
          <w:p>
            <w:pPr>
              <w:spacing w:after="0"/>
              <w:jc w:val="left"/>
            </w:pPr>
          </w:p>
        </w:tc>
        <w:tc>
          <w:tcPr>
            <w:tcW w:type="dxa" w:w="234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603"/>
        <w:gridCol w:w="1037"/>
        <w:gridCol w:w="1765"/>
        <w:gridCol w:w="1532"/>
        <w:gridCol w:w="1543"/>
        <w:gridCol w:w="1037"/>
        <w:gridCol w:w="1822"/>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5"/>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1.26</w:t>
            </w:r>
          </w:p>
        </w:tc>
        <w:tc>
          <w:tcPr>
            <w:tcW w:type="dxa" w:w="1477"/>
          </w:tcPr>
          <w:p>
            <w:pPr>
              <w:spacing w:after="0"/>
              <w:jc w:val="left"/>
            </w:pPr>
            <w:r>
              <w:rPr>
                <w:sz w:val="16"/>
              </w:rPr>
              <w:t>event-days per year</w:t>
            </w:r>
          </w:p>
        </w:tc>
        <w:tc>
          <w:tcPr>
            <w:tcW w:type="dxa" w:w="1603"/>
          </w:tcPr>
          <w:p>
            <w:pPr>
              <w:spacing w:after="0"/>
              <w:jc w:val="left"/>
            </w:pPr>
            <w:r>
              <w:rPr>
                <w:sz w:val="16"/>
              </w:rPr>
              <w:t>about 1.26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24</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2.45</w:t>
            </w:r>
          </w:p>
        </w:tc>
        <w:tc>
          <w:tcPr>
            <w:tcW w:type="dxa" w:w="1477"/>
          </w:tcPr>
          <w:p>
            <w:pPr>
              <w:spacing w:after="0"/>
              <w:jc w:val="left"/>
            </w:pPr>
            <w:r>
              <w:rPr>
                <w:sz w:val="16"/>
              </w:rPr>
              <w:t>event-days per year</w:t>
            </w:r>
          </w:p>
        </w:tc>
        <w:tc>
          <w:tcPr>
            <w:tcW w:type="dxa" w:w="1603"/>
          </w:tcPr>
          <w:p>
            <w:pPr>
              <w:spacing w:after="0"/>
              <w:jc w:val="left"/>
            </w:pPr>
            <w:r>
              <w:rPr>
                <w:sz w:val="16"/>
              </w:rPr>
              <w:t>about 2.45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70</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0.00203</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0.203%</w:t>
            </w: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3.37</w:t>
            </w:r>
          </w:p>
        </w:tc>
        <w:tc>
          <w:tcPr>
            <w:tcW w:type="dxa" w:w="1477"/>
          </w:tcPr>
          <w:p>
            <w:pPr>
              <w:spacing w:after="0"/>
              <w:jc w:val="left"/>
            </w:pPr>
            <w:r>
              <w:rPr>
                <w:sz w:val="16"/>
              </w:rPr>
              <w:t>events per year</w:t>
            </w:r>
          </w:p>
        </w:tc>
        <w:tc>
          <w:tcPr>
            <w:tcW w:type="dxa" w:w="1603"/>
          </w:tcPr>
          <w:p>
            <w:pPr>
              <w:spacing w:after="0"/>
              <w:jc w:val="left"/>
            </w:pPr>
            <w:r>
              <w:rPr>
                <w:sz w:val="16"/>
              </w:rPr>
              <w:t>about 3.37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128.2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2.84</w:t>
            </w:r>
          </w:p>
        </w:tc>
        <w:tc>
          <w:tcPr>
            <w:tcW w:type="dxa" w:w="1477"/>
          </w:tcPr>
          <w:p>
            <w:pPr>
              <w:spacing w:after="0"/>
              <w:jc w:val="left"/>
            </w:pPr>
            <w:r>
              <w:rPr>
                <w:sz w:val="16"/>
              </w:rPr>
              <w:t>event-days per year</w:t>
            </w:r>
          </w:p>
        </w:tc>
        <w:tc>
          <w:tcPr>
            <w:tcW w:type="dxa" w:w="1603"/>
          </w:tcPr>
          <w:p>
            <w:pPr>
              <w:spacing w:after="0"/>
              <w:jc w:val="left"/>
            </w:pPr>
            <w:r>
              <w:rPr>
                <w:sz w:val="16"/>
              </w:rPr>
              <w:t>about 2.84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44</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0.0134</w:t>
            </w:r>
          </w:p>
        </w:tc>
        <w:tc>
          <w:tcPr>
            <w:tcW w:type="dxa" w:w="1477"/>
          </w:tcPr>
          <w:p>
            <w:pPr>
              <w:spacing w:after="0"/>
              <w:jc w:val="left"/>
            </w:pPr>
            <w:r>
              <w:rPr>
                <w:sz w:val="16"/>
              </w:rPr>
              <w:t>events per year</w:t>
            </w:r>
          </w:p>
        </w:tc>
        <w:tc>
          <w:tcPr>
            <w:tcW w:type="dxa" w:w="1603"/>
          </w:tcPr>
          <w:p>
            <w:pPr>
              <w:spacing w:after="0"/>
              <w:jc w:val="left"/>
            </w:pPr>
            <w:r>
              <w:rPr>
                <w:sz w:val="16"/>
              </w:rPr>
              <w:t>about 1 in 74 years</w:t>
            </w:r>
          </w:p>
        </w:tc>
        <w:tc>
          <w:tcPr>
            <w:tcW w:type="dxa" w:w="1037"/>
          </w:tcPr>
          <w:p>
            <w:pPr>
              <w:spacing w:after="0"/>
              <w:jc w:val="left"/>
            </w:pPr>
            <w:r>
              <w:rPr>
                <w:sz w:val="16"/>
              </w:rPr>
              <w:t>Possible</w:t>
            </w:r>
          </w:p>
        </w:tc>
        <w:tc>
          <w:tcPr>
            <w:tcW w:type="dxa" w:w="1765"/>
          </w:tcPr>
          <w:p>
            <w:pPr>
              <w:spacing w:after="0"/>
              <w:jc w:val="left"/>
            </w:pPr>
            <w:r>
              <w:rPr>
                <w:sz w:val="16"/>
              </w:rPr>
              <w:t>FEMA annualized frequency (modeled)</w:t>
            </w:r>
          </w:p>
        </w:tc>
        <w:tc>
          <w:tcPr>
            <w:tcW w:type="dxa" w:w="1532"/>
          </w:tcPr>
          <w:p>
            <w:pPr>
              <w:spacing w:after="0"/>
              <w:jc w:val="right"/>
            </w:pPr>
            <w:r>
              <w:rPr>
                <w:sz w:val="16"/>
              </w:rPr>
              <w:t>4</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0.833</w:t>
            </w:r>
          </w:p>
        </w:tc>
        <w:tc>
          <w:tcPr>
            <w:tcW w:type="dxa" w:w="1477"/>
          </w:tcPr>
          <w:p>
            <w:pPr>
              <w:spacing w:after="0"/>
              <w:jc w:val="left"/>
            </w:pPr>
            <w:r>
              <w:rPr>
                <w:sz w:val="16"/>
              </w:rPr>
              <w:t>event-days per year</w:t>
            </w:r>
          </w:p>
        </w:tc>
        <w:tc>
          <w:tcPr>
            <w:tcW w:type="dxa" w:w="1603"/>
          </w:tcPr>
          <w:p>
            <w:pPr>
              <w:spacing w:after="0"/>
              <w:jc w:val="left"/>
            </w:pPr>
            <w:r>
              <w:rPr>
                <w:sz w:val="16"/>
              </w:rPr>
              <w:t>about 0.833 days per year</w:t>
            </w:r>
          </w:p>
        </w:tc>
        <w:tc>
          <w:tcPr>
            <w:tcW w:type="dxa" w:w="1037"/>
          </w:tcPr>
          <w:p>
            <w:pPr>
              <w:spacing w:after="0"/>
              <w:jc w:val="left"/>
            </w:pPr>
            <w:r>
              <w:rPr>
                <w:sz w:val="16"/>
              </w:rPr>
              <w:t>Likely</w:t>
            </w:r>
          </w:p>
        </w:tc>
        <w:tc>
          <w:tcPr>
            <w:tcW w:type="dxa" w:w="1765"/>
          </w:tcPr>
          <w:p>
            <w:pPr>
              <w:spacing w:after="0"/>
              <w:jc w:val="left"/>
            </w:pPr>
            <w:r>
              <w:rPr>
                <w:sz w:val="16"/>
              </w:rPr>
              <w:t>event-days in 5 of 30 years, 1996 to 2025 (16.7%)</w:t>
            </w:r>
          </w:p>
        </w:tc>
        <w:tc>
          <w:tcPr>
            <w:tcW w:type="dxa" w:w="1532"/>
          </w:tcPr>
          <w:p>
            <w:pPr>
              <w:spacing w:after="0"/>
              <w:jc w:val="right"/>
            </w:pPr>
            <w:r>
              <w:rPr>
                <w:sz w:val="16"/>
              </w:rPr>
              <w:t>56</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0.607</w:t>
            </w:r>
          </w:p>
        </w:tc>
        <w:tc>
          <w:tcPr>
            <w:tcW w:type="dxa" w:w="1477"/>
          </w:tcPr>
          <w:p>
            <w:pPr>
              <w:spacing w:after="0"/>
              <w:jc w:val="left"/>
            </w:pPr>
            <w:r>
              <w:rPr>
                <w:sz w:val="16"/>
              </w:rPr>
              <w:t>event-days per year</w:t>
            </w:r>
          </w:p>
        </w:tc>
        <w:tc>
          <w:tcPr>
            <w:tcW w:type="dxa" w:w="1603"/>
          </w:tcPr>
          <w:p>
            <w:pPr>
              <w:spacing w:after="0"/>
              <w:jc w:val="left"/>
            </w:pPr>
            <w:r>
              <w:rPr>
                <w:sz w:val="16"/>
              </w:rPr>
              <w:t>about 0.607 days per year</w:t>
            </w:r>
          </w:p>
        </w:tc>
        <w:tc>
          <w:tcPr>
            <w:tcW w:type="dxa" w:w="1037"/>
          </w:tcPr>
          <w:p>
            <w:pPr>
              <w:spacing w:after="0"/>
              <w:jc w:val="left"/>
            </w:pPr>
            <w:r>
              <w:rPr>
                <w:sz w:val="16"/>
              </w:rPr>
              <w:t>Likely</w:t>
            </w:r>
          </w:p>
        </w:tc>
        <w:tc>
          <w:tcPr>
            <w:tcW w:type="dxa" w:w="1765"/>
          </w:tcPr>
          <w:p>
            <w:pPr>
              <w:spacing w:after="0"/>
              <w:jc w:val="left"/>
            </w:pPr>
            <w:r>
              <w:rPr>
                <w:sz w:val="16"/>
              </w:rPr>
              <w:t>event-days in 12 of 30 years, 1996 to 2025 (40%)</w:t>
            </w:r>
          </w:p>
        </w:tc>
        <w:tc>
          <w:tcPr>
            <w:tcW w:type="dxa" w:w="1532"/>
          </w:tcPr>
          <w:p>
            <w:pPr>
              <w:spacing w:after="0"/>
              <w:jc w:val="right"/>
            </w:pPr>
            <w:r>
              <w:rPr>
                <w:sz w:val="16"/>
              </w:rPr>
              <w:t>17</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0.116</w:t>
            </w:r>
          </w:p>
        </w:tc>
        <w:tc>
          <w:tcPr>
            <w:tcW w:type="dxa" w:w="1477"/>
          </w:tcPr>
          <w:p>
            <w:pPr>
              <w:spacing w:after="0"/>
              <w:jc w:val="left"/>
            </w:pPr>
            <w:r>
              <w:rPr>
                <w:sz w:val="16"/>
              </w:rPr>
              <w:t>events per year (modeled)</w:t>
            </w:r>
          </w:p>
        </w:tc>
        <w:tc>
          <w:tcPr>
            <w:tcW w:type="dxa" w:w="1603"/>
          </w:tcPr>
          <w:p>
            <w:pPr>
              <w:spacing w:after="0"/>
              <w:jc w:val="left"/>
            </w:pPr>
            <w:r>
              <w:rPr>
                <w:sz w:val="16"/>
              </w:rPr>
              <w:t>about 1 in 9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51.9</w:t>
            </w:r>
          </w:p>
        </w:tc>
        <w:tc>
          <w:tcPr>
            <w:tcW w:type="dxa" w:w="1477"/>
          </w:tcPr>
          <w:p>
            <w:pPr>
              <w:spacing w:after="0"/>
              <w:jc w:val="left"/>
            </w:pPr>
            <w:r>
              <w:rPr>
                <w:sz w:val="16"/>
              </w:rPr>
              <w:t>days per year with a strike</w:t>
            </w:r>
          </w:p>
        </w:tc>
        <w:tc>
          <w:tcPr>
            <w:tcW w:type="dxa" w:w="1603"/>
          </w:tcPr>
          <w:p>
            <w:pPr>
              <w:spacing w:after="0"/>
              <w:jc w:val="left"/>
            </w:pPr>
            <w:r>
              <w:rPr>
                <w:sz w:val="16"/>
              </w:rPr>
              <w:t>about 51.9 days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6.58</w:t>
            </w:r>
          </w:p>
        </w:tc>
        <w:tc>
          <w:tcPr>
            <w:tcW w:type="dxa" w:w="1477"/>
          </w:tcPr>
          <w:p>
            <w:pPr>
              <w:spacing w:after="0"/>
              <w:jc w:val="left"/>
            </w:pPr>
            <w:r>
              <w:rPr>
                <w:sz w:val="16"/>
              </w:rPr>
              <w:t>events per year</w:t>
            </w:r>
          </w:p>
        </w:tc>
        <w:tc>
          <w:tcPr>
            <w:tcW w:type="dxa" w:w="1603"/>
          </w:tcPr>
          <w:p>
            <w:pPr>
              <w:spacing w:after="0"/>
              <w:jc w:val="left"/>
            </w:pPr>
            <w:r>
              <w:rPr>
                <w:sz w:val="16"/>
              </w:rPr>
              <w:t>about 6.58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251</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0.116</w:t>
            </w:r>
          </w:p>
        </w:tc>
        <w:tc>
          <w:tcPr>
            <w:tcW w:type="dxa" w:w="1477"/>
          </w:tcPr>
          <w:p>
            <w:pPr>
              <w:spacing w:after="0"/>
              <w:jc w:val="left"/>
            </w:pPr>
            <w:r>
              <w:rPr>
                <w:sz w:val="16"/>
              </w:rPr>
              <w:t>events per year</w:t>
            </w:r>
          </w:p>
        </w:tc>
        <w:tc>
          <w:tcPr>
            <w:tcW w:type="dxa" w:w="1603"/>
          </w:tcPr>
          <w:p>
            <w:pPr>
              <w:spacing w:after="0"/>
              <w:jc w:val="left"/>
            </w:pPr>
            <w:r>
              <w:rPr>
                <w:sz w:val="16"/>
              </w:rPr>
              <w:t>about 1 in 9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7"/>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0.0000407</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0.00407%</w:t>
            </w:r>
          </w:p>
        </w:tc>
        <w:tc>
          <w:tcPr>
            <w:tcW w:type="dxa" w:w="1037"/>
          </w:tcPr>
          <w:p>
            <w:pPr>
              <w:spacing w:after="0"/>
              <w:jc w:val="left"/>
            </w:pPr>
          </w:p>
        </w:tc>
        <w:tc>
          <w:tcPr>
            <w:tcW w:type="dxa" w:w="1765"/>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11.6</w:t>
            </w:r>
          </w:p>
        </w:tc>
        <w:tc>
          <w:tcPr>
            <w:tcW w:type="dxa" w:w="1477"/>
          </w:tcPr>
          <w:p>
            <w:pPr>
              <w:spacing w:after="0"/>
              <w:jc w:val="left"/>
            </w:pPr>
            <w:r>
              <w:rPr>
                <w:sz w:val="16"/>
              </w:rPr>
              <w:t>event-days per year</w:t>
            </w:r>
          </w:p>
        </w:tc>
        <w:tc>
          <w:tcPr>
            <w:tcW w:type="dxa" w:w="1603"/>
          </w:tcPr>
          <w:p>
            <w:pPr>
              <w:spacing w:after="0"/>
              <w:jc w:val="left"/>
            </w:pPr>
            <w:r>
              <w:rPr>
                <w:sz w:val="16"/>
              </w:rPr>
              <w:t>about 11.6 days per year</w:t>
            </w:r>
          </w:p>
        </w:tc>
        <w:tc>
          <w:tcPr>
            <w:tcW w:type="dxa" w:w="1037"/>
          </w:tcPr>
          <w:p>
            <w:pPr>
              <w:spacing w:after="0"/>
              <w:jc w:val="left"/>
            </w:pPr>
            <w:r>
              <w:rPr>
                <w:sz w:val="16"/>
              </w:rPr>
              <w:t>Likely</w:t>
            </w:r>
          </w:p>
        </w:tc>
        <w:tc>
          <w:tcPr>
            <w:tcW w:type="dxa" w:w="1765"/>
          </w:tcPr>
          <w:p>
            <w:pPr>
              <w:spacing w:after="0"/>
              <w:jc w:val="left"/>
            </w:pPr>
            <w:r>
              <w:rPr>
                <w:sz w:val="16"/>
              </w:rPr>
              <w:t>event-days in 13 of 30 years, 1996 to 2025 (43.3%)</w:t>
            </w:r>
          </w:p>
        </w:tc>
        <w:tc>
          <w:tcPr>
            <w:tcW w:type="dxa" w:w="1532"/>
          </w:tcPr>
          <w:p>
            <w:pPr>
              <w:spacing w:after="0"/>
              <w:jc w:val="right"/>
            </w:pPr>
            <w:r>
              <w:rPr>
                <w:sz w:val="16"/>
              </w:rPr>
              <w:t>220</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NRI gives about 11.6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8</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8</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8</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8</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8 of 8</w:t>
            </w:r>
          </w:p>
        </w:tc>
        <w:tc>
          <w:tcPr>
            <w:tcW w:type="dxa" w:w="934"/>
          </w:tcPr>
          <w:p>
            <w:pPr>
              <w:spacing w:after="0"/>
              <w:jc w:val="right"/>
            </w:pPr>
            <w:r>
              <w:rPr>
                <w:sz w:val="16"/>
              </w:rPr>
              <w:t>63.7</w:t>
            </w:r>
          </w:p>
        </w:tc>
        <w:tc>
          <w:tcPr>
            <w:tcW w:type="dxa" w:w="710"/>
          </w:tcPr>
          <w:p>
            <w:pPr>
              <w:spacing w:after="0"/>
              <w:jc w:val="right"/>
            </w:pPr>
            <w:r>
              <w:rPr>
                <w:sz w:val="16"/>
              </w:rPr>
              <w:t>69.8</w:t>
            </w:r>
          </w:p>
        </w:tc>
        <w:tc>
          <w:tcPr>
            <w:tcW w:type="dxa" w:w="677"/>
          </w:tcPr>
          <w:p>
            <w:pPr>
              <w:spacing w:after="0"/>
              <w:jc w:val="right"/>
            </w:pPr>
            <w:r>
              <w:rPr>
                <w:sz w:val="16"/>
              </w:rPr>
              <w:t>75.7</w:t>
            </w:r>
          </w:p>
        </w:tc>
        <w:tc>
          <w:tcPr>
            <w:tcW w:type="dxa" w:w="2761"/>
          </w:tcPr>
          <w:p>
            <w:pPr>
              <w:spacing w:after="0"/>
              <w:jc w:val="left"/>
            </w:pPr>
            <w:r>
              <w:rPr>
                <w:sz w:val="16"/>
              </w:rPr>
              <w:t>Relatively Moderate 8</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8 of 8</w:t>
            </w:r>
          </w:p>
        </w:tc>
        <w:tc>
          <w:tcPr>
            <w:tcW w:type="dxa" w:w="934"/>
          </w:tcPr>
          <w:p>
            <w:pPr>
              <w:spacing w:after="0"/>
              <w:jc w:val="right"/>
            </w:pPr>
            <w:r>
              <w:rPr>
                <w:sz w:val="16"/>
              </w:rPr>
              <w:t>73.2</w:t>
            </w:r>
          </w:p>
        </w:tc>
        <w:tc>
          <w:tcPr>
            <w:tcW w:type="dxa" w:w="710"/>
          </w:tcPr>
          <w:p>
            <w:pPr>
              <w:spacing w:after="0"/>
              <w:jc w:val="right"/>
            </w:pPr>
            <w:r>
              <w:rPr>
                <w:sz w:val="16"/>
              </w:rPr>
              <w:t>76.8</w:t>
            </w:r>
          </w:p>
        </w:tc>
        <w:tc>
          <w:tcPr>
            <w:tcW w:type="dxa" w:w="677"/>
          </w:tcPr>
          <w:p>
            <w:pPr>
              <w:spacing w:after="0"/>
              <w:jc w:val="right"/>
            </w:pPr>
            <w:r>
              <w:rPr>
                <w:sz w:val="16"/>
              </w:rPr>
              <w:t>82.3</w:t>
            </w:r>
          </w:p>
        </w:tc>
        <w:tc>
          <w:tcPr>
            <w:tcW w:type="dxa" w:w="2761"/>
          </w:tcPr>
          <w:p>
            <w:pPr>
              <w:spacing w:after="0"/>
              <w:jc w:val="left"/>
            </w:pPr>
            <w:r>
              <w:rPr>
                <w:sz w:val="16"/>
              </w:rPr>
              <w:t>Relatively Low 3, Very Low 5</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8 of 8</w:t>
            </w:r>
          </w:p>
        </w:tc>
        <w:tc>
          <w:tcPr>
            <w:tcW w:type="dxa" w:w="934"/>
          </w:tcPr>
          <w:p>
            <w:pPr>
              <w:spacing w:after="0"/>
              <w:jc w:val="right"/>
            </w:pPr>
            <w:r>
              <w:rPr>
                <w:sz w:val="16"/>
              </w:rPr>
              <w:t>49.3</w:t>
            </w:r>
          </w:p>
        </w:tc>
        <w:tc>
          <w:tcPr>
            <w:tcW w:type="dxa" w:w="710"/>
          </w:tcPr>
          <w:p>
            <w:pPr>
              <w:spacing w:after="0"/>
              <w:jc w:val="right"/>
            </w:pPr>
            <w:r>
              <w:rPr>
                <w:sz w:val="16"/>
              </w:rPr>
              <w:t>59.9</w:t>
            </w:r>
          </w:p>
        </w:tc>
        <w:tc>
          <w:tcPr>
            <w:tcW w:type="dxa" w:w="677"/>
          </w:tcPr>
          <w:p>
            <w:pPr>
              <w:spacing w:after="0"/>
              <w:jc w:val="right"/>
            </w:pPr>
            <w:r>
              <w:rPr>
                <w:sz w:val="16"/>
              </w:rPr>
              <w:t>73.2</w:t>
            </w:r>
          </w:p>
        </w:tc>
        <w:tc>
          <w:tcPr>
            <w:tcW w:type="dxa" w:w="2761"/>
          </w:tcPr>
          <w:p>
            <w:pPr>
              <w:spacing w:after="0"/>
              <w:jc w:val="left"/>
            </w:pPr>
            <w:r>
              <w:rPr>
                <w:sz w:val="16"/>
              </w:rPr>
              <w:t>Relatively Low 8</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8 of 8</w:t>
            </w:r>
          </w:p>
        </w:tc>
        <w:tc>
          <w:tcPr>
            <w:tcW w:type="dxa" w:w="934"/>
          </w:tcPr>
          <w:p>
            <w:pPr>
              <w:spacing w:after="0"/>
              <w:jc w:val="right"/>
            </w:pPr>
            <w:r>
              <w:rPr>
                <w:sz w:val="16"/>
              </w:rPr>
              <w:t>72.4</w:t>
            </w:r>
          </w:p>
        </w:tc>
        <w:tc>
          <w:tcPr>
            <w:tcW w:type="dxa" w:w="710"/>
          </w:tcPr>
          <w:p>
            <w:pPr>
              <w:spacing w:after="0"/>
              <w:jc w:val="right"/>
            </w:pPr>
            <w:r>
              <w:rPr>
                <w:sz w:val="16"/>
              </w:rPr>
              <w:t>78.4</w:t>
            </w:r>
          </w:p>
        </w:tc>
        <w:tc>
          <w:tcPr>
            <w:tcW w:type="dxa" w:w="677"/>
          </w:tcPr>
          <w:p>
            <w:pPr>
              <w:spacing w:after="0"/>
              <w:jc w:val="right"/>
            </w:pPr>
            <w:r>
              <w:rPr>
                <w:sz w:val="16"/>
              </w:rPr>
              <w:t>86.1</w:t>
            </w:r>
          </w:p>
        </w:tc>
        <w:tc>
          <w:tcPr>
            <w:tcW w:type="dxa" w:w="2761"/>
          </w:tcPr>
          <w:p>
            <w:pPr>
              <w:spacing w:after="0"/>
              <w:jc w:val="left"/>
            </w:pPr>
            <w:r>
              <w:rPr>
                <w:sz w:val="16"/>
              </w:rPr>
              <w:t>Relatively Moderate 8</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8 of 8</w:t>
            </w:r>
          </w:p>
        </w:tc>
        <w:tc>
          <w:tcPr>
            <w:tcW w:type="dxa" w:w="934"/>
          </w:tcPr>
          <w:p>
            <w:pPr>
              <w:spacing w:after="0"/>
              <w:jc w:val="right"/>
            </w:pPr>
            <w:r>
              <w:rPr>
                <w:sz w:val="16"/>
              </w:rPr>
              <w:t>9.7</w:t>
            </w:r>
          </w:p>
        </w:tc>
        <w:tc>
          <w:tcPr>
            <w:tcW w:type="dxa" w:w="710"/>
          </w:tcPr>
          <w:p>
            <w:pPr>
              <w:spacing w:after="0"/>
              <w:jc w:val="right"/>
            </w:pPr>
            <w:r>
              <w:rPr>
                <w:sz w:val="16"/>
              </w:rPr>
              <w:t>24.7</w:t>
            </w:r>
          </w:p>
        </w:tc>
        <w:tc>
          <w:tcPr>
            <w:tcW w:type="dxa" w:w="677"/>
          </w:tcPr>
          <w:p>
            <w:pPr>
              <w:spacing w:after="0"/>
              <w:jc w:val="right"/>
            </w:pPr>
            <w:r>
              <w:rPr>
                <w:sz w:val="16"/>
              </w:rPr>
              <w:t>30.2</w:t>
            </w:r>
          </w:p>
        </w:tc>
        <w:tc>
          <w:tcPr>
            <w:tcW w:type="dxa" w:w="2761"/>
          </w:tcPr>
          <w:p>
            <w:pPr>
              <w:spacing w:after="0"/>
              <w:jc w:val="left"/>
            </w:pPr>
            <w:r>
              <w:rPr>
                <w:sz w:val="16"/>
              </w:rPr>
              <w:t>Relatively Low 7,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8 of 8</w:t>
            </w:r>
          </w:p>
        </w:tc>
        <w:tc>
          <w:tcPr>
            <w:tcW w:type="dxa" w:w="934"/>
          </w:tcPr>
          <w:p>
            <w:pPr>
              <w:spacing w:after="0"/>
              <w:jc w:val="right"/>
            </w:pPr>
            <w:r>
              <w:rPr>
                <w:sz w:val="16"/>
              </w:rPr>
              <w:t>33.6</w:t>
            </w:r>
          </w:p>
        </w:tc>
        <w:tc>
          <w:tcPr>
            <w:tcW w:type="dxa" w:w="710"/>
          </w:tcPr>
          <w:p>
            <w:pPr>
              <w:spacing w:after="0"/>
              <w:jc w:val="right"/>
            </w:pPr>
            <w:r>
              <w:rPr>
                <w:sz w:val="16"/>
              </w:rPr>
              <w:t>38.0</w:t>
            </w:r>
          </w:p>
        </w:tc>
        <w:tc>
          <w:tcPr>
            <w:tcW w:type="dxa" w:w="677"/>
          </w:tcPr>
          <w:p>
            <w:pPr>
              <w:spacing w:after="0"/>
              <w:jc w:val="right"/>
            </w:pPr>
            <w:r>
              <w:rPr>
                <w:sz w:val="16"/>
              </w:rPr>
              <w:t>48.1</w:t>
            </w:r>
          </w:p>
        </w:tc>
        <w:tc>
          <w:tcPr>
            <w:tcW w:type="dxa" w:w="2761"/>
          </w:tcPr>
          <w:p>
            <w:pPr>
              <w:spacing w:after="0"/>
              <w:jc w:val="left"/>
            </w:pPr>
            <w:r>
              <w:rPr>
                <w:sz w:val="16"/>
              </w:rPr>
              <w:t>Very Low 8</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8 of 8</w:t>
            </w:r>
          </w:p>
        </w:tc>
        <w:tc>
          <w:tcPr>
            <w:tcW w:type="dxa" w:w="934"/>
          </w:tcPr>
          <w:p>
            <w:pPr>
              <w:spacing w:after="0"/>
              <w:jc w:val="right"/>
            </w:pPr>
            <w:r>
              <w:rPr>
                <w:sz w:val="16"/>
              </w:rPr>
              <w:t>74.7</w:t>
            </w:r>
          </w:p>
        </w:tc>
        <w:tc>
          <w:tcPr>
            <w:tcW w:type="dxa" w:w="710"/>
          </w:tcPr>
          <w:p>
            <w:pPr>
              <w:spacing w:after="0"/>
              <w:jc w:val="right"/>
            </w:pPr>
            <w:r>
              <w:rPr>
                <w:sz w:val="16"/>
              </w:rPr>
              <w:t>76.5</w:t>
            </w:r>
          </w:p>
        </w:tc>
        <w:tc>
          <w:tcPr>
            <w:tcW w:type="dxa" w:w="677"/>
          </w:tcPr>
          <w:p>
            <w:pPr>
              <w:spacing w:after="0"/>
              <w:jc w:val="right"/>
            </w:pPr>
            <w:r>
              <w:rPr>
                <w:sz w:val="16"/>
              </w:rPr>
              <w:t>85.0</w:t>
            </w:r>
          </w:p>
        </w:tc>
        <w:tc>
          <w:tcPr>
            <w:tcW w:type="dxa" w:w="2761"/>
          </w:tcPr>
          <w:p>
            <w:pPr>
              <w:spacing w:after="0"/>
              <w:jc w:val="left"/>
            </w:pPr>
            <w:r>
              <w:rPr>
                <w:sz w:val="16"/>
              </w:rPr>
              <w:t>Relatively Moderate 8</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8 of 8</w:t>
            </w:r>
          </w:p>
        </w:tc>
        <w:tc>
          <w:tcPr>
            <w:tcW w:type="dxa" w:w="934"/>
          </w:tcPr>
          <w:p>
            <w:pPr>
              <w:spacing w:after="0"/>
              <w:jc w:val="right"/>
            </w:pPr>
            <w:r>
              <w:rPr>
                <w:sz w:val="16"/>
              </w:rPr>
              <w:t>34.7</w:t>
            </w:r>
          </w:p>
        </w:tc>
        <w:tc>
          <w:tcPr>
            <w:tcW w:type="dxa" w:w="710"/>
          </w:tcPr>
          <w:p>
            <w:pPr>
              <w:spacing w:after="0"/>
              <w:jc w:val="right"/>
            </w:pPr>
            <w:r>
              <w:rPr>
                <w:sz w:val="16"/>
              </w:rPr>
              <w:t>55.0</w:t>
            </w:r>
          </w:p>
        </w:tc>
        <w:tc>
          <w:tcPr>
            <w:tcW w:type="dxa" w:w="677"/>
          </w:tcPr>
          <w:p>
            <w:pPr>
              <w:spacing w:after="0"/>
              <w:jc w:val="right"/>
            </w:pPr>
            <w:r>
              <w:rPr>
                <w:sz w:val="16"/>
              </w:rPr>
              <w:t>88.4</w:t>
            </w:r>
          </w:p>
        </w:tc>
        <w:tc>
          <w:tcPr>
            <w:tcW w:type="dxa" w:w="2761"/>
          </w:tcPr>
          <w:p>
            <w:pPr>
              <w:spacing w:after="0"/>
              <w:jc w:val="left"/>
            </w:pPr>
            <w:r>
              <w:rPr>
                <w:sz w:val="16"/>
              </w:rPr>
              <w:t>Relatively High 3, Relatively Moderate 2, Relatively Low 3</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8 of 8</w:t>
            </w:r>
          </w:p>
        </w:tc>
        <w:tc>
          <w:tcPr>
            <w:tcW w:type="dxa" w:w="934"/>
          </w:tcPr>
          <w:p>
            <w:pPr>
              <w:spacing w:after="0"/>
              <w:jc w:val="right"/>
            </w:pPr>
            <w:r>
              <w:rPr>
                <w:sz w:val="16"/>
              </w:rPr>
              <w:t>12.5</w:t>
            </w:r>
          </w:p>
        </w:tc>
        <w:tc>
          <w:tcPr>
            <w:tcW w:type="dxa" w:w="710"/>
          </w:tcPr>
          <w:p>
            <w:pPr>
              <w:spacing w:after="0"/>
              <w:jc w:val="right"/>
            </w:pPr>
            <w:r>
              <w:rPr>
                <w:sz w:val="16"/>
              </w:rPr>
              <w:t>22.3</w:t>
            </w:r>
          </w:p>
        </w:tc>
        <w:tc>
          <w:tcPr>
            <w:tcW w:type="dxa" w:w="677"/>
          </w:tcPr>
          <w:p>
            <w:pPr>
              <w:spacing w:after="0"/>
              <w:jc w:val="right"/>
            </w:pPr>
            <w:r>
              <w:rPr>
                <w:sz w:val="16"/>
              </w:rPr>
              <w:t>76.4</w:t>
            </w:r>
          </w:p>
        </w:tc>
        <w:tc>
          <w:tcPr>
            <w:tcW w:type="dxa" w:w="2761"/>
          </w:tcPr>
          <w:p>
            <w:pPr>
              <w:spacing w:after="0"/>
              <w:jc w:val="left"/>
            </w:pPr>
            <w:r>
              <w:rPr>
                <w:sz w:val="16"/>
              </w:rPr>
              <w:t>Very Low 8</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8 of 8</w:t>
            </w:r>
          </w:p>
        </w:tc>
        <w:tc>
          <w:tcPr>
            <w:tcW w:type="dxa" w:w="934"/>
          </w:tcPr>
          <w:p>
            <w:pPr>
              <w:spacing w:after="0"/>
              <w:jc w:val="right"/>
            </w:pPr>
            <w:r>
              <w:rPr>
                <w:sz w:val="16"/>
              </w:rPr>
              <w:t>62.9</w:t>
            </w:r>
          </w:p>
        </w:tc>
        <w:tc>
          <w:tcPr>
            <w:tcW w:type="dxa" w:w="710"/>
          </w:tcPr>
          <w:p>
            <w:pPr>
              <w:spacing w:after="0"/>
              <w:jc w:val="right"/>
            </w:pPr>
            <w:r>
              <w:rPr>
                <w:sz w:val="16"/>
              </w:rPr>
              <w:t>86.3</w:t>
            </w:r>
          </w:p>
        </w:tc>
        <w:tc>
          <w:tcPr>
            <w:tcW w:type="dxa" w:w="677"/>
          </w:tcPr>
          <w:p>
            <w:pPr>
              <w:spacing w:after="0"/>
              <w:jc w:val="right"/>
            </w:pPr>
            <w:r>
              <w:rPr>
                <w:sz w:val="16"/>
              </w:rPr>
              <w:t>90.4</w:t>
            </w:r>
          </w:p>
        </w:tc>
        <w:tc>
          <w:tcPr>
            <w:tcW w:type="dxa" w:w="2761"/>
          </w:tcPr>
          <w:p>
            <w:pPr>
              <w:spacing w:after="0"/>
              <w:jc w:val="left"/>
            </w:pPr>
            <w:r>
              <w:rPr>
                <w:sz w:val="16"/>
              </w:rPr>
              <w:t>Relatively High 7,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8 of 8</w:t>
            </w:r>
          </w:p>
        </w:tc>
        <w:tc>
          <w:tcPr>
            <w:tcW w:type="dxa" w:w="934"/>
          </w:tcPr>
          <w:p>
            <w:pPr>
              <w:spacing w:after="0"/>
              <w:jc w:val="right"/>
            </w:pPr>
            <w:r>
              <w:rPr>
                <w:sz w:val="16"/>
              </w:rPr>
              <w:t>92.5</w:t>
            </w:r>
          </w:p>
        </w:tc>
        <w:tc>
          <w:tcPr>
            <w:tcW w:type="dxa" w:w="710"/>
          </w:tcPr>
          <w:p>
            <w:pPr>
              <w:spacing w:after="0"/>
              <w:jc w:val="right"/>
            </w:pPr>
            <w:r>
              <w:rPr>
                <w:sz w:val="16"/>
              </w:rPr>
              <w:t>96.8</w:t>
            </w:r>
          </w:p>
        </w:tc>
        <w:tc>
          <w:tcPr>
            <w:tcW w:type="dxa" w:w="677"/>
          </w:tcPr>
          <w:p>
            <w:pPr>
              <w:spacing w:after="0"/>
              <w:jc w:val="right"/>
            </w:pPr>
            <w:r>
              <w:rPr>
                <w:sz w:val="16"/>
              </w:rPr>
              <w:t>97.9</w:t>
            </w:r>
          </w:p>
        </w:tc>
        <w:tc>
          <w:tcPr>
            <w:tcW w:type="dxa" w:w="2761"/>
          </w:tcPr>
          <w:p>
            <w:pPr>
              <w:spacing w:after="0"/>
              <w:jc w:val="left"/>
            </w:pPr>
            <w:r>
              <w:rPr>
                <w:sz w:val="16"/>
              </w:rPr>
              <w:t>Very High 5, 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8 of 8</w:t>
            </w:r>
          </w:p>
        </w:tc>
        <w:tc>
          <w:tcPr>
            <w:tcW w:type="dxa" w:w="934"/>
          </w:tcPr>
          <w:p>
            <w:pPr>
              <w:spacing w:after="0"/>
              <w:jc w:val="right"/>
            </w:pPr>
            <w:r>
              <w:rPr>
                <w:sz w:val="16"/>
              </w:rPr>
              <w:t>78.7</w:t>
            </w:r>
          </w:p>
        </w:tc>
        <w:tc>
          <w:tcPr>
            <w:tcW w:type="dxa" w:w="710"/>
          </w:tcPr>
          <w:p>
            <w:pPr>
              <w:spacing w:after="0"/>
              <w:jc w:val="right"/>
            </w:pPr>
            <w:r>
              <w:rPr>
                <w:sz w:val="16"/>
              </w:rPr>
              <w:t>91.2</w:t>
            </w:r>
          </w:p>
        </w:tc>
        <w:tc>
          <w:tcPr>
            <w:tcW w:type="dxa" w:w="677"/>
          </w:tcPr>
          <w:p>
            <w:pPr>
              <w:spacing w:after="0"/>
              <w:jc w:val="right"/>
            </w:pPr>
            <w:r>
              <w:rPr>
                <w:sz w:val="16"/>
              </w:rPr>
              <w:t>94.9</w:t>
            </w:r>
          </w:p>
        </w:tc>
        <w:tc>
          <w:tcPr>
            <w:tcW w:type="dxa" w:w="2761"/>
          </w:tcPr>
          <w:p>
            <w:pPr>
              <w:spacing w:after="0"/>
              <w:jc w:val="left"/>
            </w:pPr>
            <w:r>
              <w:rPr>
                <w:sz w:val="16"/>
              </w:rPr>
              <w:t>Very High 1, Relatively High 7</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8</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8</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8</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8</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8 of 8</w:t>
            </w:r>
          </w:p>
        </w:tc>
        <w:tc>
          <w:tcPr>
            <w:tcW w:type="dxa" w:w="934"/>
          </w:tcPr>
          <w:p>
            <w:pPr>
              <w:spacing w:after="0"/>
              <w:jc w:val="right"/>
            </w:pPr>
            <w:r>
              <w:rPr>
                <w:sz w:val="16"/>
              </w:rPr>
              <w:t>44.1</w:t>
            </w:r>
          </w:p>
        </w:tc>
        <w:tc>
          <w:tcPr>
            <w:tcW w:type="dxa" w:w="710"/>
          </w:tcPr>
          <w:p>
            <w:pPr>
              <w:spacing w:after="0"/>
              <w:jc w:val="right"/>
            </w:pPr>
            <w:r>
              <w:rPr>
                <w:sz w:val="16"/>
              </w:rPr>
              <w:t>52.2</w:t>
            </w:r>
          </w:p>
        </w:tc>
        <w:tc>
          <w:tcPr>
            <w:tcW w:type="dxa" w:w="677"/>
          </w:tcPr>
          <w:p>
            <w:pPr>
              <w:spacing w:after="0"/>
              <w:jc w:val="right"/>
            </w:pPr>
            <w:r>
              <w:rPr>
                <w:sz w:val="16"/>
              </w:rPr>
              <w:t>62.1</w:t>
            </w:r>
          </w:p>
        </w:tc>
        <w:tc>
          <w:tcPr>
            <w:tcW w:type="dxa" w:w="2761"/>
          </w:tcPr>
          <w:p>
            <w:pPr>
              <w:spacing w:after="0"/>
              <w:jc w:val="left"/>
            </w:pPr>
            <w:r>
              <w:rPr>
                <w:sz w:val="16"/>
              </w:rPr>
              <w:t>Very Low 8</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8 of 8</w:t>
            </w:r>
          </w:p>
        </w:tc>
        <w:tc>
          <w:tcPr>
            <w:tcW w:type="dxa" w:w="934"/>
          </w:tcPr>
          <w:p>
            <w:pPr>
              <w:spacing w:after="0"/>
              <w:jc w:val="right"/>
            </w:pPr>
            <w:r>
              <w:rPr>
                <w:sz w:val="16"/>
              </w:rPr>
              <w:t>71.7</w:t>
            </w:r>
          </w:p>
        </w:tc>
        <w:tc>
          <w:tcPr>
            <w:tcW w:type="dxa" w:w="710"/>
          </w:tcPr>
          <w:p>
            <w:pPr>
              <w:spacing w:after="0"/>
              <w:jc w:val="right"/>
            </w:pPr>
            <w:r>
              <w:rPr>
                <w:sz w:val="16"/>
              </w:rPr>
              <w:t>85.2</w:t>
            </w:r>
          </w:p>
        </w:tc>
        <w:tc>
          <w:tcPr>
            <w:tcW w:type="dxa" w:w="677"/>
          </w:tcPr>
          <w:p>
            <w:pPr>
              <w:spacing w:after="0"/>
              <w:jc w:val="right"/>
            </w:pPr>
            <w:r>
              <w:rPr>
                <w:sz w:val="16"/>
              </w:rPr>
              <w:t>88.1</w:t>
            </w:r>
          </w:p>
        </w:tc>
        <w:tc>
          <w:tcPr>
            <w:tcW w:type="dxa" w:w="2761"/>
          </w:tcPr>
          <w:p>
            <w:pPr>
              <w:spacing w:after="0"/>
              <w:jc w:val="left"/>
            </w:pPr>
            <w:r>
              <w:rPr>
                <w:sz w:val="16"/>
              </w:rPr>
              <w:t>Relatively High 7,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Woodford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2027-05-24</w:t>
            </w:r>
          </w:p>
        </w:tc>
        <w:tc>
          <w:tcPr>
            <w:tcW w:type="dxa" w:w="2572"/>
          </w:tcPr>
          <w:p>
            <w:pPr>
              <w:spacing w:after="0"/>
              <w:jc w:val="right"/>
            </w:pPr>
            <w:r>
              <w:rPr>
                <w:sz w:val="16"/>
              </w:rPr>
              <w:t>FMA RL 19, SRL 19; any 60</w:t>
            </w:r>
          </w:p>
        </w:tc>
        <w:tc>
          <w:tcPr>
            <w:tcW w:type="dxa" w:w="1810"/>
          </w:tcPr>
          <w:p>
            <w:pPr>
              <w:spacing w:after="0"/>
              <w:jc w:val="right"/>
            </w:pPr>
            <w:r>
              <w:rPr>
                <w:sz w:val="16"/>
              </w:rPr>
              <w:t>$269,441.02</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Midway city</w:t>
            </w:r>
          </w:p>
        </w:tc>
        <w:tc>
          <w:tcPr>
            <w:tcW w:type="dxa" w:w="1701"/>
          </w:tcPr>
          <w:p>
            <w:pPr>
              <w:spacing w:after="0"/>
              <w:jc w:val="left"/>
            </w:pPr>
            <w:r>
              <w:rPr>
                <w:sz w:val="16"/>
              </w:rPr>
              <w:t>City</w:t>
            </w:r>
          </w:p>
        </w:tc>
        <w:tc>
          <w:tcPr>
            <w:tcW w:type="dxa" w:w="3226"/>
          </w:tcPr>
          <w:p>
            <w:pPr>
              <w:spacing w:after="0"/>
              <w:jc w:val="left"/>
            </w:pPr>
            <w:r>
              <w:rPr>
                <w:sz w:val="16"/>
              </w:rPr>
              <w:t>Approved, expires 2027-05-24</w:t>
            </w:r>
          </w:p>
        </w:tc>
        <w:tc>
          <w:tcPr>
            <w:tcW w:type="dxa" w:w="2572"/>
          </w:tcPr>
          <w:p>
            <w:pPr>
              <w:spacing w:after="0"/>
              <w:jc w:val="right"/>
            </w:pPr>
            <w:r>
              <w:rPr>
                <w:sz w:val="16"/>
              </w:rPr>
              <w:t>FMA RL 0, SRL 0; any 2</w:t>
            </w:r>
          </w:p>
        </w:tc>
        <w:tc>
          <w:tcPr>
            <w:tcW w:type="dxa" w:w="1810"/>
          </w:tcPr>
          <w:p>
            <w:pPr>
              <w:spacing w:after="0"/>
              <w:jc w:val="right"/>
            </w:pPr>
            <w:r>
              <w:rPr>
                <w:sz w:val="16"/>
              </w:rPr>
              <w:t>$410,099.33</w:t>
            </w:r>
          </w:p>
        </w:tc>
        <w:tc>
          <w:tcPr>
            <w:tcW w:type="dxa" w:w="2202"/>
          </w:tcPr>
          <w:p>
            <w:pPr>
              <w:spacing w:after="0"/>
              <w:jc w:val="right"/>
            </w:pPr>
            <w:r>
              <w:rPr>
                <w:sz w:val="16"/>
              </w:rPr>
              <w:t>16; 1</w:t>
            </w:r>
          </w:p>
        </w:tc>
        <w:tc>
          <w:tcPr>
            <w:tcW w:type="dxa" w:w="791"/>
          </w:tcPr>
          <w:p>
            <w:pPr>
              <w:spacing w:after="0"/>
              <w:jc w:val="left"/>
            </w:pPr>
          </w:p>
        </w:tc>
      </w:tr>
      <w:tr>
        <w:trPr>
          <w:cantSplit/>
        </w:trPr>
        <w:tc>
          <w:tcPr>
            <w:tcW w:type="dxa" w:w="1810"/>
          </w:tcPr>
          <w:p>
            <w:pPr>
              <w:spacing w:after="0"/>
              <w:jc w:val="left"/>
            </w:pPr>
            <w:r>
              <w:rPr>
                <w:sz w:val="16"/>
              </w:rPr>
              <w:t>Versailles city</w:t>
            </w:r>
          </w:p>
        </w:tc>
        <w:tc>
          <w:tcPr>
            <w:tcW w:type="dxa" w:w="1701"/>
          </w:tcPr>
          <w:p>
            <w:pPr>
              <w:spacing w:after="0"/>
              <w:jc w:val="left"/>
            </w:pPr>
            <w:r>
              <w:rPr>
                <w:sz w:val="16"/>
              </w:rPr>
              <w:t>City</w:t>
            </w:r>
          </w:p>
        </w:tc>
        <w:tc>
          <w:tcPr>
            <w:tcW w:type="dxa" w:w="3226"/>
          </w:tcPr>
          <w:p>
            <w:pPr>
              <w:spacing w:after="0"/>
              <w:jc w:val="left"/>
            </w:pPr>
            <w:r>
              <w:rPr>
                <w:sz w:val="16"/>
              </w:rPr>
              <w:t>Approved, expires 2027-05-24</w:t>
            </w:r>
          </w:p>
        </w:tc>
        <w:tc>
          <w:tcPr>
            <w:tcW w:type="dxa" w:w="2572"/>
          </w:tcPr>
          <w:p>
            <w:pPr>
              <w:spacing w:after="0"/>
              <w:jc w:val="right"/>
            </w:pPr>
            <w:r>
              <w:rPr>
                <w:sz w:val="16"/>
              </w:rPr>
              <w:t>FMA RL 0, SRL 0; any 2</w:t>
            </w:r>
          </w:p>
        </w:tc>
        <w:tc>
          <w:tcPr>
            <w:tcW w:type="dxa" w:w="1810"/>
          </w:tcPr>
          <w:p>
            <w:pPr>
              <w:spacing w:after="0"/>
              <w:jc w:val="right"/>
            </w:pPr>
            <w:r>
              <w:rPr>
                <w:sz w:val="16"/>
              </w:rPr>
              <w:t>$509,709.20</w:t>
            </w:r>
          </w:p>
        </w:tc>
        <w:tc>
          <w:tcPr>
            <w:tcW w:type="dxa" w:w="2202"/>
          </w:tcPr>
          <w:p>
            <w:pPr>
              <w:spacing w:after="0"/>
              <w:jc w:val="right"/>
            </w:pPr>
            <w:r>
              <w:rPr>
                <w:sz w:val="16"/>
              </w:rPr>
              <w:t>67; 6</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$6,683,968,396</w:t>
            </w:r>
          </w:p>
        </w:tc>
        <w:tc>
          <w:tcPr>
            <w:tcW w:type="dxa" w:w="1215"/>
          </w:tcPr>
          <w:p>
            <w:pPr>
              <w:spacing w:after="0"/>
              <w:jc w:val="right"/>
            </w:pPr>
            <w:r>
              <w:rPr>
                <w:sz w:val="16"/>
              </w:rPr>
              <w:t>$170,733,554</w:t>
            </w:r>
          </w:p>
        </w:tc>
        <w:tc>
          <w:tcPr>
            <w:tcW w:type="dxa" w:w="1040"/>
          </w:tcPr>
          <w:p>
            <w:pPr>
              <w:spacing w:after="0"/>
              <w:jc w:val="right"/>
            </w:pPr>
            <w:r>
              <w:rPr>
                <w:sz w:val="16"/>
              </w:rPr>
              <w:t>26,870</w:t>
            </w:r>
          </w:p>
        </w:tc>
        <w:tc>
          <w:tcPr>
            <w:tcW w:type="dxa" w:w="1037"/>
          </w:tcPr>
          <w:p>
            <w:pPr>
              <w:spacing w:after="0"/>
              <w:jc w:val="right"/>
            </w:pPr>
            <w:r>
              <w:rPr>
                <w:sz w:val="16"/>
              </w:rPr>
              <w:t>$906</w:t>
            </w:r>
          </w:p>
        </w:tc>
        <w:tc>
          <w:tcPr>
            <w:tcW w:type="dxa" w:w="1126"/>
          </w:tcPr>
          <w:p>
            <w:pPr>
              <w:spacing w:after="0"/>
              <w:jc w:val="right"/>
            </w:pPr>
            <w:r>
              <w:rPr>
                <w:sz w:val="16"/>
              </w:rPr>
              <w:t>$153,264</w:t>
            </w:r>
          </w:p>
        </w:tc>
        <w:tc>
          <w:tcPr>
            <w:tcW w:type="dxa" w:w="1146"/>
          </w:tcPr>
          <w:p>
            <w:pPr>
              <w:spacing w:after="0"/>
              <w:jc w:val="right"/>
            </w:pPr>
            <w:r>
              <w:rPr>
                <w:sz w:val="16"/>
              </w:rPr>
              <w:t>$678,428</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$15,635,699</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$5,963</w:t>
            </w:r>
          </w:p>
        </w:tc>
        <w:tc>
          <w:tcPr>
            <w:tcW w:type="dxa" w:w="1146"/>
          </w:tcPr>
          <w:p>
            <w:pPr>
              <w:spacing w:after="0"/>
              <w:jc w:val="right"/>
            </w:pPr>
          </w:p>
        </w:tc>
        <w:tc>
          <w:tcPr>
            <w:tcW w:type="dxa" w:w="1305"/>
          </w:tcPr>
          <w:p>
            <w:pPr>
              <w:spacing w:after="0"/>
              <w:jc w:val="right"/>
            </w:pPr>
            <w:r>
              <w:rPr>
                <w:sz w:val="16"/>
              </w:rPr>
              <w:t>0.0381% (agriculture)</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$11,354,462,043</w:t>
            </w:r>
          </w:p>
        </w:tc>
        <w:tc>
          <w:tcPr>
            <w:tcW w:type="dxa" w:w="1215"/>
          </w:tcPr>
          <w:p>
            <w:pPr>
              <w:spacing w:after="0"/>
              <w:jc w:val="right"/>
            </w:pPr>
          </w:p>
        </w:tc>
        <w:tc>
          <w:tcPr>
            <w:tcW w:type="dxa" w:w="1040"/>
          </w:tcPr>
          <w:p>
            <w:pPr>
              <w:spacing w:after="0"/>
              <w:jc w:val="right"/>
            </w:pPr>
            <w:r>
              <w:rPr>
                <w:sz w:val="16"/>
              </w:rPr>
              <w:t>26,871</w:t>
            </w:r>
          </w:p>
        </w:tc>
        <w:tc>
          <w:tcPr>
            <w:tcW w:type="dxa" w:w="1037"/>
          </w:tcPr>
          <w:p>
            <w:pPr>
              <w:spacing w:after="0"/>
              <w:jc w:val="right"/>
            </w:pPr>
            <w:r>
              <w:rPr>
                <w:sz w:val="16"/>
              </w:rPr>
              <w:t>$330,279</w:t>
            </w:r>
          </w:p>
        </w:tc>
        <w:tc>
          <w:tcPr>
            <w:tcW w:type="dxa" w:w="1126"/>
          </w:tcPr>
          <w:p>
            <w:pPr>
              <w:spacing w:after="0"/>
              <w:jc w:val="right"/>
            </w:pPr>
          </w:p>
        </w:tc>
        <w:tc>
          <w:tcPr>
            <w:tcW w:type="dxa" w:w="1146"/>
          </w:tcPr>
          <w:p>
            <w:pPr>
              <w:spacing w:after="0"/>
              <w:jc w:val="right"/>
            </w:pPr>
            <w:r>
              <w:rPr>
                <w:sz w:val="16"/>
              </w:rPr>
              <w:t>$96,433</w:t>
            </w:r>
          </w:p>
        </w:tc>
        <w:tc>
          <w:tcPr>
            <w:tcW w:type="dxa" w:w="1305"/>
          </w:tcPr>
          <w:p>
            <w:pPr>
              <w:spacing w:after="0"/>
              <w:jc w:val="right"/>
            </w:pPr>
            <w:r>
              <w:rPr>
                <w:sz w:val="16"/>
              </w:rPr>
              <w:t>0.00291%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$6,683,969,104</w:t>
            </w:r>
          </w:p>
        </w:tc>
        <w:tc>
          <w:tcPr>
            <w:tcW w:type="dxa" w:w="1215"/>
          </w:tcPr>
          <w:p>
            <w:pPr>
              <w:spacing w:after="0"/>
              <w:jc w:val="right"/>
            </w:pPr>
            <w:r>
              <w:rPr>
                <w:sz w:val="16"/>
              </w:rPr>
              <w:t>$170,733,554</w:t>
            </w:r>
          </w:p>
        </w:tc>
        <w:tc>
          <w:tcPr>
            <w:tcW w:type="dxa" w:w="1040"/>
          </w:tcPr>
          <w:p>
            <w:pPr>
              <w:spacing w:after="0"/>
              <w:jc w:val="right"/>
            </w:pPr>
            <w:r>
              <w:rPr>
                <w:sz w:val="16"/>
              </w:rPr>
              <w:t>26,870</w:t>
            </w:r>
          </w:p>
        </w:tc>
        <w:tc>
          <w:tcPr>
            <w:tcW w:type="dxa" w:w="1037"/>
          </w:tcPr>
          <w:p>
            <w:pPr>
              <w:spacing w:after="0"/>
              <w:jc w:val="right"/>
            </w:pPr>
            <w:r>
              <w:rPr>
                <w:sz w:val="16"/>
              </w:rPr>
              <w:t>$188,861</w:t>
            </w:r>
          </w:p>
        </w:tc>
        <w:tc>
          <w:tcPr>
            <w:tcW w:type="dxa" w:w="1126"/>
          </w:tcPr>
          <w:p>
            <w:pPr>
              <w:spacing w:after="0"/>
              <w:jc w:val="right"/>
            </w:pPr>
            <w:r>
              <w:rPr>
                <w:sz w:val="16"/>
              </w:rPr>
              <w:t>$83,628</w:t>
            </w:r>
          </w:p>
        </w:tc>
        <w:tc>
          <w:tcPr>
            <w:tcW w:type="dxa" w:w="1146"/>
          </w:tcPr>
          <w:p>
            <w:pPr>
              <w:spacing w:after="0"/>
              <w:jc w:val="right"/>
            </w:pPr>
            <w:r>
              <w:rPr>
                <w:sz w:val="16"/>
              </w:rPr>
              <w:t>$32,913</w:t>
            </w:r>
          </w:p>
        </w:tc>
        <w:tc>
          <w:tcPr>
            <w:tcW w:type="dxa" w:w="1305"/>
          </w:tcPr>
          <w:p>
            <w:pPr>
              <w:spacing w:after="0"/>
              <w:jc w:val="right"/>
            </w:pPr>
            <w:r>
              <w:rPr>
                <w:sz w:val="16"/>
              </w:rPr>
              <w:t>0.00283%</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$6,683,968,396</w:t>
            </w:r>
          </w:p>
        </w:tc>
        <w:tc>
          <w:tcPr>
            <w:tcW w:type="dxa" w:w="1215"/>
          </w:tcPr>
          <w:p>
            <w:pPr>
              <w:spacing w:after="0"/>
              <w:jc w:val="right"/>
            </w:pPr>
            <w:r>
              <w:rPr>
                <w:sz w:val="16"/>
              </w:rPr>
              <w:t>$170,733,554</w:t>
            </w:r>
          </w:p>
        </w:tc>
        <w:tc>
          <w:tcPr>
            <w:tcW w:type="dxa" w:w="1040"/>
          </w:tcPr>
          <w:p>
            <w:pPr>
              <w:spacing w:after="0"/>
              <w:jc w:val="right"/>
            </w:pPr>
            <w:r>
              <w:rPr>
                <w:sz w:val="16"/>
              </w:rPr>
              <w:t>26,870</w:t>
            </w:r>
          </w:p>
        </w:tc>
        <w:tc>
          <w:tcPr>
            <w:tcW w:type="dxa" w:w="1037"/>
          </w:tcPr>
          <w:p>
            <w:pPr>
              <w:spacing w:after="0"/>
              <w:jc w:val="right"/>
            </w:pPr>
            <w:r>
              <w:rPr>
                <w:sz w:val="16"/>
              </w:rPr>
              <w:t>$13</w:t>
            </w:r>
          </w:p>
        </w:tc>
        <w:tc>
          <w:tcPr>
            <w:tcW w:type="dxa" w:w="1126"/>
          </w:tcPr>
          <w:p>
            <w:pPr>
              <w:spacing w:after="0"/>
              <w:jc w:val="right"/>
            </w:pPr>
            <w:r>
              <w:rPr>
                <w:sz w:val="16"/>
              </w:rPr>
              <w:t>$132</w:t>
            </w:r>
          </w:p>
        </w:tc>
        <w:tc>
          <w:tcPr>
            <w:tcW w:type="dxa" w:w="1146"/>
          </w:tcPr>
          <w:p>
            <w:pPr>
              <w:spacing w:after="0"/>
              <w:jc w:val="right"/>
            </w:pPr>
            <w:r>
              <w:rPr>
                <w:sz w:val="16"/>
              </w:rPr>
              <w:t>$128,559</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$6,683,968,396</w:t>
            </w:r>
          </w:p>
        </w:tc>
        <w:tc>
          <w:tcPr>
            <w:tcW w:type="dxa" w:w="1215"/>
          </w:tcPr>
          <w:p>
            <w:pPr>
              <w:spacing w:after="0"/>
              <w:jc w:val="right"/>
            </w:pPr>
            <w:r>
              <w:rPr>
                <w:sz w:val="16"/>
              </w:rPr>
              <w:t>$170,733,554</w:t>
            </w:r>
          </w:p>
        </w:tc>
        <w:tc>
          <w:tcPr>
            <w:tcW w:type="dxa" w:w="1040"/>
          </w:tcPr>
          <w:p>
            <w:pPr>
              <w:spacing w:after="0"/>
              <w:jc w:val="right"/>
            </w:pPr>
            <w:r>
              <w:rPr>
                <w:sz w:val="16"/>
              </w:rPr>
              <w:t>26,870</w:t>
            </w:r>
          </w:p>
        </w:tc>
        <w:tc>
          <w:tcPr>
            <w:tcW w:type="dxa" w:w="1037"/>
          </w:tcPr>
          <w:p>
            <w:pPr>
              <w:spacing w:after="0"/>
              <w:jc w:val="right"/>
            </w:pPr>
            <w:r>
              <w:rPr>
                <w:sz w:val="16"/>
              </w:rPr>
              <w:t>$8,984</w:t>
            </w:r>
          </w:p>
        </w:tc>
        <w:tc>
          <w:tcPr>
            <w:tcW w:type="dxa" w:w="1126"/>
          </w:tcPr>
          <w:p>
            <w:pPr>
              <w:spacing w:after="0"/>
              <w:jc w:val="right"/>
            </w:pPr>
            <w:r>
              <w:rPr>
                <w:sz w:val="16"/>
              </w:rPr>
              <w:t>$10,812</w:t>
            </w:r>
          </w:p>
        </w:tc>
        <w:tc>
          <w:tcPr>
            <w:tcW w:type="dxa" w:w="1146"/>
          </w:tcPr>
          <w:p>
            <w:pPr>
              <w:spacing w:after="0"/>
              <w:jc w:val="right"/>
            </w:pPr>
            <w:r>
              <w:rPr>
                <w:sz w:val="16"/>
              </w:rPr>
              <w:t>$81</w:t>
            </w:r>
          </w:p>
        </w:tc>
        <w:tc>
          <w:tcPr>
            <w:tcW w:type="dxa" w:w="1305"/>
          </w:tcPr>
          <w:p>
            <w:pPr>
              <w:spacing w:after="0"/>
              <w:jc w:val="right"/>
            </w:pPr>
            <w:r>
              <w:rPr>
                <w:sz w:val="16"/>
              </w:rPr>
              <w:t>0.000134%</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$6,683,968,396</w:t>
            </w:r>
          </w:p>
        </w:tc>
        <w:tc>
          <w:tcPr>
            <w:tcW w:type="dxa" w:w="1215"/>
          </w:tcPr>
          <w:p>
            <w:pPr>
              <w:spacing w:after="0"/>
              <w:jc w:val="right"/>
            </w:pPr>
          </w:p>
        </w:tc>
        <w:tc>
          <w:tcPr>
            <w:tcW w:type="dxa" w:w="1040"/>
          </w:tcPr>
          <w:p>
            <w:pPr>
              <w:spacing w:after="0"/>
              <w:jc w:val="right"/>
            </w:pPr>
            <w:r>
              <w:rPr>
                <w:sz w:val="16"/>
              </w:rPr>
              <w:t>26,870</w:t>
            </w:r>
          </w:p>
        </w:tc>
        <w:tc>
          <w:tcPr>
            <w:tcW w:type="dxa" w:w="1037"/>
          </w:tcPr>
          <w:p>
            <w:pPr>
              <w:spacing w:after="0"/>
              <w:jc w:val="right"/>
            </w:pPr>
            <w:r>
              <w:rPr>
                <w:sz w:val="16"/>
              </w:rPr>
              <w:t>$99,226</w:t>
            </w:r>
          </w:p>
        </w:tc>
        <w:tc>
          <w:tcPr>
            <w:tcW w:type="dxa" w:w="1126"/>
          </w:tcPr>
          <w:p>
            <w:pPr>
              <w:spacing w:after="0"/>
              <w:jc w:val="right"/>
            </w:pPr>
          </w:p>
        </w:tc>
        <w:tc>
          <w:tcPr>
            <w:tcW w:type="dxa" w:w="1146"/>
          </w:tcPr>
          <w:p>
            <w:pPr>
              <w:spacing w:after="0"/>
              <w:jc w:val="right"/>
            </w:pPr>
            <w:r>
              <w:rPr>
                <w:sz w:val="16"/>
              </w:rPr>
              <w:t>$21,473</w:t>
            </w:r>
          </w:p>
        </w:tc>
        <w:tc>
          <w:tcPr>
            <w:tcW w:type="dxa" w:w="1305"/>
          </w:tcPr>
          <w:p>
            <w:pPr>
              <w:spacing w:after="0"/>
              <w:jc w:val="right"/>
            </w:pPr>
            <w:r>
              <w:rPr>
                <w:sz w:val="16"/>
              </w:rPr>
              <w:t>0.00148%</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$6,678,304,295</w:t>
            </w:r>
          </w:p>
        </w:tc>
        <w:tc>
          <w:tcPr>
            <w:tcW w:type="dxa" w:w="1215"/>
          </w:tcPr>
          <w:p>
            <w:pPr>
              <w:spacing w:after="0"/>
              <w:jc w:val="right"/>
            </w:pPr>
            <w:r>
              <w:rPr>
                <w:sz w:val="16"/>
              </w:rPr>
              <w:t>$4,577,430</w:t>
            </w:r>
          </w:p>
        </w:tc>
        <w:tc>
          <w:tcPr>
            <w:tcW w:type="dxa" w:w="1040"/>
          </w:tcPr>
          <w:p>
            <w:pPr>
              <w:spacing w:after="0"/>
              <w:jc w:val="right"/>
            </w:pPr>
            <w:r>
              <w:rPr>
                <w:sz w:val="16"/>
              </w:rPr>
              <w:t>522</w:t>
            </w:r>
          </w:p>
        </w:tc>
        <w:tc>
          <w:tcPr>
            <w:tcW w:type="dxa" w:w="1037"/>
          </w:tcPr>
          <w:p>
            <w:pPr>
              <w:spacing w:after="0"/>
              <w:jc w:val="right"/>
            </w:pPr>
            <w:r>
              <w:rPr>
                <w:sz w:val="16"/>
              </w:rPr>
              <w:t>$6,426,150</w:t>
            </w:r>
          </w:p>
        </w:tc>
        <w:tc>
          <w:tcPr>
            <w:tcW w:type="dxa" w:w="1126"/>
          </w:tcPr>
          <w:p>
            <w:pPr>
              <w:spacing w:after="0"/>
              <w:jc w:val="right"/>
            </w:pPr>
            <w:r>
              <w:rPr>
                <w:sz w:val="16"/>
              </w:rPr>
              <w:t>$25,413</w:t>
            </w:r>
          </w:p>
        </w:tc>
        <w:tc>
          <w:tcPr>
            <w:tcW w:type="dxa" w:w="1146"/>
          </w:tcPr>
          <w:p>
            <w:pPr>
              <w:spacing w:after="0"/>
              <w:jc w:val="right"/>
            </w:pPr>
            <w:r>
              <w:rPr>
                <w:sz w:val="16"/>
              </w:rPr>
              <w:t>$16,177</w:t>
            </w:r>
          </w:p>
        </w:tc>
        <w:tc>
          <w:tcPr>
            <w:tcW w:type="dxa" w:w="1305"/>
          </w:tcPr>
          <w:p>
            <w:pPr>
              <w:spacing w:after="0"/>
              <w:jc w:val="right"/>
            </w:pPr>
            <w:r>
              <w:rPr>
                <w:sz w:val="16"/>
              </w:rPr>
              <w:t>n/a (see note)</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r>
              <w:rPr>
                <w:sz w:val="16"/>
              </w:rPr>
              <w:t>$1,045,438.81</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$100,875,238</w:t>
            </w:r>
          </w:p>
        </w:tc>
        <w:tc>
          <w:tcPr>
            <w:tcW w:type="dxa" w:w="1215"/>
          </w:tcPr>
          <w:p>
            <w:pPr>
              <w:spacing w:after="0"/>
              <w:jc w:val="right"/>
            </w:pPr>
          </w:p>
        </w:tc>
        <w:tc>
          <w:tcPr>
            <w:tcW w:type="dxa" w:w="1040"/>
          </w:tcPr>
          <w:p>
            <w:pPr>
              <w:spacing w:after="0"/>
              <w:jc w:val="right"/>
            </w:pPr>
            <w:r>
              <w:rPr>
                <w:sz w:val="16"/>
              </w:rPr>
              <w:t>352</w:t>
            </w:r>
          </w:p>
        </w:tc>
        <w:tc>
          <w:tcPr>
            <w:tcW w:type="dxa" w:w="1037"/>
          </w:tcPr>
          <w:p>
            <w:pPr>
              <w:spacing w:after="0"/>
              <w:jc w:val="right"/>
            </w:pPr>
            <w:r>
              <w:rPr>
                <w:sz w:val="16"/>
              </w:rPr>
              <w:t>$8</w:t>
            </w:r>
          </w:p>
        </w:tc>
        <w:tc>
          <w:tcPr>
            <w:tcW w:type="dxa" w:w="1126"/>
          </w:tcPr>
          <w:p>
            <w:pPr>
              <w:spacing w:after="0"/>
              <w:jc w:val="right"/>
            </w:pPr>
          </w:p>
        </w:tc>
        <w:tc>
          <w:tcPr>
            <w:tcW w:type="dxa" w:w="1146"/>
          </w:tcPr>
          <w:p>
            <w:pPr>
              <w:spacing w:after="0"/>
              <w:jc w:val="right"/>
            </w:pPr>
            <w:r>
              <w:rPr>
                <w:sz w:val="16"/>
              </w:rPr>
              <w:t>$66</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$1,120,785.24</w:t>
            </w: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$6,683,969,104</w:t>
            </w:r>
          </w:p>
        </w:tc>
        <w:tc>
          <w:tcPr>
            <w:tcW w:type="dxa" w:w="1215"/>
          </w:tcPr>
          <w:p>
            <w:pPr>
              <w:spacing w:after="0"/>
              <w:jc w:val="right"/>
            </w:pPr>
          </w:p>
        </w:tc>
        <w:tc>
          <w:tcPr>
            <w:tcW w:type="dxa" w:w="1040"/>
          </w:tcPr>
          <w:p>
            <w:pPr>
              <w:spacing w:after="0"/>
              <w:jc w:val="right"/>
            </w:pPr>
            <w:r>
              <w:rPr>
                <w:sz w:val="16"/>
              </w:rPr>
              <w:t>26,870</w:t>
            </w:r>
          </w:p>
        </w:tc>
        <w:tc>
          <w:tcPr>
            <w:tcW w:type="dxa" w:w="1037"/>
          </w:tcPr>
          <w:p>
            <w:pPr>
              <w:spacing w:after="0"/>
              <w:jc w:val="right"/>
            </w:pPr>
            <w:r>
              <w:rPr>
                <w:sz w:val="16"/>
              </w:rPr>
              <w:t>$9,464</w:t>
            </w:r>
          </w:p>
        </w:tc>
        <w:tc>
          <w:tcPr>
            <w:tcW w:type="dxa" w:w="1126"/>
          </w:tcPr>
          <w:p>
            <w:pPr>
              <w:spacing w:after="0"/>
              <w:jc w:val="right"/>
            </w:pPr>
          </w:p>
        </w:tc>
        <w:tc>
          <w:tcPr>
            <w:tcW w:type="dxa" w:w="1146"/>
          </w:tcPr>
          <w:p>
            <w:pPr>
              <w:spacing w:after="0"/>
              <w:jc w:val="right"/>
            </w:pPr>
            <w:r>
              <w:rPr>
                <w:sz w:val="16"/>
              </w:rPr>
              <w:t>$273,184</w:t>
            </w:r>
          </w:p>
        </w:tc>
        <w:tc>
          <w:tcPr>
            <w:tcW w:type="dxa" w:w="1305"/>
          </w:tcPr>
          <w:p>
            <w:pPr>
              <w:spacing w:after="0"/>
              <w:jc w:val="right"/>
            </w:pPr>
            <w:r>
              <w:rPr>
                <w:sz w:val="16"/>
              </w:rPr>
              <w:t>0.000142%</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$6,683,969,104</w:t>
            </w:r>
          </w:p>
        </w:tc>
        <w:tc>
          <w:tcPr>
            <w:tcW w:type="dxa" w:w="1215"/>
          </w:tcPr>
          <w:p>
            <w:pPr>
              <w:spacing w:after="0"/>
              <w:jc w:val="right"/>
            </w:pPr>
            <w:r>
              <w:rPr>
                <w:sz w:val="16"/>
              </w:rPr>
              <w:t>$170,733,554</w:t>
            </w:r>
          </w:p>
        </w:tc>
        <w:tc>
          <w:tcPr>
            <w:tcW w:type="dxa" w:w="1040"/>
          </w:tcPr>
          <w:p>
            <w:pPr>
              <w:spacing w:after="0"/>
              <w:jc w:val="right"/>
            </w:pPr>
            <w:r>
              <w:rPr>
                <w:sz w:val="16"/>
              </w:rPr>
              <w:t>26,870</w:t>
            </w:r>
          </w:p>
        </w:tc>
        <w:tc>
          <w:tcPr>
            <w:tcW w:type="dxa" w:w="1037"/>
          </w:tcPr>
          <w:p>
            <w:pPr>
              <w:spacing w:after="0"/>
              <w:jc w:val="right"/>
            </w:pPr>
            <w:r>
              <w:rPr>
                <w:sz w:val="16"/>
              </w:rPr>
              <w:t>$420,283</w:t>
            </w:r>
          </w:p>
        </w:tc>
        <w:tc>
          <w:tcPr>
            <w:tcW w:type="dxa" w:w="1126"/>
          </w:tcPr>
          <w:p>
            <w:pPr>
              <w:spacing w:after="0"/>
              <w:jc w:val="right"/>
            </w:pPr>
            <w:r>
              <w:rPr>
                <w:sz w:val="16"/>
              </w:rPr>
              <w:t>$43,565</w:t>
            </w:r>
          </w:p>
        </w:tc>
        <w:tc>
          <w:tcPr>
            <w:tcW w:type="dxa" w:w="1146"/>
          </w:tcPr>
          <w:p>
            <w:pPr>
              <w:spacing w:after="0"/>
              <w:jc w:val="right"/>
            </w:pPr>
            <w:r>
              <w:rPr>
                <w:sz w:val="16"/>
              </w:rPr>
              <w:t>$913,020</w:t>
            </w:r>
          </w:p>
        </w:tc>
        <w:tc>
          <w:tcPr>
            <w:tcW w:type="dxa" w:w="1305"/>
          </w:tcPr>
          <w:p>
            <w:pPr>
              <w:spacing w:after="0"/>
              <w:jc w:val="right"/>
            </w:pPr>
            <w:r>
              <w:rPr>
                <w:sz w:val="16"/>
              </w:rPr>
              <w:t>0.00629%</w:t>
            </w:r>
          </w:p>
        </w:tc>
        <w:tc>
          <w:tcPr>
            <w:tcW w:type="dxa" w:w="1156"/>
          </w:tcPr>
          <w:p>
            <w:pPr>
              <w:spacing w:after="0"/>
              <w:jc w:val="right"/>
            </w:pPr>
            <w:r>
              <w:rPr>
                <w:sz w:val="16"/>
              </w:rPr>
              <w:t>$0</w:t>
            </w:r>
          </w:p>
        </w:tc>
        <w:tc>
          <w:tcPr>
            <w:tcW w:type="dxa" w:w="1067"/>
          </w:tcPr>
          <w:p>
            <w:pPr>
              <w:spacing w:after="0"/>
              <w:jc w:val="right"/>
            </w:pPr>
            <w:r>
              <w:rPr>
                <w:sz w:val="16"/>
              </w:rPr>
              <w:t>$0</w:t>
            </w:r>
          </w:p>
        </w:tc>
        <w:tc>
          <w:tcPr>
            <w:tcW w:type="dxa" w:w="1321"/>
          </w:tcPr>
          <w:p>
            <w:pPr>
              <w:spacing w:after="0"/>
              <w:jc w:val="right"/>
            </w:pPr>
            <w:r>
              <w:rPr>
                <w:sz w:val="16"/>
              </w:rPr>
              <w:t>$1,120,785.24</w:t>
            </w: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$6,683,969,104</w:t>
            </w:r>
          </w:p>
        </w:tc>
        <w:tc>
          <w:tcPr>
            <w:tcW w:type="dxa" w:w="1215"/>
          </w:tcPr>
          <w:p>
            <w:pPr>
              <w:spacing w:after="0"/>
              <w:jc w:val="right"/>
            </w:pPr>
            <w:r>
              <w:rPr>
                <w:sz w:val="16"/>
              </w:rPr>
              <w:t>$170,733,554</w:t>
            </w:r>
          </w:p>
        </w:tc>
        <w:tc>
          <w:tcPr>
            <w:tcW w:type="dxa" w:w="1040"/>
          </w:tcPr>
          <w:p>
            <w:pPr>
              <w:spacing w:after="0"/>
              <w:jc w:val="right"/>
            </w:pPr>
            <w:r>
              <w:rPr>
                <w:sz w:val="16"/>
              </w:rPr>
              <w:t>26,870</w:t>
            </w:r>
          </w:p>
        </w:tc>
        <w:tc>
          <w:tcPr>
            <w:tcW w:type="dxa" w:w="1037"/>
          </w:tcPr>
          <w:p>
            <w:pPr>
              <w:spacing w:after="0"/>
              <w:jc w:val="right"/>
            </w:pPr>
            <w:r>
              <w:rPr>
                <w:sz w:val="16"/>
              </w:rPr>
              <w:t>$1,082,823</w:t>
            </w:r>
          </w:p>
        </w:tc>
        <w:tc>
          <w:tcPr>
            <w:tcW w:type="dxa" w:w="1126"/>
          </w:tcPr>
          <w:p>
            <w:pPr>
              <w:spacing w:after="0"/>
              <w:jc w:val="right"/>
            </w:pPr>
            <w:r>
              <w:rPr>
                <w:sz w:val="16"/>
              </w:rPr>
              <w:t>$7,597</w:t>
            </w:r>
          </w:p>
        </w:tc>
        <w:tc>
          <w:tcPr>
            <w:tcW w:type="dxa" w:w="1146"/>
          </w:tcPr>
          <w:p>
            <w:pPr>
              <w:spacing w:after="0"/>
              <w:jc w:val="right"/>
            </w:pPr>
            <w:r>
              <w:rPr>
                <w:sz w:val="16"/>
              </w:rPr>
              <w:t>$1,823,114</w:t>
            </w:r>
          </w:p>
        </w:tc>
        <w:tc>
          <w:tcPr>
            <w:tcW w:type="dxa" w:w="1305"/>
          </w:tcPr>
          <w:p>
            <w:pPr>
              <w:spacing w:after="0"/>
              <w:jc w:val="right"/>
            </w:pPr>
            <w:r>
              <w:rPr>
                <w:sz w:val="16"/>
              </w:rPr>
              <w:t>0.0162%</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r>
              <w:rPr>
                <w:sz w:val="16"/>
              </w:rPr>
              <w:t>$1,120,785.24</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$2,076,216,890</w:t>
            </w:r>
          </w:p>
        </w:tc>
        <w:tc>
          <w:tcPr>
            <w:tcW w:type="dxa" w:w="1215"/>
          </w:tcPr>
          <w:p>
            <w:pPr>
              <w:spacing w:after="0"/>
              <w:jc w:val="right"/>
            </w:pPr>
            <w:r>
              <w:rPr>
                <w:sz w:val="16"/>
              </w:rPr>
              <w:t>$71,232,460</w:t>
            </w:r>
          </w:p>
        </w:tc>
        <w:tc>
          <w:tcPr>
            <w:tcW w:type="dxa" w:w="1040"/>
          </w:tcPr>
          <w:p>
            <w:pPr>
              <w:spacing w:after="0"/>
              <w:jc w:val="right"/>
            </w:pPr>
            <w:r>
              <w:rPr>
                <w:sz w:val="16"/>
              </w:rPr>
              <w:t>8,709</w:t>
            </w:r>
          </w:p>
        </w:tc>
        <w:tc>
          <w:tcPr>
            <w:tcW w:type="dxa" w:w="1037"/>
          </w:tcPr>
          <w:p>
            <w:pPr>
              <w:spacing w:after="0"/>
              <w:jc w:val="right"/>
            </w:pPr>
            <w:r>
              <w:rPr>
                <w:sz w:val="16"/>
              </w:rPr>
              <w:t>$2,203</w:t>
            </w:r>
          </w:p>
        </w:tc>
        <w:tc>
          <w:tcPr>
            <w:tcW w:type="dxa" w:w="1126"/>
          </w:tcPr>
          <w:p>
            <w:pPr>
              <w:spacing w:after="0"/>
              <w:jc w:val="right"/>
            </w:pPr>
            <w:r>
              <w:rPr>
                <w:sz w:val="16"/>
              </w:rPr>
              <w:t>$22</w:t>
            </w:r>
          </w:p>
        </w:tc>
        <w:tc>
          <w:tcPr>
            <w:tcW w:type="dxa" w:w="1146"/>
          </w:tcPr>
          <w:p>
            <w:pPr>
              <w:spacing w:after="0"/>
              <w:jc w:val="right"/>
            </w:pPr>
            <w:r>
              <w:rPr>
                <w:sz w:val="16"/>
              </w:rPr>
              <w:t>$309</w:t>
            </w:r>
          </w:p>
        </w:tc>
        <w:tc>
          <w:tcPr>
            <w:tcW w:type="dxa" w:w="1305"/>
          </w:tcPr>
          <w:p>
            <w:pPr>
              <w:spacing w:after="0"/>
              <w:jc w:val="right"/>
            </w:pPr>
            <w:r>
              <w:rPr>
                <w:sz w:val="16"/>
              </w:rPr>
              <w:t>0.000106%</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$6,683,968,396</w:t>
            </w:r>
          </w:p>
        </w:tc>
        <w:tc>
          <w:tcPr>
            <w:tcW w:type="dxa" w:w="1215"/>
          </w:tcPr>
          <w:p>
            <w:pPr>
              <w:spacing w:after="0"/>
              <w:jc w:val="right"/>
            </w:pPr>
            <w:r>
              <w:rPr>
                <w:sz w:val="16"/>
              </w:rPr>
              <w:t>$170,733,554</w:t>
            </w:r>
          </w:p>
        </w:tc>
        <w:tc>
          <w:tcPr>
            <w:tcW w:type="dxa" w:w="1040"/>
          </w:tcPr>
          <w:p>
            <w:pPr>
              <w:spacing w:after="0"/>
              <w:jc w:val="right"/>
            </w:pPr>
            <w:r>
              <w:rPr>
                <w:sz w:val="16"/>
              </w:rPr>
              <w:t>26,870</w:t>
            </w:r>
          </w:p>
        </w:tc>
        <w:tc>
          <w:tcPr>
            <w:tcW w:type="dxa" w:w="1037"/>
          </w:tcPr>
          <w:p>
            <w:pPr>
              <w:spacing w:after="0"/>
              <w:jc w:val="right"/>
            </w:pPr>
            <w:r>
              <w:rPr>
                <w:sz w:val="16"/>
              </w:rPr>
              <w:t>$20,902</w:t>
            </w:r>
          </w:p>
        </w:tc>
        <w:tc>
          <w:tcPr>
            <w:tcW w:type="dxa" w:w="1126"/>
          </w:tcPr>
          <w:p>
            <w:pPr>
              <w:spacing w:after="0"/>
              <w:jc w:val="right"/>
            </w:pPr>
            <w:r>
              <w:rPr>
                <w:sz w:val="16"/>
              </w:rPr>
              <w:t>$4</w:t>
            </w:r>
          </w:p>
        </w:tc>
        <w:tc>
          <w:tcPr>
            <w:tcW w:type="dxa" w:w="1146"/>
          </w:tcPr>
          <w:p>
            <w:pPr>
              <w:spacing w:after="0"/>
              <w:jc w:val="right"/>
            </w:pPr>
            <w:r>
              <w:rPr>
                <w:sz w:val="16"/>
              </w:rPr>
              <w:t>$65,541</w:t>
            </w:r>
          </w:p>
        </w:tc>
        <w:tc>
          <w:tcPr>
            <w:tcW w:type="dxa" w:w="1305"/>
          </w:tcPr>
          <w:p>
            <w:pPr>
              <w:spacing w:after="0"/>
              <w:jc w:val="right"/>
            </w:pPr>
            <w:r>
              <w:rPr>
                <w:sz w:val="16"/>
              </w:rPr>
              <w:t>0.000313%</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(1 declaration)</w:t>
            </w:r>
          </w:p>
        </w:tc>
        <w:tc>
          <w:tcPr>
            <w:tcW w:type="dxa" w:w="1178"/>
          </w:tcPr>
          <w:p>
            <w:pPr>
              <w:spacing w:after="0"/>
              <w:jc w:val="left"/>
            </w:pPr>
          </w:p>
        </w:tc>
      </w:tr>
    </w:tbl>
    <w:p>
      <w:pPr>
        <w:spacing w:after="40" w:before="60"/>
      </w:pPr>
      <w:r>
        <w:rPr>
          <w:sz w:val="15"/>
        </w:rPr>
        <w:t>Totals since 2022-05-25 (Storm Events through 2026-06-30): 23 county-coded records, 18 with a damage value recorded (including $0), $0; 7 zone-level records, 1 with a damage value recorded (including $0), $0 reported for the zone; Public Assistance on counted declarations $1,120,785.24 (7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26,870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$6,683,969,104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$170,733,554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$8,920,502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$4,049,297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19</w:t>
            </w:r>
          </w:p>
        </w:tc>
        <w:tc>
          <w:tcPr>
            <w:tcW w:type="dxa" w:w="1609"/>
          </w:tcPr>
          <w:p>
            <w:pPr>
              <w:spacing w:after="0"/>
              <w:jc w:val="right"/>
            </w:pPr>
            <w:r>
              <w:rPr>
                <w:sz w:val="16"/>
              </w:rPr>
              <w:t>19</w:t>
            </w:r>
          </w:p>
        </w:tc>
        <w:tc>
          <w:tcPr>
            <w:tcW w:type="dxa" w:w="1609"/>
          </w:tcPr>
          <w:p>
            <w:pPr>
              <w:spacing w:after="0"/>
              <w:jc w:val="right"/>
            </w:pPr>
            <w:r>
              <w:rPr>
                <w:sz w:val="16"/>
              </w:rPr>
              <w:t>57</w:t>
            </w:r>
          </w:p>
        </w:tc>
        <w:tc>
          <w:tcPr>
            <w:tcW w:type="dxa" w:w="1609"/>
          </w:tcPr>
          <w:p>
            <w:pPr>
              <w:spacing w:after="0"/>
              <w:jc w:val="right"/>
            </w:pPr>
            <w:r>
              <w:rPr>
                <w:sz w:val="16"/>
              </w:rPr>
              <w:t>15</w:t>
            </w:r>
          </w:p>
        </w:tc>
        <w:tc>
          <w:tcPr>
            <w:tcW w:type="dxa" w:w="1609"/>
          </w:tcPr>
          <w:p>
            <w:pPr>
              <w:spacing w:after="0"/>
              <w:jc w:val="right"/>
            </w:pPr>
            <w:r>
              <w:rPr>
                <w:sz w:val="16"/>
              </w:rPr>
              <w:t>64</w:t>
            </w:r>
          </w:p>
        </w:tc>
        <w:tc>
          <w:tcPr>
            <w:tcW w:type="dxa" w:w="1609"/>
          </w:tcPr>
          <w:p>
            <w:pPr>
              <w:spacing w:after="0"/>
              <w:jc w:val="right"/>
            </w:pPr>
            <w:r>
              <w:rPr>
                <w:sz w:val="16"/>
              </w:rPr>
              <w:t>0</w:t>
            </w:r>
          </w:p>
        </w:tc>
        <w:tc>
          <w:tcPr>
            <w:tcW w:type="dxa" w:w="1791"/>
          </w:tcPr>
          <w:p>
            <w:pPr>
              <w:spacing w:after="0"/>
              <w:jc w:val="right"/>
            </w:pPr>
            <w:r>
              <w:rPr>
                <w:sz w:val="16"/>
              </w:rPr>
              <w:t>30</w:t>
            </w:r>
          </w:p>
        </w:tc>
      </w:tr>
      <w:tr>
        <w:trPr>
          <w:cantSplit/>
        </w:trPr>
        <w:tc>
          <w:tcPr>
            <w:tcW w:type="dxa" w:w="2670"/>
          </w:tcPr>
          <w:p>
            <w:pPr>
              <w:spacing w:after="0"/>
              <w:jc w:val="left"/>
            </w:pPr>
            <w:r>
              <w:rPr>
                <w:sz w:val="16"/>
              </w:rPr>
              <w:t>WOODFORD COUNTY*</w:t>
            </w:r>
          </w:p>
        </w:tc>
        <w:tc>
          <w:tcPr>
            <w:tcW w:type="dxa" w:w="1609"/>
          </w:tcPr>
          <w:p>
            <w:pPr>
              <w:spacing w:after="0"/>
              <w:jc w:val="right"/>
            </w:pPr>
            <w:r>
              <w:rPr>
                <w:sz w:val="16"/>
              </w:rPr>
              <w:t>19</w:t>
            </w:r>
          </w:p>
        </w:tc>
        <w:tc>
          <w:tcPr>
            <w:tcW w:type="dxa" w:w="1609"/>
          </w:tcPr>
          <w:p>
            <w:pPr>
              <w:spacing w:after="0"/>
              <w:jc w:val="right"/>
            </w:pPr>
            <w:r>
              <w:rPr>
                <w:sz w:val="16"/>
              </w:rPr>
              <w:t>19</w:t>
            </w:r>
          </w:p>
        </w:tc>
        <w:tc>
          <w:tcPr>
            <w:tcW w:type="dxa" w:w="1609"/>
          </w:tcPr>
          <w:p>
            <w:pPr>
              <w:spacing w:after="0"/>
              <w:jc w:val="right"/>
            </w:pPr>
            <w:r>
              <w:rPr>
                <w:sz w:val="16"/>
              </w:rPr>
              <w:t>53</w:t>
            </w:r>
          </w:p>
        </w:tc>
        <w:tc>
          <w:tcPr>
            <w:tcW w:type="dxa" w:w="1609"/>
          </w:tcPr>
          <w:p>
            <w:pPr>
              <w:spacing w:after="0"/>
              <w:jc w:val="right"/>
            </w:pPr>
            <w:r>
              <w:rPr>
                <w:sz w:val="16"/>
              </w:rPr>
              <w:t>15</w:t>
            </w:r>
          </w:p>
        </w:tc>
        <w:tc>
          <w:tcPr>
            <w:tcW w:type="dxa" w:w="1609"/>
          </w:tcPr>
          <w:p>
            <w:pPr>
              <w:spacing w:after="0"/>
              <w:jc w:val="right"/>
            </w:pPr>
            <w:r>
              <w:rPr>
                <w:sz w:val="16"/>
              </w:rPr>
              <w:t>60</w:t>
            </w:r>
          </w:p>
        </w:tc>
        <w:tc>
          <w:tcPr>
            <w:tcW w:type="dxa" w:w="1609"/>
          </w:tcPr>
          <w:p>
            <w:pPr>
              <w:spacing w:after="0"/>
              <w:jc w:val="right"/>
            </w:pPr>
            <w:r>
              <w:rPr>
                <w:sz w:val="16"/>
              </w:rPr>
              <w:t>0</w:t>
            </w:r>
          </w:p>
        </w:tc>
        <w:tc>
          <w:tcPr>
            <w:tcW w:type="dxa" w:w="1791"/>
          </w:tcPr>
          <w:p>
            <w:pPr>
              <w:spacing w:after="0"/>
              <w:jc w:val="right"/>
            </w:pPr>
            <w:r>
              <w:rPr>
                <w:sz w:val="16"/>
              </w:rPr>
              <w:t>27</w:t>
            </w:r>
          </w:p>
        </w:tc>
      </w:tr>
      <w:tr>
        <w:trPr>
          <w:cantSplit/>
        </w:trPr>
        <w:tc>
          <w:tcPr>
            <w:tcW w:type="dxa" w:w="2670"/>
          </w:tcPr>
          <w:p>
            <w:pPr>
              <w:spacing w:after="0"/>
              <w:jc w:val="left"/>
            </w:pPr>
            <w:r>
              <w:rPr>
                <w:sz w:val="16"/>
              </w:rPr>
              <w:t>VERSAILLES,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MIDWAY,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Woodford County (unincorporated area)</w:t>
            </w:r>
          </w:p>
        </w:tc>
        <w:tc>
          <w:tcPr>
            <w:tcW w:type="dxa" w:w="1499"/>
          </w:tcPr>
          <w:p>
            <w:pPr>
              <w:spacing w:after="0"/>
              <w:jc w:val="left"/>
            </w:pPr>
            <w:r>
              <w:rPr>
                <w:sz w:val="16"/>
              </w:rPr>
              <w:t>210230</w:t>
            </w:r>
          </w:p>
        </w:tc>
        <w:tc>
          <w:tcPr>
            <w:tcW w:type="dxa" w:w="1347"/>
          </w:tcPr>
          <w:p>
            <w:pPr>
              <w:spacing w:after="0"/>
              <w:jc w:val="right"/>
            </w:pPr>
            <w:r>
              <w:rPr>
                <w:sz w:val="16"/>
              </w:rPr>
              <w:t>19</w:t>
            </w:r>
          </w:p>
        </w:tc>
        <w:tc>
          <w:tcPr>
            <w:tcW w:type="dxa" w:w="1347"/>
          </w:tcPr>
          <w:p>
            <w:pPr>
              <w:spacing w:after="0"/>
              <w:jc w:val="right"/>
            </w:pPr>
            <w:r>
              <w:rPr>
                <w:sz w:val="16"/>
              </w:rPr>
              <w:t>19</w:t>
            </w:r>
          </w:p>
        </w:tc>
        <w:tc>
          <w:tcPr>
            <w:tcW w:type="dxa" w:w="1347"/>
          </w:tcPr>
          <w:p>
            <w:pPr>
              <w:spacing w:after="0"/>
              <w:jc w:val="right"/>
            </w:pPr>
            <w:r>
              <w:rPr>
                <w:sz w:val="16"/>
              </w:rPr>
              <w:t>53</w:t>
            </w:r>
          </w:p>
        </w:tc>
        <w:tc>
          <w:tcPr>
            <w:tcW w:type="dxa" w:w="1347"/>
          </w:tcPr>
          <w:p>
            <w:pPr>
              <w:spacing w:after="0"/>
              <w:jc w:val="right"/>
            </w:pPr>
            <w:r>
              <w:rPr>
                <w:sz w:val="16"/>
              </w:rPr>
              <w:t>15</w:t>
            </w:r>
          </w:p>
        </w:tc>
        <w:tc>
          <w:tcPr>
            <w:tcW w:type="dxa" w:w="1347"/>
          </w:tcPr>
          <w:p>
            <w:pPr>
              <w:spacing w:after="0"/>
              <w:jc w:val="right"/>
            </w:pPr>
            <w:r>
              <w:rPr>
                <w:sz w:val="16"/>
              </w:rPr>
              <w:t>60</w:t>
            </w:r>
          </w:p>
        </w:tc>
        <w:tc>
          <w:tcPr>
            <w:tcW w:type="dxa" w:w="1347"/>
          </w:tcPr>
          <w:p>
            <w:pPr>
              <w:spacing w:after="0"/>
              <w:jc w:val="right"/>
            </w:pPr>
            <w:r>
              <w:rPr>
                <w:sz w:val="16"/>
              </w:rPr>
              <w:t>0</w:t>
            </w:r>
          </w:p>
        </w:tc>
        <w:tc>
          <w:tcPr>
            <w:tcW w:type="dxa" w:w="1499"/>
          </w:tcPr>
          <w:p>
            <w:pPr>
              <w:spacing w:after="0"/>
              <w:jc w:val="right"/>
            </w:pPr>
            <w:r>
              <w:rPr>
                <w:sz w:val="16"/>
              </w:rPr>
              <w:t>27</w:t>
            </w:r>
          </w:p>
        </w:tc>
        <w:tc>
          <w:tcPr>
            <w:tcW w:type="dxa" w:w="921"/>
          </w:tcPr>
          <w:p>
            <w:pPr>
              <w:spacing w:after="0"/>
              <w:jc w:val="left"/>
            </w:pPr>
          </w:p>
        </w:tc>
      </w:tr>
      <w:tr>
        <w:trPr>
          <w:cantSplit/>
        </w:trPr>
        <w:tc>
          <w:tcPr>
            <w:tcW w:type="dxa" w:w="2109"/>
          </w:tcPr>
          <w:p>
            <w:pPr>
              <w:spacing w:after="0"/>
              <w:jc w:val="left"/>
            </w:pPr>
            <w:r>
              <w:rPr>
                <w:sz w:val="16"/>
              </w:rPr>
              <w:t>Midway city</w:t>
            </w:r>
          </w:p>
        </w:tc>
        <w:tc>
          <w:tcPr>
            <w:tcW w:type="dxa" w:w="1499"/>
          </w:tcPr>
          <w:p>
            <w:pPr>
              <w:spacing w:after="0"/>
              <w:jc w:val="left"/>
            </w:pPr>
            <w:r>
              <w:rPr>
                <w:sz w:val="16"/>
              </w:rPr>
              <w:t>210477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Versailles city</w:t>
            </w:r>
          </w:p>
        </w:tc>
        <w:tc>
          <w:tcPr>
            <w:tcW w:type="dxa" w:w="1499"/>
          </w:tcPr>
          <w:p>
            <w:pPr>
              <w:spacing w:after="0"/>
              <w:jc w:val="left"/>
            </w:pPr>
            <w:r>
              <w:rPr>
                <w:sz w:val="16"/>
              </w:rPr>
              <w:t>210231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19</w:t>
            </w:r>
          </w:p>
        </w:tc>
        <w:tc>
          <w:tcPr>
            <w:tcW w:type="dxa" w:w="1496"/>
          </w:tcPr>
          <w:p>
            <w:pPr>
              <w:spacing w:after="0"/>
              <w:jc w:val="right"/>
            </w:pPr>
            <w:r>
              <w:rPr>
                <w:sz w:val="16"/>
              </w:rPr>
              <w:t>18</w:t>
            </w:r>
          </w:p>
        </w:tc>
        <w:tc>
          <w:tcPr>
            <w:tcW w:type="dxa" w:w="1496"/>
          </w:tcPr>
          <w:p>
            <w:pPr>
              <w:spacing w:after="0"/>
              <w:jc w:val="right"/>
            </w:pPr>
            <w:r>
              <w:rPr>
                <w:sz w:val="16"/>
              </w:rPr>
              <w:t>50</w:t>
            </w:r>
          </w:p>
        </w:tc>
        <w:tc>
          <w:tcPr>
            <w:tcW w:type="dxa" w:w="1496"/>
          </w:tcPr>
          <w:p>
            <w:pPr>
              <w:spacing w:after="0"/>
              <w:jc w:val="right"/>
            </w:pPr>
            <w:r>
              <w:rPr>
                <w:sz w:val="16"/>
              </w:rPr>
              <w:t>14</w:t>
            </w:r>
          </w:p>
        </w:tc>
        <w:tc>
          <w:tcPr>
            <w:tcW w:type="dxa" w:w="1496"/>
          </w:tcPr>
          <w:p>
            <w:pPr>
              <w:spacing w:after="0"/>
              <w:jc w:val="right"/>
            </w:pPr>
            <w:r>
              <w:rPr>
                <w:sz w:val="16"/>
              </w:rPr>
              <w:t>57</w:t>
            </w:r>
          </w:p>
        </w:tc>
        <w:tc>
          <w:tcPr>
            <w:tcW w:type="dxa" w:w="1496"/>
          </w:tcPr>
          <w:p>
            <w:pPr>
              <w:spacing w:after="0"/>
              <w:jc w:val="right"/>
            </w:pPr>
            <w:r>
              <w:rPr>
                <w:sz w:val="16"/>
              </w:rPr>
              <w:t>0</w:t>
            </w:r>
          </w:p>
        </w:tc>
        <w:tc>
          <w:tcPr>
            <w:tcW w:type="dxa" w:w="1665"/>
          </w:tcPr>
          <w:p>
            <w:pPr>
              <w:spacing w:after="0"/>
              <w:jc w:val="right"/>
            </w:pPr>
            <w:r>
              <w:rPr>
                <w:sz w:val="16"/>
              </w:rPr>
              <w:t>24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7 properties are FMA repetitive loss but not NFIP repetitive loss, and 45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Woodford County, KY: risk-assessment baseline packet, release 2026-10 (data as of 2026-09-28; County area 21239).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Woodford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Woodford County, KY: Risk-assessment baseline packet</dc:title>
  <dc:subject>Hazard Plain release 2026-10, as of 2026-09-28. Preview: automated baseline</dc:subject>
  <dc:creator>Hazard Plain</dc:creator>
  <cp:keywords>Hazard Plain; hazard mitigation; risk assessment; 21239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