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Robertson County, KY</w:t>
      </w:r>
    </w:p>
    <w:p>
      <w:pPr>
        <w:spacing w:after="120" w:before="0"/>
      </w:pPr>
      <w:r>
        <w:rPr>
          <w:color w:val="555555"/>
          <w:sz w:val="24"/>
        </w:rPr>
        <w:t>Risk-assessment baseline packet</w:t>
      </w:r>
    </w:p>
    <w:p>
      <w:pPr>
        <w:spacing w:after="120" w:before="0"/>
      </w:pPr>
      <w:r>
        <w:rPr>
          <w:b/>
          <w:sz w:val="18"/>
        </w:rPr>
        <w:t xml:space="preserve">Unit: </w:t>
      </w:r>
      <w:r>
        <w:rPr>
          <w:sz w:val="18"/>
        </w:rPr>
        <w:t>County area 21201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2027-05-23</w:t>
      </w:r>
    </w:p>
    <w:p>
      <w:pPr>
        <w:keepNext/>
        <w:spacing w:after="40" w:before="0"/>
      </w:pPr>
      <w:r>
        <w:rPr>
          <w:b/>
        </w:rPr>
        <w:t xml:space="preserve">Plan: </w:t>
      </w:r>
      <w:r>
        <w:rPr/>
        <w:t>Buffalo Trace ADD Regional (FEMA plan 108105)</w:t>
      </w:r>
    </w:p>
    <w:p>
      <w:pPr>
        <w:keepNext/>
        <w:spacing w:after="40" w:before="0"/>
      </w:pPr>
      <w:r>
        <w:rPr>
          <w:b/>
        </w:rPr>
        <w:t xml:space="preserve">Approved: </w:t>
      </w:r>
      <w:r>
        <w:rPr/>
        <w:t>2022-05-24</w:t>
      </w:r>
    </w:p>
    <w:p>
      <w:pPr>
        <w:keepNext/>
        <w:spacing w:after="40" w:before="0"/>
      </w:pPr>
      <w:r>
        <w:rPr>
          <w:b/>
        </w:rPr>
        <w:t xml:space="preserve">Expires: </w:t>
      </w:r>
      <w:r>
        <w:rPr/>
        <w:t>2027-05-23</w:t>
      </w:r>
    </w:p>
    <w:p>
      <w:pPr>
        <w:keepNext/>
        <w:spacing w:after="40" w:before="0"/>
      </w:pPr>
      <w:r>
        <w:rPr>
          <w:b/>
        </w:rPr>
        <w:t xml:space="preserve">As of: </w:t>
      </w:r>
      <w:r>
        <w:rPr/>
        <w:t>2026-09-28</w:t>
      </w:r>
    </w:p>
    <w:p>
      <w:pPr>
        <w:keepNext/>
        <w:spacing w:after="40" w:before="0"/>
      </w:pPr>
      <w:r>
        <w:rPr>
          <w:b/>
        </w:rPr>
        <w:t xml:space="preserve">Days: </w:t>
      </w:r>
      <w:r>
        <w:rPr/>
        <w:t>237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DR-4702-KY, DR-4848-KY, EM-3624-KY, DR-4860-KY, EM-3626-KY, DR-4864-KY, EM-3633-KY (7 declaration rows; 5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38"/>
        <w:gridCol w:w="1394"/>
        <w:gridCol w:w="2431"/>
        <w:gridCol w:w="3724"/>
        <w:gridCol w:w="1037"/>
        <w:gridCol w:w="1037"/>
        <w:gridCol w:w="880"/>
        <w:gridCol w:w="936"/>
        <w:gridCol w:w="1037"/>
      </w:tblGrid>
      <w:tr>
        <w:trPr>
          <w:cantSplit/>
          <w:tblHeader/>
        </w:trPr>
        <w:tc>
          <w:tcPr>
            <w:tcW w:type="dxa" w:w="1638"/>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31"/>
            <w:shd w:val="clear" w:color="auto" w:fill="E8E8E8"/>
          </w:tcPr>
          <w:p>
            <w:pPr>
              <w:spacing w:after="0"/>
              <w:jc w:val="left"/>
            </w:pPr>
            <w:r>
              <w:rPr>
                <w:b/>
                <w:sz w:val="16"/>
              </w:rPr>
              <w:t>Status</w:t>
            </w:r>
          </w:p>
        </w:tc>
        <w:tc>
          <w:tcPr>
            <w:tcW w:type="dxa" w:w="372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6"/>
            <w:shd w:val="clear" w:color="auto" w:fill="E8E8E8"/>
          </w:tcPr>
          <w:p>
            <w:pPr>
              <w:spacing w:after="0"/>
              <w:jc w:val="left"/>
            </w:pPr>
            <w:r>
              <w:rPr>
                <w:b/>
                <w:sz w:val="16"/>
              </w:rPr>
              <w:t>Update underway</w:t>
            </w:r>
          </w:p>
        </w:tc>
        <w:tc>
          <w:tcPr>
            <w:tcW w:type="dxa" w:w="1037"/>
            <w:shd w:val="clear" w:color="auto" w:fill="E8E8E8"/>
          </w:tcPr>
          <w:p>
            <w:pPr>
              <w:spacing w:after="0"/>
              <w:jc w:val="left"/>
            </w:pPr>
            <w:r>
              <w:rPr>
                <w:b/>
                <w:sz w:val="16"/>
              </w:rPr>
              <w:t>Notes</w:t>
            </w:r>
          </w:p>
        </w:tc>
      </w:tr>
      <w:tr>
        <w:trPr>
          <w:cantSplit/>
        </w:trPr>
        <w:tc>
          <w:tcPr>
            <w:tcW w:type="dxa" w:w="1638"/>
          </w:tcPr>
          <w:p>
            <w:pPr>
              <w:spacing w:after="0"/>
              <w:jc w:val="left"/>
            </w:pPr>
            <w:r>
              <w:rPr>
                <w:sz w:val="16"/>
              </w:rPr>
              <w:t>Robertson County (unincorporated area)</w:t>
            </w:r>
          </w:p>
        </w:tc>
        <w:tc>
          <w:tcPr>
            <w:tcW w:type="dxa" w:w="1394"/>
          </w:tcPr>
          <w:p>
            <w:pPr>
              <w:spacing w:after="0"/>
              <w:jc w:val="left"/>
            </w:pPr>
            <w:r>
              <w:rPr>
                <w:sz w:val="16"/>
              </w:rPr>
              <w:t>Unincorporated</w:t>
            </w:r>
          </w:p>
        </w:tc>
        <w:tc>
          <w:tcPr>
            <w:tcW w:type="dxa" w:w="2431"/>
          </w:tcPr>
          <w:p>
            <w:pPr>
              <w:spacing w:after="0"/>
              <w:jc w:val="left"/>
            </w:pPr>
            <w:r>
              <w:rPr>
                <w:sz w:val="16"/>
              </w:rPr>
              <w:t>Approved, expires 2027-05-23</w:t>
            </w:r>
          </w:p>
        </w:tc>
        <w:tc>
          <w:tcPr>
            <w:tcW w:type="dxa" w:w="3724"/>
          </w:tcPr>
          <w:p>
            <w:pPr>
              <w:spacing w:after="0"/>
              <w:jc w:val="left"/>
            </w:pPr>
            <w:r>
              <w:rPr>
                <w:sz w:val="16"/>
              </w:rPr>
              <w:t>Buffalo Trace ADD Regional (FEMA plan 108105)</w:t>
            </w:r>
          </w:p>
        </w:tc>
        <w:tc>
          <w:tcPr>
            <w:tcW w:type="dxa" w:w="1037"/>
          </w:tcPr>
          <w:p>
            <w:pPr>
              <w:spacing w:after="0"/>
              <w:jc w:val="left"/>
            </w:pPr>
            <w:r>
              <w:rPr>
                <w:sz w:val="16"/>
              </w:rPr>
              <w:t>2022-05-24</w:t>
            </w:r>
          </w:p>
        </w:tc>
        <w:tc>
          <w:tcPr>
            <w:tcW w:type="dxa" w:w="1037"/>
          </w:tcPr>
          <w:p>
            <w:pPr>
              <w:spacing w:after="0"/>
              <w:jc w:val="left"/>
            </w:pPr>
            <w:r>
              <w:rPr>
                <w:sz w:val="16"/>
              </w:rPr>
              <w:t>2027-05-23</w:t>
            </w:r>
          </w:p>
        </w:tc>
        <w:tc>
          <w:tcPr>
            <w:tcW w:type="dxa" w:w="880"/>
          </w:tcPr>
          <w:p>
            <w:pPr>
              <w:spacing w:after="0"/>
              <w:jc w:val="right"/>
            </w:pPr>
            <w:r>
              <w:rPr>
                <w:sz w:val="16"/>
              </w:rPr>
              <w:t>237</w:t>
            </w:r>
          </w:p>
        </w:tc>
        <w:tc>
          <w:tcPr>
            <w:tcW w:type="dxa" w:w="936"/>
          </w:tcPr>
          <w:p>
            <w:pPr>
              <w:spacing w:after="0"/>
              <w:jc w:val="left"/>
            </w:pPr>
          </w:p>
        </w:tc>
        <w:tc>
          <w:tcPr>
            <w:tcW w:type="dxa" w:w="1037"/>
          </w:tcPr>
          <w:p>
            <w:pPr>
              <w:spacing w:after="0"/>
              <w:jc w:val="left"/>
            </w:pPr>
          </w:p>
        </w:tc>
      </w:tr>
      <w:tr>
        <w:trPr>
          <w:cantSplit/>
        </w:trPr>
        <w:tc>
          <w:tcPr>
            <w:tcW w:type="dxa" w:w="1638"/>
          </w:tcPr>
          <w:p>
            <w:pPr>
              <w:spacing w:after="0"/>
              <w:jc w:val="left"/>
            </w:pPr>
            <w:r>
              <w:rPr>
                <w:sz w:val="16"/>
              </w:rPr>
              <w:t>Mount Olivet city</w:t>
            </w:r>
          </w:p>
        </w:tc>
        <w:tc>
          <w:tcPr>
            <w:tcW w:type="dxa" w:w="1394"/>
          </w:tcPr>
          <w:p>
            <w:pPr>
              <w:spacing w:after="0"/>
              <w:jc w:val="left"/>
            </w:pPr>
            <w:r>
              <w:rPr>
                <w:sz w:val="16"/>
              </w:rPr>
              <w:t>City</w:t>
            </w:r>
          </w:p>
        </w:tc>
        <w:tc>
          <w:tcPr>
            <w:tcW w:type="dxa" w:w="2431"/>
          </w:tcPr>
          <w:p>
            <w:pPr>
              <w:spacing w:after="0"/>
              <w:jc w:val="left"/>
            </w:pPr>
            <w:r>
              <w:rPr>
                <w:sz w:val="16"/>
              </w:rPr>
              <w:t>Approved, expires 2027-05-23</w:t>
            </w:r>
          </w:p>
        </w:tc>
        <w:tc>
          <w:tcPr>
            <w:tcW w:type="dxa" w:w="3724"/>
          </w:tcPr>
          <w:p>
            <w:pPr>
              <w:spacing w:after="0"/>
              <w:jc w:val="left"/>
            </w:pPr>
            <w:r>
              <w:rPr>
                <w:sz w:val="16"/>
              </w:rPr>
              <w:t>Buffalo Trace ADD Regional (FEMA plan 108105)</w:t>
            </w:r>
          </w:p>
        </w:tc>
        <w:tc>
          <w:tcPr>
            <w:tcW w:type="dxa" w:w="1037"/>
          </w:tcPr>
          <w:p>
            <w:pPr>
              <w:spacing w:after="0"/>
              <w:jc w:val="left"/>
            </w:pPr>
            <w:r>
              <w:rPr>
                <w:sz w:val="16"/>
              </w:rPr>
              <w:t>2022-05-24</w:t>
            </w:r>
          </w:p>
        </w:tc>
        <w:tc>
          <w:tcPr>
            <w:tcW w:type="dxa" w:w="1037"/>
          </w:tcPr>
          <w:p>
            <w:pPr>
              <w:spacing w:after="0"/>
              <w:jc w:val="left"/>
            </w:pPr>
            <w:r>
              <w:rPr>
                <w:sz w:val="16"/>
              </w:rPr>
              <w:t>2027-05-23</w:t>
            </w:r>
          </w:p>
        </w:tc>
        <w:tc>
          <w:tcPr>
            <w:tcW w:type="dxa" w:w="880"/>
          </w:tcPr>
          <w:p>
            <w:pPr>
              <w:spacing w:after="0"/>
              <w:jc w:val="right"/>
            </w:pPr>
            <w:r>
              <w:rPr>
                <w:sz w:val="16"/>
              </w:rPr>
              <w:t>237</w:t>
            </w:r>
          </w:p>
        </w:tc>
        <w:tc>
          <w:tcPr>
            <w:tcW w:type="dxa" w:w="936"/>
          </w:tcPr>
          <w:p>
            <w:pPr>
              <w:spacing w:after="0"/>
              <w:jc w:val="left"/>
            </w:pPr>
          </w:p>
        </w:tc>
        <w:tc>
          <w:tcPr>
            <w:tcW w:type="dxa" w:w="1037"/>
          </w:tcPr>
          <w:p>
            <w:pPr>
              <w:spacing w:after="0"/>
              <w:jc w:val="left"/>
            </w:pPr>
            <w:r>
              <w:rPr>
                <w:sz w:val="16"/>
              </w:rPr>
              <w:t>member approved 2023-05-17</w:t>
            </w:r>
          </w:p>
        </w:tc>
      </w:tr>
    </w:tbl>
    <w:p>
      <w:pPr>
        <w:spacing w:after="40" w:before="60"/>
      </w:pPr>
      <w:r>
        <w:rPr>
          <w:sz w:val="15"/>
        </w:rPr>
        <w:t>Plan 108105 also covers 14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0"/>
        <w:gridCol w:w="1037"/>
        <w:gridCol w:w="1037"/>
        <w:gridCol w:w="1037"/>
        <w:gridCol w:w="948"/>
        <w:gridCol w:w="1126"/>
        <w:gridCol w:w="1328"/>
        <w:gridCol w:w="1034"/>
        <w:gridCol w:w="1277"/>
        <w:gridCol w:w="2362"/>
        <w:gridCol w:w="2238"/>
      </w:tblGrid>
      <w:tr>
        <w:trPr>
          <w:cantSplit/>
          <w:tblHeader/>
        </w:trPr>
        <w:tc>
          <w:tcPr>
            <w:tcW w:type="dxa" w:w="69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3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7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36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238"/>
            <w:shd w:val="clear" w:color="auto" w:fill="E8E8E8"/>
          </w:tcPr>
          <w:p>
            <w:pPr>
              <w:spacing w:after="0"/>
              <w:jc w:val="left"/>
            </w:pPr>
            <w:r>
              <w:rPr>
                <w:b/>
                <w:sz w:val="16"/>
              </w:rPr>
              <w:t>Storm Events coverage note</w:t>
            </w:r>
          </w:p>
        </w:tc>
      </w:tr>
      <w:tr>
        <w:trPr>
          <w:cantSplit/>
        </w:trPr>
        <w:tc>
          <w:tcPr>
            <w:tcW w:type="dxa" w:w="690"/>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$638,476</w:t>
            </w:r>
          </w:p>
        </w:tc>
        <w:tc>
          <w:tcPr>
            <w:tcW w:type="dxa" w:w="1126"/>
          </w:tcPr>
          <w:p>
            <w:pPr>
              <w:spacing w:after="0"/>
              <w:jc w:val="right"/>
            </w:pPr>
            <w:r>
              <w:rPr>
                <w:sz w:val="16"/>
              </w:rPr>
              <w:t>$761</w:t>
            </w:r>
          </w:p>
        </w:tc>
        <w:tc>
          <w:tcPr>
            <w:tcW w:type="dxa" w:w="1328"/>
          </w:tcPr>
          <w:p>
            <w:pPr>
              <w:spacing w:after="0"/>
              <w:jc w:val="right"/>
            </w:pPr>
            <w:r>
              <w:rPr>
                <w:sz w:val="16"/>
              </w:rPr>
              <w:t>$1,424</w:t>
            </w:r>
          </w:p>
        </w:tc>
        <w:tc>
          <w:tcPr>
            <w:tcW w:type="dxa" w:w="1034"/>
          </w:tcPr>
          <w:p>
            <w:pPr>
              <w:spacing w:after="0"/>
              <w:jc w:val="right"/>
            </w:pPr>
            <w:r>
              <w:rPr>
                <w:sz w:val="16"/>
              </w:rPr>
              <w:t>$640,662</w:t>
            </w:r>
          </w:p>
        </w:tc>
        <w:tc>
          <w:tcPr>
            <w:tcW w:type="dxa" w:w="1277"/>
          </w:tcPr>
          <w:p>
            <w:pPr>
              <w:spacing w:after="0"/>
              <w:jc w:val="right"/>
            </w:pPr>
            <w:r>
              <w:rPr>
                <w:sz w:val="16"/>
              </w:rPr>
              <w:t>17</w:t>
            </w:r>
          </w:p>
        </w:tc>
        <w:tc>
          <w:tcPr>
            <w:tcW w:type="dxa" w:w="2362"/>
          </w:tcPr>
          <w:p>
            <w:pPr>
              <w:spacing w:after="0"/>
              <w:jc w:val="left"/>
            </w:pPr>
          </w:p>
        </w:tc>
        <w:tc>
          <w:tcPr>
            <w:tcW w:type="dxa" w:w="2238"/>
          </w:tcPr>
          <w:p>
            <w:pPr>
              <w:spacing w:after="0"/>
              <w:jc w:val="left"/>
            </w:pPr>
          </w:p>
        </w:tc>
      </w:tr>
      <w:tr>
        <w:trPr>
          <w:cantSplit/>
        </w:trPr>
        <w:tc>
          <w:tcPr>
            <w:tcW w:type="dxa" w:w="690"/>
          </w:tcPr>
          <w:p>
            <w:pPr>
              <w:spacing w:after="0"/>
              <w:jc w:val="right"/>
            </w:pPr>
            <w:r>
              <w:rPr>
                <w:sz w:val="16"/>
              </w:rPr>
              <w:t>2</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$83,335</w:t>
            </w:r>
          </w:p>
        </w:tc>
        <w:tc>
          <w:tcPr>
            <w:tcW w:type="dxa" w:w="1126"/>
          </w:tcPr>
          <w:p>
            <w:pPr>
              <w:spacing w:after="0"/>
              <w:jc w:val="right"/>
            </w:pPr>
            <w:r>
              <w:rPr>
                <w:sz w:val="16"/>
              </w:rPr>
              <w:t>$193</w:t>
            </w:r>
          </w:p>
        </w:tc>
        <w:tc>
          <w:tcPr>
            <w:tcW w:type="dxa" w:w="1328"/>
          </w:tcPr>
          <w:p>
            <w:pPr>
              <w:spacing w:after="0"/>
              <w:jc w:val="right"/>
            </w:pPr>
            <w:r>
              <w:rPr>
                <w:sz w:val="16"/>
              </w:rPr>
              <w:t>$96,032</w:t>
            </w:r>
          </w:p>
        </w:tc>
        <w:tc>
          <w:tcPr>
            <w:tcW w:type="dxa" w:w="1034"/>
          </w:tcPr>
          <w:p>
            <w:pPr>
              <w:spacing w:after="0"/>
              <w:jc w:val="right"/>
            </w:pPr>
            <w:r>
              <w:rPr>
                <w:sz w:val="16"/>
              </w:rPr>
              <w:t>$179,560</w:t>
            </w:r>
          </w:p>
        </w:tc>
        <w:tc>
          <w:tcPr>
            <w:tcW w:type="dxa" w:w="1277"/>
          </w:tcPr>
          <w:p>
            <w:pPr>
              <w:spacing w:after="0"/>
              <w:jc w:val="right"/>
            </w:pPr>
            <w:r>
              <w:rPr>
                <w:sz w:val="16"/>
              </w:rPr>
              <w:t>1</w:t>
            </w:r>
          </w:p>
        </w:tc>
        <w:tc>
          <w:tcPr>
            <w:tcW w:type="dxa" w:w="2362"/>
          </w:tcPr>
          <w:p>
            <w:pPr>
              <w:spacing w:after="0"/>
              <w:jc w:val="left"/>
            </w:pPr>
          </w:p>
        </w:tc>
        <w:tc>
          <w:tcPr>
            <w:tcW w:type="dxa" w:w="2238"/>
          </w:tcPr>
          <w:p>
            <w:pPr>
              <w:spacing w:after="0"/>
              <w:jc w:val="left"/>
            </w:pPr>
          </w:p>
        </w:tc>
      </w:tr>
      <w:tr>
        <w:trPr>
          <w:cantSplit/>
        </w:trPr>
        <w:tc>
          <w:tcPr>
            <w:tcW w:type="dxa" w:w="690"/>
          </w:tcPr>
          <w:p>
            <w:pPr>
              <w:spacing w:after="0"/>
              <w:jc w:val="right"/>
            </w:pPr>
            <w:r>
              <w:rPr>
                <w:sz w:val="16"/>
              </w:rPr>
              <w:t>3</w:t>
            </w:r>
          </w:p>
        </w:tc>
        <w:tc>
          <w:tcPr>
            <w:tcW w:type="dxa" w:w="1037"/>
          </w:tcPr>
          <w:p>
            <w:pPr>
              <w:spacing w:after="0"/>
              <w:jc w:val="left"/>
            </w:pPr>
            <w:r>
              <w:rPr>
                <w:sz w:val="16"/>
              </w:rPr>
              <w:t>Strong Wind</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948"/>
          </w:tcPr>
          <w:p>
            <w:pPr>
              <w:spacing w:after="0"/>
              <w:jc w:val="right"/>
            </w:pPr>
            <w:r>
              <w:rPr>
                <w:sz w:val="16"/>
              </w:rPr>
              <w:t>$34,228</w:t>
            </w:r>
          </w:p>
        </w:tc>
        <w:tc>
          <w:tcPr>
            <w:tcW w:type="dxa" w:w="1126"/>
          </w:tcPr>
          <w:p>
            <w:pPr>
              <w:spacing w:after="0"/>
              <w:jc w:val="right"/>
            </w:pPr>
            <w:r>
              <w:rPr>
                <w:sz w:val="16"/>
              </w:rPr>
              <w:t>$754</w:t>
            </w:r>
          </w:p>
        </w:tc>
        <w:tc>
          <w:tcPr>
            <w:tcW w:type="dxa" w:w="1328"/>
          </w:tcPr>
          <w:p>
            <w:pPr>
              <w:spacing w:after="0"/>
              <w:jc w:val="right"/>
            </w:pPr>
            <w:r>
              <w:rPr>
                <w:sz w:val="16"/>
              </w:rPr>
              <w:t>$87,744</w:t>
            </w:r>
          </w:p>
        </w:tc>
        <w:tc>
          <w:tcPr>
            <w:tcW w:type="dxa" w:w="1034"/>
          </w:tcPr>
          <w:p>
            <w:pPr>
              <w:spacing w:after="0"/>
              <w:jc w:val="right"/>
            </w:pPr>
            <w:r>
              <w:rPr>
                <w:sz w:val="16"/>
              </w:rPr>
              <w:t>$122,726</w:t>
            </w:r>
          </w:p>
        </w:tc>
        <w:tc>
          <w:tcPr>
            <w:tcW w:type="dxa" w:w="1277"/>
          </w:tcPr>
          <w:p>
            <w:pPr>
              <w:spacing w:after="0"/>
              <w:jc w:val="right"/>
            </w:pPr>
            <w:r>
              <w:rPr>
                <w:sz w:val="16"/>
              </w:rPr>
              <w:t>32</w:t>
            </w:r>
          </w:p>
        </w:tc>
        <w:tc>
          <w:tcPr>
            <w:tcW w:type="dxa" w:w="2362"/>
          </w:tcPr>
          <w:p>
            <w:pPr>
              <w:spacing w:after="0"/>
              <w:jc w:val="left"/>
            </w:pPr>
          </w:p>
        </w:tc>
        <w:tc>
          <w:tcPr>
            <w:tcW w:type="dxa" w:w="2238"/>
          </w:tcPr>
          <w:p>
            <w:pPr>
              <w:spacing w:after="0"/>
              <w:jc w:val="left"/>
            </w:pPr>
            <w:r>
              <w:rPr>
                <w:sz w:val="16"/>
              </w:rPr>
              <w:t>Includes 7 High Wind records, event types the NRI definition of this hazard leaves out.</w:t>
            </w:r>
          </w:p>
        </w:tc>
      </w:tr>
      <w:tr>
        <w:trPr>
          <w:cantSplit/>
        </w:trPr>
        <w:tc>
          <w:tcPr>
            <w:tcW w:type="dxa" w:w="690"/>
          </w:tcPr>
          <w:p>
            <w:pPr>
              <w:spacing w:after="0"/>
              <w:jc w:val="right"/>
            </w:pPr>
            <w:r>
              <w:rPr>
                <w:sz w:val="16"/>
              </w:rPr>
              <w:t>4</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$101</w:t>
            </w:r>
          </w:p>
        </w:tc>
        <w:tc>
          <w:tcPr>
            <w:tcW w:type="dxa" w:w="1126"/>
          </w:tcPr>
          <w:p>
            <w:pPr>
              <w:spacing w:after="0"/>
              <w:jc w:val="right"/>
            </w:pPr>
            <w:r>
              <w:rPr>
                <w:sz w:val="16"/>
              </w:rPr>
              <w:t>$36,974</w:t>
            </w:r>
          </w:p>
        </w:tc>
        <w:tc>
          <w:tcPr>
            <w:tcW w:type="dxa" w:w="1328"/>
          </w:tcPr>
          <w:p>
            <w:pPr>
              <w:spacing w:after="0"/>
              <w:jc w:val="right"/>
            </w:pPr>
            <w:r>
              <w:rPr>
                <w:sz w:val="16"/>
              </w:rPr>
              <w:t>$28,880</w:t>
            </w:r>
          </w:p>
        </w:tc>
        <w:tc>
          <w:tcPr>
            <w:tcW w:type="dxa" w:w="1034"/>
          </w:tcPr>
          <w:p>
            <w:pPr>
              <w:spacing w:after="0"/>
              <w:jc w:val="right"/>
            </w:pPr>
            <w:r>
              <w:rPr>
                <w:sz w:val="16"/>
              </w:rPr>
              <w:t>$65,955</w:t>
            </w:r>
          </w:p>
        </w:tc>
        <w:tc>
          <w:tcPr>
            <w:tcW w:type="dxa" w:w="1277"/>
          </w:tcPr>
          <w:p>
            <w:pPr>
              <w:spacing w:after="0"/>
              <w:jc w:val="right"/>
            </w:pPr>
            <w:r>
              <w:rPr>
                <w:sz w:val="16"/>
              </w:rPr>
              <w:t>3</w:t>
            </w:r>
          </w:p>
        </w:tc>
        <w:tc>
          <w:tcPr>
            <w:tcW w:type="dxa" w:w="2362"/>
          </w:tcPr>
          <w:p>
            <w:pPr>
              <w:spacing w:after="0"/>
              <w:jc w:val="left"/>
            </w:pPr>
          </w:p>
        </w:tc>
        <w:tc>
          <w:tcPr>
            <w:tcW w:type="dxa" w:w="2238"/>
          </w:tcPr>
          <w:p>
            <w:pPr>
              <w:spacing w:after="0"/>
              <w:jc w:val="left"/>
            </w:pPr>
            <w:r>
              <w:rPr>
                <w:sz w:val="16"/>
              </w:rPr>
              <w:t>Includes 1 Frost/Freeze record, event types the NRI definition of this hazard leaves out.</w:t>
            </w:r>
          </w:p>
        </w:tc>
      </w:tr>
      <w:tr>
        <w:trPr>
          <w:cantSplit/>
        </w:trPr>
        <w:tc>
          <w:tcPr>
            <w:tcW w:type="dxa" w:w="690"/>
          </w:tcPr>
          <w:p>
            <w:pPr>
              <w:spacing w:after="0"/>
              <w:jc w:val="right"/>
            </w:pPr>
            <w:r>
              <w:rPr>
                <w:sz w:val="16"/>
              </w:rPr>
              <w:t>5</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$3</w:t>
            </w:r>
          </w:p>
        </w:tc>
        <w:tc>
          <w:tcPr>
            <w:tcW w:type="dxa" w:w="1126"/>
          </w:tcPr>
          <w:p>
            <w:pPr>
              <w:spacing w:after="0"/>
              <w:jc w:val="right"/>
            </w:pPr>
            <w:r>
              <w:rPr>
                <w:sz w:val="16"/>
              </w:rPr>
              <w:t>$8</w:t>
            </w:r>
          </w:p>
        </w:tc>
        <w:tc>
          <w:tcPr>
            <w:tcW w:type="dxa" w:w="1328"/>
          </w:tcPr>
          <w:p>
            <w:pPr>
              <w:spacing w:after="0"/>
              <w:jc w:val="right"/>
            </w:pPr>
            <w:r>
              <w:rPr>
                <w:sz w:val="16"/>
              </w:rPr>
              <w:t>$46,926</w:t>
            </w:r>
          </w:p>
        </w:tc>
        <w:tc>
          <w:tcPr>
            <w:tcW w:type="dxa" w:w="1034"/>
          </w:tcPr>
          <w:p>
            <w:pPr>
              <w:spacing w:after="0"/>
              <w:jc w:val="right"/>
            </w:pPr>
            <w:r>
              <w:rPr>
                <w:sz w:val="16"/>
              </w:rPr>
              <w:t>$46,937</w:t>
            </w:r>
          </w:p>
        </w:tc>
        <w:tc>
          <w:tcPr>
            <w:tcW w:type="dxa" w:w="1277"/>
          </w:tcPr>
          <w:p>
            <w:pPr>
              <w:spacing w:after="0"/>
              <w:jc w:val="right"/>
            </w:pPr>
            <w:r>
              <w:rPr>
                <w:sz w:val="16"/>
              </w:rPr>
              <w:t>7</w:t>
            </w:r>
          </w:p>
        </w:tc>
        <w:tc>
          <w:tcPr>
            <w:tcW w:type="dxa" w:w="2362"/>
          </w:tcPr>
          <w:p>
            <w:pPr>
              <w:spacing w:after="0"/>
              <w:jc w:val="left"/>
            </w:pPr>
          </w:p>
        </w:tc>
        <w:tc>
          <w:tcPr>
            <w:tcW w:type="dxa" w:w="2238"/>
          </w:tcPr>
          <w:p>
            <w:pPr>
              <w:spacing w:after="0"/>
              <w:jc w:val="left"/>
            </w:pPr>
          </w:p>
        </w:tc>
      </w:tr>
      <w:tr>
        <w:trPr>
          <w:cantSplit/>
        </w:trPr>
        <w:tc>
          <w:tcPr>
            <w:tcW w:type="dxa" w:w="690"/>
          </w:tcPr>
          <w:p>
            <w:pPr>
              <w:spacing w:after="0"/>
              <w:jc w:val="right"/>
            </w:pPr>
            <w:r>
              <w:rPr>
                <w:sz w:val="16"/>
              </w:rPr>
              <w:t>6</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$28,231</w:t>
            </w:r>
          </w:p>
        </w:tc>
        <w:tc>
          <w:tcPr>
            <w:tcW w:type="dxa" w:w="1126"/>
          </w:tcPr>
          <w:p>
            <w:pPr>
              <w:spacing w:after="0"/>
              <w:jc w:val="right"/>
            </w:pPr>
          </w:p>
        </w:tc>
        <w:tc>
          <w:tcPr>
            <w:tcW w:type="dxa" w:w="1328"/>
          </w:tcPr>
          <w:p>
            <w:pPr>
              <w:spacing w:after="0"/>
              <w:jc w:val="right"/>
            </w:pPr>
            <w:r>
              <w:rPr>
                <w:sz w:val="16"/>
              </w:rPr>
              <w:t>$11,981</w:t>
            </w:r>
          </w:p>
        </w:tc>
        <w:tc>
          <w:tcPr>
            <w:tcW w:type="dxa" w:w="1034"/>
          </w:tcPr>
          <w:p>
            <w:pPr>
              <w:spacing w:after="0"/>
              <w:jc w:val="right"/>
            </w:pPr>
            <w:r>
              <w:rPr>
                <w:sz w:val="16"/>
              </w:rPr>
              <w:t>$40,212</w:t>
            </w:r>
          </w:p>
        </w:tc>
        <w:tc>
          <w:tcPr>
            <w:tcW w:type="dxa" w:w="1277"/>
          </w:tcPr>
          <w:p>
            <w:pPr>
              <w:spacing w:after="0"/>
              <w:jc w:val="right"/>
            </w:pPr>
          </w:p>
        </w:tc>
        <w:tc>
          <w:tcPr>
            <w:tcW w:type="dxa" w:w="2362"/>
          </w:tcPr>
          <w:p>
            <w:pPr>
              <w:spacing w:after="0"/>
              <w:jc w:val="left"/>
            </w:pPr>
          </w:p>
        </w:tc>
        <w:tc>
          <w:tcPr>
            <w:tcW w:type="dxa" w:w="2238"/>
          </w:tcPr>
          <w:p>
            <w:pPr>
              <w:spacing w:after="0"/>
              <w:jc w:val="left"/>
            </w:pPr>
            <w:r>
              <w:rPr>
                <w:sz w:val="16"/>
              </w:rPr>
              <w:t>Not in Storm Events. Storm Events coverage of this hazard is limited; absence is not evidence of low risk.</w:t>
            </w:r>
          </w:p>
        </w:tc>
      </w:tr>
      <w:tr>
        <w:trPr>
          <w:cantSplit/>
        </w:trPr>
        <w:tc>
          <w:tcPr>
            <w:tcW w:type="dxa" w:w="690"/>
          </w:tcPr>
          <w:p>
            <w:pPr>
              <w:spacing w:after="0"/>
              <w:jc w:val="right"/>
            </w:pPr>
            <w:r>
              <w:rPr>
                <w:sz w:val="16"/>
              </w:rPr>
              <w:t>7</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$1,422</w:t>
            </w:r>
          </w:p>
        </w:tc>
        <w:tc>
          <w:tcPr>
            <w:tcW w:type="dxa" w:w="1126"/>
          </w:tcPr>
          <w:p>
            <w:pPr>
              <w:spacing w:after="0"/>
              <w:jc w:val="right"/>
            </w:pPr>
          </w:p>
        </w:tc>
        <w:tc>
          <w:tcPr>
            <w:tcW w:type="dxa" w:w="1328"/>
          </w:tcPr>
          <w:p>
            <w:pPr>
              <w:spacing w:after="0"/>
              <w:jc w:val="right"/>
            </w:pPr>
            <w:r>
              <w:rPr>
                <w:sz w:val="16"/>
              </w:rPr>
              <w:t>$22,361</w:t>
            </w:r>
          </w:p>
        </w:tc>
        <w:tc>
          <w:tcPr>
            <w:tcW w:type="dxa" w:w="1034"/>
          </w:tcPr>
          <w:p>
            <w:pPr>
              <w:spacing w:after="0"/>
              <w:jc w:val="right"/>
            </w:pPr>
            <w:r>
              <w:rPr>
                <w:sz w:val="16"/>
              </w:rPr>
              <w:t>$23,784</w:t>
            </w:r>
          </w:p>
        </w:tc>
        <w:tc>
          <w:tcPr>
            <w:tcW w:type="dxa" w:w="1277"/>
          </w:tcPr>
          <w:p>
            <w:pPr>
              <w:spacing w:after="0"/>
              <w:jc w:val="right"/>
            </w:pPr>
            <w:r>
              <w:rPr>
                <w:sz w:val="16"/>
              </w:rPr>
              <w:t>0</w:t>
            </w:r>
          </w:p>
        </w:tc>
        <w:tc>
          <w:tcPr>
            <w:tcW w:type="dxa" w:w="2362"/>
          </w:tcPr>
          <w:p>
            <w:pPr>
              <w:spacing w:after="0"/>
              <w:jc w:val="left"/>
            </w:pPr>
          </w:p>
        </w:tc>
        <w:tc>
          <w:tcPr>
            <w:tcW w:type="dxa" w:w="22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0"/>
          </w:tcPr>
          <w:p>
            <w:pPr>
              <w:spacing w:after="0"/>
              <w:jc w:val="right"/>
            </w:pPr>
            <w:r>
              <w:rPr>
                <w:sz w:val="16"/>
              </w:rPr>
              <w:t>8</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$11,684</w:t>
            </w:r>
          </w:p>
        </w:tc>
        <w:tc>
          <w:tcPr>
            <w:tcW w:type="dxa" w:w="1126"/>
          </w:tcPr>
          <w:p>
            <w:pPr>
              <w:spacing w:after="0"/>
              <w:jc w:val="right"/>
            </w:pPr>
            <w:r>
              <w:rPr>
                <w:sz w:val="16"/>
              </w:rPr>
              <w:t>$2,250</w:t>
            </w:r>
          </w:p>
        </w:tc>
        <w:tc>
          <w:tcPr>
            <w:tcW w:type="dxa" w:w="1328"/>
          </w:tcPr>
          <w:p>
            <w:pPr>
              <w:spacing w:after="0"/>
              <w:jc w:val="right"/>
            </w:pPr>
            <w:r>
              <w:rPr>
                <w:sz w:val="16"/>
              </w:rPr>
              <w:t>$1,718</w:t>
            </w:r>
          </w:p>
        </w:tc>
        <w:tc>
          <w:tcPr>
            <w:tcW w:type="dxa" w:w="1034"/>
          </w:tcPr>
          <w:p>
            <w:pPr>
              <w:spacing w:after="0"/>
              <w:jc w:val="right"/>
            </w:pPr>
            <w:r>
              <w:rPr>
                <w:sz w:val="16"/>
              </w:rPr>
              <w:t>$15,651</w:t>
            </w:r>
          </w:p>
        </w:tc>
        <w:tc>
          <w:tcPr>
            <w:tcW w:type="dxa" w:w="1277"/>
          </w:tcPr>
          <w:p>
            <w:pPr>
              <w:spacing w:after="0"/>
              <w:jc w:val="right"/>
            </w:pPr>
            <w:r>
              <w:rPr>
                <w:sz w:val="16"/>
              </w:rPr>
              <w:t>9</w:t>
            </w:r>
          </w:p>
        </w:tc>
        <w:tc>
          <w:tcPr>
            <w:tcW w:type="dxa" w:w="2362"/>
          </w:tcPr>
          <w:p>
            <w:pPr>
              <w:spacing w:after="0"/>
              <w:jc w:val="left"/>
            </w:pPr>
          </w:p>
        </w:tc>
        <w:tc>
          <w:tcPr>
            <w:tcW w:type="dxa" w:w="2238"/>
          </w:tcPr>
          <w:p>
            <w:pPr>
              <w:spacing w:after="0"/>
              <w:jc w:val="left"/>
            </w:pPr>
          </w:p>
        </w:tc>
      </w:tr>
      <w:tr>
        <w:trPr>
          <w:cantSplit/>
        </w:trPr>
        <w:tc>
          <w:tcPr>
            <w:tcW w:type="dxa" w:w="690"/>
          </w:tcPr>
          <w:p>
            <w:pPr>
              <w:spacing w:after="0"/>
              <w:jc w:val="right"/>
            </w:pPr>
            <w:r>
              <w:rPr>
                <w:sz w:val="16"/>
              </w:rPr>
              <w:t>9</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$3,978</w:t>
            </w:r>
          </w:p>
        </w:tc>
        <w:tc>
          <w:tcPr>
            <w:tcW w:type="dxa" w:w="1126"/>
          </w:tcPr>
          <w:p>
            <w:pPr>
              <w:spacing w:after="0"/>
              <w:jc w:val="right"/>
            </w:pPr>
          </w:p>
        </w:tc>
        <w:tc>
          <w:tcPr>
            <w:tcW w:type="dxa" w:w="1328"/>
          </w:tcPr>
          <w:p>
            <w:pPr>
              <w:spacing w:after="0"/>
              <w:jc w:val="right"/>
            </w:pPr>
            <w:r>
              <w:rPr>
                <w:sz w:val="16"/>
              </w:rPr>
              <w:t>$2,503</w:t>
            </w:r>
          </w:p>
        </w:tc>
        <w:tc>
          <w:tcPr>
            <w:tcW w:type="dxa" w:w="1034"/>
          </w:tcPr>
          <w:p>
            <w:pPr>
              <w:spacing w:after="0"/>
              <w:jc w:val="right"/>
            </w:pPr>
            <w:r>
              <w:rPr>
                <w:sz w:val="16"/>
              </w:rPr>
              <w:t>$6,481</w:t>
            </w:r>
          </w:p>
        </w:tc>
        <w:tc>
          <w:tcPr>
            <w:tcW w:type="dxa" w:w="1277"/>
          </w:tcPr>
          <w:p>
            <w:pPr>
              <w:spacing w:after="0"/>
              <w:jc w:val="right"/>
            </w:pPr>
            <w:r>
              <w:rPr>
                <w:sz w:val="16"/>
              </w:rPr>
              <w:t>3</w:t>
            </w:r>
          </w:p>
        </w:tc>
        <w:tc>
          <w:tcPr>
            <w:tcW w:type="dxa" w:w="2362"/>
          </w:tcPr>
          <w:p>
            <w:pPr>
              <w:spacing w:after="0"/>
              <w:jc w:val="left"/>
            </w:pPr>
          </w:p>
        </w:tc>
        <w:tc>
          <w:tcPr>
            <w:tcW w:type="dxa" w:w="2238"/>
          </w:tcPr>
          <w:p>
            <w:pPr>
              <w:spacing w:after="0"/>
              <w:jc w:val="left"/>
            </w:pPr>
          </w:p>
        </w:tc>
      </w:tr>
      <w:tr>
        <w:trPr>
          <w:cantSplit/>
        </w:trPr>
        <w:tc>
          <w:tcPr>
            <w:tcW w:type="dxa" w:w="690"/>
          </w:tcPr>
          <w:p>
            <w:pPr>
              <w:spacing w:after="0"/>
              <w:jc w:val="right"/>
            </w:pPr>
            <w:r>
              <w:rPr>
                <w:sz w:val="16"/>
              </w:rPr>
              <w:t>10</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$1,434</w:t>
            </w:r>
          </w:p>
        </w:tc>
        <w:tc>
          <w:tcPr>
            <w:tcW w:type="dxa" w:w="1126"/>
          </w:tcPr>
          <w:p>
            <w:pPr>
              <w:spacing w:after="0"/>
              <w:jc w:val="right"/>
            </w:pPr>
            <w:r>
              <w:rPr>
                <w:sz w:val="16"/>
              </w:rPr>
              <w:t>under $1</w:t>
            </w:r>
          </w:p>
        </w:tc>
        <w:tc>
          <w:tcPr>
            <w:tcW w:type="dxa" w:w="1328"/>
          </w:tcPr>
          <w:p>
            <w:pPr>
              <w:spacing w:after="0"/>
              <w:jc w:val="right"/>
            </w:pPr>
            <w:r>
              <w:rPr>
                <w:sz w:val="16"/>
              </w:rPr>
              <w:t>$4,166</w:t>
            </w:r>
          </w:p>
        </w:tc>
        <w:tc>
          <w:tcPr>
            <w:tcW w:type="dxa" w:w="1034"/>
          </w:tcPr>
          <w:p>
            <w:pPr>
              <w:spacing w:after="0"/>
              <w:jc w:val="right"/>
            </w:pPr>
            <w:r>
              <w:rPr>
                <w:sz w:val="16"/>
              </w:rPr>
              <w:t>$5,600</w:t>
            </w:r>
          </w:p>
        </w:tc>
        <w:tc>
          <w:tcPr>
            <w:tcW w:type="dxa" w:w="1277"/>
          </w:tcPr>
          <w:p>
            <w:pPr>
              <w:spacing w:after="0"/>
              <w:jc w:val="right"/>
            </w:pPr>
            <w:r>
              <w:rPr>
                <w:sz w:val="16"/>
              </w:rPr>
              <w:t>44</w:t>
            </w:r>
          </w:p>
        </w:tc>
        <w:tc>
          <w:tcPr>
            <w:tcW w:type="dxa" w:w="2362"/>
          </w:tcPr>
          <w:p>
            <w:pPr>
              <w:spacing w:after="0"/>
              <w:jc w:val="left"/>
            </w:pPr>
          </w:p>
        </w:tc>
        <w:tc>
          <w:tcPr>
            <w:tcW w:type="dxa" w:w="2238"/>
          </w:tcPr>
          <w:p>
            <w:pPr>
              <w:spacing w:after="0"/>
              <w:jc w:val="left"/>
            </w:pPr>
          </w:p>
        </w:tc>
      </w:tr>
      <w:tr>
        <w:trPr>
          <w:cantSplit/>
        </w:trPr>
        <w:tc>
          <w:tcPr>
            <w:tcW w:type="dxa" w:w="690"/>
          </w:tcPr>
          <w:p>
            <w:pPr>
              <w:spacing w:after="0"/>
              <w:jc w:val="right"/>
            </w:pPr>
            <w:r>
              <w:rPr>
                <w:sz w:val="16"/>
              </w:rPr>
              <w:t>11</w:t>
            </w:r>
          </w:p>
        </w:tc>
        <w:tc>
          <w:tcPr>
            <w:tcW w:type="dxa" w:w="1037"/>
          </w:tcPr>
          <w:p>
            <w:pPr>
              <w:spacing w:after="0"/>
              <w:jc w:val="left"/>
            </w:pPr>
            <w:r>
              <w:rPr>
                <w:sz w:val="16"/>
              </w:rPr>
              <w:t>Hurricane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$1,440</w:t>
            </w:r>
          </w:p>
        </w:tc>
        <w:tc>
          <w:tcPr>
            <w:tcW w:type="dxa" w:w="1126"/>
          </w:tcPr>
          <w:p>
            <w:pPr>
              <w:spacing w:after="0"/>
              <w:jc w:val="right"/>
            </w:pPr>
            <w:r>
              <w:rPr>
                <w:sz w:val="16"/>
              </w:rPr>
              <w:t>$255</w:t>
            </w:r>
          </w:p>
        </w:tc>
        <w:tc>
          <w:tcPr>
            <w:tcW w:type="dxa" w:w="1328"/>
          </w:tcPr>
          <w:p>
            <w:pPr>
              <w:spacing w:after="0"/>
              <w:jc w:val="right"/>
            </w:pPr>
            <w:r>
              <w:rPr>
                <w:sz w:val="16"/>
              </w:rPr>
              <w:t>$9</w:t>
            </w:r>
          </w:p>
        </w:tc>
        <w:tc>
          <w:tcPr>
            <w:tcW w:type="dxa" w:w="1034"/>
          </w:tcPr>
          <w:p>
            <w:pPr>
              <w:spacing w:after="0"/>
              <w:jc w:val="right"/>
            </w:pPr>
            <w:r>
              <w:rPr>
                <w:sz w:val="16"/>
              </w:rPr>
              <w:t>$1,704</w:t>
            </w:r>
          </w:p>
        </w:tc>
        <w:tc>
          <w:tcPr>
            <w:tcW w:type="dxa" w:w="1277"/>
          </w:tcPr>
          <w:p>
            <w:pPr>
              <w:spacing w:after="0"/>
              <w:jc w:val="right"/>
            </w:pPr>
            <w:r>
              <w:rPr>
                <w:sz w:val="16"/>
              </w:rPr>
              <w:t>0</w:t>
            </w:r>
          </w:p>
        </w:tc>
        <w:tc>
          <w:tcPr>
            <w:tcW w:type="dxa" w:w="2362"/>
          </w:tcPr>
          <w:p>
            <w:pPr>
              <w:spacing w:after="0"/>
              <w:jc w:val="left"/>
            </w:pPr>
          </w:p>
        </w:tc>
        <w:tc>
          <w:tcPr>
            <w:tcW w:type="dxa" w:w="2238"/>
          </w:tcPr>
          <w:p>
            <w:pPr>
              <w:spacing w:after="0"/>
              <w:jc w:val="left"/>
            </w:pPr>
            <w:r>
              <w:rPr>
                <w:sz w:val="16"/>
              </w:rPr>
              <w:t>Declared 1 time; no Storm Events record of this type.</w:t>
            </w:r>
          </w:p>
        </w:tc>
      </w:tr>
      <w:tr>
        <w:trPr>
          <w:cantSplit/>
        </w:trPr>
        <w:tc>
          <w:tcPr>
            <w:tcW w:type="dxa" w:w="690"/>
          </w:tcPr>
          <w:p>
            <w:pPr>
              <w:spacing w:after="0"/>
              <w:jc w:val="right"/>
            </w:pPr>
            <w:r>
              <w:rPr>
                <w:sz w:val="16"/>
              </w:rPr>
              <w:t>12</w:t>
            </w:r>
          </w:p>
        </w:tc>
        <w:tc>
          <w:tcPr>
            <w:tcW w:type="dxa" w:w="1037"/>
          </w:tcPr>
          <w:p>
            <w:pPr>
              <w:spacing w:after="0"/>
              <w:jc w:val="left"/>
            </w:pPr>
            <w:r>
              <w:rPr>
                <w:sz w:val="16"/>
              </w:rPr>
              <w:t>Drought</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p>
        </w:tc>
        <w:tc>
          <w:tcPr>
            <w:tcW w:type="dxa" w:w="1126"/>
          </w:tcPr>
          <w:p>
            <w:pPr>
              <w:spacing w:after="0"/>
              <w:jc w:val="right"/>
            </w:pPr>
            <w:r>
              <w:rPr>
                <w:sz w:val="16"/>
              </w:rPr>
              <w:t>$612</w:t>
            </w:r>
          </w:p>
        </w:tc>
        <w:tc>
          <w:tcPr>
            <w:tcW w:type="dxa" w:w="1328"/>
          </w:tcPr>
          <w:p>
            <w:pPr>
              <w:spacing w:after="0"/>
              <w:jc w:val="right"/>
            </w:pPr>
          </w:p>
        </w:tc>
        <w:tc>
          <w:tcPr>
            <w:tcW w:type="dxa" w:w="1034"/>
          </w:tcPr>
          <w:p>
            <w:pPr>
              <w:spacing w:after="0"/>
              <w:jc w:val="right"/>
            </w:pPr>
            <w:r>
              <w:rPr>
                <w:sz w:val="16"/>
              </w:rPr>
              <w:t>$612</w:t>
            </w:r>
          </w:p>
        </w:tc>
        <w:tc>
          <w:tcPr>
            <w:tcW w:type="dxa" w:w="1277"/>
          </w:tcPr>
          <w:p>
            <w:pPr>
              <w:spacing w:after="0"/>
              <w:jc w:val="right"/>
            </w:pPr>
            <w:r>
              <w:rPr>
                <w:sz w:val="16"/>
              </w:rPr>
              <w:t>0</w:t>
            </w:r>
          </w:p>
        </w:tc>
        <w:tc>
          <w:tcPr>
            <w:tcW w:type="dxa" w:w="2362"/>
          </w:tcPr>
          <w:p>
            <w:pPr>
              <w:spacing w:after="0"/>
              <w:jc w:val="left"/>
            </w:pPr>
          </w:p>
        </w:tc>
        <w:tc>
          <w:tcPr>
            <w:tcW w:type="dxa" w:w="2238"/>
          </w:tcPr>
          <w:p>
            <w:pPr>
              <w:spacing w:after="0"/>
              <w:jc w:val="left"/>
            </w:pPr>
            <w:r>
              <w:rPr>
                <w:sz w:val="16"/>
              </w:rPr>
              <w:t>No recorded events in Storm Events since 1996 (data through 2026-06-30).</w:t>
            </w:r>
          </w:p>
        </w:tc>
      </w:tr>
      <w:tr>
        <w:trPr>
          <w:cantSplit/>
        </w:trPr>
        <w:tc>
          <w:tcPr>
            <w:tcW w:type="dxa" w:w="690"/>
          </w:tcPr>
          <w:p>
            <w:pPr>
              <w:spacing w:after="0"/>
              <w:jc w:val="right"/>
            </w:pPr>
            <w:r>
              <w:rPr>
                <w:sz w:val="16"/>
              </w:rPr>
              <w:t>13</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$24</w:t>
            </w:r>
          </w:p>
        </w:tc>
        <w:tc>
          <w:tcPr>
            <w:tcW w:type="dxa" w:w="1126"/>
          </w:tcPr>
          <w:p>
            <w:pPr>
              <w:spacing w:after="0"/>
              <w:jc w:val="right"/>
            </w:pPr>
          </w:p>
        </w:tc>
        <w:tc>
          <w:tcPr>
            <w:tcW w:type="dxa" w:w="1328"/>
          </w:tcPr>
          <w:p>
            <w:pPr>
              <w:spacing w:after="0"/>
              <w:jc w:val="right"/>
            </w:pPr>
            <w:r>
              <w:rPr>
                <w:sz w:val="16"/>
              </w:rPr>
              <w:t>$560</w:t>
            </w:r>
          </w:p>
        </w:tc>
        <w:tc>
          <w:tcPr>
            <w:tcW w:type="dxa" w:w="1034"/>
          </w:tcPr>
          <w:p>
            <w:pPr>
              <w:spacing w:after="0"/>
              <w:jc w:val="right"/>
            </w:pPr>
            <w:r>
              <w:rPr>
                <w:sz w:val="16"/>
              </w:rPr>
              <w:t>$584</w:t>
            </w:r>
          </w:p>
        </w:tc>
        <w:tc>
          <w:tcPr>
            <w:tcW w:type="dxa" w:w="1277"/>
          </w:tcPr>
          <w:p>
            <w:pPr>
              <w:spacing w:after="0"/>
              <w:jc w:val="right"/>
            </w:pPr>
            <w:r>
              <w:rPr>
                <w:sz w:val="16"/>
              </w:rPr>
              <w:t>0</w:t>
            </w:r>
          </w:p>
        </w:tc>
        <w:tc>
          <w:tcPr>
            <w:tcW w:type="dxa" w:w="2362"/>
          </w:tcPr>
          <w:p>
            <w:pPr>
              <w:spacing w:after="0"/>
              <w:jc w:val="left"/>
            </w:pPr>
          </w:p>
        </w:tc>
        <w:tc>
          <w:tcPr>
            <w:tcW w:type="dxa" w:w="2238"/>
          </w:tcPr>
          <w:p>
            <w:pPr>
              <w:spacing w:after="0"/>
              <w:jc w:val="left"/>
            </w:pPr>
            <w:r>
              <w:rPr>
                <w:sz w:val="16"/>
              </w:rPr>
              <w:t>Declared 8 times; no Storm Events record of this type. Storm Events coverage of this hazard is limited; absence is not evidence of low risk.</w:t>
            </w:r>
          </w:p>
        </w:tc>
      </w:tr>
      <w:tr>
        <w:trPr>
          <w:cantSplit/>
        </w:trPr>
        <w:tc>
          <w:tcPr>
            <w:tcW w:type="dxa" w:w="690"/>
          </w:tcPr>
          <w:p>
            <w:pPr>
              <w:spacing w:after="0"/>
              <w:jc w:val="right"/>
            </w:pPr>
            <w:r>
              <w:rPr>
                <w:sz w:val="16"/>
              </w:rPr>
              <w:t>14</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$160</w:t>
            </w:r>
          </w:p>
        </w:tc>
        <w:tc>
          <w:tcPr>
            <w:tcW w:type="dxa" w:w="1126"/>
          </w:tcPr>
          <w:p>
            <w:pPr>
              <w:spacing w:after="0"/>
              <w:jc w:val="right"/>
            </w:pPr>
            <w:r>
              <w:rPr>
                <w:sz w:val="16"/>
              </w:rPr>
              <w:t>under $1</w:t>
            </w:r>
          </w:p>
        </w:tc>
        <w:tc>
          <w:tcPr>
            <w:tcW w:type="dxa" w:w="1328"/>
          </w:tcPr>
          <w:p>
            <w:pPr>
              <w:spacing w:after="0"/>
              <w:jc w:val="right"/>
            </w:pPr>
            <w:r>
              <w:rPr>
                <w:sz w:val="16"/>
              </w:rPr>
              <w:t>$28</w:t>
            </w:r>
          </w:p>
        </w:tc>
        <w:tc>
          <w:tcPr>
            <w:tcW w:type="dxa" w:w="1034"/>
          </w:tcPr>
          <w:p>
            <w:pPr>
              <w:spacing w:after="0"/>
              <w:jc w:val="right"/>
            </w:pPr>
            <w:r>
              <w:rPr>
                <w:sz w:val="16"/>
              </w:rPr>
              <w:t>$189</w:t>
            </w:r>
          </w:p>
        </w:tc>
        <w:tc>
          <w:tcPr>
            <w:tcW w:type="dxa" w:w="1277"/>
          </w:tcPr>
          <w:p>
            <w:pPr>
              <w:spacing w:after="0"/>
              <w:jc w:val="right"/>
            </w:pPr>
            <w:r>
              <w:rPr>
                <w:sz w:val="16"/>
              </w:rPr>
              <w:t>0</w:t>
            </w:r>
          </w:p>
        </w:tc>
        <w:tc>
          <w:tcPr>
            <w:tcW w:type="dxa" w:w="2362"/>
          </w:tcPr>
          <w:p>
            <w:pPr>
              <w:spacing w:after="0"/>
              <w:jc w:val="left"/>
            </w:pPr>
          </w:p>
        </w:tc>
        <w:tc>
          <w:tcPr>
            <w:tcW w:type="dxa" w:w="22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0"/>
          </w:tcPr>
          <w:p>
            <w:pPr>
              <w:spacing w:after="0"/>
              <w:jc w:val="right"/>
            </w:pPr>
          </w:p>
        </w:tc>
        <w:tc>
          <w:tcPr>
            <w:tcW w:type="dxa" w:w="1037"/>
          </w:tcPr>
          <w:p>
            <w:pPr>
              <w:spacing w:after="0"/>
              <w:jc w:val="left"/>
            </w:pPr>
            <w:r>
              <w:rPr>
                <w:sz w:val="16"/>
              </w:rPr>
              <w:t>Avalanche</w:t>
            </w:r>
          </w:p>
        </w:tc>
        <w:tc>
          <w:tcPr>
            <w:tcW w:type="dxa" w:w="1037"/>
          </w:tcPr>
          <w:p>
            <w:pPr>
              <w:spacing w:after="0"/>
              <w:jc w:val="left"/>
            </w:pPr>
            <w:r>
              <w:rPr>
                <w:sz w:val="16"/>
              </w:rPr>
              <w:t>Not Applicable</w:t>
            </w:r>
          </w:p>
        </w:tc>
        <w:tc>
          <w:tcPr>
            <w:tcW w:type="dxa" w:w="1037"/>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28"/>
          </w:tcPr>
          <w:p>
            <w:pPr>
              <w:spacing w:after="0"/>
              <w:jc w:val="right"/>
            </w:pPr>
          </w:p>
        </w:tc>
        <w:tc>
          <w:tcPr>
            <w:tcW w:type="dxa" w:w="1034"/>
          </w:tcPr>
          <w:p>
            <w:pPr>
              <w:spacing w:after="0"/>
              <w:jc w:val="right"/>
            </w:pPr>
          </w:p>
        </w:tc>
        <w:tc>
          <w:tcPr>
            <w:tcW w:type="dxa" w:w="1277"/>
          </w:tcPr>
          <w:p>
            <w:pPr>
              <w:spacing w:after="0"/>
              <w:jc w:val="right"/>
            </w:pPr>
            <w:r>
              <w:rPr>
                <w:sz w:val="16"/>
              </w:rPr>
              <w:t>0</w:t>
            </w:r>
          </w:p>
        </w:tc>
        <w:tc>
          <w:tcPr>
            <w:tcW w:type="dxa" w:w="2362"/>
          </w:tcPr>
          <w:p>
            <w:pPr>
              <w:spacing w:after="0"/>
              <w:jc w:val="left"/>
            </w:pPr>
            <w:r>
              <w:rPr>
                <w:sz w:val="16"/>
              </w:rPr>
              <w:t>NRI rates avalanche Not Applicable for this county, and no federal declaration for this county names it.</w:t>
            </w:r>
          </w:p>
        </w:tc>
        <w:tc>
          <w:tcPr>
            <w:tcW w:type="dxa" w:w="2238"/>
          </w:tcPr>
          <w:p>
            <w:pPr>
              <w:spacing w:after="0"/>
              <w:jc w:val="left"/>
            </w:pPr>
            <w:r>
              <w:rPr>
                <w:sz w:val="16"/>
              </w:rPr>
              <w:t>No recorded events in Storm Events since 1996 (data through 2026-06-30).</w:t>
            </w:r>
          </w:p>
        </w:tc>
      </w:tr>
      <w:tr>
        <w:trPr>
          <w:cantSplit/>
        </w:trPr>
        <w:tc>
          <w:tcPr>
            <w:tcW w:type="dxa" w:w="690"/>
          </w:tcPr>
          <w:p>
            <w:pPr>
              <w:spacing w:after="0"/>
              <w:jc w:val="right"/>
            </w:pPr>
          </w:p>
        </w:tc>
        <w:tc>
          <w:tcPr>
            <w:tcW w:type="dxa" w:w="1037"/>
          </w:tcPr>
          <w:p>
            <w:pPr>
              <w:spacing w:after="0"/>
              <w:jc w:val="left"/>
            </w:pPr>
            <w:r>
              <w:rPr>
                <w:sz w:val="16"/>
              </w:rPr>
              <w:t>Coastal Flooding</w:t>
            </w:r>
          </w:p>
        </w:tc>
        <w:tc>
          <w:tcPr>
            <w:tcW w:type="dxa" w:w="1037"/>
          </w:tcPr>
          <w:p>
            <w:pPr>
              <w:spacing w:after="0"/>
              <w:jc w:val="left"/>
            </w:pPr>
            <w:r>
              <w:rPr>
                <w:sz w:val="16"/>
              </w:rPr>
              <w:t>Not Applicable</w:t>
            </w:r>
          </w:p>
        </w:tc>
        <w:tc>
          <w:tcPr>
            <w:tcW w:type="dxa" w:w="1037"/>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28"/>
          </w:tcPr>
          <w:p>
            <w:pPr>
              <w:spacing w:after="0"/>
              <w:jc w:val="right"/>
            </w:pPr>
          </w:p>
        </w:tc>
        <w:tc>
          <w:tcPr>
            <w:tcW w:type="dxa" w:w="1034"/>
          </w:tcPr>
          <w:p>
            <w:pPr>
              <w:spacing w:after="0"/>
              <w:jc w:val="right"/>
            </w:pPr>
          </w:p>
        </w:tc>
        <w:tc>
          <w:tcPr>
            <w:tcW w:type="dxa" w:w="1277"/>
          </w:tcPr>
          <w:p>
            <w:pPr>
              <w:spacing w:after="0"/>
              <w:jc w:val="right"/>
            </w:pPr>
            <w:r>
              <w:rPr>
                <w:sz w:val="16"/>
              </w:rPr>
              <w:t>0</w:t>
            </w:r>
          </w:p>
        </w:tc>
        <w:tc>
          <w:tcPr>
            <w:tcW w:type="dxa" w:w="2362"/>
          </w:tcPr>
          <w:p>
            <w:pPr>
              <w:spacing w:after="0"/>
              <w:jc w:val="left"/>
            </w:pPr>
            <w:r>
              <w:rPr>
                <w:sz w:val="16"/>
              </w:rPr>
              <w:t>NRI rates coastal flooding Not Applicable for this county, and no federal declaration for this county names it.</w:t>
            </w:r>
          </w:p>
        </w:tc>
        <w:tc>
          <w:tcPr>
            <w:tcW w:type="dxa" w:w="2238"/>
          </w:tcPr>
          <w:p>
            <w:pPr>
              <w:spacing w:after="0"/>
              <w:jc w:val="left"/>
            </w:pPr>
            <w:r>
              <w:rPr>
                <w:sz w:val="16"/>
              </w:rPr>
              <w:t>No recorded events in Storm Events since 1996 (data through 2026-06-30).</w:t>
            </w:r>
          </w:p>
        </w:tc>
      </w:tr>
      <w:tr>
        <w:trPr>
          <w:cantSplit/>
        </w:trPr>
        <w:tc>
          <w:tcPr>
            <w:tcW w:type="dxa" w:w="690"/>
          </w:tcPr>
          <w:p>
            <w:pPr>
              <w:spacing w:after="0"/>
              <w:jc w:val="right"/>
            </w:pPr>
          </w:p>
        </w:tc>
        <w:tc>
          <w:tcPr>
            <w:tcW w:type="dxa" w:w="1037"/>
          </w:tcPr>
          <w:p>
            <w:pPr>
              <w:spacing w:after="0"/>
              <w:jc w:val="left"/>
            </w:pPr>
            <w:r>
              <w:rPr>
                <w:sz w:val="16"/>
              </w:rPr>
              <w:t>Tsunami</w:t>
            </w:r>
          </w:p>
        </w:tc>
        <w:tc>
          <w:tcPr>
            <w:tcW w:type="dxa" w:w="1037"/>
          </w:tcPr>
          <w:p>
            <w:pPr>
              <w:spacing w:after="0"/>
              <w:jc w:val="left"/>
            </w:pPr>
            <w:r>
              <w:rPr>
                <w:sz w:val="16"/>
              </w:rPr>
              <w:t>Not Applicable</w:t>
            </w:r>
          </w:p>
        </w:tc>
        <w:tc>
          <w:tcPr>
            <w:tcW w:type="dxa" w:w="1037"/>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28"/>
          </w:tcPr>
          <w:p>
            <w:pPr>
              <w:spacing w:after="0"/>
              <w:jc w:val="right"/>
            </w:pPr>
          </w:p>
        </w:tc>
        <w:tc>
          <w:tcPr>
            <w:tcW w:type="dxa" w:w="1034"/>
          </w:tcPr>
          <w:p>
            <w:pPr>
              <w:spacing w:after="0"/>
              <w:jc w:val="right"/>
            </w:pPr>
          </w:p>
        </w:tc>
        <w:tc>
          <w:tcPr>
            <w:tcW w:type="dxa" w:w="1277"/>
          </w:tcPr>
          <w:p>
            <w:pPr>
              <w:spacing w:after="0"/>
              <w:jc w:val="right"/>
            </w:pPr>
            <w:r>
              <w:rPr>
                <w:sz w:val="16"/>
              </w:rPr>
              <w:t>0</w:t>
            </w:r>
          </w:p>
        </w:tc>
        <w:tc>
          <w:tcPr>
            <w:tcW w:type="dxa" w:w="2362"/>
          </w:tcPr>
          <w:p>
            <w:pPr>
              <w:spacing w:after="0"/>
              <w:jc w:val="left"/>
            </w:pPr>
            <w:r>
              <w:rPr>
                <w:sz w:val="16"/>
              </w:rPr>
              <w:t>NRI rates tsunami Not Applicable for this county, and no federal declaration for this county names it.</w:t>
            </w:r>
          </w:p>
        </w:tc>
        <w:tc>
          <w:tcPr>
            <w:tcW w:type="dxa" w:w="22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0"/>
          </w:tcPr>
          <w:p>
            <w:pPr>
              <w:spacing w:after="0"/>
              <w:jc w:val="right"/>
            </w:pPr>
          </w:p>
        </w:tc>
        <w:tc>
          <w:tcPr>
            <w:tcW w:type="dxa" w:w="1037"/>
          </w:tcPr>
          <w:p>
            <w:pPr>
              <w:spacing w:after="0"/>
              <w:jc w:val="left"/>
            </w:pPr>
            <w:r>
              <w:rPr>
                <w:sz w:val="16"/>
              </w:rPr>
              <w:t>Volcanic Activity</w:t>
            </w:r>
          </w:p>
        </w:tc>
        <w:tc>
          <w:tcPr>
            <w:tcW w:type="dxa" w:w="1037"/>
          </w:tcPr>
          <w:p>
            <w:pPr>
              <w:spacing w:after="0"/>
              <w:jc w:val="left"/>
            </w:pPr>
            <w:r>
              <w:rPr>
                <w:sz w:val="16"/>
              </w:rPr>
              <w:t>Not Applicable</w:t>
            </w:r>
          </w:p>
        </w:tc>
        <w:tc>
          <w:tcPr>
            <w:tcW w:type="dxa" w:w="1037"/>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28"/>
          </w:tcPr>
          <w:p>
            <w:pPr>
              <w:spacing w:after="0"/>
              <w:jc w:val="right"/>
            </w:pPr>
          </w:p>
        </w:tc>
        <w:tc>
          <w:tcPr>
            <w:tcW w:type="dxa" w:w="1034"/>
          </w:tcPr>
          <w:p>
            <w:pPr>
              <w:spacing w:after="0"/>
              <w:jc w:val="right"/>
            </w:pPr>
          </w:p>
        </w:tc>
        <w:tc>
          <w:tcPr>
            <w:tcW w:type="dxa" w:w="1277"/>
          </w:tcPr>
          <w:p>
            <w:pPr>
              <w:spacing w:after="0"/>
              <w:jc w:val="right"/>
            </w:pPr>
            <w:r>
              <w:rPr>
                <w:sz w:val="16"/>
              </w:rPr>
              <w:t>0</w:t>
            </w:r>
          </w:p>
        </w:tc>
        <w:tc>
          <w:tcPr>
            <w:tcW w:type="dxa" w:w="2362"/>
          </w:tcPr>
          <w:p>
            <w:pPr>
              <w:spacing w:after="0"/>
              <w:jc w:val="left"/>
            </w:pPr>
            <w:r>
              <w:rPr>
                <w:sz w:val="16"/>
              </w:rPr>
              <w:t>NRI rates volcanic activity Not Applicable for this county, and no federal declaration for this county names it.</w:t>
            </w:r>
          </w:p>
        </w:tc>
        <w:tc>
          <w:tcPr>
            <w:tcW w:type="dxa" w:w="223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2"/>
        <w:gridCol w:w="1731"/>
        <w:gridCol w:w="1553"/>
        <w:gridCol w:w="1958"/>
        <w:gridCol w:w="1574"/>
        <w:gridCol w:w="1716"/>
        <w:gridCol w:w="1620"/>
        <w:gridCol w:w="2228"/>
      </w:tblGrid>
      <w:tr>
        <w:trPr>
          <w:cantSplit/>
          <w:tblHeader/>
        </w:trPr>
        <w:tc>
          <w:tcPr>
            <w:tcW w:type="dxa" w:w="1732"/>
            <w:shd w:val="clear" w:color="auto" w:fill="E8E8E8"/>
          </w:tcPr>
          <w:p>
            <w:pPr>
              <w:spacing w:after="0"/>
              <w:jc w:val="left"/>
            </w:pPr>
            <w:r>
              <w:rPr>
                <w:b/>
                <w:sz w:val="16"/>
              </w:rPr>
              <w:t>Hazard</w:t>
            </w:r>
          </w:p>
        </w:tc>
        <w:tc>
          <w:tcPr>
            <w:tcW w:type="dxa" w:w="1731"/>
            <w:shd w:val="clear" w:color="auto" w:fill="E8E8E8"/>
          </w:tcPr>
          <w:p>
            <w:pPr>
              <w:spacing w:after="0"/>
              <w:jc w:val="left"/>
            </w:pPr>
            <w:r>
              <w:rPr>
                <w:b/>
                <w:sz w:val="16"/>
              </w:rPr>
              <w:t>Scale</w:t>
            </w:r>
          </w:p>
        </w:tc>
        <w:tc>
          <w:tcPr>
            <w:tcW w:type="dxa" w:w="1553"/>
            <w:shd w:val="clear" w:color="auto" w:fill="E8E8E8"/>
          </w:tcPr>
          <w:p>
            <w:pPr>
              <w:spacing w:after="0"/>
              <w:jc w:val="right"/>
            </w:pPr>
            <w:r>
              <w:rPr>
                <w:b/>
                <w:sz w:val="16"/>
              </w:rPr>
              <w:t>Records</w:t>
            </w:r>
          </w:p>
          <w:p>
            <w:pPr>
              <w:spacing w:after="0"/>
              <w:jc w:val="right"/>
            </w:pPr>
            <w:r>
              <w:rPr>
                <w:i/>
                <w:color w:val="555555"/>
                <w:sz w:val="14"/>
              </w:rPr>
              <w:t>count, years</w:t>
            </w:r>
          </w:p>
        </w:tc>
        <w:tc>
          <w:tcPr>
            <w:tcW w:type="dxa" w:w="1958"/>
            <w:shd w:val="clear" w:color="auto" w:fill="E8E8E8"/>
          </w:tcPr>
          <w:p>
            <w:pPr>
              <w:spacing w:after="0"/>
              <w:jc w:val="left"/>
            </w:pPr>
            <w:r>
              <w:rPr>
                <w:b/>
                <w:sz w:val="16"/>
              </w:rPr>
              <w:t>Observed range</w:t>
            </w:r>
          </w:p>
        </w:tc>
        <w:tc>
          <w:tcPr>
            <w:tcW w:type="dxa" w:w="1574"/>
            <w:shd w:val="clear" w:color="auto" w:fill="E8E8E8"/>
          </w:tcPr>
          <w:p>
            <w:pPr>
              <w:spacing w:after="0"/>
              <w:jc w:val="left"/>
            </w:pPr>
            <w:r>
              <w:rPr>
                <w:b/>
                <w:sz w:val="16"/>
              </w:rPr>
              <w:t>Worst recorded event</w:t>
            </w:r>
          </w:p>
        </w:tc>
        <w:tc>
          <w:tcPr>
            <w:tcW w:type="dxa" w:w="1716"/>
            <w:shd w:val="clear" w:color="auto" w:fill="E8E8E8"/>
          </w:tcPr>
          <w:p>
            <w:pPr>
              <w:spacing w:after="0"/>
              <w:jc w:val="left"/>
            </w:pPr>
            <w:r>
              <w:rPr>
                <w:b/>
                <w:sz w:val="16"/>
              </w:rPr>
              <w:t>Most damaging (when different)</w:t>
            </w:r>
          </w:p>
        </w:tc>
        <w:tc>
          <w:tcPr>
            <w:tcW w:type="dxa" w:w="1620"/>
            <w:shd w:val="clear" w:color="auto" w:fill="E8E8E8"/>
          </w:tcPr>
          <w:p>
            <w:pPr>
              <w:spacing w:after="0"/>
              <w:jc w:val="left"/>
            </w:pPr>
            <w:r>
              <w:rPr>
                <w:b/>
                <w:sz w:val="16"/>
              </w:rPr>
              <w:t>How it applies to members</w:t>
            </w:r>
          </w:p>
        </w:tc>
        <w:tc>
          <w:tcPr>
            <w:tcW w:type="dxa" w:w="2228"/>
            <w:shd w:val="clear" w:color="auto" w:fill="E8E8E8"/>
          </w:tcPr>
          <w:p>
            <w:pPr>
              <w:spacing w:after="0"/>
              <w:jc w:val="left"/>
            </w:pPr>
            <w:r>
              <w:rPr>
                <w:b/>
                <w:sz w:val="16"/>
              </w:rPr>
              <w:t>Note</w:t>
            </w:r>
          </w:p>
        </w:tc>
      </w:tr>
      <w:tr>
        <w:trPr>
          <w:cantSplit/>
        </w:trPr>
        <w:tc>
          <w:tcPr>
            <w:tcW w:type="dxa" w:w="1732"/>
          </w:tcPr>
          <w:p>
            <w:pPr>
              <w:spacing w:after="0"/>
              <w:jc w:val="left"/>
            </w:pPr>
            <w:r>
              <w:rPr>
                <w:sz w:val="16"/>
              </w:rPr>
              <w:t>Avalanche</w:t>
            </w:r>
          </w:p>
        </w:tc>
        <w:tc>
          <w:tcPr>
            <w:tcW w:type="dxa" w:w="1731"/>
          </w:tcPr>
          <w:p>
            <w:pPr>
              <w:spacing w:after="0"/>
              <w:jc w:val="left"/>
            </w:pPr>
            <w:r>
              <w:rPr>
                <w:sz w:val="16"/>
              </w:rPr>
              <w:t>none (count and damage)</w:t>
            </w:r>
          </w:p>
        </w:tc>
        <w:tc>
          <w:tcPr>
            <w:tcW w:type="dxa" w:w="1553"/>
          </w:tcPr>
          <w:p>
            <w:pPr>
              <w:spacing w:after="0"/>
              <w:jc w:val="right"/>
            </w:pPr>
            <w:r>
              <w:rPr>
                <w:sz w:val="16"/>
              </w:rPr>
              <w:t>0</w:t>
            </w:r>
          </w:p>
        </w:tc>
        <w:tc>
          <w:tcPr>
            <w:tcW w:type="dxa" w:w="1958"/>
          </w:tcPr>
          <w:p>
            <w:pPr>
              <w:spacing w:after="0"/>
              <w:jc w:val="left"/>
            </w:pPr>
          </w:p>
        </w:tc>
        <w:tc>
          <w:tcPr>
            <w:tcW w:type="dxa" w:w="1574"/>
          </w:tcPr>
          <w:p>
            <w:pPr>
              <w:spacing w:after="0"/>
              <w:jc w:val="left"/>
            </w:pPr>
          </w:p>
        </w:tc>
        <w:tc>
          <w:tcPr>
            <w:tcW w:type="dxa" w:w="1716"/>
          </w:tcPr>
          <w:p>
            <w:pPr>
              <w:spacing w:after="0"/>
              <w:jc w:val="left"/>
            </w:pPr>
          </w:p>
        </w:tc>
        <w:tc>
          <w:tcPr>
            <w:tcW w:type="dxa" w:w="1620"/>
          </w:tcPr>
          <w:p>
            <w:pPr>
              <w:spacing w:after="0"/>
              <w:jc w:val="left"/>
            </w:pPr>
          </w:p>
        </w:tc>
        <w:tc>
          <w:tcPr>
            <w:tcW w:type="dxa" w:w="2228"/>
          </w:tcPr>
          <w:p>
            <w:pPr>
              <w:spacing w:after="0"/>
              <w:jc w:val="left"/>
            </w:pPr>
            <w:r>
              <w:rPr>
                <w:sz w:val="16"/>
              </w:rPr>
              <w:t>Physical measure: in event narratives only; local data required.</w:t>
            </w:r>
          </w:p>
        </w:tc>
      </w:tr>
      <w:tr>
        <w:trPr>
          <w:cantSplit/>
        </w:trPr>
        <w:tc>
          <w:tcPr>
            <w:tcW w:type="dxa" w:w="1732"/>
          </w:tcPr>
          <w:p>
            <w:pPr>
              <w:spacing w:after="0"/>
              <w:jc w:val="left"/>
            </w:pPr>
            <w:r>
              <w:rPr>
                <w:sz w:val="16"/>
              </w:rPr>
              <w:t>Coastal Flood, Storm Surge/Tide</w:t>
            </w:r>
          </w:p>
        </w:tc>
        <w:tc>
          <w:tcPr>
            <w:tcW w:type="dxa" w:w="1731"/>
          </w:tcPr>
          <w:p>
            <w:pPr>
              <w:spacing w:after="0"/>
              <w:jc w:val="left"/>
            </w:pPr>
            <w:r>
              <w:rPr>
                <w:sz w:val="16"/>
              </w:rPr>
              <w:t>none in data (FIRM for depth)</w:t>
            </w:r>
          </w:p>
        </w:tc>
        <w:tc>
          <w:tcPr>
            <w:tcW w:type="dxa" w:w="1553"/>
          </w:tcPr>
          <w:p>
            <w:pPr>
              <w:spacing w:after="0"/>
              <w:jc w:val="right"/>
            </w:pPr>
            <w:r>
              <w:rPr>
                <w:sz w:val="16"/>
              </w:rPr>
              <w:t>0</w:t>
            </w:r>
          </w:p>
        </w:tc>
        <w:tc>
          <w:tcPr>
            <w:tcW w:type="dxa" w:w="1958"/>
          </w:tcPr>
          <w:p>
            <w:pPr>
              <w:spacing w:after="0"/>
              <w:jc w:val="left"/>
            </w:pPr>
          </w:p>
        </w:tc>
        <w:tc>
          <w:tcPr>
            <w:tcW w:type="dxa" w:w="1574"/>
          </w:tcPr>
          <w:p>
            <w:pPr>
              <w:spacing w:after="0"/>
              <w:jc w:val="left"/>
            </w:pPr>
          </w:p>
        </w:tc>
        <w:tc>
          <w:tcPr>
            <w:tcW w:type="dxa" w:w="1716"/>
          </w:tcPr>
          <w:p>
            <w:pPr>
              <w:spacing w:after="0"/>
              <w:jc w:val="left"/>
            </w:pPr>
          </w:p>
        </w:tc>
        <w:tc>
          <w:tcPr>
            <w:tcW w:type="dxa" w:w="1620"/>
          </w:tcPr>
          <w:p>
            <w:pPr>
              <w:spacing w:after="0"/>
              <w:jc w:val="left"/>
            </w:pPr>
          </w:p>
        </w:tc>
        <w:tc>
          <w:tcPr>
            <w:tcW w:type="dxa" w:w="2228"/>
          </w:tcPr>
          <w:p>
            <w:pPr>
              <w:spacing w:after="0"/>
              <w:jc w:val="left"/>
            </w:pPr>
            <w:r>
              <w:rPr>
                <w:sz w:val="16"/>
              </w:rPr>
              <w:t>Flood depth: see the FEMA Flood Insurance Rate Map.</w:t>
            </w:r>
          </w:p>
        </w:tc>
      </w:tr>
      <w:tr>
        <w:trPr>
          <w:cantSplit/>
        </w:trPr>
        <w:tc>
          <w:tcPr>
            <w:tcW w:type="dxa" w:w="1732"/>
          </w:tcPr>
          <w:p>
            <w:pPr>
              <w:spacing w:after="0"/>
              <w:jc w:val="left"/>
            </w:pPr>
            <w:r>
              <w:rPr>
                <w:sz w:val="16"/>
              </w:rPr>
              <w:t>Cold/Wind Chill, Extreme Cold/Wind Chill</w:t>
            </w:r>
          </w:p>
        </w:tc>
        <w:tc>
          <w:tcPr>
            <w:tcW w:type="dxa" w:w="1731"/>
          </w:tcPr>
          <w:p>
            <w:pPr>
              <w:spacing w:after="0"/>
              <w:jc w:val="left"/>
            </w:pPr>
            <w:r>
              <w:rPr>
                <w:sz w:val="16"/>
              </w:rPr>
              <w:t>wind chill</w:t>
            </w:r>
          </w:p>
        </w:tc>
        <w:tc>
          <w:tcPr>
            <w:tcW w:type="dxa" w:w="1553"/>
          </w:tcPr>
          <w:p>
            <w:pPr>
              <w:spacing w:after="0"/>
              <w:jc w:val="right"/>
            </w:pPr>
            <w:r>
              <w:rPr>
                <w:sz w:val="16"/>
              </w:rPr>
              <w:t>2, 1996 to 2022 (2 zone-level)</w:t>
            </w:r>
          </w:p>
        </w:tc>
        <w:tc>
          <w:tcPr>
            <w:tcW w:type="dxa" w:w="1958"/>
          </w:tcPr>
          <w:p>
            <w:pPr>
              <w:spacing w:after="0"/>
              <w:jc w:val="left"/>
            </w:pPr>
            <w:r>
              <w:rPr>
                <w:sz w:val="16"/>
              </w:rPr>
              <w:t>3 days to 5 days (median 4 days); 2 with a recorded value</w:t>
            </w:r>
          </w:p>
        </w:tc>
        <w:tc>
          <w:tcPr>
            <w:tcW w:type="dxa" w:w="1574"/>
          </w:tcPr>
          <w:p>
            <w:pPr>
              <w:spacing w:after="0"/>
              <w:jc w:val="left"/>
            </w:pPr>
            <w:r>
              <w:rPr>
                <w:sz w:val="16"/>
              </w:rPr>
              <w:t>5 consecutive days, 1996-02-01 to 1996-02-05, zone-level</w:t>
            </w:r>
          </w:p>
        </w:tc>
        <w:tc>
          <w:tcPr>
            <w:tcW w:type="dxa" w:w="1716"/>
          </w:tcPr>
          <w:p>
            <w:pPr>
              <w:spacing w:after="0"/>
              <w:jc w:val="left"/>
            </w:pPr>
          </w:p>
        </w:tc>
        <w:tc>
          <w:tcPr>
            <w:tcW w:type="dxa" w:w="1620"/>
          </w:tcPr>
          <w:p>
            <w:pPr>
              <w:spacing w:after="0"/>
              <w:jc w:val="left"/>
            </w:pPr>
            <w:r>
              <w:rPr>
                <w:sz w:val="16"/>
              </w:rPr>
              <w:t>Zone-level records: applies countywide; national data do not locate these events within the county.</w:t>
            </w:r>
          </w:p>
        </w:tc>
        <w:tc>
          <w:tcPr>
            <w:tcW w:type="dxa" w:w="2228"/>
          </w:tcPr>
          <w:p>
            <w:pPr>
              <w:spacing w:after="0"/>
              <w:jc w:val="left"/>
            </w:pPr>
            <w:r>
              <w:rPr>
                <w:sz w:val="16"/>
              </w:rPr>
              <w:t>Wind chill: in event narratives only; local data required.</w:t>
            </w:r>
          </w:p>
        </w:tc>
      </w:tr>
      <w:tr>
        <w:trPr>
          <w:cantSplit/>
        </w:trPr>
        <w:tc>
          <w:tcPr>
            <w:tcW w:type="dxa" w:w="1732"/>
          </w:tcPr>
          <w:p>
            <w:pPr>
              <w:spacing w:after="0"/>
              <w:jc w:val="left"/>
            </w:pPr>
            <w:r>
              <w:rPr>
                <w:sz w:val="16"/>
              </w:rPr>
              <w:t>Frost/Freeze (outside NRI Cold Wave definition)</w:t>
            </w:r>
          </w:p>
        </w:tc>
        <w:tc>
          <w:tcPr>
            <w:tcW w:type="dxa" w:w="1731"/>
          </w:tcPr>
          <w:p>
            <w:pPr>
              <w:spacing w:after="0"/>
              <w:jc w:val="left"/>
            </w:pPr>
            <w:r>
              <w:rPr>
                <w:sz w:val="16"/>
              </w:rPr>
              <w:t>crop damage</w:t>
            </w:r>
          </w:p>
        </w:tc>
        <w:tc>
          <w:tcPr>
            <w:tcW w:type="dxa" w:w="1553"/>
          </w:tcPr>
          <w:p>
            <w:pPr>
              <w:spacing w:after="0"/>
              <w:jc w:val="right"/>
            </w:pPr>
            <w:r>
              <w:rPr>
                <w:sz w:val="16"/>
              </w:rPr>
              <w:t>1, 2007 to 2007 (1 zone-level)</w:t>
            </w:r>
          </w:p>
        </w:tc>
        <w:tc>
          <w:tcPr>
            <w:tcW w:type="dxa" w:w="1958"/>
          </w:tcPr>
          <w:p>
            <w:pPr>
              <w:spacing w:after="0"/>
              <w:jc w:val="left"/>
            </w:pPr>
          </w:p>
        </w:tc>
        <w:tc>
          <w:tcPr>
            <w:tcW w:type="dxa" w:w="1574"/>
          </w:tcPr>
          <w:p>
            <w:pPr>
              <w:spacing w:after="0"/>
              <w:jc w:val="left"/>
            </w:pPr>
            <w:r>
              <w:rPr>
                <w:sz w:val="16"/>
              </w:rPr>
              <w:t>Frost/Freeze, 2007-04-06, $465,000 crop damage, reported for the zone (2007 dollars); NWS zone KYZ098 (ROBERTSON), zone-level: may include parts of neighboring counties</w:t>
            </w:r>
          </w:p>
        </w:tc>
        <w:tc>
          <w:tcPr>
            <w:tcW w:type="dxa" w:w="1716"/>
          </w:tcPr>
          <w:p>
            <w:pPr>
              <w:spacing w:after="0"/>
              <w:jc w:val="left"/>
            </w:pPr>
          </w:p>
        </w:tc>
        <w:tc>
          <w:tcPr>
            <w:tcW w:type="dxa" w:w="1620"/>
          </w:tcPr>
          <w:p>
            <w:pPr>
              <w:spacing w:after="0"/>
              <w:jc w:val="left"/>
            </w:pPr>
            <w:r>
              <w:rPr>
                <w:sz w:val="16"/>
              </w:rPr>
              <w:t>Zone-level records: applies countywide; national data do not locate these events within the county.</w:t>
            </w:r>
          </w:p>
        </w:tc>
        <w:tc>
          <w:tcPr>
            <w:tcW w:type="dxa" w:w="2228"/>
          </w:tcPr>
          <w:p>
            <w:pPr>
              <w:spacing w:after="0"/>
              <w:jc w:val="left"/>
            </w:pPr>
            <w:r>
              <w:rPr>
                <w:sz w:val="16"/>
              </w:rPr>
              <w:t>Temperature: in event narratives only; local data required.</w:t>
            </w:r>
          </w:p>
        </w:tc>
      </w:tr>
      <w:tr>
        <w:trPr>
          <w:cantSplit/>
        </w:trPr>
        <w:tc>
          <w:tcPr>
            <w:tcW w:type="dxa" w:w="1732"/>
          </w:tcPr>
          <w:p>
            <w:pPr>
              <w:spacing w:after="0"/>
              <w:jc w:val="left"/>
            </w:pPr>
            <w:r>
              <w:rPr>
                <w:sz w:val="16"/>
              </w:rPr>
              <w:t>Drought</w:t>
            </w:r>
          </w:p>
        </w:tc>
        <w:tc>
          <w:tcPr>
            <w:tcW w:type="dxa" w:w="1731"/>
          </w:tcPr>
          <w:p>
            <w:pPr>
              <w:spacing w:after="0"/>
              <w:jc w:val="left"/>
            </w:pPr>
            <w:r>
              <w:rPr>
                <w:sz w:val="16"/>
              </w:rPr>
              <w:t>US Drought Monitor D-scale</w:t>
            </w:r>
          </w:p>
        </w:tc>
        <w:tc>
          <w:tcPr>
            <w:tcW w:type="dxa" w:w="1553"/>
          </w:tcPr>
          <w:p>
            <w:pPr>
              <w:spacing w:after="0"/>
              <w:jc w:val="right"/>
            </w:pPr>
            <w:r>
              <w:rPr>
                <w:sz w:val="16"/>
              </w:rPr>
              <w:t>0</w:t>
            </w:r>
          </w:p>
        </w:tc>
        <w:tc>
          <w:tcPr>
            <w:tcW w:type="dxa" w:w="1958"/>
          </w:tcPr>
          <w:p>
            <w:pPr>
              <w:spacing w:after="0"/>
              <w:jc w:val="left"/>
            </w:pPr>
          </w:p>
        </w:tc>
        <w:tc>
          <w:tcPr>
            <w:tcW w:type="dxa" w:w="1574"/>
          </w:tcPr>
          <w:p>
            <w:pPr>
              <w:spacing w:after="0"/>
              <w:jc w:val="left"/>
            </w:pPr>
          </w:p>
        </w:tc>
        <w:tc>
          <w:tcPr>
            <w:tcW w:type="dxa" w:w="1716"/>
          </w:tcPr>
          <w:p>
            <w:pPr>
              <w:spacing w:after="0"/>
              <w:jc w:val="left"/>
            </w:pPr>
          </w:p>
        </w:tc>
        <w:tc>
          <w:tcPr>
            <w:tcW w:type="dxa" w:w="1620"/>
          </w:tcPr>
          <w:p>
            <w:pPr>
              <w:spacing w:after="0"/>
              <w:jc w:val="left"/>
            </w:pPr>
          </w:p>
        </w:tc>
        <w:tc>
          <w:tcPr>
            <w:tcW w:type="dxa" w:w="222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2"/>
          </w:tcPr>
          <w:p>
            <w:pPr>
              <w:spacing w:after="0"/>
              <w:jc w:val="left"/>
            </w:pPr>
            <w:r>
              <w:rPr>
                <w:sz w:val="16"/>
              </w:rPr>
              <w:t>Earthquake</w:t>
            </w:r>
          </w:p>
        </w:tc>
        <w:tc>
          <w:tcPr>
            <w:tcW w:type="dxa" w:w="1731"/>
          </w:tcPr>
          <w:p>
            <w:pPr>
              <w:spacing w:after="0"/>
              <w:jc w:val="left"/>
            </w:pPr>
            <w:r>
              <w:rPr>
                <w:sz w:val="16"/>
              </w:rPr>
              <w:t>Modified Mercalli (local data)</w:t>
            </w:r>
          </w:p>
        </w:tc>
        <w:tc>
          <w:tcPr>
            <w:tcW w:type="dxa" w:w="1553"/>
          </w:tcPr>
          <w:p>
            <w:pPr>
              <w:spacing w:after="0"/>
              <w:jc w:val="right"/>
            </w:pPr>
            <w:r>
              <w:rPr>
                <w:sz w:val="16"/>
              </w:rPr>
              <w:t>0</w:t>
            </w:r>
          </w:p>
        </w:tc>
        <w:tc>
          <w:tcPr>
            <w:tcW w:type="dxa" w:w="1958"/>
          </w:tcPr>
          <w:p>
            <w:pPr>
              <w:spacing w:after="0"/>
              <w:jc w:val="left"/>
            </w:pPr>
          </w:p>
        </w:tc>
        <w:tc>
          <w:tcPr>
            <w:tcW w:type="dxa" w:w="1574"/>
          </w:tcPr>
          <w:p>
            <w:pPr>
              <w:spacing w:after="0"/>
              <w:jc w:val="left"/>
            </w:pPr>
          </w:p>
        </w:tc>
        <w:tc>
          <w:tcPr>
            <w:tcW w:type="dxa" w:w="1716"/>
          </w:tcPr>
          <w:p>
            <w:pPr>
              <w:spacing w:after="0"/>
              <w:jc w:val="left"/>
            </w:pPr>
          </w:p>
        </w:tc>
        <w:tc>
          <w:tcPr>
            <w:tcW w:type="dxa" w:w="1620"/>
          </w:tcPr>
          <w:p>
            <w:pPr>
              <w:spacing w:after="0"/>
              <w:jc w:val="left"/>
            </w:pPr>
          </w:p>
        </w:tc>
        <w:tc>
          <w:tcPr>
            <w:tcW w:type="dxa" w:w="2228"/>
          </w:tcPr>
          <w:p>
            <w:pPr>
              <w:spacing w:after="0"/>
              <w:jc w:val="left"/>
            </w:pPr>
            <w:r>
              <w:rPr>
                <w:sz w:val="16"/>
              </w:rPr>
              <w:t>No Storm Events record; local data required (e.g., USGS).</w:t>
            </w:r>
          </w:p>
        </w:tc>
      </w:tr>
      <w:tr>
        <w:trPr>
          <w:cantSplit/>
        </w:trPr>
        <w:tc>
          <w:tcPr>
            <w:tcW w:type="dxa" w:w="1732"/>
          </w:tcPr>
          <w:p>
            <w:pPr>
              <w:spacing w:after="0"/>
              <w:jc w:val="left"/>
            </w:pPr>
            <w:r>
              <w:rPr>
                <w:sz w:val="16"/>
              </w:rPr>
              <w:t>Hail</w:t>
            </w:r>
          </w:p>
        </w:tc>
        <w:tc>
          <w:tcPr>
            <w:tcW w:type="dxa" w:w="1731"/>
          </w:tcPr>
          <w:p>
            <w:pPr>
              <w:spacing w:after="0"/>
              <w:jc w:val="left"/>
            </w:pPr>
            <w:r>
              <w:rPr>
                <w:sz w:val="16"/>
              </w:rPr>
              <w:t>hail size (inches)</w:t>
            </w:r>
          </w:p>
        </w:tc>
        <w:tc>
          <w:tcPr>
            <w:tcW w:type="dxa" w:w="1553"/>
          </w:tcPr>
          <w:p>
            <w:pPr>
              <w:spacing w:after="0"/>
              <w:jc w:val="right"/>
            </w:pPr>
            <w:r>
              <w:rPr>
                <w:sz w:val="16"/>
              </w:rPr>
              <w:t>13, 1989 to 2015</w:t>
            </w:r>
          </w:p>
        </w:tc>
        <w:tc>
          <w:tcPr>
            <w:tcW w:type="dxa" w:w="1958"/>
          </w:tcPr>
          <w:p>
            <w:pPr>
              <w:spacing w:after="0"/>
              <w:jc w:val="left"/>
            </w:pPr>
            <w:r>
              <w:rPr>
                <w:sz w:val="16"/>
              </w:rPr>
              <w:t>0.75 in to 1.75 in (median 1 in); 13 with a recorded value</w:t>
            </w:r>
          </w:p>
        </w:tc>
        <w:tc>
          <w:tcPr>
            <w:tcW w:type="dxa" w:w="1574"/>
          </w:tcPr>
          <w:p>
            <w:pPr>
              <w:spacing w:after="0"/>
              <w:jc w:val="left"/>
            </w:pPr>
            <w:r>
              <w:rPr>
                <w:sz w:val="16"/>
              </w:rPr>
              <w:t>1.75 in hail, 2011-05-10; same size also recorded on 2002-11-10, 2010-04-05</w:t>
            </w:r>
          </w:p>
        </w:tc>
        <w:tc>
          <w:tcPr>
            <w:tcW w:type="dxa" w:w="1716"/>
          </w:tcPr>
          <w:p>
            <w:pPr>
              <w:spacing w:after="0"/>
              <w:jc w:val="left"/>
            </w:pPr>
          </w:p>
        </w:tc>
        <w:tc>
          <w:tcPr>
            <w:tcW w:type="dxa" w:w="1620"/>
          </w:tcPr>
          <w:p>
            <w:pPr>
              <w:spacing w:after="0"/>
              <w:jc w:val="left"/>
            </w:pPr>
            <w:r>
              <w:rPr>
                <w:sz w:val="16"/>
              </w:rPr>
              <w:t>Event records naming member places: Mount Olivet city (6 records).</w:t>
            </w:r>
          </w:p>
        </w:tc>
        <w:tc>
          <w:tcPr>
            <w:tcW w:type="dxa" w:w="2228"/>
          </w:tcPr>
          <w:p>
            <w:pPr>
              <w:spacing w:after="0"/>
              <w:jc w:val="left"/>
            </w:pPr>
          </w:p>
        </w:tc>
      </w:tr>
      <w:tr>
        <w:trPr>
          <w:cantSplit/>
        </w:trPr>
        <w:tc>
          <w:tcPr>
            <w:tcW w:type="dxa" w:w="1732"/>
          </w:tcPr>
          <w:p>
            <w:pPr>
              <w:spacing w:after="0"/>
              <w:jc w:val="left"/>
            </w:pPr>
            <w:r>
              <w:rPr>
                <w:sz w:val="16"/>
              </w:rPr>
              <w:t>Excessive Heat, Heat</w:t>
            </w:r>
          </w:p>
        </w:tc>
        <w:tc>
          <w:tcPr>
            <w:tcW w:type="dxa" w:w="1731"/>
          </w:tcPr>
          <w:p>
            <w:pPr>
              <w:spacing w:after="0"/>
              <w:jc w:val="left"/>
            </w:pPr>
            <w:r>
              <w:rPr>
                <w:sz w:val="16"/>
              </w:rPr>
              <w:t>heat index (narratives)</w:t>
            </w:r>
          </w:p>
        </w:tc>
        <w:tc>
          <w:tcPr>
            <w:tcW w:type="dxa" w:w="1553"/>
          </w:tcPr>
          <w:p>
            <w:pPr>
              <w:spacing w:after="0"/>
              <w:jc w:val="right"/>
            </w:pPr>
            <w:r>
              <w:rPr>
                <w:sz w:val="16"/>
              </w:rPr>
              <w:t>7, 1999 to 2023 (7 zone-level)</w:t>
            </w:r>
          </w:p>
        </w:tc>
        <w:tc>
          <w:tcPr>
            <w:tcW w:type="dxa" w:w="1958"/>
          </w:tcPr>
          <w:p>
            <w:pPr>
              <w:spacing w:after="0"/>
              <w:jc w:val="left"/>
            </w:pPr>
            <w:r>
              <w:rPr>
                <w:sz w:val="16"/>
              </w:rPr>
              <w:t>1 day to 12 days (median 4 days); 5 with a recorded value</w:t>
            </w:r>
          </w:p>
        </w:tc>
        <w:tc>
          <w:tcPr>
            <w:tcW w:type="dxa" w:w="1574"/>
          </w:tcPr>
          <w:p>
            <w:pPr>
              <w:spacing w:after="0"/>
              <w:jc w:val="left"/>
            </w:pPr>
            <w:r>
              <w:rPr>
                <w:sz w:val="16"/>
              </w:rPr>
              <w:t>12 consecutive days, 1999-07-20 to 1999-07-31, zone-level</w:t>
            </w:r>
          </w:p>
        </w:tc>
        <w:tc>
          <w:tcPr>
            <w:tcW w:type="dxa" w:w="1716"/>
          </w:tcPr>
          <w:p>
            <w:pPr>
              <w:spacing w:after="0"/>
              <w:jc w:val="left"/>
            </w:pPr>
          </w:p>
        </w:tc>
        <w:tc>
          <w:tcPr>
            <w:tcW w:type="dxa" w:w="1620"/>
          </w:tcPr>
          <w:p>
            <w:pPr>
              <w:spacing w:after="0"/>
              <w:jc w:val="left"/>
            </w:pPr>
            <w:r>
              <w:rPr>
                <w:sz w:val="16"/>
              </w:rPr>
              <w:t>Zone-level records: applies countywide; national data do not locate these events within the county.</w:t>
            </w:r>
          </w:p>
        </w:tc>
        <w:tc>
          <w:tcPr>
            <w:tcW w:type="dxa" w:w="2228"/>
          </w:tcPr>
          <w:p>
            <w:pPr>
              <w:spacing w:after="0"/>
              <w:jc w:val="left"/>
            </w:pPr>
            <w:r>
              <w:rPr>
                <w:sz w:val="16"/>
              </w:rPr>
              <w:t>Heat index: in event narratives only; local data required.</w:t>
            </w:r>
          </w:p>
        </w:tc>
      </w:tr>
      <w:tr>
        <w:trPr>
          <w:cantSplit/>
        </w:trPr>
        <w:tc>
          <w:tcPr>
            <w:tcW w:type="dxa" w:w="1732"/>
          </w:tcPr>
          <w:p>
            <w:pPr>
              <w:spacing w:after="0"/>
              <w:jc w:val="left"/>
            </w:pPr>
            <w:r>
              <w:rPr>
                <w:sz w:val="16"/>
              </w:rPr>
              <w:t>Hurricane, Tropical Storm, Tropical Depression</w:t>
            </w:r>
          </w:p>
        </w:tc>
        <w:tc>
          <w:tcPr>
            <w:tcW w:type="dxa" w:w="1731"/>
          </w:tcPr>
          <w:p>
            <w:pPr>
              <w:spacing w:after="0"/>
              <w:jc w:val="left"/>
            </w:pPr>
            <w:r>
              <w:rPr>
                <w:sz w:val="16"/>
              </w:rPr>
              <w:t>Saffir-Simpson</w:t>
            </w:r>
          </w:p>
        </w:tc>
        <w:tc>
          <w:tcPr>
            <w:tcW w:type="dxa" w:w="1553"/>
          </w:tcPr>
          <w:p>
            <w:pPr>
              <w:spacing w:after="0"/>
              <w:jc w:val="right"/>
            </w:pPr>
            <w:r>
              <w:rPr>
                <w:sz w:val="16"/>
              </w:rPr>
              <w:t>0</w:t>
            </w:r>
          </w:p>
        </w:tc>
        <w:tc>
          <w:tcPr>
            <w:tcW w:type="dxa" w:w="1958"/>
          </w:tcPr>
          <w:p>
            <w:pPr>
              <w:spacing w:after="0"/>
              <w:jc w:val="left"/>
            </w:pPr>
          </w:p>
        </w:tc>
        <w:tc>
          <w:tcPr>
            <w:tcW w:type="dxa" w:w="1574"/>
          </w:tcPr>
          <w:p>
            <w:pPr>
              <w:spacing w:after="0"/>
              <w:jc w:val="left"/>
            </w:pPr>
          </w:p>
        </w:tc>
        <w:tc>
          <w:tcPr>
            <w:tcW w:type="dxa" w:w="1716"/>
          </w:tcPr>
          <w:p>
            <w:pPr>
              <w:spacing w:after="0"/>
              <w:jc w:val="left"/>
            </w:pPr>
          </w:p>
        </w:tc>
        <w:tc>
          <w:tcPr>
            <w:tcW w:type="dxa" w:w="1620"/>
          </w:tcPr>
          <w:p>
            <w:pPr>
              <w:spacing w:after="0"/>
              <w:jc w:val="left"/>
            </w:pPr>
          </w:p>
        </w:tc>
        <w:tc>
          <w:tcPr>
            <w:tcW w:type="dxa" w:w="222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2"/>
          </w:tcPr>
          <w:p>
            <w:pPr>
              <w:spacing w:after="0"/>
              <w:jc w:val="left"/>
            </w:pPr>
            <w:r>
              <w:rPr>
                <w:sz w:val="16"/>
              </w:rPr>
              <w:t>Ice Storm</w:t>
            </w:r>
          </w:p>
        </w:tc>
        <w:tc>
          <w:tcPr>
            <w:tcW w:type="dxa" w:w="1731"/>
          </w:tcPr>
          <w:p>
            <w:pPr>
              <w:spacing w:after="0"/>
              <w:jc w:val="left"/>
            </w:pPr>
            <w:r>
              <w:rPr>
                <w:sz w:val="16"/>
              </w:rPr>
              <w:t>Sperry-Piltz (local data)</w:t>
            </w:r>
          </w:p>
        </w:tc>
        <w:tc>
          <w:tcPr>
            <w:tcW w:type="dxa" w:w="1553"/>
          </w:tcPr>
          <w:p>
            <w:pPr>
              <w:spacing w:after="0"/>
              <w:jc w:val="right"/>
            </w:pPr>
            <w:r>
              <w:rPr>
                <w:sz w:val="16"/>
              </w:rPr>
              <w:t>3, 1996 to 2009 (3 zone-level)</w:t>
            </w:r>
          </w:p>
        </w:tc>
        <w:tc>
          <w:tcPr>
            <w:tcW w:type="dxa" w:w="1958"/>
          </w:tcPr>
          <w:p>
            <w:pPr>
              <w:spacing w:after="0"/>
              <w:jc w:val="left"/>
            </w:pPr>
          </w:p>
        </w:tc>
        <w:tc>
          <w:tcPr>
            <w:tcW w:type="dxa" w:w="1574"/>
          </w:tcPr>
          <w:p>
            <w:pPr>
              <w:spacing w:after="0"/>
              <w:jc w:val="left"/>
            </w:pPr>
            <w:r>
              <w:rPr>
                <w:sz w:val="16"/>
              </w:rPr>
              <w:t>No damage reported in 3 records.</w:t>
            </w:r>
          </w:p>
        </w:tc>
        <w:tc>
          <w:tcPr>
            <w:tcW w:type="dxa" w:w="1716"/>
          </w:tcPr>
          <w:p>
            <w:pPr>
              <w:spacing w:after="0"/>
              <w:jc w:val="left"/>
            </w:pPr>
          </w:p>
        </w:tc>
        <w:tc>
          <w:tcPr>
            <w:tcW w:type="dxa" w:w="1620"/>
          </w:tcPr>
          <w:p>
            <w:pPr>
              <w:spacing w:after="0"/>
              <w:jc w:val="left"/>
            </w:pPr>
            <w:r>
              <w:rPr>
                <w:sz w:val="16"/>
              </w:rPr>
              <w:t>Zone-level records: applies countywide; national data do not locate these events within the county.</w:t>
            </w:r>
          </w:p>
        </w:tc>
        <w:tc>
          <w:tcPr>
            <w:tcW w:type="dxa" w:w="2228"/>
          </w:tcPr>
          <w:p>
            <w:pPr>
              <w:spacing w:after="0"/>
              <w:jc w:val="left"/>
            </w:pPr>
            <w:r>
              <w:rPr>
                <w:sz w:val="16"/>
              </w:rPr>
              <w:t>Ice thickness: in event narratives only; local data required.</w:t>
            </w:r>
          </w:p>
        </w:tc>
      </w:tr>
      <w:tr>
        <w:trPr>
          <w:cantSplit/>
        </w:trPr>
        <w:tc>
          <w:tcPr>
            <w:tcW w:type="dxa" w:w="1732"/>
          </w:tcPr>
          <w:p>
            <w:pPr>
              <w:spacing w:after="0"/>
              <w:jc w:val="left"/>
            </w:pPr>
            <w:r>
              <w:rPr>
                <w:sz w:val="16"/>
              </w:rPr>
              <w:t>Flash Flood, Flood, Lakeshore Flood</w:t>
            </w:r>
          </w:p>
        </w:tc>
        <w:tc>
          <w:tcPr>
            <w:tcW w:type="dxa" w:w="1731"/>
          </w:tcPr>
          <w:p>
            <w:pPr>
              <w:spacing w:after="0"/>
              <w:jc w:val="left"/>
            </w:pPr>
            <w:r>
              <w:rPr>
                <w:sz w:val="16"/>
              </w:rPr>
              <w:t>damage and flood days (FIRM for depth)</w:t>
            </w:r>
          </w:p>
        </w:tc>
        <w:tc>
          <w:tcPr>
            <w:tcW w:type="dxa" w:w="1553"/>
          </w:tcPr>
          <w:p>
            <w:pPr>
              <w:spacing w:after="0"/>
              <w:jc w:val="right"/>
            </w:pPr>
            <w:r>
              <w:rPr>
                <w:sz w:val="16"/>
              </w:rPr>
              <w:t>17, 1997 to 2026 (5 zone-level)</w:t>
            </w:r>
          </w:p>
        </w:tc>
        <w:tc>
          <w:tcPr>
            <w:tcW w:type="dxa" w:w="1958"/>
          </w:tcPr>
          <w:p>
            <w:pPr>
              <w:spacing w:after="0"/>
              <w:jc w:val="left"/>
            </w:pPr>
          </w:p>
        </w:tc>
        <w:tc>
          <w:tcPr>
            <w:tcW w:type="dxa" w:w="1574"/>
          </w:tcPr>
          <w:p>
            <w:pPr>
              <w:spacing w:after="0"/>
              <w:jc w:val="left"/>
            </w:pPr>
            <w:r>
              <w:rPr>
                <w:sz w:val="16"/>
              </w:rPr>
              <w:t>Flash Flood, 1997-03-01, $500,000 property; crops not reported (1997 dollars)</w:t>
            </w:r>
          </w:p>
        </w:tc>
        <w:tc>
          <w:tcPr>
            <w:tcW w:type="dxa" w:w="1716"/>
          </w:tcPr>
          <w:p>
            <w:pPr>
              <w:spacing w:after="0"/>
              <w:jc w:val="left"/>
            </w:pPr>
          </w:p>
        </w:tc>
        <w:tc>
          <w:tcPr>
            <w:tcW w:type="dxa" w:w="1620"/>
          </w:tcPr>
          <w:p>
            <w:pPr>
              <w:spacing w:after="0"/>
              <w:jc w:val="left"/>
            </w:pPr>
            <w:r>
              <w:rPr>
                <w:sz w:val="16"/>
              </w:rPr>
              <w:t>Event records naming member places: Mount Olivet city (1 record). Zone-level records (5) apply countywide.</w:t>
            </w:r>
          </w:p>
        </w:tc>
        <w:tc>
          <w:tcPr>
            <w:tcW w:type="dxa" w:w="222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2"/>
          </w:tcPr>
          <w:p>
            <w:pPr>
              <w:spacing w:after="0"/>
              <w:jc w:val="left"/>
            </w:pPr>
            <w:r>
              <w:rPr>
                <w:sz w:val="16"/>
              </w:rPr>
              <w:t>Debris Flow</w:t>
            </w:r>
          </w:p>
        </w:tc>
        <w:tc>
          <w:tcPr>
            <w:tcW w:type="dxa" w:w="1731"/>
          </w:tcPr>
          <w:p>
            <w:pPr>
              <w:spacing w:after="0"/>
              <w:jc w:val="left"/>
            </w:pPr>
            <w:r>
              <w:rPr>
                <w:sz w:val="16"/>
              </w:rPr>
              <w:t>none (count and damage)</w:t>
            </w:r>
          </w:p>
        </w:tc>
        <w:tc>
          <w:tcPr>
            <w:tcW w:type="dxa" w:w="1553"/>
          </w:tcPr>
          <w:p>
            <w:pPr>
              <w:spacing w:after="0"/>
              <w:jc w:val="right"/>
            </w:pPr>
            <w:r>
              <w:rPr>
                <w:sz w:val="16"/>
              </w:rPr>
              <w:t>0</w:t>
            </w:r>
          </w:p>
        </w:tc>
        <w:tc>
          <w:tcPr>
            <w:tcW w:type="dxa" w:w="1958"/>
          </w:tcPr>
          <w:p>
            <w:pPr>
              <w:spacing w:after="0"/>
              <w:jc w:val="left"/>
            </w:pPr>
          </w:p>
        </w:tc>
        <w:tc>
          <w:tcPr>
            <w:tcW w:type="dxa" w:w="1574"/>
          </w:tcPr>
          <w:p>
            <w:pPr>
              <w:spacing w:after="0"/>
              <w:jc w:val="left"/>
            </w:pPr>
          </w:p>
        </w:tc>
        <w:tc>
          <w:tcPr>
            <w:tcW w:type="dxa" w:w="1716"/>
          </w:tcPr>
          <w:p>
            <w:pPr>
              <w:spacing w:after="0"/>
              <w:jc w:val="left"/>
            </w:pPr>
          </w:p>
        </w:tc>
        <w:tc>
          <w:tcPr>
            <w:tcW w:type="dxa" w:w="1620"/>
          </w:tcPr>
          <w:p>
            <w:pPr>
              <w:spacing w:after="0"/>
              <w:jc w:val="left"/>
            </w:pPr>
          </w:p>
        </w:tc>
        <w:tc>
          <w:tcPr>
            <w:tcW w:type="dxa" w:w="2228"/>
          </w:tcPr>
          <w:p>
            <w:pPr>
              <w:spacing w:after="0"/>
              <w:jc w:val="left"/>
            </w:pPr>
            <w:r>
              <w:rPr>
                <w:sz w:val="16"/>
              </w:rPr>
              <w:t>Physical measure: in event narratives only; local data required.</w:t>
            </w:r>
          </w:p>
        </w:tc>
      </w:tr>
      <w:tr>
        <w:trPr>
          <w:cantSplit/>
        </w:trPr>
        <w:tc>
          <w:tcPr>
            <w:tcW w:type="dxa" w:w="1732"/>
          </w:tcPr>
          <w:p>
            <w:pPr>
              <w:spacing w:after="0"/>
              <w:jc w:val="left"/>
            </w:pPr>
            <w:r>
              <w:rPr>
                <w:sz w:val="16"/>
              </w:rPr>
              <w:t>Lightning</w:t>
            </w:r>
          </w:p>
        </w:tc>
        <w:tc>
          <w:tcPr>
            <w:tcW w:type="dxa" w:w="1731"/>
          </w:tcPr>
          <w:p>
            <w:pPr>
              <w:spacing w:after="0"/>
              <w:jc w:val="left"/>
            </w:pPr>
            <w:r>
              <w:rPr>
                <w:sz w:val="16"/>
              </w:rPr>
              <w:t>annualized frequency (the measure FEMA's Local Mitigation Planning Handbook names)</w:t>
            </w:r>
          </w:p>
        </w:tc>
        <w:tc>
          <w:tcPr>
            <w:tcW w:type="dxa" w:w="1553"/>
          </w:tcPr>
          <w:p>
            <w:pPr>
              <w:spacing w:after="0"/>
              <w:jc w:val="right"/>
            </w:pPr>
            <w:r>
              <w:rPr>
                <w:sz w:val="16"/>
              </w:rPr>
              <w:t>0</w:t>
            </w:r>
          </w:p>
        </w:tc>
        <w:tc>
          <w:tcPr>
            <w:tcW w:type="dxa" w:w="1958"/>
          </w:tcPr>
          <w:p>
            <w:pPr>
              <w:spacing w:after="0"/>
              <w:jc w:val="left"/>
            </w:pPr>
          </w:p>
        </w:tc>
        <w:tc>
          <w:tcPr>
            <w:tcW w:type="dxa" w:w="1574"/>
          </w:tcPr>
          <w:p>
            <w:pPr>
              <w:spacing w:after="0"/>
              <w:jc w:val="left"/>
            </w:pPr>
          </w:p>
        </w:tc>
        <w:tc>
          <w:tcPr>
            <w:tcW w:type="dxa" w:w="1716"/>
          </w:tcPr>
          <w:p>
            <w:pPr>
              <w:spacing w:after="0"/>
              <w:jc w:val="left"/>
            </w:pPr>
          </w:p>
        </w:tc>
        <w:tc>
          <w:tcPr>
            <w:tcW w:type="dxa" w:w="1620"/>
          </w:tcPr>
          <w:p>
            <w:pPr>
              <w:spacing w:after="0"/>
              <w:jc w:val="left"/>
            </w:pPr>
          </w:p>
        </w:tc>
        <w:tc>
          <w:tcPr>
            <w:tcW w:type="dxa" w:w="2228"/>
          </w:tcPr>
          <w:p>
            <w:pPr>
              <w:spacing w:after="0"/>
              <w:jc w:val="left"/>
            </w:pPr>
            <w:r>
              <w:rPr>
                <w:sz w:val="16"/>
              </w:rPr>
              <w:t>Storm Events lists lightning with damage or casualties; physical measure in event narratives only; local data required.</w:t>
            </w:r>
          </w:p>
        </w:tc>
      </w:tr>
      <w:tr>
        <w:trPr>
          <w:cantSplit/>
        </w:trPr>
        <w:tc>
          <w:tcPr>
            <w:tcW w:type="dxa" w:w="1732"/>
          </w:tcPr>
          <w:p>
            <w:pPr>
              <w:spacing w:after="0"/>
              <w:jc w:val="left"/>
            </w:pPr>
            <w:r>
              <w:rPr>
                <w:sz w:val="16"/>
              </w:rPr>
              <w:t>High Wind and Strong Wind (outside NRI Strong Wind definition)</w:t>
            </w:r>
          </w:p>
        </w:tc>
        <w:tc>
          <w:tcPr>
            <w:tcW w:type="dxa" w:w="1731"/>
          </w:tcPr>
          <w:p>
            <w:pPr>
              <w:spacing w:after="0"/>
              <w:jc w:val="left"/>
            </w:pPr>
            <w:r>
              <w:rPr>
                <w:sz w:val="16"/>
              </w:rPr>
              <w:t>wind speed (kt and mph)</w:t>
            </w:r>
          </w:p>
        </w:tc>
        <w:tc>
          <w:tcPr>
            <w:tcW w:type="dxa" w:w="1553"/>
          </w:tcPr>
          <w:p>
            <w:pPr>
              <w:spacing w:after="0"/>
              <w:jc w:val="right"/>
            </w:pPr>
            <w:r>
              <w:rPr>
                <w:sz w:val="16"/>
              </w:rPr>
              <w:t>7, 2000 to 2024 (7 zone-level)</w:t>
            </w:r>
          </w:p>
        </w:tc>
        <w:tc>
          <w:tcPr>
            <w:tcW w:type="dxa" w:w="1958"/>
          </w:tcPr>
          <w:p>
            <w:pPr>
              <w:spacing w:after="0"/>
              <w:jc w:val="left"/>
            </w:pPr>
            <w:r>
              <w:rPr>
                <w:sz w:val="16"/>
              </w:rPr>
              <w:t>36 kt (41 mph) to 55 kt (63 mph) (median 50 kt (58 mph)); 7 with a recorded value</w:t>
            </w:r>
          </w:p>
        </w:tc>
        <w:tc>
          <w:tcPr>
            <w:tcW w:type="dxa" w:w="1574"/>
          </w:tcPr>
          <w:p>
            <w:pPr>
              <w:spacing w:after="0"/>
              <w:jc w:val="left"/>
            </w:pPr>
            <w:r>
              <w:rPr>
                <w:sz w:val="16"/>
              </w:rPr>
              <w:t>55 kt (63 mph) estimated, High Wind, 2002-03-09; NWS zone KYZ098 (ROBERTSON), zone-level: may include parts of neighboring counties</w:t>
            </w:r>
          </w:p>
        </w:tc>
        <w:tc>
          <w:tcPr>
            <w:tcW w:type="dxa" w:w="1716"/>
          </w:tcPr>
          <w:p>
            <w:pPr>
              <w:spacing w:after="0"/>
              <w:jc w:val="left"/>
            </w:pPr>
            <w:r>
              <w:rPr>
                <w:sz w:val="16"/>
              </w:rPr>
              <w:t>High Wind, 2008-09-14, $274,000 property; crops not reported, reported for the zone (2008 dollars)</w:t>
            </w:r>
          </w:p>
        </w:tc>
        <w:tc>
          <w:tcPr>
            <w:tcW w:type="dxa" w:w="1620"/>
          </w:tcPr>
          <w:p>
            <w:pPr>
              <w:spacing w:after="0"/>
              <w:jc w:val="left"/>
            </w:pPr>
            <w:r>
              <w:rPr>
                <w:sz w:val="16"/>
              </w:rPr>
              <w:t>Zone-level records: applies countywide; national data do not locate these events within the county.</w:t>
            </w:r>
          </w:p>
        </w:tc>
        <w:tc>
          <w:tcPr>
            <w:tcW w:type="dxa" w:w="2228"/>
          </w:tcPr>
          <w:p>
            <w:pPr>
              <w:spacing w:after="0"/>
              <w:jc w:val="left"/>
            </w:pPr>
          </w:p>
        </w:tc>
      </w:tr>
      <w:tr>
        <w:trPr>
          <w:cantSplit/>
        </w:trPr>
        <w:tc>
          <w:tcPr>
            <w:tcW w:type="dxa" w:w="1732"/>
          </w:tcPr>
          <w:p>
            <w:pPr>
              <w:spacing w:after="0"/>
              <w:jc w:val="left"/>
            </w:pPr>
            <w:r>
              <w:rPr>
                <w:sz w:val="16"/>
              </w:rPr>
              <w:t>Thunderstorm Wind</w:t>
            </w:r>
          </w:p>
        </w:tc>
        <w:tc>
          <w:tcPr>
            <w:tcW w:type="dxa" w:w="1731"/>
          </w:tcPr>
          <w:p>
            <w:pPr>
              <w:spacing w:after="0"/>
              <w:jc w:val="left"/>
            </w:pPr>
            <w:r>
              <w:rPr>
                <w:sz w:val="16"/>
              </w:rPr>
              <w:t>wind speed (kt and mph)</w:t>
            </w:r>
          </w:p>
        </w:tc>
        <w:tc>
          <w:tcPr>
            <w:tcW w:type="dxa" w:w="1553"/>
          </w:tcPr>
          <w:p>
            <w:pPr>
              <w:spacing w:after="0"/>
              <w:jc w:val="right"/>
            </w:pPr>
            <w:r>
              <w:rPr>
                <w:sz w:val="16"/>
              </w:rPr>
              <w:t>34, 1959 to 2022</w:t>
            </w:r>
          </w:p>
        </w:tc>
        <w:tc>
          <w:tcPr>
            <w:tcW w:type="dxa" w:w="1958"/>
          </w:tcPr>
          <w:p>
            <w:pPr>
              <w:spacing w:after="0"/>
              <w:jc w:val="left"/>
            </w:pPr>
            <w:r>
              <w:rPr>
                <w:sz w:val="16"/>
              </w:rPr>
              <w:t>50 kt (58 mph) to 74 kt (85 mph) (median 50 kt (58 mph)); 26 with a recorded value</w:t>
            </w:r>
          </w:p>
        </w:tc>
        <w:tc>
          <w:tcPr>
            <w:tcW w:type="dxa" w:w="1574"/>
          </w:tcPr>
          <w:p>
            <w:pPr>
              <w:spacing w:after="0"/>
              <w:jc w:val="left"/>
            </w:pPr>
            <w:r>
              <w:rPr>
                <w:sz w:val="16"/>
              </w:rPr>
              <w:t>74 kt (85 mph) estimated gust, Thunderstorm Wind, 2008-06-03</w:t>
            </w:r>
          </w:p>
        </w:tc>
        <w:tc>
          <w:tcPr>
            <w:tcW w:type="dxa" w:w="1716"/>
          </w:tcPr>
          <w:p>
            <w:pPr>
              <w:spacing w:after="0"/>
              <w:jc w:val="left"/>
            </w:pPr>
            <w:r>
              <w:rPr>
                <w:sz w:val="16"/>
              </w:rPr>
              <w:t>Thunderstorm Wind, 2012-06-29, $90,000 property; $0 crops (2012 dollars)</w:t>
            </w:r>
          </w:p>
        </w:tc>
        <w:tc>
          <w:tcPr>
            <w:tcW w:type="dxa" w:w="1620"/>
          </w:tcPr>
          <w:p>
            <w:pPr>
              <w:spacing w:after="0"/>
              <w:jc w:val="left"/>
            </w:pPr>
            <w:r>
              <w:rPr>
                <w:sz w:val="16"/>
              </w:rPr>
              <w:t>Event records naming member places: Mount Olivet city (14 records).</w:t>
            </w:r>
          </w:p>
        </w:tc>
        <w:tc>
          <w:tcPr>
            <w:tcW w:type="dxa" w:w="2228"/>
          </w:tcPr>
          <w:p>
            <w:pPr>
              <w:spacing w:after="0"/>
              <w:jc w:val="left"/>
            </w:pPr>
          </w:p>
        </w:tc>
      </w:tr>
      <w:tr>
        <w:trPr>
          <w:cantSplit/>
        </w:trPr>
        <w:tc>
          <w:tcPr>
            <w:tcW w:type="dxa" w:w="1732"/>
          </w:tcPr>
          <w:p>
            <w:pPr>
              <w:spacing w:after="0"/>
              <w:jc w:val="left"/>
            </w:pPr>
            <w:r>
              <w:rPr>
                <w:sz w:val="16"/>
              </w:rPr>
              <w:t>Tornado</w:t>
            </w:r>
          </w:p>
        </w:tc>
        <w:tc>
          <w:tcPr>
            <w:tcW w:type="dxa" w:w="1731"/>
          </w:tcPr>
          <w:p>
            <w:pPr>
              <w:spacing w:after="0"/>
              <w:jc w:val="left"/>
            </w:pPr>
            <w:r>
              <w:rPr>
                <w:sz w:val="16"/>
              </w:rPr>
              <w:t>Enhanced Fujita (F before Feb 2007)</w:t>
            </w:r>
          </w:p>
        </w:tc>
        <w:tc>
          <w:tcPr>
            <w:tcW w:type="dxa" w:w="1553"/>
          </w:tcPr>
          <w:p>
            <w:pPr>
              <w:spacing w:after="0"/>
              <w:jc w:val="right"/>
            </w:pPr>
            <w:r>
              <w:rPr>
                <w:sz w:val="16"/>
              </w:rPr>
              <w:t>2, 1974 to 2020</w:t>
            </w:r>
          </w:p>
        </w:tc>
        <w:tc>
          <w:tcPr>
            <w:tcW w:type="dxa" w:w="1958"/>
          </w:tcPr>
          <w:p>
            <w:pPr>
              <w:spacing w:after="0"/>
              <w:jc w:val="left"/>
            </w:pPr>
            <w:r>
              <w:rPr>
                <w:sz w:val="16"/>
              </w:rPr>
              <w:t>F/EF0 to F/EF3 (median between F/EF1 and F/EF2); 2 with a recorded value</w:t>
            </w:r>
          </w:p>
        </w:tc>
        <w:tc>
          <w:tcPr>
            <w:tcW w:type="dxa" w:w="1574"/>
          </w:tcPr>
          <w:p>
            <w:pPr>
              <w:spacing w:after="0"/>
              <w:jc w:val="left"/>
            </w:pPr>
            <w:r>
              <w:rPr>
                <w:sz w:val="16"/>
              </w:rPr>
              <w:t>F3 tornado, 1974-04-03, 2.3 mi path length (records before 1996 may include the whole path; rating and listing come from the county where the tornado began), 33 yd wide, damage not recorded (pre-1996 record)</w:t>
            </w:r>
          </w:p>
        </w:tc>
        <w:tc>
          <w:tcPr>
            <w:tcW w:type="dxa" w:w="1716"/>
          </w:tcPr>
          <w:p>
            <w:pPr>
              <w:spacing w:after="0"/>
              <w:jc w:val="left"/>
            </w:pPr>
            <w:r>
              <w:rPr>
                <w:sz w:val="16"/>
              </w:rPr>
              <w:t>Tornado, 2020-04-08, $25,000 property; $0 crops (2020 dollars)</w:t>
            </w:r>
          </w:p>
        </w:tc>
        <w:tc>
          <w:tcPr>
            <w:tcW w:type="dxa" w:w="1620"/>
          </w:tcPr>
          <w:p>
            <w:pPr>
              <w:spacing w:after="0"/>
              <w:jc w:val="left"/>
            </w:pPr>
            <w:r>
              <w:rPr>
                <w:sz w:val="16"/>
              </w:rPr>
              <w:t>Event records naming member places: Mount Olivet city (1 record).</w:t>
            </w:r>
          </w:p>
        </w:tc>
        <w:tc>
          <w:tcPr>
            <w:tcW w:type="dxa" w:w="222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2"/>
          </w:tcPr>
          <w:p>
            <w:pPr>
              <w:spacing w:after="0"/>
              <w:jc w:val="left"/>
            </w:pPr>
            <w:r>
              <w:rPr>
                <w:sz w:val="16"/>
              </w:rPr>
              <w:t>Tsunami</w:t>
            </w:r>
          </w:p>
        </w:tc>
        <w:tc>
          <w:tcPr>
            <w:tcW w:type="dxa" w:w="1731"/>
          </w:tcPr>
          <w:p>
            <w:pPr>
              <w:spacing w:after="0"/>
              <w:jc w:val="left"/>
            </w:pPr>
            <w:r>
              <w:rPr>
                <w:sz w:val="16"/>
              </w:rPr>
              <w:t>none (count and damage)</w:t>
            </w:r>
          </w:p>
        </w:tc>
        <w:tc>
          <w:tcPr>
            <w:tcW w:type="dxa" w:w="1553"/>
          </w:tcPr>
          <w:p>
            <w:pPr>
              <w:spacing w:after="0"/>
              <w:jc w:val="right"/>
            </w:pPr>
            <w:r>
              <w:rPr>
                <w:sz w:val="16"/>
              </w:rPr>
              <w:t>0</w:t>
            </w:r>
          </w:p>
        </w:tc>
        <w:tc>
          <w:tcPr>
            <w:tcW w:type="dxa" w:w="1958"/>
          </w:tcPr>
          <w:p>
            <w:pPr>
              <w:spacing w:after="0"/>
              <w:jc w:val="left"/>
            </w:pPr>
          </w:p>
        </w:tc>
        <w:tc>
          <w:tcPr>
            <w:tcW w:type="dxa" w:w="1574"/>
          </w:tcPr>
          <w:p>
            <w:pPr>
              <w:spacing w:after="0"/>
              <w:jc w:val="left"/>
            </w:pPr>
          </w:p>
        </w:tc>
        <w:tc>
          <w:tcPr>
            <w:tcW w:type="dxa" w:w="1716"/>
          </w:tcPr>
          <w:p>
            <w:pPr>
              <w:spacing w:after="0"/>
              <w:jc w:val="left"/>
            </w:pPr>
          </w:p>
        </w:tc>
        <w:tc>
          <w:tcPr>
            <w:tcW w:type="dxa" w:w="1620"/>
          </w:tcPr>
          <w:p>
            <w:pPr>
              <w:spacing w:after="0"/>
              <w:jc w:val="left"/>
            </w:pPr>
          </w:p>
        </w:tc>
        <w:tc>
          <w:tcPr>
            <w:tcW w:type="dxa" w:w="2228"/>
          </w:tcPr>
          <w:p>
            <w:pPr>
              <w:spacing w:after="0"/>
              <w:jc w:val="left"/>
            </w:pPr>
            <w:r>
              <w:rPr>
                <w:sz w:val="16"/>
              </w:rPr>
              <w:t>Physical measure: in event narratives only; local data required.</w:t>
            </w:r>
          </w:p>
        </w:tc>
      </w:tr>
      <w:tr>
        <w:trPr>
          <w:cantSplit/>
        </w:trPr>
        <w:tc>
          <w:tcPr>
            <w:tcW w:type="dxa" w:w="1732"/>
          </w:tcPr>
          <w:p>
            <w:pPr>
              <w:spacing w:after="0"/>
              <w:jc w:val="left"/>
            </w:pPr>
            <w:r>
              <w:rPr>
                <w:sz w:val="16"/>
              </w:rPr>
              <w:t>Volcanic Ash, Volcanic Ashfall</w:t>
            </w:r>
          </w:p>
        </w:tc>
        <w:tc>
          <w:tcPr>
            <w:tcW w:type="dxa" w:w="1731"/>
          </w:tcPr>
          <w:p>
            <w:pPr>
              <w:spacing w:after="0"/>
              <w:jc w:val="left"/>
            </w:pPr>
            <w:r>
              <w:rPr>
                <w:sz w:val="16"/>
              </w:rPr>
              <w:t>Volcanic Explosivity Index (local data)</w:t>
            </w:r>
          </w:p>
        </w:tc>
        <w:tc>
          <w:tcPr>
            <w:tcW w:type="dxa" w:w="1553"/>
          </w:tcPr>
          <w:p>
            <w:pPr>
              <w:spacing w:after="0"/>
              <w:jc w:val="right"/>
            </w:pPr>
            <w:r>
              <w:rPr>
                <w:sz w:val="16"/>
              </w:rPr>
              <w:t>0</w:t>
            </w:r>
          </w:p>
        </w:tc>
        <w:tc>
          <w:tcPr>
            <w:tcW w:type="dxa" w:w="1958"/>
          </w:tcPr>
          <w:p>
            <w:pPr>
              <w:spacing w:after="0"/>
              <w:jc w:val="left"/>
            </w:pPr>
          </w:p>
        </w:tc>
        <w:tc>
          <w:tcPr>
            <w:tcW w:type="dxa" w:w="1574"/>
          </w:tcPr>
          <w:p>
            <w:pPr>
              <w:spacing w:after="0"/>
              <w:jc w:val="left"/>
            </w:pPr>
          </w:p>
        </w:tc>
        <w:tc>
          <w:tcPr>
            <w:tcW w:type="dxa" w:w="1716"/>
          </w:tcPr>
          <w:p>
            <w:pPr>
              <w:spacing w:after="0"/>
              <w:jc w:val="left"/>
            </w:pPr>
          </w:p>
        </w:tc>
        <w:tc>
          <w:tcPr>
            <w:tcW w:type="dxa" w:w="1620"/>
          </w:tcPr>
          <w:p>
            <w:pPr>
              <w:spacing w:after="0"/>
              <w:jc w:val="left"/>
            </w:pPr>
          </w:p>
        </w:tc>
        <w:tc>
          <w:tcPr>
            <w:tcW w:type="dxa" w:w="2228"/>
          </w:tcPr>
          <w:p>
            <w:pPr>
              <w:spacing w:after="0"/>
              <w:jc w:val="left"/>
            </w:pPr>
            <w:r>
              <w:rPr>
                <w:sz w:val="16"/>
              </w:rPr>
              <w:t>Physical measure: in event narratives only; local data required.</w:t>
            </w:r>
          </w:p>
        </w:tc>
      </w:tr>
      <w:tr>
        <w:trPr>
          <w:cantSplit/>
        </w:trPr>
        <w:tc>
          <w:tcPr>
            <w:tcW w:type="dxa" w:w="1732"/>
          </w:tcPr>
          <w:p>
            <w:pPr>
              <w:spacing w:after="0"/>
              <w:jc w:val="left"/>
            </w:pPr>
            <w:r>
              <w:rPr>
                <w:sz w:val="16"/>
              </w:rPr>
              <w:t>Wildfire</w:t>
            </w:r>
          </w:p>
        </w:tc>
        <w:tc>
          <w:tcPr>
            <w:tcW w:type="dxa" w:w="1731"/>
          </w:tcPr>
          <w:p>
            <w:pPr>
              <w:spacing w:after="0"/>
              <w:jc w:val="left"/>
            </w:pPr>
            <w:r>
              <w:rPr>
                <w:sz w:val="16"/>
              </w:rPr>
              <w:t>acres burned (local data)</w:t>
            </w:r>
          </w:p>
        </w:tc>
        <w:tc>
          <w:tcPr>
            <w:tcW w:type="dxa" w:w="1553"/>
          </w:tcPr>
          <w:p>
            <w:pPr>
              <w:spacing w:after="0"/>
              <w:jc w:val="right"/>
            </w:pPr>
            <w:r>
              <w:rPr>
                <w:sz w:val="16"/>
              </w:rPr>
              <w:t>0</w:t>
            </w:r>
          </w:p>
        </w:tc>
        <w:tc>
          <w:tcPr>
            <w:tcW w:type="dxa" w:w="1958"/>
          </w:tcPr>
          <w:p>
            <w:pPr>
              <w:spacing w:after="0"/>
              <w:jc w:val="left"/>
            </w:pPr>
          </w:p>
        </w:tc>
        <w:tc>
          <w:tcPr>
            <w:tcW w:type="dxa" w:w="1574"/>
          </w:tcPr>
          <w:p>
            <w:pPr>
              <w:spacing w:after="0"/>
              <w:jc w:val="left"/>
            </w:pPr>
          </w:p>
        </w:tc>
        <w:tc>
          <w:tcPr>
            <w:tcW w:type="dxa" w:w="1716"/>
          </w:tcPr>
          <w:p>
            <w:pPr>
              <w:spacing w:after="0"/>
              <w:jc w:val="left"/>
            </w:pPr>
          </w:p>
        </w:tc>
        <w:tc>
          <w:tcPr>
            <w:tcW w:type="dxa" w:w="1620"/>
          </w:tcPr>
          <w:p>
            <w:pPr>
              <w:spacing w:after="0"/>
              <w:jc w:val="left"/>
            </w:pPr>
          </w:p>
        </w:tc>
        <w:tc>
          <w:tcPr>
            <w:tcW w:type="dxa" w:w="2228"/>
          </w:tcPr>
          <w:p>
            <w:pPr>
              <w:spacing w:after="0"/>
              <w:jc w:val="left"/>
            </w:pPr>
            <w:r>
              <w:rPr>
                <w:sz w:val="16"/>
              </w:rPr>
              <w:t>Acres burned: in event narratives only; local data required.</w:t>
            </w:r>
          </w:p>
        </w:tc>
      </w:tr>
      <w:tr>
        <w:trPr>
          <w:cantSplit/>
        </w:trPr>
        <w:tc>
          <w:tcPr>
            <w:tcW w:type="dxa" w:w="1732"/>
          </w:tcPr>
          <w:p>
            <w:pPr>
              <w:spacing w:after="0"/>
              <w:jc w:val="left"/>
            </w:pPr>
            <w:r>
              <w:rPr>
                <w:sz w:val="16"/>
              </w:rPr>
              <w:t>Winter Storm, Heavy Snow, Blizzard, Lake-Effect Snow, Winter Weather, Sleet</w:t>
            </w:r>
          </w:p>
        </w:tc>
        <w:tc>
          <w:tcPr>
            <w:tcW w:type="dxa" w:w="1731"/>
          </w:tcPr>
          <w:p>
            <w:pPr>
              <w:spacing w:after="0"/>
              <w:jc w:val="left"/>
            </w:pPr>
            <w:r>
              <w:rPr>
                <w:sz w:val="16"/>
              </w:rPr>
              <w:t>none in data (snowfall local)</w:t>
            </w:r>
          </w:p>
        </w:tc>
        <w:tc>
          <w:tcPr>
            <w:tcW w:type="dxa" w:w="1553"/>
          </w:tcPr>
          <w:p>
            <w:pPr>
              <w:spacing w:after="0"/>
              <w:jc w:val="right"/>
            </w:pPr>
            <w:r>
              <w:rPr>
                <w:sz w:val="16"/>
              </w:rPr>
              <w:t>44, 1996 to 2026 (44 zone-level)</w:t>
            </w:r>
          </w:p>
        </w:tc>
        <w:tc>
          <w:tcPr>
            <w:tcW w:type="dxa" w:w="1958"/>
          </w:tcPr>
          <w:p>
            <w:pPr>
              <w:spacing w:after="0"/>
              <w:jc w:val="left"/>
            </w:pPr>
          </w:p>
        </w:tc>
        <w:tc>
          <w:tcPr>
            <w:tcW w:type="dxa" w:w="1574"/>
          </w:tcPr>
          <w:p>
            <w:pPr>
              <w:spacing w:after="0"/>
              <w:jc w:val="left"/>
            </w:pPr>
            <w:r>
              <w:rPr>
                <w:sz w:val="16"/>
              </w:rPr>
              <w:t>Winter Storm, 1996-01-06, $200,000 property; crops not reported, reported for the zone (1996 dollars); NWS zone KYZ098 (ROBERTSON), zone-level: may include parts of neighboring counties</w:t>
            </w:r>
          </w:p>
        </w:tc>
        <w:tc>
          <w:tcPr>
            <w:tcW w:type="dxa" w:w="1716"/>
          </w:tcPr>
          <w:p>
            <w:pPr>
              <w:spacing w:after="0"/>
              <w:jc w:val="left"/>
            </w:pPr>
          </w:p>
        </w:tc>
        <w:tc>
          <w:tcPr>
            <w:tcW w:type="dxa" w:w="1620"/>
          </w:tcPr>
          <w:p>
            <w:pPr>
              <w:spacing w:after="0"/>
              <w:jc w:val="left"/>
            </w:pPr>
            <w:r>
              <w:rPr>
                <w:sz w:val="16"/>
              </w:rPr>
              <w:t>Zone-level records: applies countywide; national data do not locate these events within the county.</w:t>
            </w:r>
          </w:p>
        </w:tc>
        <w:tc>
          <w:tcPr>
            <w:tcW w:type="dxa" w:w="222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18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56"/>
        <w:gridCol w:w="3267"/>
        <w:gridCol w:w="2384"/>
        <w:gridCol w:w="1220"/>
        <w:gridCol w:w="2099"/>
        <w:gridCol w:w="87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56"/>
            <w:shd w:val="clear" w:color="auto" w:fill="E8E8E8"/>
          </w:tcPr>
          <w:p>
            <w:pPr>
              <w:spacing w:after="0"/>
              <w:jc w:val="left"/>
            </w:pPr>
            <w:r>
              <w:rPr>
                <w:b/>
                <w:sz w:val="16"/>
              </w:rPr>
              <w:t>Type</w:t>
            </w:r>
          </w:p>
        </w:tc>
        <w:tc>
          <w:tcPr>
            <w:tcW w:type="dxa" w:w="3267"/>
            <w:shd w:val="clear" w:color="auto" w:fill="E8E8E8"/>
          </w:tcPr>
          <w:p>
            <w:pPr>
              <w:spacing w:after="0"/>
              <w:jc w:val="left"/>
            </w:pPr>
            <w:r>
              <w:rPr>
                <w:b/>
                <w:sz w:val="16"/>
              </w:rPr>
              <w:t>Title</w:t>
            </w:r>
          </w:p>
        </w:tc>
        <w:tc>
          <w:tcPr>
            <w:tcW w:type="dxa" w:w="2384"/>
            <w:shd w:val="clear" w:color="auto" w:fill="E8E8E8"/>
          </w:tcPr>
          <w:p>
            <w:pPr>
              <w:spacing w:after="0"/>
              <w:jc w:val="left"/>
            </w:pPr>
            <w:r>
              <w:rPr>
                <w:b/>
                <w:sz w:val="16"/>
              </w:rPr>
              <w:t>Mapped hazard</w:t>
            </w:r>
          </w:p>
        </w:tc>
        <w:tc>
          <w:tcPr>
            <w:tcW w:type="dxa" w:w="122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99"/>
            <w:shd w:val="clear" w:color="auto" w:fill="E8E8E8"/>
          </w:tcPr>
          <w:p>
            <w:pPr>
              <w:spacing w:after="0"/>
              <w:jc w:val="left"/>
            </w:pPr>
            <w:r>
              <w:rPr>
                <w:b/>
                <w:sz w:val="16"/>
              </w:rPr>
              <w:t>Flags</w:t>
            </w:r>
          </w:p>
        </w:tc>
        <w:tc>
          <w:tcPr>
            <w:tcW w:type="dxa" w:w="875"/>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56"/>
          </w:tcPr>
          <w:p>
            <w:pPr>
              <w:spacing w:after="0"/>
              <w:jc w:val="left"/>
            </w:pPr>
            <w:r>
              <w:rPr>
                <w:sz w:val="16"/>
              </w:rPr>
              <w:t>Emergency</w:t>
            </w:r>
          </w:p>
        </w:tc>
        <w:tc>
          <w:tcPr>
            <w:tcW w:type="dxa" w:w="3267"/>
          </w:tcPr>
          <w:p>
            <w:pPr>
              <w:spacing w:after="0"/>
              <w:jc w:val="left"/>
            </w:pPr>
            <w:r>
              <w:rPr>
                <w:sz w:val="16"/>
              </w:rPr>
              <w:t>SEVERE WINTER STORM</w:t>
            </w:r>
          </w:p>
        </w:tc>
        <w:tc>
          <w:tcPr>
            <w:tcW w:type="dxa" w:w="2384"/>
          </w:tcPr>
          <w:p>
            <w:pPr>
              <w:spacing w:after="0"/>
              <w:jc w:val="left"/>
            </w:pPr>
            <w:r>
              <w:rPr>
                <w:sz w:val="16"/>
              </w:rPr>
              <w:t>Winter Weather</w:t>
            </w:r>
          </w:p>
        </w:tc>
        <w:tc>
          <w:tcPr>
            <w:tcW w:type="dxa" w:w="1220"/>
          </w:tcPr>
          <w:p>
            <w:pPr>
              <w:spacing w:after="0"/>
              <w:jc w:val="right"/>
            </w:pPr>
            <w:r>
              <w:rPr>
                <w:sz w:val="16"/>
              </w:rPr>
              <w:t>none found</w:t>
            </w:r>
          </w:p>
        </w:tc>
        <w:tc>
          <w:tcPr>
            <w:tcW w:type="dxa" w:w="2099"/>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156"/>
          </w:tcPr>
          <w:p>
            <w:pPr>
              <w:spacing w:after="0"/>
              <w:jc w:val="left"/>
            </w:pPr>
            <w:r>
              <w:rPr>
                <w:sz w:val="16"/>
              </w:rPr>
              <w:t>Major disaster</w:t>
            </w:r>
          </w:p>
        </w:tc>
        <w:tc>
          <w:tcPr>
            <w:tcW w:type="dxa" w:w="3267"/>
          </w:tcPr>
          <w:p>
            <w:pPr>
              <w:spacing w:after="0"/>
              <w:jc w:val="left"/>
            </w:pPr>
            <w:r>
              <w:rPr>
                <w:sz w:val="16"/>
              </w:rPr>
              <w:t>SEVERE STORMS, STRAIGHT-LINE WINDS, TORNADOES, FLOODING, LANDSLIDES, AND MUDSLIDES</w:t>
            </w:r>
          </w:p>
        </w:tc>
        <w:tc>
          <w:tcPr>
            <w:tcW w:type="dxa" w:w="2384"/>
          </w:tcPr>
          <w:p>
            <w:pPr>
              <w:spacing w:after="0"/>
              <w:jc w:val="left"/>
            </w:pPr>
            <w:r>
              <w:rPr>
                <w:sz w:val="16"/>
              </w:rPr>
              <w:t>Inland Flooding; Landslide; Strong Wind; Tornado</w:t>
            </w:r>
          </w:p>
        </w:tc>
        <w:tc>
          <w:tcPr>
            <w:tcW w:type="dxa" w:w="1220"/>
          </w:tcPr>
          <w:p>
            <w:pPr>
              <w:spacing w:after="0"/>
              <w:jc w:val="right"/>
            </w:pPr>
            <w:r>
              <w:rPr>
                <w:sz w:val="16"/>
              </w:rPr>
              <w:t>none found</w:t>
            </w:r>
          </w:p>
        </w:tc>
        <w:tc>
          <w:tcPr>
            <w:tcW w:type="dxa" w:w="2099"/>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56"/>
          </w:tcPr>
          <w:p>
            <w:pPr>
              <w:spacing w:after="0"/>
              <w:jc w:val="left"/>
            </w:pPr>
            <w:r>
              <w:rPr>
                <w:sz w:val="16"/>
              </w:rPr>
              <w:t>Emergency</w:t>
            </w:r>
          </w:p>
        </w:tc>
        <w:tc>
          <w:tcPr>
            <w:tcW w:type="dxa" w:w="3267"/>
          </w:tcPr>
          <w:p>
            <w:pPr>
              <w:spacing w:after="0"/>
              <w:jc w:val="left"/>
            </w:pPr>
            <w:r>
              <w:rPr>
                <w:sz w:val="16"/>
              </w:rPr>
              <w:t>SEVERE STORMS, STRAIGHT-LINE WINDS, TORNADOES, AND FLOODING</w:t>
            </w:r>
          </w:p>
        </w:tc>
        <w:tc>
          <w:tcPr>
            <w:tcW w:type="dxa" w:w="2384"/>
          </w:tcPr>
          <w:p>
            <w:pPr>
              <w:spacing w:after="0"/>
              <w:jc w:val="left"/>
            </w:pPr>
            <w:r>
              <w:rPr>
                <w:sz w:val="16"/>
              </w:rPr>
              <w:t>Inland Flooding; Strong Wind; Tornado</w:t>
            </w:r>
          </w:p>
        </w:tc>
        <w:tc>
          <w:tcPr>
            <w:tcW w:type="dxa" w:w="1220"/>
          </w:tcPr>
          <w:p>
            <w:pPr>
              <w:spacing w:after="0"/>
              <w:jc w:val="right"/>
            </w:pPr>
            <w:r>
              <w:rPr>
                <w:sz w:val="16"/>
              </w:rPr>
              <w:t>none found</w:t>
            </w:r>
          </w:p>
        </w:tc>
        <w:tc>
          <w:tcPr>
            <w:tcW w:type="dxa" w:w="2099"/>
          </w:tcPr>
          <w:p>
            <w:pPr>
              <w:spacing w:after="0"/>
              <w:jc w:val="left"/>
            </w:pPr>
            <w:r>
              <w:rPr>
                <w:sz w:val="16"/>
              </w:rPr>
              <w:t>new since last plan; within last 5 years</w:t>
            </w:r>
          </w:p>
        </w:tc>
        <w:tc>
          <w:tcPr>
            <w:tcW w:type="dxa" w:w="875"/>
          </w:tcPr>
          <w:p>
            <w:pPr>
              <w:spacing w:after="0"/>
              <w:jc w:val="left"/>
            </w:pPr>
            <w:r>
              <w:rPr>
                <w:sz w:val="16"/>
              </w:rPr>
              <w:t>same incident as DR-4864</w:t>
            </w:r>
          </w:p>
        </w:tc>
      </w:tr>
      <w:tr>
        <w:trPr>
          <w:cantSplit/>
        </w:trPr>
        <w:tc>
          <w:tcPr>
            <w:tcW w:type="dxa" w:w="1037"/>
          </w:tcPr>
          <w:p>
            <w:pPr>
              <w:spacing w:after="0"/>
              <w:jc w:val="left"/>
            </w:pPr>
            <w:r>
              <w:rPr>
                <w:sz w:val="16"/>
              </w:rPr>
              <w:t>2025-02-24</w:t>
            </w:r>
          </w:p>
        </w:tc>
        <w:tc>
          <w:tcPr>
            <w:tcW w:type="dxa" w:w="1037"/>
          </w:tcPr>
          <w:p>
            <w:pPr>
              <w:spacing w:after="0"/>
              <w:jc w:val="left"/>
            </w:pPr>
            <w:r>
              <w:rPr>
                <w:sz w:val="16"/>
              </w:rPr>
              <w:t>2025-02-14</w:t>
            </w:r>
          </w:p>
        </w:tc>
        <w:tc>
          <w:tcPr>
            <w:tcW w:type="dxa" w:w="1037"/>
          </w:tcPr>
          <w:p>
            <w:pPr>
              <w:spacing w:after="0"/>
              <w:jc w:val="left"/>
            </w:pPr>
            <w:r>
              <w:rPr>
                <w:sz w:val="16"/>
              </w:rPr>
              <w:t>DR-4860-KY</w:t>
            </w:r>
          </w:p>
        </w:tc>
        <w:tc>
          <w:tcPr>
            <w:tcW w:type="dxa" w:w="1156"/>
          </w:tcPr>
          <w:p>
            <w:pPr>
              <w:spacing w:after="0"/>
              <w:jc w:val="left"/>
            </w:pPr>
            <w:r>
              <w:rPr>
                <w:sz w:val="16"/>
              </w:rPr>
              <w:t>Major disaster</w:t>
            </w:r>
          </w:p>
        </w:tc>
        <w:tc>
          <w:tcPr>
            <w:tcW w:type="dxa" w:w="3267"/>
          </w:tcPr>
          <w:p>
            <w:pPr>
              <w:spacing w:after="0"/>
              <w:jc w:val="left"/>
            </w:pPr>
            <w:r>
              <w:rPr>
                <w:sz w:val="16"/>
              </w:rPr>
              <w:t>SEVERE STORMS, STRAIGHT-LINE WINDS, FLOODING, LANDSLIDES, AND MUDSLIDES</w:t>
            </w:r>
          </w:p>
        </w:tc>
        <w:tc>
          <w:tcPr>
            <w:tcW w:type="dxa" w:w="2384"/>
          </w:tcPr>
          <w:p>
            <w:pPr>
              <w:spacing w:after="0"/>
              <w:jc w:val="left"/>
            </w:pPr>
            <w:r>
              <w:rPr>
                <w:sz w:val="16"/>
              </w:rPr>
              <w:t>Inland Flooding; Landslide; Strong Wind</w:t>
            </w:r>
          </w:p>
        </w:tc>
        <w:tc>
          <w:tcPr>
            <w:tcW w:type="dxa" w:w="1220"/>
          </w:tcPr>
          <w:p>
            <w:pPr>
              <w:spacing w:after="0"/>
              <w:jc w:val="right"/>
            </w:pPr>
            <w:r>
              <w:rPr>
                <w:sz w:val="16"/>
              </w:rPr>
              <w:t>none found</w:t>
            </w:r>
          </w:p>
        </w:tc>
        <w:tc>
          <w:tcPr>
            <w:tcW w:type="dxa" w:w="2099"/>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56"/>
          </w:tcPr>
          <w:p>
            <w:pPr>
              <w:spacing w:after="0"/>
              <w:jc w:val="left"/>
            </w:pPr>
            <w:r>
              <w:rPr>
                <w:sz w:val="16"/>
              </w:rPr>
              <w:t>Emergency</w:t>
            </w:r>
          </w:p>
        </w:tc>
        <w:tc>
          <w:tcPr>
            <w:tcW w:type="dxa" w:w="3267"/>
          </w:tcPr>
          <w:p>
            <w:pPr>
              <w:spacing w:after="0"/>
              <w:jc w:val="left"/>
            </w:pPr>
            <w:r>
              <w:rPr>
                <w:sz w:val="16"/>
              </w:rPr>
              <w:t>SEVERE STORMS, STRAIGHT-LINE WINDS, FLOODING, AND LANDSLIDES</w:t>
            </w:r>
          </w:p>
        </w:tc>
        <w:tc>
          <w:tcPr>
            <w:tcW w:type="dxa" w:w="2384"/>
          </w:tcPr>
          <w:p>
            <w:pPr>
              <w:spacing w:after="0"/>
              <w:jc w:val="left"/>
            </w:pPr>
            <w:r>
              <w:rPr>
                <w:sz w:val="16"/>
              </w:rPr>
              <w:t>Inland Flooding; Landslide; Strong Wind</w:t>
            </w:r>
          </w:p>
        </w:tc>
        <w:tc>
          <w:tcPr>
            <w:tcW w:type="dxa" w:w="1220"/>
          </w:tcPr>
          <w:p>
            <w:pPr>
              <w:spacing w:after="0"/>
              <w:jc w:val="right"/>
            </w:pPr>
            <w:r>
              <w:rPr>
                <w:sz w:val="16"/>
              </w:rPr>
              <w:t>none found</w:t>
            </w:r>
          </w:p>
        </w:tc>
        <w:tc>
          <w:tcPr>
            <w:tcW w:type="dxa" w:w="2099"/>
          </w:tcPr>
          <w:p>
            <w:pPr>
              <w:spacing w:after="0"/>
              <w:jc w:val="left"/>
            </w:pPr>
            <w:r>
              <w:rPr>
                <w:sz w:val="16"/>
              </w:rPr>
              <w:t>new since last plan; within last 5 years</w:t>
            </w:r>
          </w:p>
        </w:tc>
        <w:tc>
          <w:tcPr>
            <w:tcW w:type="dxa" w:w="875"/>
          </w:tcPr>
          <w:p>
            <w:pPr>
              <w:spacing w:after="0"/>
              <w:jc w:val="left"/>
            </w:pPr>
            <w:r>
              <w:rPr>
                <w:sz w:val="16"/>
              </w:rPr>
              <w:t>same incident as DR-4860</w:t>
            </w:r>
          </w:p>
        </w:tc>
      </w:tr>
      <w:tr>
        <w:trPr>
          <w:cantSplit/>
        </w:trPr>
        <w:tc>
          <w:tcPr>
            <w:tcW w:type="dxa" w:w="1037"/>
          </w:tcPr>
          <w:p>
            <w:pPr>
              <w:spacing w:after="0"/>
              <w:jc w:val="left"/>
            </w:pPr>
            <w:r>
              <w:rPr>
                <w:sz w:val="16"/>
              </w:rPr>
              <w:t>2024-11-26</w:t>
            </w:r>
          </w:p>
        </w:tc>
        <w:tc>
          <w:tcPr>
            <w:tcW w:type="dxa" w:w="1037"/>
          </w:tcPr>
          <w:p>
            <w:pPr>
              <w:spacing w:after="0"/>
              <w:jc w:val="left"/>
            </w:pPr>
            <w:r>
              <w:rPr>
                <w:sz w:val="16"/>
              </w:rPr>
              <w:t>2024-09-27</w:t>
            </w:r>
          </w:p>
        </w:tc>
        <w:tc>
          <w:tcPr>
            <w:tcW w:type="dxa" w:w="1037"/>
          </w:tcPr>
          <w:p>
            <w:pPr>
              <w:spacing w:after="0"/>
              <w:jc w:val="left"/>
            </w:pPr>
            <w:r>
              <w:rPr>
                <w:sz w:val="16"/>
              </w:rPr>
              <w:t>DR-4848-KY</w:t>
            </w:r>
          </w:p>
        </w:tc>
        <w:tc>
          <w:tcPr>
            <w:tcW w:type="dxa" w:w="1156"/>
          </w:tcPr>
          <w:p>
            <w:pPr>
              <w:spacing w:after="0"/>
              <w:jc w:val="left"/>
            </w:pPr>
            <w:r>
              <w:rPr>
                <w:sz w:val="16"/>
              </w:rPr>
              <w:t>Major disaster</w:t>
            </w:r>
          </w:p>
        </w:tc>
        <w:tc>
          <w:tcPr>
            <w:tcW w:type="dxa" w:w="3267"/>
          </w:tcPr>
          <w:p>
            <w:pPr>
              <w:spacing w:after="0"/>
              <w:jc w:val="left"/>
            </w:pPr>
            <w:r>
              <w:rPr>
                <w:sz w:val="16"/>
              </w:rPr>
              <w:t>REMNANTS OF HURRICANE HELENE</w:t>
            </w:r>
          </w:p>
        </w:tc>
        <w:tc>
          <w:tcPr>
            <w:tcW w:type="dxa" w:w="2384"/>
          </w:tcPr>
          <w:p>
            <w:pPr>
              <w:spacing w:after="0"/>
              <w:jc w:val="left"/>
            </w:pPr>
            <w:r>
              <w:rPr>
                <w:sz w:val="16"/>
              </w:rPr>
              <w:t>Hurricane (primary); also designated: Inland Flooding, Landslide, Strong Wind</w:t>
            </w:r>
          </w:p>
        </w:tc>
        <w:tc>
          <w:tcPr>
            <w:tcW w:type="dxa" w:w="1220"/>
          </w:tcPr>
          <w:p>
            <w:pPr>
              <w:spacing w:after="0"/>
              <w:jc w:val="right"/>
            </w:pPr>
            <w:r>
              <w:rPr>
                <w:sz w:val="16"/>
              </w:rPr>
              <w:t>none found</w:t>
            </w:r>
          </w:p>
        </w:tc>
        <w:tc>
          <w:tcPr>
            <w:tcW w:type="dxa" w:w="2099"/>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156"/>
          </w:tcPr>
          <w:p>
            <w:pPr>
              <w:spacing w:after="0"/>
              <w:jc w:val="left"/>
            </w:pPr>
            <w:r>
              <w:rPr>
                <w:sz w:val="16"/>
              </w:rPr>
              <w:t>Major disaster</w:t>
            </w:r>
          </w:p>
        </w:tc>
        <w:tc>
          <w:tcPr>
            <w:tcW w:type="dxa" w:w="3267"/>
          </w:tcPr>
          <w:p>
            <w:pPr>
              <w:spacing w:after="0"/>
              <w:jc w:val="left"/>
            </w:pPr>
            <w:r>
              <w:rPr>
                <w:sz w:val="16"/>
              </w:rPr>
              <w:t>SEVERE STORMS, STRAIGHT-LINE WINDS, TORNADOES, FLOODING, LANDSLIDES, AND MUDSLIDES</w:t>
            </w:r>
          </w:p>
        </w:tc>
        <w:tc>
          <w:tcPr>
            <w:tcW w:type="dxa" w:w="2384"/>
          </w:tcPr>
          <w:p>
            <w:pPr>
              <w:spacing w:after="0"/>
              <w:jc w:val="left"/>
            </w:pPr>
            <w:r>
              <w:rPr>
                <w:sz w:val="16"/>
              </w:rPr>
              <w:t>Inland Flooding; Landslide; Strong Wind; Tornado</w:t>
            </w:r>
          </w:p>
        </w:tc>
        <w:tc>
          <w:tcPr>
            <w:tcW w:type="dxa" w:w="1220"/>
          </w:tcPr>
          <w:p>
            <w:pPr>
              <w:spacing w:after="0"/>
              <w:jc w:val="right"/>
            </w:pPr>
            <w:r>
              <w:rPr>
                <w:sz w:val="16"/>
              </w:rPr>
              <w:t>none found</w:t>
            </w:r>
          </w:p>
        </w:tc>
        <w:tc>
          <w:tcPr>
            <w:tcW w:type="dxa" w:w="2099"/>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56"/>
          </w:tcPr>
          <w:p>
            <w:pPr>
              <w:spacing w:after="0"/>
              <w:jc w:val="left"/>
            </w:pPr>
            <w:r>
              <w:rPr>
                <w:sz w:val="16"/>
              </w:rPr>
              <w:t>Major disaster</w:t>
            </w:r>
          </w:p>
        </w:tc>
        <w:tc>
          <w:tcPr>
            <w:tcW w:type="dxa" w:w="3267"/>
          </w:tcPr>
          <w:p>
            <w:pPr>
              <w:spacing w:after="0"/>
              <w:jc w:val="left"/>
            </w:pPr>
            <w:r>
              <w:rPr>
                <w:sz w:val="16"/>
              </w:rPr>
              <w:t>COVID-19 PANDEMIC</w:t>
            </w:r>
          </w:p>
        </w:tc>
        <w:tc>
          <w:tcPr>
            <w:tcW w:type="dxa" w:w="2384"/>
          </w:tcPr>
          <w:p>
            <w:pPr>
              <w:spacing w:after="0"/>
              <w:jc w:val="left"/>
            </w:pPr>
            <w:r>
              <w:rPr>
                <w:sz w:val="16"/>
              </w:rPr>
              <w:t>Non-natural, not counted</w:t>
            </w:r>
          </w:p>
        </w:tc>
        <w:tc>
          <w:tcPr>
            <w:tcW w:type="dxa" w:w="1220"/>
          </w:tcPr>
          <w:p>
            <w:pPr>
              <w:spacing w:after="0"/>
              <w:jc w:val="right"/>
            </w:pPr>
            <w:r>
              <w:rPr>
                <w:sz w:val="16"/>
              </w:rPr>
              <w:t>none found</w:t>
            </w:r>
          </w:p>
        </w:tc>
        <w:tc>
          <w:tcPr>
            <w:tcW w:type="dxa" w:w="2099"/>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56"/>
          </w:tcPr>
          <w:p>
            <w:pPr>
              <w:spacing w:after="0"/>
              <w:jc w:val="left"/>
            </w:pPr>
            <w:r>
              <w:rPr>
                <w:sz w:val="16"/>
              </w:rPr>
              <w:t>Emergency</w:t>
            </w:r>
          </w:p>
        </w:tc>
        <w:tc>
          <w:tcPr>
            <w:tcW w:type="dxa" w:w="3267"/>
          </w:tcPr>
          <w:p>
            <w:pPr>
              <w:spacing w:after="0"/>
              <w:jc w:val="left"/>
            </w:pPr>
            <w:r>
              <w:rPr>
                <w:sz w:val="16"/>
              </w:rPr>
              <w:t>COVID-19</w:t>
            </w:r>
          </w:p>
        </w:tc>
        <w:tc>
          <w:tcPr>
            <w:tcW w:type="dxa" w:w="2384"/>
          </w:tcPr>
          <w:p>
            <w:pPr>
              <w:spacing w:after="0"/>
              <w:jc w:val="left"/>
            </w:pPr>
            <w:r>
              <w:rPr>
                <w:sz w:val="16"/>
              </w:rPr>
              <w:t>Non-natural, not counted</w:t>
            </w:r>
          </w:p>
        </w:tc>
        <w:tc>
          <w:tcPr>
            <w:tcW w:type="dxa" w:w="1220"/>
          </w:tcPr>
          <w:p>
            <w:pPr>
              <w:spacing w:after="0"/>
              <w:jc w:val="right"/>
            </w:pPr>
            <w:r>
              <w:rPr>
                <w:sz w:val="16"/>
              </w:rPr>
              <w:t>none found</w:t>
            </w:r>
          </w:p>
        </w:tc>
        <w:tc>
          <w:tcPr>
            <w:tcW w:type="dxa" w:w="2099"/>
          </w:tcPr>
          <w:p>
            <w:pPr>
              <w:spacing w:after="0"/>
              <w:jc w:val="left"/>
            </w:pPr>
          </w:p>
        </w:tc>
        <w:tc>
          <w:tcPr>
            <w:tcW w:type="dxa" w:w="875"/>
          </w:tcPr>
          <w:p>
            <w:pPr>
              <w:spacing w:after="0"/>
              <w:jc w:val="left"/>
            </w:pPr>
            <w:r>
              <w:rPr>
                <w:sz w:val="16"/>
              </w:rPr>
              <w:t>same incident as DR-4497</w:t>
            </w:r>
          </w:p>
        </w:tc>
      </w:tr>
      <w:tr>
        <w:trPr>
          <w:cantSplit/>
        </w:trPr>
        <w:tc>
          <w:tcPr>
            <w:tcW w:type="dxa" w:w="1037"/>
          </w:tcPr>
          <w:p>
            <w:pPr>
              <w:spacing w:after="0"/>
              <w:jc w:val="left"/>
            </w:pPr>
            <w:r>
              <w:rPr>
                <w:sz w:val="16"/>
              </w:rPr>
              <w:t>2015-08-12</w:t>
            </w:r>
          </w:p>
        </w:tc>
        <w:tc>
          <w:tcPr>
            <w:tcW w:type="dxa" w:w="1037"/>
          </w:tcPr>
          <w:p>
            <w:pPr>
              <w:spacing w:after="0"/>
              <w:jc w:val="left"/>
            </w:pPr>
            <w:r>
              <w:rPr>
                <w:sz w:val="16"/>
              </w:rPr>
              <w:t>2015-07-11</w:t>
            </w:r>
          </w:p>
        </w:tc>
        <w:tc>
          <w:tcPr>
            <w:tcW w:type="dxa" w:w="1037"/>
          </w:tcPr>
          <w:p>
            <w:pPr>
              <w:spacing w:after="0"/>
              <w:jc w:val="left"/>
            </w:pPr>
            <w:r>
              <w:rPr>
                <w:sz w:val="16"/>
              </w:rPr>
              <w:t>DR-4239-KY</w:t>
            </w:r>
          </w:p>
        </w:tc>
        <w:tc>
          <w:tcPr>
            <w:tcW w:type="dxa" w:w="1156"/>
          </w:tcPr>
          <w:p>
            <w:pPr>
              <w:spacing w:after="0"/>
              <w:jc w:val="left"/>
            </w:pPr>
            <w:r>
              <w:rPr>
                <w:sz w:val="16"/>
              </w:rPr>
              <w:t>Major disaster</w:t>
            </w:r>
          </w:p>
        </w:tc>
        <w:tc>
          <w:tcPr>
            <w:tcW w:type="dxa" w:w="3267"/>
          </w:tcPr>
          <w:p>
            <w:pPr>
              <w:spacing w:after="0"/>
              <w:jc w:val="left"/>
            </w:pPr>
            <w:r>
              <w:rPr>
                <w:sz w:val="16"/>
              </w:rPr>
              <w:t>SEVERE STORMS, TORNADOES, STRAIGHT-LINE WINDS, FLOODING, LANDSLIDES, AND MUDSLIDE</w:t>
            </w:r>
          </w:p>
        </w:tc>
        <w:tc>
          <w:tcPr>
            <w:tcW w:type="dxa" w:w="2384"/>
          </w:tcPr>
          <w:p>
            <w:pPr>
              <w:spacing w:after="0"/>
              <w:jc w:val="left"/>
            </w:pPr>
            <w:r>
              <w:rPr>
                <w:sz w:val="16"/>
              </w:rPr>
              <w:t>Inland Flooding; Landslide; Strong Wind; Tornado</w:t>
            </w:r>
          </w:p>
        </w:tc>
        <w:tc>
          <w:tcPr>
            <w:tcW w:type="dxa" w:w="1220"/>
          </w:tcPr>
          <w:p>
            <w:pPr>
              <w:spacing w:after="0"/>
              <w:jc w:val="right"/>
            </w:pPr>
            <w:r>
              <w:rPr>
                <w:sz w:val="16"/>
              </w:rPr>
              <w:t>$15,362.33</w:t>
            </w:r>
          </w:p>
        </w:tc>
        <w:tc>
          <w:tcPr>
            <w:tcW w:type="dxa" w:w="2099"/>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2015-05-12</w:t>
            </w:r>
          </w:p>
        </w:tc>
        <w:tc>
          <w:tcPr>
            <w:tcW w:type="dxa" w:w="1037"/>
          </w:tcPr>
          <w:p>
            <w:pPr>
              <w:spacing w:after="0"/>
              <w:jc w:val="left"/>
            </w:pPr>
            <w:r>
              <w:rPr>
                <w:sz w:val="16"/>
              </w:rPr>
              <w:t>2015-03-03</w:t>
            </w:r>
          </w:p>
        </w:tc>
        <w:tc>
          <w:tcPr>
            <w:tcW w:type="dxa" w:w="1037"/>
          </w:tcPr>
          <w:p>
            <w:pPr>
              <w:spacing w:after="0"/>
              <w:jc w:val="left"/>
            </w:pPr>
            <w:r>
              <w:rPr>
                <w:sz w:val="16"/>
              </w:rPr>
              <w:t>DR-4218-KY</w:t>
            </w:r>
          </w:p>
        </w:tc>
        <w:tc>
          <w:tcPr>
            <w:tcW w:type="dxa" w:w="1156"/>
          </w:tcPr>
          <w:p>
            <w:pPr>
              <w:spacing w:after="0"/>
              <w:jc w:val="left"/>
            </w:pPr>
            <w:r>
              <w:rPr>
                <w:sz w:val="16"/>
              </w:rPr>
              <w:t>Major disaster</w:t>
            </w:r>
          </w:p>
        </w:tc>
        <w:tc>
          <w:tcPr>
            <w:tcW w:type="dxa" w:w="3267"/>
          </w:tcPr>
          <w:p>
            <w:pPr>
              <w:spacing w:after="0"/>
              <w:jc w:val="left"/>
            </w:pPr>
            <w:r>
              <w:rPr>
                <w:sz w:val="16"/>
              </w:rPr>
              <w:t>SEVERE WINTER STORM, SNOWSTORM, FLOODING, LANDSLIDES, AND MUDSLIDES</w:t>
            </w:r>
          </w:p>
        </w:tc>
        <w:tc>
          <w:tcPr>
            <w:tcW w:type="dxa" w:w="2384"/>
          </w:tcPr>
          <w:p>
            <w:pPr>
              <w:spacing w:after="0"/>
              <w:jc w:val="left"/>
            </w:pPr>
            <w:r>
              <w:rPr>
                <w:sz w:val="16"/>
              </w:rPr>
              <w:t>Inland Flooding (primary); also designated: Landslide, Winter Weather</w:t>
            </w:r>
          </w:p>
        </w:tc>
        <w:tc>
          <w:tcPr>
            <w:tcW w:type="dxa" w:w="1220"/>
          </w:tcPr>
          <w:p>
            <w:pPr>
              <w:spacing w:after="0"/>
              <w:jc w:val="right"/>
            </w:pPr>
            <w:r>
              <w:rPr>
                <w:sz w:val="16"/>
              </w:rPr>
              <w:t>$6,140.99</w:t>
            </w:r>
          </w:p>
        </w:tc>
        <w:tc>
          <w:tcPr>
            <w:tcW w:type="dxa" w:w="2099"/>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156"/>
          </w:tcPr>
          <w:p>
            <w:pPr>
              <w:spacing w:after="0"/>
              <w:jc w:val="left"/>
            </w:pPr>
            <w:r>
              <w:rPr>
                <w:sz w:val="16"/>
              </w:rPr>
              <w:t>Major disaster</w:t>
            </w:r>
          </w:p>
        </w:tc>
        <w:tc>
          <w:tcPr>
            <w:tcW w:type="dxa" w:w="3267"/>
          </w:tcPr>
          <w:p>
            <w:pPr>
              <w:spacing w:after="0"/>
              <w:jc w:val="left"/>
            </w:pPr>
            <w:r>
              <w:rPr>
                <w:sz w:val="16"/>
              </w:rPr>
              <w:t>SEVERE STORMS, TORNADOES, AND FLOODING</w:t>
            </w:r>
          </w:p>
        </w:tc>
        <w:tc>
          <w:tcPr>
            <w:tcW w:type="dxa" w:w="2384"/>
          </w:tcPr>
          <w:p>
            <w:pPr>
              <w:spacing w:after="0"/>
              <w:jc w:val="left"/>
            </w:pPr>
            <w:r>
              <w:rPr>
                <w:sz w:val="16"/>
              </w:rPr>
              <w:t>Inland Flooding; Tornado</w:t>
            </w:r>
          </w:p>
        </w:tc>
        <w:tc>
          <w:tcPr>
            <w:tcW w:type="dxa" w:w="1220"/>
          </w:tcPr>
          <w:p>
            <w:pPr>
              <w:spacing w:after="0"/>
              <w:jc w:val="right"/>
            </w:pPr>
            <w:r>
              <w:rPr>
                <w:sz w:val="16"/>
              </w:rPr>
              <w:t>$11,995.96</w:t>
            </w:r>
          </w:p>
        </w:tc>
        <w:tc>
          <w:tcPr>
            <w:tcW w:type="dxa" w:w="2099"/>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156"/>
          </w:tcPr>
          <w:p>
            <w:pPr>
              <w:spacing w:after="0"/>
              <w:jc w:val="left"/>
            </w:pPr>
            <w:r>
              <w:rPr>
                <w:sz w:val="16"/>
              </w:rPr>
              <w:t>Major disaster</w:t>
            </w:r>
          </w:p>
        </w:tc>
        <w:tc>
          <w:tcPr>
            <w:tcW w:type="dxa" w:w="3267"/>
          </w:tcPr>
          <w:p>
            <w:pPr>
              <w:spacing w:after="0"/>
              <w:jc w:val="left"/>
            </w:pPr>
            <w:r>
              <w:rPr>
                <w:sz w:val="16"/>
              </w:rPr>
              <w:t>SEVERE STORMS, FLOODING, MUDSLIDES, AND TORNADOES</w:t>
            </w:r>
          </w:p>
        </w:tc>
        <w:tc>
          <w:tcPr>
            <w:tcW w:type="dxa" w:w="2384"/>
          </w:tcPr>
          <w:p>
            <w:pPr>
              <w:spacing w:after="0"/>
              <w:jc w:val="left"/>
            </w:pPr>
            <w:r>
              <w:rPr>
                <w:sz w:val="16"/>
              </w:rPr>
              <w:t>Inland Flooding; Landslide; Tornado</w:t>
            </w:r>
          </w:p>
        </w:tc>
        <w:tc>
          <w:tcPr>
            <w:tcW w:type="dxa" w:w="1220"/>
          </w:tcPr>
          <w:p>
            <w:pPr>
              <w:spacing w:after="0"/>
              <w:jc w:val="right"/>
            </w:pPr>
            <w:r>
              <w:rPr>
                <w:sz w:val="16"/>
              </w:rPr>
              <w:t>$7,368.86</w:t>
            </w:r>
          </w:p>
        </w:tc>
        <w:tc>
          <w:tcPr>
            <w:tcW w:type="dxa" w:w="2099"/>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156"/>
          </w:tcPr>
          <w:p>
            <w:pPr>
              <w:spacing w:after="0"/>
              <w:jc w:val="left"/>
            </w:pPr>
            <w:r>
              <w:rPr>
                <w:sz w:val="16"/>
              </w:rPr>
              <w:t>Major disaster</w:t>
            </w:r>
          </w:p>
        </w:tc>
        <w:tc>
          <w:tcPr>
            <w:tcW w:type="dxa" w:w="3267"/>
          </w:tcPr>
          <w:p>
            <w:pPr>
              <w:spacing w:after="0"/>
              <w:jc w:val="left"/>
            </w:pPr>
            <w:r>
              <w:rPr>
                <w:sz w:val="16"/>
              </w:rPr>
              <w:t>SEVERE WINTER STORM AND FLOODING</w:t>
            </w:r>
          </w:p>
        </w:tc>
        <w:tc>
          <w:tcPr>
            <w:tcW w:type="dxa" w:w="2384"/>
          </w:tcPr>
          <w:p>
            <w:pPr>
              <w:spacing w:after="0"/>
              <w:jc w:val="left"/>
            </w:pPr>
            <w:r>
              <w:rPr>
                <w:sz w:val="16"/>
              </w:rPr>
              <w:t>Ice Storm</w:t>
            </w:r>
          </w:p>
        </w:tc>
        <w:tc>
          <w:tcPr>
            <w:tcW w:type="dxa" w:w="1220"/>
          </w:tcPr>
          <w:p>
            <w:pPr>
              <w:spacing w:after="0"/>
              <w:jc w:val="right"/>
            </w:pPr>
            <w:r>
              <w:rPr>
                <w:sz w:val="16"/>
              </w:rPr>
              <w:t>$41,003.94</w:t>
            </w:r>
          </w:p>
        </w:tc>
        <w:tc>
          <w:tcPr>
            <w:tcW w:type="dxa" w:w="2099"/>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156"/>
          </w:tcPr>
          <w:p>
            <w:pPr>
              <w:spacing w:after="0"/>
              <w:jc w:val="left"/>
            </w:pPr>
            <w:r>
              <w:rPr>
                <w:sz w:val="16"/>
              </w:rPr>
              <w:t>Emergency</w:t>
            </w:r>
          </w:p>
        </w:tc>
        <w:tc>
          <w:tcPr>
            <w:tcW w:type="dxa" w:w="3267"/>
          </w:tcPr>
          <w:p>
            <w:pPr>
              <w:spacing w:after="0"/>
              <w:jc w:val="left"/>
            </w:pPr>
            <w:r>
              <w:rPr>
                <w:sz w:val="16"/>
              </w:rPr>
              <w:t>SEVERE WINTER STORM</w:t>
            </w:r>
          </w:p>
        </w:tc>
        <w:tc>
          <w:tcPr>
            <w:tcW w:type="dxa" w:w="2384"/>
          </w:tcPr>
          <w:p>
            <w:pPr>
              <w:spacing w:after="0"/>
              <w:jc w:val="left"/>
            </w:pPr>
            <w:r>
              <w:rPr>
                <w:sz w:val="16"/>
              </w:rPr>
              <w:t>Ice Storm</w:t>
            </w:r>
          </w:p>
        </w:tc>
        <w:tc>
          <w:tcPr>
            <w:tcW w:type="dxa" w:w="1220"/>
          </w:tcPr>
          <w:p>
            <w:pPr>
              <w:spacing w:after="0"/>
              <w:jc w:val="right"/>
            </w:pPr>
            <w:r>
              <w:rPr>
                <w:sz w:val="16"/>
              </w:rPr>
              <w:t>none found</w:t>
            </w:r>
          </w:p>
        </w:tc>
        <w:tc>
          <w:tcPr>
            <w:tcW w:type="dxa" w:w="2099"/>
          </w:tcPr>
          <w:p>
            <w:pPr>
              <w:spacing w:after="0"/>
              <w:jc w:val="left"/>
            </w:pPr>
          </w:p>
        </w:tc>
        <w:tc>
          <w:tcPr>
            <w:tcW w:type="dxa" w:w="875"/>
          </w:tcPr>
          <w:p>
            <w:pPr>
              <w:spacing w:after="0"/>
              <w:jc w:val="left"/>
            </w:pPr>
            <w:r>
              <w:rPr>
                <w:sz w:val="16"/>
              </w:rPr>
              <w:t>same incident as DR-1818</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56"/>
          </w:tcPr>
          <w:p>
            <w:pPr>
              <w:spacing w:after="0"/>
              <w:jc w:val="left"/>
            </w:pPr>
            <w:r>
              <w:rPr>
                <w:sz w:val="16"/>
              </w:rPr>
              <w:t>Emergency</w:t>
            </w:r>
          </w:p>
        </w:tc>
        <w:tc>
          <w:tcPr>
            <w:tcW w:type="dxa" w:w="3267"/>
          </w:tcPr>
          <w:p>
            <w:pPr>
              <w:spacing w:after="0"/>
              <w:jc w:val="left"/>
            </w:pPr>
            <w:r>
              <w:rPr>
                <w:sz w:val="16"/>
              </w:rPr>
              <w:t>HURRICANE KATRINA</w:t>
            </w:r>
          </w:p>
        </w:tc>
        <w:tc>
          <w:tcPr>
            <w:tcW w:type="dxa" w:w="2384"/>
          </w:tcPr>
          <w:p>
            <w:pPr>
              <w:spacing w:after="0"/>
              <w:jc w:val="left"/>
            </w:pPr>
            <w:r>
              <w:rPr>
                <w:sz w:val="16"/>
              </w:rPr>
              <w:t>Hurricane: evacuation support, not a local hazard event; not counted</w:t>
            </w:r>
          </w:p>
        </w:tc>
        <w:tc>
          <w:tcPr>
            <w:tcW w:type="dxa" w:w="1220"/>
          </w:tcPr>
          <w:p>
            <w:pPr>
              <w:spacing w:after="0"/>
              <w:jc w:val="right"/>
            </w:pPr>
            <w:r>
              <w:rPr>
                <w:sz w:val="16"/>
              </w:rPr>
              <w:t>none found</w:t>
            </w:r>
          </w:p>
        </w:tc>
        <w:tc>
          <w:tcPr>
            <w:tcW w:type="dxa" w:w="2099"/>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2005-02-08</w:t>
            </w:r>
          </w:p>
        </w:tc>
        <w:tc>
          <w:tcPr>
            <w:tcW w:type="dxa" w:w="1037"/>
          </w:tcPr>
          <w:p>
            <w:pPr>
              <w:spacing w:after="0"/>
              <w:jc w:val="left"/>
            </w:pPr>
            <w:r>
              <w:rPr>
                <w:sz w:val="16"/>
              </w:rPr>
              <w:t>2004-12-21</w:t>
            </w:r>
          </w:p>
        </w:tc>
        <w:tc>
          <w:tcPr>
            <w:tcW w:type="dxa" w:w="1037"/>
          </w:tcPr>
          <w:p>
            <w:pPr>
              <w:spacing w:after="0"/>
              <w:jc w:val="left"/>
            </w:pPr>
            <w:r>
              <w:rPr>
                <w:sz w:val="16"/>
              </w:rPr>
              <w:t>DR-1578-KY</w:t>
            </w:r>
          </w:p>
        </w:tc>
        <w:tc>
          <w:tcPr>
            <w:tcW w:type="dxa" w:w="1156"/>
          </w:tcPr>
          <w:p>
            <w:pPr>
              <w:spacing w:after="0"/>
              <w:jc w:val="left"/>
            </w:pPr>
            <w:r>
              <w:rPr>
                <w:sz w:val="16"/>
              </w:rPr>
              <w:t>Major disaster</w:t>
            </w:r>
          </w:p>
        </w:tc>
        <w:tc>
          <w:tcPr>
            <w:tcW w:type="dxa" w:w="3267"/>
          </w:tcPr>
          <w:p>
            <w:pPr>
              <w:spacing w:after="0"/>
              <w:jc w:val="left"/>
            </w:pPr>
            <w:r>
              <w:rPr>
                <w:sz w:val="16"/>
              </w:rPr>
              <w:t>SEVERE WINTER STORM AND RECORD SNOW</w:t>
            </w:r>
          </w:p>
        </w:tc>
        <w:tc>
          <w:tcPr>
            <w:tcW w:type="dxa" w:w="2384"/>
          </w:tcPr>
          <w:p>
            <w:pPr>
              <w:spacing w:after="0"/>
              <w:jc w:val="left"/>
            </w:pPr>
            <w:r>
              <w:rPr>
                <w:sz w:val="16"/>
              </w:rPr>
              <w:t>Winter Weather</w:t>
            </w:r>
          </w:p>
        </w:tc>
        <w:tc>
          <w:tcPr>
            <w:tcW w:type="dxa" w:w="1220"/>
          </w:tcPr>
          <w:p>
            <w:pPr>
              <w:spacing w:after="0"/>
              <w:jc w:val="right"/>
            </w:pPr>
            <w:r>
              <w:rPr>
                <w:sz w:val="16"/>
              </w:rPr>
              <w:t>none found</w:t>
            </w:r>
          </w:p>
        </w:tc>
        <w:tc>
          <w:tcPr>
            <w:tcW w:type="dxa" w:w="2099"/>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156"/>
          </w:tcPr>
          <w:p>
            <w:pPr>
              <w:spacing w:after="0"/>
              <w:jc w:val="left"/>
            </w:pPr>
            <w:r>
              <w:rPr>
                <w:sz w:val="16"/>
              </w:rPr>
              <w:t>Major disaster</w:t>
            </w:r>
          </w:p>
        </w:tc>
        <w:tc>
          <w:tcPr>
            <w:tcW w:type="dxa" w:w="3267"/>
          </w:tcPr>
          <w:p>
            <w:pPr>
              <w:spacing w:after="0"/>
              <w:jc w:val="left"/>
            </w:pPr>
            <w:r>
              <w:rPr>
                <w:sz w:val="16"/>
              </w:rPr>
              <w:t>SEVERE STORMS, TORNADOES, FLOODING, AND MUDSLIDES</w:t>
            </w:r>
          </w:p>
        </w:tc>
        <w:tc>
          <w:tcPr>
            <w:tcW w:type="dxa" w:w="2384"/>
          </w:tcPr>
          <w:p>
            <w:pPr>
              <w:spacing w:after="0"/>
              <w:jc w:val="left"/>
            </w:pPr>
            <w:r>
              <w:rPr>
                <w:sz w:val="16"/>
              </w:rPr>
              <w:t>Inland Flooding; Landslide; Tornado</w:t>
            </w:r>
          </w:p>
        </w:tc>
        <w:tc>
          <w:tcPr>
            <w:tcW w:type="dxa" w:w="1220"/>
          </w:tcPr>
          <w:p>
            <w:pPr>
              <w:spacing w:after="0"/>
              <w:jc w:val="right"/>
            </w:pPr>
            <w:r>
              <w:rPr>
                <w:sz w:val="16"/>
              </w:rPr>
              <w:t>PA not declared for this county</w:t>
            </w:r>
          </w:p>
        </w:tc>
        <w:tc>
          <w:tcPr>
            <w:tcW w:type="dxa" w:w="2099"/>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2003-02-15</w:t>
            </w:r>
          </w:p>
        </w:tc>
        <w:tc>
          <w:tcPr>
            <w:tcW w:type="dxa" w:w="1037"/>
          </w:tcPr>
          <w:p>
            <w:pPr>
              <w:spacing w:after="0"/>
              <w:jc w:val="left"/>
            </w:pPr>
            <w:r>
              <w:rPr>
                <w:sz w:val="16"/>
              </w:rPr>
              <w:t>DR-1454-KY</w:t>
            </w:r>
          </w:p>
        </w:tc>
        <w:tc>
          <w:tcPr>
            <w:tcW w:type="dxa" w:w="1156"/>
          </w:tcPr>
          <w:p>
            <w:pPr>
              <w:spacing w:after="0"/>
              <w:jc w:val="left"/>
            </w:pPr>
            <w:r>
              <w:rPr>
                <w:sz w:val="16"/>
              </w:rPr>
              <w:t>Major disaster</w:t>
            </w:r>
          </w:p>
        </w:tc>
        <w:tc>
          <w:tcPr>
            <w:tcW w:type="dxa" w:w="3267"/>
          </w:tcPr>
          <w:p>
            <w:pPr>
              <w:spacing w:after="0"/>
              <w:jc w:val="left"/>
            </w:pPr>
            <w:r>
              <w:rPr>
                <w:sz w:val="16"/>
              </w:rPr>
              <w:t>SEVERE WINTER ICE AND SNOW STORMS, HEAVY RAIN, FLOODING, TORNADOES, AND MUD AND</w:t>
            </w:r>
          </w:p>
        </w:tc>
        <w:tc>
          <w:tcPr>
            <w:tcW w:type="dxa" w:w="2384"/>
          </w:tcPr>
          <w:p>
            <w:pPr>
              <w:spacing w:after="0"/>
              <w:jc w:val="left"/>
            </w:pPr>
            <w:r>
              <w:rPr>
                <w:sz w:val="16"/>
              </w:rPr>
              <w:t>Inland Flooding; Tornado; Winter Weather</w:t>
            </w:r>
          </w:p>
        </w:tc>
        <w:tc>
          <w:tcPr>
            <w:tcW w:type="dxa" w:w="1220"/>
          </w:tcPr>
          <w:p>
            <w:pPr>
              <w:spacing w:after="0"/>
              <w:jc w:val="right"/>
            </w:pPr>
            <w:r>
              <w:rPr>
                <w:sz w:val="16"/>
              </w:rPr>
              <w:t>$25,652.26</w:t>
            </w:r>
          </w:p>
        </w:tc>
        <w:tc>
          <w:tcPr>
            <w:tcW w:type="dxa" w:w="2099"/>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2000-02-18</w:t>
            </w:r>
          </w:p>
        </w:tc>
        <w:tc>
          <w:tcPr>
            <w:tcW w:type="dxa" w:w="1037"/>
          </w:tcPr>
          <w:p>
            <w:pPr>
              <w:spacing w:after="0"/>
              <w:jc w:val="left"/>
            </w:pPr>
            <w:r>
              <w:rPr>
                <w:sz w:val="16"/>
              </w:rPr>
              <w:t>DR-1320-KY</w:t>
            </w:r>
          </w:p>
        </w:tc>
        <w:tc>
          <w:tcPr>
            <w:tcW w:type="dxa" w:w="1156"/>
          </w:tcPr>
          <w:p>
            <w:pPr>
              <w:spacing w:after="0"/>
              <w:jc w:val="left"/>
            </w:pPr>
            <w:r>
              <w:rPr>
                <w:sz w:val="16"/>
              </w:rPr>
              <w:t>Major disaster</w:t>
            </w:r>
          </w:p>
        </w:tc>
        <w:tc>
          <w:tcPr>
            <w:tcW w:type="dxa" w:w="3267"/>
          </w:tcPr>
          <w:p>
            <w:pPr>
              <w:spacing w:after="0"/>
              <w:jc w:val="left"/>
            </w:pPr>
            <w:r>
              <w:rPr>
                <w:sz w:val="16"/>
              </w:rPr>
              <w:t>SEVERE STORMS AND FLOODING</w:t>
            </w:r>
          </w:p>
        </w:tc>
        <w:tc>
          <w:tcPr>
            <w:tcW w:type="dxa" w:w="2384"/>
          </w:tcPr>
          <w:p>
            <w:pPr>
              <w:spacing w:after="0"/>
              <w:jc w:val="left"/>
            </w:pPr>
            <w:r>
              <w:rPr>
                <w:sz w:val="16"/>
              </w:rPr>
              <w:t>Inland Flooding</w:t>
            </w:r>
          </w:p>
        </w:tc>
        <w:tc>
          <w:tcPr>
            <w:tcW w:type="dxa" w:w="1220"/>
          </w:tcPr>
          <w:p>
            <w:pPr>
              <w:spacing w:after="0"/>
              <w:jc w:val="right"/>
            </w:pPr>
            <w:r>
              <w:rPr>
                <w:sz w:val="16"/>
              </w:rPr>
              <w:t>PA not declared for this county</w:t>
            </w:r>
          </w:p>
        </w:tc>
        <w:tc>
          <w:tcPr>
            <w:tcW w:type="dxa" w:w="2099"/>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1998-03-03</w:t>
            </w:r>
          </w:p>
        </w:tc>
        <w:tc>
          <w:tcPr>
            <w:tcW w:type="dxa" w:w="1037"/>
          </w:tcPr>
          <w:p>
            <w:pPr>
              <w:spacing w:after="0"/>
              <w:jc w:val="left"/>
            </w:pPr>
            <w:r>
              <w:rPr>
                <w:sz w:val="16"/>
              </w:rPr>
              <w:t>1998-02-04</w:t>
            </w:r>
          </w:p>
        </w:tc>
        <w:tc>
          <w:tcPr>
            <w:tcW w:type="dxa" w:w="1037"/>
          </w:tcPr>
          <w:p>
            <w:pPr>
              <w:spacing w:after="0"/>
              <w:jc w:val="left"/>
            </w:pPr>
            <w:r>
              <w:rPr>
                <w:sz w:val="16"/>
              </w:rPr>
              <w:t>DR-1207-KY</w:t>
            </w:r>
          </w:p>
        </w:tc>
        <w:tc>
          <w:tcPr>
            <w:tcW w:type="dxa" w:w="1156"/>
          </w:tcPr>
          <w:p>
            <w:pPr>
              <w:spacing w:after="0"/>
              <w:jc w:val="left"/>
            </w:pPr>
            <w:r>
              <w:rPr>
                <w:sz w:val="16"/>
              </w:rPr>
              <w:t>Major disaster</w:t>
            </w:r>
          </w:p>
        </w:tc>
        <w:tc>
          <w:tcPr>
            <w:tcW w:type="dxa" w:w="3267"/>
          </w:tcPr>
          <w:p>
            <w:pPr>
              <w:spacing w:after="0"/>
              <w:jc w:val="left"/>
            </w:pPr>
            <w:r>
              <w:rPr>
                <w:sz w:val="16"/>
              </w:rPr>
              <w:t>SEVERE WINTER STORM</w:t>
            </w:r>
          </w:p>
        </w:tc>
        <w:tc>
          <w:tcPr>
            <w:tcW w:type="dxa" w:w="2384"/>
          </w:tcPr>
          <w:p>
            <w:pPr>
              <w:spacing w:after="0"/>
              <w:jc w:val="left"/>
            </w:pPr>
            <w:r>
              <w:rPr>
                <w:sz w:val="16"/>
              </w:rPr>
              <w:t>Winter Weather</w:t>
            </w:r>
          </w:p>
        </w:tc>
        <w:tc>
          <w:tcPr>
            <w:tcW w:type="dxa" w:w="1220"/>
          </w:tcPr>
          <w:p>
            <w:pPr>
              <w:spacing w:after="0"/>
              <w:jc w:val="right"/>
            </w:pPr>
            <w:r>
              <w:rPr>
                <w:sz w:val="16"/>
              </w:rPr>
              <w:t>none found</w:t>
            </w:r>
          </w:p>
        </w:tc>
        <w:tc>
          <w:tcPr>
            <w:tcW w:type="dxa" w:w="2099"/>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156"/>
          </w:tcPr>
          <w:p>
            <w:pPr>
              <w:spacing w:after="0"/>
              <w:jc w:val="left"/>
            </w:pPr>
            <w:r>
              <w:rPr>
                <w:sz w:val="16"/>
              </w:rPr>
              <w:t>Major disaster</w:t>
            </w:r>
          </w:p>
        </w:tc>
        <w:tc>
          <w:tcPr>
            <w:tcW w:type="dxa" w:w="3267"/>
          </w:tcPr>
          <w:p>
            <w:pPr>
              <w:spacing w:after="0"/>
              <w:jc w:val="left"/>
            </w:pPr>
            <w:r>
              <w:rPr>
                <w:sz w:val="16"/>
              </w:rPr>
              <w:t>SEVERE STORM, FLOODING, AND TORNADOES</w:t>
            </w:r>
          </w:p>
        </w:tc>
        <w:tc>
          <w:tcPr>
            <w:tcW w:type="dxa" w:w="2384"/>
          </w:tcPr>
          <w:p>
            <w:pPr>
              <w:spacing w:after="0"/>
              <w:jc w:val="left"/>
            </w:pPr>
            <w:r>
              <w:rPr>
                <w:sz w:val="16"/>
              </w:rPr>
              <w:t>Inland Flooding; Tornado</w:t>
            </w:r>
          </w:p>
        </w:tc>
        <w:tc>
          <w:tcPr>
            <w:tcW w:type="dxa" w:w="1220"/>
          </w:tcPr>
          <w:p>
            <w:pPr>
              <w:spacing w:after="0"/>
              <w:jc w:val="right"/>
            </w:pPr>
            <w:r>
              <w:rPr>
                <w:sz w:val="16"/>
              </w:rPr>
              <w:t>none found</w:t>
            </w:r>
          </w:p>
        </w:tc>
        <w:tc>
          <w:tcPr>
            <w:tcW w:type="dxa" w:w="2099"/>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56"/>
          </w:tcPr>
          <w:p>
            <w:pPr>
              <w:spacing w:after="0"/>
              <w:jc w:val="left"/>
            </w:pPr>
            <w:r>
              <w:rPr>
                <w:sz w:val="16"/>
              </w:rPr>
              <w:t>Major disaster</w:t>
            </w:r>
          </w:p>
        </w:tc>
        <w:tc>
          <w:tcPr>
            <w:tcW w:type="dxa" w:w="3267"/>
          </w:tcPr>
          <w:p>
            <w:pPr>
              <w:spacing w:after="0"/>
              <w:jc w:val="left"/>
            </w:pPr>
            <w:r>
              <w:rPr>
                <w:sz w:val="16"/>
              </w:rPr>
              <w:t>BLIZZARD OF 96</w:t>
            </w:r>
          </w:p>
        </w:tc>
        <w:tc>
          <w:tcPr>
            <w:tcW w:type="dxa" w:w="2384"/>
          </w:tcPr>
          <w:p>
            <w:pPr>
              <w:spacing w:after="0"/>
              <w:jc w:val="left"/>
            </w:pPr>
            <w:r>
              <w:rPr>
                <w:sz w:val="16"/>
              </w:rPr>
              <w:t>Winter Weather</w:t>
            </w:r>
          </w:p>
        </w:tc>
        <w:tc>
          <w:tcPr>
            <w:tcW w:type="dxa" w:w="1220"/>
          </w:tcPr>
          <w:p>
            <w:pPr>
              <w:spacing w:after="0"/>
              <w:jc w:val="right"/>
            </w:pPr>
            <w:r>
              <w:rPr>
                <w:sz w:val="16"/>
              </w:rPr>
              <w:t>none found</w:t>
            </w:r>
          </w:p>
        </w:tc>
        <w:tc>
          <w:tcPr>
            <w:tcW w:type="dxa" w:w="2099"/>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EM-3104-KY</w:t>
            </w:r>
          </w:p>
        </w:tc>
        <w:tc>
          <w:tcPr>
            <w:tcW w:type="dxa" w:w="1156"/>
          </w:tcPr>
          <w:p>
            <w:pPr>
              <w:spacing w:after="0"/>
              <w:jc w:val="left"/>
            </w:pPr>
            <w:r>
              <w:rPr>
                <w:sz w:val="16"/>
              </w:rPr>
              <w:t>Emergency</w:t>
            </w:r>
          </w:p>
        </w:tc>
        <w:tc>
          <w:tcPr>
            <w:tcW w:type="dxa" w:w="3267"/>
          </w:tcPr>
          <w:p>
            <w:pPr>
              <w:spacing w:after="0"/>
              <w:jc w:val="left"/>
            </w:pPr>
            <w:r>
              <w:rPr>
                <w:sz w:val="16"/>
              </w:rPr>
              <w:t>SEVERE SNOWFALL &amp; WINTER STORM</w:t>
            </w:r>
          </w:p>
        </w:tc>
        <w:tc>
          <w:tcPr>
            <w:tcW w:type="dxa" w:w="2384"/>
          </w:tcPr>
          <w:p>
            <w:pPr>
              <w:spacing w:after="0"/>
              <w:jc w:val="left"/>
            </w:pPr>
            <w:r>
              <w:rPr>
                <w:sz w:val="16"/>
              </w:rPr>
              <w:t>Winter Weather</w:t>
            </w:r>
          </w:p>
        </w:tc>
        <w:tc>
          <w:tcPr>
            <w:tcW w:type="dxa" w:w="1220"/>
          </w:tcPr>
          <w:p>
            <w:pPr>
              <w:spacing w:after="0"/>
              <w:jc w:val="right"/>
            </w:pPr>
            <w:r>
              <w:rPr>
                <w:sz w:val="16"/>
              </w:rPr>
              <w:t>none found</w:t>
            </w:r>
          </w:p>
        </w:tc>
        <w:tc>
          <w:tcPr>
            <w:tcW w:type="dxa" w:w="2099"/>
          </w:tcPr>
          <w:p>
            <w:pPr>
              <w:spacing w:after="0"/>
              <w:jc w:val="left"/>
            </w:pPr>
          </w:p>
        </w:tc>
        <w:tc>
          <w:tcPr>
            <w:tcW w:type="dxa" w:w="87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1964-03-17</w:t>
            </w:r>
          </w:p>
        </w:tc>
        <w:tc>
          <w:tcPr>
            <w:tcW w:type="dxa" w:w="1543"/>
          </w:tcPr>
          <w:p>
            <w:pPr>
              <w:spacing w:after="0"/>
              <w:jc w:val="left"/>
            </w:pPr>
            <w:r>
              <w:rPr>
                <w:sz w:val="16"/>
              </w:rPr>
              <w:t>1964-03-17</w:t>
            </w:r>
          </w:p>
        </w:tc>
        <w:tc>
          <w:tcPr>
            <w:tcW w:type="dxa" w:w="1410"/>
          </w:tcPr>
          <w:p>
            <w:pPr>
              <w:spacing w:after="0"/>
              <w:jc w:val="left"/>
            </w:pPr>
            <w:r>
              <w:rPr>
                <w:sz w:val="16"/>
              </w:rPr>
              <w:t>DR-163-KY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1963-03-13</w:t>
            </w:r>
          </w:p>
        </w:tc>
        <w:tc>
          <w:tcPr>
            <w:tcW w:type="dxa" w:w="1543"/>
          </w:tcPr>
          <w:p>
            <w:pPr>
              <w:spacing w:after="0"/>
              <w:jc w:val="left"/>
            </w:pPr>
            <w:r>
              <w:rPr>
                <w:sz w:val="16"/>
              </w:rPr>
              <w:t>1963-03-13</w:t>
            </w:r>
          </w:p>
        </w:tc>
        <w:tc>
          <w:tcPr>
            <w:tcW w:type="dxa" w:w="1410"/>
          </w:tcPr>
          <w:p>
            <w:pPr>
              <w:spacing w:after="0"/>
              <w:jc w:val="left"/>
            </w:pPr>
            <w:r>
              <w:rPr>
                <w:sz w:val="16"/>
              </w:rPr>
              <w:t>DR-148-KY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1962-03-12</w:t>
            </w:r>
          </w:p>
        </w:tc>
        <w:tc>
          <w:tcPr>
            <w:tcW w:type="dxa" w:w="1543"/>
          </w:tcPr>
          <w:p>
            <w:pPr>
              <w:spacing w:after="0"/>
              <w:jc w:val="left"/>
            </w:pPr>
            <w:r>
              <w:rPr>
                <w:sz w:val="16"/>
              </w:rPr>
              <w:t>1962-03-12</w:t>
            </w:r>
          </w:p>
        </w:tc>
        <w:tc>
          <w:tcPr>
            <w:tcW w:type="dxa" w:w="1410"/>
          </w:tcPr>
          <w:p>
            <w:pPr>
              <w:spacing w:after="0"/>
              <w:jc w:val="left"/>
            </w:pPr>
            <w:r>
              <w:rPr>
                <w:sz w:val="16"/>
              </w:rPr>
              <w:t>DR-128-KY</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1957-01-31</w:t>
            </w:r>
          </w:p>
        </w:tc>
        <w:tc>
          <w:tcPr>
            <w:tcW w:type="dxa" w:w="1543"/>
          </w:tcPr>
          <w:p>
            <w:pPr>
              <w:spacing w:after="0"/>
              <w:jc w:val="left"/>
            </w:pPr>
            <w:r>
              <w:rPr>
                <w:sz w:val="16"/>
              </w:rPr>
              <w:t>1957-01-31</w:t>
            </w:r>
          </w:p>
        </w:tc>
        <w:tc>
          <w:tcPr>
            <w:tcW w:type="dxa" w:w="1410"/>
          </w:tcPr>
          <w:p>
            <w:pPr>
              <w:spacing w:after="0"/>
              <w:jc w:val="left"/>
            </w:pPr>
            <w:r>
              <w:rPr>
                <w:sz w:val="16"/>
              </w:rPr>
              <w:t>DR-66-KY</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17</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12</w:t>
            </w:r>
          </w:p>
        </w:tc>
        <w:tc>
          <w:tcPr>
            <w:tcW w:type="dxa" w:w="1684"/>
          </w:tcPr>
          <w:p>
            <w:pPr>
              <w:spacing w:after="0"/>
              <w:jc w:val="right"/>
            </w:pPr>
            <w:r>
              <w:rPr>
                <w:sz w:val="16"/>
              </w:rPr>
              <w:t>4</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8</w:t>
            </w:r>
          </w:p>
        </w:tc>
        <w:tc>
          <w:tcPr>
            <w:tcW w:type="dxa" w:w="1684"/>
          </w:tcPr>
          <w:p>
            <w:pPr>
              <w:spacing w:after="0"/>
              <w:jc w:val="right"/>
            </w:pPr>
            <w:r>
              <w:rPr>
                <w:sz w:val="16"/>
              </w:rPr>
              <w:t>4</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8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41</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5</w:t>
            </w:r>
          </w:p>
        </w:tc>
        <w:tc>
          <w:tcPr>
            <w:tcW w:type="dxa" w:w="1684"/>
          </w:tcPr>
          <w:p>
            <w:pPr>
              <w:spacing w:after="0"/>
              <w:jc w:val="right"/>
            </w:pPr>
            <w:r>
              <w:rPr>
                <w:sz w:val="16"/>
              </w:rPr>
              <w:t>4</w:t>
            </w:r>
          </w:p>
        </w:tc>
        <w:tc>
          <w:tcPr>
            <w:tcW w:type="dxa" w:w="2143"/>
          </w:tcPr>
          <w:p>
            <w:pPr>
              <w:spacing w:after="0"/>
              <w:jc w:val="left"/>
            </w:pPr>
            <w:r>
              <w:rPr>
                <w:sz w:val="16"/>
              </w:rPr>
              <w:t>1955 to 2026-06-30</w:t>
            </w:r>
          </w:p>
        </w:tc>
        <w:tc>
          <w:tcPr>
            <w:tcW w:type="dxa" w:w="2434"/>
          </w:tcPr>
          <w:p>
            <w:pPr>
              <w:spacing w:after="0"/>
              <w:jc w:val="left"/>
            </w:pPr>
            <w:r>
              <w:rPr>
                <w:sz w:val="16"/>
              </w:rPr>
              <w:t>Includes 7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8</w:t>
            </w:r>
          </w:p>
        </w:tc>
        <w:tc>
          <w:tcPr>
            <w:tcW w:type="dxa" w:w="1684"/>
          </w:tcPr>
          <w:p>
            <w:pPr>
              <w:spacing w:after="0"/>
              <w:jc w:val="right"/>
            </w:pPr>
            <w:r>
              <w:rPr>
                <w:sz w:val="16"/>
              </w:rPr>
              <w:t>2</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44</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816"/>
        <w:gridCol w:w="1975"/>
        <w:gridCol w:w="1247"/>
        <w:gridCol w:w="2243"/>
        <w:gridCol w:w="648"/>
        <w:gridCol w:w="193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816"/>
            <w:shd w:val="clear" w:color="auto" w:fill="E8E8E8"/>
          </w:tcPr>
          <w:p>
            <w:pPr>
              <w:spacing w:after="0"/>
              <w:jc w:val="left"/>
            </w:pPr>
            <w:r>
              <w:rPr>
                <w:b/>
                <w:sz w:val="16"/>
              </w:rPr>
              <w:t>Magnitude or extent</w:t>
            </w:r>
          </w:p>
        </w:tc>
        <w:tc>
          <w:tcPr>
            <w:tcW w:type="dxa" w:w="1975"/>
            <w:shd w:val="clear" w:color="auto" w:fill="E8E8E8"/>
          </w:tcPr>
          <w:p>
            <w:pPr>
              <w:spacing w:after="0"/>
              <w:jc w:val="left"/>
            </w:pPr>
            <w:r>
              <w:rPr>
                <w:b/>
                <w:sz w:val="16"/>
              </w:rPr>
              <w:t>Damage</w:t>
            </w:r>
          </w:p>
          <w:p>
            <w:pPr>
              <w:spacing w:after="0"/>
              <w:jc w:val="left"/>
            </w:pPr>
            <w:r>
              <w:rPr>
                <w:i/>
                <w:color w:val="555555"/>
                <w:sz w:val="14"/>
              </w:rPr>
              <w:t>nominal dollars</w:t>
            </w:r>
          </w:p>
        </w:tc>
        <w:tc>
          <w:tcPr>
            <w:tcW w:type="dxa" w:w="124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243"/>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193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2020-04-08</w:t>
            </w:r>
          </w:p>
        </w:tc>
        <w:tc>
          <w:tcPr>
            <w:tcW w:type="dxa" w:w="1215"/>
          </w:tcPr>
          <w:p>
            <w:pPr>
              <w:spacing w:after="0"/>
              <w:jc w:val="left"/>
            </w:pPr>
            <w:r>
              <w:rPr>
                <w:sz w:val="16"/>
              </w:rPr>
              <w:t>Tornado</w:t>
            </w:r>
          </w:p>
        </w:tc>
        <w:tc>
          <w:tcPr>
            <w:tcW w:type="dxa" w:w="3816"/>
          </w:tcPr>
          <w:p>
            <w:pPr>
              <w:spacing w:after="0"/>
              <w:jc w:val="left"/>
            </w:pPr>
            <w:r>
              <w:rPr>
                <w:sz w:val="16"/>
              </w:rPr>
              <w:t>EF0, 1.03 mi within this county, 50 yd wide</w:t>
            </w:r>
          </w:p>
        </w:tc>
        <w:tc>
          <w:tcPr>
            <w:tcW w:type="dxa" w:w="1975"/>
          </w:tcPr>
          <w:p>
            <w:pPr>
              <w:spacing w:after="0"/>
              <w:jc w:val="left"/>
            </w:pPr>
            <w:r>
              <w:rPr>
                <w:sz w:val="16"/>
              </w:rPr>
              <w:t>$25,000 property; $0 crops (2020 dollars)</w:t>
            </w:r>
          </w:p>
        </w:tc>
        <w:tc>
          <w:tcPr>
            <w:tcW w:type="dxa" w:w="1247"/>
          </w:tcPr>
          <w:p>
            <w:pPr>
              <w:spacing w:after="0"/>
              <w:jc w:val="right"/>
            </w:pPr>
            <w:r>
              <w:rPr>
                <w:sz w:val="16"/>
              </w:rPr>
              <w:t>0, 0</w:t>
            </w:r>
          </w:p>
        </w:tc>
        <w:tc>
          <w:tcPr>
            <w:tcW w:type="dxa" w:w="2243"/>
          </w:tcPr>
          <w:p>
            <w:pPr>
              <w:spacing w:after="0"/>
              <w:jc w:val="left"/>
            </w:pPr>
            <w:r>
              <w:rPr>
                <w:sz w:val="16"/>
              </w:rPr>
              <w:t>MT OLIVET</w:t>
            </w:r>
          </w:p>
        </w:tc>
        <w:tc>
          <w:tcPr>
            <w:tcW w:type="dxa" w:w="648"/>
          </w:tcPr>
          <w:p>
            <w:pPr>
              <w:spacing w:after="0"/>
              <w:jc w:val="left"/>
            </w:pPr>
          </w:p>
        </w:tc>
        <w:tc>
          <w:tcPr>
            <w:tcW w:type="dxa" w:w="1930"/>
          </w:tcPr>
          <w:p>
            <w:pPr>
              <w:spacing w:after="0"/>
              <w:jc w:val="left"/>
            </w:pPr>
            <w:r>
              <w:rPr>
                <w:sz w:val="16"/>
              </w:rPr>
              <w:t>B1-c most damaging: Tornado</w:t>
            </w:r>
          </w:p>
        </w:tc>
      </w:tr>
      <w:tr>
        <w:trPr>
          <w:cantSplit/>
        </w:trPr>
        <w:tc>
          <w:tcPr>
            <w:tcW w:type="dxa" w:w="1037"/>
          </w:tcPr>
          <w:p>
            <w:pPr>
              <w:spacing w:after="0"/>
              <w:jc w:val="left"/>
            </w:pPr>
            <w:r>
              <w:rPr>
                <w:sz w:val="16"/>
              </w:rPr>
              <w:t>2012-06-29</w:t>
            </w:r>
          </w:p>
        </w:tc>
        <w:tc>
          <w:tcPr>
            <w:tcW w:type="dxa" w:w="1215"/>
          </w:tcPr>
          <w:p>
            <w:pPr>
              <w:spacing w:after="0"/>
              <w:jc w:val="left"/>
            </w:pPr>
            <w:r>
              <w:rPr>
                <w:sz w:val="16"/>
              </w:rPr>
              <w:t>Thunderstorm Wind</w:t>
            </w:r>
          </w:p>
        </w:tc>
        <w:tc>
          <w:tcPr>
            <w:tcW w:type="dxa" w:w="3816"/>
          </w:tcPr>
          <w:p>
            <w:pPr>
              <w:spacing w:after="0"/>
              <w:jc w:val="left"/>
            </w:pPr>
            <w:r>
              <w:rPr>
                <w:sz w:val="16"/>
              </w:rPr>
              <w:t>56 kt (64 mph) estimated gust</w:t>
            </w:r>
          </w:p>
        </w:tc>
        <w:tc>
          <w:tcPr>
            <w:tcW w:type="dxa" w:w="1975"/>
          </w:tcPr>
          <w:p>
            <w:pPr>
              <w:spacing w:after="0"/>
              <w:jc w:val="left"/>
            </w:pPr>
            <w:r>
              <w:rPr>
                <w:sz w:val="16"/>
              </w:rPr>
              <w:t>$90,000 property; $0 crops (2012 dollars)</w:t>
            </w:r>
          </w:p>
        </w:tc>
        <w:tc>
          <w:tcPr>
            <w:tcW w:type="dxa" w:w="1247"/>
          </w:tcPr>
          <w:p>
            <w:pPr>
              <w:spacing w:after="0"/>
              <w:jc w:val="right"/>
            </w:pPr>
            <w:r>
              <w:rPr>
                <w:sz w:val="16"/>
              </w:rPr>
              <w:t>0, 0</w:t>
            </w:r>
          </w:p>
        </w:tc>
        <w:tc>
          <w:tcPr>
            <w:tcW w:type="dxa" w:w="2243"/>
          </w:tcPr>
          <w:p>
            <w:pPr>
              <w:spacing w:after="0"/>
              <w:jc w:val="left"/>
            </w:pPr>
            <w:r>
              <w:rPr>
                <w:sz w:val="16"/>
              </w:rPr>
              <w:t>HITTVILLE</w:t>
            </w:r>
          </w:p>
        </w:tc>
        <w:tc>
          <w:tcPr>
            <w:tcW w:type="dxa" w:w="648"/>
          </w:tcPr>
          <w:p>
            <w:pPr>
              <w:spacing w:after="0"/>
              <w:jc w:val="left"/>
            </w:pPr>
          </w:p>
        </w:tc>
        <w:tc>
          <w:tcPr>
            <w:tcW w:type="dxa" w:w="1930"/>
          </w:tcPr>
          <w:p>
            <w:pPr>
              <w:spacing w:after="0"/>
              <w:jc w:val="left"/>
            </w:pPr>
            <w:r>
              <w:rPr>
                <w:sz w:val="16"/>
              </w:rPr>
              <w:t>B1-c most damaging: Thunderstorm Wind</w:t>
            </w:r>
          </w:p>
        </w:tc>
      </w:tr>
      <w:tr>
        <w:trPr>
          <w:cantSplit/>
        </w:trPr>
        <w:tc>
          <w:tcPr>
            <w:tcW w:type="dxa" w:w="1037"/>
          </w:tcPr>
          <w:p>
            <w:pPr>
              <w:spacing w:after="0"/>
              <w:jc w:val="left"/>
            </w:pPr>
            <w:r>
              <w:rPr>
                <w:sz w:val="16"/>
              </w:rPr>
              <w:t>2011-05-10</w:t>
            </w:r>
          </w:p>
        </w:tc>
        <w:tc>
          <w:tcPr>
            <w:tcW w:type="dxa" w:w="1215"/>
          </w:tcPr>
          <w:p>
            <w:pPr>
              <w:spacing w:after="0"/>
              <w:jc w:val="left"/>
            </w:pPr>
            <w:r>
              <w:rPr>
                <w:sz w:val="16"/>
              </w:rPr>
              <w:t>Hail</w:t>
            </w:r>
          </w:p>
        </w:tc>
        <w:tc>
          <w:tcPr>
            <w:tcW w:type="dxa" w:w="3816"/>
          </w:tcPr>
          <w:p>
            <w:pPr>
              <w:spacing w:after="0"/>
              <w:jc w:val="left"/>
            </w:pPr>
            <w:r>
              <w:rPr>
                <w:sz w:val="16"/>
              </w:rPr>
              <w:t>1.75 in</w:t>
            </w:r>
          </w:p>
        </w:tc>
        <w:tc>
          <w:tcPr>
            <w:tcW w:type="dxa" w:w="1975"/>
          </w:tcPr>
          <w:p>
            <w:pPr>
              <w:spacing w:after="0"/>
              <w:jc w:val="left"/>
            </w:pPr>
            <w:r>
              <w:rPr>
                <w:sz w:val="16"/>
              </w:rPr>
              <w:t>damage not reported</w:t>
            </w:r>
          </w:p>
        </w:tc>
        <w:tc>
          <w:tcPr>
            <w:tcW w:type="dxa" w:w="1247"/>
          </w:tcPr>
          <w:p>
            <w:pPr>
              <w:spacing w:after="0"/>
              <w:jc w:val="right"/>
            </w:pPr>
            <w:r>
              <w:rPr>
                <w:sz w:val="16"/>
              </w:rPr>
              <w:t>0, 0</w:t>
            </w:r>
          </w:p>
        </w:tc>
        <w:tc>
          <w:tcPr>
            <w:tcW w:type="dxa" w:w="2243"/>
          </w:tcPr>
          <w:p>
            <w:pPr>
              <w:spacing w:after="0"/>
              <w:jc w:val="left"/>
            </w:pPr>
            <w:r>
              <w:rPr>
                <w:sz w:val="16"/>
              </w:rPr>
              <w:t>PIQUA</w:t>
            </w:r>
          </w:p>
        </w:tc>
        <w:tc>
          <w:tcPr>
            <w:tcW w:type="dxa" w:w="648"/>
          </w:tcPr>
          <w:p>
            <w:pPr>
              <w:spacing w:after="0"/>
              <w:jc w:val="left"/>
            </w:pPr>
          </w:p>
        </w:tc>
        <w:tc>
          <w:tcPr>
            <w:tcW w:type="dxa" w:w="1930"/>
          </w:tcPr>
          <w:p>
            <w:pPr>
              <w:spacing w:after="0"/>
              <w:jc w:val="left"/>
            </w:pPr>
            <w:r>
              <w:rPr>
                <w:sz w:val="16"/>
              </w:rPr>
              <w:t>B1-c worst recorded: Hail</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3816"/>
          </w:tcPr>
          <w:p>
            <w:pPr>
              <w:spacing w:after="0"/>
              <w:jc w:val="left"/>
            </w:pPr>
            <w:r>
              <w:rPr>
                <w:sz w:val="16"/>
              </w:rPr>
              <w:t>52 kt (60 mph) estimated gust</w:t>
            </w:r>
          </w:p>
        </w:tc>
        <w:tc>
          <w:tcPr>
            <w:tcW w:type="dxa" w:w="1975"/>
          </w:tcPr>
          <w:p>
            <w:pPr>
              <w:spacing w:after="0"/>
              <w:jc w:val="left"/>
            </w:pPr>
            <w:r>
              <w:rPr>
                <w:sz w:val="16"/>
              </w:rPr>
              <w:t>$274,000 property; crops not reported, reported for the zone (2008 dollars)</w:t>
            </w:r>
          </w:p>
        </w:tc>
        <w:tc>
          <w:tcPr>
            <w:tcW w:type="dxa" w:w="1247"/>
          </w:tcPr>
          <w:p>
            <w:pPr>
              <w:spacing w:after="0"/>
              <w:jc w:val="right"/>
            </w:pPr>
            <w:r>
              <w:rPr>
                <w:sz w:val="16"/>
              </w:rPr>
              <w:t>0, 0</w:t>
            </w:r>
          </w:p>
        </w:tc>
        <w:tc>
          <w:tcPr>
            <w:tcW w:type="dxa" w:w="2243"/>
          </w:tcPr>
          <w:p>
            <w:pPr>
              <w:spacing w:after="0"/>
              <w:jc w:val="left"/>
            </w:pPr>
            <w:r>
              <w:rPr>
                <w:sz w:val="16"/>
              </w:rPr>
              <w:t>NWS zone KYZ098 (ROBERTSON), zone-level: may include parts of neighboring counties</w:t>
            </w:r>
          </w:p>
        </w:tc>
        <w:tc>
          <w:tcPr>
            <w:tcW w:type="dxa" w:w="648"/>
          </w:tcPr>
          <w:p>
            <w:pPr>
              <w:spacing w:after="0"/>
              <w:jc w:val="left"/>
            </w:pPr>
          </w:p>
        </w:tc>
        <w:tc>
          <w:tcPr>
            <w:tcW w:type="dxa" w:w="1930"/>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2008-06-03</w:t>
            </w:r>
          </w:p>
        </w:tc>
        <w:tc>
          <w:tcPr>
            <w:tcW w:type="dxa" w:w="1215"/>
          </w:tcPr>
          <w:p>
            <w:pPr>
              <w:spacing w:after="0"/>
              <w:jc w:val="left"/>
            </w:pPr>
            <w:r>
              <w:rPr>
                <w:sz w:val="16"/>
              </w:rPr>
              <w:t>Thunderstorm Wind</w:t>
            </w:r>
          </w:p>
        </w:tc>
        <w:tc>
          <w:tcPr>
            <w:tcW w:type="dxa" w:w="3816"/>
          </w:tcPr>
          <w:p>
            <w:pPr>
              <w:spacing w:after="0"/>
              <w:jc w:val="left"/>
            </w:pPr>
            <w:r>
              <w:rPr>
                <w:sz w:val="16"/>
              </w:rPr>
              <w:t>74 kt (85 mph) estimated gust</w:t>
            </w:r>
          </w:p>
        </w:tc>
        <w:tc>
          <w:tcPr>
            <w:tcW w:type="dxa" w:w="1975"/>
          </w:tcPr>
          <w:p>
            <w:pPr>
              <w:spacing w:after="0"/>
              <w:jc w:val="left"/>
            </w:pPr>
            <w:r>
              <w:rPr>
                <w:sz w:val="16"/>
              </w:rPr>
              <w:t>$40,000 property; $0 crops (2008 dollars)</w:t>
            </w:r>
          </w:p>
        </w:tc>
        <w:tc>
          <w:tcPr>
            <w:tcW w:type="dxa" w:w="1247"/>
          </w:tcPr>
          <w:p>
            <w:pPr>
              <w:spacing w:after="0"/>
              <w:jc w:val="right"/>
            </w:pPr>
            <w:r>
              <w:rPr>
                <w:sz w:val="16"/>
              </w:rPr>
              <w:t>0, 0</w:t>
            </w:r>
          </w:p>
        </w:tc>
        <w:tc>
          <w:tcPr>
            <w:tcW w:type="dxa" w:w="2243"/>
          </w:tcPr>
          <w:p>
            <w:pPr>
              <w:spacing w:after="0"/>
              <w:jc w:val="left"/>
            </w:pPr>
            <w:r>
              <w:rPr>
                <w:sz w:val="16"/>
              </w:rPr>
              <w:t>ABIGAIL</w:t>
            </w:r>
          </w:p>
        </w:tc>
        <w:tc>
          <w:tcPr>
            <w:tcW w:type="dxa" w:w="648"/>
          </w:tcPr>
          <w:p>
            <w:pPr>
              <w:spacing w:after="0"/>
              <w:jc w:val="left"/>
            </w:pPr>
          </w:p>
        </w:tc>
        <w:tc>
          <w:tcPr>
            <w:tcW w:type="dxa" w:w="1930"/>
          </w:tcPr>
          <w:p>
            <w:pPr>
              <w:spacing w:after="0"/>
              <w:jc w:val="left"/>
            </w:pPr>
            <w:r>
              <w:rPr>
                <w:sz w:val="16"/>
              </w:rPr>
              <w:t>B1-c worst recorded: Thunderstorm Wind</w:t>
            </w:r>
          </w:p>
        </w:tc>
      </w:tr>
      <w:tr>
        <w:trPr>
          <w:cantSplit/>
        </w:trPr>
        <w:tc>
          <w:tcPr>
            <w:tcW w:type="dxa" w:w="1037"/>
          </w:tcPr>
          <w:p>
            <w:pPr>
              <w:spacing w:after="0"/>
              <w:jc w:val="left"/>
            </w:pPr>
            <w:r>
              <w:rPr>
                <w:sz w:val="16"/>
              </w:rPr>
              <w:t>2007-04-06</w:t>
            </w:r>
          </w:p>
        </w:tc>
        <w:tc>
          <w:tcPr>
            <w:tcW w:type="dxa" w:w="1215"/>
          </w:tcPr>
          <w:p>
            <w:pPr>
              <w:spacing w:after="0"/>
              <w:jc w:val="left"/>
            </w:pPr>
            <w:r>
              <w:rPr>
                <w:sz w:val="16"/>
              </w:rPr>
              <w:t>Frost/Freeze</w:t>
            </w:r>
          </w:p>
        </w:tc>
        <w:tc>
          <w:tcPr>
            <w:tcW w:type="dxa" w:w="3816"/>
          </w:tcPr>
          <w:p>
            <w:pPr>
              <w:spacing w:after="0"/>
              <w:jc w:val="left"/>
            </w:pPr>
          </w:p>
        </w:tc>
        <w:tc>
          <w:tcPr>
            <w:tcW w:type="dxa" w:w="1975"/>
          </w:tcPr>
          <w:p>
            <w:pPr>
              <w:spacing w:after="0"/>
              <w:jc w:val="left"/>
            </w:pPr>
            <w:r>
              <w:rPr>
                <w:sz w:val="16"/>
              </w:rPr>
              <w:t>$0 property; $465,000 crops, reported for the zone (2007 dollars)</w:t>
            </w:r>
          </w:p>
        </w:tc>
        <w:tc>
          <w:tcPr>
            <w:tcW w:type="dxa" w:w="1247"/>
          </w:tcPr>
          <w:p>
            <w:pPr>
              <w:spacing w:after="0"/>
              <w:jc w:val="right"/>
            </w:pPr>
            <w:r>
              <w:rPr>
                <w:sz w:val="16"/>
              </w:rPr>
              <w:t>0, 0</w:t>
            </w:r>
          </w:p>
        </w:tc>
        <w:tc>
          <w:tcPr>
            <w:tcW w:type="dxa" w:w="2243"/>
          </w:tcPr>
          <w:p>
            <w:pPr>
              <w:spacing w:after="0"/>
              <w:jc w:val="left"/>
            </w:pPr>
            <w:r>
              <w:rPr>
                <w:sz w:val="16"/>
              </w:rPr>
              <w:t>NWS zone KYZ098 (ROBERTSON), zone-level: may include parts of neighboring counties</w:t>
            </w:r>
          </w:p>
        </w:tc>
        <w:tc>
          <w:tcPr>
            <w:tcW w:type="dxa" w:w="648"/>
          </w:tcPr>
          <w:p>
            <w:pPr>
              <w:spacing w:after="0"/>
              <w:jc w:val="left"/>
            </w:pPr>
          </w:p>
        </w:tc>
        <w:tc>
          <w:tcPr>
            <w:tcW w:type="dxa" w:w="1930"/>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2002-03-09</w:t>
            </w:r>
          </w:p>
        </w:tc>
        <w:tc>
          <w:tcPr>
            <w:tcW w:type="dxa" w:w="1215"/>
          </w:tcPr>
          <w:p>
            <w:pPr>
              <w:spacing w:after="0"/>
              <w:jc w:val="left"/>
            </w:pPr>
            <w:r>
              <w:rPr>
                <w:sz w:val="16"/>
              </w:rPr>
              <w:t>High Wind</w:t>
            </w:r>
          </w:p>
        </w:tc>
        <w:tc>
          <w:tcPr>
            <w:tcW w:type="dxa" w:w="3816"/>
          </w:tcPr>
          <w:p>
            <w:pPr>
              <w:spacing w:after="0"/>
              <w:jc w:val="left"/>
            </w:pPr>
            <w:r>
              <w:rPr>
                <w:sz w:val="16"/>
              </w:rPr>
              <w:t>55 kt (63 mph) estimated</w:t>
            </w:r>
          </w:p>
        </w:tc>
        <w:tc>
          <w:tcPr>
            <w:tcW w:type="dxa" w:w="1975"/>
          </w:tcPr>
          <w:p>
            <w:pPr>
              <w:spacing w:after="0"/>
              <w:jc w:val="left"/>
            </w:pPr>
            <w:r>
              <w:rPr>
                <w:sz w:val="16"/>
              </w:rPr>
              <w:t>$4,000 property; crops not reported, reported for the zone (2002 dollars)</w:t>
            </w:r>
          </w:p>
        </w:tc>
        <w:tc>
          <w:tcPr>
            <w:tcW w:type="dxa" w:w="1247"/>
          </w:tcPr>
          <w:p>
            <w:pPr>
              <w:spacing w:after="0"/>
              <w:jc w:val="right"/>
            </w:pPr>
            <w:r>
              <w:rPr>
                <w:sz w:val="16"/>
              </w:rPr>
              <w:t>0, 0</w:t>
            </w:r>
          </w:p>
        </w:tc>
        <w:tc>
          <w:tcPr>
            <w:tcW w:type="dxa" w:w="2243"/>
          </w:tcPr>
          <w:p>
            <w:pPr>
              <w:spacing w:after="0"/>
              <w:jc w:val="left"/>
            </w:pPr>
            <w:r>
              <w:rPr>
                <w:sz w:val="16"/>
              </w:rPr>
              <w:t>NWS zone KYZ098 (ROBERTSON), zone-level: may include parts of neighboring counties</w:t>
            </w:r>
          </w:p>
        </w:tc>
        <w:tc>
          <w:tcPr>
            <w:tcW w:type="dxa" w:w="648"/>
          </w:tcPr>
          <w:p>
            <w:pPr>
              <w:spacing w:after="0"/>
              <w:jc w:val="left"/>
            </w:pPr>
          </w:p>
        </w:tc>
        <w:tc>
          <w:tcPr>
            <w:tcW w:type="dxa" w:w="193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3816"/>
          </w:tcPr>
          <w:p>
            <w:pPr>
              <w:spacing w:after="0"/>
              <w:jc w:val="left"/>
            </w:pPr>
          </w:p>
        </w:tc>
        <w:tc>
          <w:tcPr>
            <w:tcW w:type="dxa" w:w="1975"/>
          </w:tcPr>
          <w:p>
            <w:pPr>
              <w:spacing w:after="0"/>
              <w:jc w:val="left"/>
            </w:pPr>
            <w:r>
              <w:rPr>
                <w:sz w:val="16"/>
              </w:rPr>
              <w:t>damage not reported</w:t>
            </w:r>
          </w:p>
        </w:tc>
        <w:tc>
          <w:tcPr>
            <w:tcW w:type="dxa" w:w="1247"/>
          </w:tcPr>
          <w:p>
            <w:pPr>
              <w:spacing w:after="0"/>
              <w:jc w:val="right"/>
            </w:pPr>
            <w:r>
              <w:rPr>
                <w:sz w:val="16"/>
              </w:rPr>
              <w:t>0, 0</w:t>
            </w:r>
          </w:p>
        </w:tc>
        <w:tc>
          <w:tcPr>
            <w:tcW w:type="dxa" w:w="2243"/>
          </w:tcPr>
          <w:p>
            <w:pPr>
              <w:spacing w:after="0"/>
              <w:jc w:val="left"/>
            </w:pPr>
            <w:r>
              <w:rPr>
                <w:sz w:val="16"/>
              </w:rPr>
              <w:t>NWS zone KYZ098 (ROBERTSON), zone-level: may include parts of neighboring counties</w:t>
            </w:r>
          </w:p>
        </w:tc>
        <w:tc>
          <w:tcPr>
            <w:tcW w:type="dxa" w:w="648"/>
          </w:tcPr>
          <w:p>
            <w:pPr>
              <w:spacing w:after="0"/>
              <w:jc w:val="left"/>
            </w:pPr>
          </w:p>
        </w:tc>
        <w:tc>
          <w:tcPr>
            <w:tcW w:type="dxa" w:w="1930"/>
          </w:tcPr>
          <w:p>
            <w:pPr>
              <w:spacing w:after="0"/>
              <w:jc w:val="left"/>
            </w:pPr>
            <w:r>
              <w:rPr>
                <w:sz w:val="16"/>
              </w:rPr>
              <w:t>B1-c worst recorded: Excessive Heat, Heat</w:t>
            </w:r>
          </w:p>
        </w:tc>
      </w:tr>
      <w:tr>
        <w:trPr>
          <w:cantSplit/>
        </w:trPr>
        <w:tc>
          <w:tcPr>
            <w:tcW w:type="dxa" w:w="1037"/>
          </w:tcPr>
          <w:p>
            <w:pPr>
              <w:spacing w:after="0"/>
              <w:jc w:val="left"/>
            </w:pPr>
            <w:r>
              <w:rPr>
                <w:sz w:val="16"/>
              </w:rPr>
              <w:t>1997-03-01</w:t>
            </w:r>
          </w:p>
        </w:tc>
        <w:tc>
          <w:tcPr>
            <w:tcW w:type="dxa" w:w="1215"/>
          </w:tcPr>
          <w:p>
            <w:pPr>
              <w:spacing w:after="0"/>
              <w:jc w:val="left"/>
            </w:pPr>
            <w:r>
              <w:rPr>
                <w:sz w:val="16"/>
              </w:rPr>
              <w:t>Flash Flood</w:t>
            </w:r>
          </w:p>
        </w:tc>
        <w:tc>
          <w:tcPr>
            <w:tcW w:type="dxa" w:w="3816"/>
          </w:tcPr>
          <w:p>
            <w:pPr>
              <w:spacing w:after="0"/>
              <w:jc w:val="left"/>
            </w:pPr>
          </w:p>
        </w:tc>
        <w:tc>
          <w:tcPr>
            <w:tcW w:type="dxa" w:w="1975"/>
          </w:tcPr>
          <w:p>
            <w:pPr>
              <w:spacing w:after="0"/>
              <w:jc w:val="left"/>
            </w:pPr>
            <w:r>
              <w:rPr>
                <w:sz w:val="16"/>
              </w:rPr>
              <w:t>$500,000 property; crops not reported (1997 dollars)</w:t>
            </w:r>
          </w:p>
        </w:tc>
        <w:tc>
          <w:tcPr>
            <w:tcW w:type="dxa" w:w="1247"/>
          </w:tcPr>
          <w:p>
            <w:pPr>
              <w:spacing w:after="0"/>
              <w:jc w:val="right"/>
            </w:pPr>
            <w:r>
              <w:rPr>
                <w:sz w:val="16"/>
              </w:rPr>
              <w:t>0, 0</w:t>
            </w:r>
          </w:p>
        </w:tc>
        <w:tc>
          <w:tcPr>
            <w:tcW w:type="dxa" w:w="2243"/>
          </w:tcPr>
          <w:p>
            <w:pPr>
              <w:spacing w:after="0"/>
              <w:jc w:val="left"/>
            </w:pPr>
            <w:r>
              <w:rPr>
                <w:sz w:val="16"/>
              </w:rPr>
              <w:t>COUNTYWIDE</w:t>
            </w:r>
          </w:p>
        </w:tc>
        <w:tc>
          <w:tcPr>
            <w:tcW w:type="dxa" w:w="648"/>
          </w:tcPr>
          <w:p>
            <w:pPr>
              <w:spacing w:after="0"/>
              <w:jc w:val="left"/>
            </w:pPr>
          </w:p>
        </w:tc>
        <w:tc>
          <w:tcPr>
            <w:tcW w:type="dxa" w:w="1930"/>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3816"/>
          </w:tcPr>
          <w:p>
            <w:pPr>
              <w:spacing w:after="0"/>
              <w:jc w:val="left"/>
            </w:pPr>
          </w:p>
        </w:tc>
        <w:tc>
          <w:tcPr>
            <w:tcW w:type="dxa" w:w="1975"/>
          </w:tcPr>
          <w:p>
            <w:pPr>
              <w:spacing w:after="0"/>
              <w:jc w:val="left"/>
            </w:pPr>
            <w:r>
              <w:rPr>
                <w:sz w:val="16"/>
              </w:rPr>
              <w:t>$20,000 property; crops not reported, reported for the zone (1996 dollars)</w:t>
            </w:r>
          </w:p>
        </w:tc>
        <w:tc>
          <w:tcPr>
            <w:tcW w:type="dxa" w:w="1247"/>
          </w:tcPr>
          <w:p>
            <w:pPr>
              <w:spacing w:after="0"/>
              <w:jc w:val="right"/>
            </w:pPr>
            <w:r>
              <w:rPr>
                <w:sz w:val="16"/>
              </w:rPr>
              <w:t>0, 0</w:t>
            </w:r>
          </w:p>
        </w:tc>
        <w:tc>
          <w:tcPr>
            <w:tcW w:type="dxa" w:w="2243"/>
          </w:tcPr>
          <w:p>
            <w:pPr>
              <w:spacing w:after="0"/>
              <w:jc w:val="left"/>
            </w:pPr>
            <w:r>
              <w:rPr>
                <w:sz w:val="16"/>
              </w:rPr>
              <w:t>NWS zone KYZ098 (ROBERTSON), zone-level: may include parts of neighboring counties</w:t>
            </w:r>
          </w:p>
        </w:tc>
        <w:tc>
          <w:tcPr>
            <w:tcW w:type="dxa" w:w="648"/>
          </w:tcPr>
          <w:p>
            <w:pPr>
              <w:spacing w:after="0"/>
              <w:jc w:val="left"/>
            </w:pPr>
          </w:p>
        </w:tc>
        <w:tc>
          <w:tcPr>
            <w:tcW w:type="dxa" w:w="193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1996-01-06</w:t>
            </w:r>
          </w:p>
        </w:tc>
        <w:tc>
          <w:tcPr>
            <w:tcW w:type="dxa" w:w="1215"/>
          </w:tcPr>
          <w:p>
            <w:pPr>
              <w:spacing w:after="0"/>
              <w:jc w:val="left"/>
            </w:pPr>
            <w:r>
              <w:rPr>
                <w:sz w:val="16"/>
              </w:rPr>
              <w:t>Winter Storm</w:t>
            </w:r>
          </w:p>
        </w:tc>
        <w:tc>
          <w:tcPr>
            <w:tcW w:type="dxa" w:w="3816"/>
          </w:tcPr>
          <w:p>
            <w:pPr>
              <w:spacing w:after="0"/>
              <w:jc w:val="left"/>
            </w:pPr>
          </w:p>
        </w:tc>
        <w:tc>
          <w:tcPr>
            <w:tcW w:type="dxa" w:w="1975"/>
          </w:tcPr>
          <w:p>
            <w:pPr>
              <w:spacing w:after="0"/>
              <w:jc w:val="left"/>
            </w:pPr>
            <w:r>
              <w:rPr>
                <w:sz w:val="16"/>
              </w:rPr>
              <w:t>$200,000 property; crops not reported, reported for the zone (1996 dollars)</w:t>
            </w:r>
          </w:p>
        </w:tc>
        <w:tc>
          <w:tcPr>
            <w:tcW w:type="dxa" w:w="1247"/>
          </w:tcPr>
          <w:p>
            <w:pPr>
              <w:spacing w:after="0"/>
              <w:jc w:val="right"/>
            </w:pPr>
            <w:r>
              <w:rPr>
                <w:sz w:val="16"/>
              </w:rPr>
              <w:t>0, 0</w:t>
            </w:r>
          </w:p>
        </w:tc>
        <w:tc>
          <w:tcPr>
            <w:tcW w:type="dxa" w:w="2243"/>
          </w:tcPr>
          <w:p>
            <w:pPr>
              <w:spacing w:after="0"/>
              <w:jc w:val="left"/>
            </w:pPr>
            <w:r>
              <w:rPr>
                <w:sz w:val="16"/>
              </w:rPr>
              <w:t>NWS zone KYZ098 (ROBERTSON), zone-level: may include parts of neighboring counties</w:t>
            </w:r>
          </w:p>
        </w:tc>
        <w:tc>
          <w:tcPr>
            <w:tcW w:type="dxa" w:w="648"/>
          </w:tcPr>
          <w:p>
            <w:pPr>
              <w:spacing w:after="0"/>
              <w:jc w:val="left"/>
            </w:pPr>
          </w:p>
        </w:tc>
        <w:tc>
          <w:tcPr>
            <w:tcW w:type="dxa" w:w="193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3816"/>
          </w:tcPr>
          <w:p>
            <w:pPr>
              <w:spacing w:after="0"/>
              <w:jc w:val="left"/>
            </w:pPr>
            <w:r>
              <w:rPr>
                <w:sz w:val="16"/>
              </w:rPr>
              <w:t>F3, 2.3 mi path length (records before 1996 may include the whole path; rating and listing come from the county where the tornado began), 33 yd wide</w:t>
            </w:r>
          </w:p>
        </w:tc>
        <w:tc>
          <w:tcPr>
            <w:tcW w:type="dxa" w:w="1975"/>
          </w:tcPr>
          <w:p>
            <w:pPr>
              <w:spacing w:after="0"/>
              <w:jc w:val="left"/>
            </w:pPr>
            <w:r>
              <w:rPr>
                <w:sz w:val="16"/>
              </w:rPr>
              <w:t>damage not recorded (pre-1996 record)</w:t>
            </w:r>
          </w:p>
        </w:tc>
        <w:tc>
          <w:tcPr>
            <w:tcW w:type="dxa" w:w="1247"/>
          </w:tcPr>
          <w:p>
            <w:pPr>
              <w:spacing w:after="0"/>
              <w:jc w:val="right"/>
            </w:pPr>
            <w:r>
              <w:rPr>
                <w:sz w:val="16"/>
              </w:rPr>
              <w:t>0, 0</w:t>
            </w:r>
          </w:p>
        </w:tc>
        <w:tc>
          <w:tcPr>
            <w:tcW w:type="dxa" w:w="2243"/>
          </w:tcPr>
          <w:p>
            <w:pPr>
              <w:spacing w:after="0"/>
              <w:jc w:val="left"/>
            </w:pPr>
            <w:r>
              <w:rPr>
                <w:sz w:val="16"/>
              </w:rPr>
              <w:t>location not recorded</w:t>
            </w:r>
          </w:p>
        </w:tc>
        <w:tc>
          <w:tcPr>
            <w:tcW w:type="dxa" w:w="648"/>
          </w:tcPr>
          <w:p>
            <w:pPr>
              <w:spacing w:after="0"/>
              <w:jc w:val="left"/>
            </w:pPr>
          </w:p>
        </w:tc>
        <w:tc>
          <w:tcPr>
            <w:tcW w:type="dxa" w:w="1930"/>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(130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74"/>
        <w:gridCol w:w="1037"/>
        <w:gridCol w:w="1729"/>
        <w:gridCol w:w="1521"/>
        <w:gridCol w:w="1505"/>
        <w:gridCol w:w="1037"/>
        <w:gridCol w:w="1980"/>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1.42</w:t>
            </w:r>
          </w:p>
        </w:tc>
        <w:tc>
          <w:tcPr>
            <w:tcW w:type="dxa" w:w="1451"/>
          </w:tcPr>
          <w:p>
            <w:pPr>
              <w:spacing w:after="0"/>
              <w:jc w:val="left"/>
            </w:pPr>
            <w:r>
              <w:rPr>
                <w:sz w:val="16"/>
              </w:rPr>
              <w:t>event-days per year</w:t>
            </w:r>
          </w:p>
        </w:tc>
        <w:tc>
          <w:tcPr>
            <w:tcW w:type="dxa" w:w="1574"/>
          </w:tcPr>
          <w:p>
            <w:pPr>
              <w:spacing w:after="0"/>
              <w:jc w:val="left"/>
            </w:pPr>
            <w:r>
              <w:rPr>
                <w:sz w:val="16"/>
              </w:rPr>
              <w:t>about 1.42 days per year</w:t>
            </w:r>
          </w:p>
        </w:tc>
        <w:tc>
          <w:tcPr>
            <w:tcW w:type="dxa" w:w="1037"/>
          </w:tcPr>
          <w:p>
            <w:pPr>
              <w:spacing w:after="0"/>
              <w:jc w:val="left"/>
            </w:pPr>
            <w:r>
              <w:rPr>
                <w:sz w:val="16"/>
              </w:rPr>
              <w:t>Possible</w:t>
            </w:r>
          </w:p>
        </w:tc>
        <w:tc>
          <w:tcPr>
            <w:tcW w:type="dxa" w:w="1729"/>
          </w:tcPr>
          <w:p>
            <w:pPr>
              <w:spacing w:after="0"/>
              <w:jc w:val="left"/>
            </w:pPr>
            <w:r>
              <w:rPr>
                <w:sz w:val="16"/>
              </w:rPr>
              <w:t>event-days in 2 of 30 years, 1996 to 2025 (6.67%)</w:t>
            </w:r>
          </w:p>
        </w:tc>
        <w:tc>
          <w:tcPr>
            <w:tcW w:type="dxa" w:w="1521"/>
          </w:tcPr>
          <w:p>
            <w:pPr>
              <w:spacing w:after="0"/>
              <w:jc w:val="right"/>
            </w:pPr>
            <w:r>
              <w:rPr>
                <w:sz w:val="16"/>
              </w:rPr>
              <w:t>27</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1.42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2.49</w:t>
            </w:r>
          </w:p>
        </w:tc>
        <w:tc>
          <w:tcPr>
            <w:tcW w:type="dxa" w:w="1451"/>
          </w:tcPr>
          <w:p>
            <w:pPr>
              <w:spacing w:after="0"/>
              <w:jc w:val="left"/>
            </w:pPr>
            <w:r>
              <w:rPr>
                <w:sz w:val="16"/>
              </w:rPr>
              <w:t>event-days per year</w:t>
            </w:r>
          </w:p>
        </w:tc>
        <w:tc>
          <w:tcPr>
            <w:tcW w:type="dxa" w:w="1574"/>
          </w:tcPr>
          <w:p>
            <w:pPr>
              <w:spacing w:after="0"/>
              <w:jc w:val="left"/>
            </w:pPr>
            <w:r>
              <w:rPr>
                <w:sz w:val="16"/>
              </w:rPr>
              <w:t>about 2.49 days per year</w:t>
            </w:r>
          </w:p>
        </w:tc>
        <w:tc>
          <w:tcPr>
            <w:tcW w:type="dxa" w:w="1037"/>
          </w:tcPr>
          <w:p>
            <w:pPr>
              <w:spacing w:after="0"/>
              <w:jc w:val="left"/>
            </w:pPr>
          </w:p>
        </w:tc>
        <w:tc>
          <w:tcPr>
            <w:tcW w:type="dxa" w:w="1729"/>
          </w:tcPr>
          <w:p>
            <w:pPr>
              <w:spacing w:after="0"/>
              <w:jc w:val="left"/>
            </w:pPr>
            <w:r>
              <w:rPr>
                <w:sz w:val="16"/>
              </w:rPr>
              <w:t>event-days in 0 of 30 years, 1996 to 2025 (0%)</w:t>
            </w:r>
          </w:p>
        </w:tc>
        <w:tc>
          <w:tcPr>
            <w:tcW w:type="dxa" w:w="1521"/>
          </w:tcPr>
          <w:p>
            <w:pPr>
              <w:spacing w:after="0"/>
              <w:jc w:val="right"/>
            </w:pPr>
            <w:r>
              <w:rPr>
                <w:sz w:val="16"/>
              </w:rPr>
              <w:t>63</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0.00155</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0.155%</w:t>
            </w: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3.24</w:t>
            </w:r>
          </w:p>
        </w:tc>
        <w:tc>
          <w:tcPr>
            <w:tcW w:type="dxa" w:w="1451"/>
          </w:tcPr>
          <w:p>
            <w:pPr>
              <w:spacing w:after="0"/>
              <w:jc w:val="left"/>
            </w:pPr>
            <w:r>
              <w:rPr>
                <w:sz w:val="16"/>
              </w:rPr>
              <w:t>events per year</w:t>
            </w:r>
          </w:p>
        </w:tc>
        <w:tc>
          <w:tcPr>
            <w:tcW w:type="dxa" w:w="1574"/>
          </w:tcPr>
          <w:p>
            <w:pPr>
              <w:spacing w:after="0"/>
              <w:jc w:val="left"/>
            </w:pPr>
            <w:r>
              <w:rPr>
                <w:sz w:val="16"/>
              </w:rPr>
              <w:t>about 3.24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123.2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6.05</w:t>
            </w:r>
          </w:p>
        </w:tc>
        <w:tc>
          <w:tcPr>
            <w:tcW w:type="dxa" w:w="1451"/>
          </w:tcPr>
          <w:p>
            <w:pPr>
              <w:spacing w:after="0"/>
              <w:jc w:val="left"/>
            </w:pPr>
            <w:r>
              <w:rPr>
                <w:sz w:val="16"/>
              </w:rPr>
              <w:t>event-days per year</w:t>
            </w:r>
          </w:p>
        </w:tc>
        <w:tc>
          <w:tcPr>
            <w:tcW w:type="dxa" w:w="1574"/>
          </w:tcPr>
          <w:p>
            <w:pPr>
              <w:spacing w:after="0"/>
              <w:jc w:val="left"/>
            </w:pPr>
            <w:r>
              <w:rPr>
                <w:sz w:val="16"/>
              </w:rPr>
              <w:t>about 6.05 days per year</w:t>
            </w:r>
          </w:p>
        </w:tc>
        <w:tc>
          <w:tcPr>
            <w:tcW w:type="dxa" w:w="1037"/>
          </w:tcPr>
          <w:p>
            <w:pPr>
              <w:spacing w:after="0"/>
              <w:jc w:val="left"/>
            </w:pPr>
            <w:r>
              <w:rPr>
                <w:sz w:val="16"/>
              </w:rPr>
              <w:t>Likely</w:t>
            </w:r>
          </w:p>
        </w:tc>
        <w:tc>
          <w:tcPr>
            <w:tcW w:type="dxa" w:w="1729"/>
          </w:tcPr>
          <w:p>
            <w:pPr>
              <w:spacing w:after="0"/>
              <w:jc w:val="left"/>
            </w:pPr>
            <w:r>
              <w:rPr>
                <w:sz w:val="16"/>
              </w:rPr>
              <w:t>event-days in 5 of 30 years, 1996 to 2025 (16.7%)</w:t>
            </w:r>
          </w:p>
        </w:tc>
        <w:tc>
          <w:tcPr>
            <w:tcW w:type="dxa" w:w="1521"/>
          </w:tcPr>
          <w:p>
            <w:pPr>
              <w:spacing w:after="0"/>
              <w:jc w:val="right"/>
            </w:pPr>
            <w:r>
              <w:rPr>
                <w:sz w:val="16"/>
              </w:rPr>
              <w:t>93</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6.05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0.0115</w:t>
            </w:r>
          </w:p>
        </w:tc>
        <w:tc>
          <w:tcPr>
            <w:tcW w:type="dxa" w:w="1451"/>
          </w:tcPr>
          <w:p>
            <w:pPr>
              <w:spacing w:after="0"/>
              <w:jc w:val="left"/>
            </w:pPr>
            <w:r>
              <w:rPr>
                <w:sz w:val="16"/>
              </w:rPr>
              <w:t>events per year</w:t>
            </w:r>
          </w:p>
        </w:tc>
        <w:tc>
          <w:tcPr>
            <w:tcW w:type="dxa" w:w="1574"/>
          </w:tcPr>
          <w:p>
            <w:pPr>
              <w:spacing w:after="0"/>
              <w:jc w:val="left"/>
            </w:pPr>
            <w:r>
              <w:rPr>
                <w:sz w:val="16"/>
              </w:rPr>
              <w:t>about 1 in 87 years</w:t>
            </w:r>
          </w:p>
        </w:tc>
        <w:tc>
          <w:tcPr>
            <w:tcW w:type="dxa" w:w="1037"/>
          </w:tcPr>
          <w:p>
            <w:pPr>
              <w:spacing w:after="0"/>
              <w:jc w:val="left"/>
            </w:pPr>
            <w:r>
              <w:rPr>
                <w:sz w:val="16"/>
              </w:rPr>
              <w:t>Possible</w:t>
            </w:r>
          </w:p>
        </w:tc>
        <w:tc>
          <w:tcPr>
            <w:tcW w:type="dxa" w:w="1729"/>
          </w:tcPr>
          <w:p>
            <w:pPr>
              <w:spacing w:after="0"/>
              <w:jc w:val="left"/>
            </w:pPr>
            <w:r>
              <w:rPr>
                <w:sz w:val="16"/>
              </w:rPr>
              <w:t>FEMA annualized frequency (modeled)</w:t>
            </w:r>
          </w:p>
        </w:tc>
        <w:tc>
          <w:tcPr>
            <w:tcW w:type="dxa" w:w="1521"/>
          </w:tcPr>
          <w:p>
            <w:pPr>
              <w:spacing w:after="0"/>
              <w:jc w:val="right"/>
            </w:pPr>
            <w:r>
              <w:rPr>
                <w:sz w:val="16"/>
              </w:rPr>
              <w:t>2</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8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0.68</w:t>
            </w:r>
          </w:p>
        </w:tc>
        <w:tc>
          <w:tcPr>
            <w:tcW w:type="dxa" w:w="1451"/>
          </w:tcPr>
          <w:p>
            <w:pPr>
              <w:spacing w:after="0"/>
              <w:jc w:val="left"/>
            </w:pPr>
            <w:r>
              <w:rPr>
                <w:sz w:val="16"/>
              </w:rPr>
              <w:t>event-days per year</w:t>
            </w:r>
          </w:p>
        </w:tc>
        <w:tc>
          <w:tcPr>
            <w:tcW w:type="dxa" w:w="1574"/>
          </w:tcPr>
          <w:p>
            <w:pPr>
              <w:spacing w:after="0"/>
              <w:jc w:val="left"/>
            </w:pPr>
            <w:r>
              <w:rPr>
                <w:sz w:val="16"/>
              </w:rPr>
              <w:t>about 0.68 days per year</w:t>
            </w:r>
          </w:p>
        </w:tc>
        <w:tc>
          <w:tcPr>
            <w:tcW w:type="dxa" w:w="1037"/>
          </w:tcPr>
          <w:p>
            <w:pPr>
              <w:spacing w:after="0"/>
              <w:jc w:val="left"/>
            </w:pPr>
            <w:r>
              <w:rPr>
                <w:sz w:val="16"/>
              </w:rPr>
              <w:t>Likely</w:t>
            </w:r>
          </w:p>
        </w:tc>
        <w:tc>
          <w:tcPr>
            <w:tcW w:type="dxa" w:w="1729"/>
          </w:tcPr>
          <w:p>
            <w:pPr>
              <w:spacing w:after="0"/>
              <w:jc w:val="left"/>
            </w:pPr>
            <w:r>
              <w:rPr>
                <w:sz w:val="16"/>
              </w:rPr>
              <w:t>event-days in 3 of 30 years, 1996 to 2025 (10%)</w:t>
            </w:r>
          </w:p>
        </w:tc>
        <w:tc>
          <w:tcPr>
            <w:tcW w:type="dxa" w:w="1521"/>
          </w:tcPr>
          <w:p>
            <w:pPr>
              <w:spacing w:after="0"/>
              <w:jc w:val="right"/>
            </w:pPr>
            <w:r>
              <w:rPr>
                <w:sz w:val="16"/>
              </w:rPr>
              <w:t>46</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0.464</w:t>
            </w:r>
          </w:p>
        </w:tc>
        <w:tc>
          <w:tcPr>
            <w:tcW w:type="dxa" w:w="1451"/>
          </w:tcPr>
          <w:p>
            <w:pPr>
              <w:spacing w:after="0"/>
              <w:jc w:val="left"/>
            </w:pPr>
            <w:r>
              <w:rPr>
                <w:sz w:val="16"/>
              </w:rPr>
              <w:t>event-days per year</w:t>
            </w:r>
          </w:p>
        </w:tc>
        <w:tc>
          <w:tcPr>
            <w:tcW w:type="dxa" w:w="1574"/>
          </w:tcPr>
          <w:p>
            <w:pPr>
              <w:spacing w:after="0"/>
              <w:jc w:val="left"/>
            </w:pPr>
            <w:r>
              <w:rPr>
                <w:sz w:val="16"/>
              </w:rPr>
              <w:t>about 0.464 days per year</w:t>
            </w:r>
          </w:p>
        </w:tc>
        <w:tc>
          <w:tcPr>
            <w:tcW w:type="dxa" w:w="1037"/>
          </w:tcPr>
          <w:p>
            <w:pPr>
              <w:spacing w:after="0"/>
              <w:jc w:val="left"/>
            </w:pPr>
            <w:r>
              <w:rPr>
                <w:sz w:val="16"/>
              </w:rPr>
              <w:t>Likely</w:t>
            </w:r>
          </w:p>
        </w:tc>
        <w:tc>
          <w:tcPr>
            <w:tcW w:type="dxa" w:w="1729"/>
          </w:tcPr>
          <w:p>
            <w:pPr>
              <w:spacing w:after="0"/>
              <w:jc w:val="left"/>
            </w:pPr>
            <w:r>
              <w:rPr>
                <w:sz w:val="16"/>
              </w:rPr>
              <w:t>event-days in 8 of 30 years, 1996 to 2025 (26.7%)</w:t>
            </w:r>
          </w:p>
        </w:tc>
        <w:tc>
          <w:tcPr>
            <w:tcW w:type="dxa" w:w="1521"/>
          </w:tcPr>
          <w:p>
            <w:pPr>
              <w:spacing w:after="0"/>
              <w:jc w:val="right"/>
            </w:pPr>
            <w:r>
              <w:rPr>
                <w:sz w:val="16"/>
              </w:rPr>
              <w:t>13</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0.309</w:t>
            </w:r>
          </w:p>
        </w:tc>
        <w:tc>
          <w:tcPr>
            <w:tcW w:type="dxa" w:w="1451"/>
          </w:tcPr>
          <w:p>
            <w:pPr>
              <w:spacing w:after="0"/>
              <w:jc w:val="left"/>
            </w:pPr>
            <w:r>
              <w:rPr>
                <w:sz w:val="16"/>
              </w:rPr>
              <w:t>events per year (modeled)</w:t>
            </w:r>
          </w:p>
        </w:tc>
        <w:tc>
          <w:tcPr>
            <w:tcW w:type="dxa" w:w="1574"/>
          </w:tcPr>
          <w:p>
            <w:pPr>
              <w:spacing w:after="0"/>
              <w:jc w:val="left"/>
            </w:pPr>
            <w:r>
              <w:rPr>
                <w:sz w:val="16"/>
              </w:rPr>
              <w:t>about 1 in 3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50.6</w:t>
            </w:r>
          </w:p>
        </w:tc>
        <w:tc>
          <w:tcPr>
            <w:tcW w:type="dxa" w:w="1451"/>
          </w:tcPr>
          <w:p>
            <w:pPr>
              <w:spacing w:after="0"/>
              <w:jc w:val="left"/>
            </w:pPr>
            <w:r>
              <w:rPr>
                <w:sz w:val="16"/>
              </w:rPr>
              <w:t>days per year with a strike</w:t>
            </w:r>
          </w:p>
        </w:tc>
        <w:tc>
          <w:tcPr>
            <w:tcW w:type="dxa" w:w="1574"/>
          </w:tcPr>
          <w:p>
            <w:pPr>
              <w:spacing w:after="0"/>
              <w:jc w:val="left"/>
            </w:pPr>
            <w:r>
              <w:rPr>
                <w:sz w:val="16"/>
              </w:rPr>
              <w:t>about 50.6 days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4.39</w:t>
            </w:r>
          </w:p>
        </w:tc>
        <w:tc>
          <w:tcPr>
            <w:tcW w:type="dxa" w:w="1451"/>
          </w:tcPr>
          <w:p>
            <w:pPr>
              <w:spacing w:after="0"/>
              <w:jc w:val="left"/>
            </w:pPr>
            <w:r>
              <w:rPr>
                <w:sz w:val="16"/>
              </w:rPr>
              <w:t>events per year</w:t>
            </w:r>
          </w:p>
        </w:tc>
        <w:tc>
          <w:tcPr>
            <w:tcW w:type="dxa" w:w="1574"/>
          </w:tcPr>
          <w:p>
            <w:pPr>
              <w:spacing w:after="0"/>
              <w:jc w:val="left"/>
            </w:pPr>
            <w:r>
              <w:rPr>
                <w:sz w:val="16"/>
              </w:rPr>
              <w:t>about 4.39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167</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0.0516</w:t>
            </w:r>
          </w:p>
        </w:tc>
        <w:tc>
          <w:tcPr>
            <w:tcW w:type="dxa" w:w="1451"/>
          </w:tcPr>
          <w:p>
            <w:pPr>
              <w:spacing w:after="0"/>
              <w:jc w:val="left"/>
            </w:pPr>
            <w:r>
              <w:rPr>
                <w:sz w:val="16"/>
              </w:rPr>
              <w:t>events per year</w:t>
            </w:r>
          </w:p>
        </w:tc>
        <w:tc>
          <w:tcPr>
            <w:tcW w:type="dxa" w:w="1574"/>
          </w:tcPr>
          <w:p>
            <w:pPr>
              <w:spacing w:after="0"/>
              <w:jc w:val="left"/>
            </w:pPr>
            <w:r>
              <w:rPr>
                <w:sz w:val="16"/>
              </w:rPr>
              <w:t>about 1 in 19 years</w:t>
            </w:r>
          </w:p>
        </w:tc>
        <w:tc>
          <w:tcPr>
            <w:tcW w:type="dxa" w:w="1037"/>
          </w:tcPr>
          <w:p>
            <w:pPr>
              <w:spacing w:after="0"/>
              <w:jc w:val="left"/>
            </w:pPr>
            <w:r>
              <w:rPr>
                <w:sz w:val="16"/>
              </w:rPr>
              <w:t>Possible</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0.0000481</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0.00481%</w:t>
            </w:r>
          </w:p>
        </w:tc>
        <w:tc>
          <w:tcPr>
            <w:tcW w:type="dxa" w:w="1037"/>
          </w:tcPr>
          <w:p>
            <w:pPr>
              <w:spacing w:after="0"/>
              <w:jc w:val="left"/>
            </w:pPr>
          </w:p>
        </w:tc>
        <w:tc>
          <w:tcPr>
            <w:tcW w:type="dxa" w:w="1729"/>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10.9</w:t>
            </w:r>
          </w:p>
        </w:tc>
        <w:tc>
          <w:tcPr>
            <w:tcW w:type="dxa" w:w="1451"/>
          </w:tcPr>
          <w:p>
            <w:pPr>
              <w:spacing w:after="0"/>
              <w:jc w:val="left"/>
            </w:pPr>
            <w:r>
              <w:rPr>
                <w:sz w:val="16"/>
              </w:rPr>
              <w:t>event-days per year</w:t>
            </w:r>
          </w:p>
        </w:tc>
        <w:tc>
          <w:tcPr>
            <w:tcW w:type="dxa" w:w="1574"/>
          </w:tcPr>
          <w:p>
            <w:pPr>
              <w:spacing w:after="0"/>
              <w:jc w:val="left"/>
            </w:pPr>
            <w:r>
              <w:rPr>
                <w:sz w:val="16"/>
              </w:rPr>
              <w:t>about 10.9 days per year</w:t>
            </w:r>
          </w:p>
        </w:tc>
        <w:tc>
          <w:tcPr>
            <w:tcW w:type="dxa" w:w="1037"/>
          </w:tcPr>
          <w:p>
            <w:pPr>
              <w:spacing w:after="0"/>
              <w:jc w:val="left"/>
            </w:pPr>
            <w:r>
              <w:rPr>
                <w:sz w:val="16"/>
              </w:rPr>
              <w:t>Likely</w:t>
            </w:r>
          </w:p>
        </w:tc>
        <w:tc>
          <w:tcPr>
            <w:tcW w:type="dxa" w:w="1729"/>
          </w:tcPr>
          <w:p>
            <w:pPr>
              <w:spacing w:after="0"/>
              <w:jc w:val="left"/>
            </w:pPr>
            <w:r>
              <w:rPr>
                <w:sz w:val="16"/>
              </w:rPr>
              <w:t>event-days in 21 of 30 years, 1996 to 2025 (70%)</w:t>
            </w:r>
          </w:p>
        </w:tc>
        <w:tc>
          <w:tcPr>
            <w:tcW w:type="dxa" w:w="1521"/>
          </w:tcPr>
          <w:p>
            <w:pPr>
              <w:spacing w:after="0"/>
              <w:jc w:val="right"/>
            </w:pPr>
            <w:r>
              <w:rPr>
                <w:sz w:val="16"/>
              </w:rPr>
              <w:t>207</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1 of 1</w:t>
            </w:r>
          </w:p>
        </w:tc>
        <w:tc>
          <w:tcPr>
            <w:tcW w:type="dxa" w:w="1007"/>
          </w:tcPr>
          <w:p>
            <w:pPr>
              <w:spacing w:after="0"/>
              <w:jc w:val="right"/>
            </w:pPr>
            <w:r>
              <w:rPr>
                <w:sz w:val="16"/>
              </w:rPr>
              <w:t>65.5</w:t>
            </w:r>
          </w:p>
        </w:tc>
        <w:tc>
          <w:tcPr>
            <w:tcW w:type="dxa" w:w="766"/>
          </w:tcPr>
          <w:p>
            <w:pPr>
              <w:spacing w:after="0"/>
              <w:jc w:val="right"/>
            </w:pPr>
            <w:r>
              <w:rPr>
                <w:sz w:val="16"/>
              </w:rPr>
              <w:t>65.5</w:t>
            </w:r>
          </w:p>
        </w:tc>
        <w:tc>
          <w:tcPr>
            <w:tcW w:type="dxa" w:w="730"/>
          </w:tcPr>
          <w:p>
            <w:pPr>
              <w:spacing w:after="0"/>
              <w:jc w:val="right"/>
            </w:pPr>
            <w:r>
              <w:rPr>
                <w:sz w:val="16"/>
              </w:rPr>
              <w:t>65.5</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Agriculture is 56%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1 of 1</w:t>
            </w:r>
          </w:p>
        </w:tc>
        <w:tc>
          <w:tcPr>
            <w:tcW w:type="dxa" w:w="1007"/>
          </w:tcPr>
          <w:p>
            <w:pPr>
              <w:spacing w:after="0"/>
              <w:jc w:val="right"/>
            </w:pPr>
            <w:r>
              <w:rPr>
                <w:sz w:val="16"/>
              </w:rPr>
              <w:t>78.9</w:t>
            </w:r>
          </w:p>
        </w:tc>
        <w:tc>
          <w:tcPr>
            <w:tcW w:type="dxa" w:w="766"/>
          </w:tcPr>
          <w:p>
            <w:pPr>
              <w:spacing w:after="0"/>
              <w:jc w:val="right"/>
            </w:pPr>
            <w:r>
              <w:rPr>
                <w:sz w:val="16"/>
              </w:rPr>
              <w:t>78.9</w:t>
            </w:r>
          </w:p>
        </w:tc>
        <w:tc>
          <w:tcPr>
            <w:tcW w:type="dxa" w:w="730"/>
          </w:tcPr>
          <w:p>
            <w:pPr>
              <w:spacing w:after="0"/>
              <w:jc w:val="right"/>
            </w:pPr>
            <w:r>
              <w:rPr>
                <w:sz w:val="16"/>
              </w:rPr>
              <w:t>78.9</w:t>
            </w:r>
          </w:p>
        </w:tc>
        <w:tc>
          <w:tcPr>
            <w:tcW w:type="dxa" w:w="1872"/>
          </w:tcPr>
          <w:p>
            <w:pPr>
              <w:spacing w:after="0"/>
              <w:jc w:val="left"/>
            </w:pPr>
            <w:r>
              <w:rPr>
                <w:sz w:val="16"/>
              </w:rPr>
              <w:t>Very Low 1</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1 of 1</w:t>
            </w:r>
          </w:p>
        </w:tc>
        <w:tc>
          <w:tcPr>
            <w:tcW w:type="dxa" w:w="1007"/>
          </w:tcPr>
          <w:p>
            <w:pPr>
              <w:spacing w:after="0"/>
              <w:jc w:val="right"/>
            </w:pPr>
            <w:r>
              <w:rPr>
                <w:sz w:val="16"/>
              </w:rPr>
              <w:t>63.9</w:t>
            </w:r>
          </w:p>
        </w:tc>
        <w:tc>
          <w:tcPr>
            <w:tcW w:type="dxa" w:w="766"/>
          </w:tcPr>
          <w:p>
            <w:pPr>
              <w:spacing w:after="0"/>
              <w:jc w:val="right"/>
            </w:pPr>
            <w:r>
              <w:rPr>
                <w:sz w:val="16"/>
              </w:rPr>
              <w:t>63.9</w:t>
            </w:r>
          </w:p>
        </w:tc>
        <w:tc>
          <w:tcPr>
            <w:tcW w:type="dxa" w:w="730"/>
          </w:tcPr>
          <w:p>
            <w:pPr>
              <w:spacing w:after="0"/>
              <w:jc w:val="right"/>
            </w:pPr>
            <w:r>
              <w:rPr>
                <w:sz w:val="16"/>
              </w:rPr>
              <w:t>63.9</w:t>
            </w:r>
          </w:p>
        </w:tc>
        <w:tc>
          <w:tcPr>
            <w:tcW w:type="dxa" w:w="1872"/>
          </w:tcPr>
          <w:p>
            <w:pPr>
              <w:spacing w:after="0"/>
              <w:jc w:val="left"/>
            </w:pPr>
            <w:r>
              <w:rPr>
                <w:sz w:val="16"/>
              </w:rPr>
              <w:t>Relatively Low 1</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1 of 1</w:t>
            </w:r>
          </w:p>
        </w:tc>
        <w:tc>
          <w:tcPr>
            <w:tcW w:type="dxa" w:w="1007"/>
          </w:tcPr>
          <w:p>
            <w:pPr>
              <w:spacing w:after="0"/>
              <w:jc w:val="right"/>
            </w:pPr>
            <w:r>
              <w:rPr>
                <w:sz w:val="16"/>
              </w:rPr>
              <w:t>70.6</w:t>
            </w:r>
          </w:p>
        </w:tc>
        <w:tc>
          <w:tcPr>
            <w:tcW w:type="dxa" w:w="766"/>
          </w:tcPr>
          <w:p>
            <w:pPr>
              <w:spacing w:after="0"/>
              <w:jc w:val="right"/>
            </w:pPr>
            <w:r>
              <w:rPr>
                <w:sz w:val="16"/>
              </w:rPr>
              <w:t>70.6</w:t>
            </w:r>
          </w:p>
        </w:tc>
        <w:tc>
          <w:tcPr>
            <w:tcW w:type="dxa" w:w="730"/>
          </w:tcPr>
          <w:p>
            <w:pPr>
              <w:spacing w:after="0"/>
              <w:jc w:val="right"/>
            </w:pPr>
            <w:r>
              <w:rPr>
                <w:sz w:val="16"/>
              </w:rPr>
              <w:t>70.6</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1 of 1</w:t>
            </w:r>
          </w:p>
        </w:tc>
        <w:tc>
          <w:tcPr>
            <w:tcW w:type="dxa" w:w="1007"/>
          </w:tcPr>
          <w:p>
            <w:pPr>
              <w:spacing w:after="0"/>
              <w:jc w:val="right"/>
            </w:pPr>
            <w:r>
              <w:rPr>
                <w:sz w:val="16"/>
              </w:rPr>
              <w:t>67.8</w:t>
            </w:r>
          </w:p>
        </w:tc>
        <w:tc>
          <w:tcPr>
            <w:tcW w:type="dxa" w:w="766"/>
          </w:tcPr>
          <w:p>
            <w:pPr>
              <w:spacing w:after="0"/>
              <w:jc w:val="right"/>
            </w:pPr>
            <w:r>
              <w:rPr>
                <w:sz w:val="16"/>
              </w:rPr>
              <w:t>67.8</w:t>
            </w:r>
          </w:p>
        </w:tc>
        <w:tc>
          <w:tcPr>
            <w:tcW w:type="dxa" w:w="730"/>
          </w:tcPr>
          <w:p>
            <w:pPr>
              <w:spacing w:after="0"/>
              <w:jc w:val="right"/>
            </w:pPr>
            <w:r>
              <w:rPr>
                <w:sz w:val="16"/>
              </w:rPr>
              <w:t>67.8</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1 of 1</w:t>
            </w:r>
          </w:p>
        </w:tc>
        <w:tc>
          <w:tcPr>
            <w:tcW w:type="dxa" w:w="1007"/>
          </w:tcPr>
          <w:p>
            <w:pPr>
              <w:spacing w:after="0"/>
              <w:jc w:val="right"/>
            </w:pPr>
            <w:r>
              <w:rPr>
                <w:sz w:val="16"/>
              </w:rPr>
              <w:t>41.4</w:t>
            </w:r>
          </w:p>
        </w:tc>
        <w:tc>
          <w:tcPr>
            <w:tcW w:type="dxa" w:w="766"/>
          </w:tcPr>
          <w:p>
            <w:pPr>
              <w:spacing w:after="0"/>
              <w:jc w:val="right"/>
            </w:pPr>
            <w:r>
              <w:rPr>
                <w:sz w:val="16"/>
              </w:rPr>
              <w:t>41.4</w:t>
            </w:r>
          </w:p>
        </w:tc>
        <w:tc>
          <w:tcPr>
            <w:tcW w:type="dxa" w:w="730"/>
          </w:tcPr>
          <w:p>
            <w:pPr>
              <w:spacing w:after="0"/>
              <w:jc w:val="right"/>
            </w:pPr>
            <w:r>
              <w:rPr>
                <w:sz w:val="16"/>
              </w:rPr>
              <w:t>41.4</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1 of 1</w:t>
            </w:r>
          </w:p>
        </w:tc>
        <w:tc>
          <w:tcPr>
            <w:tcW w:type="dxa" w:w="1007"/>
          </w:tcPr>
          <w:p>
            <w:pPr>
              <w:spacing w:after="0"/>
              <w:jc w:val="right"/>
            </w:pPr>
            <w:r>
              <w:rPr>
                <w:sz w:val="16"/>
              </w:rPr>
              <w:t>67.2</w:t>
            </w:r>
          </w:p>
        </w:tc>
        <w:tc>
          <w:tcPr>
            <w:tcW w:type="dxa" w:w="766"/>
          </w:tcPr>
          <w:p>
            <w:pPr>
              <w:spacing w:after="0"/>
              <w:jc w:val="right"/>
            </w:pPr>
            <w:r>
              <w:rPr>
                <w:sz w:val="16"/>
              </w:rPr>
              <w:t>67.2</w:t>
            </w:r>
          </w:p>
        </w:tc>
        <w:tc>
          <w:tcPr>
            <w:tcW w:type="dxa" w:w="730"/>
          </w:tcPr>
          <w:p>
            <w:pPr>
              <w:spacing w:after="0"/>
              <w:jc w:val="right"/>
            </w:pPr>
            <w:r>
              <w:rPr>
                <w:sz w:val="16"/>
              </w:rPr>
              <w:t>67.2</w:t>
            </w:r>
          </w:p>
        </w:tc>
        <w:tc>
          <w:tcPr>
            <w:tcW w:type="dxa" w:w="1872"/>
          </w:tcPr>
          <w:p>
            <w:pPr>
              <w:spacing w:after="0"/>
              <w:jc w:val="left"/>
            </w:pPr>
            <w:r>
              <w:rPr>
                <w:sz w:val="16"/>
              </w:rPr>
              <w:t>Relatively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1 of 1</w:t>
            </w:r>
          </w:p>
        </w:tc>
        <w:tc>
          <w:tcPr>
            <w:tcW w:type="dxa" w:w="1007"/>
          </w:tcPr>
          <w:p>
            <w:pPr>
              <w:spacing w:after="0"/>
              <w:jc w:val="right"/>
            </w:pPr>
            <w:r>
              <w:rPr>
                <w:sz w:val="16"/>
              </w:rPr>
              <w:t>71.7</w:t>
            </w:r>
          </w:p>
        </w:tc>
        <w:tc>
          <w:tcPr>
            <w:tcW w:type="dxa" w:w="766"/>
          </w:tcPr>
          <w:p>
            <w:pPr>
              <w:spacing w:after="0"/>
              <w:jc w:val="right"/>
            </w:pPr>
            <w:r>
              <w:rPr>
                <w:sz w:val="16"/>
              </w:rPr>
              <w:t>71.7</w:t>
            </w:r>
          </w:p>
        </w:tc>
        <w:tc>
          <w:tcPr>
            <w:tcW w:type="dxa" w:w="730"/>
          </w:tcPr>
          <w:p>
            <w:pPr>
              <w:spacing w:after="0"/>
              <w:jc w:val="right"/>
            </w:pPr>
            <w:r>
              <w:rPr>
                <w:sz w:val="16"/>
              </w:rPr>
              <w:t>71.7</w:t>
            </w:r>
          </w:p>
        </w:tc>
        <w:tc>
          <w:tcPr>
            <w:tcW w:type="dxa" w:w="1872"/>
          </w:tcPr>
          <w:p>
            <w:pPr>
              <w:spacing w:after="0"/>
              <w:jc w:val="left"/>
            </w:pPr>
            <w:r>
              <w:rPr>
                <w:sz w:val="16"/>
              </w:rPr>
              <w:t>Relatively Moderate 1</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1 of 1</w:t>
            </w:r>
          </w:p>
        </w:tc>
        <w:tc>
          <w:tcPr>
            <w:tcW w:type="dxa" w:w="1007"/>
          </w:tcPr>
          <w:p>
            <w:pPr>
              <w:spacing w:after="0"/>
              <w:jc w:val="right"/>
            </w:pPr>
            <w:r>
              <w:rPr>
                <w:sz w:val="16"/>
              </w:rPr>
              <w:t>91.6</w:t>
            </w:r>
          </w:p>
        </w:tc>
        <w:tc>
          <w:tcPr>
            <w:tcW w:type="dxa" w:w="766"/>
          </w:tcPr>
          <w:p>
            <w:pPr>
              <w:spacing w:after="0"/>
              <w:jc w:val="right"/>
            </w:pPr>
            <w:r>
              <w:rPr>
                <w:sz w:val="16"/>
              </w:rPr>
              <w:t>91.6</w:t>
            </w:r>
          </w:p>
        </w:tc>
        <w:tc>
          <w:tcPr>
            <w:tcW w:type="dxa" w:w="730"/>
          </w:tcPr>
          <w:p>
            <w:pPr>
              <w:spacing w:after="0"/>
              <w:jc w:val="right"/>
            </w:pPr>
            <w:r>
              <w:rPr>
                <w:sz w:val="16"/>
              </w:rPr>
              <w:t>91.6</w:t>
            </w:r>
          </w:p>
        </w:tc>
        <w:tc>
          <w:tcPr>
            <w:tcW w:type="dxa" w:w="1872"/>
          </w:tcPr>
          <w:p>
            <w:pPr>
              <w:spacing w:after="0"/>
              <w:jc w:val="left"/>
            </w:pPr>
            <w:r>
              <w:rPr>
                <w:sz w:val="16"/>
              </w:rPr>
              <w:t>Relatively Low 1</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1 of 1</w:t>
            </w:r>
          </w:p>
        </w:tc>
        <w:tc>
          <w:tcPr>
            <w:tcW w:type="dxa" w:w="1007"/>
          </w:tcPr>
          <w:p>
            <w:pPr>
              <w:spacing w:after="0"/>
              <w:jc w:val="right"/>
            </w:pPr>
            <w:r>
              <w:rPr>
                <w:sz w:val="16"/>
              </w:rPr>
              <w:t>83.2</w:t>
            </w:r>
          </w:p>
        </w:tc>
        <w:tc>
          <w:tcPr>
            <w:tcW w:type="dxa" w:w="766"/>
          </w:tcPr>
          <w:p>
            <w:pPr>
              <w:spacing w:after="0"/>
              <w:jc w:val="right"/>
            </w:pPr>
            <w:r>
              <w:rPr>
                <w:sz w:val="16"/>
              </w:rPr>
              <w:t>83.2</w:t>
            </w:r>
          </w:p>
        </w:tc>
        <w:tc>
          <w:tcPr>
            <w:tcW w:type="dxa" w:w="730"/>
          </w:tcPr>
          <w:p>
            <w:pPr>
              <w:spacing w:after="0"/>
              <w:jc w:val="right"/>
            </w:pPr>
            <w:r>
              <w:rPr>
                <w:sz w:val="16"/>
              </w:rPr>
              <w:t>83.2</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1 of 1</w:t>
            </w:r>
          </w:p>
        </w:tc>
        <w:tc>
          <w:tcPr>
            <w:tcW w:type="dxa" w:w="1007"/>
          </w:tcPr>
          <w:p>
            <w:pPr>
              <w:spacing w:after="0"/>
              <w:jc w:val="right"/>
            </w:pPr>
            <w:r>
              <w:rPr>
                <w:sz w:val="16"/>
              </w:rPr>
              <w:t>96.3</w:t>
            </w:r>
          </w:p>
        </w:tc>
        <w:tc>
          <w:tcPr>
            <w:tcW w:type="dxa" w:w="766"/>
          </w:tcPr>
          <w:p>
            <w:pPr>
              <w:spacing w:after="0"/>
              <w:jc w:val="right"/>
            </w:pPr>
            <w:r>
              <w:rPr>
                <w:sz w:val="16"/>
              </w:rPr>
              <w:t>96.3</w:t>
            </w:r>
          </w:p>
        </w:tc>
        <w:tc>
          <w:tcPr>
            <w:tcW w:type="dxa" w:w="730"/>
          </w:tcPr>
          <w:p>
            <w:pPr>
              <w:spacing w:after="0"/>
              <w:jc w:val="right"/>
            </w:pPr>
            <w:r>
              <w:rPr>
                <w:sz w:val="16"/>
              </w:rPr>
              <w:t>96.3</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1 of 1</w:t>
            </w:r>
          </w:p>
        </w:tc>
        <w:tc>
          <w:tcPr>
            <w:tcW w:type="dxa" w:w="1007"/>
          </w:tcPr>
          <w:p>
            <w:pPr>
              <w:spacing w:after="0"/>
              <w:jc w:val="right"/>
            </w:pPr>
            <w:r>
              <w:rPr>
                <w:sz w:val="16"/>
              </w:rPr>
              <w:t>80.6</w:t>
            </w:r>
          </w:p>
        </w:tc>
        <w:tc>
          <w:tcPr>
            <w:tcW w:type="dxa" w:w="766"/>
          </w:tcPr>
          <w:p>
            <w:pPr>
              <w:spacing w:after="0"/>
              <w:jc w:val="right"/>
            </w:pPr>
            <w:r>
              <w:rPr>
                <w:sz w:val="16"/>
              </w:rPr>
              <w:t>80.6</w:t>
            </w:r>
          </w:p>
        </w:tc>
        <w:tc>
          <w:tcPr>
            <w:tcW w:type="dxa" w:w="730"/>
          </w:tcPr>
          <w:p>
            <w:pPr>
              <w:spacing w:after="0"/>
              <w:jc w:val="right"/>
            </w:pPr>
            <w:r>
              <w:rPr>
                <w:sz w:val="16"/>
              </w:rPr>
              <w:t>80.6</w:t>
            </w:r>
          </w:p>
        </w:tc>
        <w:tc>
          <w:tcPr>
            <w:tcW w:type="dxa" w:w="1872"/>
          </w:tcPr>
          <w:p>
            <w:pPr>
              <w:spacing w:after="0"/>
              <w:jc w:val="left"/>
            </w:pPr>
            <w:r>
              <w:rPr>
                <w:sz w:val="16"/>
              </w:rPr>
              <w:t>Relatively High 1</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1 of 1</w:t>
            </w:r>
          </w:p>
        </w:tc>
        <w:tc>
          <w:tcPr>
            <w:tcW w:type="dxa" w:w="1007"/>
          </w:tcPr>
          <w:p>
            <w:pPr>
              <w:spacing w:after="0"/>
              <w:jc w:val="right"/>
            </w:pPr>
            <w:r>
              <w:rPr>
                <w:sz w:val="16"/>
              </w:rPr>
              <w:t>51.7</w:t>
            </w:r>
          </w:p>
        </w:tc>
        <w:tc>
          <w:tcPr>
            <w:tcW w:type="dxa" w:w="766"/>
          </w:tcPr>
          <w:p>
            <w:pPr>
              <w:spacing w:after="0"/>
              <w:jc w:val="right"/>
            </w:pPr>
            <w:r>
              <w:rPr>
                <w:sz w:val="16"/>
              </w:rPr>
              <w:t>51.7</w:t>
            </w:r>
          </w:p>
        </w:tc>
        <w:tc>
          <w:tcPr>
            <w:tcW w:type="dxa" w:w="730"/>
          </w:tcPr>
          <w:p>
            <w:pPr>
              <w:spacing w:after="0"/>
              <w:jc w:val="right"/>
            </w:pPr>
            <w:r>
              <w:rPr>
                <w:sz w:val="16"/>
              </w:rPr>
              <w:t>51.7</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1 of 1</w:t>
            </w:r>
          </w:p>
        </w:tc>
        <w:tc>
          <w:tcPr>
            <w:tcW w:type="dxa" w:w="1007"/>
          </w:tcPr>
          <w:p>
            <w:pPr>
              <w:spacing w:after="0"/>
              <w:jc w:val="right"/>
            </w:pPr>
            <w:r>
              <w:rPr>
                <w:sz w:val="16"/>
              </w:rPr>
              <w:t>76.8</w:t>
            </w:r>
          </w:p>
        </w:tc>
        <w:tc>
          <w:tcPr>
            <w:tcW w:type="dxa" w:w="766"/>
          </w:tcPr>
          <w:p>
            <w:pPr>
              <w:spacing w:after="0"/>
              <w:jc w:val="right"/>
            </w:pPr>
            <w:r>
              <w:rPr>
                <w:sz w:val="16"/>
              </w:rPr>
              <w:t>76.8</w:t>
            </w:r>
          </w:p>
        </w:tc>
        <w:tc>
          <w:tcPr>
            <w:tcW w:type="dxa" w:w="730"/>
          </w:tcPr>
          <w:p>
            <w:pPr>
              <w:spacing w:after="0"/>
              <w:jc w:val="right"/>
            </w:pPr>
            <w:r>
              <w:rPr>
                <w:sz w:val="16"/>
              </w:rPr>
              <w:t>76.8</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97"/>
        <w:gridCol w:w="1675"/>
        <w:gridCol w:w="3177"/>
        <w:gridCol w:w="2533"/>
        <w:gridCol w:w="1782"/>
        <w:gridCol w:w="2169"/>
        <w:gridCol w:w="779"/>
      </w:tblGrid>
      <w:tr>
        <w:trPr>
          <w:cantSplit/>
          <w:tblHeader/>
        </w:trPr>
        <w:tc>
          <w:tcPr>
            <w:tcW w:type="dxa" w:w="1997"/>
            <w:shd w:val="clear" w:color="auto" w:fill="E8E8E8"/>
          </w:tcPr>
          <w:p>
            <w:pPr>
              <w:spacing w:after="0"/>
              <w:jc w:val="left"/>
            </w:pPr>
            <w:r>
              <w:rPr>
                <w:b/>
                <w:sz w:val="16"/>
              </w:rPr>
              <w:t>Member</w:t>
            </w:r>
          </w:p>
        </w:tc>
        <w:tc>
          <w:tcPr>
            <w:tcW w:type="dxa" w:w="1675"/>
            <w:shd w:val="clear" w:color="auto" w:fill="E8E8E8"/>
          </w:tcPr>
          <w:p>
            <w:pPr>
              <w:spacing w:after="0"/>
              <w:jc w:val="left"/>
            </w:pPr>
            <w:r>
              <w:rPr>
                <w:b/>
                <w:sz w:val="16"/>
              </w:rPr>
              <w:t>Type</w:t>
            </w:r>
          </w:p>
        </w:tc>
        <w:tc>
          <w:tcPr>
            <w:tcW w:type="dxa" w:w="3177"/>
            <w:shd w:val="clear" w:color="auto" w:fill="E8E8E8"/>
          </w:tcPr>
          <w:p>
            <w:pPr>
              <w:spacing w:after="0"/>
              <w:jc w:val="left"/>
            </w:pPr>
            <w:r>
              <w:rPr>
                <w:b/>
                <w:sz w:val="16"/>
              </w:rPr>
              <w:t>Plan status</w:t>
            </w:r>
          </w:p>
        </w:tc>
        <w:tc>
          <w:tcPr>
            <w:tcW w:type="dxa" w:w="253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8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6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79"/>
            <w:shd w:val="clear" w:color="auto" w:fill="E8E8E8"/>
          </w:tcPr>
          <w:p>
            <w:pPr>
              <w:spacing w:after="0"/>
              <w:jc w:val="left"/>
            </w:pPr>
            <w:r>
              <w:rPr>
                <w:b/>
                <w:sz w:val="16"/>
              </w:rPr>
              <w:t>Notes</w:t>
            </w:r>
          </w:p>
        </w:tc>
      </w:tr>
      <w:tr>
        <w:trPr>
          <w:cantSplit/>
        </w:trPr>
        <w:tc>
          <w:tcPr>
            <w:tcW w:type="dxa" w:w="1997"/>
          </w:tcPr>
          <w:p>
            <w:pPr>
              <w:spacing w:after="0"/>
              <w:jc w:val="left"/>
            </w:pPr>
            <w:r>
              <w:rPr>
                <w:sz w:val="16"/>
              </w:rPr>
              <w:t>Robertson County (unincorporated area)</w:t>
            </w:r>
          </w:p>
        </w:tc>
        <w:tc>
          <w:tcPr>
            <w:tcW w:type="dxa" w:w="1675"/>
          </w:tcPr>
          <w:p>
            <w:pPr>
              <w:spacing w:after="0"/>
              <w:jc w:val="left"/>
            </w:pPr>
            <w:r>
              <w:rPr>
                <w:sz w:val="16"/>
              </w:rPr>
              <w:t>Unincorporated</w:t>
            </w:r>
          </w:p>
        </w:tc>
        <w:tc>
          <w:tcPr>
            <w:tcW w:type="dxa" w:w="3177"/>
          </w:tcPr>
          <w:p>
            <w:pPr>
              <w:spacing w:after="0"/>
              <w:jc w:val="left"/>
            </w:pPr>
            <w:r>
              <w:rPr>
                <w:sz w:val="16"/>
              </w:rPr>
              <w:t>Approved, expires 2027-05-23</w:t>
            </w:r>
          </w:p>
        </w:tc>
        <w:tc>
          <w:tcPr>
            <w:tcW w:type="dxa" w:w="2533"/>
          </w:tcPr>
          <w:p>
            <w:pPr>
              <w:spacing w:after="0"/>
              <w:jc w:val="right"/>
            </w:pPr>
            <w:r>
              <w:rPr>
                <w:sz w:val="16"/>
              </w:rPr>
              <w:t>FMA RL 0, SRL 0; any 0</w:t>
            </w:r>
          </w:p>
        </w:tc>
        <w:tc>
          <w:tcPr>
            <w:tcW w:type="dxa" w:w="1782"/>
          </w:tcPr>
          <w:p>
            <w:pPr>
              <w:spacing w:after="0"/>
              <w:jc w:val="right"/>
            </w:pPr>
            <w:r>
              <w:rPr>
                <w:sz w:val="16"/>
              </w:rPr>
              <w:t>$50,655.79</w:t>
            </w:r>
          </w:p>
        </w:tc>
        <w:tc>
          <w:tcPr>
            <w:tcW w:type="dxa" w:w="2169"/>
          </w:tcPr>
          <w:p>
            <w:pPr>
              <w:spacing w:after="0"/>
              <w:jc w:val="right"/>
            </w:pPr>
            <w:r>
              <w:rPr>
                <w:sz w:val="16"/>
              </w:rPr>
              <w:t>0; 0</w:t>
            </w:r>
          </w:p>
        </w:tc>
        <w:tc>
          <w:tcPr>
            <w:tcW w:type="dxa" w:w="779"/>
          </w:tcPr>
          <w:p>
            <w:pPr>
              <w:spacing w:after="0"/>
              <w:jc w:val="left"/>
            </w:pPr>
          </w:p>
        </w:tc>
      </w:tr>
      <w:tr>
        <w:trPr>
          <w:cantSplit/>
        </w:trPr>
        <w:tc>
          <w:tcPr>
            <w:tcW w:type="dxa" w:w="1997"/>
          </w:tcPr>
          <w:p>
            <w:pPr>
              <w:spacing w:after="0"/>
              <w:jc w:val="left"/>
            </w:pPr>
            <w:r>
              <w:rPr>
                <w:sz w:val="16"/>
              </w:rPr>
              <w:t>Mount Olivet city</w:t>
            </w:r>
          </w:p>
        </w:tc>
        <w:tc>
          <w:tcPr>
            <w:tcW w:type="dxa" w:w="1675"/>
          </w:tcPr>
          <w:p>
            <w:pPr>
              <w:spacing w:after="0"/>
              <w:jc w:val="left"/>
            </w:pPr>
            <w:r>
              <w:rPr>
                <w:sz w:val="16"/>
              </w:rPr>
              <w:t>City</w:t>
            </w:r>
          </w:p>
        </w:tc>
        <w:tc>
          <w:tcPr>
            <w:tcW w:type="dxa" w:w="3177"/>
          </w:tcPr>
          <w:p>
            <w:pPr>
              <w:spacing w:after="0"/>
              <w:jc w:val="left"/>
            </w:pPr>
            <w:r>
              <w:rPr>
                <w:sz w:val="16"/>
              </w:rPr>
              <w:t>Approved, expires 2027-05-23</w:t>
            </w:r>
          </w:p>
        </w:tc>
        <w:tc>
          <w:tcPr>
            <w:tcW w:type="dxa" w:w="2533"/>
          </w:tcPr>
          <w:p>
            <w:pPr>
              <w:spacing w:after="0"/>
              <w:jc w:val="right"/>
            </w:pPr>
            <w:r>
              <w:rPr>
                <w:sz w:val="16"/>
              </w:rPr>
              <w:t>FMA RL 0, SRL 0; any 0</w:t>
            </w:r>
          </w:p>
        </w:tc>
        <w:tc>
          <w:tcPr>
            <w:tcW w:type="dxa" w:w="1782"/>
          </w:tcPr>
          <w:p>
            <w:pPr>
              <w:spacing w:after="0"/>
              <w:jc w:val="right"/>
            </w:pPr>
            <w:r>
              <w:rPr>
                <w:sz w:val="16"/>
              </w:rPr>
              <w:t>$2,344.11</w:t>
            </w:r>
          </w:p>
        </w:tc>
        <w:tc>
          <w:tcPr>
            <w:tcW w:type="dxa" w:w="2169"/>
          </w:tcPr>
          <w:p>
            <w:pPr>
              <w:spacing w:after="0"/>
              <w:jc w:val="right"/>
            </w:pPr>
            <w:r>
              <w:rPr>
                <w:sz w:val="16"/>
              </w:rPr>
              <w:t>22; 1</w:t>
            </w:r>
          </w:p>
        </w:tc>
        <w:tc>
          <w:tcPr>
            <w:tcW w:type="dxa" w:w="77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215"/>
        <w:gridCol w:w="1139"/>
        <w:gridCol w:w="1047"/>
        <w:gridCol w:w="948"/>
        <w:gridCol w:w="1126"/>
        <w:gridCol w:w="1184"/>
        <w:gridCol w:w="1305"/>
        <w:gridCol w:w="1245"/>
        <w:gridCol w:w="1123"/>
        <w:gridCol w:w="1469"/>
        <w:gridCol w:w="1276"/>
      </w:tblGrid>
      <w:tr>
        <w:trPr>
          <w:cantSplit/>
          <w:tblHeader/>
        </w:trPr>
        <w:tc>
          <w:tcPr>
            <w:tcW w:type="dxa" w:w="1037"/>
            <w:shd w:val="clear" w:color="auto" w:fill="E8E8E8"/>
          </w:tcPr>
          <w:p>
            <w:pPr>
              <w:spacing w:after="0"/>
              <w:jc w:val="left"/>
            </w:pPr>
            <w:r>
              <w:rPr>
                <w:b/>
                <w:sz w:val="16"/>
              </w:rPr>
              <w:t>Hazard</w:t>
            </w:r>
          </w:p>
        </w:tc>
        <w:tc>
          <w:tcPr>
            <w:tcW w:type="dxa" w:w="121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2022-05-24</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6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15"/>
          </w:tcPr>
          <w:p>
            <w:pPr>
              <w:spacing w:after="0"/>
              <w:jc w:val="right"/>
            </w:pPr>
          </w:p>
        </w:tc>
        <w:tc>
          <w:tcPr>
            <w:tcW w:type="dxa" w:w="1139"/>
          </w:tcPr>
          <w:p>
            <w:pPr>
              <w:spacing w:after="0"/>
              <w:jc w:val="right"/>
            </w:pPr>
          </w:p>
        </w:tc>
        <w:tc>
          <w:tcPr>
            <w:tcW w:type="dxa" w:w="1047"/>
          </w:tcPr>
          <w:p>
            <w:pPr>
              <w:spacing w:after="0"/>
              <w:jc w:val="right"/>
            </w:pPr>
          </w:p>
        </w:tc>
        <w:tc>
          <w:tcPr>
            <w:tcW w:type="dxa" w:w="948"/>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469"/>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215"/>
          </w:tcPr>
          <w:p>
            <w:pPr>
              <w:spacing w:after="0"/>
              <w:jc w:val="right"/>
            </w:pPr>
          </w:p>
        </w:tc>
        <w:tc>
          <w:tcPr>
            <w:tcW w:type="dxa" w:w="1139"/>
          </w:tcPr>
          <w:p>
            <w:pPr>
              <w:spacing w:after="0"/>
              <w:jc w:val="right"/>
            </w:pPr>
          </w:p>
        </w:tc>
        <w:tc>
          <w:tcPr>
            <w:tcW w:type="dxa" w:w="1047"/>
          </w:tcPr>
          <w:p>
            <w:pPr>
              <w:spacing w:after="0"/>
              <w:jc w:val="right"/>
            </w:pPr>
          </w:p>
        </w:tc>
        <w:tc>
          <w:tcPr>
            <w:tcW w:type="dxa" w:w="948"/>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469"/>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215"/>
          </w:tcPr>
          <w:p>
            <w:pPr>
              <w:spacing w:after="0"/>
              <w:jc w:val="right"/>
            </w:pPr>
            <w:r>
              <w:rPr>
                <w:sz w:val="16"/>
              </w:rPr>
              <w:t>$593,457,723</w:t>
            </w:r>
          </w:p>
        </w:tc>
        <w:tc>
          <w:tcPr>
            <w:tcW w:type="dxa" w:w="1139"/>
          </w:tcPr>
          <w:p>
            <w:pPr>
              <w:spacing w:after="0"/>
              <w:jc w:val="right"/>
            </w:pPr>
            <w:r>
              <w:rPr>
                <w:sz w:val="16"/>
              </w:rPr>
              <w:t>$4,568,554</w:t>
            </w:r>
          </w:p>
        </w:tc>
        <w:tc>
          <w:tcPr>
            <w:tcW w:type="dxa" w:w="1047"/>
          </w:tcPr>
          <w:p>
            <w:pPr>
              <w:spacing w:after="0"/>
              <w:jc w:val="right"/>
            </w:pPr>
            <w:r>
              <w:rPr>
                <w:sz w:val="16"/>
              </w:rPr>
              <w:t>2,193</w:t>
            </w:r>
          </w:p>
        </w:tc>
        <w:tc>
          <w:tcPr>
            <w:tcW w:type="dxa" w:w="948"/>
          </w:tcPr>
          <w:p>
            <w:pPr>
              <w:spacing w:after="0"/>
              <w:jc w:val="right"/>
            </w:pPr>
            <w:r>
              <w:rPr>
                <w:sz w:val="16"/>
              </w:rPr>
              <w:t>$101</w:t>
            </w:r>
          </w:p>
        </w:tc>
        <w:tc>
          <w:tcPr>
            <w:tcW w:type="dxa" w:w="1126"/>
          </w:tcPr>
          <w:p>
            <w:pPr>
              <w:spacing w:after="0"/>
              <w:jc w:val="right"/>
            </w:pPr>
            <w:r>
              <w:rPr>
                <w:sz w:val="16"/>
              </w:rPr>
              <w:t>$36,974</w:t>
            </w:r>
          </w:p>
        </w:tc>
        <w:tc>
          <w:tcPr>
            <w:tcW w:type="dxa" w:w="1184"/>
          </w:tcPr>
          <w:p>
            <w:pPr>
              <w:spacing w:after="0"/>
              <w:jc w:val="right"/>
            </w:pPr>
            <w:r>
              <w:rPr>
                <w:sz w:val="16"/>
              </w:rPr>
              <w:t>$28,880</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469"/>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215"/>
          </w:tcPr>
          <w:p>
            <w:pPr>
              <w:spacing w:after="0"/>
              <w:jc w:val="right"/>
            </w:pPr>
          </w:p>
        </w:tc>
        <w:tc>
          <w:tcPr>
            <w:tcW w:type="dxa" w:w="1139"/>
          </w:tcPr>
          <w:p>
            <w:pPr>
              <w:spacing w:after="0"/>
              <w:jc w:val="right"/>
            </w:pPr>
            <w:r>
              <w:rPr>
                <w:sz w:val="16"/>
              </w:rPr>
              <w:t>$1,356,798</w:t>
            </w:r>
          </w:p>
        </w:tc>
        <w:tc>
          <w:tcPr>
            <w:tcW w:type="dxa" w:w="1047"/>
          </w:tcPr>
          <w:p>
            <w:pPr>
              <w:spacing w:after="0"/>
              <w:jc w:val="right"/>
            </w:pPr>
          </w:p>
        </w:tc>
        <w:tc>
          <w:tcPr>
            <w:tcW w:type="dxa" w:w="948"/>
          </w:tcPr>
          <w:p>
            <w:pPr>
              <w:spacing w:after="0"/>
              <w:jc w:val="right"/>
            </w:pPr>
          </w:p>
        </w:tc>
        <w:tc>
          <w:tcPr>
            <w:tcW w:type="dxa" w:w="1126"/>
          </w:tcPr>
          <w:p>
            <w:pPr>
              <w:spacing w:after="0"/>
              <w:jc w:val="right"/>
            </w:pPr>
            <w:r>
              <w:rPr>
                <w:sz w:val="16"/>
              </w:rPr>
              <w:t>$612</w:t>
            </w:r>
          </w:p>
        </w:tc>
        <w:tc>
          <w:tcPr>
            <w:tcW w:type="dxa" w:w="1184"/>
          </w:tcPr>
          <w:p>
            <w:pPr>
              <w:spacing w:after="0"/>
              <w:jc w:val="right"/>
            </w:pPr>
          </w:p>
        </w:tc>
        <w:tc>
          <w:tcPr>
            <w:tcW w:type="dxa" w:w="1305"/>
          </w:tcPr>
          <w:p>
            <w:pPr>
              <w:spacing w:after="0"/>
              <w:jc w:val="right"/>
            </w:pPr>
            <w:r>
              <w:rPr>
                <w:sz w:val="16"/>
              </w:rPr>
              <w:t>0.0451% (agriculture)</w:t>
            </w:r>
          </w:p>
        </w:tc>
        <w:tc>
          <w:tcPr>
            <w:tcW w:type="dxa" w:w="1245"/>
          </w:tcPr>
          <w:p>
            <w:pPr>
              <w:spacing w:after="0"/>
              <w:jc w:val="right"/>
            </w:pPr>
          </w:p>
        </w:tc>
        <w:tc>
          <w:tcPr>
            <w:tcW w:type="dxa" w:w="1123"/>
          </w:tcPr>
          <w:p>
            <w:pPr>
              <w:spacing w:after="0"/>
              <w:jc w:val="right"/>
            </w:pPr>
          </w:p>
        </w:tc>
        <w:tc>
          <w:tcPr>
            <w:tcW w:type="dxa" w:w="1469"/>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215"/>
          </w:tcPr>
          <w:p>
            <w:pPr>
              <w:spacing w:after="0"/>
              <w:jc w:val="right"/>
            </w:pPr>
            <w:r>
              <w:rPr>
                <w:sz w:val="16"/>
              </w:rPr>
              <w:t>$992,970,104</w:t>
            </w:r>
          </w:p>
        </w:tc>
        <w:tc>
          <w:tcPr>
            <w:tcW w:type="dxa" w:w="1139"/>
          </w:tcPr>
          <w:p>
            <w:pPr>
              <w:spacing w:after="0"/>
              <w:jc w:val="right"/>
            </w:pPr>
          </w:p>
        </w:tc>
        <w:tc>
          <w:tcPr>
            <w:tcW w:type="dxa" w:w="1047"/>
          </w:tcPr>
          <w:p>
            <w:pPr>
              <w:spacing w:after="0"/>
              <w:jc w:val="right"/>
            </w:pPr>
            <w:r>
              <w:rPr>
                <w:sz w:val="16"/>
              </w:rPr>
              <w:t>2,193</w:t>
            </w:r>
          </w:p>
        </w:tc>
        <w:tc>
          <w:tcPr>
            <w:tcW w:type="dxa" w:w="948"/>
          </w:tcPr>
          <w:p>
            <w:pPr>
              <w:spacing w:after="0"/>
              <w:jc w:val="right"/>
            </w:pPr>
            <w:r>
              <w:rPr>
                <w:sz w:val="16"/>
              </w:rPr>
              <w:t>$28,231</w:t>
            </w:r>
          </w:p>
        </w:tc>
        <w:tc>
          <w:tcPr>
            <w:tcW w:type="dxa" w:w="1126"/>
          </w:tcPr>
          <w:p>
            <w:pPr>
              <w:spacing w:after="0"/>
              <w:jc w:val="right"/>
            </w:pPr>
          </w:p>
        </w:tc>
        <w:tc>
          <w:tcPr>
            <w:tcW w:type="dxa" w:w="1184"/>
          </w:tcPr>
          <w:p>
            <w:pPr>
              <w:spacing w:after="0"/>
              <w:jc w:val="right"/>
            </w:pPr>
            <w:r>
              <w:rPr>
                <w:sz w:val="16"/>
              </w:rPr>
              <w:t>$11,981</w:t>
            </w:r>
          </w:p>
        </w:tc>
        <w:tc>
          <w:tcPr>
            <w:tcW w:type="dxa" w:w="1305"/>
          </w:tcPr>
          <w:p>
            <w:pPr>
              <w:spacing w:after="0"/>
              <w:jc w:val="right"/>
            </w:pPr>
            <w:r>
              <w:rPr>
                <w:sz w:val="16"/>
              </w:rPr>
              <w:t>0.00284%</w:t>
            </w:r>
          </w:p>
        </w:tc>
        <w:tc>
          <w:tcPr>
            <w:tcW w:type="dxa" w:w="1245"/>
          </w:tcPr>
          <w:p>
            <w:pPr>
              <w:spacing w:after="0"/>
              <w:jc w:val="right"/>
            </w:pPr>
          </w:p>
        </w:tc>
        <w:tc>
          <w:tcPr>
            <w:tcW w:type="dxa" w:w="1123"/>
          </w:tcPr>
          <w:p>
            <w:pPr>
              <w:spacing w:after="0"/>
              <w:jc w:val="right"/>
            </w:pPr>
          </w:p>
        </w:tc>
        <w:tc>
          <w:tcPr>
            <w:tcW w:type="dxa" w:w="1469"/>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215"/>
          </w:tcPr>
          <w:p>
            <w:pPr>
              <w:spacing w:after="0"/>
              <w:jc w:val="right"/>
            </w:pPr>
            <w:r>
              <w:rPr>
                <w:sz w:val="16"/>
              </w:rPr>
              <w:t>$593,457,723</w:t>
            </w:r>
          </w:p>
        </w:tc>
        <w:tc>
          <w:tcPr>
            <w:tcW w:type="dxa" w:w="1139"/>
          </w:tcPr>
          <w:p>
            <w:pPr>
              <w:spacing w:after="0"/>
              <w:jc w:val="right"/>
            </w:pPr>
            <w:r>
              <w:rPr>
                <w:sz w:val="16"/>
              </w:rPr>
              <w:t>$4,568,554</w:t>
            </w:r>
          </w:p>
        </w:tc>
        <w:tc>
          <w:tcPr>
            <w:tcW w:type="dxa" w:w="1047"/>
          </w:tcPr>
          <w:p>
            <w:pPr>
              <w:spacing w:after="0"/>
              <w:jc w:val="right"/>
            </w:pPr>
            <w:r>
              <w:rPr>
                <w:sz w:val="16"/>
              </w:rPr>
              <w:t>2,193</w:t>
            </w:r>
          </w:p>
        </w:tc>
        <w:tc>
          <w:tcPr>
            <w:tcW w:type="dxa" w:w="948"/>
          </w:tcPr>
          <w:p>
            <w:pPr>
              <w:spacing w:after="0"/>
              <w:jc w:val="right"/>
            </w:pPr>
            <w:r>
              <w:rPr>
                <w:sz w:val="16"/>
              </w:rPr>
              <w:t>$11,684</w:t>
            </w:r>
          </w:p>
        </w:tc>
        <w:tc>
          <w:tcPr>
            <w:tcW w:type="dxa" w:w="1126"/>
          </w:tcPr>
          <w:p>
            <w:pPr>
              <w:spacing w:after="0"/>
              <w:jc w:val="right"/>
            </w:pPr>
            <w:r>
              <w:rPr>
                <w:sz w:val="16"/>
              </w:rPr>
              <w:t>$2,250</w:t>
            </w:r>
          </w:p>
        </w:tc>
        <w:tc>
          <w:tcPr>
            <w:tcW w:type="dxa" w:w="1184"/>
          </w:tcPr>
          <w:p>
            <w:pPr>
              <w:spacing w:after="0"/>
              <w:jc w:val="right"/>
            </w:pPr>
            <w:r>
              <w:rPr>
                <w:sz w:val="16"/>
              </w:rPr>
              <w:t>$1,718</w:t>
            </w:r>
          </w:p>
        </w:tc>
        <w:tc>
          <w:tcPr>
            <w:tcW w:type="dxa" w:w="1305"/>
          </w:tcPr>
          <w:p>
            <w:pPr>
              <w:spacing w:after="0"/>
              <w:jc w:val="right"/>
            </w:pPr>
            <w:r>
              <w:rPr>
                <w:sz w:val="16"/>
              </w:rPr>
              <w:t>0.00197%</w:t>
            </w:r>
          </w:p>
        </w:tc>
        <w:tc>
          <w:tcPr>
            <w:tcW w:type="dxa" w:w="1245"/>
          </w:tcPr>
          <w:p>
            <w:pPr>
              <w:spacing w:after="0"/>
              <w:jc w:val="right"/>
            </w:pPr>
          </w:p>
        </w:tc>
        <w:tc>
          <w:tcPr>
            <w:tcW w:type="dxa" w:w="1123"/>
          </w:tcPr>
          <w:p>
            <w:pPr>
              <w:spacing w:after="0"/>
              <w:jc w:val="right"/>
            </w:pPr>
          </w:p>
        </w:tc>
        <w:tc>
          <w:tcPr>
            <w:tcW w:type="dxa" w:w="1469"/>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215"/>
          </w:tcPr>
          <w:p>
            <w:pPr>
              <w:spacing w:after="0"/>
              <w:jc w:val="right"/>
            </w:pPr>
            <w:r>
              <w:rPr>
                <w:sz w:val="16"/>
              </w:rPr>
              <w:t>$593,457,723</w:t>
            </w:r>
          </w:p>
        </w:tc>
        <w:tc>
          <w:tcPr>
            <w:tcW w:type="dxa" w:w="1139"/>
          </w:tcPr>
          <w:p>
            <w:pPr>
              <w:spacing w:after="0"/>
              <w:jc w:val="right"/>
            </w:pPr>
            <w:r>
              <w:rPr>
                <w:sz w:val="16"/>
              </w:rPr>
              <w:t>$4,568,554</w:t>
            </w:r>
          </w:p>
        </w:tc>
        <w:tc>
          <w:tcPr>
            <w:tcW w:type="dxa" w:w="1047"/>
          </w:tcPr>
          <w:p>
            <w:pPr>
              <w:spacing w:after="0"/>
              <w:jc w:val="right"/>
            </w:pPr>
            <w:r>
              <w:rPr>
                <w:sz w:val="16"/>
              </w:rPr>
              <w:t>2,193</w:t>
            </w:r>
          </w:p>
        </w:tc>
        <w:tc>
          <w:tcPr>
            <w:tcW w:type="dxa" w:w="948"/>
          </w:tcPr>
          <w:p>
            <w:pPr>
              <w:spacing w:after="0"/>
              <w:jc w:val="right"/>
            </w:pPr>
            <w:r>
              <w:rPr>
                <w:sz w:val="16"/>
              </w:rPr>
              <w:t>$3</w:t>
            </w:r>
          </w:p>
        </w:tc>
        <w:tc>
          <w:tcPr>
            <w:tcW w:type="dxa" w:w="1126"/>
          </w:tcPr>
          <w:p>
            <w:pPr>
              <w:spacing w:after="0"/>
              <w:jc w:val="right"/>
            </w:pPr>
            <w:r>
              <w:rPr>
                <w:sz w:val="16"/>
              </w:rPr>
              <w:t>$8</w:t>
            </w:r>
          </w:p>
        </w:tc>
        <w:tc>
          <w:tcPr>
            <w:tcW w:type="dxa" w:w="1184"/>
          </w:tcPr>
          <w:p>
            <w:pPr>
              <w:spacing w:after="0"/>
              <w:jc w:val="right"/>
            </w:pPr>
            <w:r>
              <w:rPr>
                <w:sz w:val="16"/>
              </w:rPr>
              <w:t>$46,926</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469"/>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215"/>
          </w:tcPr>
          <w:p>
            <w:pPr>
              <w:spacing w:after="0"/>
              <w:jc w:val="right"/>
            </w:pPr>
            <w:r>
              <w:rPr>
                <w:sz w:val="16"/>
              </w:rPr>
              <w:t>$581,340,391</w:t>
            </w:r>
          </w:p>
        </w:tc>
        <w:tc>
          <w:tcPr>
            <w:tcW w:type="dxa" w:w="1139"/>
          </w:tcPr>
          <w:p>
            <w:pPr>
              <w:spacing w:after="0"/>
              <w:jc w:val="right"/>
            </w:pPr>
            <w:r>
              <w:rPr>
                <w:sz w:val="16"/>
              </w:rPr>
              <w:t>$4,515,896</w:t>
            </w:r>
          </w:p>
        </w:tc>
        <w:tc>
          <w:tcPr>
            <w:tcW w:type="dxa" w:w="1047"/>
          </w:tcPr>
          <w:p>
            <w:pPr>
              <w:spacing w:after="0"/>
              <w:jc w:val="right"/>
            </w:pPr>
            <w:r>
              <w:rPr>
                <w:sz w:val="16"/>
              </w:rPr>
              <w:t>2,185</w:t>
            </w:r>
          </w:p>
        </w:tc>
        <w:tc>
          <w:tcPr>
            <w:tcW w:type="dxa" w:w="948"/>
          </w:tcPr>
          <w:p>
            <w:pPr>
              <w:spacing w:after="0"/>
              <w:jc w:val="right"/>
            </w:pPr>
            <w:r>
              <w:rPr>
                <w:sz w:val="16"/>
              </w:rPr>
              <w:t>$1,440</w:t>
            </w:r>
          </w:p>
        </w:tc>
        <w:tc>
          <w:tcPr>
            <w:tcW w:type="dxa" w:w="1126"/>
          </w:tcPr>
          <w:p>
            <w:pPr>
              <w:spacing w:after="0"/>
              <w:jc w:val="right"/>
            </w:pPr>
            <w:r>
              <w:rPr>
                <w:sz w:val="16"/>
              </w:rPr>
              <w:t>$255</w:t>
            </w:r>
          </w:p>
        </w:tc>
        <w:tc>
          <w:tcPr>
            <w:tcW w:type="dxa" w:w="1184"/>
          </w:tcPr>
          <w:p>
            <w:pPr>
              <w:spacing w:after="0"/>
              <w:jc w:val="right"/>
            </w:pPr>
            <w:r>
              <w:rPr>
                <w:sz w:val="16"/>
              </w:rPr>
              <w:t>$9</w:t>
            </w:r>
          </w:p>
        </w:tc>
        <w:tc>
          <w:tcPr>
            <w:tcW w:type="dxa" w:w="1305"/>
          </w:tcPr>
          <w:p>
            <w:pPr>
              <w:spacing w:after="0"/>
              <w:jc w:val="right"/>
            </w:pPr>
            <w:r>
              <w:rPr>
                <w:sz w:val="16"/>
              </w:rPr>
              <w:t>0.000248%</w:t>
            </w:r>
          </w:p>
        </w:tc>
        <w:tc>
          <w:tcPr>
            <w:tcW w:type="dxa" w:w="1245"/>
          </w:tcPr>
          <w:p>
            <w:pPr>
              <w:spacing w:after="0"/>
              <w:jc w:val="right"/>
            </w:pPr>
          </w:p>
        </w:tc>
        <w:tc>
          <w:tcPr>
            <w:tcW w:type="dxa" w:w="1123"/>
          </w:tcPr>
          <w:p>
            <w:pPr>
              <w:spacing w:after="0"/>
              <w:jc w:val="right"/>
            </w:pPr>
          </w:p>
        </w:tc>
        <w:tc>
          <w:tcPr>
            <w:tcW w:type="dxa" w:w="1469"/>
          </w:tcPr>
          <w:p>
            <w:pPr>
              <w:spacing w:after="0"/>
              <w:jc w:val="right"/>
            </w:pPr>
            <w:r>
              <w:rPr>
                <w:sz w:val="16"/>
              </w:rPr>
              <w:t>none found (1 declaration)</w:t>
            </w:r>
          </w:p>
        </w:tc>
        <w:tc>
          <w:tcPr>
            <w:tcW w:type="dxa" w:w="1276"/>
          </w:tcPr>
          <w:p>
            <w:pPr>
              <w:spacing w:after="0"/>
              <w:jc w:val="left"/>
            </w:pPr>
          </w:p>
        </w:tc>
      </w:tr>
      <w:tr>
        <w:trPr>
          <w:cantSplit/>
        </w:trPr>
        <w:tc>
          <w:tcPr>
            <w:tcW w:type="dxa" w:w="1037"/>
          </w:tcPr>
          <w:p>
            <w:pPr>
              <w:spacing w:after="0"/>
              <w:jc w:val="left"/>
            </w:pPr>
            <w:r>
              <w:rPr>
                <w:sz w:val="16"/>
              </w:rPr>
              <w:t>Ice Storm</w:t>
            </w:r>
          </w:p>
        </w:tc>
        <w:tc>
          <w:tcPr>
            <w:tcW w:type="dxa" w:w="1215"/>
          </w:tcPr>
          <w:p>
            <w:pPr>
              <w:spacing w:after="0"/>
              <w:jc w:val="right"/>
            </w:pPr>
            <w:r>
              <w:rPr>
                <w:sz w:val="16"/>
              </w:rPr>
              <w:t>$593,457,723</w:t>
            </w:r>
          </w:p>
        </w:tc>
        <w:tc>
          <w:tcPr>
            <w:tcW w:type="dxa" w:w="1139"/>
          </w:tcPr>
          <w:p>
            <w:pPr>
              <w:spacing w:after="0"/>
              <w:jc w:val="right"/>
            </w:pPr>
          </w:p>
        </w:tc>
        <w:tc>
          <w:tcPr>
            <w:tcW w:type="dxa" w:w="1047"/>
          </w:tcPr>
          <w:p>
            <w:pPr>
              <w:spacing w:after="0"/>
              <w:jc w:val="right"/>
            </w:pPr>
            <w:r>
              <w:rPr>
                <w:sz w:val="16"/>
              </w:rPr>
              <w:t>2,193</w:t>
            </w:r>
          </w:p>
        </w:tc>
        <w:tc>
          <w:tcPr>
            <w:tcW w:type="dxa" w:w="948"/>
          </w:tcPr>
          <w:p>
            <w:pPr>
              <w:spacing w:after="0"/>
              <w:jc w:val="right"/>
            </w:pPr>
            <w:r>
              <w:rPr>
                <w:sz w:val="16"/>
              </w:rPr>
              <w:t>$3,978</w:t>
            </w:r>
          </w:p>
        </w:tc>
        <w:tc>
          <w:tcPr>
            <w:tcW w:type="dxa" w:w="1126"/>
          </w:tcPr>
          <w:p>
            <w:pPr>
              <w:spacing w:after="0"/>
              <w:jc w:val="right"/>
            </w:pPr>
          </w:p>
        </w:tc>
        <w:tc>
          <w:tcPr>
            <w:tcW w:type="dxa" w:w="1184"/>
          </w:tcPr>
          <w:p>
            <w:pPr>
              <w:spacing w:after="0"/>
              <w:jc w:val="right"/>
            </w:pPr>
            <w:r>
              <w:rPr>
                <w:sz w:val="16"/>
              </w:rPr>
              <w:t>$2,503</w:t>
            </w:r>
          </w:p>
        </w:tc>
        <w:tc>
          <w:tcPr>
            <w:tcW w:type="dxa" w:w="1305"/>
          </w:tcPr>
          <w:p>
            <w:pPr>
              <w:spacing w:after="0"/>
              <w:jc w:val="right"/>
            </w:pPr>
            <w:r>
              <w:rPr>
                <w:sz w:val="16"/>
              </w:rPr>
              <w:t>0.00067%</w:t>
            </w:r>
          </w:p>
        </w:tc>
        <w:tc>
          <w:tcPr>
            <w:tcW w:type="dxa" w:w="1245"/>
          </w:tcPr>
          <w:p>
            <w:pPr>
              <w:spacing w:after="0"/>
              <w:jc w:val="right"/>
            </w:pPr>
          </w:p>
        </w:tc>
        <w:tc>
          <w:tcPr>
            <w:tcW w:type="dxa" w:w="1123"/>
          </w:tcPr>
          <w:p>
            <w:pPr>
              <w:spacing w:after="0"/>
              <w:jc w:val="right"/>
            </w:pPr>
          </w:p>
        </w:tc>
        <w:tc>
          <w:tcPr>
            <w:tcW w:type="dxa" w:w="1469"/>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215"/>
          </w:tcPr>
          <w:p>
            <w:pPr>
              <w:spacing w:after="0"/>
              <w:jc w:val="right"/>
            </w:pPr>
            <w:r>
              <w:rPr>
                <w:sz w:val="16"/>
              </w:rPr>
              <w:t>$592,758,989</w:t>
            </w:r>
          </w:p>
        </w:tc>
        <w:tc>
          <w:tcPr>
            <w:tcW w:type="dxa" w:w="1139"/>
          </w:tcPr>
          <w:p>
            <w:pPr>
              <w:spacing w:after="0"/>
              <w:jc w:val="right"/>
            </w:pPr>
            <w:r>
              <w:rPr>
                <w:sz w:val="16"/>
              </w:rPr>
              <w:t>$222,128</w:t>
            </w:r>
          </w:p>
        </w:tc>
        <w:tc>
          <w:tcPr>
            <w:tcW w:type="dxa" w:w="1047"/>
          </w:tcPr>
          <w:p>
            <w:pPr>
              <w:spacing w:after="0"/>
              <w:jc w:val="right"/>
            </w:pPr>
            <w:r>
              <w:rPr>
                <w:sz w:val="16"/>
              </w:rPr>
              <w:t>63</w:t>
            </w:r>
          </w:p>
        </w:tc>
        <w:tc>
          <w:tcPr>
            <w:tcW w:type="dxa" w:w="948"/>
          </w:tcPr>
          <w:p>
            <w:pPr>
              <w:spacing w:after="0"/>
              <w:jc w:val="right"/>
            </w:pPr>
            <w:r>
              <w:rPr>
                <w:sz w:val="16"/>
              </w:rPr>
              <w:t>$638,476</w:t>
            </w:r>
          </w:p>
        </w:tc>
        <w:tc>
          <w:tcPr>
            <w:tcW w:type="dxa" w:w="1126"/>
          </w:tcPr>
          <w:p>
            <w:pPr>
              <w:spacing w:after="0"/>
              <w:jc w:val="right"/>
            </w:pPr>
            <w:r>
              <w:rPr>
                <w:sz w:val="16"/>
              </w:rPr>
              <w:t>$761</w:t>
            </w:r>
          </w:p>
        </w:tc>
        <w:tc>
          <w:tcPr>
            <w:tcW w:type="dxa" w:w="1184"/>
          </w:tcPr>
          <w:p>
            <w:pPr>
              <w:spacing w:after="0"/>
              <w:jc w:val="right"/>
            </w:pPr>
            <w:r>
              <w:rPr>
                <w:sz w:val="16"/>
              </w:rPr>
              <w:t>$1,424</w:t>
            </w:r>
          </w:p>
        </w:tc>
        <w:tc>
          <w:tcPr>
            <w:tcW w:type="dxa" w:w="1305"/>
          </w:tcPr>
          <w:p>
            <w:pPr>
              <w:spacing w:after="0"/>
              <w:jc w:val="right"/>
            </w:pPr>
            <w:r>
              <w:rPr>
                <w:sz w:val="16"/>
              </w:rPr>
              <w:t>n/a (see note)</w:t>
            </w:r>
          </w:p>
        </w:tc>
        <w:tc>
          <w:tcPr>
            <w:tcW w:type="dxa" w:w="1245"/>
          </w:tcPr>
          <w:p>
            <w:pPr>
              <w:spacing w:after="0"/>
              <w:jc w:val="right"/>
            </w:pPr>
            <w:r>
              <w:rPr>
                <w:sz w:val="16"/>
              </w:rPr>
              <w:t>$65,000</w:t>
            </w:r>
          </w:p>
        </w:tc>
        <w:tc>
          <w:tcPr>
            <w:tcW w:type="dxa" w:w="1123"/>
          </w:tcPr>
          <w:p>
            <w:pPr>
              <w:spacing w:after="0"/>
              <w:jc w:val="right"/>
            </w:pPr>
          </w:p>
        </w:tc>
        <w:tc>
          <w:tcPr>
            <w:tcW w:type="dxa" w:w="1469"/>
          </w:tcPr>
          <w:p>
            <w:pPr>
              <w:spacing w:after="0"/>
              <w:jc w:val="right"/>
            </w:pPr>
            <w:r>
              <w:rPr>
                <w:sz w:val="16"/>
              </w:rPr>
              <w:t>none found (6 declarations)</w:t>
            </w: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215"/>
          </w:tcPr>
          <w:p>
            <w:pPr>
              <w:spacing w:after="0"/>
              <w:jc w:val="right"/>
            </w:pPr>
            <w:r>
              <w:rPr>
                <w:sz w:val="16"/>
              </w:rPr>
              <w:t>$119,379,697</w:t>
            </w:r>
          </w:p>
        </w:tc>
        <w:tc>
          <w:tcPr>
            <w:tcW w:type="dxa" w:w="1139"/>
          </w:tcPr>
          <w:p>
            <w:pPr>
              <w:spacing w:after="0"/>
              <w:jc w:val="right"/>
            </w:pPr>
          </w:p>
        </w:tc>
        <w:tc>
          <w:tcPr>
            <w:tcW w:type="dxa" w:w="1047"/>
          </w:tcPr>
          <w:p>
            <w:pPr>
              <w:spacing w:after="0"/>
              <w:jc w:val="right"/>
            </w:pPr>
            <w:r>
              <w:rPr>
                <w:sz w:val="16"/>
              </w:rPr>
              <w:t>440</w:t>
            </w:r>
          </w:p>
        </w:tc>
        <w:tc>
          <w:tcPr>
            <w:tcW w:type="dxa" w:w="948"/>
          </w:tcPr>
          <w:p>
            <w:pPr>
              <w:spacing w:after="0"/>
              <w:jc w:val="right"/>
            </w:pPr>
            <w:r>
              <w:rPr>
                <w:sz w:val="16"/>
              </w:rPr>
              <w:t>$24</w:t>
            </w:r>
          </w:p>
        </w:tc>
        <w:tc>
          <w:tcPr>
            <w:tcW w:type="dxa" w:w="1126"/>
          </w:tcPr>
          <w:p>
            <w:pPr>
              <w:spacing w:after="0"/>
              <w:jc w:val="right"/>
            </w:pPr>
          </w:p>
        </w:tc>
        <w:tc>
          <w:tcPr>
            <w:tcW w:type="dxa" w:w="1184"/>
          </w:tcPr>
          <w:p>
            <w:pPr>
              <w:spacing w:after="0"/>
              <w:jc w:val="right"/>
            </w:pPr>
            <w:r>
              <w:rPr>
                <w:sz w:val="16"/>
              </w:rPr>
              <w:t>$560</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469"/>
          </w:tcPr>
          <w:p>
            <w:pPr>
              <w:spacing w:after="0"/>
              <w:jc w:val="right"/>
            </w:pPr>
            <w:r>
              <w:rPr>
                <w:sz w:val="16"/>
              </w:rPr>
              <w:t>none found (5 declarations)</w:t>
            </w: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215"/>
          </w:tcPr>
          <w:p>
            <w:pPr>
              <w:spacing w:after="0"/>
              <w:jc w:val="right"/>
            </w:pPr>
            <w:r>
              <w:rPr>
                <w:sz w:val="16"/>
              </w:rPr>
              <w:t>$593,457,723</w:t>
            </w:r>
          </w:p>
        </w:tc>
        <w:tc>
          <w:tcPr>
            <w:tcW w:type="dxa" w:w="1139"/>
          </w:tcPr>
          <w:p>
            <w:pPr>
              <w:spacing w:after="0"/>
              <w:jc w:val="right"/>
            </w:pPr>
          </w:p>
        </w:tc>
        <w:tc>
          <w:tcPr>
            <w:tcW w:type="dxa" w:w="1047"/>
          </w:tcPr>
          <w:p>
            <w:pPr>
              <w:spacing w:after="0"/>
              <w:jc w:val="right"/>
            </w:pPr>
            <w:r>
              <w:rPr>
                <w:sz w:val="16"/>
              </w:rPr>
              <w:t>2,193</w:t>
            </w:r>
          </w:p>
        </w:tc>
        <w:tc>
          <w:tcPr>
            <w:tcW w:type="dxa" w:w="948"/>
          </w:tcPr>
          <w:p>
            <w:pPr>
              <w:spacing w:after="0"/>
              <w:jc w:val="right"/>
            </w:pPr>
            <w:r>
              <w:rPr>
                <w:sz w:val="16"/>
              </w:rPr>
              <w:t>$1,422</w:t>
            </w:r>
          </w:p>
        </w:tc>
        <w:tc>
          <w:tcPr>
            <w:tcW w:type="dxa" w:w="1126"/>
          </w:tcPr>
          <w:p>
            <w:pPr>
              <w:spacing w:after="0"/>
              <w:jc w:val="right"/>
            </w:pPr>
          </w:p>
        </w:tc>
        <w:tc>
          <w:tcPr>
            <w:tcW w:type="dxa" w:w="1184"/>
          </w:tcPr>
          <w:p>
            <w:pPr>
              <w:spacing w:after="0"/>
              <w:jc w:val="right"/>
            </w:pPr>
            <w:r>
              <w:rPr>
                <w:sz w:val="16"/>
              </w:rPr>
              <w:t>$22,361</w:t>
            </w:r>
          </w:p>
        </w:tc>
        <w:tc>
          <w:tcPr>
            <w:tcW w:type="dxa" w:w="1305"/>
          </w:tcPr>
          <w:p>
            <w:pPr>
              <w:spacing w:after="0"/>
              <w:jc w:val="right"/>
            </w:pPr>
            <w:r>
              <w:rPr>
                <w:sz w:val="16"/>
              </w:rPr>
              <w:t>0.00024%</w:t>
            </w:r>
          </w:p>
        </w:tc>
        <w:tc>
          <w:tcPr>
            <w:tcW w:type="dxa" w:w="1245"/>
          </w:tcPr>
          <w:p>
            <w:pPr>
              <w:spacing w:after="0"/>
              <w:jc w:val="right"/>
            </w:pPr>
          </w:p>
        </w:tc>
        <w:tc>
          <w:tcPr>
            <w:tcW w:type="dxa" w:w="1123"/>
          </w:tcPr>
          <w:p>
            <w:pPr>
              <w:spacing w:after="0"/>
              <w:jc w:val="right"/>
            </w:pPr>
          </w:p>
        </w:tc>
        <w:tc>
          <w:tcPr>
            <w:tcW w:type="dxa" w:w="1469"/>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215"/>
          </w:tcPr>
          <w:p>
            <w:pPr>
              <w:spacing w:after="0"/>
              <w:jc w:val="right"/>
            </w:pPr>
            <w:r>
              <w:rPr>
                <w:sz w:val="16"/>
              </w:rPr>
              <w:t>$593,457,723</w:t>
            </w:r>
          </w:p>
        </w:tc>
        <w:tc>
          <w:tcPr>
            <w:tcW w:type="dxa" w:w="1139"/>
          </w:tcPr>
          <w:p>
            <w:pPr>
              <w:spacing w:after="0"/>
              <w:jc w:val="right"/>
            </w:pPr>
            <w:r>
              <w:rPr>
                <w:sz w:val="16"/>
              </w:rPr>
              <w:t>$4,568,554</w:t>
            </w:r>
          </w:p>
        </w:tc>
        <w:tc>
          <w:tcPr>
            <w:tcW w:type="dxa" w:w="1047"/>
          </w:tcPr>
          <w:p>
            <w:pPr>
              <w:spacing w:after="0"/>
              <w:jc w:val="right"/>
            </w:pPr>
            <w:r>
              <w:rPr>
                <w:sz w:val="16"/>
              </w:rPr>
              <w:t>2,193</w:t>
            </w:r>
          </w:p>
        </w:tc>
        <w:tc>
          <w:tcPr>
            <w:tcW w:type="dxa" w:w="948"/>
          </w:tcPr>
          <w:p>
            <w:pPr>
              <w:spacing w:after="0"/>
              <w:jc w:val="right"/>
            </w:pPr>
            <w:r>
              <w:rPr>
                <w:sz w:val="16"/>
              </w:rPr>
              <w:t>$34,228</w:t>
            </w:r>
          </w:p>
        </w:tc>
        <w:tc>
          <w:tcPr>
            <w:tcW w:type="dxa" w:w="1126"/>
          </w:tcPr>
          <w:p>
            <w:pPr>
              <w:spacing w:after="0"/>
              <w:jc w:val="right"/>
            </w:pPr>
            <w:r>
              <w:rPr>
                <w:sz w:val="16"/>
              </w:rPr>
              <w:t>$754</w:t>
            </w:r>
          </w:p>
        </w:tc>
        <w:tc>
          <w:tcPr>
            <w:tcW w:type="dxa" w:w="1184"/>
          </w:tcPr>
          <w:p>
            <w:pPr>
              <w:spacing w:after="0"/>
              <w:jc w:val="right"/>
            </w:pPr>
            <w:r>
              <w:rPr>
                <w:sz w:val="16"/>
              </w:rPr>
              <w:t>$87,744</w:t>
            </w:r>
          </w:p>
        </w:tc>
        <w:tc>
          <w:tcPr>
            <w:tcW w:type="dxa" w:w="1305"/>
          </w:tcPr>
          <w:p>
            <w:pPr>
              <w:spacing w:after="0"/>
              <w:jc w:val="right"/>
            </w:pPr>
            <w:r>
              <w:rPr>
                <w:sz w:val="16"/>
              </w:rPr>
              <w:t>0.00577%</w:t>
            </w:r>
          </w:p>
        </w:tc>
        <w:tc>
          <w:tcPr>
            <w:tcW w:type="dxa" w:w="1245"/>
          </w:tcPr>
          <w:p>
            <w:pPr>
              <w:spacing w:after="0"/>
              <w:jc w:val="right"/>
            </w:pPr>
            <w:r>
              <w:rPr>
                <w:sz w:val="16"/>
              </w:rPr>
              <w:t>$5,000</w:t>
            </w:r>
          </w:p>
        </w:tc>
        <w:tc>
          <w:tcPr>
            <w:tcW w:type="dxa" w:w="1123"/>
          </w:tcPr>
          <w:p>
            <w:pPr>
              <w:spacing w:after="0"/>
              <w:jc w:val="right"/>
            </w:pPr>
          </w:p>
        </w:tc>
        <w:tc>
          <w:tcPr>
            <w:tcW w:type="dxa" w:w="1469"/>
          </w:tcPr>
          <w:p>
            <w:pPr>
              <w:spacing w:after="0"/>
              <w:jc w:val="right"/>
            </w:pPr>
            <w:r>
              <w:rPr>
                <w:sz w:val="16"/>
              </w:rPr>
              <w:t>none found (6 declarations)</w:t>
            </w: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215"/>
          </w:tcPr>
          <w:p>
            <w:pPr>
              <w:spacing w:after="0"/>
              <w:jc w:val="right"/>
            </w:pPr>
            <w:r>
              <w:rPr>
                <w:sz w:val="16"/>
              </w:rPr>
              <w:t>$593,457,723</w:t>
            </w:r>
          </w:p>
        </w:tc>
        <w:tc>
          <w:tcPr>
            <w:tcW w:type="dxa" w:w="1139"/>
          </w:tcPr>
          <w:p>
            <w:pPr>
              <w:spacing w:after="0"/>
              <w:jc w:val="right"/>
            </w:pPr>
            <w:r>
              <w:rPr>
                <w:sz w:val="16"/>
              </w:rPr>
              <w:t>$4,568,554</w:t>
            </w:r>
          </w:p>
        </w:tc>
        <w:tc>
          <w:tcPr>
            <w:tcW w:type="dxa" w:w="1047"/>
          </w:tcPr>
          <w:p>
            <w:pPr>
              <w:spacing w:after="0"/>
              <w:jc w:val="right"/>
            </w:pPr>
            <w:r>
              <w:rPr>
                <w:sz w:val="16"/>
              </w:rPr>
              <w:t>2,193</w:t>
            </w:r>
          </w:p>
        </w:tc>
        <w:tc>
          <w:tcPr>
            <w:tcW w:type="dxa" w:w="948"/>
          </w:tcPr>
          <w:p>
            <w:pPr>
              <w:spacing w:after="0"/>
              <w:jc w:val="right"/>
            </w:pPr>
            <w:r>
              <w:rPr>
                <w:sz w:val="16"/>
              </w:rPr>
              <w:t>$83,335</w:t>
            </w:r>
          </w:p>
        </w:tc>
        <w:tc>
          <w:tcPr>
            <w:tcW w:type="dxa" w:w="1126"/>
          </w:tcPr>
          <w:p>
            <w:pPr>
              <w:spacing w:after="0"/>
              <w:jc w:val="right"/>
            </w:pPr>
            <w:r>
              <w:rPr>
                <w:sz w:val="16"/>
              </w:rPr>
              <w:t>$193</w:t>
            </w:r>
          </w:p>
        </w:tc>
        <w:tc>
          <w:tcPr>
            <w:tcW w:type="dxa" w:w="1184"/>
          </w:tcPr>
          <w:p>
            <w:pPr>
              <w:spacing w:after="0"/>
              <w:jc w:val="right"/>
            </w:pPr>
            <w:r>
              <w:rPr>
                <w:sz w:val="16"/>
              </w:rPr>
              <w:t>$96,032</w:t>
            </w:r>
          </w:p>
        </w:tc>
        <w:tc>
          <w:tcPr>
            <w:tcW w:type="dxa" w:w="1305"/>
          </w:tcPr>
          <w:p>
            <w:pPr>
              <w:spacing w:after="0"/>
              <w:jc w:val="right"/>
            </w:pPr>
            <w:r>
              <w:rPr>
                <w:sz w:val="16"/>
              </w:rPr>
              <w:t>0.014%</w:t>
            </w:r>
          </w:p>
        </w:tc>
        <w:tc>
          <w:tcPr>
            <w:tcW w:type="dxa" w:w="1245"/>
          </w:tcPr>
          <w:p>
            <w:pPr>
              <w:spacing w:after="0"/>
              <w:jc w:val="right"/>
            </w:pPr>
          </w:p>
        </w:tc>
        <w:tc>
          <w:tcPr>
            <w:tcW w:type="dxa" w:w="1123"/>
          </w:tcPr>
          <w:p>
            <w:pPr>
              <w:spacing w:after="0"/>
              <w:jc w:val="right"/>
            </w:pPr>
          </w:p>
        </w:tc>
        <w:tc>
          <w:tcPr>
            <w:tcW w:type="dxa" w:w="1469"/>
          </w:tcPr>
          <w:p>
            <w:pPr>
              <w:spacing w:after="0"/>
              <w:jc w:val="right"/>
            </w:pPr>
            <w:r>
              <w:rPr>
                <w:sz w:val="16"/>
              </w:rPr>
              <w:t>none found (3 declarations)</w:t>
            </w: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215"/>
          </w:tcPr>
          <w:p>
            <w:pPr>
              <w:spacing w:after="0"/>
              <w:jc w:val="right"/>
            </w:pPr>
          </w:p>
        </w:tc>
        <w:tc>
          <w:tcPr>
            <w:tcW w:type="dxa" w:w="1139"/>
          </w:tcPr>
          <w:p>
            <w:pPr>
              <w:spacing w:after="0"/>
              <w:jc w:val="right"/>
            </w:pPr>
          </w:p>
        </w:tc>
        <w:tc>
          <w:tcPr>
            <w:tcW w:type="dxa" w:w="1047"/>
          </w:tcPr>
          <w:p>
            <w:pPr>
              <w:spacing w:after="0"/>
              <w:jc w:val="right"/>
            </w:pPr>
          </w:p>
        </w:tc>
        <w:tc>
          <w:tcPr>
            <w:tcW w:type="dxa" w:w="948"/>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469"/>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215"/>
          </w:tcPr>
          <w:p>
            <w:pPr>
              <w:spacing w:after="0"/>
              <w:jc w:val="right"/>
            </w:pPr>
          </w:p>
        </w:tc>
        <w:tc>
          <w:tcPr>
            <w:tcW w:type="dxa" w:w="1139"/>
          </w:tcPr>
          <w:p>
            <w:pPr>
              <w:spacing w:after="0"/>
              <w:jc w:val="right"/>
            </w:pPr>
          </w:p>
        </w:tc>
        <w:tc>
          <w:tcPr>
            <w:tcW w:type="dxa" w:w="1047"/>
          </w:tcPr>
          <w:p>
            <w:pPr>
              <w:spacing w:after="0"/>
              <w:jc w:val="right"/>
            </w:pPr>
          </w:p>
        </w:tc>
        <w:tc>
          <w:tcPr>
            <w:tcW w:type="dxa" w:w="948"/>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469"/>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215"/>
          </w:tcPr>
          <w:p>
            <w:pPr>
              <w:spacing w:after="0"/>
              <w:jc w:val="right"/>
            </w:pPr>
            <w:r>
              <w:rPr>
                <w:sz w:val="16"/>
              </w:rPr>
              <w:t>$107,354,516</w:t>
            </w:r>
          </w:p>
        </w:tc>
        <w:tc>
          <w:tcPr>
            <w:tcW w:type="dxa" w:w="1139"/>
          </w:tcPr>
          <w:p>
            <w:pPr>
              <w:spacing w:after="0"/>
              <w:jc w:val="right"/>
            </w:pPr>
            <w:r>
              <w:rPr>
                <w:sz w:val="16"/>
              </w:rPr>
              <w:t>$1,173,236</w:t>
            </w:r>
          </w:p>
        </w:tc>
        <w:tc>
          <w:tcPr>
            <w:tcW w:type="dxa" w:w="1047"/>
          </w:tcPr>
          <w:p>
            <w:pPr>
              <w:spacing w:after="0"/>
              <w:jc w:val="right"/>
            </w:pPr>
            <w:r>
              <w:rPr>
                <w:sz w:val="16"/>
              </w:rPr>
              <w:t>424</w:t>
            </w:r>
          </w:p>
        </w:tc>
        <w:tc>
          <w:tcPr>
            <w:tcW w:type="dxa" w:w="948"/>
          </w:tcPr>
          <w:p>
            <w:pPr>
              <w:spacing w:after="0"/>
              <w:jc w:val="right"/>
            </w:pPr>
            <w:r>
              <w:rPr>
                <w:sz w:val="16"/>
              </w:rPr>
              <w:t>$160</w:t>
            </w:r>
          </w:p>
        </w:tc>
        <w:tc>
          <w:tcPr>
            <w:tcW w:type="dxa" w:w="1126"/>
          </w:tcPr>
          <w:p>
            <w:pPr>
              <w:spacing w:after="0"/>
              <w:jc w:val="right"/>
            </w:pPr>
            <w:r>
              <w:rPr>
                <w:sz w:val="16"/>
              </w:rPr>
              <w:t>under $1</w:t>
            </w:r>
          </w:p>
        </w:tc>
        <w:tc>
          <w:tcPr>
            <w:tcW w:type="dxa" w:w="1184"/>
          </w:tcPr>
          <w:p>
            <w:pPr>
              <w:spacing w:after="0"/>
              <w:jc w:val="right"/>
            </w:pPr>
            <w:r>
              <w:rPr>
                <w:sz w:val="16"/>
              </w:rPr>
              <w:t>$28</w:t>
            </w:r>
          </w:p>
        </w:tc>
        <w:tc>
          <w:tcPr>
            <w:tcW w:type="dxa" w:w="1305"/>
          </w:tcPr>
          <w:p>
            <w:pPr>
              <w:spacing w:after="0"/>
              <w:jc w:val="right"/>
            </w:pPr>
            <w:r>
              <w:rPr>
                <w:sz w:val="16"/>
              </w:rPr>
              <w:t>0.000149%</w:t>
            </w:r>
          </w:p>
        </w:tc>
        <w:tc>
          <w:tcPr>
            <w:tcW w:type="dxa" w:w="1245"/>
          </w:tcPr>
          <w:p>
            <w:pPr>
              <w:spacing w:after="0"/>
              <w:jc w:val="right"/>
            </w:pPr>
          </w:p>
        </w:tc>
        <w:tc>
          <w:tcPr>
            <w:tcW w:type="dxa" w:w="1123"/>
          </w:tcPr>
          <w:p>
            <w:pPr>
              <w:spacing w:after="0"/>
              <w:jc w:val="right"/>
            </w:pPr>
          </w:p>
        </w:tc>
        <w:tc>
          <w:tcPr>
            <w:tcW w:type="dxa" w:w="1469"/>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215"/>
          </w:tcPr>
          <w:p>
            <w:pPr>
              <w:spacing w:after="0"/>
              <w:jc w:val="right"/>
            </w:pPr>
            <w:r>
              <w:rPr>
                <w:sz w:val="16"/>
              </w:rPr>
              <w:t>$593,457,723</w:t>
            </w:r>
          </w:p>
        </w:tc>
        <w:tc>
          <w:tcPr>
            <w:tcW w:type="dxa" w:w="1139"/>
          </w:tcPr>
          <w:p>
            <w:pPr>
              <w:spacing w:after="0"/>
              <w:jc w:val="right"/>
            </w:pPr>
            <w:r>
              <w:rPr>
                <w:sz w:val="16"/>
              </w:rPr>
              <w:t>$4,568,554</w:t>
            </w:r>
          </w:p>
        </w:tc>
        <w:tc>
          <w:tcPr>
            <w:tcW w:type="dxa" w:w="1047"/>
          </w:tcPr>
          <w:p>
            <w:pPr>
              <w:spacing w:after="0"/>
              <w:jc w:val="right"/>
            </w:pPr>
            <w:r>
              <w:rPr>
                <w:sz w:val="16"/>
              </w:rPr>
              <w:t>2,193</w:t>
            </w:r>
          </w:p>
        </w:tc>
        <w:tc>
          <w:tcPr>
            <w:tcW w:type="dxa" w:w="948"/>
          </w:tcPr>
          <w:p>
            <w:pPr>
              <w:spacing w:after="0"/>
              <w:jc w:val="right"/>
            </w:pPr>
            <w:r>
              <w:rPr>
                <w:sz w:val="16"/>
              </w:rPr>
              <w:t>$1,434</w:t>
            </w:r>
          </w:p>
        </w:tc>
        <w:tc>
          <w:tcPr>
            <w:tcW w:type="dxa" w:w="1126"/>
          </w:tcPr>
          <w:p>
            <w:pPr>
              <w:spacing w:after="0"/>
              <w:jc w:val="right"/>
            </w:pPr>
            <w:r>
              <w:rPr>
                <w:sz w:val="16"/>
              </w:rPr>
              <w:t>under $1</w:t>
            </w:r>
          </w:p>
        </w:tc>
        <w:tc>
          <w:tcPr>
            <w:tcW w:type="dxa" w:w="1184"/>
          </w:tcPr>
          <w:p>
            <w:pPr>
              <w:spacing w:after="0"/>
              <w:jc w:val="right"/>
            </w:pPr>
            <w:r>
              <w:rPr>
                <w:sz w:val="16"/>
              </w:rPr>
              <w:t>$4,166</w:t>
            </w:r>
          </w:p>
        </w:tc>
        <w:tc>
          <w:tcPr>
            <w:tcW w:type="dxa" w:w="1305"/>
          </w:tcPr>
          <w:p>
            <w:pPr>
              <w:spacing w:after="0"/>
              <w:jc w:val="right"/>
            </w:pPr>
            <w:r>
              <w:rPr>
                <w:sz w:val="16"/>
              </w:rPr>
              <w:t>0.000242%</w:t>
            </w:r>
          </w:p>
        </w:tc>
        <w:tc>
          <w:tcPr>
            <w:tcW w:type="dxa" w:w="1245"/>
          </w:tcPr>
          <w:p>
            <w:pPr>
              <w:spacing w:after="0"/>
              <w:jc w:val="right"/>
            </w:pPr>
          </w:p>
        </w:tc>
        <w:tc>
          <w:tcPr>
            <w:tcW w:type="dxa" w:w="1123"/>
          </w:tcPr>
          <w:p>
            <w:pPr>
              <w:spacing w:after="0"/>
              <w:jc w:val="right"/>
            </w:pPr>
          </w:p>
        </w:tc>
        <w:tc>
          <w:tcPr>
            <w:tcW w:type="dxa" w:w="1469"/>
          </w:tcPr>
          <w:p>
            <w:pPr>
              <w:spacing w:after="0"/>
              <w:jc w:val="right"/>
            </w:pPr>
            <w:r>
              <w:rPr>
                <w:sz w:val="16"/>
              </w:rPr>
              <w:t>none found (1 declaration)</w:t>
            </w:r>
          </w:p>
        </w:tc>
        <w:tc>
          <w:tcPr>
            <w:tcW w:type="dxa" w:w="1276"/>
          </w:tcPr>
          <w:p>
            <w:pPr>
              <w:spacing w:after="0"/>
              <w:jc w:val="left"/>
            </w:pPr>
          </w:p>
        </w:tc>
      </w:tr>
    </w:tbl>
    <w:p>
      <w:pPr>
        <w:spacing w:after="40" w:before="60"/>
      </w:pPr>
      <w:r>
        <w:rPr>
          <w:sz w:val="15"/>
        </w:rPr>
        <w:t>Totals since 2022-05-24 (Storm Events through 2026-06-30): 6 county-coded records, 6 with a damage value recorded (including $0), $70,000; 8 zone-level records, 0 with a damage value recorded (including $0), $0 reported for the zone; Public Assistance on counted declarations none found (7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2,193</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$593,457,723</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$4,568,554</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$846,324</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$304,333</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High</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Relatively Moderate</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Robertson County (unincorporated area)</w:t>
            </w:r>
          </w:p>
        </w:tc>
        <w:tc>
          <w:tcPr>
            <w:tcW w:type="dxa" w:w="1473"/>
          </w:tcPr>
          <w:p>
            <w:pPr>
              <w:spacing w:after="0"/>
              <w:jc w:val="left"/>
            </w:pPr>
            <w:r>
              <w:rPr>
                <w:sz w:val="16"/>
              </w:rPr>
              <w:t>210200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Mount Olivet city</w:t>
            </w:r>
          </w:p>
        </w:tc>
        <w:tc>
          <w:tcPr>
            <w:tcW w:type="dxa" w:w="1473"/>
          </w:tcPr>
          <w:p>
            <w:pPr>
              <w:spacing w:after="0"/>
              <w:jc w:val="left"/>
            </w:pPr>
            <w:r>
              <w:rPr>
                <w:sz w:val="16"/>
              </w:rPr>
              <w:t>210471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Robertson County, KY: risk-assessment baseline packet, release 2026-10 (data as of 2026-09-28; County area 21201).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hazard-plain_2026-10_KY_21201.docx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Robertson County, KY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Robertson County, KY: Risk-assessment baseline packet</dc:title>
  <dc:subject>Hazard Plain release 2026-10, as of 2026-09-28. Preview: automated baseline</dc:subject>
  <dc:creator>Hazard Plain</dc:creator>
  <cp:keywords>Hazard Plain; hazard mitigation; risk assessment; 21201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