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Powell County, KY</w:t>
      </w:r>
    </w:p>
    <w:p>
      <w:pPr>
        <w:spacing w:after="120" w:before="0"/>
      </w:pPr>
      <w:r>
        <w:rPr>
          <w:color w:val="555555"/>
          <w:sz w:val="24"/>
        </w:rPr>
        <w:t>Risk-assessment baseline packet</w:t>
      </w:r>
    </w:p>
    <w:p>
      <w:pPr>
        <w:spacing w:after="120" w:before="0"/>
      </w:pPr>
      <w:r>
        <w:rPr>
          <w:b/>
          <w:sz w:val="18"/>
        </w:rPr>
        <w:t xml:space="preserve">County FIPS: </w:t>
      </w:r>
      <w:r>
        <w:rPr>
          <w:sz w:val="18"/>
        </w:rPr>
        <w:t>21197</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2027-05-24. Plan: BlueGrass ADD Regional (FEMA plan 108257), approved 2022-05-25.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2022-05-25: 10 new hazard declarations (8 incidents) and 52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($4,597,814 a year), Strong Wind ($788,108) and Tornado ($500,859).</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21197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2027-05-24</w:t>
      </w:r>
    </w:p>
    <w:p>
      <w:pPr>
        <w:keepNext/>
        <w:spacing w:after="40" w:before="0"/>
      </w:pPr>
      <w:r>
        <w:rPr>
          <w:b/>
        </w:rPr>
        <w:t xml:space="preserve">Plan: </w:t>
      </w:r>
      <w:r>
        <w:rPr/>
        <w:t>BlueGrass ADD Regional (FEMA plan 108257)</w:t>
      </w:r>
    </w:p>
    <w:p>
      <w:pPr>
        <w:keepNext/>
        <w:spacing w:after="40" w:before="0"/>
      </w:pPr>
      <w:r>
        <w:rPr>
          <w:b/>
        </w:rPr>
        <w:t xml:space="preserve">Approved: </w:t>
      </w:r>
      <w:r>
        <w:rPr/>
        <w:t>2022-05-25</w:t>
      </w:r>
    </w:p>
    <w:p>
      <w:pPr>
        <w:keepNext/>
        <w:spacing w:after="40" w:before="0"/>
      </w:pPr>
      <w:r>
        <w:rPr>
          <w:b/>
        </w:rPr>
        <w:t xml:space="preserve">Days to expiry: </w:t>
      </w:r>
      <w:r>
        <w:rPr/>
        <w:t>236</w:t>
      </w:r>
    </w:p>
    <w:p>
      <w:pPr>
        <w:keepNext/>
        <w:spacing w:after="40" w:before="0"/>
      </w:pPr>
      <w:r>
        <w:rPr>
          <w:b/>
        </w:rPr>
        <w:t xml:space="preserve">Update underway: </w:t>
      </w:r>
      <w:r>
        <w:rPr/>
        <w:t>none recorded in FEMA's plan tracker</w:t>
      </w:r>
    </w:p>
    <w:p>
      <w:pPr>
        <w:spacing w:after="80" w:before="0"/>
      </w:pPr>
      <w:r>
        <w:rPr>
          <w:color w:val="555555"/>
          <w:sz w:val="17"/>
        </w:rPr>
        <w:t>Every jurisdiction listed on this page (3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2022-05-25)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10 new hazard declarations (8 incidents): DR-4663-KY (Severe Storms, Flooding, Landslides, and Mudslides), DR-4702-KY (Severe Storms, Straight-Line Winds, Tornadoes, Flooding, Landslides, and Mudslides), DR-4711-KY (Severe Storms, Straight-Line Winds, Flooding, Landslides, and Mudslides), DR-4848-KY (Remnants of Hurricane Helene), EM-3624-KY (Severe Storms, Straight-Line Winds, Flooding, and Landslides), DR-4860-KY (Severe Storms, Straight-Line Winds, Flooding, Landslides, and Mudslides), EM-3626-KY (Severe Storms, Straight-Line Winds, Tornadoes, and Flooding), DR-4864-KY (Severe Storms, Straight-Line Winds, Tornadoes, Flooding, Landslides, and Mudslides), DR-4875-KY (Severe Storms, Straight-Line Winds, and Tornadoes), EM-3633-KY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52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2, SRL 3 (44 CFR 77.2); any definition: 18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83"/>
        <w:gridCol w:w="1394"/>
        <w:gridCol w:w="2259"/>
        <w:gridCol w:w="3121"/>
        <w:gridCol w:w="1037"/>
        <w:gridCol w:w="1037"/>
        <w:gridCol w:w="868"/>
        <w:gridCol w:w="2913"/>
      </w:tblGrid>
      <w:tr>
        <w:trPr>
          <w:cantSplit/>
          <w:tblHeader/>
        </w:trPr>
        <w:tc>
          <w:tcPr>
            <w:tcW w:type="dxa" w:w="1483"/>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259"/>
            <w:shd w:val="clear" w:color="auto" w:fill="E8E8E8"/>
          </w:tcPr>
          <w:p>
            <w:pPr>
              <w:spacing w:after="0"/>
              <w:jc w:val="left"/>
            </w:pPr>
            <w:r>
              <w:rPr>
                <w:b/>
                <w:sz w:val="16"/>
              </w:rPr>
              <w:t>Status</w:t>
            </w:r>
          </w:p>
        </w:tc>
        <w:tc>
          <w:tcPr>
            <w:tcW w:type="dxa" w:w="3121"/>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68"/>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913"/>
            <w:shd w:val="clear" w:color="auto" w:fill="E8E8E8"/>
          </w:tcPr>
          <w:p>
            <w:pPr>
              <w:spacing w:after="0"/>
              <w:jc w:val="left"/>
            </w:pPr>
            <w:r>
              <w:rPr>
                <w:b/>
                <w:sz w:val="16"/>
              </w:rPr>
              <w:t>Notes</w:t>
            </w:r>
          </w:p>
        </w:tc>
      </w:tr>
      <w:tr>
        <w:trPr>
          <w:cantSplit/>
        </w:trPr>
        <w:tc>
          <w:tcPr>
            <w:tcW w:type="dxa" w:w="1483"/>
          </w:tcPr>
          <w:p>
            <w:pPr>
              <w:spacing w:after="0"/>
              <w:jc w:val="left"/>
            </w:pPr>
            <w:r>
              <w:rPr>
                <w:sz w:val="16"/>
              </w:rPr>
              <w:t>Powell County (unincorporated area)</w:t>
            </w:r>
          </w:p>
        </w:tc>
        <w:tc>
          <w:tcPr>
            <w:tcW w:type="dxa" w:w="1394"/>
          </w:tcPr>
          <w:p>
            <w:pPr>
              <w:spacing w:after="0"/>
              <w:jc w:val="left"/>
            </w:pPr>
            <w:r>
              <w:rPr>
                <w:sz w:val="16"/>
              </w:rPr>
              <w:t>Unincorporated</w:t>
            </w:r>
          </w:p>
        </w:tc>
        <w:tc>
          <w:tcPr>
            <w:tcW w:type="dxa" w:w="2259"/>
          </w:tcPr>
          <w:p>
            <w:pPr>
              <w:spacing w:after="0"/>
              <w:jc w:val="left"/>
            </w:pPr>
            <w:r>
              <w:rPr>
                <w:sz w:val="16"/>
              </w:rPr>
              <w:t>Approved, expires 2027-05-24</w:t>
            </w:r>
          </w:p>
        </w:tc>
        <w:tc>
          <w:tcPr>
            <w:tcW w:type="dxa" w:w="3121"/>
          </w:tcPr>
          <w:p>
            <w:pPr>
              <w:spacing w:after="0"/>
              <w:jc w:val="left"/>
            </w:pPr>
            <w:r>
              <w:rPr>
                <w:sz w:val="16"/>
              </w:rPr>
              <w:t>BlueGrass ADD Regional (FEMA plan 108257)</w:t>
            </w:r>
          </w:p>
        </w:tc>
        <w:tc>
          <w:tcPr>
            <w:tcW w:type="dxa" w:w="1037"/>
          </w:tcPr>
          <w:p>
            <w:pPr>
              <w:spacing w:after="0"/>
              <w:jc w:val="left"/>
            </w:pPr>
            <w:r>
              <w:rPr>
                <w:sz w:val="16"/>
              </w:rPr>
              <w:t>2022-05-25</w:t>
            </w:r>
          </w:p>
        </w:tc>
        <w:tc>
          <w:tcPr>
            <w:tcW w:type="dxa" w:w="1037"/>
          </w:tcPr>
          <w:p>
            <w:pPr>
              <w:spacing w:after="0"/>
              <w:jc w:val="left"/>
            </w:pPr>
            <w:r>
              <w:rPr>
                <w:sz w:val="16"/>
              </w:rPr>
              <w:t>2027-05-24</w:t>
            </w:r>
          </w:p>
        </w:tc>
        <w:tc>
          <w:tcPr>
            <w:tcW w:type="dxa" w:w="868"/>
          </w:tcPr>
          <w:p>
            <w:pPr>
              <w:spacing w:after="0"/>
              <w:jc w:val="right"/>
            </w:pPr>
            <w:r>
              <w:rPr>
                <w:sz w:val="16"/>
              </w:rPr>
              <w:t>236</w:t>
            </w:r>
          </w:p>
        </w:tc>
        <w:tc>
          <w:tcPr>
            <w:tcW w:type="dxa" w:w="2913"/>
          </w:tcPr>
          <w:p>
            <w:pPr>
              <w:spacing w:after="0"/>
              <w:jc w:val="left"/>
            </w:pPr>
            <w:r>
              <w:rPr>
                <w:sz w:val="16"/>
              </w:rPr>
              <w:t>this jurisdiction approved 2023-05-23</w:t>
            </w:r>
          </w:p>
        </w:tc>
      </w:tr>
      <w:tr>
        <w:trPr>
          <w:cantSplit/>
        </w:trPr>
        <w:tc>
          <w:tcPr>
            <w:tcW w:type="dxa" w:w="1483"/>
          </w:tcPr>
          <w:p>
            <w:pPr>
              <w:spacing w:after="0"/>
              <w:jc w:val="left"/>
            </w:pPr>
            <w:r>
              <w:rPr>
                <w:sz w:val="16"/>
              </w:rPr>
              <w:t>Clay City city</w:t>
            </w:r>
          </w:p>
        </w:tc>
        <w:tc>
          <w:tcPr>
            <w:tcW w:type="dxa" w:w="1394"/>
          </w:tcPr>
          <w:p>
            <w:pPr>
              <w:spacing w:after="0"/>
              <w:jc w:val="left"/>
            </w:pPr>
            <w:r>
              <w:rPr>
                <w:sz w:val="16"/>
              </w:rPr>
              <w:t>City</w:t>
            </w:r>
          </w:p>
        </w:tc>
        <w:tc>
          <w:tcPr>
            <w:tcW w:type="dxa" w:w="2259"/>
          </w:tcPr>
          <w:p>
            <w:pPr>
              <w:spacing w:after="0"/>
              <w:jc w:val="left"/>
            </w:pPr>
            <w:r>
              <w:rPr>
                <w:sz w:val="16"/>
              </w:rPr>
              <w:t>Approved, expires 2027-05-24</w:t>
            </w:r>
          </w:p>
        </w:tc>
        <w:tc>
          <w:tcPr>
            <w:tcW w:type="dxa" w:w="3121"/>
          </w:tcPr>
          <w:p>
            <w:pPr>
              <w:spacing w:after="0"/>
              <w:jc w:val="left"/>
            </w:pPr>
            <w:r>
              <w:rPr>
                <w:sz w:val="16"/>
              </w:rPr>
              <w:t>BlueGrass ADD Regional (FEMA plan 108257)</w:t>
            </w:r>
          </w:p>
        </w:tc>
        <w:tc>
          <w:tcPr>
            <w:tcW w:type="dxa" w:w="1037"/>
          </w:tcPr>
          <w:p>
            <w:pPr>
              <w:spacing w:after="0"/>
              <w:jc w:val="left"/>
            </w:pPr>
            <w:r>
              <w:rPr>
                <w:sz w:val="16"/>
              </w:rPr>
              <w:t>2022-05-25</w:t>
            </w:r>
          </w:p>
        </w:tc>
        <w:tc>
          <w:tcPr>
            <w:tcW w:type="dxa" w:w="1037"/>
          </w:tcPr>
          <w:p>
            <w:pPr>
              <w:spacing w:after="0"/>
              <w:jc w:val="left"/>
            </w:pPr>
            <w:r>
              <w:rPr>
                <w:sz w:val="16"/>
              </w:rPr>
              <w:t>2027-05-24</w:t>
            </w:r>
          </w:p>
        </w:tc>
        <w:tc>
          <w:tcPr>
            <w:tcW w:type="dxa" w:w="868"/>
          </w:tcPr>
          <w:p>
            <w:pPr>
              <w:spacing w:after="0"/>
              <w:jc w:val="right"/>
            </w:pPr>
            <w:r>
              <w:rPr>
                <w:sz w:val="16"/>
              </w:rPr>
              <w:t>236</w:t>
            </w:r>
          </w:p>
        </w:tc>
        <w:tc>
          <w:tcPr>
            <w:tcW w:type="dxa" w:w="2913"/>
          </w:tcPr>
          <w:p>
            <w:pPr>
              <w:spacing w:after="0"/>
              <w:jc w:val="left"/>
            </w:pPr>
            <w:r>
              <w:rPr>
                <w:sz w:val="16"/>
              </w:rPr>
              <w:t>this jurisdiction approved 2023-04-28</w:t>
            </w:r>
          </w:p>
        </w:tc>
      </w:tr>
      <w:tr>
        <w:trPr>
          <w:cantSplit/>
        </w:trPr>
        <w:tc>
          <w:tcPr>
            <w:tcW w:type="dxa" w:w="1483"/>
          </w:tcPr>
          <w:p>
            <w:pPr>
              <w:spacing w:after="0"/>
              <w:jc w:val="left"/>
            </w:pPr>
            <w:r>
              <w:rPr>
                <w:sz w:val="16"/>
              </w:rPr>
              <w:t>Stanton city</w:t>
            </w:r>
          </w:p>
        </w:tc>
        <w:tc>
          <w:tcPr>
            <w:tcW w:type="dxa" w:w="1394"/>
          </w:tcPr>
          <w:p>
            <w:pPr>
              <w:spacing w:after="0"/>
              <w:jc w:val="left"/>
            </w:pPr>
            <w:r>
              <w:rPr>
                <w:sz w:val="16"/>
              </w:rPr>
              <w:t>City</w:t>
            </w:r>
          </w:p>
        </w:tc>
        <w:tc>
          <w:tcPr>
            <w:tcW w:type="dxa" w:w="2259"/>
          </w:tcPr>
          <w:p>
            <w:pPr>
              <w:spacing w:after="0"/>
              <w:jc w:val="left"/>
            </w:pPr>
            <w:r>
              <w:rPr>
                <w:sz w:val="16"/>
              </w:rPr>
              <w:t>Approved, expires 2027-05-24</w:t>
            </w:r>
          </w:p>
        </w:tc>
        <w:tc>
          <w:tcPr>
            <w:tcW w:type="dxa" w:w="3121"/>
          </w:tcPr>
          <w:p>
            <w:pPr>
              <w:spacing w:after="0"/>
              <w:jc w:val="left"/>
            </w:pPr>
            <w:r>
              <w:rPr>
                <w:sz w:val="16"/>
              </w:rPr>
              <w:t>BlueGrass ADD Regional (FEMA plan 108257)</w:t>
            </w:r>
          </w:p>
        </w:tc>
        <w:tc>
          <w:tcPr>
            <w:tcW w:type="dxa" w:w="1037"/>
          </w:tcPr>
          <w:p>
            <w:pPr>
              <w:spacing w:after="0"/>
              <w:jc w:val="left"/>
            </w:pPr>
            <w:r>
              <w:rPr>
                <w:sz w:val="16"/>
              </w:rPr>
              <w:t>2022-05-25</w:t>
            </w:r>
          </w:p>
        </w:tc>
        <w:tc>
          <w:tcPr>
            <w:tcW w:type="dxa" w:w="1037"/>
          </w:tcPr>
          <w:p>
            <w:pPr>
              <w:spacing w:after="0"/>
              <w:jc w:val="left"/>
            </w:pPr>
            <w:r>
              <w:rPr>
                <w:sz w:val="16"/>
              </w:rPr>
              <w:t>2027-05-24</w:t>
            </w:r>
          </w:p>
        </w:tc>
        <w:tc>
          <w:tcPr>
            <w:tcW w:type="dxa" w:w="868"/>
          </w:tcPr>
          <w:p>
            <w:pPr>
              <w:spacing w:after="0"/>
              <w:jc w:val="right"/>
            </w:pPr>
            <w:r>
              <w:rPr>
                <w:sz w:val="16"/>
              </w:rPr>
              <w:t>236</w:t>
            </w:r>
          </w:p>
        </w:tc>
        <w:tc>
          <w:tcPr>
            <w:tcW w:type="dxa" w:w="2913"/>
          </w:tcPr>
          <w:p>
            <w:pPr>
              <w:spacing w:after="0"/>
              <w:jc w:val="left"/>
            </w:pPr>
            <w:r>
              <w:rPr>
                <w:sz w:val="16"/>
              </w:rPr>
              <w:t>this jurisdiction approved 2023-05-23</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108257 covers 44 other participants,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5"/>
        <w:gridCol w:w="1037"/>
        <w:gridCol w:w="1232"/>
        <w:gridCol w:w="1232"/>
        <w:gridCol w:w="1037"/>
        <w:gridCol w:w="1126"/>
        <w:gridCol w:w="1522"/>
        <w:gridCol w:w="1134"/>
        <w:gridCol w:w="1720"/>
        <w:gridCol w:w="3378"/>
      </w:tblGrid>
      <w:tr>
        <w:trPr>
          <w:cantSplit/>
          <w:tblHeader/>
        </w:trPr>
        <w:tc>
          <w:tcPr>
            <w:tcW w:type="dxa" w:w="695"/>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32"/>
            <w:shd w:val="clear" w:color="auto" w:fill="E8E8E8"/>
          </w:tcPr>
          <w:p>
            <w:pPr>
              <w:spacing w:after="0"/>
              <w:jc w:val="left"/>
            </w:pPr>
            <w:r>
              <w:rPr>
                <w:b/>
                <w:sz w:val="16"/>
              </w:rPr>
              <w:t>NRI risk rating</w:t>
            </w:r>
          </w:p>
        </w:tc>
        <w:tc>
          <w:tcPr>
            <w:tcW w:type="dxa" w:w="1232"/>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22"/>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34"/>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720"/>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378"/>
            <w:shd w:val="clear" w:color="auto" w:fill="E8E8E8"/>
          </w:tcPr>
          <w:p>
            <w:pPr>
              <w:spacing w:after="0"/>
              <w:jc w:val="left"/>
            </w:pPr>
            <w:r>
              <w:rPr>
                <w:b/>
                <w:sz w:val="16"/>
              </w:rPr>
              <w:t>Storm Events coverage note</w:t>
            </w:r>
          </w:p>
        </w:tc>
      </w:tr>
      <w:tr>
        <w:trPr>
          <w:cantSplit/>
        </w:trPr>
        <w:tc>
          <w:tcPr>
            <w:tcW w:type="dxa" w:w="695"/>
          </w:tcPr>
          <w:p>
            <w:pPr>
              <w:spacing w:after="0"/>
              <w:jc w:val="right"/>
            </w:pPr>
            <w:r>
              <w:rPr>
                <w:sz w:val="16"/>
              </w:rPr>
              <w:t>1</w:t>
            </w:r>
          </w:p>
        </w:tc>
        <w:tc>
          <w:tcPr>
            <w:tcW w:type="dxa" w:w="1037"/>
          </w:tcPr>
          <w:p>
            <w:pPr>
              <w:spacing w:after="0"/>
              <w:jc w:val="left"/>
            </w:pPr>
            <w:r>
              <w:rPr>
                <w:sz w:val="16"/>
              </w:rPr>
              <w:t>Inland Flooding</w:t>
            </w:r>
          </w:p>
        </w:tc>
        <w:tc>
          <w:tcPr>
            <w:tcW w:type="dxa" w:w="1232"/>
          </w:tcPr>
          <w:p>
            <w:pPr>
              <w:spacing w:after="0"/>
              <w:jc w:val="left"/>
            </w:pPr>
            <w:r>
              <w:rPr>
                <w:sz w:val="16"/>
              </w:rPr>
              <w:t>Relatively Low</w:t>
            </w:r>
          </w:p>
        </w:tc>
        <w:tc>
          <w:tcPr>
            <w:tcW w:type="dxa" w:w="1232"/>
          </w:tcPr>
          <w:p>
            <w:pPr>
              <w:spacing w:after="0"/>
              <w:jc w:val="left"/>
            </w:pPr>
            <w:r>
              <w:rPr>
                <w:sz w:val="16"/>
              </w:rPr>
              <w:t>Relatively Low</w:t>
            </w:r>
          </w:p>
        </w:tc>
        <w:tc>
          <w:tcPr>
            <w:tcW w:type="dxa" w:w="1037"/>
          </w:tcPr>
          <w:p>
            <w:pPr>
              <w:spacing w:after="0"/>
              <w:jc w:val="right"/>
            </w:pPr>
            <w:r>
              <w:rPr>
                <w:sz w:val="16"/>
              </w:rPr>
              <w:t>$4,481,057</w:t>
            </w:r>
          </w:p>
        </w:tc>
        <w:tc>
          <w:tcPr>
            <w:tcW w:type="dxa" w:w="1126"/>
          </w:tcPr>
          <w:p>
            <w:pPr>
              <w:spacing w:after="0"/>
              <w:jc w:val="right"/>
            </w:pPr>
            <w:r>
              <w:rPr>
                <w:sz w:val="16"/>
              </w:rPr>
              <w:t>$45,732</w:t>
            </w:r>
          </w:p>
        </w:tc>
        <w:tc>
          <w:tcPr>
            <w:tcW w:type="dxa" w:w="1522"/>
          </w:tcPr>
          <w:p>
            <w:pPr>
              <w:spacing w:after="0"/>
              <w:jc w:val="right"/>
            </w:pPr>
            <w:r>
              <w:rPr>
                <w:sz w:val="16"/>
              </w:rPr>
              <w:t>$71,024</w:t>
            </w:r>
          </w:p>
        </w:tc>
        <w:tc>
          <w:tcPr>
            <w:tcW w:type="dxa" w:w="1134"/>
          </w:tcPr>
          <w:p>
            <w:pPr>
              <w:spacing w:after="0"/>
              <w:jc w:val="right"/>
            </w:pPr>
            <w:r>
              <w:rPr>
                <w:sz w:val="16"/>
              </w:rPr>
              <w:t>$4,597,814</w:t>
            </w:r>
          </w:p>
        </w:tc>
        <w:tc>
          <w:tcPr>
            <w:tcW w:type="dxa" w:w="1720"/>
          </w:tcPr>
          <w:p>
            <w:pPr>
              <w:spacing w:after="0"/>
              <w:jc w:val="right"/>
            </w:pPr>
            <w:r>
              <w:rPr>
                <w:sz w:val="16"/>
              </w:rPr>
              <w:t>120</w:t>
            </w:r>
          </w:p>
        </w:tc>
        <w:tc>
          <w:tcPr>
            <w:tcW w:type="dxa" w:w="3378"/>
          </w:tcPr>
          <w:p>
            <w:pPr>
              <w:spacing w:after="0"/>
              <w:jc w:val="left"/>
            </w:pPr>
          </w:p>
        </w:tc>
      </w:tr>
      <w:tr>
        <w:trPr>
          <w:cantSplit/>
        </w:trPr>
        <w:tc>
          <w:tcPr>
            <w:tcW w:type="dxa" w:w="695"/>
          </w:tcPr>
          <w:p>
            <w:pPr>
              <w:spacing w:after="0"/>
              <w:jc w:val="right"/>
            </w:pPr>
            <w:r>
              <w:rPr>
                <w:sz w:val="16"/>
              </w:rPr>
              <w:t>2</w:t>
            </w:r>
          </w:p>
        </w:tc>
        <w:tc>
          <w:tcPr>
            <w:tcW w:type="dxa" w:w="1037"/>
          </w:tcPr>
          <w:p>
            <w:pPr>
              <w:spacing w:after="0"/>
              <w:jc w:val="left"/>
            </w:pPr>
            <w:r>
              <w:rPr>
                <w:sz w:val="16"/>
              </w:rPr>
              <w:t>Strong Wind</w:t>
            </w:r>
          </w:p>
        </w:tc>
        <w:tc>
          <w:tcPr>
            <w:tcW w:type="dxa" w:w="1232"/>
          </w:tcPr>
          <w:p>
            <w:pPr>
              <w:spacing w:after="0"/>
              <w:jc w:val="left"/>
            </w:pPr>
            <w:r>
              <w:rPr>
                <w:sz w:val="16"/>
              </w:rPr>
              <w:t>Relatively Moderate</w:t>
            </w:r>
          </w:p>
        </w:tc>
        <w:tc>
          <w:tcPr>
            <w:tcW w:type="dxa" w:w="1232"/>
          </w:tcPr>
          <w:p>
            <w:pPr>
              <w:spacing w:after="0"/>
              <w:jc w:val="left"/>
            </w:pPr>
            <w:r>
              <w:rPr>
                <w:sz w:val="16"/>
              </w:rPr>
              <w:t>Relatively Moderate</w:t>
            </w:r>
          </w:p>
        </w:tc>
        <w:tc>
          <w:tcPr>
            <w:tcW w:type="dxa" w:w="1037"/>
          </w:tcPr>
          <w:p>
            <w:pPr>
              <w:spacing w:after="0"/>
              <w:jc w:val="right"/>
            </w:pPr>
            <w:r>
              <w:rPr>
                <w:sz w:val="16"/>
              </w:rPr>
              <w:t>$86,492</w:t>
            </w:r>
          </w:p>
        </w:tc>
        <w:tc>
          <w:tcPr>
            <w:tcW w:type="dxa" w:w="1126"/>
          </w:tcPr>
          <w:p>
            <w:pPr>
              <w:spacing w:after="0"/>
              <w:jc w:val="right"/>
            </w:pPr>
            <w:r>
              <w:rPr>
                <w:sz w:val="16"/>
              </w:rPr>
              <w:t>$5,854</w:t>
            </w:r>
          </w:p>
        </w:tc>
        <w:tc>
          <w:tcPr>
            <w:tcW w:type="dxa" w:w="1522"/>
          </w:tcPr>
          <w:p>
            <w:pPr>
              <w:spacing w:after="0"/>
              <w:jc w:val="right"/>
            </w:pPr>
            <w:r>
              <w:rPr>
                <w:sz w:val="16"/>
              </w:rPr>
              <w:t>$695,763</w:t>
            </w:r>
          </w:p>
        </w:tc>
        <w:tc>
          <w:tcPr>
            <w:tcW w:type="dxa" w:w="1134"/>
          </w:tcPr>
          <w:p>
            <w:pPr>
              <w:spacing w:after="0"/>
              <w:jc w:val="right"/>
            </w:pPr>
            <w:r>
              <w:rPr>
                <w:sz w:val="16"/>
              </w:rPr>
              <w:t>$788,108</w:t>
            </w:r>
          </w:p>
        </w:tc>
        <w:tc>
          <w:tcPr>
            <w:tcW w:type="dxa" w:w="1720"/>
          </w:tcPr>
          <w:p>
            <w:pPr>
              <w:spacing w:after="0"/>
              <w:jc w:val="right"/>
            </w:pPr>
            <w:r>
              <w:rPr>
                <w:sz w:val="16"/>
              </w:rPr>
              <w:t>208</w:t>
            </w:r>
          </w:p>
        </w:tc>
        <w:tc>
          <w:tcPr>
            <w:tcW w:type="dxa" w:w="3378"/>
          </w:tcPr>
          <w:p>
            <w:pPr>
              <w:spacing w:after="0"/>
              <w:jc w:val="left"/>
            </w:pPr>
            <w:r>
              <w:rPr>
                <w:sz w:val="16"/>
              </w:rPr>
              <w:t>Includes 7 High Wind and 3 Strong Wind records (NOAA non-thunderstorm wind types, outside NRI's Strong Wind definition).</w:t>
            </w:r>
          </w:p>
        </w:tc>
      </w:tr>
      <w:tr>
        <w:trPr>
          <w:cantSplit/>
        </w:trPr>
        <w:tc>
          <w:tcPr>
            <w:tcW w:type="dxa" w:w="695"/>
          </w:tcPr>
          <w:p>
            <w:pPr>
              <w:spacing w:after="0"/>
              <w:jc w:val="right"/>
            </w:pPr>
            <w:r>
              <w:rPr>
                <w:sz w:val="16"/>
              </w:rPr>
              <w:t>3</w:t>
            </w:r>
          </w:p>
        </w:tc>
        <w:tc>
          <w:tcPr>
            <w:tcW w:type="dxa" w:w="1037"/>
          </w:tcPr>
          <w:p>
            <w:pPr>
              <w:spacing w:after="0"/>
              <w:jc w:val="left"/>
            </w:pPr>
            <w:r>
              <w:rPr>
                <w:sz w:val="16"/>
              </w:rPr>
              <w:t>Tornado</w:t>
            </w:r>
          </w:p>
        </w:tc>
        <w:tc>
          <w:tcPr>
            <w:tcW w:type="dxa" w:w="1232"/>
          </w:tcPr>
          <w:p>
            <w:pPr>
              <w:spacing w:after="0"/>
              <w:jc w:val="left"/>
            </w:pPr>
            <w:r>
              <w:rPr>
                <w:sz w:val="16"/>
              </w:rPr>
              <w:t>Relatively Low</w:t>
            </w:r>
          </w:p>
        </w:tc>
        <w:tc>
          <w:tcPr>
            <w:tcW w:type="dxa" w:w="1232"/>
          </w:tcPr>
          <w:p>
            <w:pPr>
              <w:spacing w:after="0"/>
              <w:jc w:val="left"/>
            </w:pPr>
            <w:r>
              <w:rPr>
                <w:sz w:val="16"/>
              </w:rPr>
              <w:t>Relatively Low</w:t>
            </w:r>
          </w:p>
        </w:tc>
        <w:tc>
          <w:tcPr>
            <w:tcW w:type="dxa" w:w="1037"/>
          </w:tcPr>
          <w:p>
            <w:pPr>
              <w:spacing w:after="0"/>
              <w:jc w:val="right"/>
            </w:pPr>
            <w:r>
              <w:rPr>
                <w:sz w:val="16"/>
              </w:rPr>
              <w:t>$160,095</w:t>
            </w:r>
          </w:p>
        </w:tc>
        <w:tc>
          <w:tcPr>
            <w:tcW w:type="dxa" w:w="1126"/>
          </w:tcPr>
          <w:p>
            <w:pPr>
              <w:spacing w:after="0"/>
              <w:jc w:val="right"/>
            </w:pPr>
            <w:r>
              <w:rPr>
                <w:sz w:val="16"/>
              </w:rPr>
              <w:t>$75</w:t>
            </w:r>
          </w:p>
        </w:tc>
        <w:tc>
          <w:tcPr>
            <w:tcW w:type="dxa" w:w="1522"/>
          </w:tcPr>
          <w:p>
            <w:pPr>
              <w:spacing w:after="0"/>
              <w:jc w:val="right"/>
            </w:pPr>
            <w:r>
              <w:rPr>
                <w:sz w:val="16"/>
              </w:rPr>
              <w:t>$340,689</w:t>
            </w:r>
          </w:p>
        </w:tc>
        <w:tc>
          <w:tcPr>
            <w:tcW w:type="dxa" w:w="1134"/>
          </w:tcPr>
          <w:p>
            <w:pPr>
              <w:spacing w:after="0"/>
              <w:jc w:val="right"/>
            </w:pPr>
            <w:r>
              <w:rPr>
                <w:sz w:val="16"/>
              </w:rPr>
              <w:t>$500,859</w:t>
            </w:r>
          </w:p>
        </w:tc>
        <w:tc>
          <w:tcPr>
            <w:tcW w:type="dxa" w:w="1720"/>
          </w:tcPr>
          <w:p>
            <w:pPr>
              <w:spacing w:after="0"/>
              <w:jc w:val="right"/>
            </w:pPr>
            <w:r>
              <w:rPr>
                <w:sz w:val="16"/>
              </w:rPr>
              <w:t>3</w:t>
            </w:r>
          </w:p>
        </w:tc>
        <w:tc>
          <w:tcPr>
            <w:tcW w:type="dxa" w:w="3378"/>
          </w:tcPr>
          <w:p>
            <w:pPr>
              <w:spacing w:after="0"/>
              <w:jc w:val="left"/>
            </w:pPr>
          </w:p>
        </w:tc>
      </w:tr>
      <w:tr>
        <w:trPr>
          <w:cantSplit/>
        </w:trPr>
        <w:tc>
          <w:tcPr>
            <w:tcW w:type="dxa" w:w="695"/>
          </w:tcPr>
          <w:p>
            <w:pPr>
              <w:spacing w:after="0"/>
              <w:jc w:val="right"/>
            </w:pPr>
            <w:r>
              <w:rPr>
                <w:sz w:val="16"/>
              </w:rPr>
              <w:t>4</w:t>
            </w:r>
          </w:p>
        </w:tc>
        <w:tc>
          <w:tcPr>
            <w:tcW w:type="dxa" w:w="1037"/>
          </w:tcPr>
          <w:p>
            <w:pPr>
              <w:spacing w:after="0"/>
              <w:jc w:val="left"/>
            </w:pPr>
            <w:r>
              <w:rPr>
                <w:sz w:val="16"/>
              </w:rPr>
              <w:t>Cold Wave</w:t>
            </w:r>
          </w:p>
        </w:tc>
        <w:tc>
          <w:tcPr>
            <w:tcW w:type="dxa" w:w="1232"/>
          </w:tcPr>
          <w:p>
            <w:pPr>
              <w:spacing w:after="0"/>
              <w:jc w:val="left"/>
            </w:pPr>
            <w:r>
              <w:rPr>
                <w:sz w:val="16"/>
              </w:rPr>
              <w:t>Relatively Low</w:t>
            </w:r>
          </w:p>
        </w:tc>
        <w:tc>
          <w:tcPr>
            <w:tcW w:type="dxa" w:w="1232"/>
          </w:tcPr>
          <w:p>
            <w:pPr>
              <w:spacing w:after="0"/>
              <w:jc w:val="left"/>
            </w:pPr>
            <w:r>
              <w:rPr>
                <w:sz w:val="16"/>
              </w:rPr>
              <w:t>Relatively Low</w:t>
            </w:r>
          </w:p>
        </w:tc>
        <w:tc>
          <w:tcPr>
            <w:tcW w:type="dxa" w:w="1037"/>
          </w:tcPr>
          <w:p>
            <w:pPr>
              <w:spacing w:after="0"/>
              <w:jc w:val="right"/>
            </w:pPr>
            <w:r>
              <w:rPr>
                <w:sz w:val="16"/>
              </w:rPr>
              <w:t>$539</w:t>
            </w:r>
          </w:p>
        </w:tc>
        <w:tc>
          <w:tcPr>
            <w:tcW w:type="dxa" w:w="1126"/>
          </w:tcPr>
          <w:p>
            <w:pPr>
              <w:spacing w:after="0"/>
              <w:jc w:val="right"/>
            </w:pPr>
            <w:r>
              <w:rPr>
                <w:sz w:val="16"/>
              </w:rPr>
              <w:t>$1,835</w:t>
            </w:r>
          </w:p>
        </w:tc>
        <w:tc>
          <w:tcPr>
            <w:tcW w:type="dxa" w:w="1522"/>
          </w:tcPr>
          <w:p>
            <w:pPr>
              <w:spacing w:after="0"/>
              <w:jc w:val="right"/>
            </w:pPr>
            <w:r>
              <w:rPr>
                <w:sz w:val="16"/>
              </w:rPr>
              <w:t>$330,083</w:t>
            </w:r>
          </w:p>
        </w:tc>
        <w:tc>
          <w:tcPr>
            <w:tcW w:type="dxa" w:w="1134"/>
          </w:tcPr>
          <w:p>
            <w:pPr>
              <w:spacing w:after="0"/>
              <w:jc w:val="right"/>
            </w:pPr>
            <w:r>
              <w:rPr>
                <w:sz w:val="16"/>
              </w:rPr>
              <w:t>$332,457</w:t>
            </w:r>
          </w:p>
        </w:tc>
        <w:tc>
          <w:tcPr>
            <w:tcW w:type="dxa" w:w="1720"/>
          </w:tcPr>
          <w:p>
            <w:pPr>
              <w:spacing w:after="0"/>
              <w:jc w:val="right"/>
            </w:pPr>
            <w:r>
              <w:rPr>
                <w:sz w:val="16"/>
              </w:rPr>
              <w:t>12</w:t>
            </w:r>
          </w:p>
        </w:tc>
        <w:tc>
          <w:tcPr>
            <w:tcW w:type="dxa" w:w="3378"/>
          </w:tcPr>
          <w:p>
            <w:pPr>
              <w:spacing w:after="0"/>
              <w:jc w:val="left"/>
            </w:pPr>
            <w:r>
              <w:rPr>
                <w:sz w:val="16"/>
              </w:rPr>
              <w:t>Includes 12 Frost/Freeze records (outside NRI's Cold Wave definition; counted in this table and in B1-d, not in the B1-e descriptor).</w:t>
            </w:r>
          </w:p>
        </w:tc>
      </w:tr>
      <w:tr>
        <w:trPr>
          <w:cantSplit/>
        </w:trPr>
        <w:tc>
          <w:tcPr>
            <w:tcW w:type="dxa" w:w="695"/>
          </w:tcPr>
          <w:p>
            <w:pPr>
              <w:spacing w:after="0"/>
              <w:jc w:val="right"/>
            </w:pPr>
            <w:r>
              <w:rPr>
                <w:sz w:val="16"/>
              </w:rPr>
              <w:t>5</w:t>
            </w:r>
          </w:p>
        </w:tc>
        <w:tc>
          <w:tcPr>
            <w:tcW w:type="dxa" w:w="1037"/>
          </w:tcPr>
          <w:p>
            <w:pPr>
              <w:spacing w:after="0"/>
              <w:jc w:val="left"/>
            </w:pPr>
            <w:r>
              <w:rPr>
                <w:sz w:val="16"/>
              </w:rPr>
              <w:t>Lightning</w:t>
            </w:r>
          </w:p>
        </w:tc>
        <w:tc>
          <w:tcPr>
            <w:tcW w:type="dxa" w:w="1232"/>
          </w:tcPr>
          <w:p>
            <w:pPr>
              <w:spacing w:after="0"/>
              <w:jc w:val="left"/>
            </w:pPr>
            <w:r>
              <w:rPr>
                <w:sz w:val="16"/>
              </w:rPr>
              <w:t>Relatively Low</w:t>
            </w:r>
          </w:p>
        </w:tc>
        <w:tc>
          <w:tcPr>
            <w:tcW w:type="dxa" w:w="1232"/>
          </w:tcPr>
          <w:p>
            <w:pPr>
              <w:spacing w:after="0"/>
              <w:jc w:val="left"/>
            </w:pPr>
            <w:r>
              <w:rPr>
                <w:sz w:val="16"/>
              </w:rPr>
              <w:t>Relatively Low</w:t>
            </w:r>
          </w:p>
        </w:tc>
        <w:tc>
          <w:tcPr>
            <w:tcW w:type="dxa" w:w="1037"/>
          </w:tcPr>
          <w:p>
            <w:pPr>
              <w:spacing w:after="0"/>
              <w:jc w:val="right"/>
            </w:pPr>
            <w:r>
              <w:rPr>
                <w:sz w:val="16"/>
              </w:rPr>
              <w:t>$3,382</w:t>
            </w:r>
          </w:p>
        </w:tc>
        <w:tc>
          <w:tcPr>
            <w:tcW w:type="dxa" w:w="1126"/>
          </w:tcPr>
          <w:p>
            <w:pPr>
              <w:spacing w:after="0"/>
              <w:jc w:val="right"/>
            </w:pPr>
            <w:r>
              <w:rPr>
                <w:sz w:val="16"/>
              </w:rPr>
              <w:t>n/a</w:t>
            </w:r>
          </w:p>
        </w:tc>
        <w:tc>
          <w:tcPr>
            <w:tcW w:type="dxa" w:w="1522"/>
          </w:tcPr>
          <w:p>
            <w:pPr>
              <w:spacing w:after="0"/>
              <w:jc w:val="right"/>
            </w:pPr>
            <w:r>
              <w:rPr>
                <w:sz w:val="16"/>
              </w:rPr>
              <w:t>$117,768</w:t>
            </w:r>
          </w:p>
        </w:tc>
        <w:tc>
          <w:tcPr>
            <w:tcW w:type="dxa" w:w="1134"/>
          </w:tcPr>
          <w:p>
            <w:pPr>
              <w:spacing w:after="0"/>
              <w:jc w:val="right"/>
            </w:pPr>
            <w:r>
              <w:rPr>
                <w:sz w:val="16"/>
              </w:rPr>
              <w:t>$121,149</w:t>
            </w:r>
          </w:p>
        </w:tc>
        <w:tc>
          <w:tcPr>
            <w:tcW w:type="dxa" w:w="1720"/>
          </w:tcPr>
          <w:p>
            <w:pPr>
              <w:spacing w:after="0"/>
              <w:jc w:val="right"/>
            </w:pPr>
            <w:r>
              <w:rPr>
                <w:sz w:val="16"/>
              </w:rPr>
              <w:t>3</w:t>
            </w:r>
          </w:p>
        </w:tc>
        <w:tc>
          <w:tcPr>
            <w:tcW w:type="dxa" w:w="3378"/>
          </w:tcPr>
          <w:p>
            <w:pPr>
              <w:spacing w:after="0"/>
              <w:jc w:val="left"/>
            </w:pPr>
          </w:p>
        </w:tc>
      </w:tr>
      <w:tr>
        <w:trPr>
          <w:cantSplit/>
        </w:trPr>
        <w:tc>
          <w:tcPr>
            <w:tcW w:type="dxa" w:w="695"/>
          </w:tcPr>
          <w:p>
            <w:pPr>
              <w:spacing w:after="0"/>
              <w:jc w:val="right"/>
            </w:pPr>
            <w:r>
              <w:rPr>
                <w:sz w:val="16"/>
              </w:rPr>
              <w:t>6</w:t>
            </w:r>
          </w:p>
        </w:tc>
        <w:tc>
          <w:tcPr>
            <w:tcW w:type="dxa" w:w="1037"/>
          </w:tcPr>
          <w:p>
            <w:pPr>
              <w:spacing w:after="0"/>
              <w:jc w:val="left"/>
            </w:pPr>
            <w:r>
              <w:rPr>
                <w:sz w:val="16"/>
              </w:rPr>
              <w:t>Heat Wave</w:t>
            </w:r>
          </w:p>
        </w:tc>
        <w:tc>
          <w:tcPr>
            <w:tcW w:type="dxa" w:w="1232"/>
          </w:tcPr>
          <w:p>
            <w:pPr>
              <w:spacing w:after="0"/>
              <w:jc w:val="left"/>
            </w:pPr>
            <w:r>
              <w:rPr>
                <w:sz w:val="16"/>
              </w:rPr>
              <w:t>Very Low</w:t>
            </w:r>
          </w:p>
        </w:tc>
        <w:tc>
          <w:tcPr>
            <w:tcW w:type="dxa" w:w="1232"/>
          </w:tcPr>
          <w:p>
            <w:pPr>
              <w:spacing w:after="0"/>
              <w:jc w:val="left"/>
            </w:pPr>
            <w:r>
              <w:rPr>
                <w:sz w:val="16"/>
              </w:rPr>
              <w:t>Very Low</w:t>
            </w:r>
          </w:p>
        </w:tc>
        <w:tc>
          <w:tcPr>
            <w:tcW w:type="dxa" w:w="1037"/>
          </w:tcPr>
          <w:p>
            <w:pPr>
              <w:spacing w:after="0"/>
              <w:jc w:val="right"/>
            </w:pPr>
            <w:r>
              <w:rPr>
                <w:sz w:val="16"/>
              </w:rPr>
              <w:t>$5</w:t>
            </w:r>
          </w:p>
        </w:tc>
        <w:tc>
          <w:tcPr>
            <w:tcW w:type="dxa" w:w="1126"/>
          </w:tcPr>
          <w:p>
            <w:pPr>
              <w:spacing w:after="0"/>
              <w:jc w:val="right"/>
            </w:pPr>
            <w:r>
              <w:rPr>
                <w:sz w:val="16"/>
              </w:rPr>
              <w:t>$3</w:t>
            </w:r>
          </w:p>
        </w:tc>
        <w:tc>
          <w:tcPr>
            <w:tcW w:type="dxa" w:w="1522"/>
          </w:tcPr>
          <w:p>
            <w:pPr>
              <w:spacing w:after="0"/>
              <w:jc w:val="right"/>
            </w:pPr>
            <w:r>
              <w:rPr>
                <w:sz w:val="16"/>
              </w:rPr>
              <w:t>$101,198</w:t>
            </w:r>
          </w:p>
        </w:tc>
        <w:tc>
          <w:tcPr>
            <w:tcW w:type="dxa" w:w="1134"/>
          </w:tcPr>
          <w:p>
            <w:pPr>
              <w:spacing w:after="0"/>
              <w:jc w:val="right"/>
            </w:pPr>
            <w:r>
              <w:rPr>
                <w:sz w:val="16"/>
              </w:rPr>
              <w:t>$101,205</w:t>
            </w:r>
          </w:p>
        </w:tc>
        <w:tc>
          <w:tcPr>
            <w:tcW w:type="dxa" w:w="1720"/>
          </w:tcPr>
          <w:p>
            <w:pPr>
              <w:spacing w:after="0"/>
              <w:jc w:val="right"/>
            </w:pPr>
            <w:r>
              <w:rPr>
                <w:sz w:val="16"/>
              </w:rPr>
              <w:t>6</w:t>
            </w:r>
          </w:p>
        </w:tc>
        <w:tc>
          <w:tcPr>
            <w:tcW w:type="dxa" w:w="3378"/>
          </w:tcPr>
          <w:p>
            <w:pPr>
              <w:spacing w:after="0"/>
              <w:jc w:val="left"/>
            </w:pPr>
          </w:p>
        </w:tc>
      </w:tr>
      <w:tr>
        <w:trPr>
          <w:cantSplit/>
        </w:trPr>
        <w:tc>
          <w:tcPr>
            <w:tcW w:type="dxa" w:w="695"/>
          </w:tcPr>
          <w:p>
            <w:pPr>
              <w:spacing w:after="0"/>
              <w:jc w:val="right"/>
            </w:pPr>
            <w:r>
              <w:rPr>
                <w:sz w:val="16"/>
              </w:rPr>
              <w:t>7</w:t>
            </w:r>
          </w:p>
        </w:tc>
        <w:tc>
          <w:tcPr>
            <w:tcW w:type="dxa" w:w="1037"/>
          </w:tcPr>
          <w:p>
            <w:pPr>
              <w:spacing w:after="0"/>
              <w:jc w:val="left"/>
            </w:pPr>
            <w:r>
              <w:rPr>
                <w:sz w:val="16"/>
              </w:rPr>
              <w:t>Hail</w:t>
            </w:r>
          </w:p>
        </w:tc>
        <w:tc>
          <w:tcPr>
            <w:tcW w:type="dxa" w:w="1232"/>
          </w:tcPr>
          <w:p>
            <w:pPr>
              <w:spacing w:after="0"/>
              <w:jc w:val="left"/>
            </w:pPr>
            <w:r>
              <w:rPr>
                <w:sz w:val="16"/>
              </w:rPr>
              <w:t>Relatively Low</w:t>
            </w:r>
          </w:p>
        </w:tc>
        <w:tc>
          <w:tcPr>
            <w:tcW w:type="dxa" w:w="1232"/>
          </w:tcPr>
          <w:p>
            <w:pPr>
              <w:spacing w:after="0"/>
              <w:jc w:val="left"/>
            </w:pPr>
            <w:r>
              <w:rPr>
                <w:sz w:val="16"/>
              </w:rPr>
              <w:t>Very Low</w:t>
            </w:r>
          </w:p>
        </w:tc>
        <w:tc>
          <w:tcPr>
            <w:tcW w:type="dxa" w:w="1037"/>
          </w:tcPr>
          <w:p>
            <w:pPr>
              <w:spacing w:after="0"/>
              <w:jc w:val="right"/>
            </w:pPr>
            <w:r>
              <w:rPr>
                <w:sz w:val="16"/>
              </w:rPr>
              <w:t>$83,670</w:t>
            </w:r>
          </w:p>
        </w:tc>
        <w:tc>
          <w:tcPr>
            <w:tcW w:type="dxa" w:w="1126"/>
          </w:tcPr>
          <w:p>
            <w:pPr>
              <w:spacing w:after="0"/>
              <w:jc w:val="right"/>
            </w:pPr>
            <w:r>
              <w:rPr>
                <w:sz w:val="16"/>
              </w:rPr>
              <w:t>$3,642</w:t>
            </w:r>
          </w:p>
        </w:tc>
        <w:tc>
          <w:tcPr>
            <w:tcW w:type="dxa" w:w="1522"/>
          </w:tcPr>
          <w:p>
            <w:pPr>
              <w:spacing w:after="0"/>
              <w:jc w:val="right"/>
            </w:pPr>
            <w:r>
              <w:rPr>
                <w:sz w:val="16"/>
              </w:rPr>
              <w:t>$12,308</w:t>
            </w:r>
          </w:p>
        </w:tc>
        <w:tc>
          <w:tcPr>
            <w:tcW w:type="dxa" w:w="1134"/>
          </w:tcPr>
          <w:p>
            <w:pPr>
              <w:spacing w:after="0"/>
              <w:jc w:val="right"/>
            </w:pPr>
            <w:r>
              <w:rPr>
                <w:sz w:val="16"/>
              </w:rPr>
              <w:t>$99,619</w:t>
            </w:r>
          </w:p>
        </w:tc>
        <w:tc>
          <w:tcPr>
            <w:tcW w:type="dxa" w:w="1720"/>
          </w:tcPr>
          <w:p>
            <w:pPr>
              <w:spacing w:after="0"/>
              <w:jc w:val="right"/>
            </w:pPr>
            <w:r>
              <w:rPr>
                <w:sz w:val="16"/>
              </w:rPr>
              <w:t>51</w:t>
            </w:r>
          </w:p>
        </w:tc>
        <w:tc>
          <w:tcPr>
            <w:tcW w:type="dxa" w:w="3378"/>
          </w:tcPr>
          <w:p>
            <w:pPr>
              <w:spacing w:after="0"/>
              <w:jc w:val="left"/>
            </w:pPr>
          </w:p>
        </w:tc>
      </w:tr>
      <w:tr>
        <w:trPr>
          <w:cantSplit/>
        </w:trPr>
        <w:tc>
          <w:tcPr>
            <w:tcW w:type="dxa" w:w="695"/>
          </w:tcPr>
          <w:p>
            <w:pPr>
              <w:spacing w:after="0"/>
              <w:jc w:val="right"/>
            </w:pPr>
            <w:r>
              <w:rPr>
                <w:sz w:val="16"/>
              </w:rPr>
              <w:t>8</w:t>
            </w:r>
          </w:p>
        </w:tc>
        <w:tc>
          <w:tcPr>
            <w:tcW w:type="dxa" w:w="1037"/>
          </w:tcPr>
          <w:p>
            <w:pPr>
              <w:spacing w:after="0"/>
              <w:jc w:val="left"/>
            </w:pPr>
            <w:r>
              <w:rPr>
                <w:sz w:val="16"/>
              </w:rPr>
              <w:t>Earthquake</w:t>
            </w:r>
          </w:p>
        </w:tc>
        <w:tc>
          <w:tcPr>
            <w:tcW w:type="dxa" w:w="1232"/>
          </w:tcPr>
          <w:p>
            <w:pPr>
              <w:spacing w:after="0"/>
              <w:jc w:val="left"/>
            </w:pPr>
            <w:r>
              <w:rPr>
                <w:sz w:val="16"/>
              </w:rPr>
              <w:t>Very Low</w:t>
            </w:r>
          </w:p>
        </w:tc>
        <w:tc>
          <w:tcPr>
            <w:tcW w:type="dxa" w:w="1232"/>
          </w:tcPr>
          <w:p>
            <w:pPr>
              <w:spacing w:after="0"/>
              <w:jc w:val="left"/>
            </w:pPr>
            <w:r>
              <w:rPr>
                <w:sz w:val="16"/>
              </w:rPr>
              <w:t>Very Low</w:t>
            </w:r>
          </w:p>
        </w:tc>
        <w:tc>
          <w:tcPr>
            <w:tcW w:type="dxa" w:w="1037"/>
          </w:tcPr>
          <w:p>
            <w:pPr>
              <w:spacing w:after="0"/>
              <w:jc w:val="right"/>
            </w:pPr>
            <w:r>
              <w:rPr>
                <w:sz w:val="16"/>
              </w:rPr>
              <w:t>$64,239</w:t>
            </w:r>
          </w:p>
        </w:tc>
        <w:tc>
          <w:tcPr>
            <w:tcW w:type="dxa" w:w="1126"/>
          </w:tcPr>
          <w:p>
            <w:pPr>
              <w:spacing w:after="0"/>
              <w:jc w:val="right"/>
            </w:pPr>
            <w:r>
              <w:rPr>
                <w:sz w:val="16"/>
              </w:rPr>
              <w:t>n/a</w:t>
            </w:r>
          </w:p>
        </w:tc>
        <w:tc>
          <w:tcPr>
            <w:tcW w:type="dxa" w:w="1522"/>
          </w:tcPr>
          <w:p>
            <w:pPr>
              <w:spacing w:after="0"/>
              <w:jc w:val="right"/>
            </w:pPr>
            <w:r>
              <w:rPr>
                <w:sz w:val="16"/>
              </w:rPr>
              <w:t>$23,885</w:t>
            </w:r>
          </w:p>
        </w:tc>
        <w:tc>
          <w:tcPr>
            <w:tcW w:type="dxa" w:w="1134"/>
          </w:tcPr>
          <w:p>
            <w:pPr>
              <w:spacing w:after="0"/>
              <w:jc w:val="right"/>
            </w:pPr>
            <w:r>
              <w:rPr>
                <w:sz w:val="16"/>
              </w:rPr>
              <w:t>$88,123</w:t>
            </w:r>
          </w:p>
        </w:tc>
        <w:tc>
          <w:tcPr>
            <w:tcW w:type="dxa" w:w="1720"/>
          </w:tcPr>
          <w:p>
            <w:pPr>
              <w:spacing w:after="0"/>
              <w:jc w:val="right"/>
            </w:pPr>
          </w:p>
        </w:tc>
        <w:tc>
          <w:tcPr>
            <w:tcW w:type="dxa" w:w="3378"/>
          </w:tcPr>
          <w:p>
            <w:pPr>
              <w:spacing w:after="0"/>
              <w:jc w:val="left"/>
            </w:pPr>
            <w:r>
              <w:rPr>
                <w:sz w:val="16"/>
              </w:rPr>
              <w:t>Storm Events does not record earthquakes.</w:t>
            </w:r>
          </w:p>
        </w:tc>
      </w:tr>
      <w:tr>
        <w:trPr>
          <w:cantSplit/>
        </w:trPr>
        <w:tc>
          <w:tcPr>
            <w:tcW w:type="dxa" w:w="695"/>
          </w:tcPr>
          <w:p>
            <w:pPr>
              <w:spacing w:after="0"/>
              <w:jc w:val="right"/>
            </w:pPr>
            <w:r>
              <w:rPr>
                <w:sz w:val="16"/>
              </w:rPr>
              <w:t>9</w:t>
            </w:r>
          </w:p>
        </w:tc>
        <w:tc>
          <w:tcPr>
            <w:tcW w:type="dxa" w:w="1037"/>
          </w:tcPr>
          <w:p>
            <w:pPr>
              <w:spacing w:after="0"/>
              <w:jc w:val="left"/>
            </w:pPr>
            <w:r>
              <w:rPr>
                <w:sz w:val="16"/>
              </w:rPr>
              <w:t>Winter Weather</w:t>
            </w:r>
          </w:p>
        </w:tc>
        <w:tc>
          <w:tcPr>
            <w:tcW w:type="dxa" w:w="1232"/>
          </w:tcPr>
          <w:p>
            <w:pPr>
              <w:spacing w:after="0"/>
              <w:jc w:val="left"/>
            </w:pPr>
            <w:r>
              <w:rPr>
                <w:sz w:val="16"/>
              </w:rPr>
              <w:t>Relatively Low</w:t>
            </w:r>
          </w:p>
        </w:tc>
        <w:tc>
          <w:tcPr>
            <w:tcW w:type="dxa" w:w="1232"/>
          </w:tcPr>
          <w:p>
            <w:pPr>
              <w:spacing w:after="0"/>
              <w:jc w:val="left"/>
            </w:pPr>
            <w:r>
              <w:rPr>
                <w:sz w:val="16"/>
              </w:rPr>
              <w:t>Relatively Low</w:t>
            </w:r>
          </w:p>
        </w:tc>
        <w:tc>
          <w:tcPr>
            <w:tcW w:type="dxa" w:w="1037"/>
          </w:tcPr>
          <w:p>
            <w:pPr>
              <w:spacing w:after="0"/>
              <w:jc w:val="right"/>
            </w:pPr>
            <w:r>
              <w:rPr>
                <w:sz w:val="16"/>
              </w:rPr>
              <w:t>$5,941</w:t>
            </w:r>
          </w:p>
        </w:tc>
        <w:tc>
          <w:tcPr>
            <w:tcW w:type="dxa" w:w="1126"/>
          </w:tcPr>
          <w:p>
            <w:pPr>
              <w:spacing w:after="0"/>
              <w:jc w:val="right"/>
            </w:pPr>
            <w:r>
              <w:rPr>
                <w:sz w:val="16"/>
              </w:rPr>
              <w:t>under $1</w:t>
            </w:r>
          </w:p>
        </w:tc>
        <w:tc>
          <w:tcPr>
            <w:tcW w:type="dxa" w:w="1522"/>
          </w:tcPr>
          <w:p>
            <w:pPr>
              <w:spacing w:after="0"/>
              <w:jc w:val="right"/>
            </w:pPr>
            <w:r>
              <w:rPr>
                <w:sz w:val="16"/>
              </w:rPr>
              <w:t>$44,933</w:t>
            </w:r>
          </w:p>
        </w:tc>
        <w:tc>
          <w:tcPr>
            <w:tcW w:type="dxa" w:w="1134"/>
          </w:tcPr>
          <w:p>
            <w:pPr>
              <w:spacing w:after="0"/>
              <w:jc w:val="right"/>
            </w:pPr>
            <w:r>
              <w:rPr>
                <w:sz w:val="16"/>
              </w:rPr>
              <w:t>$50,874</w:t>
            </w:r>
          </w:p>
        </w:tc>
        <w:tc>
          <w:tcPr>
            <w:tcW w:type="dxa" w:w="1720"/>
          </w:tcPr>
          <w:p>
            <w:pPr>
              <w:spacing w:after="0"/>
              <w:jc w:val="right"/>
            </w:pPr>
            <w:r>
              <w:rPr>
                <w:sz w:val="16"/>
              </w:rPr>
              <w:t>68</w:t>
            </w:r>
          </w:p>
        </w:tc>
        <w:tc>
          <w:tcPr>
            <w:tcW w:type="dxa" w:w="3378"/>
          </w:tcPr>
          <w:p>
            <w:pPr>
              <w:spacing w:after="0"/>
              <w:jc w:val="left"/>
            </w:pPr>
            <w:r>
              <w:rPr>
                <w:sz w:val="16"/>
              </w:rPr>
              <w:t>Includes 2 Sleet records (outside NRI's Winter Weather definition).</w:t>
            </w:r>
          </w:p>
        </w:tc>
      </w:tr>
      <w:tr>
        <w:trPr>
          <w:cantSplit/>
        </w:trPr>
        <w:tc>
          <w:tcPr>
            <w:tcW w:type="dxa" w:w="695"/>
          </w:tcPr>
          <w:p>
            <w:pPr>
              <w:spacing w:after="0"/>
              <w:jc w:val="right"/>
            </w:pPr>
            <w:r>
              <w:rPr>
                <w:sz w:val="16"/>
              </w:rPr>
              <w:t>10</w:t>
            </w:r>
          </w:p>
        </w:tc>
        <w:tc>
          <w:tcPr>
            <w:tcW w:type="dxa" w:w="1037"/>
          </w:tcPr>
          <w:p>
            <w:pPr>
              <w:spacing w:after="0"/>
              <w:jc w:val="left"/>
            </w:pPr>
            <w:r>
              <w:rPr>
                <w:sz w:val="16"/>
              </w:rPr>
              <w:t>Wildfire</w:t>
            </w:r>
          </w:p>
        </w:tc>
        <w:tc>
          <w:tcPr>
            <w:tcW w:type="dxa" w:w="1232"/>
          </w:tcPr>
          <w:p>
            <w:pPr>
              <w:spacing w:after="0"/>
              <w:jc w:val="left"/>
            </w:pPr>
            <w:r>
              <w:rPr>
                <w:sz w:val="16"/>
              </w:rPr>
              <w:t>Very Low</w:t>
            </w:r>
          </w:p>
        </w:tc>
        <w:tc>
          <w:tcPr>
            <w:tcW w:type="dxa" w:w="1232"/>
          </w:tcPr>
          <w:p>
            <w:pPr>
              <w:spacing w:after="0"/>
              <w:jc w:val="left"/>
            </w:pPr>
            <w:r>
              <w:rPr>
                <w:sz w:val="16"/>
              </w:rPr>
              <w:t>Very Low</w:t>
            </w:r>
          </w:p>
        </w:tc>
        <w:tc>
          <w:tcPr>
            <w:tcW w:type="dxa" w:w="1037"/>
          </w:tcPr>
          <w:p>
            <w:pPr>
              <w:spacing w:after="0"/>
              <w:jc w:val="right"/>
            </w:pPr>
            <w:r>
              <w:rPr>
                <w:sz w:val="16"/>
              </w:rPr>
              <w:t>$16,184</w:t>
            </w:r>
          </w:p>
        </w:tc>
        <w:tc>
          <w:tcPr>
            <w:tcW w:type="dxa" w:w="1126"/>
          </w:tcPr>
          <w:p>
            <w:pPr>
              <w:spacing w:after="0"/>
              <w:jc w:val="right"/>
            </w:pPr>
            <w:r>
              <w:rPr>
                <w:sz w:val="16"/>
              </w:rPr>
              <w:t>$5</w:t>
            </w:r>
          </w:p>
        </w:tc>
        <w:tc>
          <w:tcPr>
            <w:tcW w:type="dxa" w:w="1522"/>
          </w:tcPr>
          <w:p>
            <w:pPr>
              <w:spacing w:after="0"/>
              <w:jc w:val="right"/>
            </w:pPr>
            <w:r>
              <w:rPr>
                <w:sz w:val="16"/>
              </w:rPr>
              <w:t>$4,795</w:t>
            </w:r>
          </w:p>
        </w:tc>
        <w:tc>
          <w:tcPr>
            <w:tcW w:type="dxa" w:w="1134"/>
          </w:tcPr>
          <w:p>
            <w:pPr>
              <w:spacing w:after="0"/>
              <w:jc w:val="right"/>
            </w:pPr>
            <w:r>
              <w:rPr>
                <w:sz w:val="16"/>
              </w:rPr>
              <w:t>$20,983</w:t>
            </w:r>
          </w:p>
        </w:tc>
        <w:tc>
          <w:tcPr>
            <w:tcW w:type="dxa" w:w="1720"/>
          </w:tcPr>
          <w:p>
            <w:pPr>
              <w:spacing w:after="0"/>
              <w:jc w:val="right"/>
            </w:pPr>
            <w:r>
              <w:rPr>
                <w:sz w:val="16"/>
              </w:rPr>
              <w:t>1</w:t>
            </w:r>
          </w:p>
        </w:tc>
        <w:tc>
          <w:tcPr>
            <w:tcW w:type="dxa" w:w="3378"/>
          </w:tcPr>
          <w:p>
            <w:pPr>
              <w:spacing w:after="0"/>
              <w:jc w:val="left"/>
            </w:pPr>
          </w:p>
        </w:tc>
      </w:tr>
      <w:tr>
        <w:trPr>
          <w:cantSplit/>
        </w:trPr>
        <w:tc>
          <w:tcPr>
            <w:tcW w:type="dxa" w:w="695"/>
          </w:tcPr>
          <w:p>
            <w:pPr>
              <w:spacing w:after="0"/>
              <w:jc w:val="right"/>
            </w:pPr>
            <w:r>
              <w:rPr>
                <w:sz w:val="16"/>
              </w:rPr>
              <w:t>11</w:t>
            </w:r>
          </w:p>
        </w:tc>
        <w:tc>
          <w:tcPr>
            <w:tcW w:type="dxa" w:w="1037"/>
          </w:tcPr>
          <w:p>
            <w:pPr>
              <w:spacing w:after="0"/>
              <w:jc w:val="left"/>
            </w:pPr>
            <w:r>
              <w:rPr>
                <w:sz w:val="16"/>
              </w:rPr>
              <w:t>Ice Storm</w:t>
            </w:r>
          </w:p>
        </w:tc>
        <w:tc>
          <w:tcPr>
            <w:tcW w:type="dxa" w:w="1232"/>
          </w:tcPr>
          <w:p>
            <w:pPr>
              <w:spacing w:after="0"/>
              <w:jc w:val="left"/>
            </w:pPr>
            <w:r>
              <w:rPr>
                <w:sz w:val="16"/>
              </w:rPr>
              <w:t>Relatively Low</w:t>
            </w:r>
          </w:p>
        </w:tc>
        <w:tc>
          <w:tcPr>
            <w:tcW w:type="dxa" w:w="1232"/>
          </w:tcPr>
          <w:p>
            <w:pPr>
              <w:spacing w:after="0"/>
              <w:jc w:val="left"/>
            </w:pPr>
            <w:r>
              <w:rPr>
                <w:sz w:val="16"/>
              </w:rPr>
              <w:t>Very Low</w:t>
            </w:r>
          </w:p>
        </w:tc>
        <w:tc>
          <w:tcPr>
            <w:tcW w:type="dxa" w:w="1037"/>
          </w:tcPr>
          <w:p>
            <w:pPr>
              <w:spacing w:after="0"/>
              <w:jc w:val="right"/>
            </w:pPr>
            <w:r>
              <w:rPr>
                <w:sz w:val="16"/>
              </w:rPr>
              <w:t>$9,330</w:t>
            </w:r>
          </w:p>
        </w:tc>
        <w:tc>
          <w:tcPr>
            <w:tcW w:type="dxa" w:w="1126"/>
          </w:tcPr>
          <w:p>
            <w:pPr>
              <w:spacing w:after="0"/>
              <w:jc w:val="right"/>
            </w:pPr>
            <w:r>
              <w:rPr>
                <w:sz w:val="16"/>
              </w:rPr>
              <w:t>n/a</w:t>
            </w:r>
          </w:p>
        </w:tc>
        <w:tc>
          <w:tcPr>
            <w:tcW w:type="dxa" w:w="1522"/>
          </w:tcPr>
          <w:p>
            <w:pPr>
              <w:spacing w:after="0"/>
              <w:jc w:val="right"/>
            </w:pPr>
            <w:r>
              <w:rPr>
                <w:sz w:val="16"/>
              </w:rPr>
              <w:t>$10,851</w:t>
            </w:r>
          </w:p>
        </w:tc>
        <w:tc>
          <w:tcPr>
            <w:tcW w:type="dxa" w:w="1134"/>
          </w:tcPr>
          <w:p>
            <w:pPr>
              <w:spacing w:after="0"/>
              <w:jc w:val="right"/>
            </w:pPr>
            <w:r>
              <w:rPr>
                <w:sz w:val="16"/>
              </w:rPr>
              <w:t>$20,182</w:t>
            </w:r>
          </w:p>
        </w:tc>
        <w:tc>
          <w:tcPr>
            <w:tcW w:type="dxa" w:w="1720"/>
          </w:tcPr>
          <w:p>
            <w:pPr>
              <w:spacing w:after="0"/>
              <w:jc w:val="right"/>
            </w:pPr>
            <w:r>
              <w:rPr>
                <w:sz w:val="16"/>
              </w:rPr>
              <w:t>10</w:t>
            </w:r>
          </w:p>
        </w:tc>
        <w:tc>
          <w:tcPr>
            <w:tcW w:type="dxa" w:w="3378"/>
          </w:tcPr>
          <w:p>
            <w:pPr>
              <w:spacing w:after="0"/>
              <w:jc w:val="left"/>
            </w:pPr>
          </w:p>
        </w:tc>
      </w:tr>
      <w:tr>
        <w:trPr>
          <w:cantSplit/>
        </w:trPr>
        <w:tc>
          <w:tcPr>
            <w:tcW w:type="dxa" w:w="695"/>
          </w:tcPr>
          <w:p>
            <w:pPr>
              <w:spacing w:after="0"/>
              <w:jc w:val="right"/>
            </w:pPr>
            <w:r>
              <w:rPr>
                <w:sz w:val="16"/>
              </w:rPr>
              <w:t>12</w:t>
            </w:r>
          </w:p>
        </w:tc>
        <w:tc>
          <w:tcPr>
            <w:tcW w:type="dxa" w:w="1037"/>
          </w:tcPr>
          <w:p>
            <w:pPr>
              <w:spacing w:after="0"/>
              <w:jc w:val="left"/>
            </w:pPr>
            <w:r>
              <w:rPr>
                <w:sz w:val="16"/>
              </w:rPr>
              <w:t>Hurricane</w:t>
            </w:r>
          </w:p>
        </w:tc>
        <w:tc>
          <w:tcPr>
            <w:tcW w:type="dxa" w:w="1232"/>
          </w:tcPr>
          <w:p>
            <w:pPr>
              <w:spacing w:after="0"/>
              <w:jc w:val="left"/>
            </w:pPr>
            <w:r>
              <w:rPr>
                <w:sz w:val="16"/>
              </w:rPr>
              <w:t>Very Low</w:t>
            </w:r>
          </w:p>
        </w:tc>
        <w:tc>
          <w:tcPr>
            <w:tcW w:type="dxa" w:w="1232"/>
          </w:tcPr>
          <w:p>
            <w:pPr>
              <w:spacing w:after="0"/>
              <w:jc w:val="left"/>
            </w:pPr>
            <w:r>
              <w:rPr>
                <w:sz w:val="16"/>
              </w:rPr>
              <w:t>Very Low</w:t>
            </w:r>
          </w:p>
        </w:tc>
        <w:tc>
          <w:tcPr>
            <w:tcW w:type="dxa" w:w="1037"/>
          </w:tcPr>
          <w:p>
            <w:pPr>
              <w:spacing w:after="0"/>
              <w:jc w:val="right"/>
            </w:pPr>
            <w:r>
              <w:rPr>
                <w:sz w:val="16"/>
              </w:rPr>
              <w:t>$13,058</w:t>
            </w:r>
          </w:p>
        </w:tc>
        <w:tc>
          <w:tcPr>
            <w:tcW w:type="dxa" w:w="1126"/>
          </w:tcPr>
          <w:p>
            <w:pPr>
              <w:spacing w:after="0"/>
              <w:jc w:val="right"/>
            </w:pPr>
            <w:r>
              <w:rPr>
                <w:sz w:val="16"/>
              </w:rPr>
              <w:t>$468</w:t>
            </w:r>
          </w:p>
        </w:tc>
        <w:tc>
          <w:tcPr>
            <w:tcW w:type="dxa" w:w="1522"/>
          </w:tcPr>
          <w:p>
            <w:pPr>
              <w:spacing w:after="0"/>
              <w:jc w:val="right"/>
            </w:pPr>
            <w:r>
              <w:rPr>
                <w:sz w:val="16"/>
              </w:rPr>
              <w:t>$185</w:t>
            </w:r>
          </w:p>
        </w:tc>
        <w:tc>
          <w:tcPr>
            <w:tcW w:type="dxa" w:w="1134"/>
          </w:tcPr>
          <w:p>
            <w:pPr>
              <w:spacing w:after="0"/>
              <w:jc w:val="right"/>
            </w:pPr>
            <w:r>
              <w:rPr>
                <w:sz w:val="16"/>
              </w:rPr>
              <w:t>$13,710</w:t>
            </w:r>
          </w:p>
        </w:tc>
        <w:tc>
          <w:tcPr>
            <w:tcW w:type="dxa" w:w="1720"/>
          </w:tcPr>
          <w:p>
            <w:pPr>
              <w:spacing w:after="0"/>
              <w:jc w:val="right"/>
            </w:pPr>
            <w:r>
              <w:rPr>
                <w:sz w:val="16"/>
              </w:rPr>
              <w:t>0</w:t>
            </w:r>
          </w:p>
        </w:tc>
        <w:tc>
          <w:tcPr>
            <w:tcW w:type="dxa" w:w="3378"/>
          </w:tcPr>
          <w:p>
            <w:pPr>
              <w:spacing w:after="0"/>
              <w:jc w:val="left"/>
            </w:pPr>
            <w:r>
              <w:rPr>
                <w:sz w:val="16"/>
              </w:rPr>
              <w:t>Declared 1 time; no Storm Events record of this type.</w:t>
            </w:r>
          </w:p>
        </w:tc>
      </w:tr>
      <w:tr>
        <w:trPr>
          <w:cantSplit/>
        </w:trPr>
        <w:tc>
          <w:tcPr>
            <w:tcW w:type="dxa" w:w="695"/>
          </w:tcPr>
          <w:p>
            <w:pPr>
              <w:spacing w:after="0"/>
              <w:jc w:val="right"/>
            </w:pPr>
            <w:r>
              <w:rPr>
                <w:sz w:val="16"/>
              </w:rPr>
              <w:t>13</w:t>
            </w:r>
          </w:p>
        </w:tc>
        <w:tc>
          <w:tcPr>
            <w:tcW w:type="dxa" w:w="1037"/>
          </w:tcPr>
          <w:p>
            <w:pPr>
              <w:spacing w:after="0"/>
              <w:jc w:val="left"/>
            </w:pPr>
            <w:r>
              <w:rPr>
                <w:sz w:val="16"/>
              </w:rPr>
              <w:t>Drought</w:t>
            </w:r>
          </w:p>
        </w:tc>
        <w:tc>
          <w:tcPr>
            <w:tcW w:type="dxa" w:w="1232"/>
          </w:tcPr>
          <w:p>
            <w:pPr>
              <w:spacing w:after="0"/>
              <w:jc w:val="left"/>
            </w:pPr>
            <w:r>
              <w:rPr>
                <w:sz w:val="16"/>
              </w:rPr>
              <w:t>Very Low</w:t>
            </w:r>
          </w:p>
        </w:tc>
        <w:tc>
          <w:tcPr>
            <w:tcW w:type="dxa" w:w="1232"/>
          </w:tcPr>
          <w:p>
            <w:pPr>
              <w:spacing w:after="0"/>
              <w:jc w:val="left"/>
            </w:pPr>
            <w:r>
              <w:rPr>
                <w:sz w:val="16"/>
              </w:rPr>
              <w:t>Very Low</w:t>
            </w:r>
          </w:p>
        </w:tc>
        <w:tc>
          <w:tcPr>
            <w:tcW w:type="dxa" w:w="1037"/>
          </w:tcPr>
          <w:p>
            <w:pPr>
              <w:spacing w:after="0"/>
              <w:jc w:val="right"/>
            </w:pPr>
            <w:r>
              <w:rPr>
                <w:sz w:val="16"/>
              </w:rPr>
              <w:t>n/a</w:t>
            </w:r>
          </w:p>
        </w:tc>
        <w:tc>
          <w:tcPr>
            <w:tcW w:type="dxa" w:w="1126"/>
          </w:tcPr>
          <w:p>
            <w:pPr>
              <w:spacing w:after="0"/>
              <w:jc w:val="right"/>
            </w:pPr>
            <w:r>
              <w:rPr>
                <w:sz w:val="16"/>
              </w:rPr>
              <w:t>$1,813</w:t>
            </w:r>
          </w:p>
        </w:tc>
        <w:tc>
          <w:tcPr>
            <w:tcW w:type="dxa" w:w="1522"/>
          </w:tcPr>
          <w:p>
            <w:pPr>
              <w:spacing w:after="0"/>
              <w:jc w:val="right"/>
            </w:pPr>
            <w:r>
              <w:rPr>
                <w:sz w:val="16"/>
              </w:rPr>
              <w:t>n/a</w:t>
            </w:r>
          </w:p>
        </w:tc>
        <w:tc>
          <w:tcPr>
            <w:tcW w:type="dxa" w:w="1134"/>
          </w:tcPr>
          <w:p>
            <w:pPr>
              <w:spacing w:after="0"/>
              <w:jc w:val="right"/>
            </w:pPr>
            <w:r>
              <w:rPr>
                <w:sz w:val="16"/>
              </w:rPr>
              <w:t>$1,813</w:t>
            </w:r>
          </w:p>
        </w:tc>
        <w:tc>
          <w:tcPr>
            <w:tcW w:type="dxa" w:w="1720"/>
          </w:tcPr>
          <w:p>
            <w:pPr>
              <w:spacing w:after="0"/>
              <w:jc w:val="right"/>
            </w:pPr>
            <w:r>
              <w:rPr>
                <w:sz w:val="16"/>
              </w:rPr>
              <w:t>3</w:t>
            </w:r>
          </w:p>
        </w:tc>
        <w:tc>
          <w:tcPr>
            <w:tcW w:type="dxa" w:w="3378"/>
          </w:tcPr>
          <w:p>
            <w:pPr>
              <w:spacing w:after="0"/>
              <w:jc w:val="left"/>
            </w:pPr>
          </w:p>
        </w:tc>
      </w:tr>
      <w:tr>
        <w:trPr>
          <w:cantSplit/>
        </w:trPr>
        <w:tc>
          <w:tcPr>
            <w:tcW w:type="dxa" w:w="695"/>
          </w:tcPr>
          <w:p>
            <w:pPr>
              <w:spacing w:after="0"/>
              <w:jc w:val="right"/>
            </w:pPr>
            <w:r>
              <w:rPr>
                <w:sz w:val="16"/>
              </w:rPr>
              <w:t>14</w:t>
            </w:r>
          </w:p>
        </w:tc>
        <w:tc>
          <w:tcPr>
            <w:tcW w:type="dxa" w:w="1037"/>
          </w:tcPr>
          <w:p>
            <w:pPr>
              <w:spacing w:after="0"/>
              <w:jc w:val="left"/>
            </w:pPr>
            <w:r>
              <w:rPr>
                <w:sz w:val="16"/>
              </w:rPr>
              <w:t>Landslide</w:t>
            </w:r>
          </w:p>
        </w:tc>
        <w:tc>
          <w:tcPr>
            <w:tcW w:type="dxa" w:w="1232"/>
          </w:tcPr>
          <w:p>
            <w:pPr>
              <w:spacing w:after="0"/>
              <w:jc w:val="left"/>
            </w:pPr>
            <w:r>
              <w:rPr>
                <w:sz w:val="16"/>
              </w:rPr>
              <w:t>Very Low</w:t>
            </w:r>
          </w:p>
        </w:tc>
        <w:tc>
          <w:tcPr>
            <w:tcW w:type="dxa" w:w="1232"/>
          </w:tcPr>
          <w:p>
            <w:pPr>
              <w:spacing w:after="0"/>
              <w:jc w:val="left"/>
            </w:pPr>
            <w:r>
              <w:rPr>
                <w:sz w:val="16"/>
              </w:rPr>
              <w:t>Very Low</w:t>
            </w:r>
          </w:p>
        </w:tc>
        <w:tc>
          <w:tcPr>
            <w:tcW w:type="dxa" w:w="1037"/>
          </w:tcPr>
          <w:p>
            <w:pPr>
              <w:spacing w:after="0"/>
              <w:jc w:val="right"/>
            </w:pPr>
            <w:r>
              <w:rPr>
                <w:sz w:val="16"/>
              </w:rPr>
              <w:t>$72</w:t>
            </w:r>
          </w:p>
        </w:tc>
        <w:tc>
          <w:tcPr>
            <w:tcW w:type="dxa" w:w="1126"/>
          </w:tcPr>
          <w:p>
            <w:pPr>
              <w:spacing w:after="0"/>
              <w:jc w:val="right"/>
            </w:pPr>
            <w:r>
              <w:rPr>
                <w:sz w:val="16"/>
              </w:rPr>
              <w:t>n/a</w:t>
            </w:r>
          </w:p>
        </w:tc>
        <w:tc>
          <w:tcPr>
            <w:tcW w:type="dxa" w:w="1522"/>
          </w:tcPr>
          <w:p>
            <w:pPr>
              <w:spacing w:after="0"/>
              <w:jc w:val="right"/>
            </w:pPr>
            <w:r>
              <w:rPr>
                <w:sz w:val="16"/>
              </w:rPr>
              <w:t>$766</w:t>
            </w:r>
          </w:p>
        </w:tc>
        <w:tc>
          <w:tcPr>
            <w:tcW w:type="dxa" w:w="1134"/>
          </w:tcPr>
          <w:p>
            <w:pPr>
              <w:spacing w:after="0"/>
              <w:jc w:val="right"/>
            </w:pPr>
            <w:r>
              <w:rPr>
                <w:sz w:val="16"/>
              </w:rPr>
              <w:t>$838</w:t>
            </w:r>
          </w:p>
        </w:tc>
        <w:tc>
          <w:tcPr>
            <w:tcW w:type="dxa" w:w="1720"/>
          </w:tcPr>
          <w:p>
            <w:pPr>
              <w:spacing w:after="0"/>
              <w:jc w:val="right"/>
            </w:pPr>
            <w:r>
              <w:rPr>
                <w:sz w:val="16"/>
              </w:rPr>
              <w:t>1</w:t>
            </w:r>
          </w:p>
        </w:tc>
        <w:tc>
          <w:tcPr>
            <w:tcW w:type="dxa" w:w="3378"/>
          </w:tcPr>
          <w:p>
            <w:pPr>
              <w:spacing w:after="0"/>
              <w:jc w:val="left"/>
            </w:pPr>
          </w:p>
        </w:tc>
      </w:tr>
      <w:tr>
        <w:trPr>
          <w:cantSplit/>
        </w:trPr>
        <w:tc>
          <w:tcPr>
            <w:tcW w:type="dxa" w:w="695"/>
          </w:tcPr>
          <w:p>
            <w:pPr>
              <w:spacing w:after="0"/>
              <w:jc w:val="right"/>
            </w:pPr>
            <w:r>
              <w:rPr>
                <w:sz w:val="16"/>
              </w:rPr>
              <w:t>15</w:t>
            </w:r>
          </w:p>
        </w:tc>
        <w:tc>
          <w:tcPr>
            <w:tcW w:type="dxa" w:w="1037"/>
          </w:tcPr>
          <w:p>
            <w:pPr>
              <w:spacing w:after="0"/>
              <w:jc w:val="left"/>
            </w:pPr>
            <w:r>
              <w:rPr>
                <w:sz w:val="16"/>
              </w:rPr>
              <w:t>Avalanche</w:t>
            </w:r>
          </w:p>
        </w:tc>
        <w:tc>
          <w:tcPr>
            <w:tcW w:type="dxa" w:w="1232"/>
          </w:tcPr>
          <w:p>
            <w:pPr>
              <w:spacing w:after="0"/>
              <w:jc w:val="left"/>
            </w:pPr>
            <w:r>
              <w:rPr>
                <w:sz w:val="16"/>
              </w:rPr>
              <w:t>Very Low</w:t>
            </w:r>
          </w:p>
        </w:tc>
        <w:tc>
          <w:tcPr>
            <w:tcW w:type="dxa" w:w="1232"/>
          </w:tcPr>
          <w:p>
            <w:pPr>
              <w:spacing w:after="0"/>
              <w:jc w:val="left"/>
            </w:pPr>
            <w:r>
              <w:rPr>
                <w:sz w:val="16"/>
              </w:rPr>
              <w:t>Very Low</w:t>
            </w:r>
          </w:p>
        </w:tc>
        <w:tc>
          <w:tcPr>
            <w:tcW w:type="dxa" w:w="1037"/>
          </w:tcPr>
          <w:p>
            <w:pPr>
              <w:spacing w:after="0"/>
              <w:jc w:val="right"/>
            </w:pPr>
            <w:r>
              <w:rPr>
                <w:sz w:val="16"/>
              </w:rPr>
              <w:t>$0</w:t>
            </w:r>
          </w:p>
        </w:tc>
        <w:tc>
          <w:tcPr>
            <w:tcW w:type="dxa" w:w="1126"/>
          </w:tcPr>
          <w:p>
            <w:pPr>
              <w:spacing w:after="0"/>
              <w:jc w:val="right"/>
            </w:pPr>
            <w:r>
              <w:rPr>
                <w:sz w:val="16"/>
              </w:rPr>
              <w:t>n/a</w:t>
            </w:r>
          </w:p>
        </w:tc>
        <w:tc>
          <w:tcPr>
            <w:tcW w:type="dxa" w:w="1522"/>
          </w:tcPr>
          <w:p>
            <w:pPr>
              <w:spacing w:after="0"/>
              <w:jc w:val="right"/>
            </w:pPr>
            <w:r>
              <w:rPr>
                <w:sz w:val="16"/>
              </w:rPr>
              <w:t>$28</w:t>
            </w:r>
          </w:p>
        </w:tc>
        <w:tc>
          <w:tcPr>
            <w:tcW w:type="dxa" w:w="1134"/>
          </w:tcPr>
          <w:p>
            <w:pPr>
              <w:spacing w:after="0"/>
              <w:jc w:val="right"/>
            </w:pPr>
            <w:r>
              <w:rPr>
                <w:sz w:val="16"/>
              </w:rPr>
              <w:t>$28</w:t>
            </w:r>
          </w:p>
        </w:tc>
        <w:tc>
          <w:tcPr>
            <w:tcW w:type="dxa" w:w="1720"/>
          </w:tcPr>
          <w:p>
            <w:pPr>
              <w:spacing w:after="0"/>
              <w:jc w:val="right"/>
            </w:pPr>
            <w:r>
              <w:rPr>
                <w:sz w:val="16"/>
              </w:rPr>
              <w:t>0</w:t>
            </w:r>
          </w:p>
        </w:tc>
        <w:tc>
          <w:tcPr>
            <w:tcW w:type="dxa" w:w="3378"/>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80" w:before="0"/>
      </w:pPr>
    </w:p>
    <w:p>
      <w:pPr>
        <w:spacing w:after="60" w:before="0"/>
      </w:pPr>
      <w:r>
        <w:rPr>
          <w:i/>
        </w:rPr>
        <w:t>Not applicable to this county per NRI, with no federal declaration and no Storm Events record since 1996: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241"/>
        <w:gridCol w:w="10871"/>
      </w:tblGrid>
      <w:tr>
        <w:trPr>
          <w:cantSplit/>
          <w:tblHeader/>
        </w:trPr>
        <w:tc>
          <w:tcPr>
            <w:tcW w:type="dxa" w:w="3241"/>
            <w:shd w:val="clear" w:color="auto" w:fill="E8E8E8"/>
          </w:tcPr>
          <w:p>
            <w:pPr>
              <w:spacing w:after="0"/>
              <w:jc w:val="left"/>
            </w:pPr>
            <w:r>
              <w:rPr>
                <w:b/>
                <w:sz w:val="16"/>
              </w:rPr>
              <w:t>Hazard</w:t>
            </w:r>
          </w:p>
        </w:tc>
        <w:tc>
          <w:tcPr>
            <w:tcW w:type="dxa" w:w="10871"/>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241"/>
          </w:tcPr>
          <w:p>
            <w:pPr>
              <w:spacing w:after="0"/>
              <w:jc w:val="left"/>
            </w:pPr>
            <w:r>
              <w:rPr>
                <w:sz w:val="16"/>
              </w:rPr>
              <w:t>Avalanche</w:t>
            </w:r>
          </w:p>
        </w:tc>
        <w:tc>
          <w:tcPr>
            <w:tcW w:type="dxa" w:w="10871"/>
          </w:tcPr>
          <w:p>
            <w:pPr>
              <w:spacing w:after="0"/>
              <w:jc w:val="left"/>
            </w:pPr>
            <w:r>
              <w:rPr>
                <w:sz w:val="16"/>
              </w:rPr>
              <w:t>tract 9701.01 (Very Low, 8.8); tract 9701.02 (Very Low, 8.7)</w:t>
            </w:r>
          </w:p>
        </w:tc>
      </w:tr>
      <w:tr>
        <w:trPr>
          <w:cantSplit/>
        </w:trPr>
        <w:tc>
          <w:tcPr>
            <w:tcW w:type="dxa" w:w="3241"/>
          </w:tcPr>
          <w:p>
            <w:pPr>
              <w:spacing w:after="0"/>
              <w:jc w:val="left"/>
            </w:pPr>
            <w:r>
              <w:rPr>
                <w:sz w:val="16"/>
              </w:rPr>
              <w:t>Earthquake</w:t>
            </w:r>
          </w:p>
        </w:tc>
        <w:tc>
          <w:tcPr>
            <w:tcW w:type="dxa" w:w="10871"/>
          </w:tcPr>
          <w:p>
            <w:pPr>
              <w:spacing w:after="0"/>
              <w:jc w:val="left"/>
            </w:pPr>
            <w:r>
              <w:rPr>
                <w:sz w:val="16"/>
              </w:rPr>
              <w:t>tract 9701.02 (Relatively Low, 59.1); tract 9702.02 (Relatively Low, 54.9); tract 9702.01 (Very Low, 40.0)</w:t>
            </w:r>
          </w:p>
        </w:tc>
      </w:tr>
      <w:tr>
        <w:trPr>
          <w:cantSplit/>
        </w:trPr>
        <w:tc>
          <w:tcPr>
            <w:tcW w:type="dxa" w:w="3241"/>
          </w:tcPr>
          <w:p>
            <w:pPr>
              <w:spacing w:after="0"/>
              <w:jc w:val="left"/>
            </w:pPr>
            <w:r>
              <w:rPr>
                <w:sz w:val="16"/>
              </w:rPr>
              <w:t>Hurricane</w:t>
            </w:r>
          </w:p>
        </w:tc>
        <w:tc>
          <w:tcPr>
            <w:tcW w:type="dxa" w:w="10871"/>
          </w:tcPr>
          <w:p>
            <w:pPr>
              <w:spacing w:after="0"/>
              <w:jc w:val="left"/>
            </w:pPr>
            <w:r>
              <w:rPr>
                <w:sz w:val="16"/>
              </w:rPr>
              <w:t>tract 9701.02 (Very Low, 50.7); tract 9702.02 (Very Low, 46.0); tract 9701.01 (Very Low, 44.0)</w:t>
            </w:r>
          </w:p>
        </w:tc>
      </w:tr>
      <w:tr>
        <w:trPr>
          <w:cantSplit/>
        </w:trPr>
        <w:tc>
          <w:tcPr>
            <w:tcW w:type="dxa" w:w="3241"/>
          </w:tcPr>
          <w:p>
            <w:pPr>
              <w:spacing w:after="0"/>
              <w:jc w:val="left"/>
            </w:pPr>
            <w:r>
              <w:rPr>
                <w:sz w:val="16"/>
              </w:rPr>
              <w:t>Landslide</w:t>
            </w:r>
          </w:p>
        </w:tc>
        <w:tc>
          <w:tcPr>
            <w:tcW w:type="dxa" w:w="10871"/>
          </w:tcPr>
          <w:p>
            <w:pPr>
              <w:spacing w:after="0"/>
              <w:jc w:val="left"/>
            </w:pPr>
            <w:r>
              <w:rPr>
                <w:sz w:val="16"/>
              </w:rPr>
              <w:t>tract 9701.01 (Relatively Low, 89.5); tract 9702.02 (Relatively Low, 87.7); tract 9701.02 (Relatively Low, 87.4)</w:t>
            </w:r>
          </w:p>
        </w:tc>
      </w:tr>
      <w:tr>
        <w:trPr>
          <w:cantSplit/>
        </w:trPr>
        <w:tc>
          <w:tcPr>
            <w:tcW w:type="dxa" w:w="3241"/>
          </w:tcPr>
          <w:p>
            <w:pPr>
              <w:spacing w:after="0"/>
              <w:jc w:val="left"/>
            </w:pPr>
            <w:r>
              <w:rPr>
                <w:sz w:val="16"/>
              </w:rPr>
              <w:t>Tornado</w:t>
            </w:r>
          </w:p>
        </w:tc>
        <w:tc>
          <w:tcPr>
            <w:tcW w:type="dxa" w:w="10871"/>
          </w:tcPr>
          <w:p>
            <w:pPr>
              <w:spacing w:after="0"/>
              <w:jc w:val="left"/>
            </w:pPr>
            <w:r>
              <w:rPr>
                <w:sz w:val="16"/>
              </w:rPr>
              <w:t>tract 9701.02 (Relatively High, 81.3); tract 9702.02 (Relatively Moderate, 73.2); tract 9702.01 (Relatively Moderate, 60.3)</w:t>
            </w:r>
          </w:p>
        </w:tc>
      </w:tr>
      <w:tr>
        <w:trPr>
          <w:cantSplit/>
        </w:trPr>
        <w:tc>
          <w:tcPr>
            <w:tcW w:type="dxa" w:w="3241"/>
          </w:tcPr>
          <w:p>
            <w:pPr>
              <w:spacing w:after="0"/>
              <w:jc w:val="left"/>
            </w:pPr>
            <w:r>
              <w:rPr>
                <w:sz w:val="16"/>
              </w:rPr>
              <w:t>Wildfire</w:t>
            </w:r>
          </w:p>
        </w:tc>
        <w:tc>
          <w:tcPr>
            <w:tcW w:type="dxa" w:w="10871"/>
          </w:tcPr>
          <w:p>
            <w:pPr>
              <w:spacing w:after="0"/>
              <w:jc w:val="left"/>
            </w:pPr>
            <w:r>
              <w:rPr>
                <w:sz w:val="16"/>
              </w:rPr>
              <w:t>tract 9701.02 (Relatively Low, 84.1); tract 9702.02 (Relatively Low, 81.6); tract 9701.01 (Relatively Low, 81.4)</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9701.01 is Census Tract 9701.01).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72"/>
        <w:gridCol w:w="1887"/>
        <w:gridCol w:w="1806"/>
        <w:gridCol w:w="1961"/>
        <w:gridCol w:w="1614"/>
        <w:gridCol w:w="1607"/>
        <w:gridCol w:w="1774"/>
        <w:gridCol w:w="1591"/>
      </w:tblGrid>
      <w:tr>
        <w:trPr>
          <w:cantSplit/>
          <w:tblHeader/>
        </w:trPr>
        <w:tc>
          <w:tcPr>
            <w:tcW w:type="dxa" w:w="1872"/>
            <w:shd w:val="clear" w:color="auto" w:fill="E8E8E8"/>
          </w:tcPr>
          <w:p>
            <w:pPr>
              <w:spacing w:after="0"/>
              <w:jc w:val="left"/>
            </w:pPr>
            <w:r>
              <w:rPr>
                <w:b/>
                <w:sz w:val="16"/>
              </w:rPr>
              <w:t>Hazard</w:t>
            </w:r>
          </w:p>
        </w:tc>
        <w:tc>
          <w:tcPr>
            <w:tcW w:type="dxa" w:w="1887"/>
            <w:shd w:val="clear" w:color="auto" w:fill="E8E8E8"/>
          </w:tcPr>
          <w:p>
            <w:pPr>
              <w:spacing w:after="0"/>
              <w:jc w:val="left"/>
            </w:pPr>
            <w:r>
              <w:rPr>
                <w:b/>
                <w:sz w:val="16"/>
              </w:rPr>
              <w:t>Scale</w:t>
            </w:r>
          </w:p>
        </w:tc>
        <w:tc>
          <w:tcPr>
            <w:tcW w:type="dxa" w:w="1806"/>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61"/>
            <w:shd w:val="clear" w:color="auto" w:fill="E8E8E8"/>
          </w:tcPr>
          <w:p>
            <w:pPr>
              <w:spacing w:after="0"/>
              <w:jc w:val="left"/>
            </w:pPr>
            <w:r>
              <w:rPr>
                <w:b/>
                <w:sz w:val="16"/>
              </w:rPr>
              <w:t>Observed range</w:t>
            </w:r>
          </w:p>
        </w:tc>
        <w:tc>
          <w:tcPr>
            <w:tcW w:type="dxa" w:w="1614"/>
            <w:shd w:val="clear" w:color="auto" w:fill="E8E8E8"/>
          </w:tcPr>
          <w:p>
            <w:pPr>
              <w:spacing w:after="0"/>
              <w:jc w:val="left"/>
            </w:pPr>
            <w:r>
              <w:rPr>
                <w:b/>
                <w:sz w:val="16"/>
              </w:rPr>
              <w:t>Worst recorded event</w:t>
            </w:r>
          </w:p>
        </w:tc>
        <w:tc>
          <w:tcPr>
            <w:tcW w:type="dxa" w:w="1607"/>
            <w:shd w:val="clear" w:color="auto" w:fill="E8E8E8"/>
          </w:tcPr>
          <w:p>
            <w:pPr>
              <w:spacing w:after="0"/>
              <w:jc w:val="left"/>
            </w:pPr>
            <w:r>
              <w:rPr>
                <w:b/>
                <w:sz w:val="16"/>
              </w:rPr>
              <w:t>Most damaging (when different)</w:t>
            </w:r>
          </w:p>
        </w:tc>
        <w:tc>
          <w:tcPr>
            <w:tcW w:type="dxa" w:w="1774"/>
            <w:shd w:val="clear" w:color="auto" w:fill="E8E8E8"/>
          </w:tcPr>
          <w:p>
            <w:pPr>
              <w:spacing w:after="0"/>
              <w:jc w:val="left"/>
            </w:pPr>
            <w:r>
              <w:rPr>
                <w:b/>
                <w:sz w:val="16"/>
              </w:rPr>
              <w:t>How it applies to jurisdictions</w:t>
            </w:r>
          </w:p>
        </w:tc>
        <w:tc>
          <w:tcPr>
            <w:tcW w:type="dxa" w:w="1591"/>
            <w:shd w:val="clear" w:color="auto" w:fill="E8E8E8"/>
          </w:tcPr>
          <w:p>
            <w:pPr>
              <w:spacing w:after="0"/>
              <w:jc w:val="left"/>
            </w:pPr>
            <w:r>
              <w:rPr>
                <w:b/>
                <w:sz w:val="16"/>
              </w:rPr>
              <w:t>Note</w:t>
            </w:r>
          </w:p>
        </w:tc>
      </w:tr>
      <w:tr>
        <w:trPr>
          <w:cantSplit/>
        </w:trPr>
        <w:tc>
          <w:tcPr>
            <w:tcW w:type="dxa" w:w="1872"/>
          </w:tcPr>
          <w:p>
            <w:pPr>
              <w:spacing w:after="0"/>
              <w:jc w:val="left"/>
            </w:pPr>
            <w:r>
              <w:rPr>
                <w:sz w:val="16"/>
              </w:rPr>
              <w:t>Avalanche</w:t>
            </w:r>
          </w:p>
        </w:tc>
        <w:tc>
          <w:tcPr>
            <w:tcW w:type="dxa" w:w="1887"/>
          </w:tcPr>
          <w:p>
            <w:pPr>
              <w:spacing w:after="0"/>
              <w:jc w:val="left"/>
            </w:pPr>
            <w:r>
              <w:rPr>
                <w:sz w:val="16"/>
              </w:rPr>
              <w:t>none (count and damage only)</w:t>
            </w:r>
          </w:p>
        </w:tc>
        <w:tc>
          <w:tcPr>
            <w:tcW w:type="dxa" w:w="1806"/>
          </w:tcPr>
          <w:p>
            <w:pPr>
              <w:spacing w:after="0"/>
              <w:jc w:val="right"/>
            </w:pPr>
            <w:r>
              <w:rPr>
                <w:sz w:val="16"/>
              </w:rPr>
              <w:t>0</w:t>
            </w:r>
          </w:p>
        </w:tc>
        <w:tc>
          <w:tcPr>
            <w:tcW w:type="dxa" w:w="1961"/>
          </w:tcPr>
          <w:p>
            <w:pPr>
              <w:spacing w:after="0"/>
              <w:jc w:val="left"/>
            </w:pPr>
          </w:p>
        </w:tc>
        <w:tc>
          <w:tcPr>
            <w:tcW w:type="dxa" w:w="1614"/>
          </w:tcPr>
          <w:p>
            <w:pPr>
              <w:spacing w:after="0"/>
              <w:jc w:val="left"/>
            </w:pPr>
          </w:p>
        </w:tc>
        <w:tc>
          <w:tcPr>
            <w:tcW w:type="dxa" w:w="1607"/>
          </w:tcPr>
          <w:p>
            <w:pPr>
              <w:spacing w:after="0"/>
              <w:jc w:val="left"/>
            </w:pPr>
          </w:p>
        </w:tc>
        <w:tc>
          <w:tcPr>
            <w:tcW w:type="dxa" w:w="1774"/>
          </w:tcPr>
          <w:p>
            <w:pPr>
              <w:spacing w:after="0"/>
              <w:jc w:val="left"/>
            </w:pPr>
          </w:p>
        </w:tc>
        <w:tc>
          <w:tcPr>
            <w:tcW w:type="dxa" w:w="1591"/>
          </w:tcPr>
          <w:p>
            <w:pPr>
              <w:spacing w:after="0"/>
              <w:jc w:val="left"/>
            </w:pPr>
          </w:p>
        </w:tc>
      </w:tr>
      <w:tr>
        <w:trPr>
          <w:cantSplit/>
        </w:trPr>
        <w:tc>
          <w:tcPr>
            <w:tcW w:type="dxa" w:w="1872"/>
          </w:tcPr>
          <w:p>
            <w:pPr>
              <w:spacing w:after="0"/>
              <w:jc w:val="left"/>
            </w:pPr>
            <w:r>
              <w:rPr>
                <w:sz w:val="16"/>
              </w:rPr>
              <w:t>Cold/Wind Chill, Extreme Cold/Wind Chill</w:t>
            </w:r>
          </w:p>
        </w:tc>
        <w:tc>
          <w:tcPr>
            <w:tcW w:type="dxa" w:w="1887"/>
          </w:tcPr>
          <w:p>
            <w:pPr>
              <w:spacing w:after="0"/>
              <w:jc w:val="left"/>
            </w:pPr>
            <w:r>
              <w:rPr>
                <w:sz w:val="16"/>
              </w:rPr>
              <w:t>wind chill</w:t>
            </w:r>
          </w:p>
        </w:tc>
        <w:tc>
          <w:tcPr>
            <w:tcW w:type="dxa" w:w="1806"/>
          </w:tcPr>
          <w:p>
            <w:pPr>
              <w:spacing w:after="0"/>
              <w:jc w:val="right"/>
            </w:pPr>
            <w:r>
              <w:rPr>
                <w:sz w:val="16"/>
              </w:rPr>
              <w:t>0</w:t>
            </w:r>
          </w:p>
        </w:tc>
        <w:tc>
          <w:tcPr>
            <w:tcW w:type="dxa" w:w="1961"/>
          </w:tcPr>
          <w:p>
            <w:pPr>
              <w:spacing w:after="0"/>
              <w:jc w:val="left"/>
            </w:pPr>
          </w:p>
        </w:tc>
        <w:tc>
          <w:tcPr>
            <w:tcW w:type="dxa" w:w="1614"/>
          </w:tcPr>
          <w:p>
            <w:pPr>
              <w:spacing w:after="0"/>
              <w:jc w:val="left"/>
            </w:pPr>
          </w:p>
        </w:tc>
        <w:tc>
          <w:tcPr>
            <w:tcW w:type="dxa" w:w="1607"/>
          </w:tcPr>
          <w:p>
            <w:pPr>
              <w:spacing w:after="0"/>
              <w:jc w:val="left"/>
            </w:pPr>
          </w:p>
        </w:tc>
        <w:tc>
          <w:tcPr>
            <w:tcW w:type="dxa" w:w="1774"/>
          </w:tcPr>
          <w:p>
            <w:pPr>
              <w:spacing w:after="0"/>
              <w:jc w:val="left"/>
            </w:pPr>
          </w:p>
        </w:tc>
        <w:tc>
          <w:tcPr>
            <w:tcW w:type="dxa" w:w="1591"/>
          </w:tcPr>
          <w:p>
            <w:pPr>
              <w:spacing w:after="0"/>
              <w:jc w:val="left"/>
            </w:pPr>
          </w:p>
        </w:tc>
      </w:tr>
      <w:tr>
        <w:trPr>
          <w:cantSplit/>
        </w:trPr>
        <w:tc>
          <w:tcPr>
            <w:tcW w:type="dxa" w:w="1872"/>
          </w:tcPr>
          <w:p>
            <w:pPr>
              <w:spacing w:after="0"/>
              <w:jc w:val="left"/>
            </w:pPr>
            <w:r>
              <w:rPr>
                <w:sz w:val="16"/>
              </w:rPr>
              <w:t>Frost/Freeze (outside NRI's Cold Wave definition)</w:t>
            </w:r>
          </w:p>
        </w:tc>
        <w:tc>
          <w:tcPr>
            <w:tcW w:type="dxa" w:w="1887"/>
          </w:tcPr>
          <w:p>
            <w:pPr>
              <w:spacing w:after="0"/>
              <w:jc w:val="left"/>
            </w:pPr>
            <w:r>
              <w:rPr>
                <w:sz w:val="16"/>
              </w:rPr>
              <w:t>crop damage</w:t>
            </w:r>
          </w:p>
        </w:tc>
        <w:tc>
          <w:tcPr>
            <w:tcW w:type="dxa" w:w="1806"/>
          </w:tcPr>
          <w:p>
            <w:pPr>
              <w:spacing w:after="0"/>
              <w:jc w:val="right"/>
            </w:pPr>
            <w:r>
              <w:rPr>
                <w:sz w:val="16"/>
              </w:rPr>
              <w:t>12 records, 2007 to 2020 (12 zone-level)</w:t>
            </w:r>
          </w:p>
        </w:tc>
        <w:tc>
          <w:tcPr>
            <w:tcW w:type="dxa" w:w="1961"/>
          </w:tcPr>
          <w:p>
            <w:pPr>
              <w:spacing w:after="0"/>
              <w:jc w:val="left"/>
            </w:pPr>
          </w:p>
        </w:tc>
        <w:tc>
          <w:tcPr>
            <w:tcW w:type="dxa" w:w="1614"/>
          </w:tcPr>
          <w:p>
            <w:pPr>
              <w:spacing w:after="0"/>
              <w:jc w:val="left"/>
            </w:pPr>
            <w:r>
              <w:rPr>
                <w:sz w:val="16"/>
              </w:rPr>
              <w:t>No crop damage reported in 12 records.</w:t>
            </w:r>
          </w:p>
        </w:tc>
        <w:tc>
          <w:tcPr>
            <w:tcW w:type="dxa" w:w="1607"/>
          </w:tcPr>
          <w:p>
            <w:pPr>
              <w:spacing w:after="0"/>
              <w:jc w:val="left"/>
            </w:pPr>
          </w:p>
        </w:tc>
        <w:tc>
          <w:tcPr>
            <w:tcW w:type="dxa" w:w="1774"/>
          </w:tcPr>
          <w:p>
            <w:pPr>
              <w:spacing w:after="0"/>
              <w:jc w:val="left"/>
            </w:pPr>
            <w:r>
              <w:rPr>
                <w:sz w:val="16"/>
              </w:rPr>
              <w:t>Countywide (zone-level records).</w:t>
            </w:r>
          </w:p>
        </w:tc>
        <w:tc>
          <w:tcPr>
            <w:tcW w:type="dxa" w:w="1591"/>
          </w:tcPr>
          <w:p>
            <w:pPr>
              <w:spacing w:after="0"/>
              <w:jc w:val="left"/>
            </w:pPr>
          </w:p>
        </w:tc>
      </w:tr>
      <w:tr>
        <w:trPr>
          <w:cantSplit/>
        </w:trPr>
        <w:tc>
          <w:tcPr>
            <w:tcW w:type="dxa" w:w="1872"/>
          </w:tcPr>
          <w:p>
            <w:pPr>
              <w:spacing w:after="0"/>
              <w:jc w:val="left"/>
            </w:pPr>
            <w:r>
              <w:rPr>
                <w:sz w:val="16"/>
              </w:rPr>
              <w:t>Drought</w:t>
            </w:r>
          </w:p>
        </w:tc>
        <w:tc>
          <w:tcPr>
            <w:tcW w:type="dxa" w:w="1887"/>
          </w:tcPr>
          <w:p>
            <w:pPr>
              <w:spacing w:after="0"/>
              <w:jc w:val="left"/>
            </w:pPr>
            <w:r>
              <w:rPr>
                <w:sz w:val="16"/>
              </w:rPr>
              <w:t>U.S. Drought Monitor scale (D0 to D4)</w:t>
            </w:r>
          </w:p>
        </w:tc>
        <w:tc>
          <w:tcPr>
            <w:tcW w:type="dxa" w:w="1806"/>
          </w:tcPr>
          <w:p>
            <w:pPr>
              <w:spacing w:after="0"/>
              <w:jc w:val="right"/>
            </w:pPr>
            <w:r>
              <w:rPr>
                <w:sz w:val="16"/>
              </w:rPr>
              <w:t>3 records, 2016 to 2019 (3 zone-level)</w:t>
            </w:r>
          </w:p>
        </w:tc>
        <w:tc>
          <w:tcPr>
            <w:tcW w:type="dxa" w:w="1961"/>
          </w:tcPr>
          <w:p>
            <w:pPr>
              <w:spacing w:after="0"/>
              <w:jc w:val="left"/>
            </w:pPr>
            <w:r>
              <w:rPr>
                <w:sz w:val="16"/>
              </w:rPr>
              <w:t>8 days to 43 days (median 25.5 days); 2 with a recorded value</w:t>
            </w:r>
          </w:p>
        </w:tc>
        <w:tc>
          <w:tcPr>
            <w:tcW w:type="dxa" w:w="1614"/>
          </w:tcPr>
          <w:p>
            <w:pPr>
              <w:spacing w:after="0"/>
              <w:jc w:val="left"/>
            </w:pPr>
            <w:r>
              <w:rPr>
                <w:sz w:val="16"/>
              </w:rPr>
              <w:t>43 days (about 1.4 months), 2016-11-08 to 2016-12-20, a run of 2 consecutive Storm Events drought records, zone-level</w:t>
            </w:r>
          </w:p>
        </w:tc>
        <w:tc>
          <w:tcPr>
            <w:tcW w:type="dxa" w:w="1607"/>
          </w:tcPr>
          <w:p>
            <w:pPr>
              <w:spacing w:after="0"/>
              <w:jc w:val="left"/>
            </w:pPr>
          </w:p>
        </w:tc>
        <w:tc>
          <w:tcPr>
            <w:tcW w:type="dxa" w:w="1774"/>
          </w:tcPr>
          <w:p>
            <w:pPr>
              <w:spacing w:after="0"/>
              <w:jc w:val="left"/>
            </w:pPr>
            <w:r>
              <w:rPr>
                <w:sz w:val="16"/>
              </w:rPr>
              <w:t>Countywide (zone-level records).</w:t>
            </w:r>
          </w:p>
        </w:tc>
        <w:tc>
          <w:tcPr>
            <w:tcW w:type="dxa" w:w="1591"/>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72"/>
          </w:tcPr>
          <w:p>
            <w:pPr>
              <w:spacing w:after="0"/>
              <w:jc w:val="left"/>
            </w:pPr>
            <w:r>
              <w:rPr>
                <w:sz w:val="16"/>
              </w:rPr>
              <w:t>Earthquake</w:t>
            </w:r>
          </w:p>
        </w:tc>
        <w:tc>
          <w:tcPr>
            <w:tcW w:type="dxa" w:w="1887"/>
          </w:tcPr>
          <w:p>
            <w:pPr>
              <w:spacing w:after="0"/>
              <w:jc w:val="left"/>
            </w:pPr>
            <w:r>
              <w:rPr>
                <w:sz w:val="16"/>
              </w:rPr>
              <w:t>Modified Mercalli (local data)</w:t>
            </w:r>
          </w:p>
        </w:tc>
        <w:tc>
          <w:tcPr>
            <w:tcW w:type="dxa" w:w="1806"/>
          </w:tcPr>
          <w:p>
            <w:pPr>
              <w:spacing w:after="0"/>
              <w:jc w:val="right"/>
            </w:pPr>
            <w:r>
              <w:rPr>
                <w:sz w:val="16"/>
              </w:rPr>
              <w:t>0</w:t>
            </w:r>
          </w:p>
        </w:tc>
        <w:tc>
          <w:tcPr>
            <w:tcW w:type="dxa" w:w="1961"/>
          </w:tcPr>
          <w:p>
            <w:pPr>
              <w:spacing w:after="0"/>
              <w:jc w:val="left"/>
            </w:pPr>
          </w:p>
        </w:tc>
        <w:tc>
          <w:tcPr>
            <w:tcW w:type="dxa" w:w="1614"/>
          </w:tcPr>
          <w:p>
            <w:pPr>
              <w:spacing w:after="0"/>
              <w:jc w:val="left"/>
            </w:pPr>
          </w:p>
        </w:tc>
        <w:tc>
          <w:tcPr>
            <w:tcW w:type="dxa" w:w="1607"/>
          </w:tcPr>
          <w:p>
            <w:pPr>
              <w:spacing w:after="0"/>
              <w:jc w:val="left"/>
            </w:pPr>
          </w:p>
        </w:tc>
        <w:tc>
          <w:tcPr>
            <w:tcW w:type="dxa" w:w="1774"/>
          </w:tcPr>
          <w:p>
            <w:pPr>
              <w:spacing w:after="0"/>
              <w:jc w:val="left"/>
            </w:pPr>
          </w:p>
        </w:tc>
        <w:tc>
          <w:tcPr>
            <w:tcW w:type="dxa" w:w="1591"/>
          </w:tcPr>
          <w:p>
            <w:pPr>
              <w:spacing w:after="0"/>
              <w:jc w:val="left"/>
            </w:pPr>
            <w:r>
              <w:rPr>
                <w:sz w:val="16"/>
              </w:rPr>
              <w:t>Storm Events does not record earthquakes; the USGS earthquake catalog is the source.</w:t>
            </w:r>
          </w:p>
        </w:tc>
      </w:tr>
      <w:tr>
        <w:trPr>
          <w:cantSplit/>
        </w:trPr>
        <w:tc>
          <w:tcPr>
            <w:tcW w:type="dxa" w:w="1872"/>
          </w:tcPr>
          <w:p>
            <w:pPr>
              <w:spacing w:after="0"/>
              <w:jc w:val="left"/>
            </w:pPr>
            <w:r>
              <w:rPr>
                <w:sz w:val="16"/>
              </w:rPr>
              <w:t>Hail</w:t>
            </w:r>
          </w:p>
        </w:tc>
        <w:tc>
          <w:tcPr>
            <w:tcW w:type="dxa" w:w="1887"/>
          </w:tcPr>
          <w:p>
            <w:pPr>
              <w:spacing w:after="0"/>
              <w:jc w:val="left"/>
            </w:pPr>
            <w:r>
              <w:rPr>
                <w:sz w:val="16"/>
              </w:rPr>
              <w:t>hail size (inches)</w:t>
            </w:r>
          </w:p>
        </w:tc>
        <w:tc>
          <w:tcPr>
            <w:tcW w:type="dxa" w:w="1806"/>
          </w:tcPr>
          <w:p>
            <w:pPr>
              <w:spacing w:after="0"/>
              <w:jc w:val="right"/>
            </w:pPr>
            <w:r>
              <w:rPr>
                <w:sz w:val="16"/>
              </w:rPr>
              <w:t>53 records, 1955 to 2023</w:t>
            </w:r>
          </w:p>
        </w:tc>
        <w:tc>
          <w:tcPr>
            <w:tcW w:type="dxa" w:w="1961"/>
          </w:tcPr>
          <w:p>
            <w:pPr>
              <w:spacing w:after="0"/>
              <w:jc w:val="left"/>
            </w:pPr>
            <w:r>
              <w:rPr>
                <w:sz w:val="16"/>
              </w:rPr>
              <w:t>0.75 in to 2 in (median 1 in); 53 with a recorded value</w:t>
            </w:r>
          </w:p>
        </w:tc>
        <w:tc>
          <w:tcPr>
            <w:tcW w:type="dxa" w:w="1614"/>
          </w:tcPr>
          <w:p>
            <w:pPr>
              <w:spacing w:after="0"/>
              <w:jc w:val="left"/>
            </w:pPr>
            <w:r>
              <w:rPr>
                <w:sz w:val="16"/>
              </w:rPr>
              <w:t>2 in hail, 2022-05-19; same size also recorded on 1955-11-13</w:t>
            </w:r>
          </w:p>
        </w:tc>
        <w:tc>
          <w:tcPr>
            <w:tcW w:type="dxa" w:w="1607"/>
          </w:tcPr>
          <w:p>
            <w:pPr>
              <w:spacing w:after="0"/>
              <w:jc w:val="left"/>
            </w:pPr>
          </w:p>
        </w:tc>
        <w:tc>
          <w:tcPr>
            <w:tcW w:type="dxa" w:w="1774"/>
          </w:tcPr>
          <w:p>
            <w:pPr>
              <w:spacing w:after="0"/>
              <w:jc w:val="left"/>
            </w:pPr>
            <w:r>
              <w:rPr>
                <w:sz w:val="16"/>
              </w:rPr>
              <w:t>Event records naming jurisdictions in the plan: Stanton city (19 records), Clay City city (14 records).</w:t>
            </w:r>
          </w:p>
        </w:tc>
        <w:tc>
          <w:tcPr>
            <w:tcW w:type="dxa" w:w="1591"/>
          </w:tcPr>
          <w:p>
            <w:pPr>
              <w:spacing w:after="0"/>
              <w:jc w:val="left"/>
            </w:pPr>
          </w:p>
        </w:tc>
      </w:tr>
      <w:tr>
        <w:trPr>
          <w:cantSplit/>
        </w:trPr>
        <w:tc>
          <w:tcPr>
            <w:tcW w:type="dxa" w:w="1872"/>
          </w:tcPr>
          <w:p>
            <w:pPr>
              <w:spacing w:after="0"/>
              <w:jc w:val="left"/>
            </w:pPr>
            <w:r>
              <w:rPr>
                <w:sz w:val="16"/>
              </w:rPr>
              <w:t>Excessive Heat, Heat</w:t>
            </w:r>
          </w:p>
        </w:tc>
        <w:tc>
          <w:tcPr>
            <w:tcW w:type="dxa" w:w="1887"/>
          </w:tcPr>
          <w:p>
            <w:pPr>
              <w:spacing w:after="0"/>
              <w:jc w:val="left"/>
            </w:pPr>
            <w:r>
              <w:rPr>
                <w:sz w:val="16"/>
              </w:rPr>
              <w:t>heat index (in event narratives)</w:t>
            </w:r>
          </w:p>
        </w:tc>
        <w:tc>
          <w:tcPr>
            <w:tcW w:type="dxa" w:w="1806"/>
          </w:tcPr>
          <w:p>
            <w:pPr>
              <w:spacing w:after="0"/>
              <w:jc w:val="right"/>
            </w:pPr>
            <w:r>
              <w:rPr>
                <w:sz w:val="16"/>
              </w:rPr>
              <w:t>6 records, 2010 (6 zone-level)</w:t>
            </w:r>
          </w:p>
        </w:tc>
        <w:tc>
          <w:tcPr>
            <w:tcW w:type="dxa" w:w="1961"/>
          </w:tcPr>
          <w:p>
            <w:pPr>
              <w:spacing w:after="0"/>
              <w:jc w:val="left"/>
            </w:pPr>
            <w:r>
              <w:rPr>
                <w:sz w:val="16"/>
              </w:rPr>
              <w:t>1 day to 5 days (median 3 days); 2 with a recorded value</w:t>
            </w:r>
          </w:p>
        </w:tc>
        <w:tc>
          <w:tcPr>
            <w:tcW w:type="dxa" w:w="1614"/>
          </w:tcPr>
          <w:p>
            <w:pPr>
              <w:spacing w:after="0"/>
              <w:jc w:val="left"/>
            </w:pPr>
            <w:r>
              <w:rPr>
                <w:sz w:val="16"/>
              </w:rPr>
              <w:t>5 consecutive days, 2010-08-09 to 2010-08-13, zone-level</w:t>
            </w:r>
          </w:p>
        </w:tc>
        <w:tc>
          <w:tcPr>
            <w:tcW w:type="dxa" w:w="1607"/>
          </w:tcPr>
          <w:p>
            <w:pPr>
              <w:spacing w:after="0"/>
              <w:jc w:val="left"/>
            </w:pPr>
          </w:p>
        </w:tc>
        <w:tc>
          <w:tcPr>
            <w:tcW w:type="dxa" w:w="1774"/>
          </w:tcPr>
          <w:p>
            <w:pPr>
              <w:spacing w:after="0"/>
              <w:jc w:val="left"/>
            </w:pPr>
            <w:r>
              <w:rPr>
                <w:sz w:val="16"/>
              </w:rPr>
              <w:t>Countywide (zone-level records).</w:t>
            </w:r>
          </w:p>
        </w:tc>
        <w:tc>
          <w:tcPr>
            <w:tcW w:type="dxa" w:w="1591"/>
          </w:tcPr>
          <w:p>
            <w:pPr>
              <w:spacing w:after="0"/>
              <w:jc w:val="left"/>
            </w:pPr>
          </w:p>
        </w:tc>
      </w:tr>
      <w:tr>
        <w:trPr>
          <w:cantSplit/>
        </w:trPr>
        <w:tc>
          <w:tcPr>
            <w:tcW w:type="dxa" w:w="1872"/>
          </w:tcPr>
          <w:p>
            <w:pPr>
              <w:spacing w:after="0"/>
              <w:jc w:val="left"/>
            </w:pPr>
            <w:r>
              <w:rPr>
                <w:sz w:val="16"/>
              </w:rPr>
              <w:t>Hurricane, Tropical Storm, Tropical Depression</w:t>
            </w:r>
          </w:p>
        </w:tc>
        <w:tc>
          <w:tcPr>
            <w:tcW w:type="dxa" w:w="1887"/>
          </w:tcPr>
          <w:p>
            <w:pPr>
              <w:spacing w:after="0"/>
              <w:jc w:val="left"/>
            </w:pPr>
            <w:r>
              <w:rPr>
                <w:sz w:val="16"/>
              </w:rPr>
              <w:t>Saffir-Simpson</w:t>
            </w:r>
          </w:p>
        </w:tc>
        <w:tc>
          <w:tcPr>
            <w:tcW w:type="dxa" w:w="1806"/>
          </w:tcPr>
          <w:p>
            <w:pPr>
              <w:spacing w:after="0"/>
              <w:jc w:val="right"/>
            </w:pPr>
            <w:r>
              <w:rPr>
                <w:sz w:val="16"/>
              </w:rPr>
              <w:t>0</w:t>
            </w:r>
          </w:p>
        </w:tc>
        <w:tc>
          <w:tcPr>
            <w:tcW w:type="dxa" w:w="1961"/>
          </w:tcPr>
          <w:p>
            <w:pPr>
              <w:spacing w:after="0"/>
              <w:jc w:val="left"/>
            </w:pPr>
          </w:p>
        </w:tc>
        <w:tc>
          <w:tcPr>
            <w:tcW w:type="dxa" w:w="1614"/>
          </w:tcPr>
          <w:p>
            <w:pPr>
              <w:spacing w:after="0"/>
              <w:jc w:val="left"/>
            </w:pPr>
          </w:p>
        </w:tc>
        <w:tc>
          <w:tcPr>
            <w:tcW w:type="dxa" w:w="1607"/>
          </w:tcPr>
          <w:p>
            <w:pPr>
              <w:spacing w:after="0"/>
              <w:jc w:val="left"/>
            </w:pPr>
          </w:p>
        </w:tc>
        <w:tc>
          <w:tcPr>
            <w:tcW w:type="dxa" w:w="1774"/>
          </w:tcPr>
          <w:p>
            <w:pPr>
              <w:spacing w:after="0"/>
              <w:jc w:val="left"/>
            </w:pPr>
          </w:p>
        </w:tc>
        <w:tc>
          <w:tcPr>
            <w:tcW w:type="dxa" w:w="1591"/>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72"/>
          </w:tcPr>
          <w:p>
            <w:pPr>
              <w:spacing w:after="0"/>
              <w:jc w:val="left"/>
            </w:pPr>
            <w:r>
              <w:rPr>
                <w:sz w:val="16"/>
              </w:rPr>
              <w:t>Ice Storm</w:t>
            </w:r>
          </w:p>
        </w:tc>
        <w:tc>
          <w:tcPr>
            <w:tcW w:type="dxa" w:w="1887"/>
          </w:tcPr>
          <w:p>
            <w:pPr>
              <w:spacing w:after="0"/>
              <w:jc w:val="left"/>
            </w:pPr>
            <w:r>
              <w:rPr>
                <w:sz w:val="16"/>
              </w:rPr>
              <w:t>Sperry-Piltz ice scale (local data)</w:t>
            </w:r>
          </w:p>
        </w:tc>
        <w:tc>
          <w:tcPr>
            <w:tcW w:type="dxa" w:w="1806"/>
          </w:tcPr>
          <w:p>
            <w:pPr>
              <w:spacing w:after="0"/>
              <w:jc w:val="right"/>
            </w:pPr>
            <w:r>
              <w:rPr>
                <w:sz w:val="16"/>
              </w:rPr>
              <w:t>10 records, 1999 to 2022 (10 zone-level)</w:t>
            </w:r>
          </w:p>
        </w:tc>
        <w:tc>
          <w:tcPr>
            <w:tcW w:type="dxa" w:w="1961"/>
          </w:tcPr>
          <w:p>
            <w:pPr>
              <w:spacing w:after="0"/>
              <w:jc w:val="left"/>
            </w:pPr>
          </w:p>
        </w:tc>
        <w:tc>
          <w:tcPr>
            <w:tcW w:type="dxa" w:w="1614"/>
          </w:tcPr>
          <w:p>
            <w:pPr>
              <w:spacing w:after="0"/>
              <w:jc w:val="left"/>
            </w:pPr>
            <w:r>
              <w:rPr>
                <w:sz w:val="16"/>
              </w:rPr>
              <w:t>No damage reported in 10 records.</w:t>
            </w:r>
          </w:p>
        </w:tc>
        <w:tc>
          <w:tcPr>
            <w:tcW w:type="dxa" w:w="1607"/>
          </w:tcPr>
          <w:p>
            <w:pPr>
              <w:spacing w:after="0"/>
              <w:jc w:val="left"/>
            </w:pPr>
          </w:p>
        </w:tc>
        <w:tc>
          <w:tcPr>
            <w:tcW w:type="dxa" w:w="1774"/>
          </w:tcPr>
          <w:p>
            <w:pPr>
              <w:spacing w:after="0"/>
              <w:jc w:val="left"/>
            </w:pPr>
            <w:r>
              <w:rPr>
                <w:sz w:val="16"/>
              </w:rPr>
              <w:t>Countywide (zone-level records).</w:t>
            </w:r>
          </w:p>
        </w:tc>
        <w:tc>
          <w:tcPr>
            <w:tcW w:type="dxa" w:w="1591"/>
          </w:tcPr>
          <w:p>
            <w:pPr>
              <w:spacing w:after="0"/>
              <w:jc w:val="left"/>
            </w:pPr>
          </w:p>
        </w:tc>
      </w:tr>
      <w:tr>
        <w:trPr>
          <w:cantSplit/>
        </w:trPr>
        <w:tc>
          <w:tcPr>
            <w:tcW w:type="dxa" w:w="1872"/>
          </w:tcPr>
          <w:p>
            <w:pPr>
              <w:spacing w:after="0"/>
              <w:jc w:val="left"/>
            </w:pPr>
            <w:r>
              <w:rPr>
                <w:sz w:val="16"/>
              </w:rPr>
              <w:t>Flash Flood, Flood, Lakeshore Flood</w:t>
            </w:r>
          </w:p>
        </w:tc>
        <w:tc>
          <w:tcPr>
            <w:tcW w:type="dxa" w:w="1887"/>
          </w:tcPr>
          <w:p>
            <w:pPr>
              <w:spacing w:after="0"/>
              <w:jc w:val="left"/>
            </w:pPr>
            <w:r>
              <w:rPr>
                <w:sz w:val="16"/>
              </w:rPr>
              <w:t>damage and flood days (flood depth: FIRM)</w:t>
            </w:r>
          </w:p>
        </w:tc>
        <w:tc>
          <w:tcPr>
            <w:tcW w:type="dxa" w:w="1806"/>
          </w:tcPr>
          <w:p>
            <w:pPr>
              <w:spacing w:after="0"/>
              <w:jc w:val="right"/>
            </w:pPr>
            <w:r>
              <w:rPr>
                <w:sz w:val="16"/>
              </w:rPr>
              <w:t>120 records, 1996 to 2025 (16 zone-level)</w:t>
            </w:r>
          </w:p>
        </w:tc>
        <w:tc>
          <w:tcPr>
            <w:tcW w:type="dxa" w:w="1961"/>
          </w:tcPr>
          <w:p>
            <w:pPr>
              <w:spacing w:after="0"/>
              <w:jc w:val="left"/>
            </w:pPr>
          </w:p>
        </w:tc>
        <w:tc>
          <w:tcPr>
            <w:tcW w:type="dxa" w:w="1614"/>
          </w:tcPr>
          <w:p>
            <w:pPr>
              <w:spacing w:after="0"/>
              <w:jc w:val="left"/>
            </w:pPr>
            <w:r>
              <w:rPr>
                <w:sz w:val="16"/>
              </w:rPr>
              <w:t>Flash Flood, 1997-06-16, $3,300,000 property; $1,700,000 crops (1997 dollars), 1 direct injury</w:t>
            </w:r>
          </w:p>
        </w:tc>
        <w:tc>
          <w:tcPr>
            <w:tcW w:type="dxa" w:w="1607"/>
          </w:tcPr>
          <w:p>
            <w:pPr>
              <w:spacing w:after="0"/>
              <w:jc w:val="left"/>
            </w:pPr>
          </w:p>
        </w:tc>
        <w:tc>
          <w:tcPr>
            <w:tcW w:type="dxa" w:w="1774"/>
          </w:tcPr>
          <w:p>
            <w:pPr>
              <w:spacing w:after="0"/>
              <w:jc w:val="left"/>
            </w:pPr>
            <w:r>
              <w:rPr>
                <w:sz w:val="16"/>
              </w:rPr>
              <w:t>Event records naming jurisdictions in the plan: Stanton city (22 records), Clay City city (17 records). Zone-level records (16) apply countywide.</w:t>
            </w:r>
          </w:p>
        </w:tc>
        <w:tc>
          <w:tcPr>
            <w:tcW w:type="dxa" w:w="1591"/>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72"/>
          </w:tcPr>
          <w:p>
            <w:pPr>
              <w:spacing w:after="0"/>
              <w:jc w:val="left"/>
            </w:pPr>
            <w:r>
              <w:rPr>
                <w:sz w:val="16"/>
              </w:rPr>
              <w:t>Debris Flow</w:t>
            </w:r>
          </w:p>
        </w:tc>
        <w:tc>
          <w:tcPr>
            <w:tcW w:type="dxa" w:w="1887"/>
          </w:tcPr>
          <w:p>
            <w:pPr>
              <w:spacing w:after="0"/>
              <w:jc w:val="left"/>
            </w:pPr>
            <w:r>
              <w:rPr>
                <w:sz w:val="16"/>
              </w:rPr>
              <w:t>none (count and damage only)</w:t>
            </w:r>
          </w:p>
        </w:tc>
        <w:tc>
          <w:tcPr>
            <w:tcW w:type="dxa" w:w="1806"/>
          </w:tcPr>
          <w:p>
            <w:pPr>
              <w:spacing w:after="0"/>
              <w:jc w:val="right"/>
            </w:pPr>
            <w:r>
              <w:rPr>
                <w:sz w:val="16"/>
              </w:rPr>
              <w:t>1 record, 2010 (1 zone-level)</w:t>
            </w:r>
          </w:p>
        </w:tc>
        <w:tc>
          <w:tcPr>
            <w:tcW w:type="dxa" w:w="1961"/>
          </w:tcPr>
          <w:p>
            <w:pPr>
              <w:spacing w:after="0"/>
              <w:jc w:val="left"/>
            </w:pPr>
          </w:p>
        </w:tc>
        <w:tc>
          <w:tcPr>
            <w:tcW w:type="dxa" w:w="1614"/>
          </w:tcPr>
          <w:p>
            <w:pPr>
              <w:spacing w:after="0"/>
              <w:jc w:val="left"/>
            </w:pPr>
            <w:r>
              <w:rPr>
                <w:sz w:val="16"/>
              </w:rPr>
              <w:t>No damage reported in 1 record.</w:t>
            </w:r>
          </w:p>
        </w:tc>
        <w:tc>
          <w:tcPr>
            <w:tcW w:type="dxa" w:w="1607"/>
          </w:tcPr>
          <w:p>
            <w:pPr>
              <w:spacing w:after="0"/>
              <w:jc w:val="left"/>
            </w:pPr>
          </w:p>
        </w:tc>
        <w:tc>
          <w:tcPr>
            <w:tcW w:type="dxa" w:w="1774"/>
          </w:tcPr>
          <w:p>
            <w:pPr>
              <w:spacing w:after="0"/>
              <w:jc w:val="left"/>
            </w:pPr>
            <w:r>
              <w:rPr>
                <w:sz w:val="16"/>
              </w:rPr>
              <w:t>Countywide (zone-level records).</w:t>
            </w:r>
          </w:p>
        </w:tc>
        <w:tc>
          <w:tcPr>
            <w:tcW w:type="dxa" w:w="1591"/>
          </w:tcPr>
          <w:p>
            <w:pPr>
              <w:spacing w:after="0"/>
              <w:jc w:val="left"/>
            </w:pPr>
          </w:p>
        </w:tc>
      </w:tr>
      <w:tr>
        <w:trPr>
          <w:cantSplit/>
        </w:trPr>
        <w:tc>
          <w:tcPr>
            <w:tcW w:type="dxa" w:w="1872"/>
          </w:tcPr>
          <w:p>
            <w:pPr>
              <w:spacing w:after="0"/>
              <w:jc w:val="left"/>
            </w:pPr>
            <w:r>
              <w:rPr>
                <w:sz w:val="16"/>
              </w:rPr>
              <w:t>Lightning</w:t>
            </w:r>
          </w:p>
        </w:tc>
        <w:tc>
          <w:tcPr>
            <w:tcW w:type="dxa" w:w="1887"/>
          </w:tcPr>
          <w:p>
            <w:pPr>
              <w:spacing w:after="0"/>
              <w:jc w:val="left"/>
            </w:pPr>
            <w:r>
              <w:rPr>
                <w:sz w:val="16"/>
              </w:rPr>
              <w:t>annualized frequency (the measure FEMA's Local Mitigation Planning Handbook names)</w:t>
            </w:r>
          </w:p>
        </w:tc>
        <w:tc>
          <w:tcPr>
            <w:tcW w:type="dxa" w:w="1806"/>
          </w:tcPr>
          <w:p>
            <w:pPr>
              <w:spacing w:after="0"/>
              <w:jc w:val="right"/>
            </w:pPr>
            <w:r>
              <w:rPr>
                <w:sz w:val="16"/>
              </w:rPr>
              <w:t>3 records, 2014 to 2017</w:t>
            </w:r>
          </w:p>
        </w:tc>
        <w:tc>
          <w:tcPr>
            <w:tcW w:type="dxa" w:w="1961"/>
          </w:tcPr>
          <w:p>
            <w:pPr>
              <w:spacing w:after="0"/>
              <w:jc w:val="left"/>
            </w:pPr>
          </w:p>
        </w:tc>
        <w:tc>
          <w:tcPr>
            <w:tcW w:type="dxa" w:w="1614"/>
          </w:tcPr>
          <w:p>
            <w:pPr>
              <w:spacing w:after="0"/>
              <w:jc w:val="left"/>
            </w:pPr>
            <w:r>
              <w:rPr>
                <w:sz w:val="16"/>
              </w:rPr>
              <w:t>Lightning, 2017-02-28, $25,000 property; crops not reported (2017 dollars)</w:t>
            </w:r>
          </w:p>
        </w:tc>
        <w:tc>
          <w:tcPr>
            <w:tcW w:type="dxa" w:w="1607"/>
          </w:tcPr>
          <w:p>
            <w:pPr>
              <w:spacing w:after="0"/>
              <w:jc w:val="left"/>
            </w:pPr>
          </w:p>
        </w:tc>
        <w:tc>
          <w:tcPr>
            <w:tcW w:type="dxa" w:w="1774"/>
          </w:tcPr>
          <w:p>
            <w:pPr>
              <w:spacing w:after="0"/>
              <w:jc w:val="left"/>
            </w:pPr>
            <w:r>
              <w:rPr>
                <w:sz w:val="16"/>
              </w:rPr>
              <w:t>Event records naming jurisdictions in the plan: Clay City city (1 record), Stanton city (1 record).</w:t>
            </w:r>
          </w:p>
        </w:tc>
        <w:tc>
          <w:tcPr>
            <w:tcW w:type="dxa" w:w="1591"/>
          </w:tcPr>
          <w:p>
            <w:pPr>
              <w:spacing w:after="0"/>
              <w:jc w:val="left"/>
            </w:pPr>
            <w:r>
              <w:rPr>
                <w:sz w:val="16"/>
              </w:rPr>
              <w:t>Storm Events lists lightning with damage or casualties.</w:t>
            </w:r>
          </w:p>
        </w:tc>
      </w:tr>
      <w:tr>
        <w:trPr>
          <w:cantSplit/>
        </w:trPr>
        <w:tc>
          <w:tcPr>
            <w:tcW w:type="dxa" w:w="1872"/>
          </w:tcPr>
          <w:p>
            <w:pPr>
              <w:spacing w:after="0"/>
              <w:jc w:val="left"/>
            </w:pPr>
            <w:r>
              <w:rPr>
                <w:sz w:val="16"/>
              </w:rPr>
              <w:t>High Wind and Strong Wind (outside NRI's Strong Wind definition)</w:t>
            </w:r>
          </w:p>
        </w:tc>
        <w:tc>
          <w:tcPr>
            <w:tcW w:type="dxa" w:w="1887"/>
          </w:tcPr>
          <w:p>
            <w:pPr>
              <w:spacing w:after="0"/>
              <w:jc w:val="left"/>
            </w:pPr>
            <w:r>
              <w:rPr>
                <w:sz w:val="16"/>
              </w:rPr>
              <w:t>wind speed (kt and mph)</w:t>
            </w:r>
          </w:p>
        </w:tc>
        <w:tc>
          <w:tcPr>
            <w:tcW w:type="dxa" w:w="1806"/>
          </w:tcPr>
          <w:p>
            <w:pPr>
              <w:spacing w:after="0"/>
              <w:jc w:val="right"/>
            </w:pPr>
            <w:r>
              <w:rPr>
                <w:sz w:val="16"/>
              </w:rPr>
              <w:t>10 records, 2001 to 2024 (10 zone-level)</w:t>
            </w:r>
          </w:p>
        </w:tc>
        <w:tc>
          <w:tcPr>
            <w:tcW w:type="dxa" w:w="1961"/>
          </w:tcPr>
          <w:p>
            <w:pPr>
              <w:spacing w:after="0"/>
              <w:jc w:val="left"/>
            </w:pPr>
            <w:r>
              <w:rPr>
                <w:sz w:val="16"/>
              </w:rPr>
              <w:t>45 kt (52 mph) to 60 kt (69 mph) (median 50 kt (58 mph)); 10 with a recorded value</w:t>
            </w:r>
          </w:p>
        </w:tc>
        <w:tc>
          <w:tcPr>
            <w:tcW w:type="dxa" w:w="1614"/>
          </w:tcPr>
          <w:p>
            <w:pPr>
              <w:spacing w:after="0"/>
              <w:jc w:val="left"/>
            </w:pPr>
            <w:r>
              <w:rPr>
                <w:sz w:val="16"/>
              </w:rPr>
              <w:t>60 kt (69 mph) estimated gust, High Wind, 2003-05-05; same speed and measurement basis also recorded on 2003-05-05; NWS zone KYZ059</w:t>
            </w:r>
          </w:p>
        </w:tc>
        <w:tc>
          <w:tcPr>
            <w:tcW w:type="dxa" w:w="1607"/>
          </w:tcPr>
          <w:p>
            <w:pPr>
              <w:spacing w:after="0"/>
              <w:jc w:val="left"/>
            </w:pPr>
            <w:r>
              <w:rPr>
                <w:sz w:val="16"/>
              </w:rPr>
              <w:t>High Wind, 2024-09-27, $30,000 property; $3,000 crops (zone total, 2024 dollars)</w:t>
            </w:r>
          </w:p>
        </w:tc>
        <w:tc>
          <w:tcPr>
            <w:tcW w:type="dxa" w:w="1774"/>
          </w:tcPr>
          <w:p>
            <w:pPr>
              <w:spacing w:after="0"/>
              <w:jc w:val="left"/>
            </w:pPr>
            <w:r>
              <w:rPr>
                <w:sz w:val="16"/>
              </w:rPr>
              <w:t>Countywide (zone-level records).</w:t>
            </w:r>
          </w:p>
        </w:tc>
        <w:tc>
          <w:tcPr>
            <w:tcW w:type="dxa" w:w="1591"/>
          </w:tcPr>
          <w:p>
            <w:pPr>
              <w:spacing w:after="0"/>
              <w:jc w:val="left"/>
            </w:pPr>
          </w:p>
        </w:tc>
      </w:tr>
      <w:tr>
        <w:trPr>
          <w:cantSplit/>
        </w:trPr>
        <w:tc>
          <w:tcPr>
            <w:tcW w:type="dxa" w:w="1872"/>
          </w:tcPr>
          <w:p>
            <w:pPr>
              <w:spacing w:after="0"/>
              <w:jc w:val="left"/>
            </w:pPr>
            <w:r>
              <w:rPr>
                <w:sz w:val="16"/>
              </w:rPr>
              <w:t>Thunderstorm Wind</w:t>
            </w:r>
          </w:p>
        </w:tc>
        <w:tc>
          <w:tcPr>
            <w:tcW w:type="dxa" w:w="1887"/>
          </w:tcPr>
          <w:p>
            <w:pPr>
              <w:spacing w:after="0"/>
              <w:jc w:val="left"/>
            </w:pPr>
            <w:r>
              <w:rPr>
                <w:sz w:val="16"/>
              </w:rPr>
              <w:t>wind speed (kt and mph)</w:t>
            </w:r>
          </w:p>
        </w:tc>
        <w:tc>
          <w:tcPr>
            <w:tcW w:type="dxa" w:w="1806"/>
          </w:tcPr>
          <w:p>
            <w:pPr>
              <w:spacing w:after="0"/>
              <w:jc w:val="right"/>
            </w:pPr>
            <w:r>
              <w:rPr>
                <w:sz w:val="16"/>
              </w:rPr>
              <w:t>202 records, 1983 to 2026</w:t>
            </w:r>
          </w:p>
        </w:tc>
        <w:tc>
          <w:tcPr>
            <w:tcW w:type="dxa" w:w="1961"/>
          </w:tcPr>
          <w:p>
            <w:pPr>
              <w:spacing w:after="0"/>
              <w:jc w:val="left"/>
            </w:pPr>
            <w:r>
              <w:rPr>
                <w:sz w:val="16"/>
              </w:rPr>
              <w:t>35 kt (40 mph) to 75 kt (86 mph) (median 50 kt (58 mph)); 176 with a recorded value</w:t>
            </w:r>
          </w:p>
        </w:tc>
        <w:tc>
          <w:tcPr>
            <w:tcW w:type="dxa" w:w="1614"/>
          </w:tcPr>
          <w:p>
            <w:pPr>
              <w:spacing w:after="0"/>
              <w:jc w:val="left"/>
            </w:pPr>
            <w:r>
              <w:rPr>
                <w:sz w:val="16"/>
              </w:rPr>
              <w:t>75 kt (86 mph) estimated gust, Thunderstorm Wind, 2004-05-30</w:t>
            </w:r>
          </w:p>
        </w:tc>
        <w:tc>
          <w:tcPr>
            <w:tcW w:type="dxa" w:w="1607"/>
          </w:tcPr>
          <w:p>
            <w:pPr>
              <w:spacing w:after="0"/>
              <w:jc w:val="left"/>
            </w:pPr>
            <w:r>
              <w:rPr>
                <w:sz w:val="16"/>
              </w:rPr>
              <w:t>Thunderstorm Wind, 2012-06-29, $80,000 property; crops not reported (2012 dollars)</w:t>
            </w:r>
          </w:p>
        </w:tc>
        <w:tc>
          <w:tcPr>
            <w:tcW w:type="dxa" w:w="1774"/>
          </w:tcPr>
          <w:p>
            <w:pPr>
              <w:spacing w:after="0"/>
              <w:jc w:val="left"/>
            </w:pPr>
            <w:r>
              <w:rPr>
                <w:sz w:val="16"/>
              </w:rPr>
              <w:t>Event records naming jurisdictions in the plan: Stanton city (54 records), Clay City city (34 records).</w:t>
            </w:r>
          </w:p>
        </w:tc>
        <w:tc>
          <w:tcPr>
            <w:tcW w:type="dxa" w:w="1591"/>
          </w:tcPr>
          <w:p>
            <w:pPr>
              <w:spacing w:after="0"/>
              <w:jc w:val="left"/>
            </w:pPr>
            <w:r>
              <w:rPr>
                <w:sz w:val="16"/>
              </w:rPr>
              <w:t>Speeds under 20 kt (likely entry errors) are left out of the observed range.</w:t>
            </w:r>
          </w:p>
        </w:tc>
      </w:tr>
      <w:tr>
        <w:trPr>
          <w:cantSplit/>
        </w:trPr>
        <w:tc>
          <w:tcPr>
            <w:tcW w:type="dxa" w:w="1872"/>
          </w:tcPr>
          <w:p>
            <w:pPr>
              <w:spacing w:after="0"/>
              <w:jc w:val="left"/>
            </w:pPr>
            <w:r>
              <w:rPr>
                <w:sz w:val="16"/>
              </w:rPr>
              <w:t>Tornado</w:t>
            </w:r>
          </w:p>
        </w:tc>
        <w:tc>
          <w:tcPr>
            <w:tcW w:type="dxa" w:w="1887"/>
          </w:tcPr>
          <w:p>
            <w:pPr>
              <w:spacing w:after="0"/>
              <w:jc w:val="left"/>
            </w:pPr>
            <w:r>
              <w:rPr>
                <w:sz w:val="16"/>
              </w:rPr>
              <w:t>Enhanced Fujita (Fujita before Feb 2007)</w:t>
            </w:r>
          </w:p>
        </w:tc>
        <w:tc>
          <w:tcPr>
            <w:tcW w:type="dxa" w:w="1806"/>
          </w:tcPr>
          <w:p>
            <w:pPr>
              <w:spacing w:after="0"/>
              <w:jc w:val="right"/>
            </w:pPr>
            <w:r>
              <w:rPr>
                <w:sz w:val="16"/>
              </w:rPr>
              <w:t>7 records, 1978 to 2004</w:t>
            </w:r>
          </w:p>
        </w:tc>
        <w:tc>
          <w:tcPr>
            <w:tcW w:type="dxa" w:w="1961"/>
          </w:tcPr>
          <w:p>
            <w:pPr>
              <w:spacing w:after="0"/>
              <w:jc w:val="left"/>
            </w:pPr>
            <w:r>
              <w:rPr>
                <w:sz w:val="16"/>
              </w:rPr>
              <w:t>F/EF0 to F/EF2 (median F/EF1); 7 with a recorded value</w:t>
            </w:r>
          </w:p>
        </w:tc>
        <w:tc>
          <w:tcPr>
            <w:tcW w:type="dxa" w:w="1614"/>
          </w:tcPr>
          <w:p>
            <w:pPr>
              <w:spacing w:after="0"/>
              <w:jc w:val="left"/>
            </w:pPr>
            <w:r>
              <w:rPr>
                <w:sz w:val="16"/>
              </w:rPr>
              <w:t>F2 tornado, 1982-03-16, 4 mi path length (whole path, pre-1996), 400 yd wide, $250,000 property; crops not recorded (1982 dollars), 1 direct injury</w:t>
            </w:r>
          </w:p>
        </w:tc>
        <w:tc>
          <w:tcPr>
            <w:tcW w:type="dxa" w:w="1607"/>
          </w:tcPr>
          <w:p>
            <w:pPr>
              <w:spacing w:after="0"/>
              <w:jc w:val="left"/>
            </w:pPr>
            <w:r>
              <w:rPr>
                <w:sz w:val="16"/>
              </w:rPr>
              <w:t>Tornado, 1997-03-02, $1,250,000 property; $0 crops (1997 dollars)</w:t>
            </w:r>
          </w:p>
        </w:tc>
        <w:tc>
          <w:tcPr>
            <w:tcW w:type="dxa" w:w="1774"/>
          </w:tcPr>
          <w:p>
            <w:pPr>
              <w:spacing w:after="0"/>
              <w:jc w:val="left"/>
            </w:pPr>
            <w:r>
              <w:rPr>
                <w:sz w:val="16"/>
              </w:rPr>
              <w:t>Event records naming jurisdictions in the plan: Stanton city (2 records), Clay City city (1 record).</w:t>
            </w:r>
          </w:p>
        </w:tc>
        <w:tc>
          <w:tcPr>
            <w:tcW w:type="dxa" w:w="1591"/>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72"/>
          </w:tcPr>
          <w:p>
            <w:pPr>
              <w:spacing w:after="0"/>
              <w:jc w:val="left"/>
            </w:pPr>
            <w:r>
              <w:rPr>
                <w:sz w:val="16"/>
              </w:rPr>
              <w:t>Wildfire</w:t>
            </w:r>
          </w:p>
        </w:tc>
        <w:tc>
          <w:tcPr>
            <w:tcW w:type="dxa" w:w="1887"/>
          </w:tcPr>
          <w:p>
            <w:pPr>
              <w:spacing w:after="0"/>
              <w:jc w:val="left"/>
            </w:pPr>
            <w:r>
              <w:rPr>
                <w:sz w:val="16"/>
              </w:rPr>
              <w:t>acres burned (local data)</w:t>
            </w:r>
          </w:p>
        </w:tc>
        <w:tc>
          <w:tcPr>
            <w:tcW w:type="dxa" w:w="1806"/>
          </w:tcPr>
          <w:p>
            <w:pPr>
              <w:spacing w:after="0"/>
              <w:jc w:val="right"/>
            </w:pPr>
            <w:r>
              <w:rPr>
                <w:sz w:val="16"/>
              </w:rPr>
              <w:t>1 record, 2016 (1 zone-level)</w:t>
            </w:r>
          </w:p>
        </w:tc>
        <w:tc>
          <w:tcPr>
            <w:tcW w:type="dxa" w:w="1961"/>
          </w:tcPr>
          <w:p>
            <w:pPr>
              <w:spacing w:after="0"/>
              <w:jc w:val="left"/>
            </w:pPr>
          </w:p>
        </w:tc>
        <w:tc>
          <w:tcPr>
            <w:tcW w:type="dxa" w:w="1614"/>
          </w:tcPr>
          <w:p>
            <w:pPr>
              <w:spacing w:after="0"/>
              <w:jc w:val="left"/>
            </w:pPr>
            <w:r>
              <w:rPr>
                <w:sz w:val="16"/>
              </w:rPr>
              <w:t>No damage reported in 1 record.</w:t>
            </w:r>
          </w:p>
        </w:tc>
        <w:tc>
          <w:tcPr>
            <w:tcW w:type="dxa" w:w="1607"/>
          </w:tcPr>
          <w:p>
            <w:pPr>
              <w:spacing w:after="0"/>
              <w:jc w:val="left"/>
            </w:pPr>
          </w:p>
        </w:tc>
        <w:tc>
          <w:tcPr>
            <w:tcW w:type="dxa" w:w="1774"/>
          </w:tcPr>
          <w:p>
            <w:pPr>
              <w:spacing w:after="0"/>
              <w:jc w:val="left"/>
            </w:pPr>
            <w:r>
              <w:rPr>
                <w:sz w:val="16"/>
              </w:rPr>
              <w:t>Countywide (zone-level records).</w:t>
            </w:r>
          </w:p>
        </w:tc>
        <w:tc>
          <w:tcPr>
            <w:tcW w:type="dxa" w:w="1591"/>
          </w:tcPr>
          <w:p>
            <w:pPr>
              <w:spacing w:after="0"/>
              <w:jc w:val="left"/>
            </w:pPr>
          </w:p>
        </w:tc>
      </w:tr>
      <w:tr>
        <w:trPr>
          <w:cantSplit/>
        </w:trPr>
        <w:tc>
          <w:tcPr>
            <w:tcW w:type="dxa" w:w="1872"/>
          </w:tcPr>
          <w:p>
            <w:pPr>
              <w:spacing w:after="0"/>
              <w:jc w:val="left"/>
            </w:pPr>
            <w:r>
              <w:rPr>
                <w:sz w:val="16"/>
              </w:rPr>
              <w:t>Winter Storm, Heavy Snow, Blizzard, Lake-Effect Snow, Winter Weather, Sleet</w:t>
            </w:r>
          </w:p>
        </w:tc>
        <w:tc>
          <w:tcPr>
            <w:tcW w:type="dxa" w:w="1887"/>
          </w:tcPr>
          <w:p>
            <w:pPr>
              <w:spacing w:after="0"/>
              <w:jc w:val="left"/>
            </w:pPr>
            <w:r>
              <w:rPr>
                <w:sz w:val="16"/>
              </w:rPr>
              <w:t>none in data (snowfall: local data)</w:t>
            </w:r>
          </w:p>
        </w:tc>
        <w:tc>
          <w:tcPr>
            <w:tcW w:type="dxa" w:w="1806"/>
          </w:tcPr>
          <w:p>
            <w:pPr>
              <w:spacing w:after="0"/>
              <w:jc w:val="right"/>
            </w:pPr>
            <w:r>
              <w:rPr>
                <w:sz w:val="16"/>
              </w:rPr>
              <w:t>68 records, 1996 to 2025 (68 zone-level)</w:t>
            </w:r>
          </w:p>
        </w:tc>
        <w:tc>
          <w:tcPr>
            <w:tcW w:type="dxa" w:w="1961"/>
          </w:tcPr>
          <w:p>
            <w:pPr>
              <w:spacing w:after="0"/>
              <w:jc w:val="left"/>
            </w:pPr>
          </w:p>
        </w:tc>
        <w:tc>
          <w:tcPr>
            <w:tcW w:type="dxa" w:w="1614"/>
          </w:tcPr>
          <w:p>
            <w:pPr>
              <w:spacing w:after="0"/>
              <w:jc w:val="left"/>
            </w:pPr>
            <w:r>
              <w:rPr>
                <w:sz w:val="16"/>
              </w:rPr>
              <w:t>Winter Storm, 2025-01-05, $1,000 property; $7,000 crops (2025 dollars); NWS zone KYZ059</w:t>
            </w:r>
          </w:p>
        </w:tc>
        <w:tc>
          <w:tcPr>
            <w:tcW w:type="dxa" w:w="1607"/>
          </w:tcPr>
          <w:p>
            <w:pPr>
              <w:spacing w:after="0"/>
              <w:jc w:val="left"/>
            </w:pPr>
          </w:p>
        </w:tc>
        <w:tc>
          <w:tcPr>
            <w:tcW w:type="dxa" w:w="1774"/>
          </w:tcPr>
          <w:p>
            <w:pPr>
              <w:spacing w:after="0"/>
              <w:jc w:val="left"/>
            </w:pPr>
            <w:r>
              <w:rPr>
                <w:sz w:val="16"/>
              </w:rPr>
              <w:t>Countywide (zone-level records).</w:t>
            </w:r>
          </w:p>
        </w:tc>
        <w:tc>
          <w:tcPr>
            <w:tcW w:type="dxa" w:w="1591"/>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35 declarations covering 29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122"/>
        <w:gridCol w:w="2912"/>
        <w:gridCol w:w="2473"/>
        <w:gridCol w:w="1755"/>
        <w:gridCol w:w="1868"/>
        <w:gridCol w:w="872"/>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122"/>
            <w:shd w:val="clear" w:color="auto" w:fill="E8E8E8"/>
          </w:tcPr>
          <w:p>
            <w:pPr>
              <w:spacing w:after="0"/>
              <w:jc w:val="left"/>
            </w:pPr>
            <w:r>
              <w:rPr>
                <w:b/>
                <w:sz w:val="16"/>
              </w:rPr>
              <w:t>Type</w:t>
            </w:r>
          </w:p>
        </w:tc>
        <w:tc>
          <w:tcPr>
            <w:tcW w:type="dxa" w:w="2912"/>
            <w:shd w:val="clear" w:color="auto" w:fill="E8E8E8"/>
          </w:tcPr>
          <w:p>
            <w:pPr>
              <w:spacing w:after="0"/>
              <w:jc w:val="left"/>
            </w:pPr>
            <w:r>
              <w:rPr>
                <w:b/>
                <w:sz w:val="16"/>
              </w:rPr>
              <w:t>Title</w:t>
            </w:r>
          </w:p>
        </w:tc>
        <w:tc>
          <w:tcPr>
            <w:tcW w:type="dxa" w:w="2473"/>
            <w:shd w:val="clear" w:color="auto" w:fill="E8E8E8"/>
          </w:tcPr>
          <w:p>
            <w:pPr>
              <w:spacing w:after="0"/>
              <w:jc w:val="left"/>
            </w:pPr>
            <w:r>
              <w:rPr>
                <w:b/>
                <w:sz w:val="16"/>
              </w:rPr>
              <w:t>Mapped hazard</w:t>
            </w:r>
          </w:p>
        </w:tc>
        <w:tc>
          <w:tcPr>
            <w:tcW w:type="dxa" w:w="175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868"/>
            <w:shd w:val="clear" w:color="auto" w:fill="E8E8E8"/>
          </w:tcPr>
          <w:p>
            <w:pPr>
              <w:spacing w:after="0"/>
              <w:jc w:val="left"/>
            </w:pPr>
            <w:r>
              <w:rPr>
                <w:b/>
                <w:sz w:val="16"/>
              </w:rPr>
              <w:t>Flags</w:t>
            </w:r>
          </w:p>
        </w:tc>
        <w:tc>
          <w:tcPr>
            <w:tcW w:type="dxa" w:w="872"/>
            <w:shd w:val="clear" w:color="auto" w:fill="E8E8E8"/>
          </w:tcPr>
          <w:p>
            <w:pPr>
              <w:spacing w:after="0"/>
              <w:jc w:val="left"/>
            </w:pPr>
            <w:r>
              <w:rPr>
                <w:b/>
                <w:sz w:val="16"/>
              </w:rPr>
              <w:t>Notes</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EM-3633-KY</w:t>
            </w:r>
          </w:p>
        </w:tc>
        <w:tc>
          <w:tcPr>
            <w:tcW w:type="dxa" w:w="1122"/>
          </w:tcPr>
          <w:p>
            <w:pPr>
              <w:spacing w:after="0"/>
              <w:jc w:val="left"/>
            </w:pPr>
            <w:r>
              <w:rPr>
                <w:sz w:val="16"/>
              </w:rPr>
              <w:t>Emergency</w:t>
            </w:r>
          </w:p>
        </w:tc>
        <w:tc>
          <w:tcPr>
            <w:tcW w:type="dxa" w:w="2912"/>
          </w:tcPr>
          <w:p>
            <w:pPr>
              <w:spacing w:after="0"/>
              <w:jc w:val="left"/>
            </w:pPr>
            <w:r>
              <w:rPr>
                <w:sz w:val="16"/>
              </w:rPr>
              <w:t>Severe Winter Storm</w:t>
            </w:r>
          </w:p>
        </w:tc>
        <w:tc>
          <w:tcPr>
            <w:tcW w:type="dxa" w:w="2473"/>
          </w:tcPr>
          <w:p>
            <w:pPr>
              <w:spacing w:after="0"/>
              <w:jc w:val="left"/>
            </w:pPr>
            <w:r>
              <w:rPr>
                <w:sz w:val="16"/>
              </w:rPr>
              <w:t>Winter Weather</w:t>
            </w:r>
          </w:p>
        </w:tc>
        <w:tc>
          <w:tcPr>
            <w:tcW w:type="dxa" w:w="1755"/>
          </w:tcPr>
          <w:p>
            <w:pPr>
              <w:spacing w:after="0"/>
              <w:jc w:val="right"/>
            </w:pPr>
            <w:r>
              <w:rPr>
                <w:sz w:val="16"/>
              </w:rPr>
              <w:t>no Public Assistance recorded</w:t>
            </w:r>
          </w:p>
        </w:tc>
        <w:tc>
          <w:tcPr>
            <w:tcW w:type="dxa" w:w="1868"/>
          </w:tcPr>
          <w:p>
            <w:pPr>
              <w:spacing w:after="0"/>
              <w:jc w:val="left"/>
            </w:pPr>
            <w:r>
              <w:rPr>
                <w:sz w:val="16"/>
              </w:rPr>
              <w:t>new since last plan; within last 5 years</w:t>
            </w:r>
          </w:p>
        </w:tc>
        <w:tc>
          <w:tcPr>
            <w:tcW w:type="dxa" w:w="872"/>
          </w:tcPr>
          <w:p>
            <w:pPr>
              <w:spacing w:after="0"/>
              <w:jc w:val="left"/>
            </w:pPr>
          </w:p>
        </w:tc>
      </w:tr>
      <w:tr>
        <w:trPr>
          <w:cantSplit/>
        </w:trPr>
        <w:tc>
          <w:tcPr>
            <w:tcW w:type="dxa" w:w="1037"/>
          </w:tcPr>
          <w:p>
            <w:pPr>
              <w:spacing w:after="0"/>
              <w:jc w:val="left"/>
            </w:pPr>
            <w:r>
              <w:rPr>
                <w:sz w:val="16"/>
              </w:rPr>
              <w:t>2025-05-23</w:t>
            </w:r>
          </w:p>
        </w:tc>
        <w:tc>
          <w:tcPr>
            <w:tcW w:type="dxa" w:w="1037"/>
          </w:tcPr>
          <w:p>
            <w:pPr>
              <w:spacing w:after="0"/>
              <w:jc w:val="left"/>
            </w:pPr>
            <w:r>
              <w:rPr>
                <w:sz w:val="16"/>
              </w:rPr>
              <w:t>2025-05-16</w:t>
            </w:r>
          </w:p>
        </w:tc>
        <w:tc>
          <w:tcPr>
            <w:tcW w:type="dxa" w:w="1037"/>
          </w:tcPr>
          <w:p>
            <w:pPr>
              <w:spacing w:after="0"/>
              <w:jc w:val="left"/>
            </w:pPr>
            <w:r>
              <w:rPr>
                <w:sz w:val="16"/>
              </w:rPr>
              <w:t>DR-4875-KY</w:t>
            </w:r>
          </w:p>
        </w:tc>
        <w:tc>
          <w:tcPr>
            <w:tcW w:type="dxa" w:w="1122"/>
          </w:tcPr>
          <w:p>
            <w:pPr>
              <w:spacing w:after="0"/>
              <w:jc w:val="left"/>
            </w:pPr>
            <w:r>
              <w:rPr>
                <w:sz w:val="16"/>
              </w:rPr>
              <w:t>Major disaster</w:t>
            </w:r>
          </w:p>
        </w:tc>
        <w:tc>
          <w:tcPr>
            <w:tcW w:type="dxa" w:w="2912"/>
          </w:tcPr>
          <w:p>
            <w:pPr>
              <w:spacing w:after="0"/>
              <w:jc w:val="left"/>
            </w:pPr>
            <w:r>
              <w:rPr>
                <w:sz w:val="16"/>
              </w:rPr>
              <w:t>Severe Storms, Straight-Line Winds, and Tornadoes</w:t>
            </w:r>
          </w:p>
        </w:tc>
        <w:tc>
          <w:tcPr>
            <w:tcW w:type="dxa" w:w="2473"/>
          </w:tcPr>
          <w:p>
            <w:pPr>
              <w:spacing w:after="0"/>
              <w:jc w:val="left"/>
            </w:pPr>
            <w:r>
              <w:rPr>
                <w:sz w:val="16"/>
              </w:rPr>
              <w:t>Inland Flooding; Landslide; Strong Wind; Tornado</w:t>
            </w:r>
          </w:p>
        </w:tc>
        <w:tc>
          <w:tcPr>
            <w:tcW w:type="dxa" w:w="1755"/>
          </w:tcPr>
          <w:p>
            <w:pPr>
              <w:spacing w:after="0"/>
              <w:jc w:val="right"/>
            </w:pPr>
            <w:r>
              <w:rPr>
                <w:sz w:val="16"/>
              </w:rPr>
              <w:t>no Public Assistance recorded</w:t>
            </w:r>
          </w:p>
        </w:tc>
        <w:tc>
          <w:tcPr>
            <w:tcW w:type="dxa" w:w="1868"/>
          </w:tcPr>
          <w:p>
            <w:pPr>
              <w:spacing w:after="0"/>
              <w:jc w:val="left"/>
            </w:pPr>
            <w:r>
              <w:rPr>
                <w:sz w:val="16"/>
              </w:rPr>
              <w:t>new since last plan; within last 5 years</w:t>
            </w:r>
          </w:p>
        </w:tc>
        <w:tc>
          <w:tcPr>
            <w:tcW w:type="dxa" w:w="872"/>
          </w:tcPr>
          <w:p>
            <w:pPr>
              <w:spacing w:after="0"/>
              <w:jc w:val="left"/>
            </w:pPr>
          </w:p>
        </w:tc>
      </w:tr>
      <w:tr>
        <w:trPr>
          <w:cantSplit/>
        </w:trPr>
        <w:tc>
          <w:tcPr>
            <w:tcW w:type="dxa" w:w="1037"/>
          </w:tcPr>
          <w:p>
            <w:pPr>
              <w:spacing w:after="0"/>
              <w:jc w:val="left"/>
            </w:pPr>
            <w:r>
              <w:rPr>
                <w:sz w:val="16"/>
              </w:rPr>
              <w:t>2025-04-24</w:t>
            </w:r>
          </w:p>
        </w:tc>
        <w:tc>
          <w:tcPr>
            <w:tcW w:type="dxa" w:w="1037"/>
          </w:tcPr>
          <w:p>
            <w:pPr>
              <w:spacing w:after="0"/>
              <w:jc w:val="left"/>
            </w:pPr>
            <w:r>
              <w:rPr>
                <w:sz w:val="16"/>
              </w:rPr>
              <w:t>2025-04-02</w:t>
            </w:r>
          </w:p>
        </w:tc>
        <w:tc>
          <w:tcPr>
            <w:tcW w:type="dxa" w:w="1037"/>
          </w:tcPr>
          <w:p>
            <w:pPr>
              <w:spacing w:after="0"/>
              <w:jc w:val="left"/>
            </w:pPr>
            <w:r>
              <w:rPr>
                <w:sz w:val="16"/>
              </w:rPr>
              <w:t>DR-4864-KY</w:t>
            </w:r>
          </w:p>
        </w:tc>
        <w:tc>
          <w:tcPr>
            <w:tcW w:type="dxa" w:w="1122"/>
          </w:tcPr>
          <w:p>
            <w:pPr>
              <w:spacing w:after="0"/>
              <w:jc w:val="left"/>
            </w:pPr>
            <w:r>
              <w:rPr>
                <w:sz w:val="16"/>
              </w:rPr>
              <w:t>Major disaster</w:t>
            </w:r>
          </w:p>
        </w:tc>
        <w:tc>
          <w:tcPr>
            <w:tcW w:type="dxa" w:w="2912"/>
          </w:tcPr>
          <w:p>
            <w:pPr>
              <w:spacing w:after="0"/>
              <w:jc w:val="left"/>
            </w:pPr>
            <w:r>
              <w:rPr>
                <w:sz w:val="16"/>
              </w:rPr>
              <w:t>Severe Storms, Straight-Line Winds, Tornadoes, Flooding, Landslides, and Mudslides</w:t>
            </w:r>
          </w:p>
        </w:tc>
        <w:tc>
          <w:tcPr>
            <w:tcW w:type="dxa" w:w="2473"/>
          </w:tcPr>
          <w:p>
            <w:pPr>
              <w:spacing w:after="0"/>
              <w:jc w:val="left"/>
            </w:pPr>
            <w:r>
              <w:rPr>
                <w:sz w:val="16"/>
              </w:rPr>
              <w:t>Inland Flooding; Landslide; Strong Wind; Tornado</w:t>
            </w:r>
          </w:p>
        </w:tc>
        <w:tc>
          <w:tcPr>
            <w:tcW w:type="dxa" w:w="1755"/>
          </w:tcPr>
          <w:p>
            <w:pPr>
              <w:spacing w:after="0"/>
              <w:jc w:val="right"/>
            </w:pPr>
            <w:r>
              <w:rPr>
                <w:sz w:val="16"/>
              </w:rPr>
              <w:t>$208,496.50</w:t>
            </w:r>
          </w:p>
        </w:tc>
        <w:tc>
          <w:tcPr>
            <w:tcW w:type="dxa" w:w="1868"/>
          </w:tcPr>
          <w:p>
            <w:pPr>
              <w:spacing w:after="0"/>
              <w:jc w:val="left"/>
            </w:pPr>
            <w:r>
              <w:rPr>
                <w:sz w:val="16"/>
              </w:rPr>
              <w:t>new since last plan; within last 5 years</w:t>
            </w:r>
          </w:p>
        </w:tc>
        <w:tc>
          <w:tcPr>
            <w:tcW w:type="dxa" w:w="872"/>
          </w:tcPr>
          <w:p>
            <w:pPr>
              <w:spacing w:after="0"/>
              <w:jc w:val="left"/>
            </w:pPr>
          </w:p>
        </w:tc>
      </w:tr>
      <w:tr>
        <w:trPr>
          <w:cantSplit/>
        </w:trPr>
        <w:tc>
          <w:tcPr>
            <w:tcW w:type="dxa" w:w="1037"/>
          </w:tcPr>
          <w:p>
            <w:pPr>
              <w:spacing w:after="0"/>
              <w:jc w:val="left"/>
            </w:pPr>
            <w:r>
              <w:rPr>
                <w:sz w:val="16"/>
              </w:rPr>
              <w:t>2025-04-03</w:t>
            </w:r>
          </w:p>
        </w:tc>
        <w:tc>
          <w:tcPr>
            <w:tcW w:type="dxa" w:w="1037"/>
          </w:tcPr>
          <w:p>
            <w:pPr>
              <w:spacing w:after="0"/>
              <w:jc w:val="left"/>
            </w:pPr>
            <w:r>
              <w:rPr>
                <w:sz w:val="16"/>
              </w:rPr>
              <w:t>2025-04-02</w:t>
            </w:r>
          </w:p>
        </w:tc>
        <w:tc>
          <w:tcPr>
            <w:tcW w:type="dxa" w:w="1037"/>
          </w:tcPr>
          <w:p>
            <w:pPr>
              <w:spacing w:after="0"/>
              <w:jc w:val="left"/>
            </w:pPr>
            <w:r>
              <w:rPr>
                <w:sz w:val="16"/>
              </w:rPr>
              <w:t>EM-3626-KY</w:t>
            </w:r>
          </w:p>
        </w:tc>
        <w:tc>
          <w:tcPr>
            <w:tcW w:type="dxa" w:w="1122"/>
          </w:tcPr>
          <w:p>
            <w:pPr>
              <w:spacing w:after="0"/>
              <w:jc w:val="left"/>
            </w:pPr>
            <w:r>
              <w:rPr>
                <w:sz w:val="16"/>
              </w:rPr>
              <w:t>Emergency</w:t>
            </w:r>
          </w:p>
        </w:tc>
        <w:tc>
          <w:tcPr>
            <w:tcW w:type="dxa" w:w="2912"/>
          </w:tcPr>
          <w:p>
            <w:pPr>
              <w:spacing w:after="0"/>
              <w:jc w:val="left"/>
            </w:pPr>
            <w:r>
              <w:rPr>
                <w:sz w:val="16"/>
              </w:rPr>
              <w:t>Severe Storms, Straight-Line Winds, Tornadoes, and Flooding</w:t>
            </w:r>
          </w:p>
        </w:tc>
        <w:tc>
          <w:tcPr>
            <w:tcW w:type="dxa" w:w="2473"/>
          </w:tcPr>
          <w:p>
            <w:pPr>
              <w:spacing w:after="0"/>
              <w:jc w:val="left"/>
            </w:pPr>
            <w:r>
              <w:rPr>
                <w:sz w:val="16"/>
              </w:rPr>
              <w:t>Inland Flooding; Strong Wind; Tornado</w:t>
            </w:r>
          </w:p>
        </w:tc>
        <w:tc>
          <w:tcPr>
            <w:tcW w:type="dxa" w:w="1755"/>
          </w:tcPr>
          <w:p>
            <w:pPr>
              <w:spacing w:after="0"/>
              <w:jc w:val="right"/>
            </w:pPr>
            <w:r>
              <w:rPr>
                <w:sz w:val="16"/>
              </w:rPr>
              <w:t>no Public Assistance recorded</w:t>
            </w:r>
          </w:p>
        </w:tc>
        <w:tc>
          <w:tcPr>
            <w:tcW w:type="dxa" w:w="1868"/>
          </w:tcPr>
          <w:p>
            <w:pPr>
              <w:spacing w:after="0"/>
              <w:jc w:val="left"/>
            </w:pPr>
            <w:r>
              <w:rPr>
                <w:sz w:val="16"/>
              </w:rPr>
              <w:t>new since last plan; within last 5 years</w:t>
            </w:r>
          </w:p>
        </w:tc>
        <w:tc>
          <w:tcPr>
            <w:tcW w:type="dxa" w:w="872"/>
          </w:tcPr>
          <w:p>
            <w:pPr>
              <w:spacing w:after="0"/>
              <w:jc w:val="left"/>
            </w:pPr>
            <w:r>
              <w:rPr>
                <w:sz w:val="16"/>
              </w:rPr>
              <w:t>same incident as DR-4864</w:t>
            </w:r>
          </w:p>
        </w:tc>
      </w:tr>
      <w:tr>
        <w:trPr>
          <w:cantSplit/>
        </w:trPr>
        <w:tc>
          <w:tcPr>
            <w:tcW w:type="dxa" w:w="1037"/>
          </w:tcPr>
          <w:p>
            <w:pPr>
              <w:spacing w:after="0"/>
              <w:jc w:val="left"/>
            </w:pPr>
            <w:r>
              <w:rPr>
                <w:sz w:val="16"/>
              </w:rPr>
              <w:t>2025-02-24</w:t>
            </w:r>
          </w:p>
        </w:tc>
        <w:tc>
          <w:tcPr>
            <w:tcW w:type="dxa" w:w="1037"/>
          </w:tcPr>
          <w:p>
            <w:pPr>
              <w:spacing w:after="0"/>
              <w:jc w:val="left"/>
            </w:pPr>
            <w:r>
              <w:rPr>
                <w:sz w:val="16"/>
              </w:rPr>
              <w:t>2025-02-14</w:t>
            </w:r>
          </w:p>
        </w:tc>
        <w:tc>
          <w:tcPr>
            <w:tcW w:type="dxa" w:w="1037"/>
          </w:tcPr>
          <w:p>
            <w:pPr>
              <w:spacing w:after="0"/>
              <w:jc w:val="left"/>
            </w:pPr>
            <w:r>
              <w:rPr>
                <w:sz w:val="16"/>
              </w:rPr>
              <w:t>DR-4860-KY</w:t>
            </w:r>
          </w:p>
        </w:tc>
        <w:tc>
          <w:tcPr>
            <w:tcW w:type="dxa" w:w="1122"/>
          </w:tcPr>
          <w:p>
            <w:pPr>
              <w:spacing w:after="0"/>
              <w:jc w:val="left"/>
            </w:pPr>
            <w:r>
              <w:rPr>
                <w:sz w:val="16"/>
              </w:rPr>
              <w:t>Major disaster</w:t>
            </w:r>
          </w:p>
        </w:tc>
        <w:tc>
          <w:tcPr>
            <w:tcW w:type="dxa" w:w="2912"/>
          </w:tcPr>
          <w:p>
            <w:pPr>
              <w:spacing w:after="0"/>
              <w:jc w:val="left"/>
            </w:pPr>
            <w:r>
              <w:rPr>
                <w:sz w:val="16"/>
              </w:rPr>
              <w:t>Severe Storms, Straight-Line Winds, Flooding, Landslides, and Mudslides</w:t>
            </w:r>
          </w:p>
        </w:tc>
        <w:tc>
          <w:tcPr>
            <w:tcW w:type="dxa" w:w="2473"/>
          </w:tcPr>
          <w:p>
            <w:pPr>
              <w:spacing w:after="0"/>
              <w:jc w:val="left"/>
            </w:pPr>
            <w:r>
              <w:rPr>
                <w:sz w:val="16"/>
              </w:rPr>
              <w:t>Inland Flooding; Landslide; Strong Wind</w:t>
            </w:r>
          </w:p>
        </w:tc>
        <w:tc>
          <w:tcPr>
            <w:tcW w:type="dxa" w:w="1755"/>
          </w:tcPr>
          <w:p>
            <w:pPr>
              <w:spacing w:after="0"/>
              <w:jc w:val="right"/>
            </w:pPr>
            <w:r>
              <w:rPr>
                <w:sz w:val="16"/>
              </w:rPr>
              <w:t>$94,977.75</w:t>
            </w:r>
          </w:p>
        </w:tc>
        <w:tc>
          <w:tcPr>
            <w:tcW w:type="dxa" w:w="1868"/>
          </w:tcPr>
          <w:p>
            <w:pPr>
              <w:spacing w:after="0"/>
              <w:jc w:val="left"/>
            </w:pPr>
            <w:r>
              <w:rPr>
                <w:sz w:val="16"/>
              </w:rPr>
              <w:t>new since last plan; within last 5 years</w:t>
            </w:r>
          </w:p>
        </w:tc>
        <w:tc>
          <w:tcPr>
            <w:tcW w:type="dxa" w:w="872"/>
          </w:tcPr>
          <w:p>
            <w:pPr>
              <w:spacing w:after="0"/>
              <w:jc w:val="left"/>
            </w:pPr>
          </w:p>
        </w:tc>
      </w:tr>
      <w:tr>
        <w:trPr>
          <w:cantSplit/>
        </w:trPr>
        <w:tc>
          <w:tcPr>
            <w:tcW w:type="dxa" w:w="1037"/>
          </w:tcPr>
          <w:p>
            <w:pPr>
              <w:spacing w:after="0"/>
              <w:jc w:val="left"/>
            </w:pPr>
            <w:r>
              <w:rPr>
                <w:sz w:val="16"/>
              </w:rPr>
              <w:t>2025-02-16</w:t>
            </w:r>
          </w:p>
        </w:tc>
        <w:tc>
          <w:tcPr>
            <w:tcW w:type="dxa" w:w="1037"/>
          </w:tcPr>
          <w:p>
            <w:pPr>
              <w:spacing w:after="0"/>
              <w:jc w:val="left"/>
            </w:pPr>
            <w:r>
              <w:rPr>
                <w:sz w:val="16"/>
              </w:rPr>
              <w:t>2025-02-14</w:t>
            </w:r>
          </w:p>
        </w:tc>
        <w:tc>
          <w:tcPr>
            <w:tcW w:type="dxa" w:w="1037"/>
          </w:tcPr>
          <w:p>
            <w:pPr>
              <w:spacing w:after="0"/>
              <w:jc w:val="left"/>
            </w:pPr>
            <w:r>
              <w:rPr>
                <w:sz w:val="16"/>
              </w:rPr>
              <w:t>EM-3624-KY</w:t>
            </w:r>
          </w:p>
        </w:tc>
        <w:tc>
          <w:tcPr>
            <w:tcW w:type="dxa" w:w="1122"/>
          </w:tcPr>
          <w:p>
            <w:pPr>
              <w:spacing w:after="0"/>
              <w:jc w:val="left"/>
            </w:pPr>
            <w:r>
              <w:rPr>
                <w:sz w:val="16"/>
              </w:rPr>
              <w:t>Emergency</w:t>
            </w:r>
          </w:p>
        </w:tc>
        <w:tc>
          <w:tcPr>
            <w:tcW w:type="dxa" w:w="2912"/>
          </w:tcPr>
          <w:p>
            <w:pPr>
              <w:spacing w:after="0"/>
              <w:jc w:val="left"/>
            </w:pPr>
            <w:r>
              <w:rPr>
                <w:sz w:val="16"/>
              </w:rPr>
              <w:t>Severe Storms, Straight-Line Winds, Flooding, and Landslides</w:t>
            </w:r>
          </w:p>
        </w:tc>
        <w:tc>
          <w:tcPr>
            <w:tcW w:type="dxa" w:w="2473"/>
          </w:tcPr>
          <w:p>
            <w:pPr>
              <w:spacing w:after="0"/>
              <w:jc w:val="left"/>
            </w:pPr>
            <w:r>
              <w:rPr>
                <w:sz w:val="16"/>
              </w:rPr>
              <w:t>Inland Flooding; Landslide; Strong Wind</w:t>
            </w:r>
          </w:p>
        </w:tc>
        <w:tc>
          <w:tcPr>
            <w:tcW w:type="dxa" w:w="1755"/>
          </w:tcPr>
          <w:p>
            <w:pPr>
              <w:spacing w:after="0"/>
              <w:jc w:val="right"/>
            </w:pPr>
            <w:r>
              <w:rPr>
                <w:sz w:val="16"/>
              </w:rPr>
              <w:t>no Public Assistance recorded</w:t>
            </w:r>
          </w:p>
        </w:tc>
        <w:tc>
          <w:tcPr>
            <w:tcW w:type="dxa" w:w="1868"/>
          </w:tcPr>
          <w:p>
            <w:pPr>
              <w:spacing w:after="0"/>
              <w:jc w:val="left"/>
            </w:pPr>
            <w:r>
              <w:rPr>
                <w:sz w:val="16"/>
              </w:rPr>
              <w:t>new since last plan; within last 5 years</w:t>
            </w:r>
          </w:p>
        </w:tc>
        <w:tc>
          <w:tcPr>
            <w:tcW w:type="dxa" w:w="872"/>
          </w:tcPr>
          <w:p>
            <w:pPr>
              <w:spacing w:after="0"/>
              <w:jc w:val="left"/>
            </w:pPr>
            <w:r>
              <w:rPr>
                <w:sz w:val="16"/>
              </w:rPr>
              <w:t>same incident as DR-4860</w:t>
            </w:r>
          </w:p>
        </w:tc>
      </w:tr>
      <w:tr>
        <w:trPr>
          <w:cantSplit/>
        </w:trPr>
        <w:tc>
          <w:tcPr>
            <w:tcW w:type="dxa" w:w="1037"/>
          </w:tcPr>
          <w:p>
            <w:pPr>
              <w:spacing w:after="0"/>
              <w:jc w:val="left"/>
            </w:pPr>
            <w:r>
              <w:rPr>
                <w:sz w:val="16"/>
              </w:rPr>
              <w:t>2024-11-26</w:t>
            </w:r>
          </w:p>
        </w:tc>
        <w:tc>
          <w:tcPr>
            <w:tcW w:type="dxa" w:w="1037"/>
          </w:tcPr>
          <w:p>
            <w:pPr>
              <w:spacing w:after="0"/>
              <w:jc w:val="left"/>
            </w:pPr>
            <w:r>
              <w:rPr>
                <w:sz w:val="16"/>
              </w:rPr>
              <w:t>2024-09-27</w:t>
            </w:r>
          </w:p>
        </w:tc>
        <w:tc>
          <w:tcPr>
            <w:tcW w:type="dxa" w:w="1037"/>
          </w:tcPr>
          <w:p>
            <w:pPr>
              <w:spacing w:after="0"/>
              <w:jc w:val="left"/>
            </w:pPr>
            <w:r>
              <w:rPr>
                <w:sz w:val="16"/>
              </w:rPr>
              <w:t>DR-4848-KY</w:t>
            </w:r>
          </w:p>
        </w:tc>
        <w:tc>
          <w:tcPr>
            <w:tcW w:type="dxa" w:w="1122"/>
          </w:tcPr>
          <w:p>
            <w:pPr>
              <w:spacing w:after="0"/>
              <w:jc w:val="left"/>
            </w:pPr>
            <w:r>
              <w:rPr>
                <w:sz w:val="16"/>
              </w:rPr>
              <w:t>Major disaster</w:t>
            </w:r>
          </w:p>
        </w:tc>
        <w:tc>
          <w:tcPr>
            <w:tcW w:type="dxa" w:w="2912"/>
          </w:tcPr>
          <w:p>
            <w:pPr>
              <w:spacing w:after="0"/>
              <w:jc w:val="left"/>
            </w:pPr>
            <w:r>
              <w:rPr>
                <w:sz w:val="16"/>
              </w:rPr>
              <w:t>Remnants of Hurricane Helene</w:t>
            </w:r>
          </w:p>
        </w:tc>
        <w:tc>
          <w:tcPr>
            <w:tcW w:type="dxa" w:w="2473"/>
          </w:tcPr>
          <w:p>
            <w:pPr>
              <w:spacing w:after="0"/>
              <w:jc w:val="left"/>
            </w:pPr>
            <w:r>
              <w:rPr>
                <w:sz w:val="16"/>
              </w:rPr>
              <w:t>Hurricane (primary); also designated: Inland Flooding, Landslide, Strong Wind</w:t>
            </w:r>
          </w:p>
        </w:tc>
        <w:tc>
          <w:tcPr>
            <w:tcW w:type="dxa" w:w="1755"/>
          </w:tcPr>
          <w:p>
            <w:pPr>
              <w:spacing w:after="0"/>
              <w:jc w:val="right"/>
            </w:pPr>
            <w:r>
              <w:rPr>
                <w:sz w:val="16"/>
              </w:rPr>
              <w:t>no Public Assistance recorded</w:t>
            </w:r>
          </w:p>
        </w:tc>
        <w:tc>
          <w:tcPr>
            <w:tcW w:type="dxa" w:w="1868"/>
          </w:tcPr>
          <w:p>
            <w:pPr>
              <w:spacing w:after="0"/>
              <w:jc w:val="left"/>
            </w:pPr>
            <w:r>
              <w:rPr>
                <w:sz w:val="16"/>
              </w:rPr>
              <w:t>new since last plan; within last 5 years</w:t>
            </w:r>
          </w:p>
        </w:tc>
        <w:tc>
          <w:tcPr>
            <w:tcW w:type="dxa" w:w="872"/>
          </w:tcPr>
          <w:p>
            <w:pPr>
              <w:spacing w:after="0"/>
              <w:jc w:val="left"/>
            </w:pPr>
          </w:p>
        </w:tc>
      </w:tr>
      <w:tr>
        <w:trPr>
          <w:cantSplit/>
        </w:trPr>
        <w:tc>
          <w:tcPr>
            <w:tcW w:type="dxa" w:w="1037"/>
          </w:tcPr>
          <w:p>
            <w:pPr>
              <w:spacing w:after="0"/>
              <w:jc w:val="left"/>
            </w:pPr>
            <w:r>
              <w:rPr>
                <w:sz w:val="16"/>
              </w:rPr>
              <w:t>2023-05-09</w:t>
            </w:r>
          </w:p>
        </w:tc>
        <w:tc>
          <w:tcPr>
            <w:tcW w:type="dxa" w:w="1037"/>
          </w:tcPr>
          <w:p>
            <w:pPr>
              <w:spacing w:after="0"/>
              <w:jc w:val="left"/>
            </w:pPr>
            <w:r>
              <w:rPr>
                <w:sz w:val="16"/>
              </w:rPr>
              <w:t>2023-02-15</w:t>
            </w:r>
          </w:p>
        </w:tc>
        <w:tc>
          <w:tcPr>
            <w:tcW w:type="dxa" w:w="1037"/>
          </w:tcPr>
          <w:p>
            <w:pPr>
              <w:spacing w:after="0"/>
              <w:jc w:val="left"/>
            </w:pPr>
            <w:r>
              <w:rPr>
                <w:sz w:val="16"/>
              </w:rPr>
              <w:t>DR-4711-KY</w:t>
            </w:r>
          </w:p>
        </w:tc>
        <w:tc>
          <w:tcPr>
            <w:tcW w:type="dxa" w:w="1122"/>
          </w:tcPr>
          <w:p>
            <w:pPr>
              <w:spacing w:after="0"/>
              <w:jc w:val="left"/>
            </w:pPr>
            <w:r>
              <w:rPr>
                <w:sz w:val="16"/>
              </w:rPr>
              <w:t>Major disaster</w:t>
            </w:r>
          </w:p>
        </w:tc>
        <w:tc>
          <w:tcPr>
            <w:tcW w:type="dxa" w:w="2912"/>
          </w:tcPr>
          <w:p>
            <w:pPr>
              <w:spacing w:after="0"/>
              <w:jc w:val="left"/>
            </w:pPr>
            <w:r>
              <w:rPr>
                <w:sz w:val="16"/>
              </w:rPr>
              <w:t>Severe Storms, Straight-Line Winds, Flooding, Landslides, and Mudslides</w:t>
            </w:r>
          </w:p>
        </w:tc>
        <w:tc>
          <w:tcPr>
            <w:tcW w:type="dxa" w:w="2473"/>
          </w:tcPr>
          <w:p>
            <w:pPr>
              <w:spacing w:after="0"/>
              <w:jc w:val="left"/>
            </w:pPr>
            <w:r>
              <w:rPr>
                <w:sz w:val="16"/>
              </w:rPr>
              <w:t>Inland Flooding (primary); also designated: Landslide, Strong Wind</w:t>
            </w:r>
          </w:p>
        </w:tc>
        <w:tc>
          <w:tcPr>
            <w:tcW w:type="dxa" w:w="1755"/>
          </w:tcPr>
          <w:p>
            <w:pPr>
              <w:spacing w:after="0"/>
              <w:jc w:val="right"/>
            </w:pPr>
            <w:r>
              <w:rPr>
                <w:sz w:val="16"/>
              </w:rPr>
              <w:t>$120,242.73</w:t>
            </w:r>
          </w:p>
        </w:tc>
        <w:tc>
          <w:tcPr>
            <w:tcW w:type="dxa" w:w="1868"/>
          </w:tcPr>
          <w:p>
            <w:pPr>
              <w:spacing w:after="0"/>
              <w:jc w:val="left"/>
            </w:pPr>
            <w:r>
              <w:rPr>
                <w:sz w:val="16"/>
              </w:rPr>
              <w:t>new since last plan; within last 5 years</w:t>
            </w:r>
          </w:p>
        </w:tc>
        <w:tc>
          <w:tcPr>
            <w:tcW w:type="dxa" w:w="872"/>
          </w:tcPr>
          <w:p>
            <w:pPr>
              <w:spacing w:after="0"/>
              <w:jc w:val="left"/>
            </w:pPr>
          </w:p>
        </w:tc>
      </w:tr>
      <w:tr>
        <w:trPr>
          <w:cantSplit/>
        </w:trPr>
        <w:tc>
          <w:tcPr>
            <w:tcW w:type="dxa" w:w="1037"/>
          </w:tcPr>
          <w:p>
            <w:pPr>
              <w:spacing w:after="0"/>
              <w:jc w:val="left"/>
            </w:pPr>
            <w:r>
              <w:rPr>
                <w:sz w:val="16"/>
              </w:rPr>
              <w:t>2023-04-10</w:t>
            </w:r>
          </w:p>
        </w:tc>
        <w:tc>
          <w:tcPr>
            <w:tcW w:type="dxa" w:w="1037"/>
          </w:tcPr>
          <w:p>
            <w:pPr>
              <w:spacing w:after="0"/>
              <w:jc w:val="left"/>
            </w:pPr>
            <w:r>
              <w:rPr>
                <w:sz w:val="16"/>
              </w:rPr>
              <w:t>2023-03-03</w:t>
            </w:r>
          </w:p>
        </w:tc>
        <w:tc>
          <w:tcPr>
            <w:tcW w:type="dxa" w:w="1037"/>
          </w:tcPr>
          <w:p>
            <w:pPr>
              <w:spacing w:after="0"/>
              <w:jc w:val="left"/>
            </w:pPr>
            <w:r>
              <w:rPr>
                <w:sz w:val="16"/>
              </w:rPr>
              <w:t>DR-4702-KY</w:t>
            </w:r>
          </w:p>
        </w:tc>
        <w:tc>
          <w:tcPr>
            <w:tcW w:type="dxa" w:w="1122"/>
          </w:tcPr>
          <w:p>
            <w:pPr>
              <w:spacing w:after="0"/>
              <w:jc w:val="left"/>
            </w:pPr>
            <w:r>
              <w:rPr>
                <w:sz w:val="16"/>
              </w:rPr>
              <w:t>Major disaster</w:t>
            </w:r>
          </w:p>
        </w:tc>
        <w:tc>
          <w:tcPr>
            <w:tcW w:type="dxa" w:w="2912"/>
          </w:tcPr>
          <w:p>
            <w:pPr>
              <w:spacing w:after="0"/>
              <w:jc w:val="left"/>
            </w:pPr>
            <w:r>
              <w:rPr>
                <w:sz w:val="16"/>
              </w:rPr>
              <w:t>Severe Storms, Straight-Line Winds, Tornadoes, Flooding, Landslides, and Mudslides</w:t>
            </w:r>
          </w:p>
        </w:tc>
        <w:tc>
          <w:tcPr>
            <w:tcW w:type="dxa" w:w="2473"/>
          </w:tcPr>
          <w:p>
            <w:pPr>
              <w:spacing w:after="0"/>
              <w:jc w:val="left"/>
            </w:pPr>
            <w:r>
              <w:rPr>
                <w:sz w:val="16"/>
              </w:rPr>
              <w:t>Inland Flooding; Landslide; Strong Wind; Tornado</w:t>
            </w:r>
          </w:p>
        </w:tc>
        <w:tc>
          <w:tcPr>
            <w:tcW w:type="dxa" w:w="1755"/>
          </w:tcPr>
          <w:p>
            <w:pPr>
              <w:spacing w:after="0"/>
              <w:jc w:val="right"/>
            </w:pPr>
            <w:r>
              <w:rPr>
                <w:sz w:val="16"/>
              </w:rPr>
              <w:t>$5,096.62</w:t>
            </w:r>
          </w:p>
        </w:tc>
        <w:tc>
          <w:tcPr>
            <w:tcW w:type="dxa" w:w="1868"/>
          </w:tcPr>
          <w:p>
            <w:pPr>
              <w:spacing w:after="0"/>
              <w:jc w:val="left"/>
            </w:pPr>
            <w:r>
              <w:rPr>
                <w:sz w:val="16"/>
              </w:rPr>
              <w:t>new since last plan; within last 5 years</w:t>
            </w:r>
          </w:p>
        </w:tc>
        <w:tc>
          <w:tcPr>
            <w:tcW w:type="dxa" w:w="872"/>
          </w:tcPr>
          <w:p>
            <w:pPr>
              <w:spacing w:after="0"/>
              <w:jc w:val="left"/>
            </w:pPr>
          </w:p>
        </w:tc>
      </w:tr>
      <w:tr>
        <w:trPr>
          <w:cantSplit/>
        </w:trPr>
        <w:tc>
          <w:tcPr>
            <w:tcW w:type="dxa" w:w="1037"/>
          </w:tcPr>
          <w:p>
            <w:pPr>
              <w:spacing w:after="0"/>
              <w:jc w:val="left"/>
            </w:pPr>
            <w:r>
              <w:rPr>
                <w:sz w:val="16"/>
              </w:rPr>
              <w:t>2022-07-29</w:t>
            </w:r>
          </w:p>
        </w:tc>
        <w:tc>
          <w:tcPr>
            <w:tcW w:type="dxa" w:w="1037"/>
          </w:tcPr>
          <w:p>
            <w:pPr>
              <w:spacing w:after="0"/>
              <w:jc w:val="left"/>
            </w:pPr>
            <w:r>
              <w:rPr>
                <w:sz w:val="16"/>
              </w:rPr>
              <w:t>2022-07-26</w:t>
            </w:r>
          </w:p>
        </w:tc>
        <w:tc>
          <w:tcPr>
            <w:tcW w:type="dxa" w:w="1037"/>
          </w:tcPr>
          <w:p>
            <w:pPr>
              <w:spacing w:after="0"/>
              <w:jc w:val="left"/>
            </w:pPr>
            <w:r>
              <w:rPr>
                <w:sz w:val="16"/>
              </w:rPr>
              <w:t>DR-4663-KY</w:t>
            </w:r>
          </w:p>
        </w:tc>
        <w:tc>
          <w:tcPr>
            <w:tcW w:type="dxa" w:w="1122"/>
          </w:tcPr>
          <w:p>
            <w:pPr>
              <w:spacing w:after="0"/>
              <w:jc w:val="left"/>
            </w:pPr>
            <w:r>
              <w:rPr>
                <w:sz w:val="16"/>
              </w:rPr>
              <w:t>Major disaster</w:t>
            </w:r>
          </w:p>
        </w:tc>
        <w:tc>
          <w:tcPr>
            <w:tcW w:type="dxa" w:w="2912"/>
          </w:tcPr>
          <w:p>
            <w:pPr>
              <w:spacing w:after="0"/>
              <w:jc w:val="left"/>
            </w:pPr>
            <w:r>
              <w:rPr>
                <w:sz w:val="16"/>
              </w:rPr>
              <w:t>Severe Storms, Flooding, Landslides, and Mudslides</w:t>
            </w:r>
          </w:p>
        </w:tc>
        <w:tc>
          <w:tcPr>
            <w:tcW w:type="dxa" w:w="2473"/>
          </w:tcPr>
          <w:p>
            <w:pPr>
              <w:spacing w:after="0"/>
              <w:jc w:val="left"/>
            </w:pPr>
            <w:r>
              <w:rPr>
                <w:sz w:val="16"/>
              </w:rPr>
              <w:t>Inland Flooding (primary); also designated: Landslide</w:t>
            </w:r>
          </w:p>
        </w:tc>
        <w:tc>
          <w:tcPr>
            <w:tcW w:type="dxa" w:w="1755"/>
          </w:tcPr>
          <w:p>
            <w:pPr>
              <w:spacing w:after="0"/>
              <w:jc w:val="right"/>
            </w:pPr>
            <w:r>
              <w:rPr>
                <w:sz w:val="16"/>
              </w:rPr>
              <w:t>no Public Assistance recorded</w:t>
            </w:r>
          </w:p>
        </w:tc>
        <w:tc>
          <w:tcPr>
            <w:tcW w:type="dxa" w:w="1868"/>
          </w:tcPr>
          <w:p>
            <w:pPr>
              <w:spacing w:after="0"/>
              <w:jc w:val="left"/>
            </w:pPr>
            <w:r>
              <w:rPr>
                <w:sz w:val="16"/>
              </w:rPr>
              <w:t>new since last plan; within last 5 years</w:t>
            </w:r>
          </w:p>
        </w:tc>
        <w:tc>
          <w:tcPr>
            <w:tcW w:type="dxa" w:w="872"/>
          </w:tcPr>
          <w:p>
            <w:pPr>
              <w:spacing w:after="0"/>
              <w:jc w:val="left"/>
            </w:pPr>
          </w:p>
        </w:tc>
      </w:tr>
      <w:tr>
        <w:trPr>
          <w:cantSplit/>
        </w:trPr>
        <w:tc>
          <w:tcPr>
            <w:tcW w:type="dxa" w:w="1037"/>
          </w:tcPr>
          <w:p>
            <w:pPr>
              <w:spacing w:after="0"/>
              <w:jc w:val="left"/>
            </w:pPr>
            <w:r>
              <w:rPr>
                <w:sz w:val="16"/>
              </w:rPr>
              <w:t>2021-04-23</w:t>
            </w:r>
          </w:p>
        </w:tc>
        <w:tc>
          <w:tcPr>
            <w:tcW w:type="dxa" w:w="1037"/>
          </w:tcPr>
          <w:p>
            <w:pPr>
              <w:spacing w:after="0"/>
              <w:jc w:val="left"/>
            </w:pPr>
            <w:r>
              <w:rPr>
                <w:sz w:val="16"/>
              </w:rPr>
              <w:t>2021-02-27</w:t>
            </w:r>
          </w:p>
        </w:tc>
        <w:tc>
          <w:tcPr>
            <w:tcW w:type="dxa" w:w="1037"/>
          </w:tcPr>
          <w:p>
            <w:pPr>
              <w:spacing w:after="0"/>
              <w:jc w:val="left"/>
            </w:pPr>
            <w:r>
              <w:rPr>
                <w:sz w:val="16"/>
              </w:rPr>
              <w:t>DR-4595-KY</w:t>
            </w:r>
          </w:p>
        </w:tc>
        <w:tc>
          <w:tcPr>
            <w:tcW w:type="dxa" w:w="1122"/>
          </w:tcPr>
          <w:p>
            <w:pPr>
              <w:spacing w:after="0"/>
              <w:jc w:val="left"/>
            </w:pPr>
            <w:r>
              <w:rPr>
                <w:sz w:val="16"/>
              </w:rPr>
              <w:t>Major disaster</w:t>
            </w:r>
          </w:p>
        </w:tc>
        <w:tc>
          <w:tcPr>
            <w:tcW w:type="dxa" w:w="2912"/>
          </w:tcPr>
          <w:p>
            <w:pPr>
              <w:spacing w:after="0"/>
              <w:jc w:val="left"/>
            </w:pPr>
            <w:r>
              <w:rPr>
                <w:sz w:val="16"/>
              </w:rPr>
              <w:t>Severe, Storms, Flooding, Landslides, and Mudslides</w:t>
            </w:r>
          </w:p>
        </w:tc>
        <w:tc>
          <w:tcPr>
            <w:tcW w:type="dxa" w:w="2473"/>
          </w:tcPr>
          <w:p>
            <w:pPr>
              <w:spacing w:after="0"/>
              <w:jc w:val="left"/>
            </w:pPr>
            <w:r>
              <w:rPr>
                <w:sz w:val="16"/>
              </w:rPr>
              <w:t>Inland Flooding (primary); also designated: Landslide</w:t>
            </w:r>
          </w:p>
        </w:tc>
        <w:tc>
          <w:tcPr>
            <w:tcW w:type="dxa" w:w="1755"/>
          </w:tcPr>
          <w:p>
            <w:pPr>
              <w:spacing w:after="0"/>
              <w:jc w:val="right"/>
            </w:pPr>
            <w:r>
              <w:rPr>
                <w:sz w:val="16"/>
              </w:rPr>
              <w:t>$855,272.28</w:t>
            </w:r>
          </w:p>
        </w:tc>
        <w:tc>
          <w:tcPr>
            <w:tcW w:type="dxa" w:w="1868"/>
          </w:tcPr>
          <w:p>
            <w:pPr>
              <w:spacing w:after="0"/>
              <w:jc w:val="left"/>
            </w:pPr>
          </w:p>
        </w:tc>
        <w:tc>
          <w:tcPr>
            <w:tcW w:type="dxa" w:w="872"/>
          </w:tcPr>
          <w:p>
            <w:pPr>
              <w:spacing w:after="0"/>
              <w:jc w:val="left"/>
            </w:pPr>
          </w:p>
        </w:tc>
      </w:tr>
      <w:tr>
        <w:trPr>
          <w:cantSplit/>
        </w:trPr>
        <w:tc>
          <w:tcPr>
            <w:tcW w:type="dxa" w:w="1037"/>
          </w:tcPr>
          <w:p>
            <w:pPr>
              <w:spacing w:after="0"/>
              <w:jc w:val="left"/>
            </w:pPr>
            <w:r>
              <w:rPr>
                <w:sz w:val="16"/>
              </w:rPr>
              <w:t>2021-03-31</w:t>
            </w:r>
          </w:p>
        </w:tc>
        <w:tc>
          <w:tcPr>
            <w:tcW w:type="dxa" w:w="1037"/>
          </w:tcPr>
          <w:p>
            <w:pPr>
              <w:spacing w:after="0"/>
              <w:jc w:val="left"/>
            </w:pPr>
            <w:r>
              <w:rPr>
                <w:sz w:val="16"/>
              </w:rPr>
              <w:t>2021-02-08</w:t>
            </w:r>
          </w:p>
        </w:tc>
        <w:tc>
          <w:tcPr>
            <w:tcW w:type="dxa" w:w="1037"/>
          </w:tcPr>
          <w:p>
            <w:pPr>
              <w:spacing w:after="0"/>
              <w:jc w:val="left"/>
            </w:pPr>
            <w:r>
              <w:rPr>
                <w:sz w:val="16"/>
              </w:rPr>
              <w:t>DR-4592-KY</w:t>
            </w:r>
          </w:p>
        </w:tc>
        <w:tc>
          <w:tcPr>
            <w:tcW w:type="dxa" w:w="1122"/>
          </w:tcPr>
          <w:p>
            <w:pPr>
              <w:spacing w:after="0"/>
              <w:jc w:val="left"/>
            </w:pPr>
            <w:r>
              <w:rPr>
                <w:sz w:val="16"/>
              </w:rPr>
              <w:t>Major disaster</w:t>
            </w:r>
          </w:p>
        </w:tc>
        <w:tc>
          <w:tcPr>
            <w:tcW w:type="dxa" w:w="2912"/>
          </w:tcPr>
          <w:p>
            <w:pPr>
              <w:spacing w:after="0"/>
              <w:jc w:val="left"/>
            </w:pPr>
            <w:r>
              <w:rPr>
                <w:sz w:val="16"/>
              </w:rPr>
              <w:t>Severe Winter Storms, Landslides, and Mudslides</w:t>
            </w:r>
          </w:p>
        </w:tc>
        <w:tc>
          <w:tcPr>
            <w:tcW w:type="dxa" w:w="2473"/>
          </w:tcPr>
          <w:p>
            <w:pPr>
              <w:spacing w:after="0"/>
              <w:jc w:val="left"/>
            </w:pPr>
            <w:r>
              <w:rPr>
                <w:sz w:val="16"/>
              </w:rPr>
              <w:t>Ice Storm</w:t>
            </w:r>
          </w:p>
        </w:tc>
        <w:tc>
          <w:tcPr>
            <w:tcW w:type="dxa" w:w="1755"/>
          </w:tcPr>
          <w:p>
            <w:pPr>
              <w:spacing w:after="0"/>
              <w:jc w:val="right"/>
            </w:pPr>
            <w:r>
              <w:rPr>
                <w:sz w:val="16"/>
              </w:rPr>
              <w:t>$115,512.44</w:t>
            </w:r>
          </w:p>
        </w:tc>
        <w:tc>
          <w:tcPr>
            <w:tcW w:type="dxa" w:w="1868"/>
          </w:tcPr>
          <w:p>
            <w:pPr>
              <w:spacing w:after="0"/>
              <w:jc w:val="left"/>
            </w:pPr>
          </w:p>
        </w:tc>
        <w:tc>
          <w:tcPr>
            <w:tcW w:type="dxa" w:w="872"/>
          </w:tcPr>
          <w:p>
            <w:pPr>
              <w:spacing w:after="0"/>
              <w:jc w:val="left"/>
            </w:pPr>
          </w:p>
        </w:tc>
      </w:tr>
      <w:tr>
        <w:trPr>
          <w:cantSplit/>
        </w:trPr>
        <w:tc>
          <w:tcPr>
            <w:tcW w:type="dxa" w:w="1037"/>
          </w:tcPr>
          <w:p>
            <w:pPr>
              <w:spacing w:after="0"/>
              <w:jc w:val="left"/>
            </w:pPr>
            <w:r>
              <w:rPr>
                <w:sz w:val="16"/>
              </w:rPr>
              <w:t>2020-04-24</w:t>
            </w:r>
          </w:p>
        </w:tc>
        <w:tc>
          <w:tcPr>
            <w:tcW w:type="dxa" w:w="1037"/>
          </w:tcPr>
          <w:p>
            <w:pPr>
              <w:spacing w:after="0"/>
              <w:jc w:val="left"/>
            </w:pPr>
            <w:r>
              <w:rPr>
                <w:sz w:val="16"/>
              </w:rPr>
              <w:t>2020-02-03</w:t>
            </w:r>
          </w:p>
        </w:tc>
        <w:tc>
          <w:tcPr>
            <w:tcW w:type="dxa" w:w="1037"/>
          </w:tcPr>
          <w:p>
            <w:pPr>
              <w:spacing w:after="0"/>
              <w:jc w:val="left"/>
            </w:pPr>
            <w:r>
              <w:rPr>
                <w:sz w:val="16"/>
              </w:rPr>
              <w:t>DR-4540-KY</w:t>
            </w:r>
          </w:p>
        </w:tc>
        <w:tc>
          <w:tcPr>
            <w:tcW w:type="dxa" w:w="1122"/>
          </w:tcPr>
          <w:p>
            <w:pPr>
              <w:spacing w:after="0"/>
              <w:jc w:val="left"/>
            </w:pPr>
            <w:r>
              <w:rPr>
                <w:sz w:val="16"/>
              </w:rPr>
              <w:t>Major disaster</w:t>
            </w:r>
          </w:p>
        </w:tc>
        <w:tc>
          <w:tcPr>
            <w:tcW w:type="dxa" w:w="2912"/>
          </w:tcPr>
          <w:p>
            <w:pPr>
              <w:spacing w:after="0"/>
              <w:jc w:val="left"/>
            </w:pPr>
            <w:r>
              <w:rPr>
                <w:sz w:val="16"/>
              </w:rPr>
              <w:t>Severe Storms, Flooding, Landslides, and Mudslides</w:t>
            </w:r>
          </w:p>
        </w:tc>
        <w:tc>
          <w:tcPr>
            <w:tcW w:type="dxa" w:w="2473"/>
          </w:tcPr>
          <w:p>
            <w:pPr>
              <w:spacing w:after="0"/>
              <w:jc w:val="left"/>
            </w:pPr>
            <w:r>
              <w:rPr>
                <w:sz w:val="16"/>
              </w:rPr>
              <w:t>Inland Flooding; Landslide</w:t>
            </w:r>
          </w:p>
        </w:tc>
        <w:tc>
          <w:tcPr>
            <w:tcW w:type="dxa" w:w="1755"/>
          </w:tcPr>
          <w:p>
            <w:pPr>
              <w:spacing w:after="0"/>
              <w:jc w:val="right"/>
            </w:pPr>
            <w:r>
              <w:rPr>
                <w:sz w:val="16"/>
              </w:rPr>
              <w:t>no Public Assistance recorded</w:t>
            </w:r>
          </w:p>
        </w:tc>
        <w:tc>
          <w:tcPr>
            <w:tcW w:type="dxa" w:w="1868"/>
          </w:tcPr>
          <w:p>
            <w:pPr>
              <w:spacing w:after="0"/>
              <w:jc w:val="left"/>
            </w:pPr>
          </w:p>
        </w:tc>
        <w:tc>
          <w:tcPr>
            <w:tcW w:type="dxa" w:w="872"/>
          </w:tcPr>
          <w:p>
            <w:pPr>
              <w:spacing w:after="0"/>
              <w:jc w:val="left"/>
            </w:pPr>
          </w:p>
        </w:tc>
      </w:tr>
      <w:tr>
        <w:trPr>
          <w:cantSplit/>
        </w:trPr>
        <w:tc>
          <w:tcPr>
            <w:tcW w:type="dxa" w:w="1037"/>
          </w:tcPr>
          <w:p>
            <w:pPr>
              <w:spacing w:after="0"/>
              <w:jc w:val="left"/>
            </w:pPr>
            <w:r>
              <w:rPr>
                <w:sz w:val="16"/>
              </w:rPr>
              <w:t>2020-03-28</w:t>
            </w:r>
          </w:p>
        </w:tc>
        <w:tc>
          <w:tcPr>
            <w:tcW w:type="dxa" w:w="1037"/>
          </w:tcPr>
          <w:p>
            <w:pPr>
              <w:spacing w:after="0"/>
              <w:jc w:val="left"/>
            </w:pPr>
            <w:r>
              <w:rPr>
                <w:sz w:val="16"/>
              </w:rPr>
              <w:t>2020-01-20</w:t>
            </w:r>
          </w:p>
        </w:tc>
        <w:tc>
          <w:tcPr>
            <w:tcW w:type="dxa" w:w="1037"/>
          </w:tcPr>
          <w:p>
            <w:pPr>
              <w:spacing w:after="0"/>
              <w:jc w:val="left"/>
            </w:pPr>
            <w:r>
              <w:rPr>
                <w:sz w:val="16"/>
              </w:rPr>
              <w:t>DR-4497-KY</w:t>
            </w:r>
          </w:p>
        </w:tc>
        <w:tc>
          <w:tcPr>
            <w:tcW w:type="dxa" w:w="1122"/>
          </w:tcPr>
          <w:p>
            <w:pPr>
              <w:spacing w:after="0"/>
              <w:jc w:val="left"/>
            </w:pPr>
            <w:r>
              <w:rPr>
                <w:sz w:val="16"/>
              </w:rPr>
              <w:t>Major disaster</w:t>
            </w:r>
          </w:p>
        </w:tc>
        <w:tc>
          <w:tcPr>
            <w:tcW w:type="dxa" w:w="2912"/>
          </w:tcPr>
          <w:p>
            <w:pPr>
              <w:spacing w:after="0"/>
              <w:jc w:val="left"/>
            </w:pPr>
            <w:r>
              <w:rPr>
                <w:sz w:val="16"/>
              </w:rPr>
              <w:t>COVID-19 Pandemic</w:t>
            </w:r>
          </w:p>
        </w:tc>
        <w:tc>
          <w:tcPr>
            <w:tcW w:type="dxa" w:w="2473"/>
          </w:tcPr>
          <w:p>
            <w:pPr>
              <w:spacing w:after="0"/>
              <w:jc w:val="left"/>
            </w:pPr>
            <w:r>
              <w:rPr>
                <w:sz w:val="16"/>
              </w:rPr>
              <w:t>Non-natural, not counted</w:t>
            </w:r>
          </w:p>
        </w:tc>
        <w:tc>
          <w:tcPr>
            <w:tcW w:type="dxa" w:w="1755"/>
          </w:tcPr>
          <w:p>
            <w:pPr>
              <w:spacing w:after="0"/>
              <w:jc w:val="right"/>
            </w:pPr>
            <w:r>
              <w:rPr>
                <w:sz w:val="16"/>
              </w:rPr>
              <w:t>no Public Assistance recorded</w:t>
            </w:r>
          </w:p>
        </w:tc>
        <w:tc>
          <w:tcPr>
            <w:tcW w:type="dxa" w:w="1868"/>
          </w:tcPr>
          <w:p>
            <w:pPr>
              <w:spacing w:after="0"/>
              <w:jc w:val="left"/>
            </w:pPr>
          </w:p>
        </w:tc>
        <w:tc>
          <w:tcPr>
            <w:tcW w:type="dxa" w:w="872"/>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EM-3469-KY</w:t>
            </w:r>
          </w:p>
        </w:tc>
        <w:tc>
          <w:tcPr>
            <w:tcW w:type="dxa" w:w="1122"/>
          </w:tcPr>
          <w:p>
            <w:pPr>
              <w:spacing w:after="0"/>
              <w:jc w:val="left"/>
            </w:pPr>
            <w:r>
              <w:rPr>
                <w:sz w:val="16"/>
              </w:rPr>
              <w:t>Emergency</w:t>
            </w:r>
          </w:p>
        </w:tc>
        <w:tc>
          <w:tcPr>
            <w:tcW w:type="dxa" w:w="2912"/>
          </w:tcPr>
          <w:p>
            <w:pPr>
              <w:spacing w:after="0"/>
              <w:jc w:val="left"/>
            </w:pPr>
            <w:r>
              <w:rPr>
                <w:sz w:val="16"/>
              </w:rPr>
              <w:t>COVID-19</w:t>
            </w:r>
          </w:p>
        </w:tc>
        <w:tc>
          <w:tcPr>
            <w:tcW w:type="dxa" w:w="2473"/>
          </w:tcPr>
          <w:p>
            <w:pPr>
              <w:spacing w:after="0"/>
              <w:jc w:val="left"/>
            </w:pPr>
            <w:r>
              <w:rPr>
                <w:sz w:val="16"/>
              </w:rPr>
              <w:t>Non-natural, not counted</w:t>
            </w:r>
          </w:p>
        </w:tc>
        <w:tc>
          <w:tcPr>
            <w:tcW w:type="dxa" w:w="1755"/>
          </w:tcPr>
          <w:p>
            <w:pPr>
              <w:spacing w:after="0"/>
              <w:jc w:val="right"/>
            </w:pPr>
            <w:r>
              <w:rPr>
                <w:sz w:val="16"/>
              </w:rPr>
              <w:t>no Public Assistance recorded</w:t>
            </w:r>
          </w:p>
        </w:tc>
        <w:tc>
          <w:tcPr>
            <w:tcW w:type="dxa" w:w="1868"/>
          </w:tcPr>
          <w:p>
            <w:pPr>
              <w:spacing w:after="0"/>
              <w:jc w:val="left"/>
            </w:pPr>
          </w:p>
        </w:tc>
        <w:tc>
          <w:tcPr>
            <w:tcW w:type="dxa" w:w="872"/>
          </w:tcPr>
          <w:p>
            <w:pPr>
              <w:spacing w:after="0"/>
              <w:jc w:val="left"/>
            </w:pPr>
            <w:r>
              <w:rPr>
                <w:sz w:val="16"/>
              </w:rPr>
              <w:t>same incident as DR-4497</w:t>
            </w:r>
          </w:p>
        </w:tc>
      </w:tr>
      <w:tr>
        <w:trPr>
          <w:cantSplit/>
        </w:trPr>
        <w:tc>
          <w:tcPr>
            <w:tcW w:type="dxa" w:w="1037"/>
          </w:tcPr>
          <w:p>
            <w:pPr>
              <w:spacing w:after="0"/>
              <w:jc w:val="left"/>
            </w:pPr>
            <w:r>
              <w:rPr>
                <w:sz w:val="16"/>
              </w:rPr>
              <w:t>2019-04-17</w:t>
            </w:r>
          </w:p>
        </w:tc>
        <w:tc>
          <w:tcPr>
            <w:tcW w:type="dxa" w:w="1037"/>
          </w:tcPr>
          <w:p>
            <w:pPr>
              <w:spacing w:after="0"/>
              <w:jc w:val="left"/>
            </w:pPr>
            <w:r>
              <w:rPr>
                <w:sz w:val="16"/>
              </w:rPr>
              <w:t>2019-02-06</w:t>
            </w:r>
          </w:p>
        </w:tc>
        <w:tc>
          <w:tcPr>
            <w:tcW w:type="dxa" w:w="1037"/>
          </w:tcPr>
          <w:p>
            <w:pPr>
              <w:spacing w:after="0"/>
              <w:jc w:val="left"/>
            </w:pPr>
            <w:r>
              <w:rPr>
                <w:sz w:val="16"/>
              </w:rPr>
              <w:t>DR-4428-KY</w:t>
            </w:r>
          </w:p>
        </w:tc>
        <w:tc>
          <w:tcPr>
            <w:tcW w:type="dxa" w:w="1122"/>
          </w:tcPr>
          <w:p>
            <w:pPr>
              <w:spacing w:after="0"/>
              <w:jc w:val="left"/>
            </w:pPr>
            <w:r>
              <w:rPr>
                <w:sz w:val="16"/>
              </w:rPr>
              <w:t>Major disaster</w:t>
            </w:r>
          </w:p>
        </w:tc>
        <w:tc>
          <w:tcPr>
            <w:tcW w:type="dxa" w:w="2912"/>
          </w:tcPr>
          <w:p>
            <w:pPr>
              <w:spacing w:after="0"/>
              <w:jc w:val="left"/>
            </w:pPr>
            <w:r>
              <w:rPr>
                <w:sz w:val="16"/>
              </w:rPr>
              <w:t>Severe Storms, Straight-Line Winds, Flooding, Landslides, and Mudslides</w:t>
            </w:r>
          </w:p>
        </w:tc>
        <w:tc>
          <w:tcPr>
            <w:tcW w:type="dxa" w:w="2473"/>
          </w:tcPr>
          <w:p>
            <w:pPr>
              <w:spacing w:after="0"/>
              <w:jc w:val="left"/>
            </w:pPr>
            <w:r>
              <w:rPr>
                <w:sz w:val="16"/>
              </w:rPr>
              <w:t>Inland Flooding; Landslide; Strong Wind</w:t>
            </w:r>
          </w:p>
        </w:tc>
        <w:tc>
          <w:tcPr>
            <w:tcW w:type="dxa" w:w="1755"/>
          </w:tcPr>
          <w:p>
            <w:pPr>
              <w:spacing w:after="0"/>
              <w:jc w:val="right"/>
            </w:pPr>
            <w:r>
              <w:rPr>
                <w:sz w:val="16"/>
              </w:rPr>
              <w:t>$286,148.92</w:t>
            </w:r>
          </w:p>
        </w:tc>
        <w:tc>
          <w:tcPr>
            <w:tcW w:type="dxa" w:w="1868"/>
          </w:tcPr>
          <w:p>
            <w:pPr>
              <w:spacing w:after="0"/>
              <w:jc w:val="left"/>
            </w:pPr>
          </w:p>
        </w:tc>
        <w:tc>
          <w:tcPr>
            <w:tcW w:type="dxa" w:w="872"/>
          </w:tcPr>
          <w:p>
            <w:pPr>
              <w:spacing w:after="0"/>
              <w:jc w:val="left"/>
            </w:pPr>
          </w:p>
        </w:tc>
      </w:tr>
      <w:tr>
        <w:trPr>
          <w:cantSplit/>
        </w:trPr>
        <w:tc>
          <w:tcPr>
            <w:tcW w:type="dxa" w:w="1037"/>
          </w:tcPr>
          <w:p>
            <w:pPr>
              <w:spacing w:after="0"/>
              <w:jc w:val="left"/>
            </w:pPr>
            <w:r>
              <w:rPr>
                <w:sz w:val="16"/>
              </w:rPr>
              <w:t>2018-04-12</w:t>
            </w:r>
          </w:p>
        </w:tc>
        <w:tc>
          <w:tcPr>
            <w:tcW w:type="dxa" w:w="1037"/>
          </w:tcPr>
          <w:p>
            <w:pPr>
              <w:spacing w:after="0"/>
              <w:jc w:val="left"/>
            </w:pPr>
            <w:r>
              <w:rPr>
                <w:sz w:val="16"/>
              </w:rPr>
              <w:t>2018-02-09</w:t>
            </w:r>
          </w:p>
        </w:tc>
        <w:tc>
          <w:tcPr>
            <w:tcW w:type="dxa" w:w="1037"/>
          </w:tcPr>
          <w:p>
            <w:pPr>
              <w:spacing w:after="0"/>
              <w:jc w:val="left"/>
            </w:pPr>
            <w:r>
              <w:rPr>
                <w:sz w:val="16"/>
              </w:rPr>
              <w:t>DR-4358-KY</w:t>
            </w:r>
          </w:p>
        </w:tc>
        <w:tc>
          <w:tcPr>
            <w:tcW w:type="dxa" w:w="1122"/>
          </w:tcPr>
          <w:p>
            <w:pPr>
              <w:spacing w:after="0"/>
              <w:jc w:val="left"/>
            </w:pPr>
            <w:r>
              <w:rPr>
                <w:sz w:val="16"/>
              </w:rPr>
              <w:t>Major disaster</w:t>
            </w:r>
          </w:p>
        </w:tc>
        <w:tc>
          <w:tcPr>
            <w:tcW w:type="dxa" w:w="2912"/>
          </w:tcPr>
          <w:p>
            <w:pPr>
              <w:spacing w:after="0"/>
              <w:jc w:val="left"/>
            </w:pPr>
            <w:r>
              <w:rPr>
                <w:sz w:val="16"/>
              </w:rPr>
              <w:t>Severe Storms, Flooding, Landslides, and Mudslides</w:t>
            </w:r>
          </w:p>
        </w:tc>
        <w:tc>
          <w:tcPr>
            <w:tcW w:type="dxa" w:w="2473"/>
          </w:tcPr>
          <w:p>
            <w:pPr>
              <w:spacing w:after="0"/>
              <w:jc w:val="left"/>
            </w:pPr>
            <w:r>
              <w:rPr>
                <w:sz w:val="16"/>
              </w:rPr>
              <w:t>Inland Flooding (primary); also designated: Landslide</w:t>
            </w:r>
          </w:p>
        </w:tc>
        <w:tc>
          <w:tcPr>
            <w:tcW w:type="dxa" w:w="1755"/>
          </w:tcPr>
          <w:p>
            <w:pPr>
              <w:spacing w:after="0"/>
              <w:jc w:val="right"/>
            </w:pPr>
            <w:r>
              <w:rPr>
                <w:sz w:val="16"/>
              </w:rPr>
              <w:t>$7,674.55</w:t>
            </w:r>
          </w:p>
        </w:tc>
        <w:tc>
          <w:tcPr>
            <w:tcW w:type="dxa" w:w="1868"/>
          </w:tcPr>
          <w:p>
            <w:pPr>
              <w:spacing w:after="0"/>
              <w:jc w:val="left"/>
            </w:pPr>
          </w:p>
        </w:tc>
        <w:tc>
          <w:tcPr>
            <w:tcW w:type="dxa" w:w="872"/>
          </w:tcPr>
          <w:p>
            <w:pPr>
              <w:spacing w:after="0"/>
              <w:jc w:val="left"/>
            </w:pPr>
          </w:p>
        </w:tc>
      </w:tr>
      <w:tr>
        <w:trPr>
          <w:cantSplit/>
        </w:trPr>
        <w:tc>
          <w:tcPr>
            <w:tcW w:type="dxa" w:w="1037"/>
          </w:tcPr>
          <w:p>
            <w:pPr>
              <w:spacing w:after="0"/>
              <w:jc w:val="left"/>
            </w:pPr>
            <w:r>
              <w:rPr>
                <w:sz w:val="16"/>
              </w:rPr>
              <w:t>2015-05-12</w:t>
            </w:r>
          </w:p>
        </w:tc>
        <w:tc>
          <w:tcPr>
            <w:tcW w:type="dxa" w:w="1037"/>
          </w:tcPr>
          <w:p>
            <w:pPr>
              <w:spacing w:after="0"/>
              <w:jc w:val="left"/>
            </w:pPr>
            <w:r>
              <w:rPr>
                <w:sz w:val="16"/>
              </w:rPr>
              <w:t>2015-03-03</w:t>
            </w:r>
          </w:p>
        </w:tc>
        <w:tc>
          <w:tcPr>
            <w:tcW w:type="dxa" w:w="1037"/>
          </w:tcPr>
          <w:p>
            <w:pPr>
              <w:spacing w:after="0"/>
              <w:jc w:val="left"/>
            </w:pPr>
            <w:r>
              <w:rPr>
                <w:sz w:val="16"/>
              </w:rPr>
              <w:t>DR-4218-KY</w:t>
            </w:r>
          </w:p>
        </w:tc>
        <w:tc>
          <w:tcPr>
            <w:tcW w:type="dxa" w:w="1122"/>
          </w:tcPr>
          <w:p>
            <w:pPr>
              <w:spacing w:after="0"/>
              <w:jc w:val="left"/>
            </w:pPr>
            <w:r>
              <w:rPr>
                <w:sz w:val="16"/>
              </w:rPr>
              <w:t>Major disaster</w:t>
            </w:r>
          </w:p>
        </w:tc>
        <w:tc>
          <w:tcPr>
            <w:tcW w:type="dxa" w:w="2912"/>
          </w:tcPr>
          <w:p>
            <w:pPr>
              <w:spacing w:after="0"/>
              <w:jc w:val="left"/>
            </w:pPr>
            <w:r>
              <w:rPr>
                <w:sz w:val="16"/>
              </w:rPr>
              <w:t>Severe Winter Storm, Snowstorm, Flooding, Landslides, and Mudslides</w:t>
            </w:r>
          </w:p>
        </w:tc>
        <w:tc>
          <w:tcPr>
            <w:tcW w:type="dxa" w:w="2473"/>
          </w:tcPr>
          <w:p>
            <w:pPr>
              <w:spacing w:after="0"/>
              <w:jc w:val="left"/>
            </w:pPr>
            <w:r>
              <w:rPr>
                <w:sz w:val="16"/>
              </w:rPr>
              <w:t>Inland Flooding (primary); also designated: Landslide, Winter Weather</w:t>
            </w:r>
          </w:p>
        </w:tc>
        <w:tc>
          <w:tcPr>
            <w:tcW w:type="dxa" w:w="1755"/>
          </w:tcPr>
          <w:p>
            <w:pPr>
              <w:spacing w:after="0"/>
              <w:jc w:val="right"/>
            </w:pPr>
            <w:r>
              <w:rPr>
                <w:sz w:val="16"/>
              </w:rPr>
              <w:t>no Public Assistance recorded</w:t>
            </w:r>
          </w:p>
        </w:tc>
        <w:tc>
          <w:tcPr>
            <w:tcW w:type="dxa" w:w="1868"/>
          </w:tcPr>
          <w:p>
            <w:pPr>
              <w:spacing w:after="0"/>
              <w:jc w:val="left"/>
            </w:pPr>
          </w:p>
        </w:tc>
        <w:tc>
          <w:tcPr>
            <w:tcW w:type="dxa" w:w="872"/>
          </w:tcPr>
          <w:p>
            <w:pPr>
              <w:spacing w:after="0"/>
              <w:jc w:val="left"/>
            </w:pPr>
          </w:p>
        </w:tc>
      </w:tr>
      <w:tr>
        <w:trPr>
          <w:cantSplit/>
        </w:trPr>
        <w:tc>
          <w:tcPr>
            <w:tcW w:type="dxa" w:w="1037"/>
          </w:tcPr>
          <w:p>
            <w:pPr>
              <w:spacing w:after="0"/>
              <w:jc w:val="left"/>
            </w:pPr>
            <w:r>
              <w:rPr>
                <w:sz w:val="16"/>
              </w:rPr>
              <w:t>2015-04-30</w:t>
            </w:r>
          </w:p>
        </w:tc>
        <w:tc>
          <w:tcPr>
            <w:tcW w:type="dxa" w:w="1037"/>
          </w:tcPr>
          <w:p>
            <w:pPr>
              <w:spacing w:after="0"/>
              <w:jc w:val="left"/>
            </w:pPr>
            <w:r>
              <w:rPr>
                <w:sz w:val="16"/>
              </w:rPr>
              <w:t>2015-02-15</w:t>
            </w:r>
          </w:p>
        </w:tc>
        <w:tc>
          <w:tcPr>
            <w:tcW w:type="dxa" w:w="1037"/>
          </w:tcPr>
          <w:p>
            <w:pPr>
              <w:spacing w:after="0"/>
              <w:jc w:val="left"/>
            </w:pPr>
            <w:r>
              <w:rPr>
                <w:sz w:val="16"/>
              </w:rPr>
              <w:t>DR-4216-KY</w:t>
            </w:r>
          </w:p>
        </w:tc>
        <w:tc>
          <w:tcPr>
            <w:tcW w:type="dxa" w:w="1122"/>
          </w:tcPr>
          <w:p>
            <w:pPr>
              <w:spacing w:after="0"/>
              <w:jc w:val="left"/>
            </w:pPr>
            <w:r>
              <w:rPr>
                <w:sz w:val="16"/>
              </w:rPr>
              <w:t>Major disaster</w:t>
            </w:r>
          </w:p>
        </w:tc>
        <w:tc>
          <w:tcPr>
            <w:tcW w:type="dxa" w:w="2912"/>
          </w:tcPr>
          <w:p>
            <w:pPr>
              <w:spacing w:after="0"/>
              <w:jc w:val="left"/>
            </w:pPr>
            <w:r>
              <w:rPr>
                <w:sz w:val="16"/>
              </w:rPr>
              <w:t>Severe Winter Storms, Snowstorms, Flooding, Landslides, and Mudslides</w:t>
            </w:r>
          </w:p>
        </w:tc>
        <w:tc>
          <w:tcPr>
            <w:tcW w:type="dxa" w:w="2473"/>
          </w:tcPr>
          <w:p>
            <w:pPr>
              <w:spacing w:after="0"/>
              <w:jc w:val="left"/>
            </w:pPr>
            <w:r>
              <w:rPr>
                <w:sz w:val="16"/>
              </w:rPr>
              <w:t>Winter Weather (primary); also designated: Inland Flooding, Landslide</w:t>
            </w:r>
          </w:p>
        </w:tc>
        <w:tc>
          <w:tcPr>
            <w:tcW w:type="dxa" w:w="1755"/>
          </w:tcPr>
          <w:p>
            <w:pPr>
              <w:spacing w:after="0"/>
              <w:jc w:val="right"/>
            </w:pPr>
            <w:r>
              <w:rPr>
                <w:sz w:val="16"/>
              </w:rPr>
              <w:t>$246,771.33</w:t>
            </w:r>
          </w:p>
        </w:tc>
        <w:tc>
          <w:tcPr>
            <w:tcW w:type="dxa" w:w="1868"/>
          </w:tcPr>
          <w:p>
            <w:pPr>
              <w:spacing w:after="0"/>
              <w:jc w:val="left"/>
            </w:pPr>
          </w:p>
        </w:tc>
        <w:tc>
          <w:tcPr>
            <w:tcW w:type="dxa" w:w="872"/>
          </w:tcPr>
          <w:p>
            <w:pPr>
              <w:spacing w:after="0"/>
              <w:jc w:val="left"/>
            </w:pPr>
          </w:p>
        </w:tc>
      </w:tr>
      <w:tr>
        <w:trPr>
          <w:cantSplit/>
        </w:trPr>
        <w:tc>
          <w:tcPr>
            <w:tcW w:type="dxa" w:w="1037"/>
          </w:tcPr>
          <w:p>
            <w:pPr>
              <w:spacing w:after="0"/>
              <w:jc w:val="left"/>
            </w:pPr>
            <w:r>
              <w:rPr>
                <w:sz w:val="16"/>
              </w:rPr>
              <w:t>2010-05-11</w:t>
            </w:r>
          </w:p>
        </w:tc>
        <w:tc>
          <w:tcPr>
            <w:tcW w:type="dxa" w:w="1037"/>
          </w:tcPr>
          <w:p>
            <w:pPr>
              <w:spacing w:after="0"/>
              <w:jc w:val="left"/>
            </w:pPr>
            <w:r>
              <w:rPr>
                <w:sz w:val="16"/>
              </w:rPr>
              <w:t>2010-05-01</w:t>
            </w:r>
          </w:p>
        </w:tc>
        <w:tc>
          <w:tcPr>
            <w:tcW w:type="dxa" w:w="1037"/>
          </w:tcPr>
          <w:p>
            <w:pPr>
              <w:spacing w:after="0"/>
              <w:jc w:val="left"/>
            </w:pPr>
            <w:r>
              <w:rPr>
                <w:sz w:val="16"/>
              </w:rPr>
              <w:t>DR-1912-KY</w:t>
            </w:r>
          </w:p>
        </w:tc>
        <w:tc>
          <w:tcPr>
            <w:tcW w:type="dxa" w:w="1122"/>
          </w:tcPr>
          <w:p>
            <w:pPr>
              <w:spacing w:after="0"/>
              <w:jc w:val="left"/>
            </w:pPr>
            <w:r>
              <w:rPr>
                <w:sz w:val="16"/>
              </w:rPr>
              <w:t>Major disaster</w:t>
            </w:r>
          </w:p>
        </w:tc>
        <w:tc>
          <w:tcPr>
            <w:tcW w:type="dxa" w:w="2912"/>
          </w:tcPr>
          <w:p>
            <w:pPr>
              <w:spacing w:after="0"/>
              <w:jc w:val="left"/>
            </w:pPr>
            <w:r>
              <w:rPr>
                <w:sz w:val="16"/>
              </w:rPr>
              <w:t>Severe Storms, Flooding, Mudslides, and Tornadoes</w:t>
            </w:r>
          </w:p>
        </w:tc>
        <w:tc>
          <w:tcPr>
            <w:tcW w:type="dxa" w:w="2473"/>
          </w:tcPr>
          <w:p>
            <w:pPr>
              <w:spacing w:after="0"/>
              <w:jc w:val="left"/>
            </w:pPr>
            <w:r>
              <w:rPr>
                <w:sz w:val="16"/>
              </w:rPr>
              <w:t>Inland Flooding; Landslide; Tornado</w:t>
            </w:r>
          </w:p>
        </w:tc>
        <w:tc>
          <w:tcPr>
            <w:tcW w:type="dxa" w:w="1755"/>
          </w:tcPr>
          <w:p>
            <w:pPr>
              <w:spacing w:after="0"/>
              <w:jc w:val="right"/>
            </w:pPr>
            <w:r>
              <w:rPr>
                <w:sz w:val="16"/>
              </w:rPr>
              <w:t>$28,903.75</w:t>
            </w:r>
          </w:p>
        </w:tc>
        <w:tc>
          <w:tcPr>
            <w:tcW w:type="dxa" w:w="1868"/>
          </w:tcPr>
          <w:p>
            <w:pPr>
              <w:spacing w:after="0"/>
              <w:jc w:val="left"/>
            </w:pPr>
          </w:p>
        </w:tc>
        <w:tc>
          <w:tcPr>
            <w:tcW w:type="dxa" w:w="872"/>
          </w:tcPr>
          <w:p>
            <w:pPr>
              <w:spacing w:after="0"/>
              <w:jc w:val="left"/>
            </w:pPr>
          </w:p>
        </w:tc>
      </w:tr>
      <w:tr>
        <w:trPr>
          <w:cantSplit/>
        </w:trPr>
        <w:tc>
          <w:tcPr>
            <w:tcW w:type="dxa" w:w="1037"/>
          </w:tcPr>
          <w:p>
            <w:pPr>
              <w:spacing w:after="0"/>
              <w:jc w:val="left"/>
            </w:pPr>
            <w:r>
              <w:rPr>
                <w:sz w:val="16"/>
              </w:rPr>
              <w:t>2009-02-05</w:t>
            </w:r>
          </w:p>
        </w:tc>
        <w:tc>
          <w:tcPr>
            <w:tcW w:type="dxa" w:w="1037"/>
          </w:tcPr>
          <w:p>
            <w:pPr>
              <w:spacing w:after="0"/>
              <w:jc w:val="left"/>
            </w:pPr>
            <w:r>
              <w:rPr>
                <w:sz w:val="16"/>
              </w:rPr>
              <w:t>2009-01-26</w:t>
            </w:r>
          </w:p>
        </w:tc>
        <w:tc>
          <w:tcPr>
            <w:tcW w:type="dxa" w:w="1037"/>
          </w:tcPr>
          <w:p>
            <w:pPr>
              <w:spacing w:after="0"/>
              <w:jc w:val="left"/>
            </w:pPr>
            <w:r>
              <w:rPr>
                <w:sz w:val="16"/>
              </w:rPr>
              <w:t>DR-1818-KY</w:t>
            </w:r>
          </w:p>
        </w:tc>
        <w:tc>
          <w:tcPr>
            <w:tcW w:type="dxa" w:w="1122"/>
          </w:tcPr>
          <w:p>
            <w:pPr>
              <w:spacing w:after="0"/>
              <w:jc w:val="left"/>
            </w:pPr>
            <w:r>
              <w:rPr>
                <w:sz w:val="16"/>
              </w:rPr>
              <w:t>Major disaster</w:t>
            </w:r>
          </w:p>
        </w:tc>
        <w:tc>
          <w:tcPr>
            <w:tcW w:type="dxa" w:w="2912"/>
          </w:tcPr>
          <w:p>
            <w:pPr>
              <w:spacing w:after="0"/>
              <w:jc w:val="left"/>
            </w:pPr>
            <w:r>
              <w:rPr>
                <w:sz w:val="16"/>
              </w:rPr>
              <w:t>Severe Winter Storm and Flooding</w:t>
            </w:r>
          </w:p>
        </w:tc>
        <w:tc>
          <w:tcPr>
            <w:tcW w:type="dxa" w:w="2473"/>
          </w:tcPr>
          <w:p>
            <w:pPr>
              <w:spacing w:after="0"/>
              <w:jc w:val="left"/>
            </w:pPr>
            <w:r>
              <w:rPr>
                <w:sz w:val="16"/>
              </w:rPr>
              <w:t>Ice Storm</w:t>
            </w:r>
          </w:p>
        </w:tc>
        <w:tc>
          <w:tcPr>
            <w:tcW w:type="dxa" w:w="1755"/>
          </w:tcPr>
          <w:p>
            <w:pPr>
              <w:spacing w:after="0"/>
              <w:jc w:val="right"/>
            </w:pPr>
            <w:r>
              <w:rPr>
                <w:sz w:val="16"/>
              </w:rPr>
              <w:t>$84,908.44</w:t>
            </w:r>
          </w:p>
        </w:tc>
        <w:tc>
          <w:tcPr>
            <w:tcW w:type="dxa" w:w="1868"/>
          </w:tcPr>
          <w:p>
            <w:pPr>
              <w:spacing w:after="0"/>
              <w:jc w:val="left"/>
            </w:pPr>
          </w:p>
        </w:tc>
        <w:tc>
          <w:tcPr>
            <w:tcW w:type="dxa" w:w="872"/>
          </w:tcPr>
          <w:p>
            <w:pPr>
              <w:spacing w:after="0"/>
              <w:jc w:val="left"/>
            </w:pPr>
          </w:p>
        </w:tc>
      </w:tr>
      <w:tr>
        <w:trPr>
          <w:cantSplit/>
        </w:trPr>
        <w:tc>
          <w:tcPr>
            <w:tcW w:type="dxa" w:w="1037"/>
          </w:tcPr>
          <w:p>
            <w:pPr>
              <w:spacing w:after="0"/>
              <w:jc w:val="left"/>
            </w:pPr>
            <w:r>
              <w:rPr>
                <w:sz w:val="16"/>
              </w:rPr>
              <w:t>2009-01-28</w:t>
            </w:r>
          </w:p>
        </w:tc>
        <w:tc>
          <w:tcPr>
            <w:tcW w:type="dxa" w:w="1037"/>
          </w:tcPr>
          <w:p>
            <w:pPr>
              <w:spacing w:after="0"/>
              <w:jc w:val="left"/>
            </w:pPr>
            <w:r>
              <w:rPr>
                <w:sz w:val="16"/>
              </w:rPr>
              <w:t>2009-01-27</w:t>
            </w:r>
          </w:p>
        </w:tc>
        <w:tc>
          <w:tcPr>
            <w:tcW w:type="dxa" w:w="1037"/>
          </w:tcPr>
          <w:p>
            <w:pPr>
              <w:spacing w:after="0"/>
              <w:jc w:val="left"/>
            </w:pPr>
            <w:r>
              <w:rPr>
                <w:sz w:val="16"/>
              </w:rPr>
              <w:t>EM-3302-KY</w:t>
            </w:r>
          </w:p>
        </w:tc>
        <w:tc>
          <w:tcPr>
            <w:tcW w:type="dxa" w:w="1122"/>
          </w:tcPr>
          <w:p>
            <w:pPr>
              <w:spacing w:after="0"/>
              <w:jc w:val="left"/>
            </w:pPr>
            <w:r>
              <w:rPr>
                <w:sz w:val="16"/>
              </w:rPr>
              <w:t>Emergency</w:t>
            </w:r>
          </w:p>
        </w:tc>
        <w:tc>
          <w:tcPr>
            <w:tcW w:type="dxa" w:w="2912"/>
          </w:tcPr>
          <w:p>
            <w:pPr>
              <w:spacing w:after="0"/>
              <w:jc w:val="left"/>
            </w:pPr>
            <w:r>
              <w:rPr>
                <w:sz w:val="16"/>
              </w:rPr>
              <w:t>Severe Winter Storm</w:t>
            </w:r>
          </w:p>
        </w:tc>
        <w:tc>
          <w:tcPr>
            <w:tcW w:type="dxa" w:w="2473"/>
          </w:tcPr>
          <w:p>
            <w:pPr>
              <w:spacing w:after="0"/>
              <w:jc w:val="left"/>
            </w:pPr>
            <w:r>
              <w:rPr>
                <w:sz w:val="16"/>
              </w:rPr>
              <w:t>Ice Storm</w:t>
            </w:r>
          </w:p>
        </w:tc>
        <w:tc>
          <w:tcPr>
            <w:tcW w:type="dxa" w:w="1755"/>
          </w:tcPr>
          <w:p>
            <w:pPr>
              <w:spacing w:after="0"/>
              <w:jc w:val="right"/>
            </w:pPr>
            <w:r>
              <w:rPr>
                <w:sz w:val="16"/>
              </w:rPr>
              <w:t>no Public Assistance recorded</w:t>
            </w:r>
          </w:p>
        </w:tc>
        <w:tc>
          <w:tcPr>
            <w:tcW w:type="dxa" w:w="1868"/>
          </w:tcPr>
          <w:p>
            <w:pPr>
              <w:spacing w:after="0"/>
              <w:jc w:val="left"/>
            </w:pPr>
          </w:p>
        </w:tc>
        <w:tc>
          <w:tcPr>
            <w:tcW w:type="dxa" w:w="872"/>
          </w:tcPr>
          <w:p>
            <w:pPr>
              <w:spacing w:after="0"/>
              <w:jc w:val="left"/>
            </w:pPr>
            <w:r>
              <w:rPr>
                <w:sz w:val="16"/>
              </w:rPr>
              <w:t>same incident as DR-1818</w:t>
            </w: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EM-3231-KY</w:t>
            </w:r>
          </w:p>
        </w:tc>
        <w:tc>
          <w:tcPr>
            <w:tcW w:type="dxa" w:w="1122"/>
          </w:tcPr>
          <w:p>
            <w:pPr>
              <w:spacing w:after="0"/>
              <w:jc w:val="left"/>
            </w:pPr>
            <w:r>
              <w:rPr>
                <w:sz w:val="16"/>
              </w:rPr>
              <w:t>Emergency</w:t>
            </w:r>
          </w:p>
        </w:tc>
        <w:tc>
          <w:tcPr>
            <w:tcW w:type="dxa" w:w="2912"/>
          </w:tcPr>
          <w:p>
            <w:pPr>
              <w:spacing w:after="0"/>
              <w:jc w:val="left"/>
            </w:pPr>
            <w:r>
              <w:rPr>
                <w:sz w:val="16"/>
              </w:rPr>
              <w:t>Hurricane Katrina</w:t>
            </w:r>
          </w:p>
        </w:tc>
        <w:tc>
          <w:tcPr>
            <w:tcW w:type="dxa" w:w="2473"/>
          </w:tcPr>
          <w:p>
            <w:pPr>
              <w:spacing w:after="0"/>
              <w:jc w:val="left"/>
            </w:pPr>
            <w:r>
              <w:rPr>
                <w:sz w:val="16"/>
              </w:rPr>
              <w:t>Hurricane: evacuation support, not a local hazard event; not counted</w:t>
            </w:r>
          </w:p>
        </w:tc>
        <w:tc>
          <w:tcPr>
            <w:tcW w:type="dxa" w:w="1755"/>
          </w:tcPr>
          <w:p>
            <w:pPr>
              <w:spacing w:after="0"/>
              <w:jc w:val="right"/>
            </w:pPr>
            <w:r>
              <w:rPr>
                <w:sz w:val="16"/>
              </w:rPr>
              <w:t>no Public Assistance recorded</w:t>
            </w:r>
          </w:p>
        </w:tc>
        <w:tc>
          <w:tcPr>
            <w:tcW w:type="dxa" w:w="1868"/>
          </w:tcPr>
          <w:p>
            <w:pPr>
              <w:spacing w:after="0"/>
              <w:jc w:val="left"/>
            </w:pPr>
          </w:p>
        </w:tc>
        <w:tc>
          <w:tcPr>
            <w:tcW w:type="dxa" w:w="872"/>
          </w:tcPr>
          <w:p>
            <w:pPr>
              <w:spacing w:after="0"/>
              <w:jc w:val="left"/>
            </w:pPr>
          </w:p>
        </w:tc>
      </w:tr>
      <w:tr>
        <w:trPr>
          <w:cantSplit/>
        </w:trPr>
        <w:tc>
          <w:tcPr>
            <w:tcW w:type="dxa" w:w="1037"/>
          </w:tcPr>
          <w:p>
            <w:pPr>
              <w:spacing w:after="0"/>
              <w:jc w:val="left"/>
            </w:pPr>
            <w:r>
              <w:rPr>
                <w:sz w:val="16"/>
              </w:rPr>
              <w:t>2004-06-10</w:t>
            </w:r>
          </w:p>
        </w:tc>
        <w:tc>
          <w:tcPr>
            <w:tcW w:type="dxa" w:w="1037"/>
          </w:tcPr>
          <w:p>
            <w:pPr>
              <w:spacing w:after="0"/>
              <w:jc w:val="left"/>
            </w:pPr>
            <w:r>
              <w:rPr>
                <w:sz w:val="16"/>
              </w:rPr>
              <w:t>2004-05-26</w:t>
            </w:r>
          </w:p>
        </w:tc>
        <w:tc>
          <w:tcPr>
            <w:tcW w:type="dxa" w:w="1037"/>
          </w:tcPr>
          <w:p>
            <w:pPr>
              <w:spacing w:after="0"/>
              <w:jc w:val="left"/>
            </w:pPr>
            <w:r>
              <w:rPr>
                <w:sz w:val="16"/>
              </w:rPr>
              <w:t>DR-1523-KY</w:t>
            </w:r>
          </w:p>
        </w:tc>
        <w:tc>
          <w:tcPr>
            <w:tcW w:type="dxa" w:w="1122"/>
          </w:tcPr>
          <w:p>
            <w:pPr>
              <w:spacing w:after="0"/>
              <w:jc w:val="left"/>
            </w:pPr>
            <w:r>
              <w:rPr>
                <w:sz w:val="16"/>
              </w:rPr>
              <w:t>Major disaster</w:t>
            </w:r>
          </w:p>
        </w:tc>
        <w:tc>
          <w:tcPr>
            <w:tcW w:type="dxa" w:w="2912"/>
          </w:tcPr>
          <w:p>
            <w:pPr>
              <w:spacing w:after="0"/>
              <w:jc w:val="left"/>
            </w:pPr>
            <w:r>
              <w:rPr>
                <w:sz w:val="16"/>
              </w:rPr>
              <w:t>Severe Storms, Tornadoes, Flooding, and Mudslides</w:t>
            </w:r>
          </w:p>
        </w:tc>
        <w:tc>
          <w:tcPr>
            <w:tcW w:type="dxa" w:w="2473"/>
          </w:tcPr>
          <w:p>
            <w:pPr>
              <w:spacing w:after="0"/>
              <w:jc w:val="left"/>
            </w:pPr>
            <w:r>
              <w:rPr>
                <w:sz w:val="16"/>
              </w:rPr>
              <w:t>Inland Flooding; Landslide; Tornado</w:t>
            </w:r>
          </w:p>
        </w:tc>
        <w:tc>
          <w:tcPr>
            <w:tcW w:type="dxa" w:w="1755"/>
          </w:tcPr>
          <w:p>
            <w:pPr>
              <w:spacing w:after="0"/>
              <w:jc w:val="right"/>
            </w:pPr>
            <w:r>
              <w:rPr>
                <w:sz w:val="16"/>
              </w:rPr>
              <w:t>$124,470.17</w:t>
            </w:r>
          </w:p>
        </w:tc>
        <w:tc>
          <w:tcPr>
            <w:tcW w:type="dxa" w:w="1868"/>
          </w:tcPr>
          <w:p>
            <w:pPr>
              <w:spacing w:after="0"/>
              <w:jc w:val="left"/>
            </w:pPr>
          </w:p>
        </w:tc>
        <w:tc>
          <w:tcPr>
            <w:tcW w:type="dxa" w:w="872"/>
          </w:tcPr>
          <w:p>
            <w:pPr>
              <w:spacing w:after="0"/>
              <w:jc w:val="left"/>
            </w:pPr>
          </w:p>
        </w:tc>
      </w:tr>
      <w:tr>
        <w:trPr>
          <w:cantSplit/>
        </w:trPr>
        <w:tc>
          <w:tcPr>
            <w:tcW w:type="dxa" w:w="1037"/>
          </w:tcPr>
          <w:p>
            <w:pPr>
              <w:spacing w:after="0"/>
              <w:jc w:val="left"/>
            </w:pPr>
            <w:r>
              <w:rPr>
                <w:sz w:val="16"/>
              </w:rPr>
              <w:t>2003-03-14</w:t>
            </w:r>
          </w:p>
        </w:tc>
        <w:tc>
          <w:tcPr>
            <w:tcW w:type="dxa" w:w="1037"/>
          </w:tcPr>
          <w:p>
            <w:pPr>
              <w:spacing w:after="0"/>
              <w:jc w:val="left"/>
            </w:pPr>
            <w:r>
              <w:rPr>
                <w:sz w:val="16"/>
              </w:rPr>
              <w:t>2003-02-15</w:t>
            </w:r>
          </w:p>
        </w:tc>
        <w:tc>
          <w:tcPr>
            <w:tcW w:type="dxa" w:w="1037"/>
          </w:tcPr>
          <w:p>
            <w:pPr>
              <w:spacing w:after="0"/>
              <w:jc w:val="left"/>
            </w:pPr>
            <w:r>
              <w:rPr>
                <w:sz w:val="16"/>
              </w:rPr>
              <w:t>DR-1454-KY</w:t>
            </w:r>
          </w:p>
        </w:tc>
        <w:tc>
          <w:tcPr>
            <w:tcW w:type="dxa" w:w="1122"/>
          </w:tcPr>
          <w:p>
            <w:pPr>
              <w:spacing w:after="0"/>
              <w:jc w:val="left"/>
            </w:pPr>
            <w:r>
              <w:rPr>
                <w:sz w:val="16"/>
              </w:rPr>
              <w:t>Major disaster</w:t>
            </w:r>
          </w:p>
        </w:tc>
        <w:tc>
          <w:tcPr>
            <w:tcW w:type="dxa" w:w="2912"/>
          </w:tcPr>
          <w:p>
            <w:pPr>
              <w:spacing w:after="0"/>
              <w:jc w:val="left"/>
            </w:pPr>
            <w:r>
              <w:rPr>
                <w:sz w:val="16"/>
              </w:rPr>
              <w:t>Severe Winter Ice and Snow Storms, Heavy Rain, Flooding, Tornadoes, and Mud and</w:t>
            </w:r>
          </w:p>
        </w:tc>
        <w:tc>
          <w:tcPr>
            <w:tcW w:type="dxa" w:w="2473"/>
          </w:tcPr>
          <w:p>
            <w:pPr>
              <w:spacing w:after="0"/>
              <w:jc w:val="left"/>
            </w:pPr>
            <w:r>
              <w:rPr>
                <w:sz w:val="16"/>
              </w:rPr>
              <w:t>Inland Flooding; Tornado; Winter Weather</w:t>
            </w:r>
          </w:p>
        </w:tc>
        <w:tc>
          <w:tcPr>
            <w:tcW w:type="dxa" w:w="1755"/>
          </w:tcPr>
          <w:p>
            <w:pPr>
              <w:spacing w:after="0"/>
              <w:jc w:val="right"/>
            </w:pPr>
            <w:r>
              <w:rPr>
                <w:sz w:val="16"/>
              </w:rPr>
              <w:t>$21,027.16</w:t>
            </w:r>
          </w:p>
        </w:tc>
        <w:tc>
          <w:tcPr>
            <w:tcW w:type="dxa" w:w="1868"/>
          </w:tcPr>
          <w:p>
            <w:pPr>
              <w:spacing w:after="0"/>
              <w:jc w:val="left"/>
            </w:pPr>
          </w:p>
        </w:tc>
        <w:tc>
          <w:tcPr>
            <w:tcW w:type="dxa" w:w="872"/>
          </w:tcPr>
          <w:p>
            <w:pPr>
              <w:spacing w:after="0"/>
              <w:jc w:val="left"/>
            </w:pPr>
          </w:p>
        </w:tc>
      </w:tr>
      <w:tr>
        <w:trPr>
          <w:cantSplit/>
        </w:trPr>
        <w:tc>
          <w:tcPr>
            <w:tcW w:type="dxa" w:w="1037"/>
          </w:tcPr>
          <w:p>
            <w:pPr>
              <w:spacing w:after="0"/>
              <w:jc w:val="left"/>
            </w:pPr>
            <w:r>
              <w:rPr>
                <w:sz w:val="16"/>
              </w:rPr>
              <w:t>2002-04-04</w:t>
            </w:r>
          </w:p>
        </w:tc>
        <w:tc>
          <w:tcPr>
            <w:tcW w:type="dxa" w:w="1037"/>
          </w:tcPr>
          <w:p>
            <w:pPr>
              <w:spacing w:after="0"/>
              <w:jc w:val="left"/>
            </w:pPr>
            <w:r>
              <w:rPr>
                <w:sz w:val="16"/>
              </w:rPr>
              <w:t>2002-03-17</w:t>
            </w:r>
          </w:p>
        </w:tc>
        <w:tc>
          <w:tcPr>
            <w:tcW w:type="dxa" w:w="1037"/>
          </w:tcPr>
          <w:p>
            <w:pPr>
              <w:spacing w:after="0"/>
              <w:jc w:val="left"/>
            </w:pPr>
            <w:r>
              <w:rPr>
                <w:sz w:val="16"/>
              </w:rPr>
              <w:t>DR-1407-KY</w:t>
            </w:r>
          </w:p>
        </w:tc>
        <w:tc>
          <w:tcPr>
            <w:tcW w:type="dxa" w:w="1122"/>
          </w:tcPr>
          <w:p>
            <w:pPr>
              <w:spacing w:after="0"/>
              <w:jc w:val="left"/>
            </w:pPr>
            <w:r>
              <w:rPr>
                <w:sz w:val="16"/>
              </w:rPr>
              <w:t>Major disaster</w:t>
            </w:r>
          </w:p>
        </w:tc>
        <w:tc>
          <w:tcPr>
            <w:tcW w:type="dxa" w:w="2912"/>
          </w:tcPr>
          <w:p>
            <w:pPr>
              <w:spacing w:after="0"/>
              <w:jc w:val="left"/>
            </w:pPr>
            <w:r>
              <w:rPr>
                <w:sz w:val="16"/>
              </w:rPr>
              <w:t>Severe Storms and Flooding</w:t>
            </w:r>
          </w:p>
        </w:tc>
        <w:tc>
          <w:tcPr>
            <w:tcW w:type="dxa" w:w="2473"/>
          </w:tcPr>
          <w:p>
            <w:pPr>
              <w:spacing w:after="0"/>
              <w:jc w:val="left"/>
            </w:pPr>
            <w:r>
              <w:rPr>
                <w:sz w:val="16"/>
              </w:rPr>
              <w:t>Inland Flooding</w:t>
            </w:r>
          </w:p>
        </w:tc>
        <w:tc>
          <w:tcPr>
            <w:tcW w:type="dxa" w:w="1755"/>
          </w:tcPr>
          <w:p>
            <w:pPr>
              <w:spacing w:after="0"/>
              <w:jc w:val="right"/>
            </w:pPr>
            <w:r>
              <w:rPr>
                <w:sz w:val="16"/>
              </w:rPr>
              <w:t>$174,245.66</w:t>
            </w:r>
          </w:p>
        </w:tc>
        <w:tc>
          <w:tcPr>
            <w:tcW w:type="dxa" w:w="1868"/>
          </w:tcPr>
          <w:p>
            <w:pPr>
              <w:spacing w:after="0"/>
              <w:jc w:val="left"/>
            </w:pPr>
          </w:p>
        </w:tc>
        <w:tc>
          <w:tcPr>
            <w:tcW w:type="dxa" w:w="872"/>
          </w:tcPr>
          <w:p>
            <w:pPr>
              <w:spacing w:after="0"/>
              <w:jc w:val="left"/>
            </w:pPr>
          </w:p>
        </w:tc>
      </w:tr>
      <w:tr>
        <w:trPr>
          <w:cantSplit/>
        </w:trPr>
        <w:tc>
          <w:tcPr>
            <w:tcW w:type="dxa" w:w="1037"/>
          </w:tcPr>
          <w:p>
            <w:pPr>
              <w:spacing w:after="0"/>
              <w:jc w:val="left"/>
            </w:pPr>
            <w:r>
              <w:rPr>
                <w:sz w:val="16"/>
              </w:rPr>
              <w:t>2001-08-15</w:t>
            </w:r>
          </w:p>
        </w:tc>
        <w:tc>
          <w:tcPr>
            <w:tcW w:type="dxa" w:w="1037"/>
          </w:tcPr>
          <w:p>
            <w:pPr>
              <w:spacing w:after="0"/>
              <w:jc w:val="left"/>
            </w:pPr>
            <w:r>
              <w:rPr>
                <w:sz w:val="16"/>
              </w:rPr>
              <w:t>2001-07-27</w:t>
            </w:r>
          </w:p>
        </w:tc>
        <w:tc>
          <w:tcPr>
            <w:tcW w:type="dxa" w:w="1037"/>
          </w:tcPr>
          <w:p>
            <w:pPr>
              <w:spacing w:after="0"/>
              <w:jc w:val="left"/>
            </w:pPr>
            <w:r>
              <w:rPr>
                <w:sz w:val="16"/>
              </w:rPr>
              <w:t>DR-1388-KY</w:t>
            </w:r>
          </w:p>
        </w:tc>
        <w:tc>
          <w:tcPr>
            <w:tcW w:type="dxa" w:w="1122"/>
          </w:tcPr>
          <w:p>
            <w:pPr>
              <w:spacing w:after="0"/>
              <w:jc w:val="left"/>
            </w:pPr>
            <w:r>
              <w:rPr>
                <w:sz w:val="16"/>
              </w:rPr>
              <w:t>Major disaster</w:t>
            </w:r>
          </w:p>
        </w:tc>
        <w:tc>
          <w:tcPr>
            <w:tcW w:type="dxa" w:w="2912"/>
          </w:tcPr>
          <w:p>
            <w:pPr>
              <w:spacing w:after="0"/>
              <w:jc w:val="left"/>
            </w:pPr>
            <w:r>
              <w:rPr>
                <w:sz w:val="16"/>
              </w:rPr>
              <w:t>Severe Storms and Flooding</w:t>
            </w:r>
          </w:p>
        </w:tc>
        <w:tc>
          <w:tcPr>
            <w:tcW w:type="dxa" w:w="2473"/>
          </w:tcPr>
          <w:p>
            <w:pPr>
              <w:spacing w:after="0"/>
              <w:jc w:val="left"/>
            </w:pPr>
            <w:r>
              <w:rPr>
                <w:sz w:val="16"/>
              </w:rPr>
              <w:t>Inland Flooding</w:t>
            </w:r>
          </w:p>
        </w:tc>
        <w:tc>
          <w:tcPr>
            <w:tcW w:type="dxa" w:w="1755"/>
          </w:tcPr>
          <w:p>
            <w:pPr>
              <w:spacing w:after="0"/>
              <w:jc w:val="right"/>
            </w:pPr>
            <w:r>
              <w:rPr>
                <w:sz w:val="16"/>
              </w:rPr>
              <w:t>$29,893.62</w:t>
            </w:r>
          </w:p>
        </w:tc>
        <w:tc>
          <w:tcPr>
            <w:tcW w:type="dxa" w:w="1868"/>
          </w:tcPr>
          <w:p>
            <w:pPr>
              <w:spacing w:after="0"/>
              <w:jc w:val="left"/>
            </w:pPr>
          </w:p>
        </w:tc>
        <w:tc>
          <w:tcPr>
            <w:tcW w:type="dxa" w:w="872"/>
          </w:tcPr>
          <w:p>
            <w:pPr>
              <w:spacing w:after="0"/>
              <w:jc w:val="left"/>
            </w:pPr>
          </w:p>
        </w:tc>
      </w:tr>
      <w:tr>
        <w:trPr>
          <w:cantSplit/>
        </w:trPr>
        <w:tc>
          <w:tcPr>
            <w:tcW w:type="dxa" w:w="1037"/>
          </w:tcPr>
          <w:p>
            <w:pPr>
              <w:spacing w:after="0"/>
              <w:jc w:val="left"/>
            </w:pPr>
            <w:r>
              <w:rPr>
                <w:sz w:val="16"/>
              </w:rPr>
              <w:t>1998-03-03</w:t>
            </w:r>
          </w:p>
        </w:tc>
        <w:tc>
          <w:tcPr>
            <w:tcW w:type="dxa" w:w="1037"/>
          </w:tcPr>
          <w:p>
            <w:pPr>
              <w:spacing w:after="0"/>
              <w:jc w:val="left"/>
            </w:pPr>
            <w:r>
              <w:rPr>
                <w:sz w:val="16"/>
              </w:rPr>
              <w:t>1998-02-04</w:t>
            </w:r>
          </w:p>
        </w:tc>
        <w:tc>
          <w:tcPr>
            <w:tcW w:type="dxa" w:w="1037"/>
          </w:tcPr>
          <w:p>
            <w:pPr>
              <w:spacing w:after="0"/>
              <w:jc w:val="left"/>
            </w:pPr>
            <w:r>
              <w:rPr>
                <w:sz w:val="16"/>
              </w:rPr>
              <w:t>DR-1207-KY</w:t>
            </w:r>
          </w:p>
        </w:tc>
        <w:tc>
          <w:tcPr>
            <w:tcW w:type="dxa" w:w="1122"/>
          </w:tcPr>
          <w:p>
            <w:pPr>
              <w:spacing w:after="0"/>
              <w:jc w:val="left"/>
            </w:pPr>
            <w:r>
              <w:rPr>
                <w:sz w:val="16"/>
              </w:rPr>
              <w:t>Major disaster</w:t>
            </w:r>
          </w:p>
        </w:tc>
        <w:tc>
          <w:tcPr>
            <w:tcW w:type="dxa" w:w="2912"/>
          </w:tcPr>
          <w:p>
            <w:pPr>
              <w:spacing w:after="0"/>
              <w:jc w:val="left"/>
            </w:pPr>
            <w:r>
              <w:rPr>
                <w:sz w:val="16"/>
              </w:rPr>
              <w:t>Severe Winter Storm</w:t>
            </w:r>
          </w:p>
        </w:tc>
        <w:tc>
          <w:tcPr>
            <w:tcW w:type="dxa" w:w="2473"/>
          </w:tcPr>
          <w:p>
            <w:pPr>
              <w:spacing w:after="0"/>
              <w:jc w:val="left"/>
            </w:pPr>
            <w:r>
              <w:rPr>
                <w:sz w:val="16"/>
              </w:rPr>
              <w:t>Winter Weather</w:t>
            </w:r>
          </w:p>
        </w:tc>
        <w:tc>
          <w:tcPr>
            <w:tcW w:type="dxa" w:w="1755"/>
          </w:tcPr>
          <w:p>
            <w:pPr>
              <w:spacing w:after="0"/>
              <w:jc w:val="right"/>
            </w:pPr>
            <w:r>
              <w:rPr>
                <w:sz w:val="16"/>
              </w:rPr>
              <w:t>no Public Assistance recorded</w:t>
            </w:r>
          </w:p>
        </w:tc>
        <w:tc>
          <w:tcPr>
            <w:tcW w:type="dxa" w:w="1868"/>
          </w:tcPr>
          <w:p>
            <w:pPr>
              <w:spacing w:after="0"/>
              <w:jc w:val="left"/>
            </w:pPr>
          </w:p>
        </w:tc>
        <w:tc>
          <w:tcPr>
            <w:tcW w:type="dxa" w:w="872"/>
          </w:tcPr>
          <w:p>
            <w:pPr>
              <w:spacing w:after="0"/>
              <w:jc w:val="left"/>
            </w:pPr>
          </w:p>
        </w:tc>
      </w:tr>
      <w:tr>
        <w:trPr>
          <w:cantSplit/>
        </w:trPr>
        <w:tc>
          <w:tcPr>
            <w:tcW w:type="dxa" w:w="1037"/>
          </w:tcPr>
          <w:p>
            <w:pPr>
              <w:spacing w:after="0"/>
              <w:jc w:val="left"/>
            </w:pPr>
            <w:r>
              <w:rPr>
                <w:sz w:val="16"/>
              </w:rPr>
              <w:t>1997-03-04</w:t>
            </w:r>
          </w:p>
        </w:tc>
        <w:tc>
          <w:tcPr>
            <w:tcW w:type="dxa" w:w="1037"/>
          </w:tcPr>
          <w:p>
            <w:pPr>
              <w:spacing w:after="0"/>
              <w:jc w:val="left"/>
            </w:pPr>
            <w:r>
              <w:rPr>
                <w:sz w:val="16"/>
              </w:rPr>
              <w:t>1997-03-01</w:t>
            </w:r>
          </w:p>
        </w:tc>
        <w:tc>
          <w:tcPr>
            <w:tcW w:type="dxa" w:w="1037"/>
          </w:tcPr>
          <w:p>
            <w:pPr>
              <w:spacing w:after="0"/>
              <w:jc w:val="left"/>
            </w:pPr>
            <w:r>
              <w:rPr>
                <w:sz w:val="16"/>
              </w:rPr>
              <w:t>DR-1163-KY</w:t>
            </w:r>
          </w:p>
        </w:tc>
        <w:tc>
          <w:tcPr>
            <w:tcW w:type="dxa" w:w="1122"/>
          </w:tcPr>
          <w:p>
            <w:pPr>
              <w:spacing w:after="0"/>
              <w:jc w:val="left"/>
            </w:pPr>
            <w:r>
              <w:rPr>
                <w:sz w:val="16"/>
              </w:rPr>
              <w:t>Major disaster</w:t>
            </w:r>
          </w:p>
        </w:tc>
        <w:tc>
          <w:tcPr>
            <w:tcW w:type="dxa" w:w="2912"/>
          </w:tcPr>
          <w:p>
            <w:pPr>
              <w:spacing w:after="0"/>
              <w:jc w:val="left"/>
            </w:pPr>
            <w:r>
              <w:rPr>
                <w:sz w:val="16"/>
              </w:rPr>
              <w:t>Severe Storm, Flooding, and Tornadoes</w:t>
            </w:r>
          </w:p>
        </w:tc>
        <w:tc>
          <w:tcPr>
            <w:tcW w:type="dxa" w:w="2473"/>
          </w:tcPr>
          <w:p>
            <w:pPr>
              <w:spacing w:after="0"/>
              <w:jc w:val="left"/>
            </w:pPr>
            <w:r>
              <w:rPr>
                <w:sz w:val="16"/>
              </w:rPr>
              <w:t>Inland Flooding; Tornado</w:t>
            </w:r>
          </w:p>
        </w:tc>
        <w:tc>
          <w:tcPr>
            <w:tcW w:type="dxa" w:w="1755"/>
          </w:tcPr>
          <w:p>
            <w:pPr>
              <w:spacing w:after="0"/>
              <w:jc w:val="right"/>
            </w:pPr>
            <w:r>
              <w:rPr>
                <w:sz w:val="16"/>
              </w:rPr>
              <w:t>no Public Assistance recorded</w:t>
            </w:r>
          </w:p>
        </w:tc>
        <w:tc>
          <w:tcPr>
            <w:tcW w:type="dxa" w:w="1868"/>
          </w:tcPr>
          <w:p>
            <w:pPr>
              <w:spacing w:after="0"/>
              <w:jc w:val="left"/>
            </w:pPr>
          </w:p>
        </w:tc>
        <w:tc>
          <w:tcPr>
            <w:tcW w:type="dxa" w:w="872"/>
          </w:tcPr>
          <w:p>
            <w:pPr>
              <w:spacing w:after="0"/>
              <w:jc w:val="left"/>
            </w:pPr>
          </w:p>
        </w:tc>
      </w:tr>
      <w:tr>
        <w:trPr>
          <w:cantSplit/>
        </w:trPr>
        <w:tc>
          <w:tcPr>
            <w:tcW w:type="dxa" w:w="1037"/>
          </w:tcPr>
          <w:p>
            <w:pPr>
              <w:spacing w:after="0"/>
              <w:jc w:val="left"/>
            </w:pPr>
            <w:r>
              <w:rPr>
                <w:sz w:val="16"/>
              </w:rPr>
              <w:t>1996-01-13</w:t>
            </w:r>
          </w:p>
        </w:tc>
        <w:tc>
          <w:tcPr>
            <w:tcW w:type="dxa" w:w="1037"/>
          </w:tcPr>
          <w:p>
            <w:pPr>
              <w:spacing w:after="0"/>
              <w:jc w:val="left"/>
            </w:pPr>
            <w:r>
              <w:rPr>
                <w:sz w:val="16"/>
              </w:rPr>
              <w:t>1996-01-05</w:t>
            </w:r>
          </w:p>
        </w:tc>
        <w:tc>
          <w:tcPr>
            <w:tcW w:type="dxa" w:w="1037"/>
          </w:tcPr>
          <w:p>
            <w:pPr>
              <w:spacing w:after="0"/>
              <w:jc w:val="left"/>
            </w:pPr>
            <w:r>
              <w:rPr>
                <w:sz w:val="16"/>
              </w:rPr>
              <w:t>DR-1089-KY</w:t>
            </w:r>
          </w:p>
        </w:tc>
        <w:tc>
          <w:tcPr>
            <w:tcW w:type="dxa" w:w="1122"/>
          </w:tcPr>
          <w:p>
            <w:pPr>
              <w:spacing w:after="0"/>
              <w:jc w:val="left"/>
            </w:pPr>
            <w:r>
              <w:rPr>
                <w:sz w:val="16"/>
              </w:rPr>
              <w:t>Major disaster</w:t>
            </w:r>
          </w:p>
        </w:tc>
        <w:tc>
          <w:tcPr>
            <w:tcW w:type="dxa" w:w="2912"/>
          </w:tcPr>
          <w:p>
            <w:pPr>
              <w:spacing w:after="0"/>
              <w:jc w:val="left"/>
            </w:pPr>
            <w:r>
              <w:rPr>
                <w:sz w:val="16"/>
              </w:rPr>
              <w:t>Blizzard of 96</w:t>
            </w:r>
          </w:p>
        </w:tc>
        <w:tc>
          <w:tcPr>
            <w:tcW w:type="dxa" w:w="2473"/>
          </w:tcPr>
          <w:p>
            <w:pPr>
              <w:spacing w:after="0"/>
              <w:jc w:val="left"/>
            </w:pPr>
            <w:r>
              <w:rPr>
                <w:sz w:val="16"/>
              </w:rPr>
              <w:t>Winter Weather</w:t>
            </w:r>
          </w:p>
        </w:tc>
        <w:tc>
          <w:tcPr>
            <w:tcW w:type="dxa" w:w="1755"/>
          </w:tcPr>
          <w:p>
            <w:pPr>
              <w:spacing w:after="0"/>
              <w:jc w:val="right"/>
            </w:pPr>
            <w:r>
              <w:rPr>
                <w:sz w:val="16"/>
              </w:rPr>
              <w:t>no Public Assistance recorded</w:t>
            </w:r>
          </w:p>
        </w:tc>
        <w:tc>
          <w:tcPr>
            <w:tcW w:type="dxa" w:w="1868"/>
          </w:tcPr>
          <w:p>
            <w:pPr>
              <w:spacing w:after="0"/>
              <w:jc w:val="left"/>
            </w:pPr>
          </w:p>
        </w:tc>
        <w:tc>
          <w:tcPr>
            <w:tcW w:type="dxa" w:w="872"/>
          </w:tcPr>
          <w:p>
            <w:pPr>
              <w:spacing w:after="0"/>
              <w:jc w:val="left"/>
            </w:pPr>
          </w:p>
        </w:tc>
      </w:tr>
      <w:tr>
        <w:trPr>
          <w:cantSplit/>
        </w:trPr>
        <w:tc>
          <w:tcPr>
            <w:tcW w:type="dxa" w:w="1037"/>
          </w:tcPr>
          <w:p>
            <w:pPr>
              <w:spacing w:after="0"/>
              <w:jc w:val="left"/>
            </w:pPr>
            <w:r>
              <w:rPr>
                <w:sz w:val="16"/>
              </w:rPr>
              <w:t>1994-03-16</w:t>
            </w:r>
          </w:p>
        </w:tc>
        <w:tc>
          <w:tcPr>
            <w:tcW w:type="dxa" w:w="1037"/>
          </w:tcPr>
          <w:p>
            <w:pPr>
              <w:spacing w:after="0"/>
              <w:jc w:val="left"/>
            </w:pPr>
            <w:r>
              <w:rPr>
                <w:sz w:val="16"/>
              </w:rPr>
              <w:t>1994-02-09</w:t>
            </w:r>
          </w:p>
        </w:tc>
        <w:tc>
          <w:tcPr>
            <w:tcW w:type="dxa" w:w="1037"/>
          </w:tcPr>
          <w:p>
            <w:pPr>
              <w:spacing w:after="0"/>
              <w:jc w:val="left"/>
            </w:pPr>
            <w:r>
              <w:rPr>
                <w:sz w:val="16"/>
              </w:rPr>
              <w:t>DR-1018-KY</w:t>
            </w:r>
          </w:p>
        </w:tc>
        <w:tc>
          <w:tcPr>
            <w:tcW w:type="dxa" w:w="1122"/>
          </w:tcPr>
          <w:p>
            <w:pPr>
              <w:spacing w:after="0"/>
              <w:jc w:val="left"/>
            </w:pPr>
            <w:r>
              <w:rPr>
                <w:sz w:val="16"/>
              </w:rPr>
              <w:t>Major disaster</w:t>
            </w:r>
          </w:p>
        </w:tc>
        <w:tc>
          <w:tcPr>
            <w:tcW w:type="dxa" w:w="2912"/>
          </w:tcPr>
          <w:p>
            <w:pPr>
              <w:spacing w:after="0"/>
              <w:jc w:val="left"/>
            </w:pPr>
            <w:r>
              <w:rPr>
                <w:sz w:val="16"/>
              </w:rPr>
              <w:t>Severe Weather, Freezing Rain, Sleet, Snw</w:t>
            </w:r>
          </w:p>
        </w:tc>
        <w:tc>
          <w:tcPr>
            <w:tcW w:type="dxa" w:w="2473"/>
          </w:tcPr>
          <w:p>
            <w:pPr>
              <w:spacing w:after="0"/>
              <w:jc w:val="left"/>
            </w:pPr>
            <w:r>
              <w:rPr>
                <w:sz w:val="16"/>
              </w:rPr>
              <w:t>Winter Weather</w:t>
            </w:r>
          </w:p>
        </w:tc>
        <w:tc>
          <w:tcPr>
            <w:tcW w:type="dxa" w:w="1755"/>
          </w:tcPr>
          <w:p>
            <w:pPr>
              <w:spacing w:after="0"/>
              <w:jc w:val="right"/>
            </w:pPr>
            <w:r>
              <w:rPr>
                <w:sz w:val="16"/>
              </w:rPr>
              <w:t>no Public Assistance recorded</w:t>
            </w:r>
          </w:p>
        </w:tc>
        <w:tc>
          <w:tcPr>
            <w:tcW w:type="dxa" w:w="1868"/>
          </w:tcPr>
          <w:p>
            <w:pPr>
              <w:spacing w:after="0"/>
              <w:jc w:val="left"/>
            </w:pPr>
          </w:p>
        </w:tc>
        <w:tc>
          <w:tcPr>
            <w:tcW w:type="dxa" w:w="872"/>
          </w:tcPr>
          <w:p>
            <w:pPr>
              <w:spacing w:after="0"/>
              <w:jc w:val="left"/>
            </w:pPr>
          </w:p>
        </w:tc>
      </w:tr>
      <w:tr>
        <w:trPr>
          <w:cantSplit/>
        </w:trPr>
        <w:tc>
          <w:tcPr>
            <w:tcW w:type="dxa" w:w="1037"/>
          </w:tcPr>
          <w:p>
            <w:pPr>
              <w:spacing w:after="0"/>
              <w:jc w:val="left"/>
            </w:pPr>
            <w:r>
              <w:rPr>
                <w:sz w:val="16"/>
              </w:rPr>
              <w:t>1993-03-16</w:t>
            </w:r>
          </w:p>
        </w:tc>
        <w:tc>
          <w:tcPr>
            <w:tcW w:type="dxa" w:w="1037"/>
          </w:tcPr>
          <w:p>
            <w:pPr>
              <w:spacing w:after="0"/>
              <w:jc w:val="left"/>
            </w:pPr>
            <w:r>
              <w:rPr>
                <w:sz w:val="16"/>
              </w:rPr>
              <w:t>1993-03-13</w:t>
            </w:r>
          </w:p>
        </w:tc>
        <w:tc>
          <w:tcPr>
            <w:tcW w:type="dxa" w:w="1037"/>
          </w:tcPr>
          <w:p>
            <w:pPr>
              <w:spacing w:after="0"/>
              <w:jc w:val="left"/>
            </w:pPr>
            <w:r>
              <w:rPr>
                <w:sz w:val="16"/>
              </w:rPr>
              <w:t>EM-3104-KY</w:t>
            </w:r>
          </w:p>
        </w:tc>
        <w:tc>
          <w:tcPr>
            <w:tcW w:type="dxa" w:w="1122"/>
          </w:tcPr>
          <w:p>
            <w:pPr>
              <w:spacing w:after="0"/>
              <w:jc w:val="left"/>
            </w:pPr>
            <w:r>
              <w:rPr>
                <w:sz w:val="16"/>
              </w:rPr>
              <w:t>Emergency</w:t>
            </w:r>
          </w:p>
        </w:tc>
        <w:tc>
          <w:tcPr>
            <w:tcW w:type="dxa" w:w="2912"/>
          </w:tcPr>
          <w:p>
            <w:pPr>
              <w:spacing w:after="0"/>
              <w:jc w:val="left"/>
            </w:pPr>
            <w:r>
              <w:rPr>
                <w:sz w:val="16"/>
              </w:rPr>
              <w:t>Severe Snowfall &amp; Winter Storm</w:t>
            </w:r>
          </w:p>
        </w:tc>
        <w:tc>
          <w:tcPr>
            <w:tcW w:type="dxa" w:w="2473"/>
          </w:tcPr>
          <w:p>
            <w:pPr>
              <w:spacing w:after="0"/>
              <w:jc w:val="left"/>
            </w:pPr>
            <w:r>
              <w:rPr>
                <w:sz w:val="16"/>
              </w:rPr>
              <w:t>Winter Weather</w:t>
            </w:r>
          </w:p>
        </w:tc>
        <w:tc>
          <w:tcPr>
            <w:tcW w:type="dxa" w:w="1755"/>
          </w:tcPr>
          <w:p>
            <w:pPr>
              <w:spacing w:after="0"/>
              <w:jc w:val="right"/>
            </w:pPr>
            <w:r>
              <w:rPr>
                <w:sz w:val="16"/>
              </w:rPr>
              <w:t>no Public Assistance recorded</w:t>
            </w:r>
          </w:p>
        </w:tc>
        <w:tc>
          <w:tcPr>
            <w:tcW w:type="dxa" w:w="1868"/>
          </w:tcPr>
          <w:p>
            <w:pPr>
              <w:spacing w:after="0"/>
              <w:jc w:val="left"/>
            </w:pPr>
          </w:p>
        </w:tc>
        <w:tc>
          <w:tcPr>
            <w:tcW w:type="dxa" w:w="872"/>
          </w:tcPr>
          <w:p>
            <w:pPr>
              <w:spacing w:after="0"/>
              <w:jc w:val="left"/>
            </w:pPr>
          </w:p>
        </w:tc>
      </w:tr>
      <w:tr>
        <w:trPr>
          <w:cantSplit/>
        </w:trPr>
        <w:tc>
          <w:tcPr>
            <w:tcW w:type="dxa" w:w="1037"/>
          </w:tcPr>
          <w:p>
            <w:pPr>
              <w:spacing w:after="0"/>
              <w:jc w:val="left"/>
            </w:pPr>
            <w:r>
              <w:rPr>
                <w:sz w:val="16"/>
              </w:rPr>
              <w:t>1989-02-24</w:t>
            </w:r>
          </w:p>
        </w:tc>
        <w:tc>
          <w:tcPr>
            <w:tcW w:type="dxa" w:w="1037"/>
          </w:tcPr>
          <w:p>
            <w:pPr>
              <w:spacing w:after="0"/>
              <w:jc w:val="left"/>
            </w:pPr>
            <w:r>
              <w:rPr>
                <w:sz w:val="16"/>
              </w:rPr>
              <w:t>1989-01-13</w:t>
            </w:r>
          </w:p>
        </w:tc>
        <w:tc>
          <w:tcPr>
            <w:tcW w:type="dxa" w:w="1037"/>
          </w:tcPr>
          <w:p>
            <w:pPr>
              <w:spacing w:after="0"/>
              <w:jc w:val="left"/>
            </w:pPr>
            <w:r>
              <w:rPr>
                <w:sz w:val="16"/>
              </w:rPr>
              <w:t>DR-821-KY</w:t>
            </w:r>
          </w:p>
        </w:tc>
        <w:tc>
          <w:tcPr>
            <w:tcW w:type="dxa" w:w="1122"/>
          </w:tcPr>
          <w:p>
            <w:pPr>
              <w:spacing w:after="0"/>
              <w:jc w:val="left"/>
            </w:pPr>
            <w:r>
              <w:rPr>
                <w:sz w:val="16"/>
              </w:rPr>
              <w:t>Major disaster</w:t>
            </w:r>
          </w:p>
        </w:tc>
        <w:tc>
          <w:tcPr>
            <w:tcW w:type="dxa" w:w="2912"/>
          </w:tcPr>
          <w:p>
            <w:pPr>
              <w:spacing w:after="0"/>
              <w:jc w:val="left"/>
            </w:pPr>
            <w:r>
              <w:rPr>
                <w:sz w:val="16"/>
              </w:rPr>
              <w:t>Severe Storms &amp; Flooding</w:t>
            </w:r>
          </w:p>
        </w:tc>
        <w:tc>
          <w:tcPr>
            <w:tcW w:type="dxa" w:w="2473"/>
          </w:tcPr>
          <w:p>
            <w:pPr>
              <w:spacing w:after="0"/>
              <w:jc w:val="left"/>
            </w:pPr>
            <w:r>
              <w:rPr>
                <w:sz w:val="16"/>
              </w:rPr>
              <w:t>Inland Flooding</w:t>
            </w:r>
          </w:p>
        </w:tc>
        <w:tc>
          <w:tcPr>
            <w:tcW w:type="dxa" w:w="1755"/>
          </w:tcPr>
          <w:p>
            <w:pPr>
              <w:spacing w:after="0"/>
              <w:jc w:val="right"/>
            </w:pPr>
            <w:r>
              <w:rPr>
                <w:sz w:val="16"/>
              </w:rPr>
              <w:t>no Public Assistance recorded</w:t>
            </w:r>
          </w:p>
        </w:tc>
        <w:tc>
          <w:tcPr>
            <w:tcW w:type="dxa" w:w="1868"/>
          </w:tcPr>
          <w:p>
            <w:pPr>
              <w:spacing w:after="0"/>
              <w:jc w:val="left"/>
            </w:pPr>
          </w:p>
        </w:tc>
        <w:tc>
          <w:tcPr>
            <w:tcW w:type="dxa" w:w="872"/>
          </w:tcPr>
          <w:p>
            <w:pPr>
              <w:spacing w:after="0"/>
              <w:jc w:val="left"/>
            </w:pPr>
          </w:p>
        </w:tc>
      </w:tr>
      <w:tr>
        <w:trPr>
          <w:cantSplit/>
        </w:trPr>
        <w:tc>
          <w:tcPr>
            <w:tcW w:type="dxa" w:w="1037"/>
          </w:tcPr>
          <w:p>
            <w:pPr>
              <w:spacing w:after="0"/>
              <w:jc w:val="left"/>
            </w:pPr>
            <w:r>
              <w:rPr>
                <w:sz w:val="16"/>
              </w:rPr>
              <w:t>1978-12-12</w:t>
            </w:r>
          </w:p>
        </w:tc>
        <w:tc>
          <w:tcPr>
            <w:tcW w:type="dxa" w:w="1037"/>
          </w:tcPr>
          <w:p>
            <w:pPr>
              <w:spacing w:after="0"/>
              <w:jc w:val="left"/>
            </w:pPr>
            <w:r>
              <w:rPr>
                <w:sz w:val="16"/>
              </w:rPr>
              <w:t>1978-12-12</w:t>
            </w:r>
          </w:p>
        </w:tc>
        <w:tc>
          <w:tcPr>
            <w:tcW w:type="dxa" w:w="1037"/>
          </w:tcPr>
          <w:p>
            <w:pPr>
              <w:spacing w:after="0"/>
              <w:jc w:val="left"/>
            </w:pPr>
            <w:r>
              <w:rPr>
                <w:sz w:val="16"/>
              </w:rPr>
              <w:t>DR-568-KY</w:t>
            </w:r>
          </w:p>
        </w:tc>
        <w:tc>
          <w:tcPr>
            <w:tcW w:type="dxa" w:w="1122"/>
          </w:tcPr>
          <w:p>
            <w:pPr>
              <w:spacing w:after="0"/>
              <w:jc w:val="left"/>
            </w:pPr>
            <w:r>
              <w:rPr>
                <w:sz w:val="16"/>
              </w:rPr>
              <w:t>Major disaster</w:t>
            </w:r>
          </w:p>
        </w:tc>
        <w:tc>
          <w:tcPr>
            <w:tcW w:type="dxa" w:w="2912"/>
          </w:tcPr>
          <w:p>
            <w:pPr>
              <w:spacing w:after="0"/>
              <w:jc w:val="left"/>
            </w:pPr>
            <w:r>
              <w:rPr>
                <w:sz w:val="16"/>
              </w:rPr>
              <w:t>Severe Storms &amp; Flooding</w:t>
            </w:r>
          </w:p>
        </w:tc>
        <w:tc>
          <w:tcPr>
            <w:tcW w:type="dxa" w:w="2473"/>
          </w:tcPr>
          <w:p>
            <w:pPr>
              <w:spacing w:after="0"/>
              <w:jc w:val="left"/>
            </w:pPr>
            <w:r>
              <w:rPr>
                <w:sz w:val="16"/>
              </w:rPr>
              <w:t>Inland Flooding</w:t>
            </w:r>
          </w:p>
        </w:tc>
        <w:tc>
          <w:tcPr>
            <w:tcW w:type="dxa" w:w="1755"/>
          </w:tcPr>
          <w:p>
            <w:pPr>
              <w:spacing w:after="0"/>
              <w:jc w:val="right"/>
            </w:pPr>
            <w:r>
              <w:rPr>
                <w:sz w:val="16"/>
              </w:rPr>
              <w:t>no Public Assistance recorded</w:t>
            </w:r>
          </w:p>
        </w:tc>
        <w:tc>
          <w:tcPr>
            <w:tcW w:type="dxa" w:w="1868"/>
          </w:tcPr>
          <w:p>
            <w:pPr>
              <w:spacing w:after="0"/>
              <w:jc w:val="left"/>
            </w:pPr>
          </w:p>
        </w:tc>
        <w:tc>
          <w:tcPr>
            <w:tcW w:type="dxa" w:w="872"/>
          </w:tcPr>
          <w:p>
            <w:pPr>
              <w:spacing w:after="0"/>
              <w:jc w:val="left"/>
            </w:pPr>
          </w:p>
        </w:tc>
      </w:tr>
      <w:tr>
        <w:trPr>
          <w:cantSplit/>
        </w:trPr>
        <w:tc>
          <w:tcPr>
            <w:tcW w:type="dxa" w:w="1037"/>
          </w:tcPr>
          <w:p>
            <w:pPr>
              <w:spacing w:after="0"/>
              <w:jc w:val="left"/>
            </w:pPr>
            <w:r>
              <w:rPr>
                <w:sz w:val="16"/>
              </w:rPr>
              <w:t>1967-03-27</w:t>
            </w:r>
          </w:p>
        </w:tc>
        <w:tc>
          <w:tcPr>
            <w:tcW w:type="dxa" w:w="1037"/>
          </w:tcPr>
          <w:p>
            <w:pPr>
              <w:spacing w:after="0"/>
              <w:jc w:val="left"/>
            </w:pPr>
            <w:r>
              <w:rPr>
                <w:sz w:val="16"/>
              </w:rPr>
              <w:t>1967-03-27</w:t>
            </w:r>
          </w:p>
        </w:tc>
        <w:tc>
          <w:tcPr>
            <w:tcW w:type="dxa" w:w="1037"/>
          </w:tcPr>
          <w:p>
            <w:pPr>
              <w:spacing w:after="0"/>
              <w:jc w:val="left"/>
            </w:pPr>
            <w:r>
              <w:rPr>
                <w:sz w:val="16"/>
              </w:rPr>
              <w:t>DR-226-KY</w:t>
            </w:r>
          </w:p>
        </w:tc>
        <w:tc>
          <w:tcPr>
            <w:tcW w:type="dxa" w:w="1122"/>
          </w:tcPr>
          <w:p>
            <w:pPr>
              <w:spacing w:after="0"/>
              <w:jc w:val="left"/>
            </w:pPr>
            <w:r>
              <w:rPr>
                <w:sz w:val="16"/>
              </w:rPr>
              <w:t>Major disaster</w:t>
            </w:r>
          </w:p>
        </w:tc>
        <w:tc>
          <w:tcPr>
            <w:tcW w:type="dxa" w:w="2912"/>
          </w:tcPr>
          <w:p>
            <w:pPr>
              <w:spacing w:after="0"/>
              <w:jc w:val="left"/>
            </w:pPr>
            <w:r>
              <w:rPr>
                <w:sz w:val="16"/>
              </w:rPr>
              <w:t>Severe Storms &amp; Flooding</w:t>
            </w:r>
          </w:p>
        </w:tc>
        <w:tc>
          <w:tcPr>
            <w:tcW w:type="dxa" w:w="2473"/>
          </w:tcPr>
          <w:p>
            <w:pPr>
              <w:spacing w:after="0"/>
              <w:jc w:val="left"/>
            </w:pPr>
            <w:r>
              <w:rPr>
                <w:sz w:val="16"/>
              </w:rPr>
              <w:t>Inland Flooding</w:t>
            </w:r>
          </w:p>
        </w:tc>
        <w:tc>
          <w:tcPr>
            <w:tcW w:type="dxa" w:w="1755"/>
          </w:tcPr>
          <w:p>
            <w:pPr>
              <w:spacing w:after="0"/>
              <w:jc w:val="right"/>
            </w:pPr>
            <w:r>
              <w:rPr>
                <w:sz w:val="16"/>
              </w:rPr>
              <w:t>no Public Assistance recorded</w:t>
            </w:r>
          </w:p>
        </w:tc>
        <w:tc>
          <w:tcPr>
            <w:tcW w:type="dxa" w:w="1868"/>
          </w:tcPr>
          <w:p>
            <w:pPr>
              <w:spacing w:after="0"/>
              <w:jc w:val="left"/>
            </w:pPr>
          </w:p>
        </w:tc>
        <w:tc>
          <w:tcPr>
            <w:tcW w:type="dxa" w:w="87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88"/>
        <w:gridCol w:w="1788"/>
        <w:gridCol w:w="1634"/>
        <w:gridCol w:w="2403"/>
        <w:gridCol w:w="3943"/>
        <w:gridCol w:w="2557"/>
      </w:tblGrid>
      <w:tr>
        <w:trPr>
          <w:cantSplit/>
          <w:tblHeader/>
        </w:trPr>
        <w:tc>
          <w:tcPr>
            <w:tcW w:type="dxa" w:w="1788"/>
            <w:shd w:val="clear" w:color="auto" w:fill="E8E8E8"/>
          </w:tcPr>
          <w:p>
            <w:pPr>
              <w:spacing w:after="0"/>
              <w:jc w:val="left"/>
            </w:pPr>
            <w:r>
              <w:rPr>
                <w:b/>
                <w:sz w:val="16"/>
              </w:rPr>
              <w:t>Declared</w:t>
            </w:r>
          </w:p>
        </w:tc>
        <w:tc>
          <w:tcPr>
            <w:tcW w:type="dxa" w:w="1788"/>
            <w:shd w:val="clear" w:color="auto" w:fill="E8E8E8"/>
          </w:tcPr>
          <w:p>
            <w:pPr>
              <w:spacing w:after="0"/>
              <w:jc w:val="left"/>
            </w:pPr>
            <w:r>
              <w:rPr>
                <w:b/>
                <w:sz w:val="16"/>
              </w:rPr>
              <w:t>Incident began</w:t>
            </w:r>
          </w:p>
        </w:tc>
        <w:tc>
          <w:tcPr>
            <w:tcW w:type="dxa" w:w="1634"/>
            <w:shd w:val="clear" w:color="auto" w:fill="E8E8E8"/>
          </w:tcPr>
          <w:p>
            <w:pPr>
              <w:spacing w:after="0"/>
              <w:jc w:val="left"/>
            </w:pPr>
            <w:r>
              <w:rPr>
                <w:b/>
                <w:sz w:val="16"/>
              </w:rPr>
              <w:t>FEMA number</w:t>
            </w:r>
          </w:p>
        </w:tc>
        <w:tc>
          <w:tcPr>
            <w:tcW w:type="dxa" w:w="2403"/>
            <w:shd w:val="clear" w:color="auto" w:fill="E8E8E8"/>
          </w:tcPr>
          <w:p>
            <w:pPr>
              <w:spacing w:after="0"/>
              <w:jc w:val="left"/>
            </w:pPr>
            <w:r>
              <w:rPr>
                <w:b/>
                <w:sz w:val="16"/>
              </w:rPr>
              <w:t>Type</w:t>
            </w:r>
          </w:p>
        </w:tc>
        <w:tc>
          <w:tcPr>
            <w:tcW w:type="dxa" w:w="3943"/>
            <w:shd w:val="clear" w:color="auto" w:fill="E8E8E8"/>
          </w:tcPr>
          <w:p>
            <w:pPr>
              <w:spacing w:after="0"/>
              <w:jc w:val="left"/>
            </w:pPr>
            <w:r>
              <w:rPr>
                <w:b/>
                <w:sz w:val="16"/>
              </w:rPr>
              <w:t>Title</w:t>
            </w:r>
          </w:p>
        </w:tc>
        <w:tc>
          <w:tcPr>
            <w:tcW w:type="dxa" w:w="2557"/>
            <w:shd w:val="clear" w:color="auto" w:fill="E8E8E8"/>
          </w:tcPr>
          <w:p>
            <w:pPr>
              <w:spacing w:after="0"/>
              <w:jc w:val="left"/>
            </w:pPr>
            <w:r>
              <w:rPr>
                <w:b/>
                <w:sz w:val="16"/>
              </w:rPr>
              <w:t>Mapped hazard</w:t>
            </w:r>
          </w:p>
        </w:tc>
      </w:tr>
      <w:tr>
        <w:trPr>
          <w:cantSplit/>
        </w:trPr>
        <w:tc>
          <w:tcPr>
            <w:tcW w:type="dxa" w:w="1788"/>
          </w:tcPr>
          <w:p>
            <w:pPr>
              <w:spacing w:after="0"/>
              <w:jc w:val="left"/>
            </w:pPr>
            <w:r>
              <w:rPr>
                <w:sz w:val="16"/>
              </w:rPr>
              <w:t>1964-03-17</w:t>
            </w:r>
          </w:p>
        </w:tc>
        <w:tc>
          <w:tcPr>
            <w:tcW w:type="dxa" w:w="1788"/>
          </w:tcPr>
          <w:p>
            <w:pPr>
              <w:spacing w:after="0"/>
              <w:jc w:val="left"/>
            </w:pPr>
            <w:r>
              <w:rPr>
                <w:sz w:val="16"/>
              </w:rPr>
              <w:t>1964-03-17</w:t>
            </w:r>
          </w:p>
        </w:tc>
        <w:tc>
          <w:tcPr>
            <w:tcW w:type="dxa" w:w="1634"/>
          </w:tcPr>
          <w:p>
            <w:pPr>
              <w:spacing w:after="0"/>
              <w:jc w:val="left"/>
            </w:pPr>
            <w:r>
              <w:rPr>
                <w:sz w:val="16"/>
              </w:rPr>
              <w:t>DR-163-KY</w:t>
            </w:r>
          </w:p>
        </w:tc>
        <w:tc>
          <w:tcPr>
            <w:tcW w:type="dxa" w:w="2403"/>
          </w:tcPr>
          <w:p>
            <w:pPr>
              <w:spacing w:after="0"/>
              <w:jc w:val="left"/>
            </w:pPr>
            <w:r>
              <w:rPr>
                <w:sz w:val="16"/>
              </w:rPr>
              <w:t>Major disaster</w:t>
            </w:r>
          </w:p>
        </w:tc>
        <w:tc>
          <w:tcPr>
            <w:tcW w:type="dxa" w:w="3943"/>
          </w:tcPr>
          <w:p>
            <w:pPr>
              <w:spacing w:after="0"/>
              <w:jc w:val="left"/>
            </w:pPr>
            <w:r>
              <w:rPr>
                <w:sz w:val="16"/>
              </w:rPr>
              <w:t>Severe Storms &amp; Flooding</w:t>
            </w:r>
          </w:p>
        </w:tc>
        <w:tc>
          <w:tcPr>
            <w:tcW w:type="dxa" w:w="2557"/>
          </w:tcPr>
          <w:p>
            <w:pPr>
              <w:spacing w:after="0"/>
              <w:jc w:val="left"/>
            </w:pPr>
            <w:r>
              <w:rPr>
                <w:sz w:val="16"/>
              </w:rPr>
              <w:t>Inland Flooding</w:t>
            </w:r>
          </w:p>
        </w:tc>
      </w:tr>
      <w:tr>
        <w:trPr>
          <w:cantSplit/>
        </w:trPr>
        <w:tc>
          <w:tcPr>
            <w:tcW w:type="dxa" w:w="1788"/>
          </w:tcPr>
          <w:p>
            <w:pPr>
              <w:spacing w:after="0"/>
              <w:jc w:val="left"/>
            </w:pPr>
            <w:r>
              <w:rPr>
                <w:sz w:val="16"/>
              </w:rPr>
              <w:t>1963-03-13</w:t>
            </w:r>
          </w:p>
        </w:tc>
        <w:tc>
          <w:tcPr>
            <w:tcW w:type="dxa" w:w="1788"/>
          </w:tcPr>
          <w:p>
            <w:pPr>
              <w:spacing w:after="0"/>
              <w:jc w:val="left"/>
            </w:pPr>
            <w:r>
              <w:rPr>
                <w:sz w:val="16"/>
              </w:rPr>
              <w:t>1963-03-13</w:t>
            </w:r>
          </w:p>
        </w:tc>
        <w:tc>
          <w:tcPr>
            <w:tcW w:type="dxa" w:w="1634"/>
          </w:tcPr>
          <w:p>
            <w:pPr>
              <w:spacing w:after="0"/>
              <w:jc w:val="left"/>
            </w:pPr>
            <w:r>
              <w:rPr>
                <w:sz w:val="16"/>
              </w:rPr>
              <w:t>DR-148-KY</w:t>
            </w:r>
          </w:p>
        </w:tc>
        <w:tc>
          <w:tcPr>
            <w:tcW w:type="dxa" w:w="2403"/>
          </w:tcPr>
          <w:p>
            <w:pPr>
              <w:spacing w:after="0"/>
              <w:jc w:val="left"/>
            </w:pPr>
            <w:r>
              <w:rPr>
                <w:sz w:val="16"/>
              </w:rPr>
              <w:t>Major disaster</w:t>
            </w:r>
          </w:p>
        </w:tc>
        <w:tc>
          <w:tcPr>
            <w:tcW w:type="dxa" w:w="3943"/>
          </w:tcPr>
          <w:p>
            <w:pPr>
              <w:spacing w:after="0"/>
              <w:jc w:val="left"/>
            </w:pPr>
            <w:r>
              <w:rPr>
                <w:sz w:val="16"/>
              </w:rPr>
              <w:t>Severe Storms &amp; Flooding</w:t>
            </w:r>
          </w:p>
        </w:tc>
        <w:tc>
          <w:tcPr>
            <w:tcW w:type="dxa" w:w="2557"/>
          </w:tcPr>
          <w:p>
            <w:pPr>
              <w:spacing w:after="0"/>
              <w:jc w:val="left"/>
            </w:pPr>
            <w:r>
              <w:rPr>
                <w:sz w:val="16"/>
              </w:rPr>
              <w:t>Inland Flooding</w:t>
            </w:r>
          </w:p>
        </w:tc>
      </w:tr>
      <w:tr>
        <w:trPr>
          <w:cantSplit/>
        </w:trPr>
        <w:tc>
          <w:tcPr>
            <w:tcW w:type="dxa" w:w="1788"/>
          </w:tcPr>
          <w:p>
            <w:pPr>
              <w:spacing w:after="0"/>
              <w:jc w:val="left"/>
            </w:pPr>
            <w:r>
              <w:rPr>
                <w:sz w:val="16"/>
              </w:rPr>
              <w:t>1962-03-12</w:t>
            </w:r>
          </w:p>
        </w:tc>
        <w:tc>
          <w:tcPr>
            <w:tcW w:type="dxa" w:w="1788"/>
          </w:tcPr>
          <w:p>
            <w:pPr>
              <w:spacing w:after="0"/>
              <w:jc w:val="left"/>
            </w:pPr>
            <w:r>
              <w:rPr>
                <w:sz w:val="16"/>
              </w:rPr>
              <w:t>1962-03-12</w:t>
            </w:r>
          </w:p>
        </w:tc>
        <w:tc>
          <w:tcPr>
            <w:tcW w:type="dxa" w:w="1634"/>
          </w:tcPr>
          <w:p>
            <w:pPr>
              <w:spacing w:after="0"/>
              <w:jc w:val="left"/>
            </w:pPr>
            <w:r>
              <w:rPr>
                <w:sz w:val="16"/>
              </w:rPr>
              <w:t>DR-128-KY</w:t>
            </w:r>
          </w:p>
        </w:tc>
        <w:tc>
          <w:tcPr>
            <w:tcW w:type="dxa" w:w="2403"/>
          </w:tcPr>
          <w:p>
            <w:pPr>
              <w:spacing w:after="0"/>
              <w:jc w:val="left"/>
            </w:pPr>
            <w:r>
              <w:rPr>
                <w:sz w:val="16"/>
              </w:rPr>
              <w:t>Major disaster</w:t>
            </w:r>
          </w:p>
        </w:tc>
        <w:tc>
          <w:tcPr>
            <w:tcW w:type="dxa" w:w="3943"/>
          </w:tcPr>
          <w:p>
            <w:pPr>
              <w:spacing w:after="0"/>
              <w:jc w:val="left"/>
            </w:pPr>
            <w:r>
              <w:rPr>
                <w:sz w:val="16"/>
              </w:rPr>
              <w:t>Floods</w:t>
            </w:r>
          </w:p>
        </w:tc>
        <w:tc>
          <w:tcPr>
            <w:tcW w:type="dxa" w:w="2557"/>
          </w:tcPr>
          <w:p>
            <w:pPr>
              <w:spacing w:after="0"/>
              <w:jc w:val="left"/>
            </w:pPr>
            <w:r>
              <w:rPr>
                <w:sz w:val="16"/>
              </w:rPr>
              <w:t>Inland Flooding</w:t>
            </w:r>
          </w:p>
        </w:tc>
      </w:tr>
      <w:tr>
        <w:trPr>
          <w:cantSplit/>
        </w:trPr>
        <w:tc>
          <w:tcPr>
            <w:tcW w:type="dxa" w:w="1788"/>
          </w:tcPr>
          <w:p>
            <w:pPr>
              <w:spacing w:after="0"/>
              <w:jc w:val="left"/>
            </w:pPr>
            <w:r>
              <w:rPr>
                <w:sz w:val="16"/>
              </w:rPr>
              <w:t>1957-01-31</w:t>
            </w:r>
          </w:p>
        </w:tc>
        <w:tc>
          <w:tcPr>
            <w:tcW w:type="dxa" w:w="1788"/>
          </w:tcPr>
          <w:p>
            <w:pPr>
              <w:spacing w:after="0"/>
              <w:jc w:val="left"/>
            </w:pPr>
            <w:r>
              <w:rPr>
                <w:sz w:val="16"/>
              </w:rPr>
              <w:t>1957-01-31</w:t>
            </w:r>
          </w:p>
        </w:tc>
        <w:tc>
          <w:tcPr>
            <w:tcW w:type="dxa" w:w="1634"/>
          </w:tcPr>
          <w:p>
            <w:pPr>
              <w:spacing w:after="0"/>
              <w:jc w:val="left"/>
            </w:pPr>
            <w:r>
              <w:rPr>
                <w:sz w:val="16"/>
              </w:rPr>
              <w:t>DR-66-KY</w:t>
            </w:r>
          </w:p>
        </w:tc>
        <w:tc>
          <w:tcPr>
            <w:tcW w:type="dxa" w:w="2403"/>
          </w:tcPr>
          <w:p>
            <w:pPr>
              <w:spacing w:after="0"/>
              <w:jc w:val="left"/>
            </w:pPr>
            <w:r>
              <w:rPr>
                <w:sz w:val="16"/>
              </w:rPr>
              <w:t>Major disaster</w:t>
            </w:r>
          </w:p>
        </w:tc>
        <w:tc>
          <w:tcPr>
            <w:tcW w:type="dxa" w:w="3943"/>
          </w:tcPr>
          <w:p>
            <w:pPr>
              <w:spacing w:after="0"/>
              <w:jc w:val="left"/>
            </w:pPr>
            <w:r>
              <w:rPr>
                <w:sz w:val="16"/>
              </w:rPr>
              <w:t>Flood</w:t>
            </w:r>
          </w:p>
        </w:tc>
        <w:tc>
          <w:tcPr>
            <w:tcW w:type="dxa" w:w="2557"/>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01"/>
        <w:gridCol w:w="1110"/>
        <w:gridCol w:w="1912"/>
        <w:gridCol w:w="773"/>
        <w:gridCol w:w="1586"/>
        <w:gridCol w:w="1290"/>
        <w:gridCol w:w="1630"/>
        <w:gridCol w:w="2773"/>
      </w:tblGrid>
      <w:tr>
        <w:trPr>
          <w:cantSplit/>
          <w:tblHeader/>
        </w:trPr>
        <w:tc>
          <w:tcPr>
            <w:tcW w:type="dxa" w:w="1037"/>
            <w:shd w:val="clear" w:color="auto" w:fill="E8E8E8"/>
          </w:tcPr>
          <w:p>
            <w:pPr>
              <w:spacing w:after="0"/>
              <w:jc w:val="left"/>
            </w:pPr>
            <w:r>
              <w:rPr>
                <w:b/>
                <w:sz w:val="16"/>
              </w:rPr>
              <w:t>Hazard</w:t>
            </w:r>
          </w:p>
        </w:tc>
        <w:tc>
          <w:tcPr>
            <w:tcW w:type="dxa" w:w="2001"/>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0"/>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12"/>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3"/>
            <w:shd w:val="clear" w:color="auto" w:fill="E8E8E8"/>
          </w:tcPr>
          <w:p>
            <w:pPr>
              <w:spacing w:after="0"/>
              <w:jc w:val="right"/>
            </w:pPr>
            <w:r>
              <w:rPr>
                <w:b/>
                <w:sz w:val="16"/>
              </w:rPr>
              <w:t>Last 5 years</w:t>
            </w:r>
          </w:p>
          <w:p>
            <w:pPr>
              <w:spacing w:after="0"/>
              <w:jc w:val="right"/>
            </w:pPr>
            <w:r>
              <w:rPr>
                <w:i/>
                <w:color w:val="555555"/>
                <w:sz w:val="14"/>
              </w:rPr>
              <w:t>records</w:t>
            </w:r>
          </w:p>
        </w:tc>
        <w:tc>
          <w:tcPr>
            <w:tcW w:type="dxa" w:w="1586"/>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90"/>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30"/>
            <w:shd w:val="clear" w:color="auto" w:fill="E8E8E8"/>
          </w:tcPr>
          <w:p>
            <w:pPr>
              <w:spacing w:after="0"/>
              <w:jc w:val="left"/>
            </w:pPr>
            <w:r>
              <w:rPr>
                <w:b/>
                <w:sz w:val="16"/>
              </w:rPr>
              <w:t>Period</w:t>
            </w:r>
          </w:p>
        </w:tc>
        <w:tc>
          <w:tcPr>
            <w:tcW w:type="dxa" w:w="277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001"/>
          </w:tcPr>
          <w:p>
            <w:pPr>
              <w:spacing w:after="0"/>
              <w:jc w:val="right"/>
            </w:pPr>
            <w:r>
              <w:rPr>
                <w:sz w:val="16"/>
              </w:rPr>
              <w:t>0</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001"/>
          </w:tcPr>
          <w:p>
            <w:pPr>
              <w:spacing w:after="0"/>
              <w:jc w:val="right"/>
            </w:pPr>
            <w:r>
              <w:rPr>
                <w:sz w:val="16"/>
              </w:rPr>
              <w:t>12</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r>
              <w:rPr>
                <w:sz w:val="16"/>
              </w:rPr>
              <w:t>Includes 12 Frost/Freeze records.</w:t>
            </w:r>
          </w:p>
        </w:tc>
      </w:tr>
      <w:tr>
        <w:trPr>
          <w:cantSplit/>
        </w:trPr>
        <w:tc>
          <w:tcPr>
            <w:tcW w:type="dxa" w:w="1037"/>
          </w:tcPr>
          <w:p>
            <w:pPr>
              <w:spacing w:after="0"/>
              <w:jc w:val="left"/>
            </w:pPr>
            <w:r>
              <w:rPr>
                <w:sz w:val="16"/>
              </w:rPr>
              <w:t>Drought</w:t>
            </w:r>
          </w:p>
        </w:tc>
        <w:tc>
          <w:tcPr>
            <w:tcW w:type="dxa" w:w="2001"/>
          </w:tcPr>
          <w:p>
            <w:pPr>
              <w:spacing w:after="0"/>
              <w:jc w:val="right"/>
            </w:pPr>
            <w:r>
              <w:rPr>
                <w:sz w:val="16"/>
              </w:rPr>
              <w:t>3</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Earthquake</w:t>
            </w:r>
          </w:p>
        </w:tc>
        <w:tc>
          <w:tcPr>
            <w:tcW w:type="dxa" w:w="2001"/>
          </w:tcPr>
          <w:p>
            <w:pPr>
              <w:spacing w:after="0"/>
              <w:jc w:val="right"/>
            </w:pPr>
            <w:r>
              <w:rPr>
                <w:sz w:val="16"/>
              </w:rPr>
              <w:t>0</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p>
        </w:tc>
        <w:tc>
          <w:tcPr>
            <w:tcW w:type="dxa" w:w="277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01"/>
          </w:tcPr>
          <w:p>
            <w:pPr>
              <w:spacing w:after="0"/>
              <w:jc w:val="right"/>
            </w:pPr>
            <w:r>
              <w:rPr>
                <w:sz w:val="16"/>
              </w:rPr>
              <w:t>53</w:t>
            </w:r>
          </w:p>
        </w:tc>
        <w:tc>
          <w:tcPr>
            <w:tcW w:type="dxa" w:w="1110"/>
          </w:tcPr>
          <w:p>
            <w:pPr>
              <w:spacing w:after="0"/>
              <w:jc w:val="right"/>
            </w:pPr>
            <w:r>
              <w:rPr>
                <w:sz w:val="16"/>
              </w:rPr>
              <w:t>2</w:t>
            </w:r>
          </w:p>
        </w:tc>
        <w:tc>
          <w:tcPr>
            <w:tcW w:type="dxa" w:w="1912"/>
          </w:tcPr>
          <w:p>
            <w:pPr>
              <w:spacing w:after="0"/>
              <w:jc w:val="right"/>
            </w:pPr>
            <w:r>
              <w:rPr>
                <w:sz w:val="16"/>
              </w:rPr>
              <w:t>1</w:t>
            </w:r>
          </w:p>
        </w:tc>
        <w:tc>
          <w:tcPr>
            <w:tcW w:type="dxa" w:w="773"/>
          </w:tcPr>
          <w:p>
            <w:pPr>
              <w:spacing w:after="0"/>
              <w:jc w:val="right"/>
            </w:pPr>
            <w:r>
              <w:rPr>
                <w:sz w:val="16"/>
              </w:rPr>
              <w:t>3</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1955 to 2026-06-30</w:t>
            </w:r>
          </w:p>
        </w:tc>
        <w:tc>
          <w:tcPr>
            <w:tcW w:type="dxa" w:w="2773"/>
          </w:tcPr>
          <w:p>
            <w:pPr>
              <w:spacing w:after="0"/>
              <w:jc w:val="left"/>
            </w:pPr>
          </w:p>
        </w:tc>
      </w:tr>
      <w:tr>
        <w:trPr>
          <w:cantSplit/>
        </w:trPr>
        <w:tc>
          <w:tcPr>
            <w:tcW w:type="dxa" w:w="1037"/>
          </w:tcPr>
          <w:p>
            <w:pPr>
              <w:spacing w:after="0"/>
              <w:jc w:val="left"/>
            </w:pPr>
            <w:r>
              <w:rPr>
                <w:sz w:val="16"/>
              </w:rPr>
              <w:t>Heat Wave</w:t>
            </w:r>
          </w:p>
        </w:tc>
        <w:tc>
          <w:tcPr>
            <w:tcW w:type="dxa" w:w="2001"/>
          </w:tcPr>
          <w:p>
            <w:pPr>
              <w:spacing w:after="0"/>
              <w:jc w:val="right"/>
            </w:pPr>
            <w:r>
              <w:rPr>
                <w:sz w:val="16"/>
              </w:rPr>
              <w:t>6</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Hurricane</w:t>
            </w:r>
          </w:p>
        </w:tc>
        <w:tc>
          <w:tcPr>
            <w:tcW w:type="dxa" w:w="2001"/>
          </w:tcPr>
          <w:p>
            <w:pPr>
              <w:spacing w:after="0"/>
              <w:jc w:val="right"/>
            </w:pPr>
            <w:r>
              <w:rPr>
                <w:sz w:val="16"/>
              </w:rPr>
              <w:t>0</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1</w:t>
            </w:r>
          </w:p>
        </w:tc>
        <w:tc>
          <w:tcPr>
            <w:tcW w:type="dxa" w:w="1290"/>
          </w:tcPr>
          <w:p>
            <w:pPr>
              <w:spacing w:after="0"/>
              <w:jc w:val="right"/>
            </w:pPr>
            <w:r>
              <w:rPr>
                <w:sz w:val="16"/>
              </w:rPr>
              <w:t>1</w:t>
            </w:r>
          </w:p>
        </w:tc>
        <w:tc>
          <w:tcPr>
            <w:tcW w:type="dxa" w:w="1630"/>
          </w:tcPr>
          <w:p>
            <w:pPr>
              <w:spacing w:after="0"/>
              <w:jc w:val="left"/>
            </w:pPr>
            <w:r>
              <w:rPr>
                <w:sz w:val="16"/>
              </w:rPr>
              <w:t>1996 to 2026-06-30</w:t>
            </w:r>
          </w:p>
        </w:tc>
        <w:tc>
          <w:tcPr>
            <w:tcW w:type="dxa" w:w="277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Ice Storm</w:t>
            </w:r>
          </w:p>
        </w:tc>
        <w:tc>
          <w:tcPr>
            <w:tcW w:type="dxa" w:w="2001"/>
          </w:tcPr>
          <w:p>
            <w:pPr>
              <w:spacing w:after="0"/>
              <w:jc w:val="right"/>
            </w:pPr>
            <w:r>
              <w:rPr>
                <w:sz w:val="16"/>
              </w:rPr>
              <w:t>10</w:t>
            </w:r>
          </w:p>
        </w:tc>
        <w:tc>
          <w:tcPr>
            <w:tcW w:type="dxa" w:w="1110"/>
          </w:tcPr>
          <w:p>
            <w:pPr>
              <w:spacing w:after="0"/>
              <w:jc w:val="right"/>
            </w:pPr>
            <w:r>
              <w:rPr>
                <w:sz w:val="16"/>
              </w:rPr>
              <w:t>0</w:t>
            </w:r>
          </w:p>
        </w:tc>
        <w:tc>
          <w:tcPr>
            <w:tcW w:type="dxa" w:w="1912"/>
          </w:tcPr>
          <w:p>
            <w:pPr>
              <w:spacing w:after="0"/>
              <w:jc w:val="right"/>
            </w:pPr>
            <w:r>
              <w:rPr>
                <w:sz w:val="16"/>
              </w:rPr>
              <w:t>1</w:t>
            </w:r>
          </w:p>
        </w:tc>
        <w:tc>
          <w:tcPr>
            <w:tcW w:type="dxa" w:w="773"/>
          </w:tcPr>
          <w:p>
            <w:pPr>
              <w:spacing w:after="0"/>
              <w:jc w:val="right"/>
            </w:pPr>
            <w:r>
              <w:rPr>
                <w:sz w:val="16"/>
              </w:rPr>
              <w:t>1</w:t>
            </w:r>
          </w:p>
        </w:tc>
        <w:tc>
          <w:tcPr>
            <w:tcW w:type="dxa" w:w="1586"/>
          </w:tcPr>
          <w:p>
            <w:pPr>
              <w:spacing w:after="0"/>
              <w:jc w:val="right"/>
            </w:pPr>
            <w:r>
              <w:rPr>
                <w:sz w:val="16"/>
              </w:rPr>
              <w:t>2</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Inland Flooding</w:t>
            </w:r>
          </w:p>
        </w:tc>
        <w:tc>
          <w:tcPr>
            <w:tcW w:type="dxa" w:w="2001"/>
          </w:tcPr>
          <w:p>
            <w:pPr>
              <w:spacing w:after="0"/>
              <w:jc w:val="right"/>
            </w:pPr>
            <w:r>
              <w:rPr>
                <w:sz w:val="16"/>
              </w:rPr>
              <w:t>120</w:t>
            </w:r>
          </w:p>
        </w:tc>
        <w:tc>
          <w:tcPr>
            <w:tcW w:type="dxa" w:w="1110"/>
          </w:tcPr>
          <w:p>
            <w:pPr>
              <w:spacing w:after="0"/>
              <w:jc w:val="right"/>
            </w:pPr>
            <w:r>
              <w:rPr>
                <w:sz w:val="16"/>
              </w:rPr>
              <w:t>3</w:t>
            </w:r>
          </w:p>
        </w:tc>
        <w:tc>
          <w:tcPr>
            <w:tcW w:type="dxa" w:w="1912"/>
          </w:tcPr>
          <w:p>
            <w:pPr>
              <w:spacing w:after="0"/>
              <w:jc w:val="right"/>
            </w:pPr>
            <w:r>
              <w:rPr>
                <w:sz w:val="16"/>
              </w:rPr>
              <w:t>5</w:t>
            </w:r>
          </w:p>
        </w:tc>
        <w:tc>
          <w:tcPr>
            <w:tcW w:type="dxa" w:w="773"/>
          </w:tcPr>
          <w:p>
            <w:pPr>
              <w:spacing w:after="0"/>
              <w:jc w:val="right"/>
            </w:pPr>
            <w:r>
              <w:rPr>
                <w:sz w:val="16"/>
              </w:rPr>
              <w:t>4</w:t>
            </w:r>
          </w:p>
        </w:tc>
        <w:tc>
          <w:tcPr>
            <w:tcW w:type="dxa" w:w="1586"/>
          </w:tcPr>
          <w:p>
            <w:pPr>
              <w:spacing w:after="0"/>
              <w:jc w:val="right"/>
            </w:pPr>
            <w:r>
              <w:rPr>
                <w:sz w:val="16"/>
              </w:rPr>
              <w:t>22</w:t>
            </w:r>
          </w:p>
        </w:tc>
        <w:tc>
          <w:tcPr>
            <w:tcW w:type="dxa" w:w="1290"/>
          </w:tcPr>
          <w:p>
            <w:pPr>
              <w:spacing w:after="0"/>
              <w:jc w:val="right"/>
            </w:pPr>
            <w:r>
              <w:rPr>
                <w:sz w:val="16"/>
              </w:rPr>
              <w:t>7</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Landslide</w:t>
            </w:r>
          </w:p>
        </w:tc>
        <w:tc>
          <w:tcPr>
            <w:tcW w:type="dxa" w:w="2001"/>
          </w:tcPr>
          <w:p>
            <w:pPr>
              <w:spacing w:after="0"/>
              <w:jc w:val="right"/>
            </w:pPr>
            <w:r>
              <w:rPr>
                <w:sz w:val="16"/>
              </w:rPr>
              <w:t>1</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15</w:t>
            </w:r>
          </w:p>
        </w:tc>
        <w:tc>
          <w:tcPr>
            <w:tcW w:type="dxa" w:w="1290"/>
          </w:tcPr>
          <w:p>
            <w:pPr>
              <w:spacing w:after="0"/>
              <w:jc w:val="right"/>
            </w:pPr>
            <w:r>
              <w:rPr>
                <w:sz w:val="16"/>
              </w:rPr>
              <w:t>7</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Lightning</w:t>
            </w:r>
          </w:p>
        </w:tc>
        <w:tc>
          <w:tcPr>
            <w:tcW w:type="dxa" w:w="2001"/>
          </w:tcPr>
          <w:p>
            <w:pPr>
              <w:spacing w:after="0"/>
              <w:jc w:val="right"/>
            </w:pPr>
            <w:r>
              <w:rPr>
                <w:sz w:val="16"/>
              </w:rPr>
              <w:t>3</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Strong Wind</w:t>
            </w:r>
          </w:p>
        </w:tc>
        <w:tc>
          <w:tcPr>
            <w:tcW w:type="dxa" w:w="2001"/>
          </w:tcPr>
          <w:p>
            <w:pPr>
              <w:spacing w:after="0"/>
              <w:jc w:val="right"/>
            </w:pPr>
            <w:r>
              <w:rPr>
                <w:sz w:val="16"/>
              </w:rPr>
              <w:t>212</w:t>
            </w:r>
          </w:p>
        </w:tc>
        <w:tc>
          <w:tcPr>
            <w:tcW w:type="dxa" w:w="1110"/>
          </w:tcPr>
          <w:p>
            <w:pPr>
              <w:spacing w:after="0"/>
              <w:jc w:val="right"/>
            </w:pPr>
            <w:r>
              <w:rPr>
                <w:sz w:val="16"/>
              </w:rPr>
              <w:t>46</w:t>
            </w:r>
          </w:p>
        </w:tc>
        <w:tc>
          <w:tcPr>
            <w:tcW w:type="dxa" w:w="1912"/>
          </w:tcPr>
          <w:p>
            <w:pPr>
              <w:spacing w:after="0"/>
              <w:jc w:val="right"/>
            </w:pPr>
            <w:r>
              <w:rPr>
                <w:sz w:val="16"/>
              </w:rPr>
              <w:t>19</w:t>
            </w:r>
          </w:p>
        </w:tc>
        <w:tc>
          <w:tcPr>
            <w:tcW w:type="dxa" w:w="773"/>
          </w:tcPr>
          <w:p>
            <w:pPr>
              <w:spacing w:after="0"/>
              <w:jc w:val="right"/>
            </w:pPr>
            <w:r>
              <w:rPr>
                <w:sz w:val="16"/>
              </w:rPr>
              <w:t>60</w:t>
            </w:r>
          </w:p>
        </w:tc>
        <w:tc>
          <w:tcPr>
            <w:tcW w:type="dxa" w:w="1586"/>
          </w:tcPr>
          <w:p>
            <w:pPr>
              <w:spacing w:after="0"/>
              <w:jc w:val="right"/>
            </w:pPr>
            <w:r>
              <w:rPr>
                <w:sz w:val="16"/>
              </w:rPr>
              <w:t>7</w:t>
            </w:r>
          </w:p>
        </w:tc>
        <w:tc>
          <w:tcPr>
            <w:tcW w:type="dxa" w:w="1290"/>
          </w:tcPr>
          <w:p>
            <w:pPr>
              <w:spacing w:after="0"/>
              <w:jc w:val="right"/>
            </w:pPr>
            <w:r>
              <w:rPr>
                <w:sz w:val="16"/>
              </w:rPr>
              <w:t>6</w:t>
            </w:r>
          </w:p>
        </w:tc>
        <w:tc>
          <w:tcPr>
            <w:tcW w:type="dxa" w:w="1630"/>
          </w:tcPr>
          <w:p>
            <w:pPr>
              <w:spacing w:after="0"/>
              <w:jc w:val="left"/>
            </w:pPr>
            <w:r>
              <w:rPr>
                <w:sz w:val="16"/>
              </w:rPr>
              <w:t>1955 to 2026-06-30</w:t>
            </w:r>
          </w:p>
        </w:tc>
        <w:tc>
          <w:tcPr>
            <w:tcW w:type="dxa" w:w="2773"/>
          </w:tcPr>
          <w:p>
            <w:pPr>
              <w:spacing w:after="0"/>
              <w:jc w:val="left"/>
            </w:pPr>
            <w:r>
              <w:rPr>
                <w:sz w:val="16"/>
              </w:rPr>
              <w:t>Includes 7 High Wind and 3 Strong Wind records.</w:t>
            </w:r>
          </w:p>
        </w:tc>
      </w:tr>
      <w:tr>
        <w:trPr>
          <w:cantSplit/>
        </w:trPr>
        <w:tc>
          <w:tcPr>
            <w:tcW w:type="dxa" w:w="1037"/>
          </w:tcPr>
          <w:p>
            <w:pPr>
              <w:spacing w:after="0"/>
              <w:jc w:val="left"/>
            </w:pPr>
            <w:r>
              <w:rPr>
                <w:sz w:val="16"/>
              </w:rPr>
              <w:t>Tornado</w:t>
            </w:r>
          </w:p>
        </w:tc>
        <w:tc>
          <w:tcPr>
            <w:tcW w:type="dxa" w:w="2001"/>
          </w:tcPr>
          <w:p>
            <w:pPr>
              <w:spacing w:after="0"/>
              <w:jc w:val="right"/>
            </w:pPr>
            <w:r>
              <w:rPr>
                <w:sz w:val="16"/>
              </w:rPr>
              <w:t>7</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7</w:t>
            </w:r>
          </w:p>
        </w:tc>
        <w:tc>
          <w:tcPr>
            <w:tcW w:type="dxa" w:w="1290"/>
          </w:tcPr>
          <w:p>
            <w:pPr>
              <w:spacing w:after="0"/>
              <w:jc w:val="right"/>
            </w:pPr>
            <w:r>
              <w:rPr>
                <w:sz w:val="16"/>
              </w:rPr>
              <w:t>3</w:t>
            </w:r>
          </w:p>
        </w:tc>
        <w:tc>
          <w:tcPr>
            <w:tcW w:type="dxa" w:w="1630"/>
          </w:tcPr>
          <w:p>
            <w:pPr>
              <w:spacing w:after="0"/>
              <w:jc w:val="left"/>
            </w:pPr>
            <w:r>
              <w:rPr>
                <w:sz w:val="16"/>
              </w:rPr>
              <w:t>1950 to 2026-06-30</w:t>
            </w:r>
          </w:p>
        </w:tc>
        <w:tc>
          <w:tcPr>
            <w:tcW w:type="dxa" w:w="2773"/>
          </w:tcPr>
          <w:p>
            <w:pPr>
              <w:spacing w:after="0"/>
              <w:jc w:val="left"/>
            </w:pPr>
          </w:p>
        </w:tc>
      </w:tr>
      <w:tr>
        <w:trPr>
          <w:cantSplit/>
        </w:trPr>
        <w:tc>
          <w:tcPr>
            <w:tcW w:type="dxa" w:w="1037"/>
          </w:tcPr>
          <w:p>
            <w:pPr>
              <w:spacing w:after="0"/>
              <w:jc w:val="left"/>
            </w:pPr>
            <w:r>
              <w:rPr>
                <w:sz w:val="16"/>
              </w:rPr>
              <w:t>Wildfire</w:t>
            </w:r>
          </w:p>
        </w:tc>
        <w:tc>
          <w:tcPr>
            <w:tcW w:type="dxa" w:w="2001"/>
          </w:tcPr>
          <w:p>
            <w:pPr>
              <w:spacing w:after="0"/>
              <w:jc w:val="right"/>
            </w:pPr>
            <w:r>
              <w:rPr>
                <w:sz w:val="16"/>
              </w:rPr>
              <w:t>1</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Winter Weather</w:t>
            </w:r>
          </w:p>
        </w:tc>
        <w:tc>
          <w:tcPr>
            <w:tcW w:type="dxa" w:w="2001"/>
          </w:tcPr>
          <w:p>
            <w:pPr>
              <w:spacing w:after="0"/>
              <w:jc w:val="right"/>
            </w:pPr>
            <w:r>
              <w:rPr>
                <w:sz w:val="16"/>
              </w:rPr>
              <w:t>68</w:t>
            </w:r>
          </w:p>
        </w:tc>
        <w:tc>
          <w:tcPr>
            <w:tcW w:type="dxa" w:w="1110"/>
          </w:tcPr>
          <w:p>
            <w:pPr>
              <w:spacing w:after="0"/>
              <w:jc w:val="right"/>
            </w:pPr>
            <w:r>
              <w:rPr>
                <w:sz w:val="16"/>
              </w:rPr>
              <w:t>1</w:t>
            </w:r>
          </w:p>
        </w:tc>
        <w:tc>
          <w:tcPr>
            <w:tcW w:type="dxa" w:w="1912"/>
          </w:tcPr>
          <w:p>
            <w:pPr>
              <w:spacing w:after="0"/>
              <w:jc w:val="right"/>
            </w:pPr>
            <w:r>
              <w:rPr>
                <w:sz w:val="16"/>
              </w:rPr>
              <w:t>3</w:t>
            </w:r>
          </w:p>
        </w:tc>
        <w:tc>
          <w:tcPr>
            <w:tcW w:type="dxa" w:w="773"/>
          </w:tcPr>
          <w:p>
            <w:pPr>
              <w:spacing w:after="0"/>
              <w:jc w:val="right"/>
            </w:pPr>
            <w:r>
              <w:rPr>
                <w:sz w:val="16"/>
              </w:rPr>
              <w:t>4</w:t>
            </w:r>
          </w:p>
        </w:tc>
        <w:tc>
          <w:tcPr>
            <w:tcW w:type="dxa" w:w="1586"/>
          </w:tcPr>
          <w:p>
            <w:pPr>
              <w:spacing w:after="0"/>
              <w:jc w:val="right"/>
            </w:pPr>
            <w:r>
              <w:rPr>
                <w:sz w:val="16"/>
              </w:rPr>
              <w:t>8</w:t>
            </w:r>
          </w:p>
        </w:tc>
        <w:tc>
          <w:tcPr>
            <w:tcW w:type="dxa" w:w="1290"/>
          </w:tcPr>
          <w:p>
            <w:pPr>
              <w:spacing w:after="0"/>
              <w:jc w:val="right"/>
            </w:pPr>
            <w:r>
              <w:rPr>
                <w:sz w:val="16"/>
              </w:rPr>
              <w:t>1</w:t>
            </w:r>
          </w:p>
        </w:tc>
        <w:tc>
          <w:tcPr>
            <w:tcW w:type="dxa" w:w="1630"/>
          </w:tcPr>
          <w:p>
            <w:pPr>
              <w:spacing w:after="0"/>
              <w:jc w:val="left"/>
            </w:pPr>
            <w:r>
              <w:rPr>
                <w:sz w:val="16"/>
              </w:rPr>
              <w:t>1996 to 2026-06-30</w:t>
            </w:r>
          </w:p>
        </w:tc>
        <w:tc>
          <w:tcPr>
            <w:tcW w:type="dxa" w:w="2773"/>
          </w:tcPr>
          <w:p>
            <w:pPr>
              <w:spacing w:after="0"/>
              <w:jc w:val="left"/>
            </w:pPr>
            <w:r>
              <w:rPr>
                <w:sz w:val="16"/>
              </w:rPr>
              <w:t>Includes 2 Sleet records.</w:t>
            </w: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881"/>
        <w:gridCol w:w="2903"/>
        <w:gridCol w:w="929"/>
        <w:gridCol w:w="2192"/>
        <w:gridCol w:w="1450"/>
        <w:gridCol w:w="2504"/>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881"/>
            <w:shd w:val="clear" w:color="auto" w:fill="E8E8E8"/>
          </w:tcPr>
          <w:p>
            <w:pPr>
              <w:spacing w:after="0"/>
              <w:jc w:val="left"/>
            </w:pPr>
            <w:r>
              <w:rPr>
                <w:b/>
                <w:sz w:val="16"/>
              </w:rPr>
              <w:t>Magnitude or extent</w:t>
            </w:r>
          </w:p>
        </w:tc>
        <w:tc>
          <w:tcPr>
            <w:tcW w:type="dxa" w:w="2903"/>
            <w:shd w:val="clear" w:color="auto" w:fill="E8E8E8"/>
          </w:tcPr>
          <w:p>
            <w:pPr>
              <w:spacing w:after="0"/>
              <w:jc w:val="left"/>
            </w:pPr>
            <w:r>
              <w:rPr>
                <w:b/>
                <w:sz w:val="16"/>
              </w:rPr>
              <w:t>Damage</w:t>
            </w:r>
          </w:p>
          <w:p>
            <w:pPr>
              <w:spacing w:after="0"/>
              <w:jc w:val="left"/>
            </w:pPr>
            <w:r>
              <w:rPr>
                <w:i/>
                <w:color w:val="555555"/>
                <w:sz w:val="14"/>
              </w:rPr>
              <w:t>nominal dollars</w:t>
            </w:r>
          </w:p>
        </w:tc>
        <w:tc>
          <w:tcPr>
            <w:tcW w:type="dxa" w:w="929"/>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192"/>
            <w:shd w:val="clear" w:color="auto" w:fill="E8E8E8"/>
          </w:tcPr>
          <w:p>
            <w:pPr>
              <w:spacing w:after="0"/>
              <w:jc w:val="left"/>
            </w:pPr>
            <w:r>
              <w:rPr>
                <w:b/>
                <w:sz w:val="16"/>
              </w:rPr>
              <w:t>Location</w:t>
            </w:r>
          </w:p>
        </w:tc>
        <w:tc>
          <w:tcPr>
            <w:tcW w:type="dxa" w:w="1450"/>
            <w:shd w:val="clear" w:color="auto" w:fill="E8E8E8"/>
          </w:tcPr>
          <w:p>
            <w:pPr>
              <w:spacing w:after="0"/>
              <w:jc w:val="left"/>
            </w:pPr>
            <w:r>
              <w:rPr>
                <w:b/>
                <w:sz w:val="16"/>
              </w:rPr>
              <w:t>Flags</w:t>
            </w:r>
          </w:p>
        </w:tc>
        <w:tc>
          <w:tcPr>
            <w:tcW w:type="dxa" w:w="250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2025-01-05</w:t>
            </w:r>
          </w:p>
        </w:tc>
        <w:tc>
          <w:tcPr>
            <w:tcW w:type="dxa" w:w="1215"/>
          </w:tcPr>
          <w:p>
            <w:pPr>
              <w:spacing w:after="0"/>
              <w:jc w:val="left"/>
            </w:pPr>
            <w:r>
              <w:rPr>
                <w:sz w:val="16"/>
              </w:rPr>
              <w:t>Winter Storm</w:t>
            </w:r>
          </w:p>
        </w:tc>
        <w:tc>
          <w:tcPr>
            <w:tcW w:type="dxa" w:w="1881"/>
          </w:tcPr>
          <w:p>
            <w:pPr>
              <w:spacing w:after="0"/>
              <w:jc w:val="left"/>
            </w:pPr>
          </w:p>
        </w:tc>
        <w:tc>
          <w:tcPr>
            <w:tcW w:type="dxa" w:w="2903"/>
          </w:tcPr>
          <w:p>
            <w:pPr>
              <w:spacing w:after="0"/>
              <w:jc w:val="left"/>
            </w:pPr>
            <w:r>
              <w:rPr>
                <w:sz w:val="16"/>
              </w:rPr>
              <w:t>$1,000 property; $7,000 crops (zone total, 2025 dollars)</w:t>
            </w:r>
          </w:p>
        </w:tc>
        <w:tc>
          <w:tcPr>
            <w:tcW w:type="dxa" w:w="929"/>
          </w:tcPr>
          <w:p>
            <w:pPr>
              <w:spacing w:after="0"/>
              <w:jc w:val="right"/>
            </w:pPr>
            <w:r>
              <w:rPr>
                <w:sz w:val="16"/>
              </w:rPr>
              <w:t>0, 0</w:t>
            </w:r>
          </w:p>
        </w:tc>
        <w:tc>
          <w:tcPr>
            <w:tcW w:type="dxa" w:w="2192"/>
          </w:tcPr>
          <w:p>
            <w:pPr>
              <w:spacing w:after="0"/>
              <w:jc w:val="left"/>
            </w:pPr>
            <w:r>
              <w:rPr>
                <w:sz w:val="16"/>
              </w:rPr>
              <w:t>NWS zone KYZ059 (POWELL), zone-level</w:t>
            </w:r>
          </w:p>
        </w:tc>
        <w:tc>
          <w:tcPr>
            <w:tcW w:type="dxa" w:w="1450"/>
          </w:tcPr>
          <w:p>
            <w:pPr>
              <w:spacing w:after="0"/>
              <w:jc w:val="left"/>
            </w:pPr>
            <w:r>
              <w:rPr>
                <w:sz w:val="16"/>
              </w:rPr>
              <w:t>new since last plan; within last 5 years</w:t>
            </w:r>
          </w:p>
        </w:tc>
        <w:tc>
          <w:tcPr>
            <w:tcW w:type="dxa" w:w="2504"/>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2023-04-01</w:t>
            </w:r>
          </w:p>
        </w:tc>
        <w:tc>
          <w:tcPr>
            <w:tcW w:type="dxa" w:w="1215"/>
          </w:tcPr>
          <w:p>
            <w:pPr>
              <w:spacing w:after="0"/>
              <w:jc w:val="left"/>
            </w:pPr>
            <w:r>
              <w:rPr>
                <w:sz w:val="16"/>
              </w:rPr>
              <w:t>High Wind</w:t>
            </w:r>
          </w:p>
        </w:tc>
        <w:tc>
          <w:tcPr>
            <w:tcW w:type="dxa" w:w="1881"/>
          </w:tcPr>
          <w:p>
            <w:pPr>
              <w:spacing w:after="0"/>
              <w:jc w:val="left"/>
            </w:pPr>
            <w:r>
              <w:rPr>
                <w:sz w:val="16"/>
              </w:rPr>
              <w:t>50 kt (58 mph) estimated gust</w:t>
            </w:r>
          </w:p>
        </w:tc>
        <w:tc>
          <w:tcPr>
            <w:tcW w:type="dxa" w:w="2903"/>
          </w:tcPr>
          <w:p>
            <w:pPr>
              <w:spacing w:after="0"/>
              <w:jc w:val="left"/>
            </w:pPr>
            <w:r>
              <w:rPr>
                <w:sz w:val="16"/>
              </w:rPr>
              <w:t>$0 property; $1,500 crops (zone total, 2023 dollars)</w:t>
            </w:r>
          </w:p>
        </w:tc>
        <w:tc>
          <w:tcPr>
            <w:tcW w:type="dxa" w:w="929"/>
          </w:tcPr>
          <w:p>
            <w:pPr>
              <w:spacing w:after="0"/>
              <w:jc w:val="right"/>
            </w:pPr>
            <w:r>
              <w:rPr>
                <w:sz w:val="16"/>
              </w:rPr>
              <w:t>0, 1</w:t>
            </w:r>
          </w:p>
        </w:tc>
        <w:tc>
          <w:tcPr>
            <w:tcW w:type="dxa" w:w="2192"/>
          </w:tcPr>
          <w:p>
            <w:pPr>
              <w:spacing w:after="0"/>
              <w:jc w:val="left"/>
            </w:pPr>
            <w:r>
              <w:rPr>
                <w:sz w:val="16"/>
              </w:rPr>
              <w:t>NWS zone KYZ059 (POWELL), zone-level</w:t>
            </w:r>
          </w:p>
        </w:tc>
        <w:tc>
          <w:tcPr>
            <w:tcW w:type="dxa" w:w="1450"/>
          </w:tcPr>
          <w:p>
            <w:pPr>
              <w:spacing w:after="0"/>
              <w:jc w:val="left"/>
            </w:pPr>
            <w:r>
              <w:rPr>
                <w:sz w:val="16"/>
              </w:rPr>
              <w:t>new since last plan; within last 5 years</w:t>
            </w:r>
          </w:p>
        </w:tc>
        <w:tc>
          <w:tcPr>
            <w:tcW w:type="dxa" w:w="2504"/>
          </w:tcPr>
          <w:p>
            <w:pPr>
              <w:spacing w:after="0"/>
              <w:jc w:val="left"/>
            </w:pPr>
            <w:r>
              <w:rPr>
                <w:sz w:val="16"/>
              </w:rPr>
              <w:t>deaths or injuries recorded</w:t>
            </w:r>
          </w:p>
        </w:tc>
      </w:tr>
      <w:tr>
        <w:trPr>
          <w:cantSplit/>
        </w:trPr>
        <w:tc>
          <w:tcPr>
            <w:tcW w:type="dxa" w:w="1037"/>
          </w:tcPr>
          <w:p>
            <w:pPr>
              <w:spacing w:after="0"/>
              <w:jc w:val="left"/>
            </w:pPr>
            <w:r>
              <w:rPr>
                <w:sz w:val="16"/>
              </w:rPr>
              <w:t>2022-05-19</w:t>
            </w:r>
          </w:p>
        </w:tc>
        <w:tc>
          <w:tcPr>
            <w:tcW w:type="dxa" w:w="1215"/>
          </w:tcPr>
          <w:p>
            <w:pPr>
              <w:spacing w:after="0"/>
              <w:jc w:val="left"/>
            </w:pPr>
            <w:r>
              <w:rPr>
                <w:sz w:val="16"/>
              </w:rPr>
              <w:t>Hail</w:t>
            </w:r>
          </w:p>
        </w:tc>
        <w:tc>
          <w:tcPr>
            <w:tcW w:type="dxa" w:w="1881"/>
          </w:tcPr>
          <w:p>
            <w:pPr>
              <w:spacing w:after="0"/>
              <w:jc w:val="left"/>
            </w:pPr>
            <w:r>
              <w:rPr>
                <w:sz w:val="16"/>
              </w:rPr>
              <w:t>2 in</w:t>
            </w:r>
          </w:p>
        </w:tc>
        <w:tc>
          <w:tcPr>
            <w:tcW w:type="dxa" w:w="2903"/>
          </w:tcPr>
          <w:p>
            <w:pPr>
              <w:spacing w:after="0"/>
              <w:jc w:val="left"/>
            </w:pPr>
            <w:r>
              <w:rPr>
                <w:sz w:val="16"/>
              </w:rPr>
              <w:t>damage not reported</w:t>
            </w:r>
          </w:p>
        </w:tc>
        <w:tc>
          <w:tcPr>
            <w:tcW w:type="dxa" w:w="929"/>
          </w:tcPr>
          <w:p>
            <w:pPr>
              <w:spacing w:after="0"/>
              <w:jc w:val="right"/>
            </w:pPr>
            <w:r>
              <w:rPr>
                <w:sz w:val="16"/>
              </w:rPr>
              <w:t>0, 0</w:t>
            </w:r>
          </w:p>
        </w:tc>
        <w:tc>
          <w:tcPr>
            <w:tcW w:type="dxa" w:w="2192"/>
          </w:tcPr>
          <w:p>
            <w:pPr>
              <w:spacing w:after="0"/>
              <w:jc w:val="left"/>
            </w:pPr>
            <w:r>
              <w:rPr>
                <w:sz w:val="16"/>
              </w:rPr>
              <w:t>XENA</w:t>
            </w:r>
          </w:p>
        </w:tc>
        <w:tc>
          <w:tcPr>
            <w:tcW w:type="dxa" w:w="1450"/>
          </w:tcPr>
          <w:p>
            <w:pPr>
              <w:spacing w:after="0"/>
              <w:jc w:val="left"/>
            </w:pPr>
            <w:r>
              <w:rPr>
                <w:sz w:val="16"/>
              </w:rPr>
              <w:t>in the 12 months before plan approval; within last 5 years</w:t>
            </w:r>
          </w:p>
        </w:tc>
        <w:tc>
          <w:tcPr>
            <w:tcW w:type="dxa" w:w="2504"/>
          </w:tcPr>
          <w:p>
            <w:pPr>
              <w:spacing w:after="0"/>
              <w:jc w:val="left"/>
            </w:pPr>
            <w:r>
              <w:rPr>
                <w:sz w:val="16"/>
              </w:rPr>
              <w:t>B1-c worst recorded: Hail</w:t>
            </w:r>
          </w:p>
        </w:tc>
      </w:tr>
      <w:tr>
        <w:trPr>
          <w:cantSplit/>
        </w:trPr>
        <w:tc>
          <w:tcPr>
            <w:tcW w:type="dxa" w:w="1037"/>
          </w:tcPr>
          <w:p>
            <w:pPr>
              <w:spacing w:after="0"/>
              <w:jc w:val="left"/>
            </w:pPr>
            <w:r>
              <w:rPr>
                <w:sz w:val="16"/>
              </w:rPr>
              <w:t>2017-02-28</w:t>
            </w:r>
          </w:p>
        </w:tc>
        <w:tc>
          <w:tcPr>
            <w:tcW w:type="dxa" w:w="1215"/>
          </w:tcPr>
          <w:p>
            <w:pPr>
              <w:spacing w:after="0"/>
              <w:jc w:val="left"/>
            </w:pPr>
            <w:r>
              <w:rPr>
                <w:sz w:val="16"/>
              </w:rPr>
              <w:t>Lightning</w:t>
            </w:r>
          </w:p>
        </w:tc>
        <w:tc>
          <w:tcPr>
            <w:tcW w:type="dxa" w:w="1881"/>
          </w:tcPr>
          <w:p>
            <w:pPr>
              <w:spacing w:after="0"/>
              <w:jc w:val="left"/>
            </w:pPr>
          </w:p>
        </w:tc>
        <w:tc>
          <w:tcPr>
            <w:tcW w:type="dxa" w:w="2903"/>
          </w:tcPr>
          <w:p>
            <w:pPr>
              <w:spacing w:after="0"/>
              <w:jc w:val="left"/>
            </w:pPr>
            <w:r>
              <w:rPr>
                <w:sz w:val="16"/>
              </w:rPr>
              <w:t>$25,000 property; crops not reported (2017 dollars)</w:t>
            </w:r>
          </w:p>
        </w:tc>
        <w:tc>
          <w:tcPr>
            <w:tcW w:type="dxa" w:w="929"/>
          </w:tcPr>
          <w:p>
            <w:pPr>
              <w:spacing w:after="0"/>
              <w:jc w:val="right"/>
            </w:pPr>
            <w:r>
              <w:rPr>
                <w:sz w:val="16"/>
              </w:rPr>
              <w:t>0, 0</w:t>
            </w:r>
          </w:p>
        </w:tc>
        <w:tc>
          <w:tcPr>
            <w:tcW w:type="dxa" w:w="2192"/>
          </w:tcPr>
          <w:p>
            <w:pPr>
              <w:spacing w:after="0"/>
              <w:jc w:val="left"/>
            </w:pPr>
            <w:r>
              <w:rPr>
                <w:sz w:val="16"/>
              </w:rPr>
              <w:t>STANTON</w:t>
            </w:r>
          </w:p>
        </w:tc>
        <w:tc>
          <w:tcPr>
            <w:tcW w:type="dxa" w:w="1450"/>
          </w:tcPr>
          <w:p>
            <w:pPr>
              <w:spacing w:after="0"/>
              <w:jc w:val="left"/>
            </w:pPr>
          </w:p>
        </w:tc>
        <w:tc>
          <w:tcPr>
            <w:tcW w:type="dxa" w:w="2504"/>
          </w:tcPr>
          <w:p>
            <w:pPr>
              <w:spacing w:after="0"/>
              <w:jc w:val="left"/>
            </w:pPr>
            <w:r>
              <w:rPr>
                <w:sz w:val="16"/>
              </w:rPr>
              <w:t>B1-c worst recorded: Lightning</w:t>
            </w:r>
          </w:p>
        </w:tc>
      </w:tr>
      <w:tr>
        <w:trPr>
          <w:cantSplit/>
        </w:trPr>
        <w:tc>
          <w:tcPr>
            <w:tcW w:type="dxa" w:w="1037"/>
          </w:tcPr>
          <w:p>
            <w:pPr>
              <w:spacing w:after="0"/>
              <w:jc w:val="left"/>
            </w:pPr>
            <w:r>
              <w:rPr>
                <w:sz w:val="16"/>
              </w:rPr>
              <w:t>2016-11-08</w:t>
            </w:r>
          </w:p>
        </w:tc>
        <w:tc>
          <w:tcPr>
            <w:tcW w:type="dxa" w:w="1215"/>
          </w:tcPr>
          <w:p>
            <w:pPr>
              <w:spacing w:after="0"/>
              <w:jc w:val="left"/>
            </w:pPr>
            <w:r>
              <w:rPr>
                <w:sz w:val="16"/>
              </w:rPr>
              <w:t>Drought</w:t>
            </w:r>
          </w:p>
        </w:tc>
        <w:tc>
          <w:tcPr>
            <w:tcW w:type="dxa" w:w="1881"/>
          </w:tcPr>
          <w:p>
            <w:pPr>
              <w:spacing w:after="0"/>
              <w:jc w:val="left"/>
            </w:pPr>
          </w:p>
        </w:tc>
        <w:tc>
          <w:tcPr>
            <w:tcW w:type="dxa" w:w="2903"/>
          </w:tcPr>
          <w:p>
            <w:pPr>
              <w:spacing w:after="0"/>
              <w:jc w:val="left"/>
            </w:pPr>
            <w:r>
              <w:rPr>
                <w:sz w:val="16"/>
              </w:rPr>
              <w:t>damage not reported</w:t>
            </w:r>
          </w:p>
        </w:tc>
        <w:tc>
          <w:tcPr>
            <w:tcW w:type="dxa" w:w="929"/>
          </w:tcPr>
          <w:p>
            <w:pPr>
              <w:spacing w:after="0"/>
              <w:jc w:val="right"/>
            </w:pPr>
            <w:r>
              <w:rPr>
                <w:sz w:val="16"/>
              </w:rPr>
              <w:t>0, 0</w:t>
            </w:r>
          </w:p>
        </w:tc>
        <w:tc>
          <w:tcPr>
            <w:tcW w:type="dxa" w:w="2192"/>
          </w:tcPr>
          <w:p>
            <w:pPr>
              <w:spacing w:after="0"/>
              <w:jc w:val="left"/>
            </w:pPr>
            <w:r>
              <w:rPr>
                <w:sz w:val="16"/>
              </w:rPr>
              <w:t>NWS zone KYZ059 (POWELL), zone-level</w:t>
            </w:r>
          </w:p>
        </w:tc>
        <w:tc>
          <w:tcPr>
            <w:tcW w:type="dxa" w:w="1450"/>
          </w:tcPr>
          <w:p>
            <w:pPr>
              <w:spacing w:after="0"/>
              <w:jc w:val="left"/>
            </w:pPr>
          </w:p>
        </w:tc>
        <w:tc>
          <w:tcPr>
            <w:tcW w:type="dxa" w:w="2504"/>
          </w:tcPr>
          <w:p>
            <w:pPr>
              <w:spacing w:after="0"/>
              <w:jc w:val="left"/>
            </w:pPr>
            <w:r>
              <w:rPr>
                <w:sz w:val="16"/>
              </w:rPr>
              <w:t>B1-c worst recorded: Drought</w:t>
            </w:r>
          </w:p>
        </w:tc>
      </w:tr>
      <w:tr>
        <w:trPr>
          <w:cantSplit/>
        </w:trPr>
        <w:tc>
          <w:tcPr>
            <w:tcW w:type="dxa" w:w="1037"/>
          </w:tcPr>
          <w:p>
            <w:pPr>
              <w:spacing w:after="0"/>
              <w:jc w:val="left"/>
            </w:pPr>
            <w:r>
              <w:rPr>
                <w:sz w:val="16"/>
              </w:rPr>
              <w:t>2015-04-03</w:t>
            </w:r>
          </w:p>
        </w:tc>
        <w:tc>
          <w:tcPr>
            <w:tcW w:type="dxa" w:w="1215"/>
          </w:tcPr>
          <w:p>
            <w:pPr>
              <w:spacing w:after="0"/>
              <w:jc w:val="left"/>
            </w:pPr>
            <w:r>
              <w:rPr>
                <w:sz w:val="16"/>
              </w:rPr>
              <w:t>Thunderstorm Wind</w:t>
            </w:r>
          </w:p>
        </w:tc>
        <w:tc>
          <w:tcPr>
            <w:tcW w:type="dxa" w:w="1881"/>
          </w:tcPr>
          <w:p>
            <w:pPr>
              <w:spacing w:after="0"/>
              <w:jc w:val="left"/>
            </w:pPr>
            <w:r>
              <w:rPr>
                <w:sz w:val="16"/>
              </w:rPr>
              <w:t>35 kt (40 mph) estimated gust</w:t>
            </w:r>
          </w:p>
        </w:tc>
        <w:tc>
          <w:tcPr>
            <w:tcW w:type="dxa" w:w="2903"/>
          </w:tcPr>
          <w:p>
            <w:pPr>
              <w:spacing w:after="0"/>
              <w:jc w:val="left"/>
            </w:pPr>
            <w:r>
              <w:rPr>
                <w:sz w:val="16"/>
              </w:rPr>
              <w:t>damage not reported</w:t>
            </w:r>
          </w:p>
        </w:tc>
        <w:tc>
          <w:tcPr>
            <w:tcW w:type="dxa" w:w="929"/>
          </w:tcPr>
          <w:p>
            <w:pPr>
              <w:spacing w:after="0"/>
              <w:jc w:val="right"/>
            </w:pPr>
            <w:r>
              <w:rPr>
                <w:sz w:val="16"/>
              </w:rPr>
              <w:t>1, 1</w:t>
            </w:r>
          </w:p>
        </w:tc>
        <w:tc>
          <w:tcPr>
            <w:tcW w:type="dxa" w:w="2192"/>
          </w:tcPr>
          <w:p>
            <w:pPr>
              <w:spacing w:after="0"/>
              <w:jc w:val="left"/>
            </w:pPr>
            <w:r>
              <w:rPr>
                <w:sz w:val="16"/>
              </w:rPr>
              <w:t>NATURAL BRIDGE</w:t>
            </w:r>
          </w:p>
        </w:tc>
        <w:tc>
          <w:tcPr>
            <w:tcW w:type="dxa" w:w="1450"/>
          </w:tcPr>
          <w:p>
            <w:pPr>
              <w:spacing w:after="0"/>
              <w:jc w:val="left"/>
            </w:pPr>
          </w:p>
        </w:tc>
        <w:tc>
          <w:tcPr>
            <w:tcW w:type="dxa" w:w="2504"/>
          </w:tcPr>
          <w:p>
            <w:pPr>
              <w:spacing w:after="0"/>
              <w:jc w:val="left"/>
            </w:pPr>
            <w:r>
              <w:rPr>
                <w:sz w:val="16"/>
              </w:rPr>
              <w:t>deaths or injuries recorded</w:t>
            </w:r>
          </w:p>
        </w:tc>
      </w:tr>
      <w:tr>
        <w:trPr>
          <w:cantSplit/>
        </w:trPr>
        <w:tc>
          <w:tcPr>
            <w:tcW w:type="dxa" w:w="1037"/>
          </w:tcPr>
          <w:p>
            <w:pPr>
              <w:spacing w:after="0"/>
              <w:jc w:val="left"/>
            </w:pPr>
            <w:r>
              <w:rPr>
                <w:sz w:val="16"/>
              </w:rPr>
              <w:t>2015-01-23</w:t>
            </w:r>
          </w:p>
        </w:tc>
        <w:tc>
          <w:tcPr>
            <w:tcW w:type="dxa" w:w="1215"/>
          </w:tcPr>
          <w:p>
            <w:pPr>
              <w:spacing w:after="0"/>
              <w:jc w:val="left"/>
            </w:pPr>
            <w:r>
              <w:rPr>
                <w:sz w:val="16"/>
              </w:rPr>
              <w:t>Winter Weather</w:t>
            </w:r>
          </w:p>
        </w:tc>
        <w:tc>
          <w:tcPr>
            <w:tcW w:type="dxa" w:w="1881"/>
          </w:tcPr>
          <w:p>
            <w:pPr>
              <w:spacing w:after="0"/>
              <w:jc w:val="left"/>
            </w:pPr>
          </w:p>
        </w:tc>
        <w:tc>
          <w:tcPr>
            <w:tcW w:type="dxa" w:w="2903"/>
          </w:tcPr>
          <w:p>
            <w:pPr>
              <w:spacing w:after="0"/>
              <w:jc w:val="left"/>
            </w:pPr>
            <w:r>
              <w:rPr>
                <w:sz w:val="16"/>
              </w:rPr>
              <w:t>damage not reported</w:t>
            </w:r>
          </w:p>
        </w:tc>
        <w:tc>
          <w:tcPr>
            <w:tcW w:type="dxa" w:w="929"/>
          </w:tcPr>
          <w:p>
            <w:pPr>
              <w:spacing w:after="0"/>
              <w:jc w:val="right"/>
            </w:pPr>
            <w:r>
              <w:rPr>
                <w:sz w:val="16"/>
              </w:rPr>
              <w:t>1, 0</w:t>
            </w:r>
          </w:p>
        </w:tc>
        <w:tc>
          <w:tcPr>
            <w:tcW w:type="dxa" w:w="2192"/>
          </w:tcPr>
          <w:p>
            <w:pPr>
              <w:spacing w:after="0"/>
              <w:jc w:val="left"/>
            </w:pPr>
            <w:r>
              <w:rPr>
                <w:sz w:val="16"/>
              </w:rPr>
              <w:t>NWS zone KYZ059 (POWELL), zone-level</w:t>
            </w:r>
          </w:p>
        </w:tc>
        <w:tc>
          <w:tcPr>
            <w:tcW w:type="dxa" w:w="1450"/>
          </w:tcPr>
          <w:p>
            <w:pPr>
              <w:spacing w:after="0"/>
              <w:jc w:val="left"/>
            </w:pPr>
          </w:p>
        </w:tc>
        <w:tc>
          <w:tcPr>
            <w:tcW w:type="dxa" w:w="2504"/>
          </w:tcPr>
          <w:p>
            <w:pPr>
              <w:spacing w:after="0"/>
              <w:jc w:val="left"/>
            </w:pPr>
            <w:r>
              <w:rPr>
                <w:sz w:val="16"/>
              </w:rPr>
              <w:t>deaths or injuries recorded</w:t>
            </w:r>
          </w:p>
        </w:tc>
      </w:tr>
      <w:tr>
        <w:trPr>
          <w:cantSplit/>
        </w:trPr>
        <w:tc>
          <w:tcPr>
            <w:tcW w:type="dxa" w:w="1037"/>
          </w:tcPr>
          <w:p>
            <w:pPr>
              <w:spacing w:after="0"/>
              <w:jc w:val="left"/>
            </w:pPr>
            <w:r>
              <w:rPr>
                <w:sz w:val="16"/>
              </w:rPr>
              <w:t>2010-08-09</w:t>
            </w:r>
          </w:p>
        </w:tc>
        <w:tc>
          <w:tcPr>
            <w:tcW w:type="dxa" w:w="1215"/>
          </w:tcPr>
          <w:p>
            <w:pPr>
              <w:spacing w:after="0"/>
              <w:jc w:val="left"/>
            </w:pPr>
            <w:r>
              <w:rPr>
                <w:sz w:val="16"/>
              </w:rPr>
              <w:t>Heat</w:t>
            </w:r>
          </w:p>
        </w:tc>
        <w:tc>
          <w:tcPr>
            <w:tcW w:type="dxa" w:w="1881"/>
          </w:tcPr>
          <w:p>
            <w:pPr>
              <w:spacing w:after="0"/>
              <w:jc w:val="left"/>
            </w:pPr>
          </w:p>
        </w:tc>
        <w:tc>
          <w:tcPr>
            <w:tcW w:type="dxa" w:w="2903"/>
          </w:tcPr>
          <w:p>
            <w:pPr>
              <w:spacing w:after="0"/>
              <w:jc w:val="left"/>
            </w:pPr>
            <w:r>
              <w:rPr>
                <w:sz w:val="16"/>
              </w:rPr>
              <w:t>$0 property; $0 crops (zone total, 2010 dollars)</w:t>
            </w:r>
          </w:p>
        </w:tc>
        <w:tc>
          <w:tcPr>
            <w:tcW w:type="dxa" w:w="929"/>
          </w:tcPr>
          <w:p>
            <w:pPr>
              <w:spacing w:after="0"/>
              <w:jc w:val="right"/>
            </w:pPr>
            <w:r>
              <w:rPr>
                <w:sz w:val="16"/>
              </w:rPr>
              <w:t>0, 0</w:t>
            </w:r>
          </w:p>
        </w:tc>
        <w:tc>
          <w:tcPr>
            <w:tcW w:type="dxa" w:w="2192"/>
          </w:tcPr>
          <w:p>
            <w:pPr>
              <w:spacing w:after="0"/>
              <w:jc w:val="left"/>
            </w:pPr>
            <w:r>
              <w:rPr>
                <w:sz w:val="16"/>
              </w:rPr>
              <w:t>NWS zone KYZ059 (POWELL), zone-level</w:t>
            </w:r>
          </w:p>
        </w:tc>
        <w:tc>
          <w:tcPr>
            <w:tcW w:type="dxa" w:w="1450"/>
          </w:tcPr>
          <w:p>
            <w:pPr>
              <w:spacing w:after="0"/>
              <w:jc w:val="left"/>
            </w:pPr>
          </w:p>
        </w:tc>
        <w:tc>
          <w:tcPr>
            <w:tcW w:type="dxa" w:w="2504"/>
          </w:tcPr>
          <w:p>
            <w:pPr>
              <w:spacing w:after="0"/>
              <w:jc w:val="left"/>
            </w:pPr>
            <w:r>
              <w:rPr>
                <w:sz w:val="16"/>
              </w:rPr>
              <w:t>B1-c worst recorded: Excessive Heat, Heat</w:t>
            </w:r>
          </w:p>
        </w:tc>
      </w:tr>
      <w:tr>
        <w:trPr>
          <w:cantSplit/>
        </w:trPr>
        <w:tc>
          <w:tcPr>
            <w:tcW w:type="dxa" w:w="1037"/>
          </w:tcPr>
          <w:p>
            <w:pPr>
              <w:spacing w:after="0"/>
              <w:jc w:val="left"/>
            </w:pPr>
            <w:r>
              <w:rPr>
                <w:sz w:val="16"/>
              </w:rPr>
              <w:t>2004-05-30</w:t>
            </w:r>
          </w:p>
        </w:tc>
        <w:tc>
          <w:tcPr>
            <w:tcW w:type="dxa" w:w="1215"/>
          </w:tcPr>
          <w:p>
            <w:pPr>
              <w:spacing w:after="0"/>
              <w:jc w:val="left"/>
            </w:pPr>
            <w:r>
              <w:rPr>
                <w:sz w:val="16"/>
              </w:rPr>
              <w:t>Thunderstorm Wind</w:t>
            </w:r>
          </w:p>
        </w:tc>
        <w:tc>
          <w:tcPr>
            <w:tcW w:type="dxa" w:w="1881"/>
          </w:tcPr>
          <w:p>
            <w:pPr>
              <w:spacing w:after="0"/>
              <w:jc w:val="left"/>
            </w:pPr>
            <w:r>
              <w:rPr>
                <w:sz w:val="16"/>
              </w:rPr>
              <w:t>75 kt (86 mph) estimated gust</w:t>
            </w:r>
          </w:p>
        </w:tc>
        <w:tc>
          <w:tcPr>
            <w:tcW w:type="dxa" w:w="2903"/>
          </w:tcPr>
          <w:p>
            <w:pPr>
              <w:spacing w:after="0"/>
              <w:jc w:val="left"/>
            </w:pPr>
            <w:r>
              <w:rPr>
                <w:sz w:val="16"/>
              </w:rPr>
              <w:t>$50,000 property; $0 crops (2004 dollars)</w:t>
            </w:r>
          </w:p>
        </w:tc>
        <w:tc>
          <w:tcPr>
            <w:tcW w:type="dxa" w:w="929"/>
          </w:tcPr>
          <w:p>
            <w:pPr>
              <w:spacing w:after="0"/>
              <w:jc w:val="right"/>
            </w:pPr>
            <w:r>
              <w:rPr>
                <w:sz w:val="16"/>
              </w:rPr>
              <w:t>0, 0</w:t>
            </w:r>
          </w:p>
        </w:tc>
        <w:tc>
          <w:tcPr>
            <w:tcW w:type="dxa" w:w="2192"/>
          </w:tcPr>
          <w:p>
            <w:pPr>
              <w:spacing w:after="0"/>
              <w:jc w:val="left"/>
            </w:pPr>
            <w:r>
              <w:rPr>
                <w:sz w:val="16"/>
              </w:rPr>
              <w:t>SLADE</w:t>
            </w:r>
          </w:p>
        </w:tc>
        <w:tc>
          <w:tcPr>
            <w:tcW w:type="dxa" w:w="1450"/>
          </w:tcPr>
          <w:p>
            <w:pPr>
              <w:spacing w:after="0"/>
              <w:jc w:val="left"/>
            </w:pPr>
          </w:p>
        </w:tc>
        <w:tc>
          <w:tcPr>
            <w:tcW w:type="dxa" w:w="2504"/>
          </w:tcPr>
          <w:p>
            <w:pPr>
              <w:spacing w:after="0"/>
              <w:jc w:val="left"/>
            </w:pPr>
            <w:r>
              <w:rPr>
                <w:sz w:val="16"/>
              </w:rPr>
              <w:t>B1-c worst recorded: Thunderstorm Wind</w:t>
            </w:r>
          </w:p>
        </w:tc>
      </w:tr>
      <w:tr>
        <w:trPr>
          <w:cantSplit/>
        </w:trPr>
        <w:tc>
          <w:tcPr>
            <w:tcW w:type="dxa" w:w="1037"/>
          </w:tcPr>
          <w:p>
            <w:pPr>
              <w:spacing w:after="0"/>
              <w:jc w:val="left"/>
            </w:pPr>
            <w:r>
              <w:rPr>
                <w:sz w:val="16"/>
              </w:rPr>
              <w:t>2003-05-05</w:t>
            </w:r>
          </w:p>
        </w:tc>
        <w:tc>
          <w:tcPr>
            <w:tcW w:type="dxa" w:w="1215"/>
          </w:tcPr>
          <w:p>
            <w:pPr>
              <w:spacing w:after="0"/>
              <w:jc w:val="left"/>
            </w:pPr>
            <w:r>
              <w:rPr>
                <w:sz w:val="16"/>
              </w:rPr>
              <w:t>High Wind</w:t>
            </w:r>
          </w:p>
        </w:tc>
        <w:tc>
          <w:tcPr>
            <w:tcW w:type="dxa" w:w="1881"/>
          </w:tcPr>
          <w:p>
            <w:pPr>
              <w:spacing w:after="0"/>
              <w:jc w:val="left"/>
            </w:pPr>
            <w:r>
              <w:rPr>
                <w:sz w:val="16"/>
              </w:rPr>
              <w:t>60 kt (69 mph) estimated gust</w:t>
            </w:r>
          </w:p>
        </w:tc>
        <w:tc>
          <w:tcPr>
            <w:tcW w:type="dxa" w:w="2903"/>
          </w:tcPr>
          <w:p>
            <w:pPr>
              <w:spacing w:after="0"/>
              <w:jc w:val="left"/>
            </w:pPr>
            <w:r>
              <w:rPr>
                <w:sz w:val="16"/>
              </w:rPr>
              <w:t>$0 property; $0 crops (zone total, 2003 dollars)</w:t>
            </w:r>
          </w:p>
        </w:tc>
        <w:tc>
          <w:tcPr>
            <w:tcW w:type="dxa" w:w="929"/>
          </w:tcPr>
          <w:p>
            <w:pPr>
              <w:spacing w:after="0"/>
              <w:jc w:val="right"/>
            </w:pPr>
            <w:r>
              <w:rPr>
                <w:sz w:val="16"/>
              </w:rPr>
              <w:t>0, 0</w:t>
            </w:r>
          </w:p>
        </w:tc>
        <w:tc>
          <w:tcPr>
            <w:tcW w:type="dxa" w:w="2192"/>
          </w:tcPr>
          <w:p>
            <w:pPr>
              <w:spacing w:after="0"/>
              <w:jc w:val="left"/>
            </w:pPr>
            <w:r>
              <w:rPr>
                <w:sz w:val="16"/>
              </w:rPr>
              <w:t>NWS zone KYZ059 (POWELL), zone-level</w:t>
            </w:r>
          </w:p>
        </w:tc>
        <w:tc>
          <w:tcPr>
            <w:tcW w:type="dxa" w:w="1450"/>
          </w:tcPr>
          <w:p>
            <w:pPr>
              <w:spacing w:after="0"/>
              <w:jc w:val="left"/>
            </w:pPr>
          </w:p>
        </w:tc>
        <w:tc>
          <w:tcPr>
            <w:tcW w:type="dxa" w:w="2504"/>
          </w:tcPr>
          <w:p>
            <w:pPr>
              <w:spacing w:after="0"/>
              <w:jc w:val="left"/>
            </w:pPr>
            <w:r>
              <w:rPr>
                <w:sz w:val="16"/>
              </w:rPr>
              <w:t>B1-c worst recorded: High Wind and Strong Wind</w:t>
            </w:r>
          </w:p>
        </w:tc>
      </w:tr>
      <w:tr>
        <w:trPr>
          <w:cantSplit/>
        </w:trPr>
        <w:tc>
          <w:tcPr>
            <w:tcW w:type="dxa" w:w="1037"/>
          </w:tcPr>
          <w:p>
            <w:pPr>
              <w:spacing w:after="0"/>
              <w:jc w:val="left"/>
            </w:pPr>
            <w:r>
              <w:rPr>
                <w:sz w:val="16"/>
              </w:rPr>
              <w:t>1997-06-16</w:t>
            </w:r>
          </w:p>
        </w:tc>
        <w:tc>
          <w:tcPr>
            <w:tcW w:type="dxa" w:w="1215"/>
          </w:tcPr>
          <w:p>
            <w:pPr>
              <w:spacing w:after="0"/>
              <w:jc w:val="left"/>
            </w:pPr>
            <w:r>
              <w:rPr>
                <w:sz w:val="16"/>
              </w:rPr>
              <w:t>Flash Flood</w:t>
            </w:r>
          </w:p>
        </w:tc>
        <w:tc>
          <w:tcPr>
            <w:tcW w:type="dxa" w:w="1881"/>
          </w:tcPr>
          <w:p>
            <w:pPr>
              <w:spacing w:after="0"/>
              <w:jc w:val="left"/>
            </w:pPr>
          </w:p>
        </w:tc>
        <w:tc>
          <w:tcPr>
            <w:tcW w:type="dxa" w:w="2903"/>
          </w:tcPr>
          <w:p>
            <w:pPr>
              <w:spacing w:after="0"/>
              <w:jc w:val="left"/>
            </w:pPr>
            <w:r>
              <w:rPr>
                <w:sz w:val="16"/>
              </w:rPr>
              <w:t>$3,300,000 property; $1,700,000 crops (1997 dollars)</w:t>
            </w:r>
          </w:p>
        </w:tc>
        <w:tc>
          <w:tcPr>
            <w:tcW w:type="dxa" w:w="929"/>
          </w:tcPr>
          <w:p>
            <w:pPr>
              <w:spacing w:after="0"/>
              <w:jc w:val="right"/>
            </w:pPr>
            <w:r>
              <w:rPr>
                <w:sz w:val="16"/>
              </w:rPr>
              <w:t>0, 1</w:t>
            </w:r>
          </w:p>
        </w:tc>
        <w:tc>
          <w:tcPr>
            <w:tcW w:type="dxa" w:w="2192"/>
          </w:tcPr>
          <w:p>
            <w:pPr>
              <w:spacing w:after="0"/>
              <w:jc w:val="left"/>
            </w:pPr>
            <w:r>
              <w:rPr>
                <w:sz w:val="16"/>
              </w:rPr>
              <w:t>STANTON</w:t>
            </w:r>
          </w:p>
        </w:tc>
        <w:tc>
          <w:tcPr>
            <w:tcW w:type="dxa" w:w="1450"/>
          </w:tcPr>
          <w:p>
            <w:pPr>
              <w:spacing w:after="0"/>
              <w:jc w:val="left"/>
            </w:pPr>
          </w:p>
        </w:tc>
        <w:tc>
          <w:tcPr>
            <w:tcW w:type="dxa" w:w="2504"/>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1982-03-16</w:t>
            </w:r>
          </w:p>
        </w:tc>
        <w:tc>
          <w:tcPr>
            <w:tcW w:type="dxa" w:w="1215"/>
          </w:tcPr>
          <w:p>
            <w:pPr>
              <w:spacing w:after="0"/>
              <w:jc w:val="left"/>
            </w:pPr>
            <w:r>
              <w:rPr>
                <w:sz w:val="16"/>
              </w:rPr>
              <w:t>Tornado</w:t>
            </w:r>
          </w:p>
        </w:tc>
        <w:tc>
          <w:tcPr>
            <w:tcW w:type="dxa" w:w="1881"/>
          </w:tcPr>
          <w:p>
            <w:pPr>
              <w:spacing w:after="0"/>
              <w:jc w:val="left"/>
            </w:pPr>
            <w:r>
              <w:rPr>
                <w:sz w:val="16"/>
              </w:rPr>
              <w:t>F2, 4 mi path length (whole path, pre-1996), 400 yd wide</w:t>
            </w:r>
          </w:p>
        </w:tc>
        <w:tc>
          <w:tcPr>
            <w:tcW w:type="dxa" w:w="2903"/>
          </w:tcPr>
          <w:p>
            <w:pPr>
              <w:spacing w:after="0"/>
              <w:jc w:val="left"/>
            </w:pPr>
            <w:r>
              <w:rPr>
                <w:sz w:val="16"/>
              </w:rPr>
              <w:t>$250,000 property; crops not recorded (1982 dollars)</w:t>
            </w:r>
          </w:p>
        </w:tc>
        <w:tc>
          <w:tcPr>
            <w:tcW w:type="dxa" w:w="929"/>
          </w:tcPr>
          <w:p>
            <w:pPr>
              <w:spacing w:after="0"/>
              <w:jc w:val="right"/>
            </w:pPr>
            <w:r>
              <w:rPr>
                <w:sz w:val="16"/>
              </w:rPr>
              <w:t>0, 1</w:t>
            </w:r>
          </w:p>
        </w:tc>
        <w:tc>
          <w:tcPr>
            <w:tcW w:type="dxa" w:w="2192"/>
          </w:tcPr>
          <w:p>
            <w:pPr>
              <w:spacing w:after="0"/>
              <w:jc w:val="left"/>
            </w:pPr>
            <w:r>
              <w:rPr>
                <w:sz w:val="16"/>
              </w:rPr>
              <w:t>location not recorded</w:t>
            </w:r>
          </w:p>
        </w:tc>
        <w:tc>
          <w:tcPr>
            <w:tcW w:type="dxa" w:w="1450"/>
          </w:tcPr>
          <w:p>
            <w:pPr>
              <w:spacing w:after="0"/>
              <w:jc w:val="left"/>
            </w:pPr>
          </w:p>
        </w:tc>
        <w:tc>
          <w:tcPr>
            <w:tcW w:type="dxa" w:w="2504"/>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(496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84"/>
        <w:gridCol w:w="1379"/>
        <w:gridCol w:w="1821"/>
        <w:gridCol w:w="1037"/>
        <w:gridCol w:w="1374"/>
        <w:gridCol w:w="1609"/>
        <w:gridCol w:w="1827"/>
        <w:gridCol w:w="1037"/>
        <w:gridCol w:w="1608"/>
      </w:tblGrid>
      <w:tr>
        <w:trPr>
          <w:cantSplit/>
          <w:tblHeader/>
        </w:trPr>
        <w:tc>
          <w:tcPr>
            <w:tcW w:type="dxa" w:w="1037"/>
            <w:shd w:val="clear" w:color="auto" w:fill="E8E8E8"/>
          </w:tcPr>
          <w:p>
            <w:pPr>
              <w:spacing w:after="0"/>
              <w:jc w:val="left"/>
            </w:pPr>
            <w:r>
              <w:rPr>
                <w:b/>
                <w:sz w:val="16"/>
              </w:rPr>
              <w:t>Hazard</w:t>
            </w:r>
          </w:p>
        </w:tc>
        <w:tc>
          <w:tcPr>
            <w:tcW w:type="dxa" w:w="138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79"/>
            <w:shd w:val="clear" w:color="auto" w:fill="E8E8E8"/>
          </w:tcPr>
          <w:p>
            <w:pPr>
              <w:spacing w:after="0"/>
              <w:jc w:val="left"/>
            </w:pPr>
            <w:r>
              <w:rPr>
                <w:b/>
                <w:sz w:val="16"/>
              </w:rPr>
              <w:t>Unit</w:t>
            </w:r>
          </w:p>
        </w:tc>
        <w:tc>
          <w:tcPr>
            <w:tcW w:type="dxa" w:w="1821"/>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74"/>
            <w:shd w:val="clear" w:color="auto" w:fill="E8E8E8"/>
          </w:tcPr>
          <w:p>
            <w:pPr>
              <w:spacing w:after="0"/>
              <w:jc w:val="left"/>
            </w:pPr>
            <w:r>
              <w:rPr>
                <w:b/>
                <w:sz w:val="16"/>
              </w:rPr>
              <w:t>Descriptor basis</w:t>
            </w:r>
          </w:p>
        </w:tc>
        <w:tc>
          <w:tcPr>
            <w:tcW w:type="dxa" w:w="1609"/>
            <w:shd w:val="clear" w:color="auto" w:fill="E8E8E8"/>
          </w:tcPr>
          <w:p>
            <w:pPr>
              <w:spacing w:after="0"/>
              <w:jc w:val="right"/>
            </w:pPr>
            <w:r>
              <w:rPr>
                <w:b/>
                <w:sz w:val="16"/>
              </w:rPr>
              <w:t>NRI events or days in its record period (hail, wind and tornado are area-weighted, so can be fractional)</w:t>
            </w:r>
          </w:p>
        </w:tc>
        <w:tc>
          <w:tcPr>
            <w:tcW w:type="dxa" w:w="182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60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84"/>
          </w:tcPr>
          <w:p>
            <w:pPr>
              <w:spacing w:after="0"/>
              <w:jc w:val="right"/>
            </w:pPr>
            <w:r>
              <w:rPr>
                <w:sz w:val="16"/>
              </w:rPr>
              <w:t>0.01</w:t>
            </w:r>
          </w:p>
        </w:tc>
        <w:tc>
          <w:tcPr>
            <w:tcW w:type="dxa" w:w="1379"/>
          </w:tcPr>
          <w:p>
            <w:pPr>
              <w:spacing w:after="0"/>
              <w:jc w:val="left"/>
            </w:pPr>
            <w:r>
              <w:rPr>
                <w:sz w:val="16"/>
              </w:rPr>
              <w:t>events per year</w:t>
            </w:r>
          </w:p>
        </w:tc>
        <w:tc>
          <w:tcPr>
            <w:tcW w:type="dxa" w:w="1821"/>
          </w:tcPr>
          <w:p>
            <w:pPr>
              <w:spacing w:after="0"/>
              <w:jc w:val="left"/>
            </w:pPr>
            <w:r>
              <w:rPr>
                <w:sz w:val="16"/>
              </w:rPr>
              <w:t>about 1 in 100 years</w:t>
            </w:r>
          </w:p>
        </w:tc>
        <w:tc>
          <w:tcPr>
            <w:tcW w:type="dxa" w:w="1037"/>
          </w:tcPr>
          <w:p>
            <w:pPr>
              <w:spacing w:after="0"/>
              <w:jc w:val="left"/>
            </w:pPr>
            <w:r>
              <w:rPr>
                <w:sz w:val="16"/>
              </w:rPr>
              <w:t>Possible</w:t>
            </w:r>
          </w:p>
        </w:tc>
        <w:tc>
          <w:tcPr>
            <w:tcW w:type="dxa" w:w="1374"/>
          </w:tcPr>
          <w:p>
            <w:pPr>
              <w:spacing w:after="0"/>
              <w:jc w:val="left"/>
            </w:pPr>
            <w:r>
              <w:rPr>
                <w:sz w:val="16"/>
              </w:rPr>
              <w:t>FEMA annualized frequency (modeled)</w:t>
            </w:r>
          </w:p>
        </w:tc>
        <w:tc>
          <w:tcPr>
            <w:tcW w:type="dxa" w:w="1609"/>
          </w:tcPr>
          <w:p>
            <w:pPr>
              <w:spacing w:after="0"/>
              <w:jc w:val="right"/>
            </w:pPr>
            <w:r>
              <w:rPr>
                <w:sz w:val="16"/>
              </w:rPr>
              <w:t>0</w:t>
            </w:r>
          </w:p>
        </w:tc>
        <w:tc>
          <w:tcPr>
            <w:tcW w:type="dxa" w:w="1827"/>
          </w:tcPr>
          <w:p>
            <w:pPr>
              <w:spacing w:after="0"/>
              <w:jc w:val="left"/>
            </w:pPr>
            <w:r>
              <w:rPr>
                <w:sz w:val="16"/>
              </w:rPr>
              <w:t>1994 to 2023 (30 years)</w:t>
            </w:r>
          </w:p>
        </w:tc>
        <w:tc>
          <w:tcPr>
            <w:tcW w:type="dxa" w:w="1037"/>
          </w:tcPr>
          <w:p>
            <w:pPr>
              <w:spacing w:after="0"/>
              <w:jc w:val="left"/>
            </w:pPr>
            <w:r>
              <w:rPr>
                <w:sz w:val="16"/>
              </w:rPr>
              <w:t>see B1-f</w:t>
            </w:r>
          </w:p>
        </w:tc>
        <w:tc>
          <w:tcPr>
            <w:tcW w:type="dxa" w:w="1608"/>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Cold Wave</w:t>
            </w:r>
          </w:p>
        </w:tc>
        <w:tc>
          <w:tcPr>
            <w:tcW w:type="dxa" w:w="1384"/>
          </w:tcPr>
          <w:p>
            <w:pPr>
              <w:spacing w:after="0"/>
              <w:jc w:val="right"/>
            </w:pPr>
            <w:r>
              <w:rPr>
                <w:sz w:val="16"/>
              </w:rPr>
              <w:t>1</w:t>
            </w:r>
          </w:p>
        </w:tc>
        <w:tc>
          <w:tcPr>
            <w:tcW w:type="dxa" w:w="1379"/>
          </w:tcPr>
          <w:p>
            <w:pPr>
              <w:spacing w:after="0"/>
              <w:jc w:val="left"/>
            </w:pPr>
            <w:r>
              <w:rPr>
                <w:sz w:val="16"/>
              </w:rPr>
              <w:t>event-day per year</w:t>
            </w:r>
          </w:p>
        </w:tc>
        <w:tc>
          <w:tcPr>
            <w:tcW w:type="dxa" w:w="1821"/>
          </w:tcPr>
          <w:p>
            <w:pPr>
              <w:spacing w:after="0"/>
              <w:jc w:val="left"/>
            </w:pPr>
            <w:r>
              <w:rPr>
                <w:sz w:val="16"/>
              </w:rPr>
              <w:t>about 1 day per year</w:t>
            </w:r>
          </w:p>
        </w:tc>
        <w:tc>
          <w:tcPr>
            <w:tcW w:type="dxa" w:w="1037"/>
          </w:tcPr>
          <w:p>
            <w:pPr>
              <w:spacing w:after="0"/>
              <w:jc w:val="left"/>
            </w:pPr>
          </w:p>
        </w:tc>
        <w:tc>
          <w:tcPr>
            <w:tcW w:type="dxa" w:w="1374"/>
          </w:tcPr>
          <w:p>
            <w:pPr>
              <w:spacing w:after="0"/>
              <w:jc w:val="left"/>
            </w:pPr>
            <w:r>
              <w:rPr>
                <w:sz w:val="16"/>
              </w:rPr>
              <w:t>Storm Events event-days in 0 of 30 years, 1996 to 2025 (0%)</w:t>
            </w:r>
          </w:p>
        </w:tc>
        <w:tc>
          <w:tcPr>
            <w:tcW w:type="dxa" w:w="1609"/>
          </w:tcPr>
          <w:p>
            <w:pPr>
              <w:spacing w:after="0"/>
              <w:jc w:val="right"/>
            </w:pPr>
            <w:r>
              <w:rPr>
                <w:sz w:val="16"/>
              </w:rPr>
              <w:t>19</w:t>
            </w:r>
          </w:p>
        </w:tc>
        <w:tc>
          <w:tcPr>
            <w:tcW w:type="dxa" w:w="1827"/>
          </w:tcPr>
          <w:p>
            <w:pPr>
              <w:spacing w:after="0"/>
              <w:jc w:val="left"/>
            </w:pPr>
            <w:r>
              <w:rPr>
                <w:sz w:val="16"/>
              </w:rPr>
              <w:t>2005-11-12 to 2024-11-12 (19 years)</w:t>
            </w:r>
          </w:p>
        </w:tc>
        <w:tc>
          <w:tcPr>
            <w:tcW w:type="dxa" w:w="1037"/>
          </w:tcPr>
          <w:p>
            <w:pPr>
              <w:spacing w:after="0"/>
              <w:jc w:val="left"/>
            </w:pPr>
            <w:r>
              <w:rPr>
                <w:sz w:val="16"/>
              </w:rPr>
              <w:t>countywide</w:t>
            </w:r>
          </w:p>
        </w:tc>
        <w:tc>
          <w:tcPr>
            <w:tcW w:type="dxa" w:w="1608"/>
          </w:tcPr>
          <w:p>
            <w:pPr>
              <w:spacing w:after="0"/>
              <w:jc w:val="left"/>
            </w:pPr>
            <w:r>
              <w:rPr>
                <w:sz w:val="16"/>
              </w:rPr>
              <w:t>No Storm Events cold wave record, 1996 to 2025.</w:t>
            </w:r>
          </w:p>
        </w:tc>
      </w:tr>
      <w:tr>
        <w:trPr>
          <w:cantSplit/>
        </w:trPr>
        <w:tc>
          <w:tcPr>
            <w:tcW w:type="dxa" w:w="1037"/>
          </w:tcPr>
          <w:p>
            <w:pPr>
              <w:spacing w:after="0"/>
              <w:jc w:val="left"/>
            </w:pPr>
            <w:r>
              <w:rPr>
                <w:sz w:val="16"/>
              </w:rPr>
              <w:t>Drought</w:t>
            </w:r>
          </w:p>
        </w:tc>
        <w:tc>
          <w:tcPr>
            <w:tcW w:type="dxa" w:w="1384"/>
          </w:tcPr>
          <w:p>
            <w:pPr>
              <w:spacing w:after="0"/>
              <w:jc w:val="right"/>
            </w:pPr>
            <w:r>
              <w:rPr>
                <w:sz w:val="16"/>
              </w:rPr>
              <w:t>2.77</w:t>
            </w:r>
          </w:p>
        </w:tc>
        <w:tc>
          <w:tcPr>
            <w:tcW w:type="dxa" w:w="1379"/>
          </w:tcPr>
          <w:p>
            <w:pPr>
              <w:spacing w:after="0"/>
              <w:jc w:val="left"/>
            </w:pPr>
            <w:r>
              <w:rPr>
                <w:sz w:val="16"/>
              </w:rPr>
              <w:t>event-days per year</w:t>
            </w:r>
          </w:p>
        </w:tc>
        <w:tc>
          <w:tcPr>
            <w:tcW w:type="dxa" w:w="1821"/>
          </w:tcPr>
          <w:p>
            <w:pPr>
              <w:spacing w:after="0"/>
              <w:jc w:val="left"/>
            </w:pPr>
            <w:r>
              <w:rPr>
                <w:sz w:val="16"/>
              </w:rPr>
              <w:t>about 2.77 days per year</w:t>
            </w:r>
          </w:p>
        </w:tc>
        <w:tc>
          <w:tcPr>
            <w:tcW w:type="dxa" w:w="1037"/>
          </w:tcPr>
          <w:p>
            <w:pPr>
              <w:spacing w:after="0"/>
              <w:jc w:val="left"/>
            </w:pPr>
            <w:r>
              <w:rPr>
                <w:sz w:val="16"/>
              </w:rPr>
              <w:t>Possible</w:t>
            </w:r>
          </w:p>
        </w:tc>
        <w:tc>
          <w:tcPr>
            <w:tcW w:type="dxa" w:w="1374"/>
          </w:tcPr>
          <w:p>
            <w:pPr>
              <w:spacing w:after="0"/>
              <w:jc w:val="left"/>
            </w:pPr>
            <w:r>
              <w:rPr>
                <w:sz w:val="16"/>
              </w:rPr>
              <w:t>Storm Events event-days in 2 of 30 years, 1996 to 2025 (6.67%)</w:t>
            </w:r>
          </w:p>
        </w:tc>
        <w:tc>
          <w:tcPr>
            <w:tcW w:type="dxa" w:w="1609"/>
          </w:tcPr>
          <w:p>
            <w:pPr>
              <w:spacing w:after="0"/>
              <w:jc w:val="right"/>
            </w:pPr>
            <w:r>
              <w:rPr>
                <w:sz w:val="16"/>
              </w:rPr>
              <w:t>70</w:t>
            </w:r>
          </w:p>
        </w:tc>
        <w:tc>
          <w:tcPr>
            <w:tcW w:type="dxa" w:w="182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608"/>
          </w:tcPr>
          <w:p>
            <w:pPr>
              <w:spacing w:after="0"/>
              <w:jc w:val="left"/>
            </w:pPr>
          </w:p>
        </w:tc>
      </w:tr>
      <w:tr>
        <w:trPr>
          <w:cantSplit/>
        </w:trPr>
        <w:tc>
          <w:tcPr>
            <w:tcW w:type="dxa" w:w="1037"/>
          </w:tcPr>
          <w:p>
            <w:pPr>
              <w:spacing w:after="0"/>
              <w:jc w:val="left"/>
            </w:pPr>
            <w:r>
              <w:rPr>
                <w:sz w:val="16"/>
              </w:rPr>
              <w:t>Earthquake</w:t>
            </w:r>
          </w:p>
        </w:tc>
        <w:tc>
          <w:tcPr>
            <w:tcW w:type="dxa" w:w="1384"/>
          </w:tcPr>
          <w:p>
            <w:pPr>
              <w:spacing w:after="0"/>
              <w:jc w:val="right"/>
            </w:pPr>
            <w:r>
              <w:rPr>
                <w:sz w:val="16"/>
              </w:rPr>
              <w:t>0.00157</w:t>
            </w:r>
          </w:p>
        </w:tc>
        <w:tc>
          <w:tcPr>
            <w:tcW w:type="dxa" w:w="1379"/>
          </w:tcPr>
          <w:p>
            <w:pPr>
              <w:spacing w:after="0"/>
              <w:jc w:val="left"/>
            </w:pPr>
            <w:r>
              <w:rPr>
                <w:sz w:val="16"/>
              </w:rPr>
              <w:t>annual probability at a location</w:t>
            </w:r>
          </w:p>
        </w:tc>
        <w:tc>
          <w:tcPr>
            <w:tcW w:type="dxa" w:w="1821"/>
          </w:tcPr>
          <w:p>
            <w:pPr>
              <w:spacing w:after="0"/>
              <w:jc w:val="left"/>
            </w:pPr>
            <w:r>
              <w:rPr>
                <w:sz w:val="16"/>
              </w:rPr>
              <w:t>chance a given location in the county has at least minor-damage shaking in a year: 0.157%</w:t>
            </w:r>
          </w:p>
        </w:tc>
        <w:tc>
          <w:tcPr>
            <w:tcW w:type="dxa" w:w="1037"/>
          </w:tcPr>
          <w:p>
            <w:pPr>
              <w:spacing w:after="0"/>
              <w:jc w:val="left"/>
            </w:pPr>
          </w:p>
        </w:tc>
        <w:tc>
          <w:tcPr>
            <w:tcW w:type="dxa" w:w="1374"/>
          </w:tcPr>
          <w:p>
            <w:pPr>
              <w:spacing w:after="0"/>
              <w:jc w:val="left"/>
            </w:pPr>
          </w:p>
        </w:tc>
        <w:tc>
          <w:tcPr>
            <w:tcW w:type="dxa" w:w="1609"/>
          </w:tcPr>
          <w:p>
            <w:pPr>
              <w:spacing w:after="0"/>
              <w:jc w:val="right"/>
            </w:pPr>
            <w:r>
              <w:rPr>
                <w:sz w:val="16"/>
              </w:rPr>
              <w:t>not shown</w:t>
            </w:r>
          </w:p>
        </w:tc>
        <w:tc>
          <w:tcPr>
            <w:tcW w:type="dxa" w:w="1827"/>
          </w:tcPr>
          <w:p>
            <w:pPr>
              <w:spacing w:after="0"/>
              <w:jc w:val="left"/>
            </w:pPr>
            <w:r>
              <w:rPr>
                <w:sz w:val="16"/>
              </w:rPr>
              <w:t>modeled</w:t>
            </w:r>
          </w:p>
        </w:tc>
        <w:tc>
          <w:tcPr>
            <w:tcW w:type="dxa" w:w="1037"/>
          </w:tcPr>
          <w:p>
            <w:pPr>
              <w:spacing w:after="0"/>
              <w:jc w:val="left"/>
            </w:pPr>
            <w:r>
              <w:rPr>
                <w:sz w:val="16"/>
              </w:rPr>
              <w:t>see B1-f</w:t>
            </w:r>
          </w:p>
        </w:tc>
        <w:tc>
          <w:tcPr>
            <w:tcW w:type="dxa" w:w="1608"/>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84"/>
          </w:tcPr>
          <w:p>
            <w:pPr>
              <w:spacing w:after="0"/>
              <w:jc w:val="right"/>
            </w:pPr>
            <w:r>
              <w:rPr>
                <w:sz w:val="16"/>
              </w:rPr>
              <w:t>3.26</w:t>
            </w:r>
          </w:p>
        </w:tc>
        <w:tc>
          <w:tcPr>
            <w:tcW w:type="dxa" w:w="1379"/>
          </w:tcPr>
          <w:p>
            <w:pPr>
              <w:spacing w:after="0"/>
              <w:jc w:val="left"/>
            </w:pPr>
            <w:r>
              <w:rPr>
                <w:sz w:val="16"/>
              </w:rPr>
              <w:t>events per year</w:t>
            </w:r>
          </w:p>
        </w:tc>
        <w:tc>
          <w:tcPr>
            <w:tcW w:type="dxa" w:w="1821"/>
          </w:tcPr>
          <w:p>
            <w:pPr>
              <w:spacing w:after="0"/>
              <w:jc w:val="left"/>
            </w:pPr>
            <w:r>
              <w:rPr>
                <w:sz w:val="16"/>
              </w:rPr>
              <w:t>about 3.26 per year</w:t>
            </w:r>
          </w:p>
        </w:tc>
        <w:tc>
          <w:tcPr>
            <w:tcW w:type="dxa" w:w="1037"/>
          </w:tcPr>
          <w:p>
            <w:pPr>
              <w:spacing w:after="0"/>
              <w:jc w:val="left"/>
            </w:pPr>
            <w:r>
              <w:rPr>
                <w:sz w:val="16"/>
              </w:rPr>
              <w:t>Highly likely</w:t>
            </w:r>
          </w:p>
        </w:tc>
        <w:tc>
          <w:tcPr>
            <w:tcW w:type="dxa" w:w="1374"/>
          </w:tcPr>
          <w:p>
            <w:pPr>
              <w:spacing w:after="0"/>
              <w:jc w:val="left"/>
            </w:pPr>
            <w:r>
              <w:rPr>
                <w:sz w:val="16"/>
              </w:rPr>
              <w:t>FEMA annualized frequency (modeled)</w:t>
            </w:r>
          </w:p>
        </w:tc>
        <w:tc>
          <w:tcPr>
            <w:tcW w:type="dxa" w:w="1609"/>
          </w:tcPr>
          <w:p>
            <w:pPr>
              <w:spacing w:after="0"/>
              <w:jc w:val="right"/>
            </w:pPr>
            <w:r>
              <w:rPr>
                <w:sz w:val="16"/>
              </w:rPr>
              <w:t>124.0 (modeled)</w:t>
            </w:r>
          </w:p>
        </w:tc>
        <w:tc>
          <w:tcPr>
            <w:tcW w:type="dxa" w:w="1827"/>
          </w:tcPr>
          <w:p>
            <w:pPr>
              <w:spacing w:after="0"/>
              <w:jc w:val="left"/>
            </w:pPr>
            <w:r>
              <w:rPr>
                <w:sz w:val="16"/>
              </w:rPr>
              <w:t>1986 to 2023 (38 years)</w:t>
            </w:r>
          </w:p>
        </w:tc>
        <w:tc>
          <w:tcPr>
            <w:tcW w:type="dxa" w:w="1037"/>
          </w:tcPr>
          <w:p>
            <w:pPr>
              <w:spacing w:after="0"/>
              <w:jc w:val="left"/>
            </w:pPr>
            <w:r>
              <w:rPr>
                <w:sz w:val="16"/>
              </w:rPr>
              <w:t>countywide</w:t>
            </w:r>
          </w:p>
        </w:tc>
        <w:tc>
          <w:tcPr>
            <w:tcW w:type="dxa" w:w="1608"/>
          </w:tcPr>
          <w:p>
            <w:pPr>
              <w:spacing w:after="0"/>
              <w:jc w:val="left"/>
            </w:pPr>
          </w:p>
        </w:tc>
      </w:tr>
      <w:tr>
        <w:trPr>
          <w:cantSplit/>
        </w:trPr>
        <w:tc>
          <w:tcPr>
            <w:tcW w:type="dxa" w:w="1037"/>
          </w:tcPr>
          <w:p>
            <w:pPr>
              <w:spacing w:after="0"/>
              <w:jc w:val="left"/>
            </w:pPr>
            <w:r>
              <w:rPr>
                <w:sz w:val="16"/>
              </w:rPr>
              <w:t>Heat Wave</w:t>
            </w:r>
          </w:p>
        </w:tc>
        <w:tc>
          <w:tcPr>
            <w:tcW w:type="dxa" w:w="1384"/>
          </w:tcPr>
          <w:p>
            <w:pPr>
              <w:spacing w:after="0"/>
              <w:jc w:val="right"/>
            </w:pPr>
            <w:r>
              <w:rPr>
                <w:sz w:val="16"/>
              </w:rPr>
              <w:t>2.79</w:t>
            </w:r>
          </w:p>
        </w:tc>
        <w:tc>
          <w:tcPr>
            <w:tcW w:type="dxa" w:w="1379"/>
          </w:tcPr>
          <w:p>
            <w:pPr>
              <w:spacing w:after="0"/>
              <w:jc w:val="left"/>
            </w:pPr>
            <w:r>
              <w:rPr>
                <w:sz w:val="16"/>
              </w:rPr>
              <w:t>event-days per year</w:t>
            </w:r>
          </w:p>
        </w:tc>
        <w:tc>
          <w:tcPr>
            <w:tcW w:type="dxa" w:w="1821"/>
          </w:tcPr>
          <w:p>
            <w:pPr>
              <w:spacing w:after="0"/>
              <w:jc w:val="left"/>
            </w:pPr>
            <w:r>
              <w:rPr>
                <w:sz w:val="16"/>
              </w:rPr>
              <w:t>about 2.79 days per year</w:t>
            </w:r>
          </w:p>
        </w:tc>
        <w:tc>
          <w:tcPr>
            <w:tcW w:type="dxa" w:w="1037"/>
          </w:tcPr>
          <w:p>
            <w:pPr>
              <w:spacing w:after="0"/>
              <w:jc w:val="left"/>
            </w:pPr>
            <w:r>
              <w:rPr>
                <w:sz w:val="16"/>
              </w:rPr>
              <w:t>Possible</w:t>
            </w:r>
          </w:p>
        </w:tc>
        <w:tc>
          <w:tcPr>
            <w:tcW w:type="dxa" w:w="1374"/>
          </w:tcPr>
          <w:p>
            <w:pPr>
              <w:spacing w:after="0"/>
              <w:jc w:val="left"/>
            </w:pPr>
            <w:r>
              <w:rPr>
                <w:sz w:val="16"/>
              </w:rPr>
              <w:t>Storm Events event-days in 1 of 30 years, 1996 to 2025 (3.33%)</w:t>
            </w:r>
          </w:p>
        </w:tc>
        <w:tc>
          <w:tcPr>
            <w:tcW w:type="dxa" w:w="1609"/>
          </w:tcPr>
          <w:p>
            <w:pPr>
              <w:spacing w:after="0"/>
              <w:jc w:val="right"/>
            </w:pPr>
            <w:r>
              <w:rPr>
                <w:sz w:val="16"/>
              </w:rPr>
              <w:t>42</w:t>
            </w:r>
          </w:p>
        </w:tc>
        <w:tc>
          <w:tcPr>
            <w:tcW w:type="dxa" w:w="1827"/>
          </w:tcPr>
          <w:p>
            <w:pPr>
              <w:spacing w:after="0"/>
              <w:jc w:val="left"/>
            </w:pPr>
            <w:r>
              <w:rPr>
                <w:sz w:val="16"/>
              </w:rPr>
              <w:t>2005-11-12 to 2024-11-12 (19 years)</w:t>
            </w:r>
          </w:p>
        </w:tc>
        <w:tc>
          <w:tcPr>
            <w:tcW w:type="dxa" w:w="1037"/>
          </w:tcPr>
          <w:p>
            <w:pPr>
              <w:spacing w:after="0"/>
              <w:jc w:val="left"/>
            </w:pPr>
            <w:r>
              <w:rPr>
                <w:sz w:val="16"/>
              </w:rPr>
              <w:t>countywide</w:t>
            </w:r>
          </w:p>
        </w:tc>
        <w:tc>
          <w:tcPr>
            <w:tcW w:type="dxa" w:w="1608"/>
          </w:tcPr>
          <w:p>
            <w:pPr>
              <w:spacing w:after="0"/>
              <w:jc w:val="left"/>
            </w:pPr>
          </w:p>
        </w:tc>
      </w:tr>
      <w:tr>
        <w:trPr>
          <w:cantSplit/>
        </w:trPr>
        <w:tc>
          <w:tcPr>
            <w:tcW w:type="dxa" w:w="1037"/>
          </w:tcPr>
          <w:p>
            <w:pPr>
              <w:spacing w:after="0"/>
              <w:jc w:val="left"/>
            </w:pPr>
            <w:r>
              <w:rPr>
                <w:sz w:val="16"/>
              </w:rPr>
              <w:t>Hurricane</w:t>
            </w:r>
          </w:p>
        </w:tc>
        <w:tc>
          <w:tcPr>
            <w:tcW w:type="dxa" w:w="1384"/>
          </w:tcPr>
          <w:p>
            <w:pPr>
              <w:spacing w:after="0"/>
              <w:jc w:val="right"/>
            </w:pPr>
            <w:r>
              <w:rPr>
                <w:sz w:val="16"/>
              </w:rPr>
              <w:t>0.023</w:t>
            </w:r>
          </w:p>
        </w:tc>
        <w:tc>
          <w:tcPr>
            <w:tcW w:type="dxa" w:w="1379"/>
          </w:tcPr>
          <w:p>
            <w:pPr>
              <w:spacing w:after="0"/>
              <w:jc w:val="left"/>
            </w:pPr>
            <w:r>
              <w:rPr>
                <w:sz w:val="16"/>
              </w:rPr>
              <w:t>events per year</w:t>
            </w:r>
          </w:p>
        </w:tc>
        <w:tc>
          <w:tcPr>
            <w:tcW w:type="dxa" w:w="1821"/>
          </w:tcPr>
          <w:p>
            <w:pPr>
              <w:spacing w:after="0"/>
              <w:jc w:val="left"/>
            </w:pPr>
            <w:r>
              <w:rPr>
                <w:sz w:val="16"/>
              </w:rPr>
              <w:t>about 1 in 43 years</w:t>
            </w:r>
          </w:p>
        </w:tc>
        <w:tc>
          <w:tcPr>
            <w:tcW w:type="dxa" w:w="1037"/>
          </w:tcPr>
          <w:p>
            <w:pPr>
              <w:spacing w:after="0"/>
              <w:jc w:val="left"/>
            </w:pPr>
            <w:r>
              <w:rPr>
                <w:sz w:val="16"/>
              </w:rPr>
              <w:t>Possible</w:t>
            </w:r>
          </w:p>
        </w:tc>
        <w:tc>
          <w:tcPr>
            <w:tcW w:type="dxa" w:w="1374"/>
          </w:tcPr>
          <w:p>
            <w:pPr>
              <w:spacing w:after="0"/>
              <w:jc w:val="left"/>
            </w:pPr>
            <w:r>
              <w:rPr>
                <w:sz w:val="16"/>
              </w:rPr>
              <w:t>FEMA annualized frequency (modeled)</w:t>
            </w:r>
          </w:p>
        </w:tc>
        <w:tc>
          <w:tcPr>
            <w:tcW w:type="dxa" w:w="1609"/>
          </w:tcPr>
          <w:p>
            <w:pPr>
              <w:spacing w:after="0"/>
              <w:jc w:val="right"/>
            </w:pPr>
            <w:r>
              <w:rPr>
                <w:sz w:val="16"/>
              </w:rPr>
              <w:t>6</w:t>
            </w:r>
          </w:p>
        </w:tc>
        <w:tc>
          <w:tcPr>
            <w:tcW w:type="dxa" w:w="1827"/>
          </w:tcPr>
          <w:p>
            <w:pPr>
              <w:spacing w:after="0"/>
              <w:jc w:val="left"/>
            </w:pPr>
            <w:r>
              <w:rPr>
                <w:sz w:val="16"/>
              </w:rPr>
              <w:t>1851 to 2024 (Atlantic)</w:t>
            </w:r>
          </w:p>
        </w:tc>
        <w:tc>
          <w:tcPr>
            <w:tcW w:type="dxa" w:w="1037"/>
          </w:tcPr>
          <w:p>
            <w:pPr>
              <w:spacing w:after="0"/>
              <w:jc w:val="left"/>
            </w:pPr>
            <w:r>
              <w:rPr>
                <w:sz w:val="16"/>
              </w:rPr>
              <w:t>see B1-f</w:t>
            </w:r>
          </w:p>
        </w:tc>
        <w:tc>
          <w:tcPr>
            <w:tcW w:type="dxa" w:w="1608"/>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84"/>
          </w:tcPr>
          <w:p>
            <w:pPr>
              <w:spacing w:after="0"/>
              <w:jc w:val="right"/>
            </w:pPr>
            <w:r>
              <w:rPr>
                <w:sz w:val="16"/>
              </w:rPr>
              <w:t>0.462</w:t>
            </w:r>
          </w:p>
        </w:tc>
        <w:tc>
          <w:tcPr>
            <w:tcW w:type="dxa" w:w="1379"/>
          </w:tcPr>
          <w:p>
            <w:pPr>
              <w:spacing w:after="0"/>
              <w:jc w:val="left"/>
            </w:pPr>
            <w:r>
              <w:rPr>
                <w:sz w:val="16"/>
              </w:rPr>
              <w:t>event-days per year</w:t>
            </w:r>
          </w:p>
        </w:tc>
        <w:tc>
          <w:tcPr>
            <w:tcW w:type="dxa" w:w="1821"/>
          </w:tcPr>
          <w:p>
            <w:pPr>
              <w:spacing w:after="0"/>
              <w:jc w:val="left"/>
            </w:pPr>
            <w:r>
              <w:rPr>
                <w:sz w:val="16"/>
              </w:rPr>
              <w:t>about 0.462 days per year</w:t>
            </w:r>
          </w:p>
        </w:tc>
        <w:tc>
          <w:tcPr>
            <w:tcW w:type="dxa" w:w="1037"/>
          </w:tcPr>
          <w:p>
            <w:pPr>
              <w:spacing w:after="0"/>
              <w:jc w:val="left"/>
            </w:pPr>
            <w:r>
              <w:rPr>
                <w:sz w:val="16"/>
              </w:rPr>
              <w:t>Likely</w:t>
            </w:r>
          </w:p>
        </w:tc>
        <w:tc>
          <w:tcPr>
            <w:tcW w:type="dxa" w:w="1374"/>
          </w:tcPr>
          <w:p>
            <w:pPr>
              <w:spacing w:after="0"/>
              <w:jc w:val="left"/>
            </w:pPr>
            <w:r>
              <w:rPr>
                <w:sz w:val="16"/>
              </w:rPr>
              <w:t>Storm Events event-days in 8 of 30 years, 1996 to 2025 (26.7%)</w:t>
            </w:r>
          </w:p>
        </w:tc>
        <w:tc>
          <w:tcPr>
            <w:tcW w:type="dxa" w:w="1609"/>
          </w:tcPr>
          <w:p>
            <w:pPr>
              <w:spacing w:after="0"/>
              <w:jc w:val="right"/>
            </w:pPr>
            <w:r>
              <w:rPr>
                <w:sz w:val="16"/>
              </w:rPr>
              <w:t>31</w:t>
            </w:r>
          </w:p>
        </w:tc>
        <w:tc>
          <w:tcPr>
            <w:tcW w:type="dxa" w:w="1827"/>
          </w:tcPr>
          <w:p>
            <w:pPr>
              <w:spacing w:after="0"/>
              <w:jc w:val="left"/>
            </w:pPr>
            <w:r>
              <w:rPr>
                <w:sz w:val="16"/>
              </w:rPr>
              <w:t>1946-12-31 to 2014-02-12 (67 years)</w:t>
            </w:r>
          </w:p>
        </w:tc>
        <w:tc>
          <w:tcPr>
            <w:tcW w:type="dxa" w:w="1037"/>
          </w:tcPr>
          <w:p>
            <w:pPr>
              <w:spacing w:after="0"/>
              <w:jc w:val="left"/>
            </w:pPr>
            <w:r>
              <w:rPr>
                <w:sz w:val="16"/>
              </w:rPr>
              <w:t>countywide</w:t>
            </w:r>
          </w:p>
        </w:tc>
        <w:tc>
          <w:tcPr>
            <w:tcW w:type="dxa" w:w="1608"/>
          </w:tcPr>
          <w:p>
            <w:pPr>
              <w:spacing w:after="0"/>
              <w:jc w:val="left"/>
            </w:pPr>
          </w:p>
        </w:tc>
      </w:tr>
      <w:tr>
        <w:trPr>
          <w:cantSplit/>
        </w:trPr>
        <w:tc>
          <w:tcPr>
            <w:tcW w:type="dxa" w:w="1037"/>
          </w:tcPr>
          <w:p>
            <w:pPr>
              <w:spacing w:after="0"/>
              <w:jc w:val="left"/>
            </w:pPr>
            <w:r>
              <w:rPr>
                <w:sz w:val="16"/>
              </w:rPr>
              <w:t>Inland Flooding</w:t>
            </w:r>
          </w:p>
        </w:tc>
        <w:tc>
          <w:tcPr>
            <w:tcW w:type="dxa" w:w="1384"/>
          </w:tcPr>
          <w:p>
            <w:pPr>
              <w:spacing w:after="0"/>
              <w:jc w:val="right"/>
            </w:pPr>
            <w:r>
              <w:rPr>
                <w:sz w:val="16"/>
              </w:rPr>
              <w:t>2.46</w:t>
            </w:r>
          </w:p>
        </w:tc>
        <w:tc>
          <w:tcPr>
            <w:tcW w:type="dxa" w:w="1379"/>
          </w:tcPr>
          <w:p>
            <w:pPr>
              <w:spacing w:after="0"/>
              <w:jc w:val="left"/>
            </w:pPr>
            <w:r>
              <w:rPr>
                <w:sz w:val="16"/>
              </w:rPr>
              <w:t>event-days per year</w:t>
            </w:r>
          </w:p>
        </w:tc>
        <w:tc>
          <w:tcPr>
            <w:tcW w:type="dxa" w:w="1821"/>
          </w:tcPr>
          <w:p>
            <w:pPr>
              <w:spacing w:after="0"/>
              <w:jc w:val="left"/>
            </w:pPr>
            <w:r>
              <w:rPr>
                <w:sz w:val="16"/>
              </w:rPr>
              <w:t>about 2.46 days per year</w:t>
            </w:r>
          </w:p>
        </w:tc>
        <w:tc>
          <w:tcPr>
            <w:tcW w:type="dxa" w:w="1037"/>
          </w:tcPr>
          <w:p>
            <w:pPr>
              <w:spacing w:after="0"/>
              <w:jc w:val="left"/>
            </w:pPr>
            <w:r>
              <w:rPr>
                <w:sz w:val="16"/>
              </w:rPr>
              <w:t>Highly likely</w:t>
            </w:r>
          </w:p>
        </w:tc>
        <w:tc>
          <w:tcPr>
            <w:tcW w:type="dxa" w:w="1374"/>
          </w:tcPr>
          <w:p>
            <w:pPr>
              <w:spacing w:after="0"/>
              <w:jc w:val="left"/>
            </w:pPr>
            <w:r>
              <w:rPr>
                <w:sz w:val="16"/>
              </w:rPr>
              <w:t>Storm Events event-days in 28 of 30 years, 1996 to 2025 (93.3%)</w:t>
            </w:r>
          </w:p>
        </w:tc>
        <w:tc>
          <w:tcPr>
            <w:tcW w:type="dxa" w:w="1609"/>
          </w:tcPr>
          <w:p>
            <w:pPr>
              <w:spacing w:after="0"/>
              <w:jc w:val="right"/>
            </w:pPr>
            <w:r>
              <w:rPr>
                <w:sz w:val="16"/>
              </w:rPr>
              <w:t>69</w:t>
            </w:r>
          </w:p>
        </w:tc>
        <w:tc>
          <w:tcPr>
            <w:tcW w:type="dxa" w:w="1827"/>
          </w:tcPr>
          <w:p>
            <w:pPr>
              <w:spacing w:after="0"/>
              <w:jc w:val="left"/>
            </w:pPr>
            <w:r>
              <w:rPr>
                <w:sz w:val="16"/>
              </w:rPr>
              <w:t>1996 to 2023 (28 years)</w:t>
            </w:r>
          </w:p>
        </w:tc>
        <w:tc>
          <w:tcPr>
            <w:tcW w:type="dxa" w:w="1037"/>
          </w:tcPr>
          <w:p>
            <w:pPr>
              <w:spacing w:after="0"/>
              <w:jc w:val="left"/>
            </w:pPr>
            <w:r>
              <w:rPr>
                <w:sz w:val="16"/>
              </w:rPr>
              <w:t>see B1-f</w:t>
            </w:r>
          </w:p>
        </w:tc>
        <w:tc>
          <w:tcPr>
            <w:tcW w:type="dxa" w:w="1608"/>
          </w:tcPr>
          <w:p>
            <w:pPr>
              <w:spacing w:after="0"/>
              <w:jc w:val="left"/>
            </w:pPr>
          </w:p>
        </w:tc>
      </w:tr>
      <w:tr>
        <w:trPr>
          <w:cantSplit/>
        </w:trPr>
        <w:tc>
          <w:tcPr>
            <w:tcW w:type="dxa" w:w="1037"/>
          </w:tcPr>
          <w:p>
            <w:pPr>
              <w:spacing w:after="0"/>
              <w:jc w:val="left"/>
            </w:pPr>
            <w:r>
              <w:rPr>
                <w:sz w:val="16"/>
              </w:rPr>
              <w:t>Landslide</w:t>
            </w:r>
          </w:p>
        </w:tc>
        <w:tc>
          <w:tcPr>
            <w:tcW w:type="dxa" w:w="1384"/>
          </w:tcPr>
          <w:p>
            <w:pPr>
              <w:spacing w:after="0"/>
              <w:jc w:val="right"/>
            </w:pPr>
            <w:r>
              <w:rPr>
                <w:sz w:val="16"/>
              </w:rPr>
              <w:t>0.392</w:t>
            </w:r>
          </w:p>
        </w:tc>
        <w:tc>
          <w:tcPr>
            <w:tcW w:type="dxa" w:w="1379"/>
          </w:tcPr>
          <w:p>
            <w:pPr>
              <w:spacing w:after="0"/>
              <w:jc w:val="left"/>
            </w:pPr>
            <w:r>
              <w:rPr>
                <w:sz w:val="16"/>
              </w:rPr>
              <w:t>events per year (modeled)</w:t>
            </w:r>
          </w:p>
        </w:tc>
        <w:tc>
          <w:tcPr>
            <w:tcW w:type="dxa" w:w="1821"/>
          </w:tcPr>
          <w:p>
            <w:pPr>
              <w:spacing w:after="0"/>
              <w:jc w:val="left"/>
            </w:pPr>
            <w:r>
              <w:rPr>
                <w:sz w:val="16"/>
              </w:rPr>
              <w:t>about 1 in 3 years</w:t>
            </w:r>
          </w:p>
        </w:tc>
        <w:tc>
          <w:tcPr>
            <w:tcW w:type="dxa" w:w="1037"/>
          </w:tcPr>
          <w:p>
            <w:pPr>
              <w:spacing w:after="0"/>
              <w:jc w:val="left"/>
            </w:pPr>
            <w:r>
              <w:rPr>
                <w:sz w:val="16"/>
              </w:rPr>
              <w:t>Likely</w:t>
            </w:r>
          </w:p>
        </w:tc>
        <w:tc>
          <w:tcPr>
            <w:tcW w:type="dxa" w:w="1374"/>
          </w:tcPr>
          <w:p>
            <w:pPr>
              <w:spacing w:after="0"/>
              <w:jc w:val="left"/>
            </w:pPr>
            <w:r>
              <w:rPr>
                <w:sz w:val="16"/>
              </w:rPr>
              <w:t>FEMA annualized frequency (modeled)</w:t>
            </w:r>
          </w:p>
        </w:tc>
        <w:tc>
          <w:tcPr>
            <w:tcW w:type="dxa" w:w="1609"/>
          </w:tcPr>
          <w:p>
            <w:pPr>
              <w:spacing w:after="0"/>
              <w:jc w:val="right"/>
            </w:pPr>
            <w:r>
              <w:rPr>
                <w:sz w:val="16"/>
              </w:rPr>
              <w:t>not shown</w:t>
            </w:r>
          </w:p>
        </w:tc>
        <w:tc>
          <w:tcPr>
            <w:tcW w:type="dxa" w:w="1827"/>
          </w:tcPr>
          <w:p>
            <w:pPr>
              <w:spacing w:after="0"/>
              <w:jc w:val="left"/>
            </w:pPr>
            <w:r>
              <w:rPr>
                <w:sz w:val="16"/>
              </w:rPr>
              <w:t>modeled</w:t>
            </w:r>
          </w:p>
        </w:tc>
        <w:tc>
          <w:tcPr>
            <w:tcW w:type="dxa" w:w="1037"/>
          </w:tcPr>
          <w:p>
            <w:pPr>
              <w:spacing w:after="0"/>
              <w:jc w:val="left"/>
            </w:pPr>
            <w:r>
              <w:rPr>
                <w:sz w:val="16"/>
              </w:rPr>
              <w:t>see B1-f</w:t>
            </w:r>
          </w:p>
        </w:tc>
        <w:tc>
          <w:tcPr>
            <w:tcW w:type="dxa" w:w="1608"/>
          </w:tcPr>
          <w:p>
            <w:pPr>
              <w:spacing w:after="0"/>
              <w:jc w:val="left"/>
            </w:pPr>
          </w:p>
        </w:tc>
      </w:tr>
      <w:tr>
        <w:trPr>
          <w:cantSplit/>
        </w:trPr>
        <w:tc>
          <w:tcPr>
            <w:tcW w:type="dxa" w:w="1037"/>
          </w:tcPr>
          <w:p>
            <w:pPr>
              <w:spacing w:after="0"/>
              <w:jc w:val="left"/>
            </w:pPr>
            <w:r>
              <w:rPr>
                <w:sz w:val="16"/>
              </w:rPr>
              <w:t>Lightning</w:t>
            </w:r>
          </w:p>
        </w:tc>
        <w:tc>
          <w:tcPr>
            <w:tcW w:type="dxa" w:w="1384"/>
          </w:tcPr>
          <w:p>
            <w:pPr>
              <w:spacing w:after="0"/>
              <w:jc w:val="right"/>
            </w:pPr>
            <w:r>
              <w:rPr>
                <w:sz w:val="16"/>
              </w:rPr>
              <w:t>51.1</w:t>
            </w:r>
          </w:p>
        </w:tc>
        <w:tc>
          <w:tcPr>
            <w:tcW w:type="dxa" w:w="1379"/>
          </w:tcPr>
          <w:p>
            <w:pPr>
              <w:spacing w:after="0"/>
              <w:jc w:val="left"/>
            </w:pPr>
            <w:r>
              <w:rPr>
                <w:sz w:val="16"/>
              </w:rPr>
              <w:t>days per year with a strike</w:t>
            </w:r>
          </w:p>
        </w:tc>
        <w:tc>
          <w:tcPr>
            <w:tcW w:type="dxa" w:w="1821"/>
          </w:tcPr>
          <w:p>
            <w:pPr>
              <w:spacing w:after="0"/>
              <w:jc w:val="left"/>
            </w:pPr>
            <w:r>
              <w:rPr>
                <w:sz w:val="16"/>
              </w:rPr>
              <w:t>about 51.1 days per year</w:t>
            </w:r>
          </w:p>
        </w:tc>
        <w:tc>
          <w:tcPr>
            <w:tcW w:type="dxa" w:w="1037"/>
          </w:tcPr>
          <w:p>
            <w:pPr>
              <w:spacing w:after="0"/>
              <w:jc w:val="left"/>
            </w:pPr>
            <w:r>
              <w:rPr>
                <w:sz w:val="16"/>
              </w:rPr>
              <w:t>Highly likely</w:t>
            </w:r>
          </w:p>
        </w:tc>
        <w:tc>
          <w:tcPr>
            <w:tcW w:type="dxa" w:w="1374"/>
          </w:tcPr>
          <w:p>
            <w:pPr>
              <w:spacing w:after="0"/>
              <w:jc w:val="left"/>
            </w:pPr>
            <w:r>
              <w:rPr>
                <w:sz w:val="16"/>
              </w:rPr>
              <w:t>FEMA annualized frequency (modeled)</w:t>
            </w:r>
          </w:p>
        </w:tc>
        <w:tc>
          <w:tcPr>
            <w:tcW w:type="dxa" w:w="1609"/>
          </w:tcPr>
          <w:p>
            <w:pPr>
              <w:spacing w:after="0"/>
              <w:jc w:val="right"/>
            </w:pPr>
            <w:r>
              <w:rPr>
                <w:sz w:val="16"/>
              </w:rPr>
              <w:t>not shown</w:t>
            </w:r>
          </w:p>
        </w:tc>
        <w:tc>
          <w:tcPr>
            <w:tcW w:type="dxa" w:w="1827"/>
          </w:tcPr>
          <w:p>
            <w:pPr>
              <w:spacing w:after="0"/>
              <w:jc w:val="left"/>
            </w:pPr>
            <w:r>
              <w:rPr>
                <w:sz w:val="16"/>
              </w:rPr>
              <w:t>1995 to 2023 (29 years; CONUS)</w:t>
            </w:r>
          </w:p>
        </w:tc>
        <w:tc>
          <w:tcPr>
            <w:tcW w:type="dxa" w:w="1037"/>
          </w:tcPr>
          <w:p>
            <w:pPr>
              <w:spacing w:after="0"/>
              <w:jc w:val="left"/>
            </w:pPr>
            <w:r>
              <w:rPr>
                <w:sz w:val="16"/>
              </w:rPr>
              <w:t>countywide</w:t>
            </w:r>
          </w:p>
        </w:tc>
        <w:tc>
          <w:tcPr>
            <w:tcW w:type="dxa" w:w="1608"/>
          </w:tcPr>
          <w:p>
            <w:pPr>
              <w:spacing w:after="0"/>
              <w:jc w:val="left"/>
            </w:pPr>
          </w:p>
        </w:tc>
      </w:tr>
      <w:tr>
        <w:trPr>
          <w:cantSplit/>
        </w:trPr>
        <w:tc>
          <w:tcPr>
            <w:tcW w:type="dxa" w:w="1037"/>
          </w:tcPr>
          <w:p>
            <w:pPr>
              <w:spacing w:after="0"/>
              <w:jc w:val="left"/>
            </w:pPr>
            <w:r>
              <w:rPr>
                <w:sz w:val="16"/>
              </w:rPr>
              <w:t>Strong Wind</w:t>
            </w:r>
          </w:p>
        </w:tc>
        <w:tc>
          <w:tcPr>
            <w:tcW w:type="dxa" w:w="1384"/>
          </w:tcPr>
          <w:p>
            <w:pPr>
              <w:spacing w:after="0"/>
              <w:jc w:val="right"/>
            </w:pPr>
            <w:r>
              <w:rPr>
                <w:sz w:val="16"/>
              </w:rPr>
              <w:t>5.67</w:t>
            </w:r>
          </w:p>
        </w:tc>
        <w:tc>
          <w:tcPr>
            <w:tcW w:type="dxa" w:w="1379"/>
          </w:tcPr>
          <w:p>
            <w:pPr>
              <w:spacing w:after="0"/>
              <w:jc w:val="left"/>
            </w:pPr>
            <w:r>
              <w:rPr>
                <w:sz w:val="16"/>
              </w:rPr>
              <w:t>events per year</w:t>
            </w:r>
          </w:p>
        </w:tc>
        <w:tc>
          <w:tcPr>
            <w:tcW w:type="dxa" w:w="1821"/>
          </w:tcPr>
          <w:p>
            <w:pPr>
              <w:spacing w:after="0"/>
              <w:jc w:val="left"/>
            </w:pPr>
            <w:r>
              <w:rPr>
                <w:sz w:val="16"/>
              </w:rPr>
              <w:t>about 5.67 per year</w:t>
            </w:r>
          </w:p>
        </w:tc>
        <w:tc>
          <w:tcPr>
            <w:tcW w:type="dxa" w:w="1037"/>
          </w:tcPr>
          <w:p>
            <w:pPr>
              <w:spacing w:after="0"/>
              <w:jc w:val="left"/>
            </w:pPr>
            <w:r>
              <w:rPr>
                <w:sz w:val="16"/>
              </w:rPr>
              <w:t>Highly likely</w:t>
            </w:r>
          </w:p>
        </w:tc>
        <w:tc>
          <w:tcPr>
            <w:tcW w:type="dxa" w:w="1374"/>
          </w:tcPr>
          <w:p>
            <w:pPr>
              <w:spacing w:after="0"/>
              <w:jc w:val="left"/>
            </w:pPr>
            <w:r>
              <w:rPr>
                <w:sz w:val="16"/>
              </w:rPr>
              <w:t>FEMA annualized frequency (modeled)</w:t>
            </w:r>
          </w:p>
        </w:tc>
        <w:tc>
          <w:tcPr>
            <w:tcW w:type="dxa" w:w="1609"/>
          </w:tcPr>
          <w:p>
            <w:pPr>
              <w:spacing w:after="0"/>
              <w:jc w:val="right"/>
            </w:pPr>
            <w:r>
              <w:rPr>
                <w:sz w:val="16"/>
              </w:rPr>
              <w:t>216</w:t>
            </w:r>
          </w:p>
        </w:tc>
        <w:tc>
          <w:tcPr>
            <w:tcW w:type="dxa" w:w="1827"/>
          </w:tcPr>
          <w:p>
            <w:pPr>
              <w:spacing w:after="0"/>
              <w:jc w:val="left"/>
            </w:pPr>
            <w:r>
              <w:rPr>
                <w:sz w:val="16"/>
              </w:rPr>
              <w:t>1986 to 2023 (38 years)</w:t>
            </w:r>
          </w:p>
        </w:tc>
        <w:tc>
          <w:tcPr>
            <w:tcW w:type="dxa" w:w="1037"/>
          </w:tcPr>
          <w:p>
            <w:pPr>
              <w:spacing w:after="0"/>
              <w:jc w:val="left"/>
            </w:pPr>
            <w:r>
              <w:rPr>
                <w:sz w:val="16"/>
              </w:rPr>
              <w:t>countywide</w:t>
            </w:r>
          </w:p>
        </w:tc>
        <w:tc>
          <w:tcPr>
            <w:tcW w:type="dxa" w:w="1608"/>
          </w:tcPr>
          <w:p>
            <w:pPr>
              <w:spacing w:after="0"/>
              <w:jc w:val="left"/>
            </w:pPr>
          </w:p>
        </w:tc>
      </w:tr>
      <w:tr>
        <w:trPr>
          <w:cantSplit/>
        </w:trPr>
        <w:tc>
          <w:tcPr>
            <w:tcW w:type="dxa" w:w="1037"/>
          </w:tcPr>
          <w:p>
            <w:pPr>
              <w:spacing w:after="0"/>
              <w:jc w:val="left"/>
            </w:pPr>
            <w:r>
              <w:rPr>
                <w:sz w:val="16"/>
              </w:rPr>
              <w:t>Tornado</w:t>
            </w:r>
          </w:p>
        </w:tc>
        <w:tc>
          <w:tcPr>
            <w:tcW w:type="dxa" w:w="1384"/>
          </w:tcPr>
          <w:p>
            <w:pPr>
              <w:spacing w:after="0"/>
              <w:jc w:val="right"/>
            </w:pPr>
            <w:r>
              <w:rPr>
                <w:sz w:val="16"/>
              </w:rPr>
              <w:t>0.0632</w:t>
            </w:r>
          </w:p>
        </w:tc>
        <w:tc>
          <w:tcPr>
            <w:tcW w:type="dxa" w:w="1379"/>
          </w:tcPr>
          <w:p>
            <w:pPr>
              <w:spacing w:after="0"/>
              <w:jc w:val="left"/>
            </w:pPr>
            <w:r>
              <w:rPr>
                <w:sz w:val="16"/>
              </w:rPr>
              <w:t>events per year</w:t>
            </w:r>
          </w:p>
        </w:tc>
        <w:tc>
          <w:tcPr>
            <w:tcW w:type="dxa" w:w="1821"/>
          </w:tcPr>
          <w:p>
            <w:pPr>
              <w:spacing w:after="0"/>
              <w:jc w:val="left"/>
            </w:pPr>
            <w:r>
              <w:rPr>
                <w:sz w:val="16"/>
              </w:rPr>
              <w:t>about 1 in 16 years</w:t>
            </w:r>
          </w:p>
        </w:tc>
        <w:tc>
          <w:tcPr>
            <w:tcW w:type="dxa" w:w="1037"/>
          </w:tcPr>
          <w:p>
            <w:pPr>
              <w:spacing w:after="0"/>
              <w:jc w:val="left"/>
            </w:pPr>
            <w:r>
              <w:rPr>
                <w:sz w:val="16"/>
              </w:rPr>
              <w:t>Possible</w:t>
            </w:r>
          </w:p>
        </w:tc>
        <w:tc>
          <w:tcPr>
            <w:tcW w:type="dxa" w:w="1374"/>
          </w:tcPr>
          <w:p>
            <w:pPr>
              <w:spacing w:after="0"/>
              <w:jc w:val="left"/>
            </w:pPr>
            <w:r>
              <w:rPr>
                <w:sz w:val="16"/>
              </w:rPr>
              <w:t>FEMA annualized frequency (modeled)</w:t>
            </w:r>
          </w:p>
        </w:tc>
        <w:tc>
          <w:tcPr>
            <w:tcW w:type="dxa" w:w="1609"/>
          </w:tcPr>
          <w:p>
            <w:pPr>
              <w:spacing w:after="0"/>
              <w:jc w:val="right"/>
            </w:pPr>
            <w:r>
              <w:rPr>
                <w:sz w:val="16"/>
              </w:rPr>
              <w:t>not shown</w:t>
            </w:r>
          </w:p>
        </w:tc>
        <w:tc>
          <w:tcPr>
            <w:tcW w:type="dxa" w:w="1827"/>
          </w:tcPr>
          <w:p>
            <w:pPr>
              <w:spacing w:after="0"/>
              <w:jc w:val="left"/>
            </w:pPr>
            <w:r>
              <w:rPr>
                <w:sz w:val="16"/>
              </w:rPr>
              <w:t>1950 to 2023 (EF2+); 1986 to 2023 (EF0-1)</w:t>
            </w:r>
          </w:p>
        </w:tc>
        <w:tc>
          <w:tcPr>
            <w:tcW w:type="dxa" w:w="1037"/>
          </w:tcPr>
          <w:p>
            <w:pPr>
              <w:spacing w:after="0"/>
              <w:jc w:val="left"/>
            </w:pPr>
            <w:r>
              <w:rPr>
                <w:sz w:val="16"/>
              </w:rPr>
              <w:t>see B1-f</w:t>
            </w:r>
          </w:p>
        </w:tc>
        <w:tc>
          <w:tcPr>
            <w:tcW w:type="dxa" w:w="1608"/>
          </w:tcPr>
          <w:p>
            <w:pPr>
              <w:spacing w:after="0"/>
              <w:jc w:val="left"/>
            </w:pPr>
          </w:p>
        </w:tc>
      </w:tr>
      <w:tr>
        <w:trPr>
          <w:cantSplit/>
        </w:trPr>
        <w:tc>
          <w:tcPr>
            <w:tcW w:type="dxa" w:w="1037"/>
          </w:tcPr>
          <w:p>
            <w:pPr>
              <w:spacing w:after="0"/>
              <w:jc w:val="left"/>
            </w:pPr>
            <w:r>
              <w:rPr>
                <w:sz w:val="16"/>
              </w:rPr>
              <w:t>Wildfire</w:t>
            </w:r>
          </w:p>
        </w:tc>
        <w:tc>
          <w:tcPr>
            <w:tcW w:type="dxa" w:w="1384"/>
          </w:tcPr>
          <w:p>
            <w:pPr>
              <w:spacing w:after="0"/>
              <w:jc w:val="right"/>
            </w:pPr>
            <w:r>
              <w:rPr>
                <w:sz w:val="16"/>
              </w:rPr>
              <w:t>0.000939</w:t>
            </w:r>
          </w:p>
        </w:tc>
        <w:tc>
          <w:tcPr>
            <w:tcW w:type="dxa" w:w="1379"/>
          </w:tcPr>
          <w:p>
            <w:pPr>
              <w:spacing w:after="0"/>
              <w:jc w:val="left"/>
            </w:pPr>
            <w:r>
              <w:rPr>
                <w:sz w:val="16"/>
              </w:rPr>
              <w:t>annual probability at a location</w:t>
            </w:r>
          </w:p>
        </w:tc>
        <w:tc>
          <w:tcPr>
            <w:tcW w:type="dxa" w:w="1821"/>
          </w:tcPr>
          <w:p>
            <w:pPr>
              <w:spacing w:after="0"/>
              <w:jc w:val="left"/>
            </w:pPr>
            <w:r>
              <w:rPr>
                <w:sz w:val="16"/>
              </w:rPr>
              <w:t>chance a given location in the county burns in a year: 0.0939%</w:t>
            </w:r>
          </w:p>
        </w:tc>
        <w:tc>
          <w:tcPr>
            <w:tcW w:type="dxa" w:w="1037"/>
          </w:tcPr>
          <w:p>
            <w:pPr>
              <w:spacing w:after="0"/>
              <w:jc w:val="left"/>
            </w:pPr>
            <w:r>
              <w:rPr>
                <w:sz w:val="16"/>
              </w:rPr>
              <w:t>Possible</w:t>
            </w:r>
          </w:p>
        </w:tc>
        <w:tc>
          <w:tcPr>
            <w:tcW w:type="dxa" w:w="1374"/>
          </w:tcPr>
          <w:p>
            <w:pPr>
              <w:spacing w:after="0"/>
              <w:jc w:val="left"/>
            </w:pPr>
            <w:r>
              <w:rPr>
                <w:sz w:val="16"/>
              </w:rPr>
              <w:t>Storm Events records in 1 of 30 years, 1996 to 2025 (3.33%)</w:t>
            </w:r>
          </w:p>
        </w:tc>
        <w:tc>
          <w:tcPr>
            <w:tcW w:type="dxa" w:w="1609"/>
          </w:tcPr>
          <w:p>
            <w:pPr>
              <w:spacing w:after="0"/>
              <w:jc w:val="right"/>
            </w:pPr>
            <w:r>
              <w:rPr>
                <w:sz w:val="16"/>
              </w:rPr>
              <w:t>not shown</w:t>
            </w:r>
          </w:p>
        </w:tc>
        <w:tc>
          <w:tcPr>
            <w:tcW w:type="dxa" w:w="1827"/>
          </w:tcPr>
          <w:p>
            <w:pPr>
              <w:spacing w:after="0"/>
              <w:jc w:val="left"/>
            </w:pPr>
            <w:r>
              <w:rPr>
                <w:sz w:val="16"/>
              </w:rPr>
              <w:t>modeled</w:t>
            </w:r>
          </w:p>
        </w:tc>
        <w:tc>
          <w:tcPr>
            <w:tcW w:type="dxa" w:w="1037"/>
          </w:tcPr>
          <w:p>
            <w:pPr>
              <w:spacing w:after="0"/>
              <w:jc w:val="left"/>
            </w:pPr>
            <w:r>
              <w:rPr>
                <w:sz w:val="16"/>
              </w:rPr>
              <w:t>see B1-f</w:t>
            </w:r>
          </w:p>
        </w:tc>
        <w:tc>
          <w:tcPr>
            <w:tcW w:type="dxa" w:w="1608"/>
          </w:tcPr>
          <w:p>
            <w:pPr>
              <w:spacing w:after="0"/>
              <w:jc w:val="left"/>
            </w:pPr>
          </w:p>
        </w:tc>
      </w:tr>
      <w:tr>
        <w:trPr>
          <w:cantSplit/>
        </w:trPr>
        <w:tc>
          <w:tcPr>
            <w:tcW w:type="dxa" w:w="1037"/>
          </w:tcPr>
          <w:p>
            <w:pPr>
              <w:spacing w:after="0"/>
              <w:jc w:val="left"/>
            </w:pPr>
            <w:r>
              <w:rPr>
                <w:sz w:val="16"/>
              </w:rPr>
              <w:t>Winter Weather</w:t>
            </w:r>
          </w:p>
        </w:tc>
        <w:tc>
          <w:tcPr>
            <w:tcW w:type="dxa" w:w="1384"/>
          </w:tcPr>
          <w:p>
            <w:pPr>
              <w:spacing w:after="0"/>
              <w:jc w:val="right"/>
            </w:pPr>
            <w:r>
              <w:rPr>
                <w:sz w:val="16"/>
              </w:rPr>
              <w:t>14.6</w:t>
            </w:r>
          </w:p>
        </w:tc>
        <w:tc>
          <w:tcPr>
            <w:tcW w:type="dxa" w:w="1379"/>
          </w:tcPr>
          <w:p>
            <w:pPr>
              <w:spacing w:after="0"/>
              <w:jc w:val="left"/>
            </w:pPr>
            <w:r>
              <w:rPr>
                <w:sz w:val="16"/>
              </w:rPr>
              <w:t>event-days per year</w:t>
            </w:r>
          </w:p>
        </w:tc>
        <w:tc>
          <w:tcPr>
            <w:tcW w:type="dxa" w:w="1821"/>
          </w:tcPr>
          <w:p>
            <w:pPr>
              <w:spacing w:after="0"/>
              <w:jc w:val="left"/>
            </w:pPr>
            <w:r>
              <w:rPr>
                <w:sz w:val="16"/>
              </w:rPr>
              <w:t>about 14.6 days per year</w:t>
            </w:r>
          </w:p>
        </w:tc>
        <w:tc>
          <w:tcPr>
            <w:tcW w:type="dxa" w:w="1037"/>
          </w:tcPr>
          <w:p>
            <w:pPr>
              <w:spacing w:after="0"/>
              <w:jc w:val="left"/>
            </w:pPr>
            <w:r>
              <w:rPr>
                <w:sz w:val="16"/>
              </w:rPr>
              <w:t>Likely</w:t>
            </w:r>
          </w:p>
        </w:tc>
        <w:tc>
          <w:tcPr>
            <w:tcW w:type="dxa" w:w="1374"/>
          </w:tcPr>
          <w:p>
            <w:pPr>
              <w:spacing w:after="0"/>
              <w:jc w:val="left"/>
            </w:pPr>
            <w:r>
              <w:rPr>
                <w:sz w:val="16"/>
              </w:rPr>
              <w:t>Storm Events event-days in 20 of 30 years, 1996 to 2025 (66.7%)</w:t>
            </w:r>
          </w:p>
        </w:tc>
        <w:tc>
          <w:tcPr>
            <w:tcW w:type="dxa" w:w="1609"/>
          </w:tcPr>
          <w:p>
            <w:pPr>
              <w:spacing w:after="0"/>
              <w:jc w:val="right"/>
            </w:pPr>
            <w:r>
              <w:rPr>
                <w:sz w:val="16"/>
              </w:rPr>
              <w:t>278</w:t>
            </w:r>
          </w:p>
        </w:tc>
        <w:tc>
          <w:tcPr>
            <w:tcW w:type="dxa" w:w="1827"/>
          </w:tcPr>
          <w:p>
            <w:pPr>
              <w:spacing w:after="0"/>
              <w:jc w:val="left"/>
            </w:pPr>
            <w:r>
              <w:rPr>
                <w:sz w:val="16"/>
              </w:rPr>
              <w:t>2005-11-12 to 2024-11-12 (19 years)</w:t>
            </w:r>
          </w:p>
        </w:tc>
        <w:tc>
          <w:tcPr>
            <w:tcW w:type="dxa" w:w="1037"/>
          </w:tcPr>
          <w:p>
            <w:pPr>
              <w:spacing w:after="0"/>
              <w:jc w:val="left"/>
            </w:pPr>
            <w:r>
              <w:rPr>
                <w:sz w:val="16"/>
              </w:rPr>
              <w:t>countywide</w:t>
            </w:r>
          </w:p>
        </w:tc>
        <w:tc>
          <w:tcPr>
            <w:tcW w:type="dxa" w:w="1608"/>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30</w:t>
            </w:r>
          </w:p>
        </w:tc>
        <w:tc>
          <w:tcPr>
            <w:tcW w:type="dxa" w:w="1381"/>
          </w:tcPr>
          <w:p>
            <w:pPr>
              <w:spacing w:after="0"/>
              <w:jc w:val="right"/>
            </w:pPr>
            <w:r>
              <w:rPr>
                <w:sz w:val="16"/>
              </w:rPr>
              <w:t>30</w:t>
            </w:r>
          </w:p>
        </w:tc>
        <w:tc>
          <w:tcPr>
            <w:tcW w:type="dxa" w:w="1381"/>
          </w:tcPr>
          <w:p>
            <w:pPr>
              <w:spacing w:after="0"/>
              <w:jc w:val="right"/>
            </w:pPr>
            <w:r>
              <w:rPr>
                <w:sz w:val="16"/>
              </w:rPr>
              <w:t>1</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169</w:t>
            </w:r>
          </w:p>
        </w:tc>
        <w:tc>
          <w:tcPr>
            <w:tcW w:type="dxa" w:w="1381"/>
          </w:tcPr>
          <w:p>
            <w:pPr>
              <w:spacing w:after="0"/>
              <w:jc w:val="right"/>
            </w:pPr>
            <w:r>
              <w:rPr>
                <w:sz w:val="16"/>
              </w:rPr>
              <w:t>30</w:t>
            </w:r>
          </w:p>
        </w:tc>
        <w:tc>
          <w:tcPr>
            <w:tcW w:type="dxa" w:w="1381"/>
          </w:tcPr>
          <w:p>
            <w:pPr>
              <w:spacing w:after="0"/>
              <w:jc w:val="right"/>
            </w:pPr>
            <w:r>
              <w:rPr>
                <w:sz w:val="16"/>
              </w:rPr>
              <w:t>5.63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25</w:t>
            </w:r>
          </w:p>
        </w:tc>
        <w:tc>
          <w:tcPr>
            <w:tcW w:type="dxa" w:w="1381"/>
          </w:tcPr>
          <w:p>
            <w:pPr>
              <w:spacing w:after="0"/>
              <w:jc w:val="right"/>
            </w:pPr>
            <w:r>
              <w:rPr>
                <w:sz w:val="16"/>
              </w:rPr>
              <w:t>30</w:t>
            </w:r>
          </w:p>
        </w:tc>
        <w:tc>
          <w:tcPr>
            <w:tcW w:type="dxa" w:w="1381"/>
          </w:tcPr>
          <w:p>
            <w:pPr>
              <w:spacing w:after="0"/>
              <w:jc w:val="right"/>
            </w:pPr>
            <w:r>
              <w:rPr>
                <w:sz w:val="16"/>
              </w:rPr>
              <w:t>0.833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99"/>
        <w:gridCol w:w="1311"/>
        <w:gridCol w:w="1250"/>
        <w:gridCol w:w="1311"/>
        <w:gridCol w:w="1250"/>
        <w:gridCol w:w="6992"/>
      </w:tblGrid>
      <w:tr>
        <w:trPr>
          <w:cantSplit/>
          <w:tblHeader/>
        </w:trPr>
        <w:tc>
          <w:tcPr>
            <w:tcW w:type="dxa" w:w="1999"/>
            <w:vMerge w:val="restart"/>
            <w:shd w:val="clear" w:color="auto" w:fill="E8E8E8"/>
          </w:tcPr>
          <w:p>
            <w:pPr>
              <w:spacing w:after="0"/>
              <w:jc w:val="left"/>
            </w:pPr>
            <w:r>
              <w:rPr>
                <w:b/>
                <w:sz w:val="16"/>
              </w:rPr>
              <w:t>Hazard</w:t>
            </w:r>
          </w:p>
        </w:tc>
        <w:tc>
          <w:tcPr>
            <w:tcW w:type="dxa" w:w="1311"/>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50"/>
            <w:shd w:val="clear" w:color="auto" w:fill="E8E8E8"/>
          </w:tcPr>
          <w:p>
            <w:pPr>
              <w:spacing w:after="0"/>
              <w:jc w:val="right"/>
            </w:pPr>
            <w:r>
              <w:rPr>
                <w:b/>
                <w:sz w:val="16"/>
              </w:rPr>
              <w:t>Min</w:t>
            </w:r>
          </w:p>
        </w:tc>
        <w:tc>
          <w:tcPr>
            <w:tcW w:type="dxa" w:w="1311"/>
            <w:shd w:val="clear" w:color="auto" w:fill="E8E8E8"/>
          </w:tcPr>
          <w:p>
            <w:pPr>
              <w:spacing w:after="0"/>
              <w:jc w:val="right"/>
            </w:pPr>
            <w:r>
              <w:rPr>
                <w:b/>
                <w:sz w:val="16"/>
              </w:rPr>
              <w:t>Median</w:t>
            </w:r>
          </w:p>
        </w:tc>
        <w:tc>
          <w:tcPr>
            <w:tcW w:type="dxa" w:w="1250"/>
            <w:shd w:val="clear" w:color="auto" w:fill="E8E8E8"/>
          </w:tcPr>
          <w:p>
            <w:pPr>
              <w:spacing w:after="0"/>
              <w:jc w:val="right"/>
            </w:pPr>
            <w:r>
              <w:rPr>
                <w:b/>
                <w:sz w:val="16"/>
              </w:rPr>
              <w:t>Max</w:t>
            </w:r>
          </w:p>
        </w:tc>
        <w:tc>
          <w:tcPr>
            <w:tcW w:type="dxa" w:w="2352"/>
            <w:vMerge/>
          </w:tcPr>
          <w:p/>
        </w:tc>
      </w:tr>
      <w:tr>
        <w:trPr>
          <w:cantSplit/>
        </w:trPr>
        <w:tc>
          <w:tcPr>
            <w:tcW w:type="dxa" w:w="1999"/>
          </w:tcPr>
          <w:p>
            <w:pPr>
              <w:spacing w:after="0"/>
              <w:jc w:val="left"/>
            </w:pPr>
            <w:r>
              <w:rPr>
                <w:sz w:val="16"/>
              </w:rPr>
              <w:t>Avalanche</w:t>
            </w:r>
          </w:p>
        </w:tc>
        <w:tc>
          <w:tcPr>
            <w:tcW w:type="dxa" w:w="1311"/>
          </w:tcPr>
          <w:p>
            <w:pPr>
              <w:spacing w:after="0"/>
              <w:jc w:val="right"/>
            </w:pPr>
            <w:r>
              <w:rPr>
                <w:sz w:val="16"/>
              </w:rPr>
              <w:t>2 of 4</w:t>
            </w:r>
          </w:p>
        </w:tc>
        <w:tc>
          <w:tcPr>
            <w:tcW w:type="dxa" w:w="1250"/>
          </w:tcPr>
          <w:p>
            <w:pPr>
              <w:spacing w:after="0"/>
              <w:jc w:val="right"/>
            </w:pPr>
            <w:r>
              <w:rPr>
                <w:sz w:val="16"/>
              </w:rPr>
              <w:t>8.7</w:t>
            </w:r>
          </w:p>
        </w:tc>
        <w:tc>
          <w:tcPr>
            <w:tcW w:type="dxa" w:w="1311"/>
          </w:tcPr>
          <w:p>
            <w:pPr>
              <w:spacing w:after="0"/>
              <w:jc w:val="right"/>
            </w:pPr>
            <w:r>
              <w:rPr>
                <w:sz w:val="16"/>
              </w:rPr>
              <w:t>8.8</w:t>
            </w:r>
          </w:p>
        </w:tc>
        <w:tc>
          <w:tcPr>
            <w:tcW w:type="dxa" w:w="1250"/>
          </w:tcPr>
          <w:p>
            <w:pPr>
              <w:spacing w:after="0"/>
              <w:jc w:val="right"/>
            </w:pPr>
            <w:r>
              <w:rPr>
                <w:sz w:val="16"/>
              </w:rPr>
              <w:t>8.8</w:t>
            </w:r>
          </w:p>
        </w:tc>
        <w:tc>
          <w:tcPr>
            <w:tcW w:type="dxa" w:w="6992"/>
          </w:tcPr>
          <w:p>
            <w:pPr>
              <w:spacing w:after="0"/>
              <w:jc w:val="left"/>
            </w:pPr>
            <w:r>
              <w:rPr>
                <w:sz w:val="16"/>
              </w:rPr>
              <w:t>Very Low 2, Not Applicable 2</w:t>
            </w:r>
          </w:p>
        </w:tc>
      </w:tr>
      <w:tr>
        <w:trPr>
          <w:cantSplit/>
        </w:trPr>
        <w:tc>
          <w:tcPr>
            <w:tcW w:type="dxa" w:w="1999"/>
          </w:tcPr>
          <w:p>
            <w:pPr>
              <w:spacing w:after="0"/>
              <w:jc w:val="left"/>
            </w:pPr>
            <w:r>
              <w:rPr>
                <w:sz w:val="16"/>
              </w:rPr>
              <w:t>Cold Wave</w:t>
            </w:r>
          </w:p>
        </w:tc>
        <w:tc>
          <w:tcPr>
            <w:tcW w:type="dxa" w:w="1311"/>
          </w:tcPr>
          <w:p>
            <w:pPr>
              <w:spacing w:after="0"/>
              <w:jc w:val="right"/>
            </w:pPr>
            <w:r>
              <w:rPr>
                <w:sz w:val="16"/>
              </w:rPr>
              <w:t>4 of 4</w:t>
            </w:r>
          </w:p>
        </w:tc>
        <w:tc>
          <w:tcPr>
            <w:tcW w:type="dxa" w:w="1250"/>
          </w:tcPr>
          <w:p>
            <w:pPr>
              <w:spacing w:after="0"/>
              <w:jc w:val="right"/>
            </w:pPr>
            <w:r>
              <w:rPr>
                <w:sz w:val="16"/>
              </w:rPr>
              <w:t>58.0</w:t>
            </w:r>
          </w:p>
        </w:tc>
        <w:tc>
          <w:tcPr>
            <w:tcW w:type="dxa" w:w="1311"/>
          </w:tcPr>
          <w:p>
            <w:pPr>
              <w:spacing w:after="0"/>
              <w:jc w:val="right"/>
            </w:pPr>
            <w:r>
              <w:rPr>
                <w:sz w:val="16"/>
              </w:rPr>
              <w:t>67.0</w:t>
            </w:r>
          </w:p>
        </w:tc>
        <w:tc>
          <w:tcPr>
            <w:tcW w:type="dxa" w:w="1250"/>
          </w:tcPr>
          <w:p>
            <w:pPr>
              <w:spacing w:after="0"/>
              <w:jc w:val="right"/>
            </w:pPr>
            <w:r>
              <w:rPr>
                <w:sz w:val="16"/>
              </w:rPr>
              <w:t>78.7</w:t>
            </w:r>
          </w:p>
        </w:tc>
        <w:tc>
          <w:tcPr>
            <w:tcW w:type="dxa" w:w="6992"/>
          </w:tcPr>
          <w:p>
            <w:pPr>
              <w:spacing w:after="0"/>
              <w:jc w:val="left"/>
            </w:pPr>
            <w:r>
              <w:rPr>
                <w:sz w:val="16"/>
              </w:rPr>
              <w:t>Relatively High 1, Relatively Moderate 3</w:t>
            </w:r>
          </w:p>
        </w:tc>
      </w:tr>
      <w:tr>
        <w:trPr>
          <w:cantSplit/>
        </w:trPr>
        <w:tc>
          <w:tcPr>
            <w:tcW w:type="dxa" w:w="1999"/>
          </w:tcPr>
          <w:p>
            <w:pPr>
              <w:spacing w:after="0"/>
              <w:jc w:val="left"/>
            </w:pPr>
            <w:r>
              <w:rPr>
                <w:sz w:val="16"/>
              </w:rPr>
              <w:t>Drought</w:t>
            </w:r>
          </w:p>
        </w:tc>
        <w:tc>
          <w:tcPr>
            <w:tcW w:type="dxa" w:w="1311"/>
          </w:tcPr>
          <w:p>
            <w:pPr>
              <w:spacing w:after="0"/>
              <w:jc w:val="right"/>
            </w:pPr>
            <w:r>
              <w:rPr>
                <w:sz w:val="16"/>
              </w:rPr>
              <w:t>4 of 4</w:t>
            </w:r>
          </w:p>
        </w:tc>
        <w:tc>
          <w:tcPr>
            <w:tcW w:type="dxa" w:w="1250"/>
          </w:tcPr>
          <w:p>
            <w:pPr>
              <w:spacing w:after="0"/>
              <w:jc w:val="right"/>
            </w:pPr>
            <w:r>
              <w:rPr>
                <w:sz w:val="16"/>
              </w:rPr>
              <w:t>74.5</w:t>
            </w:r>
          </w:p>
        </w:tc>
        <w:tc>
          <w:tcPr>
            <w:tcW w:type="dxa" w:w="1311"/>
          </w:tcPr>
          <w:p>
            <w:pPr>
              <w:spacing w:after="0"/>
              <w:jc w:val="right"/>
            </w:pPr>
            <w:r>
              <w:rPr>
                <w:sz w:val="16"/>
              </w:rPr>
              <w:t>77.8</w:t>
            </w:r>
          </w:p>
        </w:tc>
        <w:tc>
          <w:tcPr>
            <w:tcW w:type="dxa" w:w="1250"/>
          </w:tcPr>
          <w:p>
            <w:pPr>
              <w:spacing w:after="0"/>
              <w:jc w:val="right"/>
            </w:pPr>
            <w:r>
              <w:rPr>
                <w:sz w:val="16"/>
              </w:rPr>
              <w:t>79.6</w:t>
            </w:r>
          </w:p>
        </w:tc>
        <w:tc>
          <w:tcPr>
            <w:tcW w:type="dxa" w:w="6992"/>
          </w:tcPr>
          <w:p>
            <w:pPr>
              <w:spacing w:after="0"/>
              <w:jc w:val="left"/>
            </w:pPr>
            <w:r>
              <w:rPr>
                <w:sz w:val="16"/>
              </w:rPr>
              <w:t>Relatively Low 1, Very Low 3</w:t>
            </w:r>
          </w:p>
        </w:tc>
      </w:tr>
      <w:tr>
        <w:trPr>
          <w:cantSplit/>
        </w:trPr>
        <w:tc>
          <w:tcPr>
            <w:tcW w:type="dxa" w:w="1999"/>
          </w:tcPr>
          <w:p>
            <w:pPr>
              <w:spacing w:after="0"/>
              <w:jc w:val="left"/>
            </w:pPr>
            <w:r>
              <w:rPr>
                <w:sz w:val="16"/>
              </w:rPr>
              <w:t>Earthquake</w:t>
            </w:r>
          </w:p>
        </w:tc>
        <w:tc>
          <w:tcPr>
            <w:tcW w:type="dxa" w:w="1311"/>
          </w:tcPr>
          <w:p>
            <w:pPr>
              <w:spacing w:after="0"/>
              <w:jc w:val="right"/>
            </w:pPr>
            <w:r>
              <w:rPr>
                <w:sz w:val="16"/>
              </w:rPr>
              <w:t>4 of 4</w:t>
            </w:r>
          </w:p>
        </w:tc>
        <w:tc>
          <w:tcPr>
            <w:tcW w:type="dxa" w:w="1250"/>
          </w:tcPr>
          <w:p>
            <w:pPr>
              <w:spacing w:after="0"/>
              <w:jc w:val="right"/>
            </w:pPr>
            <w:r>
              <w:rPr>
                <w:sz w:val="16"/>
              </w:rPr>
              <w:t>36.4</w:t>
            </w:r>
          </w:p>
        </w:tc>
        <w:tc>
          <w:tcPr>
            <w:tcW w:type="dxa" w:w="1311"/>
          </w:tcPr>
          <w:p>
            <w:pPr>
              <w:spacing w:after="0"/>
              <w:jc w:val="right"/>
            </w:pPr>
            <w:r>
              <w:rPr>
                <w:sz w:val="16"/>
              </w:rPr>
              <w:t>47.4</w:t>
            </w:r>
          </w:p>
        </w:tc>
        <w:tc>
          <w:tcPr>
            <w:tcW w:type="dxa" w:w="1250"/>
          </w:tcPr>
          <w:p>
            <w:pPr>
              <w:spacing w:after="0"/>
              <w:jc w:val="right"/>
            </w:pPr>
            <w:r>
              <w:rPr>
                <w:sz w:val="16"/>
              </w:rPr>
              <w:t>59.1</w:t>
            </w:r>
          </w:p>
        </w:tc>
        <w:tc>
          <w:tcPr>
            <w:tcW w:type="dxa" w:w="6992"/>
          </w:tcPr>
          <w:p>
            <w:pPr>
              <w:spacing w:after="0"/>
              <w:jc w:val="left"/>
            </w:pPr>
            <w:r>
              <w:rPr>
                <w:sz w:val="16"/>
              </w:rPr>
              <w:t>Relatively Low 2, Very Low 2</w:t>
            </w:r>
          </w:p>
        </w:tc>
      </w:tr>
      <w:tr>
        <w:trPr>
          <w:cantSplit/>
        </w:trPr>
        <w:tc>
          <w:tcPr>
            <w:tcW w:type="dxa" w:w="1999"/>
          </w:tcPr>
          <w:p>
            <w:pPr>
              <w:spacing w:after="0"/>
              <w:jc w:val="left"/>
            </w:pPr>
            <w:r>
              <w:rPr>
                <w:sz w:val="16"/>
              </w:rPr>
              <w:t>Hail</w:t>
            </w:r>
          </w:p>
        </w:tc>
        <w:tc>
          <w:tcPr>
            <w:tcW w:type="dxa" w:w="1311"/>
          </w:tcPr>
          <w:p>
            <w:pPr>
              <w:spacing w:after="0"/>
              <w:jc w:val="right"/>
            </w:pPr>
            <w:r>
              <w:rPr>
                <w:sz w:val="16"/>
              </w:rPr>
              <w:t>4 of 4</w:t>
            </w:r>
          </w:p>
        </w:tc>
        <w:tc>
          <w:tcPr>
            <w:tcW w:type="dxa" w:w="1250"/>
          </w:tcPr>
          <w:p>
            <w:pPr>
              <w:spacing w:after="0"/>
              <w:jc w:val="right"/>
            </w:pPr>
            <w:r>
              <w:rPr>
                <w:sz w:val="16"/>
              </w:rPr>
              <w:t>68.5</w:t>
            </w:r>
          </w:p>
        </w:tc>
        <w:tc>
          <w:tcPr>
            <w:tcW w:type="dxa" w:w="1311"/>
          </w:tcPr>
          <w:p>
            <w:pPr>
              <w:spacing w:after="0"/>
              <w:jc w:val="right"/>
            </w:pPr>
            <w:r>
              <w:rPr>
                <w:sz w:val="16"/>
              </w:rPr>
              <w:t>74.2</w:t>
            </w:r>
          </w:p>
        </w:tc>
        <w:tc>
          <w:tcPr>
            <w:tcW w:type="dxa" w:w="1250"/>
          </w:tcPr>
          <w:p>
            <w:pPr>
              <w:spacing w:after="0"/>
              <w:jc w:val="right"/>
            </w:pPr>
            <w:r>
              <w:rPr>
                <w:sz w:val="16"/>
              </w:rPr>
              <w:t>84.5</w:t>
            </w:r>
          </w:p>
        </w:tc>
        <w:tc>
          <w:tcPr>
            <w:tcW w:type="dxa" w:w="6992"/>
          </w:tcPr>
          <w:p>
            <w:pPr>
              <w:spacing w:after="0"/>
              <w:jc w:val="left"/>
            </w:pPr>
            <w:r>
              <w:rPr>
                <w:sz w:val="16"/>
              </w:rPr>
              <w:t>Relatively Moderate 3, Relatively Low 1</w:t>
            </w:r>
          </w:p>
        </w:tc>
      </w:tr>
      <w:tr>
        <w:trPr>
          <w:cantSplit/>
        </w:trPr>
        <w:tc>
          <w:tcPr>
            <w:tcW w:type="dxa" w:w="1999"/>
          </w:tcPr>
          <w:p>
            <w:pPr>
              <w:spacing w:after="0"/>
              <w:jc w:val="left"/>
            </w:pPr>
            <w:r>
              <w:rPr>
                <w:sz w:val="16"/>
              </w:rPr>
              <w:t>Heat Wave</w:t>
            </w:r>
          </w:p>
        </w:tc>
        <w:tc>
          <w:tcPr>
            <w:tcW w:type="dxa" w:w="1311"/>
          </w:tcPr>
          <w:p>
            <w:pPr>
              <w:spacing w:after="0"/>
              <w:jc w:val="right"/>
            </w:pPr>
            <w:r>
              <w:rPr>
                <w:sz w:val="16"/>
              </w:rPr>
              <w:t>4 of 4</w:t>
            </w:r>
          </w:p>
        </w:tc>
        <w:tc>
          <w:tcPr>
            <w:tcW w:type="dxa" w:w="1250"/>
          </w:tcPr>
          <w:p>
            <w:pPr>
              <w:spacing w:after="0"/>
              <w:jc w:val="right"/>
            </w:pPr>
            <w:r>
              <w:rPr>
                <w:sz w:val="16"/>
              </w:rPr>
              <w:t>30.4</w:t>
            </w:r>
          </w:p>
        </w:tc>
        <w:tc>
          <w:tcPr>
            <w:tcW w:type="dxa" w:w="1311"/>
          </w:tcPr>
          <w:p>
            <w:pPr>
              <w:spacing w:after="0"/>
              <w:jc w:val="right"/>
            </w:pPr>
            <w:r>
              <w:rPr>
                <w:sz w:val="16"/>
              </w:rPr>
              <w:t>42.3</w:t>
            </w:r>
          </w:p>
        </w:tc>
        <w:tc>
          <w:tcPr>
            <w:tcW w:type="dxa" w:w="1250"/>
          </w:tcPr>
          <w:p>
            <w:pPr>
              <w:spacing w:after="0"/>
              <w:jc w:val="right"/>
            </w:pPr>
            <w:r>
              <w:rPr>
                <w:sz w:val="16"/>
              </w:rPr>
              <w:t>58.7</w:t>
            </w:r>
          </w:p>
        </w:tc>
        <w:tc>
          <w:tcPr>
            <w:tcW w:type="dxa" w:w="6992"/>
          </w:tcPr>
          <w:p>
            <w:pPr>
              <w:spacing w:after="0"/>
              <w:jc w:val="left"/>
            </w:pPr>
            <w:r>
              <w:rPr>
                <w:sz w:val="16"/>
              </w:rPr>
              <w:t>Relatively Moderate 1, Relatively Low 3</w:t>
            </w:r>
          </w:p>
        </w:tc>
      </w:tr>
      <w:tr>
        <w:trPr>
          <w:cantSplit/>
        </w:trPr>
        <w:tc>
          <w:tcPr>
            <w:tcW w:type="dxa" w:w="1999"/>
          </w:tcPr>
          <w:p>
            <w:pPr>
              <w:spacing w:after="0"/>
              <w:jc w:val="left"/>
            </w:pPr>
            <w:r>
              <w:rPr>
                <w:sz w:val="16"/>
              </w:rPr>
              <w:t>Hurricane</w:t>
            </w:r>
          </w:p>
        </w:tc>
        <w:tc>
          <w:tcPr>
            <w:tcW w:type="dxa" w:w="1311"/>
          </w:tcPr>
          <w:p>
            <w:pPr>
              <w:spacing w:after="0"/>
              <w:jc w:val="right"/>
            </w:pPr>
            <w:r>
              <w:rPr>
                <w:sz w:val="16"/>
              </w:rPr>
              <w:t>4 of 4</w:t>
            </w:r>
          </w:p>
        </w:tc>
        <w:tc>
          <w:tcPr>
            <w:tcW w:type="dxa" w:w="1250"/>
          </w:tcPr>
          <w:p>
            <w:pPr>
              <w:spacing w:after="0"/>
              <w:jc w:val="right"/>
            </w:pPr>
            <w:r>
              <w:rPr>
                <w:sz w:val="16"/>
              </w:rPr>
              <w:t>42.3</w:t>
            </w:r>
          </w:p>
        </w:tc>
        <w:tc>
          <w:tcPr>
            <w:tcW w:type="dxa" w:w="1311"/>
          </w:tcPr>
          <w:p>
            <w:pPr>
              <w:spacing w:after="0"/>
              <w:jc w:val="right"/>
            </w:pPr>
            <w:r>
              <w:rPr>
                <w:sz w:val="16"/>
              </w:rPr>
              <w:t>45.0</w:t>
            </w:r>
          </w:p>
        </w:tc>
        <w:tc>
          <w:tcPr>
            <w:tcW w:type="dxa" w:w="1250"/>
          </w:tcPr>
          <w:p>
            <w:pPr>
              <w:spacing w:after="0"/>
              <w:jc w:val="right"/>
            </w:pPr>
            <w:r>
              <w:rPr>
                <w:sz w:val="16"/>
              </w:rPr>
              <w:t>50.7</w:t>
            </w:r>
          </w:p>
        </w:tc>
        <w:tc>
          <w:tcPr>
            <w:tcW w:type="dxa" w:w="6992"/>
          </w:tcPr>
          <w:p>
            <w:pPr>
              <w:spacing w:after="0"/>
              <w:jc w:val="left"/>
            </w:pPr>
            <w:r>
              <w:rPr>
                <w:sz w:val="16"/>
              </w:rPr>
              <w:t>Very Low 4</w:t>
            </w:r>
          </w:p>
        </w:tc>
      </w:tr>
      <w:tr>
        <w:trPr>
          <w:cantSplit/>
        </w:trPr>
        <w:tc>
          <w:tcPr>
            <w:tcW w:type="dxa" w:w="1999"/>
          </w:tcPr>
          <w:p>
            <w:pPr>
              <w:spacing w:after="0"/>
              <w:jc w:val="left"/>
            </w:pPr>
            <w:r>
              <w:rPr>
                <w:sz w:val="16"/>
              </w:rPr>
              <w:t>Ice Storm</w:t>
            </w:r>
          </w:p>
        </w:tc>
        <w:tc>
          <w:tcPr>
            <w:tcW w:type="dxa" w:w="1311"/>
          </w:tcPr>
          <w:p>
            <w:pPr>
              <w:spacing w:after="0"/>
              <w:jc w:val="right"/>
            </w:pPr>
            <w:r>
              <w:rPr>
                <w:sz w:val="16"/>
              </w:rPr>
              <w:t>4 of 4</w:t>
            </w:r>
          </w:p>
        </w:tc>
        <w:tc>
          <w:tcPr>
            <w:tcW w:type="dxa" w:w="1250"/>
          </w:tcPr>
          <w:p>
            <w:pPr>
              <w:spacing w:after="0"/>
              <w:jc w:val="right"/>
            </w:pPr>
            <w:r>
              <w:rPr>
                <w:sz w:val="16"/>
              </w:rPr>
              <w:t>46.2</w:t>
            </w:r>
          </w:p>
        </w:tc>
        <w:tc>
          <w:tcPr>
            <w:tcW w:type="dxa" w:w="1311"/>
          </w:tcPr>
          <w:p>
            <w:pPr>
              <w:spacing w:after="0"/>
              <w:jc w:val="right"/>
            </w:pPr>
            <w:r>
              <w:rPr>
                <w:sz w:val="16"/>
              </w:rPr>
              <w:t>54.6</w:t>
            </w:r>
          </w:p>
        </w:tc>
        <w:tc>
          <w:tcPr>
            <w:tcW w:type="dxa" w:w="1250"/>
          </w:tcPr>
          <w:p>
            <w:pPr>
              <w:spacing w:after="0"/>
              <w:jc w:val="right"/>
            </w:pPr>
            <w:r>
              <w:rPr>
                <w:sz w:val="16"/>
              </w:rPr>
              <w:t>71.2</w:t>
            </w:r>
          </w:p>
        </w:tc>
        <w:tc>
          <w:tcPr>
            <w:tcW w:type="dxa" w:w="6992"/>
          </w:tcPr>
          <w:p>
            <w:pPr>
              <w:spacing w:after="0"/>
              <w:jc w:val="left"/>
            </w:pPr>
            <w:r>
              <w:rPr>
                <w:sz w:val="16"/>
              </w:rPr>
              <w:t>Relatively Moderate 1, Relatively Low 3</w:t>
            </w:r>
          </w:p>
        </w:tc>
      </w:tr>
      <w:tr>
        <w:trPr>
          <w:cantSplit/>
        </w:trPr>
        <w:tc>
          <w:tcPr>
            <w:tcW w:type="dxa" w:w="1999"/>
          </w:tcPr>
          <w:p>
            <w:pPr>
              <w:spacing w:after="0"/>
              <w:jc w:val="left"/>
            </w:pPr>
            <w:r>
              <w:rPr>
                <w:sz w:val="16"/>
              </w:rPr>
              <w:t>Inland Flooding</w:t>
            </w:r>
          </w:p>
        </w:tc>
        <w:tc>
          <w:tcPr>
            <w:tcW w:type="dxa" w:w="1311"/>
          </w:tcPr>
          <w:p>
            <w:pPr>
              <w:spacing w:after="0"/>
              <w:jc w:val="right"/>
            </w:pPr>
            <w:r>
              <w:rPr>
                <w:sz w:val="16"/>
              </w:rPr>
              <w:t>4 of 4</w:t>
            </w:r>
          </w:p>
        </w:tc>
        <w:tc>
          <w:tcPr>
            <w:tcW w:type="dxa" w:w="1250"/>
          </w:tcPr>
          <w:p>
            <w:pPr>
              <w:spacing w:after="0"/>
              <w:jc w:val="right"/>
            </w:pPr>
            <w:r>
              <w:rPr>
                <w:sz w:val="16"/>
              </w:rPr>
              <w:t>81.8</w:t>
            </w:r>
          </w:p>
        </w:tc>
        <w:tc>
          <w:tcPr>
            <w:tcW w:type="dxa" w:w="1311"/>
          </w:tcPr>
          <w:p>
            <w:pPr>
              <w:spacing w:after="0"/>
              <w:jc w:val="right"/>
            </w:pPr>
            <w:r>
              <w:rPr>
                <w:sz w:val="16"/>
              </w:rPr>
              <w:t>87.7</w:t>
            </w:r>
          </w:p>
        </w:tc>
        <w:tc>
          <w:tcPr>
            <w:tcW w:type="dxa" w:w="1250"/>
          </w:tcPr>
          <w:p>
            <w:pPr>
              <w:spacing w:after="0"/>
              <w:jc w:val="right"/>
            </w:pPr>
            <w:r>
              <w:rPr>
                <w:sz w:val="16"/>
              </w:rPr>
              <w:t>93.3</w:t>
            </w:r>
          </w:p>
        </w:tc>
        <w:tc>
          <w:tcPr>
            <w:tcW w:type="dxa" w:w="6992"/>
          </w:tcPr>
          <w:p>
            <w:pPr>
              <w:spacing w:after="0"/>
              <w:jc w:val="left"/>
            </w:pPr>
            <w:r>
              <w:rPr>
                <w:sz w:val="16"/>
              </w:rPr>
              <w:t>Relatively High 4</w:t>
            </w:r>
          </w:p>
        </w:tc>
      </w:tr>
      <w:tr>
        <w:trPr>
          <w:cantSplit/>
        </w:trPr>
        <w:tc>
          <w:tcPr>
            <w:tcW w:type="dxa" w:w="1999"/>
          </w:tcPr>
          <w:p>
            <w:pPr>
              <w:spacing w:after="0"/>
              <w:jc w:val="left"/>
            </w:pPr>
            <w:r>
              <w:rPr>
                <w:sz w:val="16"/>
              </w:rPr>
              <w:t>Landslide</w:t>
            </w:r>
          </w:p>
        </w:tc>
        <w:tc>
          <w:tcPr>
            <w:tcW w:type="dxa" w:w="1311"/>
          </w:tcPr>
          <w:p>
            <w:pPr>
              <w:spacing w:after="0"/>
              <w:jc w:val="right"/>
            </w:pPr>
            <w:r>
              <w:rPr>
                <w:sz w:val="16"/>
              </w:rPr>
              <w:t>4 of 4</w:t>
            </w:r>
          </w:p>
        </w:tc>
        <w:tc>
          <w:tcPr>
            <w:tcW w:type="dxa" w:w="1250"/>
          </w:tcPr>
          <w:p>
            <w:pPr>
              <w:spacing w:after="0"/>
              <w:jc w:val="right"/>
            </w:pPr>
            <w:r>
              <w:rPr>
                <w:sz w:val="16"/>
              </w:rPr>
              <w:t>76.5</w:t>
            </w:r>
          </w:p>
        </w:tc>
        <w:tc>
          <w:tcPr>
            <w:tcW w:type="dxa" w:w="1311"/>
          </w:tcPr>
          <w:p>
            <w:pPr>
              <w:spacing w:after="0"/>
              <w:jc w:val="right"/>
            </w:pPr>
            <w:r>
              <w:rPr>
                <w:sz w:val="16"/>
              </w:rPr>
              <w:t>87.6</w:t>
            </w:r>
          </w:p>
        </w:tc>
        <w:tc>
          <w:tcPr>
            <w:tcW w:type="dxa" w:w="1250"/>
          </w:tcPr>
          <w:p>
            <w:pPr>
              <w:spacing w:after="0"/>
              <w:jc w:val="right"/>
            </w:pPr>
            <w:r>
              <w:rPr>
                <w:sz w:val="16"/>
              </w:rPr>
              <w:t>89.5</w:t>
            </w:r>
          </w:p>
        </w:tc>
        <w:tc>
          <w:tcPr>
            <w:tcW w:type="dxa" w:w="6992"/>
          </w:tcPr>
          <w:p>
            <w:pPr>
              <w:spacing w:after="0"/>
              <w:jc w:val="left"/>
            </w:pPr>
            <w:r>
              <w:rPr>
                <w:sz w:val="16"/>
              </w:rPr>
              <w:t>Relatively Low 3, Very Low 1</w:t>
            </w:r>
          </w:p>
        </w:tc>
      </w:tr>
      <w:tr>
        <w:trPr>
          <w:cantSplit/>
        </w:trPr>
        <w:tc>
          <w:tcPr>
            <w:tcW w:type="dxa" w:w="1999"/>
          </w:tcPr>
          <w:p>
            <w:pPr>
              <w:spacing w:after="0"/>
              <w:jc w:val="left"/>
            </w:pPr>
            <w:r>
              <w:rPr>
                <w:sz w:val="16"/>
              </w:rPr>
              <w:t>Lightning</w:t>
            </w:r>
          </w:p>
        </w:tc>
        <w:tc>
          <w:tcPr>
            <w:tcW w:type="dxa" w:w="1311"/>
          </w:tcPr>
          <w:p>
            <w:pPr>
              <w:spacing w:after="0"/>
              <w:jc w:val="right"/>
            </w:pPr>
            <w:r>
              <w:rPr>
                <w:sz w:val="16"/>
              </w:rPr>
              <w:t>4 of 4</w:t>
            </w:r>
          </w:p>
        </w:tc>
        <w:tc>
          <w:tcPr>
            <w:tcW w:type="dxa" w:w="1250"/>
          </w:tcPr>
          <w:p>
            <w:pPr>
              <w:spacing w:after="0"/>
              <w:jc w:val="right"/>
            </w:pPr>
            <w:r>
              <w:rPr>
                <w:sz w:val="16"/>
              </w:rPr>
              <w:t>75.2</w:t>
            </w:r>
          </w:p>
        </w:tc>
        <w:tc>
          <w:tcPr>
            <w:tcW w:type="dxa" w:w="1311"/>
          </w:tcPr>
          <w:p>
            <w:pPr>
              <w:spacing w:after="0"/>
              <w:jc w:val="right"/>
            </w:pPr>
            <w:r>
              <w:rPr>
                <w:sz w:val="16"/>
              </w:rPr>
              <w:t>84.0</w:t>
            </w:r>
          </w:p>
        </w:tc>
        <w:tc>
          <w:tcPr>
            <w:tcW w:type="dxa" w:w="1250"/>
          </w:tcPr>
          <w:p>
            <w:pPr>
              <w:spacing w:after="0"/>
              <w:jc w:val="right"/>
            </w:pPr>
            <w:r>
              <w:rPr>
                <w:sz w:val="16"/>
              </w:rPr>
              <w:t>94.3</w:t>
            </w:r>
          </w:p>
        </w:tc>
        <w:tc>
          <w:tcPr>
            <w:tcW w:type="dxa" w:w="6992"/>
          </w:tcPr>
          <w:p>
            <w:pPr>
              <w:spacing w:after="0"/>
              <w:jc w:val="left"/>
            </w:pPr>
            <w:r>
              <w:rPr>
                <w:sz w:val="16"/>
              </w:rPr>
              <w:t>Relatively High 2, Relatively Moderate 2</w:t>
            </w:r>
          </w:p>
        </w:tc>
      </w:tr>
      <w:tr>
        <w:trPr>
          <w:cantSplit/>
        </w:trPr>
        <w:tc>
          <w:tcPr>
            <w:tcW w:type="dxa" w:w="1999"/>
          </w:tcPr>
          <w:p>
            <w:pPr>
              <w:spacing w:after="0"/>
              <w:jc w:val="left"/>
            </w:pPr>
            <w:r>
              <w:rPr>
                <w:sz w:val="16"/>
              </w:rPr>
              <w:t>Strong Wind</w:t>
            </w:r>
          </w:p>
        </w:tc>
        <w:tc>
          <w:tcPr>
            <w:tcW w:type="dxa" w:w="1311"/>
          </w:tcPr>
          <w:p>
            <w:pPr>
              <w:spacing w:after="0"/>
              <w:jc w:val="right"/>
            </w:pPr>
            <w:r>
              <w:rPr>
                <w:sz w:val="16"/>
              </w:rPr>
              <w:t>4 of 4</w:t>
            </w:r>
          </w:p>
        </w:tc>
        <w:tc>
          <w:tcPr>
            <w:tcW w:type="dxa" w:w="1250"/>
          </w:tcPr>
          <w:p>
            <w:pPr>
              <w:spacing w:after="0"/>
              <w:jc w:val="right"/>
            </w:pPr>
            <w:r>
              <w:rPr>
                <w:sz w:val="16"/>
              </w:rPr>
              <w:t>95.9</w:t>
            </w:r>
          </w:p>
        </w:tc>
        <w:tc>
          <w:tcPr>
            <w:tcW w:type="dxa" w:w="1311"/>
          </w:tcPr>
          <w:p>
            <w:pPr>
              <w:spacing w:after="0"/>
              <w:jc w:val="right"/>
            </w:pPr>
            <w:r>
              <w:rPr>
                <w:sz w:val="16"/>
              </w:rPr>
              <w:t>97.7</w:t>
            </w:r>
          </w:p>
        </w:tc>
        <w:tc>
          <w:tcPr>
            <w:tcW w:type="dxa" w:w="1250"/>
          </w:tcPr>
          <w:p>
            <w:pPr>
              <w:spacing w:after="0"/>
              <w:jc w:val="right"/>
            </w:pPr>
            <w:r>
              <w:rPr>
                <w:sz w:val="16"/>
              </w:rPr>
              <w:t>99.4</w:t>
            </w:r>
          </w:p>
        </w:tc>
        <w:tc>
          <w:tcPr>
            <w:tcW w:type="dxa" w:w="6992"/>
          </w:tcPr>
          <w:p>
            <w:pPr>
              <w:spacing w:after="0"/>
              <w:jc w:val="left"/>
            </w:pPr>
            <w:r>
              <w:rPr>
                <w:sz w:val="16"/>
              </w:rPr>
              <w:t>Very High 2, Relatively High 2</w:t>
            </w:r>
          </w:p>
        </w:tc>
      </w:tr>
      <w:tr>
        <w:trPr>
          <w:cantSplit/>
        </w:trPr>
        <w:tc>
          <w:tcPr>
            <w:tcW w:type="dxa" w:w="1999"/>
          </w:tcPr>
          <w:p>
            <w:pPr>
              <w:spacing w:after="0"/>
              <w:jc w:val="left"/>
            </w:pPr>
            <w:r>
              <w:rPr>
                <w:sz w:val="16"/>
              </w:rPr>
              <w:t>Tornado</w:t>
            </w:r>
          </w:p>
        </w:tc>
        <w:tc>
          <w:tcPr>
            <w:tcW w:type="dxa" w:w="1311"/>
          </w:tcPr>
          <w:p>
            <w:pPr>
              <w:spacing w:after="0"/>
              <w:jc w:val="right"/>
            </w:pPr>
            <w:r>
              <w:rPr>
                <w:sz w:val="16"/>
              </w:rPr>
              <w:t>4 of 4</w:t>
            </w:r>
          </w:p>
        </w:tc>
        <w:tc>
          <w:tcPr>
            <w:tcW w:type="dxa" w:w="1250"/>
          </w:tcPr>
          <w:p>
            <w:pPr>
              <w:spacing w:after="0"/>
              <w:jc w:val="right"/>
            </w:pPr>
            <w:r>
              <w:rPr>
                <w:sz w:val="16"/>
              </w:rPr>
              <w:t>60.0</w:t>
            </w:r>
          </w:p>
        </w:tc>
        <w:tc>
          <w:tcPr>
            <w:tcW w:type="dxa" w:w="1311"/>
          </w:tcPr>
          <w:p>
            <w:pPr>
              <w:spacing w:after="0"/>
              <w:jc w:val="right"/>
            </w:pPr>
            <w:r>
              <w:rPr>
                <w:sz w:val="16"/>
              </w:rPr>
              <w:t>66.8</w:t>
            </w:r>
          </w:p>
        </w:tc>
        <w:tc>
          <w:tcPr>
            <w:tcW w:type="dxa" w:w="1250"/>
          </w:tcPr>
          <w:p>
            <w:pPr>
              <w:spacing w:after="0"/>
              <w:jc w:val="right"/>
            </w:pPr>
            <w:r>
              <w:rPr>
                <w:sz w:val="16"/>
              </w:rPr>
              <w:t>81.3</w:t>
            </w:r>
          </w:p>
        </w:tc>
        <w:tc>
          <w:tcPr>
            <w:tcW w:type="dxa" w:w="6992"/>
          </w:tcPr>
          <w:p>
            <w:pPr>
              <w:spacing w:after="0"/>
              <w:jc w:val="left"/>
            </w:pPr>
            <w:r>
              <w:rPr>
                <w:sz w:val="16"/>
              </w:rPr>
              <w:t>Relatively High 1, Relatively Moderate 3</w:t>
            </w:r>
          </w:p>
        </w:tc>
      </w:tr>
      <w:tr>
        <w:trPr>
          <w:cantSplit/>
        </w:trPr>
        <w:tc>
          <w:tcPr>
            <w:tcW w:type="dxa" w:w="1999"/>
          </w:tcPr>
          <w:p>
            <w:pPr>
              <w:spacing w:after="0"/>
              <w:jc w:val="left"/>
            </w:pPr>
            <w:r>
              <w:rPr>
                <w:sz w:val="16"/>
              </w:rPr>
              <w:t>Wildfire</w:t>
            </w:r>
          </w:p>
        </w:tc>
        <w:tc>
          <w:tcPr>
            <w:tcW w:type="dxa" w:w="1311"/>
          </w:tcPr>
          <w:p>
            <w:pPr>
              <w:spacing w:after="0"/>
              <w:jc w:val="right"/>
            </w:pPr>
            <w:r>
              <w:rPr>
                <w:sz w:val="16"/>
              </w:rPr>
              <w:t>4 of 4</w:t>
            </w:r>
          </w:p>
        </w:tc>
        <w:tc>
          <w:tcPr>
            <w:tcW w:type="dxa" w:w="1250"/>
          </w:tcPr>
          <w:p>
            <w:pPr>
              <w:spacing w:after="0"/>
              <w:jc w:val="right"/>
            </w:pPr>
            <w:r>
              <w:rPr>
                <w:sz w:val="16"/>
              </w:rPr>
              <w:t>77.8</w:t>
            </w:r>
          </w:p>
        </w:tc>
        <w:tc>
          <w:tcPr>
            <w:tcW w:type="dxa" w:w="1311"/>
          </w:tcPr>
          <w:p>
            <w:pPr>
              <w:spacing w:after="0"/>
              <w:jc w:val="right"/>
            </w:pPr>
            <w:r>
              <w:rPr>
                <w:sz w:val="16"/>
              </w:rPr>
              <w:t>81.5</w:t>
            </w:r>
          </w:p>
        </w:tc>
        <w:tc>
          <w:tcPr>
            <w:tcW w:type="dxa" w:w="1250"/>
          </w:tcPr>
          <w:p>
            <w:pPr>
              <w:spacing w:after="0"/>
              <w:jc w:val="right"/>
            </w:pPr>
            <w:r>
              <w:rPr>
                <w:sz w:val="16"/>
              </w:rPr>
              <w:t>84.1</w:t>
            </w:r>
          </w:p>
        </w:tc>
        <w:tc>
          <w:tcPr>
            <w:tcW w:type="dxa" w:w="6992"/>
          </w:tcPr>
          <w:p>
            <w:pPr>
              <w:spacing w:after="0"/>
              <w:jc w:val="left"/>
            </w:pPr>
            <w:r>
              <w:rPr>
                <w:sz w:val="16"/>
              </w:rPr>
              <w:t>Relatively Low 4</w:t>
            </w:r>
          </w:p>
        </w:tc>
      </w:tr>
      <w:tr>
        <w:trPr>
          <w:cantSplit/>
        </w:trPr>
        <w:tc>
          <w:tcPr>
            <w:tcW w:type="dxa" w:w="1999"/>
          </w:tcPr>
          <w:p>
            <w:pPr>
              <w:spacing w:after="0"/>
              <w:jc w:val="left"/>
            </w:pPr>
            <w:r>
              <w:rPr>
                <w:sz w:val="16"/>
              </w:rPr>
              <w:t>Winter Weather</w:t>
            </w:r>
          </w:p>
        </w:tc>
        <w:tc>
          <w:tcPr>
            <w:tcW w:type="dxa" w:w="1311"/>
          </w:tcPr>
          <w:p>
            <w:pPr>
              <w:spacing w:after="0"/>
              <w:jc w:val="right"/>
            </w:pPr>
            <w:r>
              <w:rPr>
                <w:sz w:val="16"/>
              </w:rPr>
              <w:t>4 of 4</w:t>
            </w:r>
          </w:p>
        </w:tc>
        <w:tc>
          <w:tcPr>
            <w:tcW w:type="dxa" w:w="1250"/>
          </w:tcPr>
          <w:p>
            <w:pPr>
              <w:spacing w:after="0"/>
              <w:jc w:val="right"/>
            </w:pPr>
            <w:r>
              <w:rPr>
                <w:sz w:val="16"/>
              </w:rPr>
              <w:t>83.2</w:t>
            </w:r>
          </w:p>
        </w:tc>
        <w:tc>
          <w:tcPr>
            <w:tcW w:type="dxa" w:w="1311"/>
          </w:tcPr>
          <w:p>
            <w:pPr>
              <w:spacing w:after="0"/>
              <w:jc w:val="right"/>
            </w:pPr>
            <w:r>
              <w:rPr>
                <w:sz w:val="16"/>
              </w:rPr>
              <w:t>88.2</w:t>
            </w:r>
          </w:p>
        </w:tc>
        <w:tc>
          <w:tcPr>
            <w:tcW w:type="dxa" w:w="1250"/>
          </w:tcPr>
          <w:p>
            <w:pPr>
              <w:spacing w:after="0"/>
              <w:jc w:val="right"/>
            </w:pPr>
            <w:r>
              <w:rPr>
                <w:sz w:val="16"/>
              </w:rPr>
              <w:t>94.9</w:t>
            </w:r>
          </w:p>
        </w:tc>
        <w:tc>
          <w:tcPr>
            <w:tcW w:type="dxa" w:w="6992"/>
          </w:tcPr>
          <w:p>
            <w:pPr>
              <w:spacing w:after="0"/>
              <w:jc w:val="left"/>
            </w:pPr>
            <w:r>
              <w:rPr>
                <w:sz w:val="16"/>
              </w:rPr>
              <w:t>Relatively High 4</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705"/>
        <w:gridCol w:w="1603"/>
        <w:gridCol w:w="3040"/>
        <w:gridCol w:w="2424"/>
        <w:gridCol w:w="2506"/>
        <w:gridCol w:w="2834"/>
      </w:tblGrid>
      <w:tr>
        <w:trPr>
          <w:cantSplit/>
          <w:tblHeader/>
        </w:trPr>
        <w:tc>
          <w:tcPr>
            <w:tcW w:type="dxa" w:w="1705"/>
            <w:shd w:val="clear" w:color="auto" w:fill="E8E8E8"/>
          </w:tcPr>
          <w:p>
            <w:pPr>
              <w:spacing w:after="0"/>
              <w:jc w:val="left"/>
            </w:pPr>
            <w:r>
              <w:rPr>
                <w:b/>
                <w:sz w:val="16"/>
              </w:rPr>
              <w:t>Jurisdiction</w:t>
            </w:r>
          </w:p>
        </w:tc>
        <w:tc>
          <w:tcPr>
            <w:tcW w:type="dxa" w:w="1603"/>
            <w:shd w:val="clear" w:color="auto" w:fill="E8E8E8"/>
          </w:tcPr>
          <w:p>
            <w:pPr>
              <w:spacing w:after="0"/>
              <w:jc w:val="left"/>
            </w:pPr>
            <w:r>
              <w:rPr>
                <w:b/>
                <w:sz w:val="16"/>
              </w:rPr>
              <w:t>Type</w:t>
            </w:r>
          </w:p>
        </w:tc>
        <w:tc>
          <w:tcPr>
            <w:tcW w:type="dxa" w:w="3040"/>
            <w:shd w:val="clear" w:color="auto" w:fill="E8E8E8"/>
          </w:tcPr>
          <w:p>
            <w:pPr>
              <w:spacing w:after="0"/>
              <w:jc w:val="left"/>
            </w:pPr>
            <w:r>
              <w:rPr>
                <w:b/>
                <w:sz w:val="16"/>
              </w:rPr>
              <w:t>Plan status</w:t>
            </w:r>
          </w:p>
        </w:tc>
        <w:tc>
          <w:tcPr>
            <w:tcW w:type="dxa" w:w="242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506"/>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834"/>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705"/>
          </w:tcPr>
          <w:p>
            <w:pPr>
              <w:spacing w:after="0"/>
              <w:jc w:val="left"/>
            </w:pPr>
            <w:r>
              <w:rPr>
                <w:sz w:val="16"/>
              </w:rPr>
              <w:t>Powell County (unincorporated area)</w:t>
            </w:r>
          </w:p>
        </w:tc>
        <w:tc>
          <w:tcPr>
            <w:tcW w:type="dxa" w:w="1603"/>
          </w:tcPr>
          <w:p>
            <w:pPr>
              <w:spacing w:after="0"/>
              <w:jc w:val="left"/>
            </w:pPr>
            <w:r>
              <w:rPr>
                <w:sz w:val="16"/>
              </w:rPr>
              <w:t>Unincorporated</w:t>
            </w:r>
          </w:p>
        </w:tc>
        <w:tc>
          <w:tcPr>
            <w:tcW w:type="dxa" w:w="3040"/>
          </w:tcPr>
          <w:p>
            <w:pPr>
              <w:spacing w:after="0"/>
              <w:jc w:val="left"/>
            </w:pPr>
            <w:r>
              <w:rPr>
                <w:sz w:val="16"/>
              </w:rPr>
              <w:t>Approved, expires 2027-05-24</w:t>
            </w:r>
          </w:p>
        </w:tc>
        <w:tc>
          <w:tcPr>
            <w:tcW w:type="dxa" w:w="2424"/>
          </w:tcPr>
          <w:p>
            <w:pPr>
              <w:spacing w:after="0"/>
              <w:jc w:val="right"/>
            </w:pPr>
            <w:r>
              <w:rPr>
                <w:sz w:val="16"/>
              </w:rPr>
              <w:t>FMA RL 0, SRL 0; any 4</w:t>
            </w:r>
          </w:p>
        </w:tc>
        <w:tc>
          <w:tcPr>
            <w:tcW w:type="dxa" w:w="2506"/>
          </w:tcPr>
          <w:p>
            <w:pPr>
              <w:spacing w:after="0"/>
              <w:jc w:val="right"/>
            </w:pPr>
            <w:r>
              <w:rPr>
                <w:sz w:val="16"/>
              </w:rPr>
              <w:t>$324,904.06</w:t>
            </w:r>
          </w:p>
        </w:tc>
        <w:tc>
          <w:tcPr>
            <w:tcW w:type="dxa" w:w="2834"/>
          </w:tcPr>
          <w:p>
            <w:pPr>
              <w:spacing w:after="0"/>
              <w:jc w:val="right"/>
            </w:pPr>
            <w:r>
              <w:rPr>
                <w:sz w:val="16"/>
              </w:rPr>
              <w:t>0 total; 0 since its plan</w:t>
            </w:r>
          </w:p>
        </w:tc>
      </w:tr>
      <w:tr>
        <w:trPr>
          <w:cantSplit/>
        </w:trPr>
        <w:tc>
          <w:tcPr>
            <w:tcW w:type="dxa" w:w="1705"/>
          </w:tcPr>
          <w:p>
            <w:pPr>
              <w:spacing w:after="0"/>
              <w:jc w:val="left"/>
            </w:pPr>
            <w:r>
              <w:rPr>
                <w:sz w:val="16"/>
              </w:rPr>
              <w:t>Clay City city</w:t>
            </w:r>
          </w:p>
        </w:tc>
        <w:tc>
          <w:tcPr>
            <w:tcW w:type="dxa" w:w="1603"/>
          </w:tcPr>
          <w:p>
            <w:pPr>
              <w:spacing w:after="0"/>
              <w:jc w:val="left"/>
            </w:pPr>
            <w:r>
              <w:rPr>
                <w:sz w:val="16"/>
              </w:rPr>
              <w:t>City</w:t>
            </w:r>
          </w:p>
        </w:tc>
        <w:tc>
          <w:tcPr>
            <w:tcW w:type="dxa" w:w="3040"/>
          </w:tcPr>
          <w:p>
            <w:pPr>
              <w:spacing w:after="0"/>
              <w:jc w:val="left"/>
            </w:pPr>
            <w:r>
              <w:rPr>
                <w:sz w:val="16"/>
              </w:rPr>
              <w:t>Approved, expires 2027-05-24</w:t>
            </w:r>
          </w:p>
        </w:tc>
        <w:tc>
          <w:tcPr>
            <w:tcW w:type="dxa" w:w="2424"/>
          </w:tcPr>
          <w:p>
            <w:pPr>
              <w:spacing w:after="0"/>
              <w:jc w:val="right"/>
            </w:pPr>
            <w:r>
              <w:rPr>
                <w:sz w:val="16"/>
              </w:rPr>
              <w:t>FMA RL 2, SRL 3; any 13</w:t>
            </w:r>
          </w:p>
        </w:tc>
        <w:tc>
          <w:tcPr>
            <w:tcW w:type="dxa" w:w="2506"/>
          </w:tcPr>
          <w:p>
            <w:pPr>
              <w:spacing w:after="0"/>
              <w:jc w:val="right"/>
            </w:pPr>
            <w:r>
              <w:rPr>
                <w:sz w:val="16"/>
              </w:rPr>
              <w:t>$68,808.67</w:t>
            </w:r>
          </w:p>
        </w:tc>
        <w:tc>
          <w:tcPr>
            <w:tcW w:type="dxa" w:w="2834"/>
          </w:tcPr>
          <w:p>
            <w:pPr>
              <w:spacing w:after="0"/>
              <w:jc w:val="right"/>
            </w:pPr>
            <w:r>
              <w:rPr>
                <w:sz w:val="16"/>
              </w:rPr>
              <w:t>67 total; 4 since its plan</w:t>
            </w:r>
          </w:p>
        </w:tc>
      </w:tr>
      <w:tr>
        <w:trPr>
          <w:cantSplit/>
        </w:trPr>
        <w:tc>
          <w:tcPr>
            <w:tcW w:type="dxa" w:w="1705"/>
          </w:tcPr>
          <w:p>
            <w:pPr>
              <w:spacing w:after="0"/>
              <w:jc w:val="left"/>
            </w:pPr>
            <w:r>
              <w:rPr>
                <w:sz w:val="16"/>
              </w:rPr>
              <w:t>Stanton city</w:t>
            </w:r>
          </w:p>
        </w:tc>
        <w:tc>
          <w:tcPr>
            <w:tcW w:type="dxa" w:w="1603"/>
          </w:tcPr>
          <w:p>
            <w:pPr>
              <w:spacing w:after="0"/>
              <w:jc w:val="left"/>
            </w:pPr>
            <w:r>
              <w:rPr>
                <w:sz w:val="16"/>
              </w:rPr>
              <w:t>City</w:t>
            </w:r>
          </w:p>
        </w:tc>
        <w:tc>
          <w:tcPr>
            <w:tcW w:type="dxa" w:w="3040"/>
          </w:tcPr>
          <w:p>
            <w:pPr>
              <w:spacing w:after="0"/>
              <w:jc w:val="left"/>
            </w:pPr>
            <w:r>
              <w:rPr>
                <w:sz w:val="16"/>
              </w:rPr>
              <w:t>Approved, expires 2027-05-24</w:t>
            </w:r>
          </w:p>
        </w:tc>
        <w:tc>
          <w:tcPr>
            <w:tcW w:type="dxa" w:w="2424"/>
          </w:tcPr>
          <w:p>
            <w:pPr>
              <w:spacing w:after="0"/>
              <w:jc w:val="right"/>
            </w:pPr>
            <w:r>
              <w:rPr>
                <w:sz w:val="16"/>
              </w:rPr>
              <w:t>FMA RL 0, SRL 0; any 1</w:t>
            </w:r>
          </w:p>
        </w:tc>
        <w:tc>
          <w:tcPr>
            <w:tcW w:type="dxa" w:w="2506"/>
          </w:tcPr>
          <w:p>
            <w:pPr>
              <w:spacing w:after="0"/>
              <w:jc w:val="right"/>
            </w:pPr>
            <w:r>
              <w:rPr>
                <w:sz w:val="16"/>
              </w:rPr>
              <w:t>$78,576.11</w:t>
            </w:r>
          </w:p>
        </w:tc>
        <w:tc>
          <w:tcPr>
            <w:tcW w:type="dxa" w:w="2834"/>
          </w:tcPr>
          <w:p>
            <w:pPr>
              <w:spacing w:after="0"/>
              <w:jc w:val="right"/>
            </w:pPr>
            <w:r>
              <w:rPr>
                <w:sz w:val="16"/>
              </w:rPr>
              <w:t>98 total; 5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29"/>
        <w:gridCol w:w="1039"/>
        <w:gridCol w:w="1037"/>
        <w:gridCol w:w="1126"/>
        <w:gridCol w:w="902"/>
        <w:gridCol w:w="1305"/>
        <w:gridCol w:w="1143"/>
        <w:gridCol w:w="1059"/>
        <w:gridCol w:w="1231"/>
        <w:gridCol w:w="1711"/>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29"/>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9"/>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02"/>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43"/>
            <w:shd w:val="clear" w:color="auto" w:fill="E8E8E8"/>
          </w:tcPr>
          <w:p>
            <w:pPr>
              <w:spacing w:after="0"/>
              <w:jc w:val="right"/>
            </w:pPr>
            <w:r>
              <w:rPr>
                <w:b/>
                <w:sz w:val="16"/>
              </w:rPr>
              <w:t>Storm Events damage since 2022-05-25</w:t>
            </w:r>
          </w:p>
          <w:p>
            <w:pPr>
              <w:spacing w:after="0"/>
              <w:jc w:val="right"/>
            </w:pPr>
            <w:r>
              <w:rPr>
                <w:i/>
                <w:color w:val="555555"/>
                <w:sz w:val="14"/>
              </w:rPr>
              <w:t>county-coded records, property plus crops, nominal dollars</w:t>
            </w:r>
          </w:p>
        </w:tc>
        <w:tc>
          <w:tcPr>
            <w:tcW w:type="dxa" w:w="1059"/>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31"/>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71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r>
              <w:rPr>
                <w:sz w:val="16"/>
              </w:rPr>
              <w:t>$0</w:t>
            </w:r>
          </w:p>
        </w:tc>
        <w:tc>
          <w:tcPr>
            <w:tcW w:type="dxa" w:w="1129"/>
          </w:tcPr>
          <w:p>
            <w:pPr>
              <w:spacing w:after="0"/>
              <w:jc w:val="right"/>
            </w:pPr>
            <w:r>
              <w:rPr>
                <w:sz w:val="16"/>
              </w:rPr>
              <w:t>n/a</w:t>
            </w:r>
          </w:p>
        </w:tc>
        <w:tc>
          <w:tcPr>
            <w:tcW w:type="dxa" w:w="1039"/>
          </w:tcPr>
          <w:p>
            <w:pPr>
              <w:spacing w:after="0"/>
              <w:jc w:val="right"/>
            </w:pPr>
            <w:r>
              <w:rPr>
                <w:sz w:val="16"/>
              </w:rPr>
              <w:t>under 1</w:t>
            </w:r>
          </w:p>
        </w:tc>
        <w:tc>
          <w:tcPr>
            <w:tcW w:type="dxa" w:w="1037"/>
          </w:tcPr>
          <w:p>
            <w:pPr>
              <w:spacing w:after="0"/>
              <w:jc w:val="right"/>
            </w:pPr>
            <w:r>
              <w:rPr>
                <w:sz w:val="16"/>
              </w:rPr>
              <w:t>$0</w:t>
            </w:r>
          </w:p>
        </w:tc>
        <w:tc>
          <w:tcPr>
            <w:tcW w:type="dxa" w:w="1126"/>
          </w:tcPr>
          <w:p>
            <w:pPr>
              <w:spacing w:after="0"/>
              <w:jc w:val="right"/>
            </w:pPr>
            <w:r>
              <w:rPr>
                <w:sz w:val="16"/>
              </w:rPr>
              <w:t>n/a</w:t>
            </w:r>
          </w:p>
        </w:tc>
        <w:tc>
          <w:tcPr>
            <w:tcW w:type="dxa" w:w="902"/>
          </w:tcPr>
          <w:p>
            <w:pPr>
              <w:spacing w:after="0"/>
              <w:jc w:val="right"/>
            </w:pPr>
            <w:r>
              <w:rPr>
                <w:sz w:val="16"/>
              </w:rPr>
              <w:t>$28</w:t>
            </w:r>
          </w:p>
        </w:tc>
        <w:tc>
          <w:tcPr>
            <w:tcW w:type="dxa" w:w="1305"/>
          </w:tcPr>
          <w:p>
            <w:pPr>
              <w:spacing w:after="0"/>
              <w:jc w:val="right"/>
            </w:pPr>
          </w:p>
        </w:tc>
        <w:tc>
          <w:tcPr>
            <w:tcW w:type="dxa" w:w="1143"/>
          </w:tcPr>
          <w:p>
            <w:pPr>
              <w:spacing w:after="0"/>
              <w:jc w:val="right"/>
            </w:pPr>
          </w:p>
        </w:tc>
        <w:tc>
          <w:tcPr>
            <w:tcW w:type="dxa" w:w="1059"/>
          </w:tcPr>
          <w:p>
            <w:pPr>
              <w:spacing w:after="0"/>
              <w:jc w:val="right"/>
            </w:pPr>
          </w:p>
        </w:tc>
        <w:tc>
          <w:tcPr>
            <w:tcW w:type="dxa" w:w="1231"/>
          </w:tcPr>
          <w:p>
            <w:pPr>
              <w:spacing w:after="0"/>
              <w:jc w:val="right"/>
            </w:pPr>
          </w:p>
        </w:tc>
        <w:tc>
          <w:tcPr>
            <w:tcW w:type="dxa" w:w="1711"/>
          </w:tcPr>
          <w:p>
            <w:pPr>
              <w:spacing w:after="0"/>
              <w:jc w:val="left"/>
            </w:pPr>
            <w:r>
              <w:rPr>
                <w:sz w:val="16"/>
              </w:rPr>
              <w:t>building exposure is 0 in NRI</w:t>
            </w:r>
          </w:p>
        </w:tc>
      </w:tr>
      <w:tr>
        <w:trPr>
          <w:cantSplit/>
        </w:trPr>
        <w:tc>
          <w:tcPr>
            <w:tcW w:type="dxa" w:w="1037"/>
          </w:tcPr>
          <w:p>
            <w:pPr>
              <w:spacing w:after="0"/>
              <w:jc w:val="left"/>
            </w:pPr>
            <w:r>
              <w:rPr>
                <w:sz w:val="16"/>
              </w:rPr>
              <w:t>Cold Wave</w:t>
            </w:r>
          </w:p>
        </w:tc>
        <w:tc>
          <w:tcPr>
            <w:tcW w:type="dxa" w:w="1394"/>
          </w:tcPr>
          <w:p>
            <w:pPr>
              <w:spacing w:after="0"/>
              <w:jc w:val="right"/>
            </w:pPr>
            <w:r>
              <w:rPr>
                <w:sz w:val="16"/>
              </w:rPr>
              <w:t>$2,109,818,456</w:t>
            </w:r>
          </w:p>
        </w:tc>
        <w:tc>
          <w:tcPr>
            <w:tcW w:type="dxa" w:w="1129"/>
          </w:tcPr>
          <w:p>
            <w:pPr>
              <w:spacing w:after="0"/>
              <w:jc w:val="right"/>
            </w:pPr>
            <w:r>
              <w:rPr>
                <w:sz w:val="16"/>
              </w:rPr>
              <w:t>$3,481,083</w:t>
            </w:r>
          </w:p>
        </w:tc>
        <w:tc>
          <w:tcPr>
            <w:tcW w:type="dxa" w:w="1039"/>
          </w:tcPr>
          <w:p>
            <w:pPr>
              <w:spacing w:after="0"/>
              <w:jc w:val="right"/>
            </w:pPr>
            <w:r>
              <w:rPr>
                <w:sz w:val="16"/>
              </w:rPr>
              <w:t>13,107</w:t>
            </w:r>
          </w:p>
        </w:tc>
        <w:tc>
          <w:tcPr>
            <w:tcW w:type="dxa" w:w="1037"/>
          </w:tcPr>
          <w:p>
            <w:pPr>
              <w:spacing w:after="0"/>
              <w:jc w:val="right"/>
            </w:pPr>
            <w:r>
              <w:rPr>
                <w:sz w:val="16"/>
              </w:rPr>
              <w:t>$539</w:t>
            </w:r>
          </w:p>
        </w:tc>
        <w:tc>
          <w:tcPr>
            <w:tcW w:type="dxa" w:w="1126"/>
          </w:tcPr>
          <w:p>
            <w:pPr>
              <w:spacing w:after="0"/>
              <w:jc w:val="right"/>
            </w:pPr>
            <w:r>
              <w:rPr>
                <w:sz w:val="16"/>
              </w:rPr>
              <w:t>$1,835</w:t>
            </w:r>
          </w:p>
        </w:tc>
        <w:tc>
          <w:tcPr>
            <w:tcW w:type="dxa" w:w="902"/>
          </w:tcPr>
          <w:p>
            <w:pPr>
              <w:spacing w:after="0"/>
              <w:jc w:val="right"/>
            </w:pPr>
            <w:r>
              <w:rPr>
                <w:sz w:val="16"/>
              </w:rPr>
              <w:t>$330,083</w:t>
            </w:r>
          </w:p>
        </w:tc>
        <w:tc>
          <w:tcPr>
            <w:tcW w:type="dxa" w:w="1305"/>
          </w:tcPr>
          <w:p>
            <w:pPr>
              <w:spacing w:after="0"/>
              <w:jc w:val="right"/>
            </w:pPr>
            <w:r>
              <w:rPr>
                <w:sz w:val="16"/>
              </w:rPr>
              <w:t>under 0.0001%</w:t>
            </w:r>
          </w:p>
        </w:tc>
        <w:tc>
          <w:tcPr>
            <w:tcW w:type="dxa" w:w="1143"/>
          </w:tcPr>
          <w:p>
            <w:pPr>
              <w:spacing w:after="0"/>
              <w:jc w:val="right"/>
            </w:pPr>
          </w:p>
        </w:tc>
        <w:tc>
          <w:tcPr>
            <w:tcW w:type="dxa" w:w="1059"/>
          </w:tcPr>
          <w:p>
            <w:pPr>
              <w:spacing w:after="0"/>
              <w:jc w:val="right"/>
            </w:pPr>
          </w:p>
        </w:tc>
        <w:tc>
          <w:tcPr>
            <w:tcW w:type="dxa" w:w="1231"/>
          </w:tcPr>
          <w:p>
            <w:pPr>
              <w:spacing w:after="0"/>
              <w:jc w:val="right"/>
            </w:pPr>
          </w:p>
        </w:tc>
        <w:tc>
          <w:tcPr>
            <w:tcW w:type="dxa" w:w="1711"/>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29"/>
          </w:tcPr>
          <w:p>
            <w:pPr>
              <w:spacing w:after="0"/>
              <w:jc w:val="right"/>
            </w:pPr>
            <w:r>
              <w:rPr>
                <w:sz w:val="16"/>
              </w:rPr>
              <w:t>$2,554,808</w:t>
            </w:r>
          </w:p>
        </w:tc>
        <w:tc>
          <w:tcPr>
            <w:tcW w:type="dxa" w:w="1039"/>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$1,813</w:t>
            </w:r>
          </w:p>
        </w:tc>
        <w:tc>
          <w:tcPr>
            <w:tcW w:type="dxa" w:w="902"/>
          </w:tcPr>
          <w:p>
            <w:pPr>
              <w:spacing w:after="0"/>
              <w:jc w:val="right"/>
            </w:pPr>
            <w:r>
              <w:rPr>
                <w:sz w:val="16"/>
              </w:rPr>
              <w:t>n/a</w:t>
            </w:r>
          </w:p>
        </w:tc>
        <w:tc>
          <w:tcPr>
            <w:tcW w:type="dxa" w:w="1305"/>
          </w:tcPr>
          <w:p>
            <w:pPr>
              <w:spacing w:after="0"/>
              <w:jc w:val="right"/>
            </w:pPr>
            <w:r>
              <w:rPr>
                <w:sz w:val="16"/>
              </w:rPr>
              <w:t>0.071% (agriculture)</w:t>
            </w:r>
          </w:p>
        </w:tc>
        <w:tc>
          <w:tcPr>
            <w:tcW w:type="dxa" w:w="1143"/>
          </w:tcPr>
          <w:p>
            <w:pPr>
              <w:spacing w:after="0"/>
              <w:jc w:val="right"/>
            </w:pPr>
          </w:p>
        </w:tc>
        <w:tc>
          <w:tcPr>
            <w:tcW w:type="dxa" w:w="1059"/>
          </w:tcPr>
          <w:p>
            <w:pPr>
              <w:spacing w:after="0"/>
              <w:jc w:val="right"/>
            </w:pPr>
          </w:p>
        </w:tc>
        <w:tc>
          <w:tcPr>
            <w:tcW w:type="dxa" w:w="1231"/>
          </w:tcPr>
          <w:p>
            <w:pPr>
              <w:spacing w:after="0"/>
              <w:jc w:val="right"/>
            </w:pPr>
          </w:p>
        </w:tc>
        <w:tc>
          <w:tcPr>
            <w:tcW w:type="dxa" w:w="171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$3,613,254,495</w:t>
            </w:r>
          </w:p>
        </w:tc>
        <w:tc>
          <w:tcPr>
            <w:tcW w:type="dxa" w:w="1129"/>
          </w:tcPr>
          <w:p>
            <w:pPr>
              <w:spacing w:after="0"/>
              <w:jc w:val="right"/>
            </w:pPr>
            <w:r>
              <w:rPr>
                <w:sz w:val="16"/>
              </w:rPr>
              <w:t>n/a</w:t>
            </w:r>
          </w:p>
        </w:tc>
        <w:tc>
          <w:tcPr>
            <w:tcW w:type="dxa" w:w="1039"/>
          </w:tcPr>
          <w:p>
            <w:pPr>
              <w:spacing w:after="0"/>
              <w:jc w:val="right"/>
            </w:pPr>
            <w:r>
              <w:rPr>
                <w:sz w:val="16"/>
              </w:rPr>
              <w:t>13,129</w:t>
            </w:r>
          </w:p>
        </w:tc>
        <w:tc>
          <w:tcPr>
            <w:tcW w:type="dxa" w:w="1037"/>
          </w:tcPr>
          <w:p>
            <w:pPr>
              <w:spacing w:after="0"/>
              <w:jc w:val="right"/>
            </w:pPr>
            <w:r>
              <w:rPr>
                <w:sz w:val="16"/>
              </w:rPr>
              <w:t>$64,239</w:t>
            </w:r>
          </w:p>
        </w:tc>
        <w:tc>
          <w:tcPr>
            <w:tcW w:type="dxa" w:w="1126"/>
          </w:tcPr>
          <w:p>
            <w:pPr>
              <w:spacing w:after="0"/>
              <w:jc w:val="right"/>
            </w:pPr>
            <w:r>
              <w:rPr>
                <w:sz w:val="16"/>
              </w:rPr>
              <w:t>n/a</w:t>
            </w:r>
          </w:p>
        </w:tc>
        <w:tc>
          <w:tcPr>
            <w:tcW w:type="dxa" w:w="902"/>
          </w:tcPr>
          <w:p>
            <w:pPr>
              <w:spacing w:after="0"/>
              <w:jc w:val="right"/>
            </w:pPr>
            <w:r>
              <w:rPr>
                <w:sz w:val="16"/>
              </w:rPr>
              <w:t>$23,885</w:t>
            </w:r>
          </w:p>
        </w:tc>
        <w:tc>
          <w:tcPr>
            <w:tcW w:type="dxa" w:w="1305"/>
          </w:tcPr>
          <w:p>
            <w:pPr>
              <w:spacing w:after="0"/>
              <w:jc w:val="right"/>
            </w:pPr>
            <w:r>
              <w:rPr>
                <w:sz w:val="16"/>
              </w:rPr>
              <w:t>0.00178%</w:t>
            </w:r>
          </w:p>
        </w:tc>
        <w:tc>
          <w:tcPr>
            <w:tcW w:type="dxa" w:w="1143"/>
          </w:tcPr>
          <w:p>
            <w:pPr>
              <w:spacing w:after="0"/>
              <w:jc w:val="right"/>
            </w:pPr>
          </w:p>
        </w:tc>
        <w:tc>
          <w:tcPr>
            <w:tcW w:type="dxa" w:w="1059"/>
          </w:tcPr>
          <w:p>
            <w:pPr>
              <w:spacing w:after="0"/>
              <w:jc w:val="right"/>
            </w:pPr>
          </w:p>
        </w:tc>
        <w:tc>
          <w:tcPr>
            <w:tcW w:type="dxa" w:w="1231"/>
          </w:tcPr>
          <w:p>
            <w:pPr>
              <w:spacing w:after="0"/>
              <w:jc w:val="right"/>
            </w:pPr>
          </w:p>
        </w:tc>
        <w:tc>
          <w:tcPr>
            <w:tcW w:type="dxa" w:w="1711"/>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$2,109,818,456</w:t>
            </w:r>
          </w:p>
        </w:tc>
        <w:tc>
          <w:tcPr>
            <w:tcW w:type="dxa" w:w="1129"/>
          </w:tcPr>
          <w:p>
            <w:pPr>
              <w:spacing w:after="0"/>
              <w:jc w:val="right"/>
            </w:pPr>
            <w:r>
              <w:rPr>
                <w:sz w:val="16"/>
              </w:rPr>
              <w:t>$3,481,083</w:t>
            </w:r>
          </w:p>
        </w:tc>
        <w:tc>
          <w:tcPr>
            <w:tcW w:type="dxa" w:w="1039"/>
          </w:tcPr>
          <w:p>
            <w:pPr>
              <w:spacing w:after="0"/>
              <w:jc w:val="right"/>
            </w:pPr>
            <w:r>
              <w:rPr>
                <w:sz w:val="16"/>
              </w:rPr>
              <w:t>13,107</w:t>
            </w:r>
          </w:p>
        </w:tc>
        <w:tc>
          <w:tcPr>
            <w:tcW w:type="dxa" w:w="1037"/>
          </w:tcPr>
          <w:p>
            <w:pPr>
              <w:spacing w:after="0"/>
              <w:jc w:val="right"/>
            </w:pPr>
            <w:r>
              <w:rPr>
                <w:sz w:val="16"/>
              </w:rPr>
              <w:t>$83,670</w:t>
            </w:r>
          </w:p>
        </w:tc>
        <w:tc>
          <w:tcPr>
            <w:tcW w:type="dxa" w:w="1126"/>
          </w:tcPr>
          <w:p>
            <w:pPr>
              <w:spacing w:after="0"/>
              <w:jc w:val="right"/>
            </w:pPr>
            <w:r>
              <w:rPr>
                <w:sz w:val="16"/>
              </w:rPr>
              <w:t>$3,642</w:t>
            </w:r>
          </w:p>
        </w:tc>
        <w:tc>
          <w:tcPr>
            <w:tcW w:type="dxa" w:w="902"/>
          </w:tcPr>
          <w:p>
            <w:pPr>
              <w:spacing w:after="0"/>
              <w:jc w:val="right"/>
            </w:pPr>
            <w:r>
              <w:rPr>
                <w:sz w:val="16"/>
              </w:rPr>
              <w:t>$12,308</w:t>
            </w:r>
          </w:p>
        </w:tc>
        <w:tc>
          <w:tcPr>
            <w:tcW w:type="dxa" w:w="1305"/>
          </w:tcPr>
          <w:p>
            <w:pPr>
              <w:spacing w:after="0"/>
              <w:jc w:val="right"/>
            </w:pPr>
            <w:r>
              <w:rPr>
                <w:sz w:val="16"/>
              </w:rPr>
              <w:t>0.00397%</w:t>
            </w:r>
          </w:p>
        </w:tc>
        <w:tc>
          <w:tcPr>
            <w:tcW w:type="dxa" w:w="1143"/>
          </w:tcPr>
          <w:p>
            <w:pPr>
              <w:spacing w:after="0"/>
              <w:jc w:val="right"/>
            </w:pPr>
          </w:p>
        </w:tc>
        <w:tc>
          <w:tcPr>
            <w:tcW w:type="dxa" w:w="1059"/>
          </w:tcPr>
          <w:p>
            <w:pPr>
              <w:spacing w:after="0"/>
              <w:jc w:val="right"/>
            </w:pPr>
          </w:p>
        </w:tc>
        <w:tc>
          <w:tcPr>
            <w:tcW w:type="dxa" w:w="1231"/>
          </w:tcPr>
          <w:p>
            <w:pPr>
              <w:spacing w:after="0"/>
              <w:jc w:val="right"/>
            </w:pPr>
          </w:p>
        </w:tc>
        <w:tc>
          <w:tcPr>
            <w:tcW w:type="dxa" w:w="1711"/>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$2,109,818,456</w:t>
            </w:r>
          </w:p>
        </w:tc>
        <w:tc>
          <w:tcPr>
            <w:tcW w:type="dxa" w:w="1129"/>
          </w:tcPr>
          <w:p>
            <w:pPr>
              <w:spacing w:after="0"/>
              <w:jc w:val="right"/>
            </w:pPr>
            <w:r>
              <w:rPr>
                <w:sz w:val="16"/>
              </w:rPr>
              <w:t>$3,481,083</w:t>
            </w:r>
          </w:p>
        </w:tc>
        <w:tc>
          <w:tcPr>
            <w:tcW w:type="dxa" w:w="1039"/>
          </w:tcPr>
          <w:p>
            <w:pPr>
              <w:spacing w:after="0"/>
              <w:jc w:val="right"/>
            </w:pPr>
            <w:r>
              <w:rPr>
                <w:sz w:val="16"/>
              </w:rPr>
              <w:t>13,107</w:t>
            </w:r>
          </w:p>
        </w:tc>
        <w:tc>
          <w:tcPr>
            <w:tcW w:type="dxa" w:w="1037"/>
          </w:tcPr>
          <w:p>
            <w:pPr>
              <w:spacing w:after="0"/>
              <w:jc w:val="right"/>
            </w:pPr>
            <w:r>
              <w:rPr>
                <w:sz w:val="16"/>
              </w:rPr>
              <w:t>$5</w:t>
            </w:r>
          </w:p>
        </w:tc>
        <w:tc>
          <w:tcPr>
            <w:tcW w:type="dxa" w:w="1126"/>
          </w:tcPr>
          <w:p>
            <w:pPr>
              <w:spacing w:after="0"/>
              <w:jc w:val="right"/>
            </w:pPr>
            <w:r>
              <w:rPr>
                <w:sz w:val="16"/>
              </w:rPr>
              <w:t>$3</w:t>
            </w:r>
          </w:p>
        </w:tc>
        <w:tc>
          <w:tcPr>
            <w:tcW w:type="dxa" w:w="902"/>
          </w:tcPr>
          <w:p>
            <w:pPr>
              <w:spacing w:after="0"/>
              <w:jc w:val="right"/>
            </w:pPr>
            <w:r>
              <w:rPr>
                <w:sz w:val="16"/>
              </w:rPr>
              <w:t>$101,198</w:t>
            </w:r>
          </w:p>
        </w:tc>
        <w:tc>
          <w:tcPr>
            <w:tcW w:type="dxa" w:w="1305"/>
          </w:tcPr>
          <w:p>
            <w:pPr>
              <w:spacing w:after="0"/>
              <w:jc w:val="right"/>
            </w:pPr>
            <w:r>
              <w:rPr>
                <w:sz w:val="16"/>
              </w:rPr>
              <w:t>under 0.0001%</w:t>
            </w:r>
          </w:p>
        </w:tc>
        <w:tc>
          <w:tcPr>
            <w:tcW w:type="dxa" w:w="1143"/>
          </w:tcPr>
          <w:p>
            <w:pPr>
              <w:spacing w:after="0"/>
              <w:jc w:val="right"/>
            </w:pPr>
          </w:p>
        </w:tc>
        <w:tc>
          <w:tcPr>
            <w:tcW w:type="dxa" w:w="1059"/>
          </w:tcPr>
          <w:p>
            <w:pPr>
              <w:spacing w:after="0"/>
              <w:jc w:val="right"/>
            </w:pPr>
          </w:p>
        </w:tc>
        <w:tc>
          <w:tcPr>
            <w:tcW w:type="dxa" w:w="1231"/>
          </w:tcPr>
          <w:p>
            <w:pPr>
              <w:spacing w:after="0"/>
              <w:jc w:val="right"/>
            </w:pPr>
          </w:p>
        </w:tc>
        <w:tc>
          <w:tcPr>
            <w:tcW w:type="dxa" w:w="1711"/>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$2,109,818,456</w:t>
            </w:r>
          </w:p>
        </w:tc>
        <w:tc>
          <w:tcPr>
            <w:tcW w:type="dxa" w:w="1129"/>
          </w:tcPr>
          <w:p>
            <w:pPr>
              <w:spacing w:after="0"/>
              <w:jc w:val="right"/>
            </w:pPr>
            <w:r>
              <w:rPr>
                <w:sz w:val="16"/>
              </w:rPr>
              <w:t>$3,476,323</w:t>
            </w:r>
          </w:p>
        </w:tc>
        <w:tc>
          <w:tcPr>
            <w:tcW w:type="dxa" w:w="1039"/>
          </w:tcPr>
          <w:p>
            <w:pPr>
              <w:spacing w:after="0"/>
              <w:jc w:val="right"/>
            </w:pPr>
            <w:r>
              <w:rPr>
                <w:sz w:val="16"/>
              </w:rPr>
              <w:t>13,107</w:t>
            </w:r>
          </w:p>
        </w:tc>
        <w:tc>
          <w:tcPr>
            <w:tcW w:type="dxa" w:w="1037"/>
          </w:tcPr>
          <w:p>
            <w:pPr>
              <w:spacing w:after="0"/>
              <w:jc w:val="right"/>
            </w:pPr>
            <w:r>
              <w:rPr>
                <w:sz w:val="16"/>
              </w:rPr>
              <w:t>$13,058</w:t>
            </w:r>
          </w:p>
        </w:tc>
        <w:tc>
          <w:tcPr>
            <w:tcW w:type="dxa" w:w="1126"/>
          </w:tcPr>
          <w:p>
            <w:pPr>
              <w:spacing w:after="0"/>
              <w:jc w:val="right"/>
            </w:pPr>
            <w:r>
              <w:rPr>
                <w:sz w:val="16"/>
              </w:rPr>
              <w:t>$468</w:t>
            </w:r>
          </w:p>
        </w:tc>
        <w:tc>
          <w:tcPr>
            <w:tcW w:type="dxa" w:w="902"/>
          </w:tcPr>
          <w:p>
            <w:pPr>
              <w:spacing w:after="0"/>
              <w:jc w:val="right"/>
            </w:pPr>
            <w:r>
              <w:rPr>
                <w:sz w:val="16"/>
              </w:rPr>
              <w:t>$185</w:t>
            </w:r>
          </w:p>
        </w:tc>
        <w:tc>
          <w:tcPr>
            <w:tcW w:type="dxa" w:w="1305"/>
          </w:tcPr>
          <w:p>
            <w:pPr>
              <w:spacing w:after="0"/>
              <w:jc w:val="right"/>
            </w:pPr>
            <w:r>
              <w:rPr>
                <w:sz w:val="16"/>
              </w:rPr>
              <w:t>0.000619%</w:t>
            </w:r>
          </w:p>
        </w:tc>
        <w:tc>
          <w:tcPr>
            <w:tcW w:type="dxa" w:w="1143"/>
          </w:tcPr>
          <w:p>
            <w:pPr>
              <w:spacing w:after="0"/>
              <w:jc w:val="right"/>
            </w:pPr>
          </w:p>
        </w:tc>
        <w:tc>
          <w:tcPr>
            <w:tcW w:type="dxa" w:w="1059"/>
          </w:tcPr>
          <w:p>
            <w:pPr>
              <w:spacing w:after="0"/>
              <w:jc w:val="right"/>
            </w:pPr>
          </w:p>
        </w:tc>
        <w:tc>
          <w:tcPr>
            <w:tcW w:type="dxa" w:w="1231"/>
          </w:tcPr>
          <w:p>
            <w:pPr>
              <w:spacing w:after="0"/>
              <w:jc w:val="right"/>
            </w:pPr>
            <w:r>
              <w:rPr>
                <w:sz w:val="16"/>
              </w:rPr>
              <w:t>no Public Assistance recorded (1 declaration)</w:t>
            </w:r>
          </w:p>
        </w:tc>
        <w:tc>
          <w:tcPr>
            <w:tcW w:type="dxa" w:w="1711"/>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$2,109,818,456</w:t>
            </w:r>
          </w:p>
        </w:tc>
        <w:tc>
          <w:tcPr>
            <w:tcW w:type="dxa" w:w="1129"/>
          </w:tcPr>
          <w:p>
            <w:pPr>
              <w:spacing w:after="0"/>
              <w:jc w:val="right"/>
            </w:pPr>
            <w:r>
              <w:rPr>
                <w:sz w:val="16"/>
              </w:rPr>
              <w:t>n/a</w:t>
            </w:r>
          </w:p>
        </w:tc>
        <w:tc>
          <w:tcPr>
            <w:tcW w:type="dxa" w:w="1039"/>
          </w:tcPr>
          <w:p>
            <w:pPr>
              <w:spacing w:after="0"/>
              <w:jc w:val="right"/>
            </w:pPr>
            <w:r>
              <w:rPr>
                <w:sz w:val="16"/>
              </w:rPr>
              <w:t>13,107</w:t>
            </w:r>
          </w:p>
        </w:tc>
        <w:tc>
          <w:tcPr>
            <w:tcW w:type="dxa" w:w="1037"/>
          </w:tcPr>
          <w:p>
            <w:pPr>
              <w:spacing w:after="0"/>
              <w:jc w:val="right"/>
            </w:pPr>
            <w:r>
              <w:rPr>
                <w:sz w:val="16"/>
              </w:rPr>
              <w:t>$9,330</w:t>
            </w:r>
          </w:p>
        </w:tc>
        <w:tc>
          <w:tcPr>
            <w:tcW w:type="dxa" w:w="1126"/>
          </w:tcPr>
          <w:p>
            <w:pPr>
              <w:spacing w:after="0"/>
              <w:jc w:val="right"/>
            </w:pPr>
            <w:r>
              <w:rPr>
                <w:sz w:val="16"/>
              </w:rPr>
              <w:t>n/a</w:t>
            </w:r>
          </w:p>
        </w:tc>
        <w:tc>
          <w:tcPr>
            <w:tcW w:type="dxa" w:w="902"/>
          </w:tcPr>
          <w:p>
            <w:pPr>
              <w:spacing w:after="0"/>
              <w:jc w:val="right"/>
            </w:pPr>
            <w:r>
              <w:rPr>
                <w:sz w:val="16"/>
              </w:rPr>
              <w:t>$10,851</w:t>
            </w:r>
          </w:p>
        </w:tc>
        <w:tc>
          <w:tcPr>
            <w:tcW w:type="dxa" w:w="1305"/>
          </w:tcPr>
          <w:p>
            <w:pPr>
              <w:spacing w:after="0"/>
              <w:jc w:val="right"/>
            </w:pPr>
            <w:r>
              <w:rPr>
                <w:sz w:val="16"/>
              </w:rPr>
              <w:t>0.000442%</w:t>
            </w:r>
          </w:p>
        </w:tc>
        <w:tc>
          <w:tcPr>
            <w:tcW w:type="dxa" w:w="1143"/>
          </w:tcPr>
          <w:p>
            <w:pPr>
              <w:spacing w:after="0"/>
              <w:jc w:val="right"/>
            </w:pPr>
          </w:p>
        </w:tc>
        <w:tc>
          <w:tcPr>
            <w:tcW w:type="dxa" w:w="1059"/>
          </w:tcPr>
          <w:p>
            <w:pPr>
              <w:spacing w:after="0"/>
              <w:jc w:val="right"/>
            </w:pPr>
          </w:p>
        </w:tc>
        <w:tc>
          <w:tcPr>
            <w:tcW w:type="dxa" w:w="1231"/>
          </w:tcPr>
          <w:p>
            <w:pPr>
              <w:spacing w:after="0"/>
              <w:jc w:val="right"/>
            </w:pPr>
          </w:p>
        </w:tc>
        <w:tc>
          <w:tcPr>
            <w:tcW w:type="dxa" w:w="1711"/>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$2,108,995,800</w:t>
            </w:r>
          </w:p>
        </w:tc>
        <w:tc>
          <w:tcPr>
            <w:tcW w:type="dxa" w:w="1129"/>
          </w:tcPr>
          <w:p>
            <w:pPr>
              <w:spacing w:after="0"/>
              <w:jc w:val="right"/>
            </w:pPr>
            <w:r>
              <w:rPr>
                <w:sz w:val="16"/>
              </w:rPr>
              <w:t>$2,200,700</w:t>
            </w:r>
          </w:p>
        </w:tc>
        <w:tc>
          <w:tcPr>
            <w:tcW w:type="dxa" w:w="1039"/>
          </w:tcPr>
          <w:p>
            <w:pPr>
              <w:spacing w:after="0"/>
              <w:jc w:val="right"/>
            </w:pPr>
            <w:r>
              <w:rPr>
                <w:sz w:val="16"/>
              </w:rPr>
              <w:t>2,114</w:t>
            </w:r>
          </w:p>
        </w:tc>
        <w:tc>
          <w:tcPr>
            <w:tcW w:type="dxa" w:w="1037"/>
          </w:tcPr>
          <w:p>
            <w:pPr>
              <w:spacing w:after="0"/>
              <w:jc w:val="right"/>
            </w:pPr>
            <w:r>
              <w:rPr>
                <w:sz w:val="16"/>
              </w:rPr>
              <w:t>$4,481,057</w:t>
            </w:r>
          </w:p>
        </w:tc>
        <w:tc>
          <w:tcPr>
            <w:tcW w:type="dxa" w:w="1126"/>
          </w:tcPr>
          <w:p>
            <w:pPr>
              <w:spacing w:after="0"/>
              <w:jc w:val="right"/>
            </w:pPr>
            <w:r>
              <w:rPr>
                <w:sz w:val="16"/>
              </w:rPr>
              <w:t>$45,732</w:t>
            </w:r>
          </w:p>
        </w:tc>
        <w:tc>
          <w:tcPr>
            <w:tcW w:type="dxa" w:w="902"/>
          </w:tcPr>
          <w:p>
            <w:pPr>
              <w:spacing w:after="0"/>
              <w:jc w:val="right"/>
            </w:pPr>
            <w:r>
              <w:rPr>
                <w:sz w:val="16"/>
              </w:rPr>
              <w:t>$71,024</w:t>
            </w:r>
          </w:p>
        </w:tc>
        <w:tc>
          <w:tcPr>
            <w:tcW w:type="dxa" w:w="1305"/>
          </w:tcPr>
          <w:p>
            <w:pPr>
              <w:spacing w:after="0"/>
              <w:jc w:val="right"/>
            </w:pPr>
            <w:r>
              <w:rPr>
                <w:sz w:val="16"/>
              </w:rPr>
              <w:t>n/a (see note)</w:t>
            </w:r>
          </w:p>
        </w:tc>
        <w:tc>
          <w:tcPr>
            <w:tcW w:type="dxa" w:w="1143"/>
          </w:tcPr>
          <w:p>
            <w:pPr>
              <w:spacing w:after="0"/>
              <w:jc w:val="right"/>
            </w:pPr>
            <w:r>
              <w:rPr>
                <w:sz w:val="16"/>
              </w:rPr>
              <w:t>$0</w:t>
            </w:r>
          </w:p>
        </w:tc>
        <w:tc>
          <w:tcPr>
            <w:tcW w:type="dxa" w:w="1059"/>
          </w:tcPr>
          <w:p>
            <w:pPr>
              <w:spacing w:after="0"/>
              <w:jc w:val="right"/>
            </w:pPr>
          </w:p>
        </w:tc>
        <w:tc>
          <w:tcPr>
            <w:tcW w:type="dxa" w:w="1231"/>
          </w:tcPr>
          <w:p>
            <w:pPr>
              <w:spacing w:after="0"/>
              <w:jc w:val="right"/>
            </w:pPr>
            <w:r>
              <w:rPr>
                <w:sz w:val="16"/>
              </w:rPr>
              <w:t>$428,813.60</w:t>
            </w:r>
          </w:p>
        </w:tc>
        <w:tc>
          <w:tcPr>
            <w:tcW w:type="dxa" w:w="1711"/>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$283,582,516</w:t>
            </w:r>
          </w:p>
        </w:tc>
        <w:tc>
          <w:tcPr>
            <w:tcW w:type="dxa" w:w="1129"/>
          </w:tcPr>
          <w:p>
            <w:pPr>
              <w:spacing w:after="0"/>
              <w:jc w:val="right"/>
            </w:pPr>
            <w:r>
              <w:rPr>
                <w:sz w:val="16"/>
              </w:rPr>
              <w:t>n/a</w:t>
            </w:r>
          </w:p>
        </w:tc>
        <w:tc>
          <w:tcPr>
            <w:tcW w:type="dxa" w:w="1039"/>
          </w:tcPr>
          <w:p>
            <w:pPr>
              <w:spacing w:after="0"/>
              <w:jc w:val="right"/>
            </w:pPr>
            <w:r>
              <w:rPr>
                <w:sz w:val="16"/>
              </w:rPr>
              <w:t>1,855</w:t>
            </w:r>
          </w:p>
        </w:tc>
        <w:tc>
          <w:tcPr>
            <w:tcW w:type="dxa" w:w="1037"/>
          </w:tcPr>
          <w:p>
            <w:pPr>
              <w:spacing w:after="0"/>
              <w:jc w:val="right"/>
            </w:pPr>
            <w:r>
              <w:rPr>
                <w:sz w:val="16"/>
              </w:rPr>
              <w:t>$72</w:t>
            </w:r>
          </w:p>
        </w:tc>
        <w:tc>
          <w:tcPr>
            <w:tcW w:type="dxa" w:w="1126"/>
          </w:tcPr>
          <w:p>
            <w:pPr>
              <w:spacing w:after="0"/>
              <w:jc w:val="right"/>
            </w:pPr>
            <w:r>
              <w:rPr>
                <w:sz w:val="16"/>
              </w:rPr>
              <w:t>n/a</w:t>
            </w:r>
          </w:p>
        </w:tc>
        <w:tc>
          <w:tcPr>
            <w:tcW w:type="dxa" w:w="902"/>
          </w:tcPr>
          <w:p>
            <w:pPr>
              <w:spacing w:after="0"/>
              <w:jc w:val="right"/>
            </w:pPr>
            <w:r>
              <w:rPr>
                <w:sz w:val="16"/>
              </w:rPr>
              <w:t>$766</w:t>
            </w:r>
          </w:p>
        </w:tc>
        <w:tc>
          <w:tcPr>
            <w:tcW w:type="dxa" w:w="1305"/>
          </w:tcPr>
          <w:p>
            <w:pPr>
              <w:spacing w:after="0"/>
              <w:jc w:val="right"/>
            </w:pPr>
            <w:r>
              <w:rPr>
                <w:sz w:val="16"/>
              </w:rPr>
              <w:t>under 0.0001%</w:t>
            </w:r>
          </w:p>
        </w:tc>
        <w:tc>
          <w:tcPr>
            <w:tcW w:type="dxa" w:w="1143"/>
          </w:tcPr>
          <w:p>
            <w:pPr>
              <w:spacing w:after="0"/>
              <w:jc w:val="right"/>
            </w:pPr>
          </w:p>
        </w:tc>
        <w:tc>
          <w:tcPr>
            <w:tcW w:type="dxa" w:w="1059"/>
          </w:tcPr>
          <w:p>
            <w:pPr>
              <w:spacing w:after="0"/>
              <w:jc w:val="right"/>
            </w:pPr>
          </w:p>
        </w:tc>
        <w:tc>
          <w:tcPr>
            <w:tcW w:type="dxa" w:w="1231"/>
          </w:tcPr>
          <w:p>
            <w:pPr>
              <w:spacing w:after="0"/>
              <w:jc w:val="right"/>
            </w:pPr>
            <w:r>
              <w:rPr>
                <w:sz w:val="16"/>
              </w:rPr>
              <w:t>$428,813.60</w:t>
            </w:r>
          </w:p>
        </w:tc>
        <w:tc>
          <w:tcPr>
            <w:tcW w:type="dxa" w:w="1711"/>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$2,109,818,456</w:t>
            </w:r>
          </w:p>
        </w:tc>
        <w:tc>
          <w:tcPr>
            <w:tcW w:type="dxa" w:w="1129"/>
          </w:tcPr>
          <w:p>
            <w:pPr>
              <w:spacing w:after="0"/>
              <w:jc w:val="right"/>
            </w:pPr>
            <w:r>
              <w:rPr>
                <w:sz w:val="16"/>
              </w:rPr>
              <w:t>n/a</w:t>
            </w:r>
          </w:p>
        </w:tc>
        <w:tc>
          <w:tcPr>
            <w:tcW w:type="dxa" w:w="1039"/>
          </w:tcPr>
          <w:p>
            <w:pPr>
              <w:spacing w:after="0"/>
              <w:jc w:val="right"/>
            </w:pPr>
            <w:r>
              <w:rPr>
                <w:sz w:val="16"/>
              </w:rPr>
              <w:t>13,107</w:t>
            </w:r>
          </w:p>
        </w:tc>
        <w:tc>
          <w:tcPr>
            <w:tcW w:type="dxa" w:w="1037"/>
          </w:tcPr>
          <w:p>
            <w:pPr>
              <w:spacing w:after="0"/>
              <w:jc w:val="right"/>
            </w:pPr>
            <w:r>
              <w:rPr>
                <w:sz w:val="16"/>
              </w:rPr>
              <w:t>$3,382</w:t>
            </w:r>
          </w:p>
        </w:tc>
        <w:tc>
          <w:tcPr>
            <w:tcW w:type="dxa" w:w="1126"/>
          </w:tcPr>
          <w:p>
            <w:pPr>
              <w:spacing w:after="0"/>
              <w:jc w:val="right"/>
            </w:pPr>
            <w:r>
              <w:rPr>
                <w:sz w:val="16"/>
              </w:rPr>
              <w:t>n/a</w:t>
            </w:r>
          </w:p>
        </w:tc>
        <w:tc>
          <w:tcPr>
            <w:tcW w:type="dxa" w:w="902"/>
          </w:tcPr>
          <w:p>
            <w:pPr>
              <w:spacing w:after="0"/>
              <w:jc w:val="right"/>
            </w:pPr>
            <w:r>
              <w:rPr>
                <w:sz w:val="16"/>
              </w:rPr>
              <w:t>$117,768</w:t>
            </w:r>
          </w:p>
        </w:tc>
        <w:tc>
          <w:tcPr>
            <w:tcW w:type="dxa" w:w="1305"/>
          </w:tcPr>
          <w:p>
            <w:pPr>
              <w:spacing w:after="0"/>
              <w:jc w:val="right"/>
            </w:pPr>
            <w:r>
              <w:rPr>
                <w:sz w:val="16"/>
              </w:rPr>
              <w:t>0.00016%</w:t>
            </w:r>
          </w:p>
        </w:tc>
        <w:tc>
          <w:tcPr>
            <w:tcW w:type="dxa" w:w="1143"/>
          </w:tcPr>
          <w:p>
            <w:pPr>
              <w:spacing w:after="0"/>
              <w:jc w:val="right"/>
            </w:pPr>
          </w:p>
        </w:tc>
        <w:tc>
          <w:tcPr>
            <w:tcW w:type="dxa" w:w="1059"/>
          </w:tcPr>
          <w:p>
            <w:pPr>
              <w:spacing w:after="0"/>
              <w:jc w:val="right"/>
            </w:pPr>
          </w:p>
        </w:tc>
        <w:tc>
          <w:tcPr>
            <w:tcW w:type="dxa" w:w="1231"/>
          </w:tcPr>
          <w:p>
            <w:pPr>
              <w:spacing w:after="0"/>
              <w:jc w:val="right"/>
            </w:pPr>
          </w:p>
        </w:tc>
        <w:tc>
          <w:tcPr>
            <w:tcW w:type="dxa" w:w="1711"/>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$2,109,818,456</w:t>
            </w:r>
          </w:p>
        </w:tc>
        <w:tc>
          <w:tcPr>
            <w:tcW w:type="dxa" w:w="1129"/>
          </w:tcPr>
          <w:p>
            <w:pPr>
              <w:spacing w:after="0"/>
              <w:jc w:val="right"/>
            </w:pPr>
            <w:r>
              <w:rPr>
                <w:sz w:val="16"/>
              </w:rPr>
              <w:t>$3,481,083</w:t>
            </w:r>
          </w:p>
        </w:tc>
        <w:tc>
          <w:tcPr>
            <w:tcW w:type="dxa" w:w="1039"/>
          </w:tcPr>
          <w:p>
            <w:pPr>
              <w:spacing w:after="0"/>
              <w:jc w:val="right"/>
            </w:pPr>
            <w:r>
              <w:rPr>
                <w:sz w:val="16"/>
              </w:rPr>
              <w:t>13,107</w:t>
            </w:r>
          </w:p>
        </w:tc>
        <w:tc>
          <w:tcPr>
            <w:tcW w:type="dxa" w:w="1037"/>
          </w:tcPr>
          <w:p>
            <w:pPr>
              <w:spacing w:after="0"/>
              <w:jc w:val="right"/>
            </w:pPr>
            <w:r>
              <w:rPr>
                <w:sz w:val="16"/>
              </w:rPr>
              <w:t>$86,492</w:t>
            </w:r>
          </w:p>
        </w:tc>
        <w:tc>
          <w:tcPr>
            <w:tcW w:type="dxa" w:w="1126"/>
          </w:tcPr>
          <w:p>
            <w:pPr>
              <w:spacing w:after="0"/>
              <w:jc w:val="right"/>
            </w:pPr>
            <w:r>
              <w:rPr>
                <w:sz w:val="16"/>
              </w:rPr>
              <w:t>$5,854</w:t>
            </w:r>
          </w:p>
        </w:tc>
        <w:tc>
          <w:tcPr>
            <w:tcW w:type="dxa" w:w="902"/>
          </w:tcPr>
          <w:p>
            <w:pPr>
              <w:spacing w:after="0"/>
              <w:jc w:val="right"/>
            </w:pPr>
            <w:r>
              <w:rPr>
                <w:sz w:val="16"/>
              </w:rPr>
              <w:t>$695,763</w:t>
            </w:r>
          </w:p>
        </w:tc>
        <w:tc>
          <w:tcPr>
            <w:tcW w:type="dxa" w:w="1305"/>
          </w:tcPr>
          <w:p>
            <w:pPr>
              <w:spacing w:after="0"/>
              <w:jc w:val="right"/>
            </w:pPr>
            <w:r>
              <w:rPr>
                <w:sz w:val="16"/>
              </w:rPr>
              <w:t>0.0041%</w:t>
            </w:r>
          </w:p>
        </w:tc>
        <w:tc>
          <w:tcPr>
            <w:tcW w:type="dxa" w:w="1143"/>
          </w:tcPr>
          <w:p>
            <w:pPr>
              <w:spacing w:after="0"/>
              <w:jc w:val="right"/>
            </w:pPr>
            <w:r>
              <w:rPr>
                <w:sz w:val="16"/>
              </w:rPr>
              <w:t>$160,000</w:t>
            </w:r>
          </w:p>
        </w:tc>
        <w:tc>
          <w:tcPr>
            <w:tcW w:type="dxa" w:w="1059"/>
          </w:tcPr>
          <w:p>
            <w:pPr>
              <w:spacing w:after="0"/>
              <w:jc w:val="right"/>
            </w:pPr>
            <w:r>
              <w:rPr>
                <w:sz w:val="16"/>
              </w:rPr>
              <w:t>$35,500</w:t>
            </w:r>
          </w:p>
        </w:tc>
        <w:tc>
          <w:tcPr>
            <w:tcW w:type="dxa" w:w="1231"/>
          </w:tcPr>
          <w:p>
            <w:pPr>
              <w:spacing w:after="0"/>
              <w:jc w:val="right"/>
            </w:pPr>
            <w:r>
              <w:rPr>
                <w:sz w:val="16"/>
              </w:rPr>
              <w:t>$428,813.60</w:t>
            </w:r>
          </w:p>
        </w:tc>
        <w:tc>
          <w:tcPr>
            <w:tcW w:type="dxa" w:w="1711"/>
          </w:tcPr>
          <w:p>
            <w:pPr>
              <w:spacing w:after="0"/>
              <w:jc w:val="left"/>
            </w:pPr>
            <w:r>
              <w:rPr>
                <w:sz w:val="16"/>
              </w:rPr>
              <w:t>Storm Events damage since the plan includes 3 zone-level High Wind records ($35,500): a NOAA non-thunderstorm wind type, outside NRI's Strong Wind definition.</w:t>
            </w:r>
          </w:p>
        </w:tc>
      </w:tr>
      <w:tr>
        <w:trPr>
          <w:cantSplit/>
        </w:trPr>
        <w:tc>
          <w:tcPr>
            <w:tcW w:type="dxa" w:w="1037"/>
          </w:tcPr>
          <w:p>
            <w:pPr>
              <w:spacing w:after="0"/>
              <w:jc w:val="left"/>
            </w:pPr>
            <w:r>
              <w:rPr>
                <w:sz w:val="16"/>
              </w:rPr>
              <w:t>Tornado</w:t>
            </w:r>
          </w:p>
        </w:tc>
        <w:tc>
          <w:tcPr>
            <w:tcW w:type="dxa" w:w="1394"/>
          </w:tcPr>
          <w:p>
            <w:pPr>
              <w:spacing w:after="0"/>
              <w:jc w:val="right"/>
            </w:pPr>
            <w:r>
              <w:rPr>
                <w:sz w:val="16"/>
              </w:rPr>
              <w:t>$2,109,818,456</w:t>
            </w:r>
          </w:p>
        </w:tc>
        <w:tc>
          <w:tcPr>
            <w:tcW w:type="dxa" w:w="1129"/>
          </w:tcPr>
          <w:p>
            <w:pPr>
              <w:spacing w:after="0"/>
              <w:jc w:val="right"/>
            </w:pPr>
            <w:r>
              <w:rPr>
                <w:sz w:val="16"/>
              </w:rPr>
              <w:t>$3,481,083</w:t>
            </w:r>
          </w:p>
        </w:tc>
        <w:tc>
          <w:tcPr>
            <w:tcW w:type="dxa" w:w="1039"/>
          </w:tcPr>
          <w:p>
            <w:pPr>
              <w:spacing w:after="0"/>
              <w:jc w:val="right"/>
            </w:pPr>
            <w:r>
              <w:rPr>
                <w:sz w:val="16"/>
              </w:rPr>
              <w:t>13,107</w:t>
            </w:r>
          </w:p>
        </w:tc>
        <w:tc>
          <w:tcPr>
            <w:tcW w:type="dxa" w:w="1037"/>
          </w:tcPr>
          <w:p>
            <w:pPr>
              <w:spacing w:after="0"/>
              <w:jc w:val="right"/>
            </w:pPr>
            <w:r>
              <w:rPr>
                <w:sz w:val="16"/>
              </w:rPr>
              <w:t>$160,095</w:t>
            </w:r>
          </w:p>
        </w:tc>
        <w:tc>
          <w:tcPr>
            <w:tcW w:type="dxa" w:w="1126"/>
          </w:tcPr>
          <w:p>
            <w:pPr>
              <w:spacing w:after="0"/>
              <w:jc w:val="right"/>
            </w:pPr>
            <w:r>
              <w:rPr>
                <w:sz w:val="16"/>
              </w:rPr>
              <w:t>$75</w:t>
            </w:r>
          </w:p>
        </w:tc>
        <w:tc>
          <w:tcPr>
            <w:tcW w:type="dxa" w:w="902"/>
          </w:tcPr>
          <w:p>
            <w:pPr>
              <w:spacing w:after="0"/>
              <w:jc w:val="right"/>
            </w:pPr>
            <w:r>
              <w:rPr>
                <w:sz w:val="16"/>
              </w:rPr>
              <w:t>$340,689</w:t>
            </w:r>
          </w:p>
        </w:tc>
        <w:tc>
          <w:tcPr>
            <w:tcW w:type="dxa" w:w="1305"/>
          </w:tcPr>
          <w:p>
            <w:pPr>
              <w:spacing w:after="0"/>
              <w:jc w:val="right"/>
            </w:pPr>
            <w:r>
              <w:rPr>
                <w:sz w:val="16"/>
              </w:rPr>
              <w:t>0.00759%</w:t>
            </w:r>
          </w:p>
        </w:tc>
        <w:tc>
          <w:tcPr>
            <w:tcW w:type="dxa" w:w="1143"/>
          </w:tcPr>
          <w:p>
            <w:pPr>
              <w:spacing w:after="0"/>
              <w:jc w:val="right"/>
            </w:pPr>
          </w:p>
        </w:tc>
        <w:tc>
          <w:tcPr>
            <w:tcW w:type="dxa" w:w="1059"/>
          </w:tcPr>
          <w:p>
            <w:pPr>
              <w:spacing w:after="0"/>
              <w:jc w:val="right"/>
            </w:pPr>
          </w:p>
        </w:tc>
        <w:tc>
          <w:tcPr>
            <w:tcW w:type="dxa" w:w="1231"/>
          </w:tcPr>
          <w:p>
            <w:pPr>
              <w:spacing w:after="0"/>
              <w:jc w:val="right"/>
            </w:pPr>
            <w:r>
              <w:rPr>
                <w:sz w:val="16"/>
              </w:rPr>
              <w:t>$213,593.12</w:t>
            </w:r>
          </w:p>
        </w:tc>
        <w:tc>
          <w:tcPr>
            <w:tcW w:type="dxa" w:w="1711"/>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$179,016,703</w:t>
            </w:r>
          </w:p>
        </w:tc>
        <w:tc>
          <w:tcPr>
            <w:tcW w:type="dxa" w:w="1129"/>
          </w:tcPr>
          <w:p>
            <w:pPr>
              <w:spacing w:after="0"/>
              <w:jc w:val="right"/>
            </w:pPr>
            <w:r>
              <w:rPr>
                <w:sz w:val="16"/>
              </w:rPr>
              <w:t>$759,646</w:t>
            </w:r>
          </w:p>
        </w:tc>
        <w:tc>
          <w:tcPr>
            <w:tcW w:type="dxa" w:w="1039"/>
          </w:tcPr>
          <w:p>
            <w:pPr>
              <w:spacing w:after="0"/>
              <w:jc w:val="right"/>
            </w:pPr>
            <w:r>
              <w:rPr>
                <w:sz w:val="16"/>
              </w:rPr>
              <w:t>3,415</w:t>
            </w:r>
          </w:p>
        </w:tc>
        <w:tc>
          <w:tcPr>
            <w:tcW w:type="dxa" w:w="1037"/>
          </w:tcPr>
          <w:p>
            <w:pPr>
              <w:spacing w:after="0"/>
              <w:jc w:val="right"/>
            </w:pPr>
            <w:r>
              <w:rPr>
                <w:sz w:val="16"/>
              </w:rPr>
              <w:t>$16,184</w:t>
            </w:r>
          </w:p>
        </w:tc>
        <w:tc>
          <w:tcPr>
            <w:tcW w:type="dxa" w:w="1126"/>
          </w:tcPr>
          <w:p>
            <w:pPr>
              <w:spacing w:after="0"/>
              <w:jc w:val="right"/>
            </w:pPr>
            <w:r>
              <w:rPr>
                <w:sz w:val="16"/>
              </w:rPr>
              <w:t>$5</w:t>
            </w:r>
          </w:p>
        </w:tc>
        <w:tc>
          <w:tcPr>
            <w:tcW w:type="dxa" w:w="902"/>
          </w:tcPr>
          <w:p>
            <w:pPr>
              <w:spacing w:after="0"/>
              <w:jc w:val="right"/>
            </w:pPr>
            <w:r>
              <w:rPr>
                <w:sz w:val="16"/>
              </w:rPr>
              <w:t>$4,795</w:t>
            </w:r>
          </w:p>
        </w:tc>
        <w:tc>
          <w:tcPr>
            <w:tcW w:type="dxa" w:w="1305"/>
          </w:tcPr>
          <w:p>
            <w:pPr>
              <w:spacing w:after="0"/>
              <w:jc w:val="right"/>
            </w:pPr>
            <w:r>
              <w:rPr>
                <w:sz w:val="16"/>
              </w:rPr>
              <w:t>0.00904%</w:t>
            </w:r>
          </w:p>
        </w:tc>
        <w:tc>
          <w:tcPr>
            <w:tcW w:type="dxa" w:w="1143"/>
          </w:tcPr>
          <w:p>
            <w:pPr>
              <w:spacing w:after="0"/>
              <w:jc w:val="right"/>
            </w:pPr>
          </w:p>
        </w:tc>
        <w:tc>
          <w:tcPr>
            <w:tcW w:type="dxa" w:w="1059"/>
          </w:tcPr>
          <w:p>
            <w:pPr>
              <w:spacing w:after="0"/>
              <w:jc w:val="right"/>
            </w:pPr>
          </w:p>
        </w:tc>
        <w:tc>
          <w:tcPr>
            <w:tcW w:type="dxa" w:w="1231"/>
          </w:tcPr>
          <w:p>
            <w:pPr>
              <w:spacing w:after="0"/>
              <w:jc w:val="right"/>
            </w:pPr>
          </w:p>
        </w:tc>
        <w:tc>
          <w:tcPr>
            <w:tcW w:type="dxa" w:w="1711"/>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$2,109,818,456</w:t>
            </w:r>
          </w:p>
        </w:tc>
        <w:tc>
          <w:tcPr>
            <w:tcW w:type="dxa" w:w="1129"/>
          </w:tcPr>
          <w:p>
            <w:pPr>
              <w:spacing w:after="0"/>
              <w:jc w:val="right"/>
            </w:pPr>
            <w:r>
              <w:rPr>
                <w:sz w:val="16"/>
              </w:rPr>
              <w:t>$3,481,083</w:t>
            </w:r>
          </w:p>
        </w:tc>
        <w:tc>
          <w:tcPr>
            <w:tcW w:type="dxa" w:w="1039"/>
          </w:tcPr>
          <w:p>
            <w:pPr>
              <w:spacing w:after="0"/>
              <w:jc w:val="right"/>
            </w:pPr>
            <w:r>
              <w:rPr>
                <w:sz w:val="16"/>
              </w:rPr>
              <w:t>13,107</w:t>
            </w:r>
          </w:p>
        </w:tc>
        <w:tc>
          <w:tcPr>
            <w:tcW w:type="dxa" w:w="1037"/>
          </w:tcPr>
          <w:p>
            <w:pPr>
              <w:spacing w:after="0"/>
              <w:jc w:val="right"/>
            </w:pPr>
            <w:r>
              <w:rPr>
                <w:sz w:val="16"/>
              </w:rPr>
              <w:t>$5,941</w:t>
            </w:r>
          </w:p>
        </w:tc>
        <w:tc>
          <w:tcPr>
            <w:tcW w:type="dxa" w:w="1126"/>
          </w:tcPr>
          <w:p>
            <w:pPr>
              <w:spacing w:after="0"/>
              <w:jc w:val="right"/>
            </w:pPr>
            <w:r>
              <w:rPr>
                <w:sz w:val="16"/>
              </w:rPr>
              <w:t>under $1</w:t>
            </w:r>
          </w:p>
        </w:tc>
        <w:tc>
          <w:tcPr>
            <w:tcW w:type="dxa" w:w="902"/>
          </w:tcPr>
          <w:p>
            <w:pPr>
              <w:spacing w:after="0"/>
              <w:jc w:val="right"/>
            </w:pPr>
            <w:r>
              <w:rPr>
                <w:sz w:val="16"/>
              </w:rPr>
              <w:t>$44,933</w:t>
            </w:r>
          </w:p>
        </w:tc>
        <w:tc>
          <w:tcPr>
            <w:tcW w:type="dxa" w:w="1305"/>
          </w:tcPr>
          <w:p>
            <w:pPr>
              <w:spacing w:after="0"/>
              <w:jc w:val="right"/>
            </w:pPr>
            <w:r>
              <w:rPr>
                <w:sz w:val="16"/>
              </w:rPr>
              <w:t>0.000282%</w:t>
            </w:r>
          </w:p>
        </w:tc>
        <w:tc>
          <w:tcPr>
            <w:tcW w:type="dxa" w:w="1143"/>
          </w:tcPr>
          <w:p>
            <w:pPr>
              <w:spacing w:after="0"/>
              <w:jc w:val="right"/>
            </w:pPr>
          </w:p>
        </w:tc>
        <w:tc>
          <w:tcPr>
            <w:tcW w:type="dxa" w:w="1059"/>
          </w:tcPr>
          <w:p>
            <w:pPr>
              <w:spacing w:after="0"/>
              <w:jc w:val="right"/>
            </w:pPr>
            <w:r>
              <w:rPr>
                <w:sz w:val="16"/>
              </w:rPr>
              <w:t>$8,000</w:t>
            </w:r>
          </w:p>
        </w:tc>
        <w:tc>
          <w:tcPr>
            <w:tcW w:type="dxa" w:w="1231"/>
          </w:tcPr>
          <w:p>
            <w:pPr>
              <w:spacing w:after="0"/>
              <w:jc w:val="right"/>
            </w:pPr>
            <w:r>
              <w:rPr>
                <w:sz w:val="16"/>
              </w:rPr>
              <w:t>no Public Assistance recorded (1 declaration)</w:t>
            </w:r>
          </w:p>
        </w:tc>
        <w:tc>
          <w:tcPr>
            <w:tcW w:type="dxa" w:w="171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2022-05-25 (Storm Events through 2026-06-30): 48 county-coded records, 46 with a damage value recorded (including $0), $160,000; 4 zone-level records, 4 with a damage value recorded (including $0), $43,500 reported for the zone; Public Assistance: $428,813.60 on 10 counted declarations, 4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13,107</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$2,109,818,456</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$3,481,083</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$4,983,490</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$1,754,273</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2</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3</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17</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3</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3575"/>
        <w:gridCol w:w="1481"/>
        <w:gridCol w:w="1481"/>
        <w:gridCol w:w="1481"/>
        <w:gridCol w:w="1481"/>
        <w:gridCol w:w="1481"/>
        <w:gridCol w:w="1481"/>
        <w:gridCol w:w="1649"/>
      </w:tblGrid>
      <w:tr>
        <w:trPr>
          <w:cantSplit/>
          <w:tblHeader/>
        </w:trPr>
        <w:tc>
          <w:tcPr>
            <w:tcW w:type="dxa" w:w="3575"/>
            <w:shd w:val="clear" w:color="auto" w:fill="E8E8E8"/>
          </w:tcPr>
          <w:p>
            <w:pPr>
              <w:spacing w:after="0"/>
              <w:jc w:val="left"/>
            </w:pPr>
            <w:r>
              <w:rPr>
                <w:b/>
                <w:sz w:val="16"/>
              </w:rPr>
              <w:t>Scope</w:t>
            </w:r>
          </w:p>
        </w:tc>
        <w:tc>
          <w:tcPr>
            <w:tcW w:type="dxa" w:w="1481"/>
            <w:shd w:val="clear" w:color="auto" w:fill="E8E8E8"/>
          </w:tcPr>
          <w:p>
            <w:pPr>
              <w:spacing w:after="0"/>
              <w:jc w:val="right"/>
            </w:pPr>
            <w:r>
              <w:rPr>
                <w:b/>
                <w:sz w:val="16"/>
              </w:rPr>
              <w:t>RL, FMA</w:t>
            </w:r>
          </w:p>
          <w:p>
            <w:pPr>
              <w:spacing w:after="0"/>
              <w:jc w:val="right"/>
            </w:pPr>
            <w:r>
              <w:rPr>
                <w:i/>
                <w:color w:val="555555"/>
                <w:sz w:val="14"/>
              </w:rPr>
              <w:t>properties</w:t>
            </w:r>
          </w:p>
        </w:tc>
        <w:tc>
          <w:tcPr>
            <w:tcW w:type="dxa" w:w="1481"/>
            <w:shd w:val="clear" w:color="auto" w:fill="E8E8E8"/>
          </w:tcPr>
          <w:p>
            <w:pPr>
              <w:spacing w:after="0"/>
              <w:jc w:val="right"/>
            </w:pPr>
            <w:r>
              <w:rPr>
                <w:b/>
                <w:sz w:val="16"/>
              </w:rPr>
              <w:t>SRL, FMA</w:t>
            </w:r>
          </w:p>
          <w:p>
            <w:pPr>
              <w:spacing w:after="0"/>
              <w:jc w:val="right"/>
            </w:pPr>
            <w:r>
              <w:rPr>
                <w:i/>
                <w:color w:val="555555"/>
                <w:sz w:val="14"/>
              </w:rPr>
              <w:t>properties</w:t>
            </w:r>
          </w:p>
        </w:tc>
        <w:tc>
          <w:tcPr>
            <w:tcW w:type="dxa" w:w="1481"/>
            <w:shd w:val="clear" w:color="auto" w:fill="E8E8E8"/>
          </w:tcPr>
          <w:p>
            <w:pPr>
              <w:spacing w:after="0"/>
              <w:jc w:val="right"/>
            </w:pPr>
            <w:r>
              <w:rPr>
                <w:b/>
                <w:sz w:val="16"/>
              </w:rPr>
              <w:t>RL, NFIP</w:t>
            </w:r>
          </w:p>
          <w:p>
            <w:pPr>
              <w:spacing w:after="0"/>
              <w:jc w:val="right"/>
            </w:pPr>
            <w:r>
              <w:rPr>
                <w:i/>
                <w:color w:val="555555"/>
                <w:sz w:val="14"/>
              </w:rPr>
              <w:t>properties</w:t>
            </w:r>
          </w:p>
        </w:tc>
        <w:tc>
          <w:tcPr>
            <w:tcW w:type="dxa" w:w="1481"/>
            <w:shd w:val="clear" w:color="auto" w:fill="E8E8E8"/>
          </w:tcPr>
          <w:p>
            <w:pPr>
              <w:spacing w:after="0"/>
              <w:jc w:val="right"/>
            </w:pPr>
            <w:r>
              <w:rPr>
                <w:b/>
                <w:sz w:val="16"/>
              </w:rPr>
              <w:t>SRL, NFIP</w:t>
            </w:r>
          </w:p>
          <w:p>
            <w:pPr>
              <w:spacing w:after="0"/>
              <w:jc w:val="right"/>
            </w:pPr>
            <w:r>
              <w:rPr>
                <w:i/>
                <w:color w:val="555555"/>
                <w:sz w:val="14"/>
              </w:rPr>
              <w:t>properties</w:t>
            </w:r>
          </w:p>
        </w:tc>
        <w:tc>
          <w:tcPr>
            <w:tcW w:type="dxa" w:w="14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81"/>
            <w:shd w:val="clear" w:color="auto" w:fill="E8E8E8"/>
          </w:tcPr>
          <w:p>
            <w:pPr>
              <w:spacing w:after="0"/>
              <w:jc w:val="right"/>
            </w:pPr>
            <w:r>
              <w:rPr>
                <w:b/>
                <w:sz w:val="16"/>
              </w:rPr>
              <w:t>Mitigated</w:t>
            </w:r>
          </w:p>
          <w:p>
            <w:pPr>
              <w:spacing w:after="0"/>
              <w:jc w:val="right"/>
            </w:pPr>
            <w:r>
              <w:rPr>
                <w:i/>
                <w:color w:val="555555"/>
                <w:sz w:val="14"/>
              </w:rPr>
              <w:t>properties</w:t>
            </w:r>
          </w:p>
        </w:tc>
        <w:tc>
          <w:tcPr>
            <w:tcW w:type="dxa" w:w="16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575"/>
          </w:tcPr>
          <w:p>
            <w:pPr>
              <w:spacing w:after="0"/>
              <w:jc w:val="left"/>
            </w:pPr>
            <w:r>
              <w:rPr>
                <w:sz w:val="16"/>
              </w:rPr>
              <w:t>County total</w:t>
            </w:r>
          </w:p>
        </w:tc>
        <w:tc>
          <w:tcPr>
            <w:tcW w:type="dxa" w:w="1481"/>
          </w:tcPr>
          <w:p>
            <w:pPr>
              <w:spacing w:after="0"/>
              <w:jc w:val="right"/>
            </w:pPr>
            <w:r>
              <w:rPr>
                <w:sz w:val="16"/>
              </w:rPr>
              <w:t>2</w:t>
            </w:r>
          </w:p>
        </w:tc>
        <w:tc>
          <w:tcPr>
            <w:tcW w:type="dxa" w:w="1481"/>
          </w:tcPr>
          <w:p>
            <w:pPr>
              <w:spacing w:after="0"/>
              <w:jc w:val="right"/>
            </w:pPr>
            <w:r>
              <w:rPr>
                <w:sz w:val="16"/>
              </w:rPr>
              <w:t>3</w:t>
            </w:r>
          </w:p>
        </w:tc>
        <w:tc>
          <w:tcPr>
            <w:tcW w:type="dxa" w:w="1481"/>
          </w:tcPr>
          <w:p>
            <w:pPr>
              <w:spacing w:after="0"/>
              <w:jc w:val="right"/>
            </w:pPr>
            <w:r>
              <w:rPr>
                <w:sz w:val="16"/>
              </w:rPr>
              <w:t>17</w:t>
            </w:r>
          </w:p>
        </w:tc>
        <w:tc>
          <w:tcPr>
            <w:tcW w:type="dxa" w:w="1481"/>
          </w:tcPr>
          <w:p>
            <w:pPr>
              <w:spacing w:after="0"/>
              <w:jc w:val="right"/>
            </w:pPr>
            <w:r>
              <w:rPr>
                <w:sz w:val="16"/>
              </w:rPr>
              <w:t>3</w:t>
            </w:r>
          </w:p>
        </w:tc>
        <w:tc>
          <w:tcPr>
            <w:tcW w:type="dxa" w:w="1481"/>
          </w:tcPr>
          <w:p>
            <w:pPr>
              <w:spacing w:after="0"/>
              <w:jc w:val="right"/>
            </w:pPr>
            <w:r>
              <w:rPr>
                <w:sz w:val="16"/>
              </w:rPr>
              <w:t>18</w:t>
            </w:r>
          </w:p>
        </w:tc>
        <w:tc>
          <w:tcPr>
            <w:tcW w:type="dxa" w:w="1481"/>
          </w:tcPr>
          <w:p>
            <w:pPr>
              <w:spacing w:after="0"/>
              <w:jc w:val="right"/>
            </w:pPr>
            <w:r>
              <w:rPr>
                <w:sz w:val="16"/>
              </w:rPr>
              <w:t>1</w:t>
            </w:r>
          </w:p>
        </w:tc>
        <w:tc>
          <w:tcPr>
            <w:tcW w:type="dxa" w:w="1649"/>
          </w:tcPr>
          <w:p>
            <w:pPr>
              <w:spacing w:after="0"/>
              <w:jc w:val="right"/>
            </w:pPr>
            <w:r>
              <w:rPr>
                <w:sz w:val="16"/>
              </w:rPr>
              <w:t>4</w:t>
            </w:r>
          </w:p>
        </w:tc>
      </w:tr>
      <w:tr>
        <w:trPr>
          <w:cantSplit/>
        </w:trPr>
        <w:tc>
          <w:tcPr>
            <w:tcW w:type="dxa" w:w="3575"/>
          </w:tcPr>
          <w:p>
            <w:pPr>
              <w:spacing w:after="0"/>
              <w:jc w:val="left"/>
            </w:pPr>
            <w:r>
              <w:rPr>
                <w:sz w:val="16"/>
              </w:rPr>
              <w:t>of which: Powell County (unincorporated area)</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4</w:t>
            </w:r>
          </w:p>
        </w:tc>
        <w:tc>
          <w:tcPr>
            <w:tcW w:type="dxa" w:w="1481"/>
          </w:tcPr>
          <w:p>
            <w:pPr>
              <w:spacing w:after="0"/>
              <w:jc w:val="right"/>
            </w:pPr>
            <w:r>
              <w:rPr>
                <w:sz w:val="16"/>
              </w:rPr>
              <w:t>0</w:t>
            </w:r>
          </w:p>
        </w:tc>
        <w:tc>
          <w:tcPr>
            <w:tcW w:type="dxa" w:w="1481"/>
          </w:tcPr>
          <w:p>
            <w:pPr>
              <w:spacing w:after="0"/>
              <w:jc w:val="right"/>
            </w:pPr>
            <w:r>
              <w:rPr>
                <w:sz w:val="16"/>
              </w:rPr>
              <w:t>4</w:t>
            </w:r>
          </w:p>
        </w:tc>
        <w:tc>
          <w:tcPr>
            <w:tcW w:type="dxa" w:w="1481"/>
          </w:tcPr>
          <w:p>
            <w:pPr>
              <w:spacing w:after="0"/>
              <w:jc w:val="right"/>
            </w:pPr>
            <w:r>
              <w:rPr>
                <w:sz w:val="16"/>
              </w:rPr>
              <w:t>0</w:t>
            </w:r>
          </w:p>
        </w:tc>
        <w:tc>
          <w:tcPr>
            <w:tcW w:type="dxa" w:w="1649"/>
          </w:tcPr>
          <w:p>
            <w:pPr>
              <w:spacing w:after="0"/>
              <w:jc w:val="right"/>
            </w:pPr>
            <w:r>
              <w:rPr>
                <w:sz w:val="16"/>
              </w:rPr>
              <w:t>1</w:t>
            </w:r>
          </w:p>
        </w:tc>
      </w:tr>
      <w:tr>
        <w:trPr>
          <w:cantSplit/>
        </w:trPr>
        <w:tc>
          <w:tcPr>
            <w:tcW w:type="dxa" w:w="3575"/>
          </w:tcPr>
          <w:p>
            <w:pPr>
              <w:spacing w:after="0"/>
              <w:jc w:val="left"/>
            </w:pPr>
            <w:r>
              <w:rPr>
                <w:sz w:val="16"/>
              </w:rPr>
              <w:t>of which: Clay City city</w:t>
            </w:r>
          </w:p>
        </w:tc>
        <w:tc>
          <w:tcPr>
            <w:tcW w:type="dxa" w:w="1481"/>
          </w:tcPr>
          <w:p>
            <w:pPr>
              <w:spacing w:after="0"/>
              <w:jc w:val="right"/>
            </w:pPr>
            <w:r>
              <w:rPr>
                <w:sz w:val="16"/>
              </w:rPr>
              <w:t>2</w:t>
            </w:r>
          </w:p>
        </w:tc>
        <w:tc>
          <w:tcPr>
            <w:tcW w:type="dxa" w:w="1481"/>
          </w:tcPr>
          <w:p>
            <w:pPr>
              <w:spacing w:after="0"/>
              <w:jc w:val="right"/>
            </w:pPr>
            <w:r>
              <w:rPr>
                <w:sz w:val="16"/>
              </w:rPr>
              <w:t>3</w:t>
            </w:r>
          </w:p>
        </w:tc>
        <w:tc>
          <w:tcPr>
            <w:tcW w:type="dxa" w:w="1481"/>
          </w:tcPr>
          <w:p>
            <w:pPr>
              <w:spacing w:after="0"/>
              <w:jc w:val="right"/>
            </w:pPr>
            <w:r>
              <w:rPr>
                <w:sz w:val="16"/>
              </w:rPr>
              <w:t>12</w:t>
            </w:r>
          </w:p>
        </w:tc>
        <w:tc>
          <w:tcPr>
            <w:tcW w:type="dxa" w:w="1481"/>
          </w:tcPr>
          <w:p>
            <w:pPr>
              <w:spacing w:after="0"/>
              <w:jc w:val="right"/>
            </w:pPr>
            <w:r>
              <w:rPr>
                <w:sz w:val="16"/>
              </w:rPr>
              <w:t>3</w:t>
            </w:r>
          </w:p>
        </w:tc>
        <w:tc>
          <w:tcPr>
            <w:tcW w:type="dxa" w:w="1481"/>
          </w:tcPr>
          <w:p>
            <w:pPr>
              <w:spacing w:after="0"/>
              <w:jc w:val="right"/>
            </w:pPr>
            <w:r>
              <w:rPr>
                <w:sz w:val="16"/>
              </w:rPr>
              <w:t>13</w:t>
            </w:r>
          </w:p>
        </w:tc>
        <w:tc>
          <w:tcPr>
            <w:tcW w:type="dxa" w:w="1481"/>
          </w:tcPr>
          <w:p>
            <w:pPr>
              <w:spacing w:after="0"/>
              <w:jc w:val="right"/>
            </w:pPr>
            <w:r>
              <w:rPr>
                <w:sz w:val="16"/>
              </w:rPr>
              <w:t>1</w:t>
            </w:r>
          </w:p>
        </w:tc>
        <w:tc>
          <w:tcPr>
            <w:tcW w:type="dxa" w:w="1649"/>
          </w:tcPr>
          <w:p>
            <w:pPr>
              <w:spacing w:after="0"/>
              <w:jc w:val="right"/>
            </w:pPr>
            <w:r>
              <w:rPr>
                <w:sz w:val="16"/>
              </w:rPr>
              <w:t>3</w:t>
            </w:r>
          </w:p>
        </w:tc>
      </w:tr>
      <w:tr>
        <w:trPr>
          <w:cantSplit/>
        </w:trPr>
        <w:tc>
          <w:tcPr>
            <w:tcW w:type="dxa" w:w="3575"/>
          </w:tcPr>
          <w:p>
            <w:pPr>
              <w:spacing w:after="0"/>
              <w:jc w:val="left"/>
            </w:pPr>
            <w:r>
              <w:rPr>
                <w:sz w:val="16"/>
              </w:rPr>
              <w:t>of which: Stanton city</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649"/>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Powell County (unincorporated area)</w:t>
            </w:r>
          </w:p>
        </w:tc>
        <w:tc>
          <w:tcPr>
            <w:tcW w:type="dxa" w:w="1604"/>
          </w:tcPr>
          <w:p>
            <w:pPr>
              <w:spacing w:after="0"/>
              <w:jc w:val="left"/>
            </w:pPr>
            <w:r>
              <w:rPr>
                <w:sz w:val="16"/>
              </w:rPr>
              <w:t>210194</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4</w:t>
            </w:r>
          </w:p>
        </w:tc>
        <w:tc>
          <w:tcPr>
            <w:tcW w:type="dxa" w:w="1441"/>
          </w:tcPr>
          <w:p>
            <w:pPr>
              <w:spacing w:after="0"/>
              <w:jc w:val="right"/>
            </w:pPr>
            <w:r>
              <w:rPr>
                <w:sz w:val="16"/>
              </w:rPr>
              <w:t>0</w:t>
            </w:r>
          </w:p>
        </w:tc>
        <w:tc>
          <w:tcPr>
            <w:tcW w:type="dxa" w:w="1441"/>
          </w:tcPr>
          <w:p>
            <w:pPr>
              <w:spacing w:after="0"/>
              <w:jc w:val="right"/>
            </w:pPr>
            <w:r>
              <w:rPr>
                <w:sz w:val="16"/>
              </w:rPr>
              <w:t>4</w:t>
            </w:r>
          </w:p>
        </w:tc>
        <w:tc>
          <w:tcPr>
            <w:tcW w:type="dxa" w:w="1441"/>
          </w:tcPr>
          <w:p>
            <w:pPr>
              <w:spacing w:after="0"/>
              <w:jc w:val="right"/>
            </w:pPr>
            <w:r>
              <w:rPr>
                <w:sz w:val="16"/>
              </w:rPr>
              <w:t>0</w:t>
            </w:r>
          </w:p>
        </w:tc>
        <w:tc>
          <w:tcPr>
            <w:tcW w:type="dxa" w:w="1604"/>
          </w:tcPr>
          <w:p>
            <w:pPr>
              <w:spacing w:after="0"/>
              <w:jc w:val="right"/>
            </w:pPr>
            <w:r>
              <w:rPr>
                <w:sz w:val="16"/>
              </w:rPr>
              <w:t>1</w:t>
            </w:r>
          </w:p>
        </w:tc>
      </w:tr>
      <w:tr>
        <w:trPr>
          <w:cantSplit/>
        </w:trPr>
        <w:tc>
          <w:tcPr>
            <w:tcW w:type="dxa" w:w="2256"/>
          </w:tcPr>
          <w:p>
            <w:pPr>
              <w:spacing w:after="0"/>
              <w:jc w:val="left"/>
            </w:pPr>
            <w:r>
              <w:rPr>
                <w:sz w:val="16"/>
              </w:rPr>
              <w:t>Clay City city</w:t>
            </w:r>
          </w:p>
        </w:tc>
        <w:tc>
          <w:tcPr>
            <w:tcW w:type="dxa" w:w="1604"/>
          </w:tcPr>
          <w:p>
            <w:pPr>
              <w:spacing w:after="0"/>
              <w:jc w:val="left"/>
            </w:pPr>
            <w:r>
              <w:rPr>
                <w:sz w:val="16"/>
              </w:rPr>
              <w:t>210195</w:t>
            </w:r>
          </w:p>
        </w:tc>
        <w:tc>
          <w:tcPr>
            <w:tcW w:type="dxa" w:w="1441"/>
          </w:tcPr>
          <w:p>
            <w:pPr>
              <w:spacing w:after="0"/>
              <w:jc w:val="right"/>
            </w:pPr>
            <w:r>
              <w:rPr>
                <w:sz w:val="16"/>
              </w:rPr>
              <w:t>2</w:t>
            </w:r>
          </w:p>
        </w:tc>
        <w:tc>
          <w:tcPr>
            <w:tcW w:type="dxa" w:w="1441"/>
          </w:tcPr>
          <w:p>
            <w:pPr>
              <w:spacing w:after="0"/>
              <w:jc w:val="right"/>
            </w:pPr>
            <w:r>
              <w:rPr>
                <w:sz w:val="16"/>
              </w:rPr>
              <w:t>3</w:t>
            </w:r>
          </w:p>
        </w:tc>
        <w:tc>
          <w:tcPr>
            <w:tcW w:type="dxa" w:w="1441"/>
          </w:tcPr>
          <w:p>
            <w:pPr>
              <w:spacing w:after="0"/>
              <w:jc w:val="right"/>
            </w:pPr>
            <w:r>
              <w:rPr>
                <w:sz w:val="16"/>
              </w:rPr>
              <w:t>12</w:t>
            </w:r>
          </w:p>
        </w:tc>
        <w:tc>
          <w:tcPr>
            <w:tcW w:type="dxa" w:w="1441"/>
          </w:tcPr>
          <w:p>
            <w:pPr>
              <w:spacing w:after="0"/>
              <w:jc w:val="right"/>
            </w:pPr>
            <w:r>
              <w:rPr>
                <w:sz w:val="16"/>
              </w:rPr>
              <w:t>3</w:t>
            </w:r>
          </w:p>
        </w:tc>
        <w:tc>
          <w:tcPr>
            <w:tcW w:type="dxa" w:w="1441"/>
          </w:tcPr>
          <w:p>
            <w:pPr>
              <w:spacing w:after="0"/>
              <w:jc w:val="right"/>
            </w:pPr>
            <w:r>
              <w:rPr>
                <w:sz w:val="16"/>
              </w:rPr>
              <w:t>13</w:t>
            </w:r>
          </w:p>
        </w:tc>
        <w:tc>
          <w:tcPr>
            <w:tcW w:type="dxa" w:w="1441"/>
          </w:tcPr>
          <w:p>
            <w:pPr>
              <w:spacing w:after="0"/>
              <w:jc w:val="right"/>
            </w:pPr>
            <w:r>
              <w:rPr>
                <w:sz w:val="16"/>
              </w:rPr>
              <w:t>1</w:t>
            </w:r>
          </w:p>
        </w:tc>
        <w:tc>
          <w:tcPr>
            <w:tcW w:type="dxa" w:w="1604"/>
          </w:tcPr>
          <w:p>
            <w:pPr>
              <w:spacing w:after="0"/>
              <w:jc w:val="right"/>
            </w:pPr>
            <w:r>
              <w:rPr>
                <w:sz w:val="16"/>
              </w:rPr>
              <w:t>3</w:t>
            </w:r>
          </w:p>
        </w:tc>
      </w:tr>
      <w:tr>
        <w:trPr>
          <w:cantSplit/>
        </w:trPr>
        <w:tc>
          <w:tcPr>
            <w:tcW w:type="dxa" w:w="2256"/>
          </w:tcPr>
          <w:p>
            <w:pPr>
              <w:spacing w:after="0"/>
              <w:jc w:val="left"/>
            </w:pPr>
            <w:r>
              <w:rPr>
                <w:sz w:val="16"/>
              </w:rPr>
              <w:t>Stanton city</w:t>
            </w:r>
          </w:p>
        </w:tc>
        <w:tc>
          <w:tcPr>
            <w:tcW w:type="dxa" w:w="1604"/>
          </w:tcPr>
          <w:p>
            <w:pPr>
              <w:spacing w:after="0"/>
              <w:jc w:val="left"/>
            </w:pPr>
            <w:r>
              <w:rPr>
                <w:sz w:val="16"/>
              </w:rPr>
              <w:t>210196</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60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2</w:t>
            </w:r>
          </w:p>
        </w:tc>
        <w:tc>
          <w:tcPr>
            <w:tcW w:type="dxa" w:w="1496"/>
          </w:tcPr>
          <w:p>
            <w:pPr>
              <w:spacing w:after="0"/>
              <w:jc w:val="right"/>
            </w:pPr>
            <w:r>
              <w:rPr>
                <w:sz w:val="16"/>
              </w:rPr>
              <w:t>3</w:t>
            </w:r>
          </w:p>
        </w:tc>
        <w:tc>
          <w:tcPr>
            <w:tcW w:type="dxa" w:w="1496"/>
          </w:tcPr>
          <w:p>
            <w:pPr>
              <w:spacing w:after="0"/>
              <w:jc w:val="right"/>
            </w:pPr>
            <w:r>
              <w:rPr>
                <w:sz w:val="16"/>
              </w:rPr>
              <w:t>14</w:t>
            </w:r>
          </w:p>
        </w:tc>
        <w:tc>
          <w:tcPr>
            <w:tcW w:type="dxa" w:w="1496"/>
          </w:tcPr>
          <w:p>
            <w:pPr>
              <w:spacing w:after="0"/>
              <w:jc w:val="right"/>
            </w:pPr>
            <w:r>
              <w:rPr>
                <w:sz w:val="16"/>
              </w:rPr>
              <w:t>3</w:t>
            </w:r>
          </w:p>
        </w:tc>
        <w:tc>
          <w:tcPr>
            <w:tcW w:type="dxa" w:w="1496"/>
          </w:tcPr>
          <w:p>
            <w:pPr>
              <w:spacing w:after="0"/>
              <w:jc w:val="right"/>
            </w:pPr>
            <w:r>
              <w:rPr>
                <w:sz w:val="16"/>
              </w:rPr>
              <w:t>15</w:t>
            </w:r>
          </w:p>
        </w:tc>
        <w:tc>
          <w:tcPr>
            <w:tcW w:type="dxa" w:w="1496"/>
          </w:tcPr>
          <w:p>
            <w:pPr>
              <w:spacing w:after="0"/>
              <w:jc w:val="right"/>
            </w:pPr>
            <w:r>
              <w:rPr>
                <w:sz w:val="16"/>
              </w:rPr>
              <w:t>1</w:t>
            </w:r>
          </w:p>
        </w:tc>
        <w:tc>
          <w:tcPr>
            <w:tcW w:type="dxa" w:w="1665"/>
          </w:tcPr>
          <w:p>
            <w:pPr>
              <w:spacing w:after="0"/>
              <w:jc w:val="right"/>
            </w:pPr>
            <w:r>
              <w:rPr>
                <w:sz w:val="16"/>
              </w:rPr>
              <w:t>3</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1 property is FMA repetitive loss but not NFIP repetitive loss, and 16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Powell County, KY: risk-assessment baseline packet, release 2026-10 (data as of 2026-09-30; County FIPS 21197). Automated baseline. </w:t>
      </w:r>
      <w:hyperlink r:id="rId15">
        <w:r>
          <w:rPr>
            <w:color w:val="1F4E99"/>
            <w:sz w:val="17"/>
            <w:u w:val="single"/>
          </w:rPr>
          <w:t>https://hazardplain.org/ky/21197/</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hazard-plain_2026-10_KY_21197.docx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Powell County, KY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ky/21197/"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Powell County, KY: Risk-assessment baseline packet</dc:title>
  <dc:subject>Hazard Plain release 2026-10, as of 2026-09-30. Automated baseline</dc:subject>
  <dc:creator>Hazard Plain</dc:creator>
  <cp:keywords>Hazard Plain; hazard mitigation; risk assessment; 21197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