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Metcalfe County, KY</w:t>
      </w:r>
    </w:p>
    <w:p>
      <w:pPr>
        <w:spacing w:after="120" w:before="0"/>
      </w:pPr>
      <w:r>
        <w:rPr>
          <w:color w:val="555555"/>
          <w:sz w:val="24"/>
        </w:rPr>
        <w:t>Risk-assessment baseline packet</w:t>
      </w:r>
    </w:p>
    <w:p>
      <w:pPr>
        <w:spacing w:after="120" w:before="0"/>
      </w:pPr>
      <w:r>
        <w:rPr>
          <w:b/>
          <w:sz w:val="18"/>
        </w:rPr>
        <w:t xml:space="preserve">County FIPS: </w:t>
      </w:r>
      <w:r>
        <w:rPr>
          <w:sz w:val="18"/>
        </w:rPr>
        <w:t>21169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2027-09-15. Plan: Barren River ADD Regional (FEMA plan 108459), approved 2022-09-16.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2022-09-16: 10 new hazard declarations (7 incidents) and 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($2,275,305 a year), Tornado ($706,381) and Cold Wave ($501,364).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2027-09-15</w:t>
      </w:r>
    </w:p>
    <w:p>
      <w:pPr>
        <w:keepNext/>
        <w:spacing w:after="40" w:before="0"/>
      </w:pPr>
      <w:r>
        <w:rPr>
          <w:b/>
        </w:rPr>
        <w:t xml:space="preserve">Plan: </w:t>
      </w:r>
      <w:r>
        <w:rPr/>
        <w:t>Barren River ADD Regional (FEMA plan 108459)</w:t>
      </w:r>
    </w:p>
    <w:p>
      <w:pPr>
        <w:keepNext/>
        <w:spacing w:after="40" w:before="0"/>
      </w:pPr>
      <w:r>
        <w:rPr>
          <w:b/>
        </w:rPr>
        <w:t xml:space="preserve">Approved: </w:t>
      </w:r>
      <w:r>
        <w:rPr/>
        <w:t>2022-09-16</w:t>
      </w:r>
    </w:p>
    <w:p>
      <w:pPr>
        <w:keepNext/>
        <w:spacing w:after="40" w:before="0"/>
      </w:pPr>
      <w:r>
        <w:rPr>
          <w:b/>
        </w:rPr>
        <w:t xml:space="preserve">Days to expiry: </w:t>
      </w:r>
      <w:r>
        <w:rPr/>
        <w:t>350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10 new hazard declarations (7 incidents): DR-4702-KY (Severe Storms, Straight-Line Winds, Tornadoes, Flooding, Landslides, and Mudslides), DR-4804-KY (Severe Storms, Straight-Line Winds, Tornadoes, Landslides, and Mudslides),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DR-4875-KY (Severe Storms, Straight-Line Winds, and Tornadoes), EM-3633-KY (Severe Winter Storm), DR-4913-KY (Severe Winter Storm), DR-4937-KY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6"/>
        <w:gridCol w:w="1566"/>
        <w:gridCol w:w="2970"/>
        <w:gridCol w:w="4575"/>
        <w:gridCol w:w="1165"/>
        <w:gridCol w:w="1165"/>
        <w:gridCol w:w="1004"/>
      </w:tblGrid>
      <w:tr>
        <w:trPr>
          <w:cantSplit/>
          <w:tblHeader/>
        </w:trPr>
        <w:tc>
          <w:tcPr>
            <w:tcW w:type="dxa" w:w="1666"/>
            <w:shd w:val="clear" w:color="auto" w:fill="E8E8E8"/>
          </w:tcPr>
          <w:p>
            <w:pPr>
              <w:spacing w:after="0"/>
              <w:jc w:val="left"/>
            </w:pPr>
            <w:r>
              <w:rPr>
                <w:b/>
                <w:sz w:val="16"/>
              </w:rPr>
              <w:t>Jurisdiction</w:t>
            </w:r>
          </w:p>
        </w:tc>
        <w:tc>
          <w:tcPr>
            <w:tcW w:type="dxa" w:w="1566"/>
            <w:shd w:val="clear" w:color="auto" w:fill="E8E8E8"/>
          </w:tcPr>
          <w:p>
            <w:pPr>
              <w:spacing w:after="0"/>
              <w:jc w:val="left"/>
            </w:pPr>
            <w:r>
              <w:rPr>
                <w:b/>
                <w:sz w:val="16"/>
              </w:rPr>
              <w:t>Type</w:t>
            </w:r>
          </w:p>
        </w:tc>
        <w:tc>
          <w:tcPr>
            <w:tcW w:type="dxa" w:w="2970"/>
            <w:shd w:val="clear" w:color="auto" w:fill="E8E8E8"/>
          </w:tcPr>
          <w:p>
            <w:pPr>
              <w:spacing w:after="0"/>
              <w:jc w:val="left"/>
            </w:pPr>
            <w:r>
              <w:rPr>
                <w:b/>
                <w:sz w:val="16"/>
              </w:rPr>
              <w:t>Status</w:t>
            </w:r>
          </w:p>
        </w:tc>
        <w:tc>
          <w:tcPr>
            <w:tcW w:type="dxa" w:w="4575"/>
            <w:shd w:val="clear" w:color="auto" w:fill="E8E8E8"/>
          </w:tcPr>
          <w:p>
            <w:pPr>
              <w:spacing w:after="0"/>
              <w:jc w:val="left"/>
            </w:pPr>
            <w:r>
              <w:rPr>
                <w:b/>
                <w:sz w:val="16"/>
              </w:rPr>
              <w:t>Plan</w:t>
            </w:r>
          </w:p>
        </w:tc>
        <w:tc>
          <w:tcPr>
            <w:tcW w:type="dxa" w:w="1165"/>
            <w:shd w:val="clear" w:color="auto" w:fill="E8E8E8"/>
          </w:tcPr>
          <w:p>
            <w:pPr>
              <w:spacing w:after="0"/>
              <w:jc w:val="left"/>
            </w:pPr>
            <w:r>
              <w:rPr>
                <w:b/>
                <w:sz w:val="16"/>
              </w:rPr>
              <w:t>Approved</w:t>
            </w:r>
          </w:p>
        </w:tc>
        <w:tc>
          <w:tcPr>
            <w:tcW w:type="dxa" w:w="1165"/>
            <w:shd w:val="clear" w:color="auto" w:fill="E8E8E8"/>
          </w:tcPr>
          <w:p>
            <w:pPr>
              <w:spacing w:after="0"/>
              <w:jc w:val="left"/>
            </w:pPr>
            <w:r>
              <w:rPr>
                <w:b/>
                <w:sz w:val="16"/>
              </w:rPr>
              <w:t>Expires</w:t>
            </w:r>
          </w:p>
        </w:tc>
        <w:tc>
          <w:tcPr>
            <w:tcW w:type="dxa" w:w="100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66"/>
          </w:tcPr>
          <w:p>
            <w:pPr>
              <w:spacing w:after="0"/>
              <w:jc w:val="left"/>
            </w:pPr>
            <w:r>
              <w:rPr>
                <w:sz w:val="16"/>
              </w:rPr>
              <w:t>Metcalfe County (unincorporated area)</w:t>
            </w:r>
          </w:p>
        </w:tc>
        <w:tc>
          <w:tcPr>
            <w:tcW w:type="dxa" w:w="1566"/>
          </w:tcPr>
          <w:p>
            <w:pPr>
              <w:spacing w:after="0"/>
              <w:jc w:val="left"/>
            </w:pPr>
            <w:r>
              <w:rPr>
                <w:sz w:val="16"/>
              </w:rPr>
              <w:t>Unincorporated</w:t>
            </w:r>
          </w:p>
        </w:tc>
        <w:tc>
          <w:tcPr>
            <w:tcW w:type="dxa" w:w="2970"/>
          </w:tcPr>
          <w:p>
            <w:pPr>
              <w:spacing w:after="0"/>
              <w:jc w:val="left"/>
            </w:pPr>
            <w:r>
              <w:rPr>
                <w:sz w:val="16"/>
              </w:rPr>
              <w:t>Approved, expires 2027-09-15</w:t>
            </w:r>
          </w:p>
        </w:tc>
        <w:tc>
          <w:tcPr>
            <w:tcW w:type="dxa" w:w="4575"/>
          </w:tcPr>
          <w:p>
            <w:pPr>
              <w:spacing w:after="0"/>
              <w:jc w:val="left"/>
            </w:pPr>
            <w:r>
              <w:rPr>
                <w:sz w:val="16"/>
              </w:rPr>
              <w:t>Barren River ADD Regional (FEMA plan 108459)</w:t>
            </w:r>
          </w:p>
        </w:tc>
        <w:tc>
          <w:tcPr>
            <w:tcW w:type="dxa" w:w="1165"/>
          </w:tcPr>
          <w:p>
            <w:pPr>
              <w:spacing w:after="0"/>
              <w:jc w:val="left"/>
            </w:pPr>
            <w:r>
              <w:rPr>
                <w:sz w:val="16"/>
              </w:rPr>
              <w:t>2022-09-16</w:t>
            </w:r>
          </w:p>
        </w:tc>
        <w:tc>
          <w:tcPr>
            <w:tcW w:type="dxa" w:w="1165"/>
          </w:tcPr>
          <w:p>
            <w:pPr>
              <w:spacing w:after="0"/>
              <w:jc w:val="left"/>
            </w:pPr>
            <w:r>
              <w:rPr>
                <w:sz w:val="16"/>
              </w:rPr>
              <w:t>2027-09-15</w:t>
            </w:r>
          </w:p>
        </w:tc>
        <w:tc>
          <w:tcPr>
            <w:tcW w:type="dxa" w:w="1004"/>
          </w:tcPr>
          <w:p>
            <w:pPr>
              <w:spacing w:after="0"/>
              <w:jc w:val="right"/>
            </w:pPr>
            <w:r>
              <w:rPr>
                <w:sz w:val="16"/>
              </w:rPr>
              <w:t>350</w:t>
            </w:r>
          </w:p>
        </w:tc>
      </w:tr>
      <w:tr>
        <w:trPr>
          <w:cantSplit/>
        </w:trPr>
        <w:tc>
          <w:tcPr>
            <w:tcW w:type="dxa" w:w="1666"/>
          </w:tcPr>
          <w:p>
            <w:pPr>
              <w:spacing w:after="0"/>
              <w:jc w:val="left"/>
            </w:pPr>
            <w:r>
              <w:rPr>
                <w:sz w:val="16"/>
              </w:rPr>
              <w:t>Edmonton city</w:t>
            </w:r>
          </w:p>
        </w:tc>
        <w:tc>
          <w:tcPr>
            <w:tcW w:type="dxa" w:w="1566"/>
          </w:tcPr>
          <w:p>
            <w:pPr>
              <w:spacing w:after="0"/>
              <w:jc w:val="left"/>
            </w:pPr>
            <w:r>
              <w:rPr>
                <w:sz w:val="16"/>
              </w:rPr>
              <w:t>City</w:t>
            </w:r>
          </w:p>
        </w:tc>
        <w:tc>
          <w:tcPr>
            <w:tcW w:type="dxa" w:w="2970"/>
          </w:tcPr>
          <w:p>
            <w:pPr>
              <w:spacing w:after="0"/>
              <w:jc w:val="left"/>
            </w:pPr>
            <w:r>
              <w:rPr>
                <w:sz w:val="16"/>
              </w:rPr>
              <w:t>Approved, expires 2027-09-15</w:t>
            </w:r>
          </w:p>
        </w:tc>
        <w:tc>
          <w:tcPr>
            <w:tcW w:type="dxa" w:w="4575"/>
          </w:tcPr>
          <w:p>
            <w:pPr>
              <w:spacing w:after="0"/>
              <w:jc w:val="left"/>
            </w:pPr>
            <w:r>
              <w:rPr>
                <w:sz w:val="16"/>
              </w:rPr>
              <w:t>Barren River ADD Regional (FEMA plan 108459)</w:t>
            </w:r>
          </w:p>
        </w:tc>
        <w:tc>
          <w:tcPr>
            <w:tcW w:type="dxa" w:w="1165"/>
          </w:tcPr>
          <w:p>
            <w:pPr>
              <w:spacing w:after="0"/>
              <w:jc w:val="left"/>
            </w:pPr>
            <w:r>
              <w:rPr>
                <w:sz w:val="16"/>
              </w:rPr>
              <w:t>2022-09-16</w:t>
            </w:r>
          </w:p>
        </w:tc>
        <w:tc>
          <w:tcPr>
            <w:tcW w:type="dxa" w:w="1165"/>
          </w:tcPr>
          <w:p>
            <w:pPr>
              <w:spacing w:after="0"/>
              <w:jc w:val="left"/>
            </w:pPr>
            <w:r>
              <w:rPr>
                <w:sz w:val="16"/>
              </w:rPr>
              <w:t>2027-09-15</w:t>
            </w:r>
          </w:p>
        </w:tc>
        <w:tc>
          <w:tcPr>
            <w:tcW w:type="dxa" w:w="1004"/>
          </w:tcPr>
          <w:p>
            <w:pPr>
              <w:spacing w:after="0"/>
              <w:jc w:val="right"/>
            </w:pPr>
            <w:r>
              <w:rPr>
                <w:sz w:val="16"/>
              </w:rPr>
              <w:t>350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108459 covers 33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$2,251,792</w:t>
            </w:r>
          </w:p>
        </w:tc>
        <w:tc>
          <w:tcPr>
            <w:tcW w:type="dxa" w:w="1126"/>
          </w:tcPr>
          <w:p>
            <w:pPr>
              <w:spacing w:after="0"/>
              <w:jc w:val="right"/>
            </w:pPr>
            <w:r>
              <w:rPr>
                <w:sz w:val="16"/>
              </w:rPr>
              <w:t>$17,351</w:t>
            </w:r>
          </w:p>
        </w:tc>
        <w:tc>
          <w:tcPr>
            <w:tcW w:type="dxa" w:w="1935"/>
          </w:tcPr>
          <w:p>
            <w:pPr>
              <w:spacing w:after="0"/>
              <w:jc w:val="right"/>
            </w:pPr>
            <w:r>
              <w:rPr>
                <w:sz w:val="16"/>
              </w:rPr>
              <w:t>$6,162</w:t>
            </w:r>
          </w:p>
        </w:tc>
        <w:tc>
          <w:tcPr>
            <w:tcW w:type="dxa" w:w="1195"/>
          </w:tcPr>
          <w:p>
            <w:pPr>
              <w:spacing w:after="0"/>
              <w:jc w:val="right"/>
            </w:pPr>
            <w:r>
              <w:rPr>
                <w:sz w:val="16"/>
              </w:rPr>
              <w:t>$2,275,305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$316,374</w:t>
            </w:r>
          </w:p>
        </w:tc>
        <w:tc>
          <w:tcPr>
            <w:tcW w:type="dxa" w:w="1126"/>
          </w:tcPr>
          <w:p>
            <w:pPr>
              <w:spacing w:after="0"/>
              <w:jc w:val="right"/>
            </w:pPr>
            <w:r>
              <w:rPr>
                <w:sz w:val="16"/>
              </w:rPr>
              <w:t>$3,253</w:t>
            </w:r>
          </w:p>
        </w:tc>
        <w:tc>
          <w:tcPr>
            <w:tcW w:type="dxa" w:w="1935"/>
          </w:tcPr>
          <w:p>
            <w:pPr>
              <w:spacing w:after="0"/>
              <w:jc w:val="right"/>
            </w:pPr>
            <w:r>
              <w:rPr>
                <w:sz w:val="16"/>
              </w:rPr>
              <w:t>$386,753</w:t>
            </w:r>
          </w:p>
        </w:tc>
        <w:tc>
          <w:tcPr>
            <w:tcW w:type="dxa" w:w="1195"/>
          </w:tcPr>
          <w:p>
            <w:pPr>
              <w:spacing w:after="0"/>
              <w:jc w:val="right"/>
            </w:pPr>
            <w:r>
              <w:rPr>
                <w:sz w:val="16"/>
              </w:rPr>
              <w:t>$706,381</w:t>
            </w:r>
          </w:p>
        </w:tc>
        <w:tc>
          <w:tcPr>
            <w:tcW w:type="dxa" w:w="2145"/>
          </w:tcPr>
          <w:p>
            <w:pPr>
              <w:spacing w:after="0"/>
              <w:jc w:val="right"/>
            </w:pPr>
            <w:r>
              <w:rPr>
                <w:sz w:val="16"/>
              </w:rPr>
              <w:t>15</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$1,316</w:t>
            </w:r>
          </w:p>
        </w:tc>
        <w:tc>
          <w:tcPr>
            <w:tcW w:type="dxa" w:w="1126"/>
          </w:tcPr>
          <w:p>
            <w:pPr>
              <w:spacing w:after="0"/>
              <w:jc w:val="right"/>
            </w:pPr>
            <w:r>
              <w:rPr>
                <w:sz w:val="16"/>
              </w:rPr>
              <w:t>$3,702</w:t>
            </w:r>
          </w:p>
        </w:tc>
        <w:tc>
          <w:tcPr>
            <w:tcW w:type="dxa" w:w="1935"/>
          </w:tcPr>
          <w:p>
            <w:pPr>
              <w:spacing w:after="0"/>
              <w:jc w:val="right"/>
            </w:pPr>
            <w:r>
              <w:rPr>
                <w:sz w:val="16"/>
              </w:rPr>
              <w:t>$496,345</w:t>
            </w:r>
          </w:p>
        </w:tc>
        <w:tc>
          <w:tcPr>
            <w:tcW w:type="dxa" w:w="1195"/>
          </w:tcPr>
          <w:p>
            <w:pPr>
              <w:spacing w:after="0"/>
              <w:jc w:val="right"/>
            </w:pPr>
            <w:r>
              <w:rPr>
                <w:sz w:val="16"/>
              </w:rPr>
              <w:t>$501,364</w:t>
            </w:r>
          </w:p>
        </w:tc>
        <w:tc>
          <w:tcPr>
            <w:tcW w:type="dxa" w:w="2145"/>
          </w:tcPr>
          <w:p>
            <w:pPr>
              <w:spacing w:after="0"/>
              <w:jc w:val="right"/>
            </w:pPr>
            <w:r>
              <w:rPr>
                <w:sz w:val="16"/>
              </w:rPr>
              <w:t>3</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4</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$302,503</w:t>
            </w:r>
          </w:p>
        </w:tc>
        <w:tc>
          <w:tcPr>
            <w:tcW w:type="dxa" w:w="1126"/>
          </w:tcPr>
          <w:p>
            <w:pPr>
              <w:spacing w:after="0"/>
              <w:jc w:val="right"/>
            </w:pPr>
            <w:r>
              <w:rPr>
                <w:sz w:val="16"/>
              </w:rPr>
              <w:t>$23,056</w:t>
            </w:r>
          </w:p>
        </w:tc>
        <w:tc>
          <w:tcPr>
            <w:tcW w:type="dxa" w:w="1935"/>
          </w:tcPr>
          <w:p>
            <w:pPr>
              <w:spacing w:after="0"/>
              <w:jc w:val="right"/>
            </w:pPr>
            <w:r>
              <w:rPr>
                <w:sz w:val="16"/>
              </w:rPr>
              <w:t>$12,677</w:t>
            </w:r>
          </w:p>
        </w:tc>
        <w:tc>
          <w:tcPr>
            <w:tcW w:type="dxa" w:w="1195"/>
          </w:tcPr>
          <w:p>
            <w:pPr>
              <w:spacing w:after="0"/>
              <w:jc w:val="right"/>
            </w:pPr>
            <w:r>
              <w:rPr>
                <w:sz w:val="16"/>
              </w:rPr>
              <w:t>$338,236</w:t>
            </w:r>
          </w:p>
        </w:tc>
        <w:tc>
          <w:tcPr>
            <w:tcW w:type="dxa" w:w="2145"/>
          </w:tcPr>
          <w:p>
            <w:pPr>
              <w:spacing w:after="0"/>
              <w:jc w:val="right"/>
            </w:pPr>
            <w:r>
              <w:rPr>
                <w:sz w:val="16"/>
              </w:rPr>
              <w:t>31</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$104,424</w:t>
            </w:r>
          </w:p>
        </w:tc>
        <w:tc>
          <w:tcPr>
            <w:tcW w:type="dxa" w:w="1126"/>
          </w:tcPr>
          <w:p>
            <w:pPr>
              <w:spacing w:after="0"/>
              <w:jc w:val="right"/>
            </w:pPr>
            <w:r>
              <w:rPr>
                <w:sz w:val="16"/>
              </w:rPr>
              <w:t>$29,592</w:t>
            </w:r>
          </w:p>
        </w:tc>
        <w:tc>
          <w:tcPr>
            <w:tcW w:type="dxa" w:w="1935"/>
          </w:tcPr>
          <w:p>
            <w:pPr>
              <w:spacing w:after="0"/>
              <w:jc w:val="right"/>
            </w:pPr>
            <w:r>
              <w:rPr>
                <w:sz w:val="16"/>
              </w:rPr>
              <w:t>$163,969</w:t>
            </w:r>
          </w:p>
        </w:tc>
        <w:tc>
          <w:tcPr>
            <w:tcW w:type="dxa" w:w="1195"/>
          </w:tcPr>
          <w:p>
            <w:pPr>
              <w:spacing w:after="0"/>
              <w:jc w:val="right"/>
            </w:pPr>
            <w:r>
              <w:rPr>
                <w:sz w:val="16"/>
              </w:rPr>
              <w:t>$297,985</w:t>
            </w:r>
          </w:p>
        </w:tc>
        <w:tc>
          <w:tcPr>
            <w:tcW w:type="dxa" w:w="2145"/>
          </w:tcPr>
          <w:p>
            <w:pPr>
              <w:spacing w:after="0"/>
              <w:jc w:val="right"/>
            </w:pPr>
            <w:r>
              <w:rPr>
                <w:sz w:val="16"/>
              </w:rPr>
              <w:t>97</w:t>
            </w:r>
          </w:p>
        </w:tc>
        <w:tc>
          <w:tcPr>
            <w:tcW w:type="dxa" w:w="2206"/>
          </w:tcPr>
          <w:p>
            <w:pPr>
              <w:spacing w:after="0"/>
              <w:jc w:val="left"/>
            </w:pPr>
            <w:r>
              <w:rPr>
                <w:sz w:val="16"/>
              </w:rPr>
              <w:t>Includes 1 High Wind record (a NOAA non-thunderstorm wind type,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$135,303</w:t>
            </w:r>
          </w:p>
        </w:tc>
        <w:tc>
          <w:tcPr>
            <w:tcW w:type="dxa" w:w="1126"/>
          </w:tcPr>
          <w:p>
            <w:pPr>
              <w:spacing w:after="0"/>
              <w:jc w:val="right"/>
            </w:pPr>
            <w:r>
              <w:rPr>
                <w:sz w:val="16"/>
              </w:rPr>
              <w:t>n/a</w:t>
            </w:r>
          </w:p>
        </w:tc>
        <w:tc>
          <w:tcPr>
            <w:tcW w:type="dxa" w:w="1935"/>
          </w:tcPr>
          <w:p>
            <w:pPr>
              <w:spacing w:after="0"/>
              <w:jc w:val="right"/>
            </w:pPr>
            <w:r>
              <w:rPr>
                <w:sz w:val="16"/>
              </w:rPr>
              <w:t>$33,572</w:t>
            </w:r>
          </w:p>
        </w:tc>
        <w:tc>
          <w:tcPr>
            <w:tcW w:type="dxa" w:w="1195"/>
          </w:tcPr>
          <w:p>
            <w:pPr>
              <w:spacing w:after="0"/>
              <w:jc w:val="right"/>
            </w:pPr>
            <w:r>
              <w:rPr>
                <w:sz w:val="16"/>
              </w:rPr>
              <w:t>$168,875</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$5,727</w:t>
            </w:r>
          </w:p>
        </w:tc>
        <w:tc>
          <w:tcPr>
            <w:tcW w:type="dxa" w:w="1126"/>
          </w:tcPr>
          <w:p>
            <w:pPr>
              <w:spacing w:after="0"/>
              <w:jc w:val="right"/>
            </w:pPr>
            <w:r>
              <w:rPr>
                <w:sz w:val="16"/>
              </w:rPr>
              <w:t>n/a</w:t>
            </w:r>
          </w:p>
        </w:tc>
        <w:tc>
          <w:tcPr>
            <w:tcW w:type="dxa" w:w="1935"/>
          </w:tcPr>
          <w:p>
            <w:pPr>
              <w:spacing w:after="0"/>
              <w:jc w:val="right"/>
            </w:pPr>
            <w:r>
              <w:rPr>
                <w:sz w:val="16"/>
              </w:rPr>
              <w:t>$80,642</w:t>
            </w:r>
          </w:p>
        </w:tc>
        <w:tc>
          <w:tcPr>
            <w:tcW w:type="dxa" w:w="1195"/>
          </w:tcPr>
          <w:p>
            <w:pPr>
              <w:spacing w:after="0"/>
              <w:jc w:val="right"/>
            </w:pPr>
            <w:r>
              <w:rPr>
                <w:sz w:val="16"/>
              </w:rPr>
              <w:t>$86,369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$56</w:t>
            </w:r>
          </w:p>
        </w:tc>
        <w:tc>
          <w:tcPr>
            <w:tcW w:type="dxa" w:w="1935"/>
          </w:tcPr>
          <w:p>
            <w:pPr>
              <w:spacing w:after="0"/>
              <w:jc w:val="right"/>
            </w:pPr>
            <w:r>
              <w:rPr>
                <w:sz w:val="16"/>
              </w:rPr>
              <w:t>$86,159</w:t>
            </w:r>
          </w:p>
        </w:tc>
        <w:tc>
          <w:tcPr>
            <w:tcW w:type="dxa" w:w="1195"/>
          </w:tcPr>
          <w:p>
            <w:pPr>
              <w:spacing w:after="0"/>
              <w:jc w:val="right"/>
            </w:pPr>
            <w:r>
              <w:rPr>
                <w:sz w:val="16"/>
              </w:rPr>
              <w:t>$86,223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$39,578</w:t>
            </w:r>
          </w:p>
        </w:tc>
        <w:tc>
          <w:tcPr>
            <w:tcW w:type="dxa" w:w="1126"/>
          </w:tcPr>
          <w:p>
            <w:pPr>
              <w:spacing w:after="0"/>
              <w:jc w:val="right"/>
            </w:pPr>
            <w:r>
              <w:rPr>
                <w:sz w:val="16"/>
              </w:rPr>
              <w:t>n/a</w:t>
            </w:r>
          </w:p>
        </w:tc>
        <w:tc>
          <w:tcPr>
            <w:tcW w:type="dxa" w:w="1935"/>
          </w:tcPr>
          <w:p>
            <w:pPr>
              <w:spacing w:after="0"/>
              <w:jc w:val="right"/>
            </w:pPr>
            <w:r>
              <w:rPr>
                <w:sz w:val="16"/>
              </w:rPr>
              <w:t>$9,257</w:t>
            </w:r>
          </w:p>
        </w:tc>
        <w:tc>
          <w:tcPr>
            <w:tcW w:type="dxa" w:w="1195"/>
          </w:tcPr>
          <w:p>
            <w:pPr>
              <w:spacing w:after="0"/>
              <w:jc w:val="right"/>
            </w:pPr>
            <w:r>
              <w:rPr>
                <w:sz w:val="16"/>
              </w:rPr>
              <w:t>$48,835</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$23,696</w:t>
            </w:r>
          </w:p>
        </w:tc>
        <w:tc>
          <w:tcPr>
            <w:tcW w:type="dxa" w:w="1126"/>
          </w:tcPr>
          <w:p>
            <w:pPr>
              <w:spacing w:after="0"/>
              <w:jc w:val="right"/>
            </w:pPr>
            <w:r>
              <w:rPr>
                <w:sz w:val="16"/>
              </w:rPr>
              <w:t>$1</w:t>
            </w:r>
          </w:p>
        </w:tc>
        <w:tc>
          <w:tcPr>
            <w:tcW w:type="dxa" w:w="1935"/>
          </w:tcPr>
          <w:p>
            <w:pPr>
              <w:spacing w:after="0"/>
              <w:jc w:val="right"/>
            </w:pPr>
            <w:r>
              <w:rPr>
                <w:sz w:val="16"/>
              </w:rPr>
              <w:t>$15,539</w:t>
            </w:r>
          </w:p>
        </w:tc>
        <w:tc>
          <w:tcPr>
            <w:tcW w:type="dxa" w:w="1195"/>
          </w:tcPr>
          <w:p>
            <w:pPr>
              <w:spacing w:after="0"/>
              <w:jc w:val="right"/>
            </w:pPr>
            <w:r>
              <w:rPr>
                <w:sz w:val="16"/>
              </w:rPr>
              <w:t>$39,236</w:t>
            </w:r>
          </w:p>
        </w:tc>
        <w:tc>
          <w:tcPr>
            <w:tcW w:type="dxa" w:w="2145"/>
          </w:tcPr>
          <w:p>
            <w:pPr>
              <w:spacing w:after="0"/>
              <w:jc w:val="right"/>
            </w:pPr>
            <w:r>
              <w:rPr>
                <w:sz w:val="16"/>
              </w:rPr>
              <w:t>20</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$38,850</w:t>
            </w:r>
          </w:p>
        </w:tc>
        <w:tc>
          <w:tcPr>
            <w:tcW w:type="dxa" w:w="1935"/>
          </w:tcPr>
          <w:p>
            <w:pPr>
              <w:spacing w:after="0"/>
              <w:jc w:val="right"/>
            </w:pPr>
            <w:r>
              <w:rPr>
                <w:sz w:val="16"/>
              </w:rPr>
              <w:t>n/a</w:t>
            </w:r>
          </w:p>
        </w:tc>
        <w:tc>
          <w:tcPr>
            <w:tcW w:type="dxa" w:w="1195"/>
          </w:tcPr>
          <w:p>
            <w:pPr>
              <w:spacing w:after="0"/>
              <w:jc w:val="right"/>
            </w:pPr>
            <w:r>
              <w:rPr>
                <w:sz w:val="16"/>
              </w:rPr>
              <w:t>$38,850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$4,426</w:t>
            </w:r>
          </w:p>
        </w:tc>
        <w:tc>
          <w:tcPr>
            <w:tcW w:type="dxa" w:w="1126"/>
          </w:tcPr>
          <w:p>
            <w:pPr>
              <w:spacing w:after="0"/>
              <w:jc w:val="right"/>
            </w:pPr>
            <w:r>
              <w:rPr>
                <w:sz w:val="16"/>
              </w:rPr>
              <w:t>$4,537</w:t>
            </w:r>
          </w:p>
        </w:tc>
        <w:tc>
          <w:tcPr>
            <w:tcW w:type="dxa" w:w="1935"/>
          </w:tcPr>
          <w:p>
            <w:pPr>
              <w:spacing w:after="0"/>
              <w:jc w:val="right"/>
            </w:pPr>
            <w:r>
              <w:rPr>
                <w:sz w:val="16"/>
              </w:rPr>
              <w:t>$57</w:t>
            </w:r>
          </w:p>
        </w:tc>
        <w:tc>
          <w:tcPr>
            <w:tcW w:type="dxa" w:w="1195"/>
          </w:tcPr>
          <w:p>
            <w:pPr>
              <w:spacing w:after="0"/>
              <w:jc w:val="right"/>
            </w:pPr>
            <w:r>
              <w:rPr>
                <w:sz w:val="16"/>
              </w:rPr>
              <w:t>$9,021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$819</w:t>
            </w:r>
          </w:p>
        </w:tc>
        <w:tc>
          <w:tcPr>
            <w:tcW w:type="dxa" w:w="1126"/>
          </w:tcPr>
          <w:p>
            <w:pPr>
              <w:spacing w:after="0"/>
              <w:jc w:val="right"/>
            </w:pPr>
            <w:r>
              <w:rPr>
                <w:sz w:val="16"/>
              </w:rPr>
              <w:t>$9</w:t>
            </w:r>
          </w:p>
        </w:tc>
        <w:tc>
          <w:tcPr>
            <w:tcW w:type="dxa" w:w="1935"/>
          </w:tcPr>
          <w:p>
            <w:pPr>
              <w:spacing w:after="0"/>
              <w:jc w:val="right"/>
            </w:pPr>
            <w:r>
              <w:rPr>
                <w:sz w:val="16"/>
              </w:rPr>
              <w:t>$448</w:t>
            </w:r>
          </w:p>
        </w:tc>
        <w:tc>
          <w:tcPr>
            <w:tcW w:type="dxa" w:w="1195"/>
          </w:tcPr>
          <w:p>
            <w:pPr>
              <w:spacing w:after="0"/>
              <w:jc w:val="right"/>
            </w:pPr>
            <w:r>
              <w:rPr>
                <w:sz w:val="16"/>
              </w:rPr>
              <w:t>$1,276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$44</w:t>
            </w:r>
          </w:p>
        </w:tc>
        <w:tc>
          <w:tcPr>
            <w:tcW w:type="dxa" w:w="1126"/>
          </w:tcPr>
          <w:p>
            <w:pPr>
              <w:spacing w:after="0"/>
              <w:jc w:val="right"/>
            </w:pPr>
            <w:r>
              <w:rPr>
                <w:sz w:val="16"/>
              </w:rPr>
              <w:t>n/a</w:t>
            </w:r>
          </w:p>
        </w:tc>
        <w:tc>
          <w:tcPr>
            <w:tcW w:type="dxa" w:w="1935"/>
          </w:tcPr>
          <w:p>
            <w:pPr>
              <w:spacing w:after="0"/>
              <w:jc w:val="right"/>
            </w:pPr>
            <w:r>
              <w:rPr>
                <w:sz w:val="16"/>
              </w:rPr>
              <w:t>$770</w:t>
            </w:r>
          </w:p>
        </w:tc>
        <w:tc>
          <w:tcPr>
            <w:tcW w:type="dxa" w:w="1195"/>
          </w:tcPr>
          <w:p>
            <w:pPr>
              <w:spacing w:after="0"/>
              <w:jc w:val="right"/>
            </w:pPr>
            <w:r>
              <w:rPr>
                <w:sz w:val="16"/>
              </w:rPr>
              <w:t>$814</w:t>
            </w:r>
          </w:p>
        </w:tc>
        <w:tc>
          <w:tcPr>
            <w:tcW w:type="dxa" w:w="2145"/>
          </w:tcPr>
          <w:p>
            <w:pPr>
              <w:spacing w:after="0"/>
              <w:jc w:val="right"/>
            </w:pPr>
            <w:r>
              <w:rPr>
                <w:sz w:val="16"/>
              </w:rPr>
              <w:t>0</w:t>
            </w:r>
          </w:p>
        </w:tc>
        <w:tc>
          <w:tcPr>
            <w:tcW w:type="dxa" w:w="2206"/>
          </w:tcPr>
          <w:p>
            <w:pPr>
              <w:spacing w:after="0"/>
              <w:jc w:val="left"/>
            </w:pPr>
            <w:r>
              <w:rPr>
                <w:sz w:val="16"/>
              </w:rPr>
              <w:t>Declared 15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9603 (Relatively Low, 75.1); tract 9602 (Relatively Low, 68.3); tract 9601 (Relatively Low, 65.2)</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9601 (Very Low, 47.9); tract 9603 (Very Low, 47.3); tract 9602 (Very Low, 43.7)</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9603 (Relatively Low, 92.8); tract 9602 (Very Low, 80.5); tract 9601 (Very Low, 75.1)</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9603 (Very High, 95.6); tract 9601 (Relatively High, 83.7); tract 9602 (Relatively High, 79.6)</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9603 (Relatively Low, 69.6); tract 9601 (Very Low, 55.4); tract 9602 (Very Low, 52.9)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4"/>
        <w:gridCol w:w="1955"/>
        <w:gridCol w:w="1474"/>
        <w:gridCol w:w="1412"/>
        <w:gridCol w:w="2317"/>
        <w:gridCol w:w="1534"/>
        <w:gridCol w:w="1813"/>
        <w:gridCol w:w="1643"/>
      </w:tblGrid>
      <w:tr>
        <w:trPr>
          <w:cantSplit/>
          <w:tblHeader/>
        </w:trPr>
        <w:tc>
          <w:tcPr>
            <w:tcW w:type="dxa" w:w="1964"/>
            <w:shd w:val="clear" w:color="auto" w:fill="E8E8E8"/>
          </w:tcPr>
          <w:p>
            <w:pPr>
              <w:spacing w:after="0"/>
              <w:jc w:val="left"/>
            </w:pPr>
            <w:r>
              <w:rPr>
                <w:b/>
                <w:sz w:val="16"/>
              </w:rPr>
              <w:t>Hazard</w:t>
            </w:r>
          </w:p>
        </w:tc>
        <w:tc>
          <w:tcPr>
            <w:tcW w:type="dxa" w:w="1955"/>
            <w:shd w:val="clear" w:color="auto" w:fill="E8E8E8"/>
          </w:tcPr>
          <w:p>
            <w:pPr>
              <w:spacing w:after="0"/>
              <w:jc w:val="left"/>
            </w:pPr>
            <w:r>
              <w:rPr>
                <w:b/>
                <w:sz w:val="16"/>
              </w:rPr>
              <w:t>Scale</w:t>
            </w:r>
          </w:p>
        </w:tc>
        <w:tc>
          <w:tcPr>
            <w:tcW w:type="dxa" w:w="14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12"/>
            <w:shd w:val="clear" w:color="auto" w:fill="E8E8E8"/>
          </w:tcPr>
          <w:p>
            <w:pPr>
              <w:spacing w:after="0"/>
              <w:jc w:val="left"/>
            </w:pPr>
            <w:r>
              <w:rPr>
                <w:b/>
                <w:sz w:val="16"/>
              </w:rPr>
              <w:t>Observed range</w:t>
            </w:r>
          </w:p>
        </w:tc>
        <w:tc>
          <w:tcPr>
            <w:tcW w:type="dxa" w:w="2317"/>
            <w:shd w:val="clear" w:color="auto" w:fill="E8E8E8"/>
          </w:tcPr>
          <w:p>
            <w:pPr>
              <w:spacing w:after="0"/>
              <w:jc w:val="left"/>
            </w:pPr>
            <w:r>
              <w:rPr>
                <w:b/>
                <w:sz w:val="16"/>
              </w:rPr>
              <w:t>Worst recorded event</w:t>
            </w:r>
          </w:p>
        </w:tc>
        <w:tc>
          <w:tcPr>
            <w:tcW w:type="dxa" w:w="1534"/>
            <w:shd w:val="clear" w:color="auto" w:fill="E8E8E8"/>
          </w:tcPr>
          <w:p>
            <w:pPr>
              <w:spacing w:after="0"/>
              <w:jc w:val="left"/>
            </w:pPr>
            <w:r>
              <w:rPr>
                <w:b/>
                <w:sz w:val="16"/>
              </w:rPr>
              <w:t>Most damaging (when different)</w:t>
            </w:r>
          </w:p>
        </w:tc>
        <w:tc>
          <w:tcPr>
            <w:tcW w:type="dxa" w:w="1813"/>
            <w:shd w:val="clear" w:color="auto" w:fill="E8E8E8"/>
          </w:tcPr>
          <w:p>
            <w:pPr>
              <w:spacing w:after="0"/>
              <w:jc w:val="left"/>
            </w:pPr>
            <w:r>
              <w:rPr>
                <w:b/>
                <w:sz w:val="16"/>
              </w:rPr>
              <w:t>How it applies to jurisdictions</w:t>
            </w:r>
          </w:p>
        </w:tc>
        <w:tc>
          <w:tcPr>
            <w:tcW w:type="dxa" w:w="1643"/>
            <w:shd w:val="clear" w:color="auto" w:fill="E8E8E8"/>
          </w:tcPr>
          <w:p>
            <w:pPr>
              <w:spacing w:after="0"/>
              <w:jc w:val="left"/>
            </w:pPr>
            <w:r>
              <w:rPr>
                <w:b/>
                <w:sz w:val="16"/>
              </w:rPr>
              <w:t>Note</w:t>
            </w:r>
          </w:p>
        </w:tc>
      </w:tr>
      <w:tr>
        <w:trPr>
          <w:cantSplit/>
        </w:trPr>
        <w:tc>
          <w:tcPr>
            <w:tcW w:type="dxa" w:w="1964"/>
          </w:tcPr>
          <w:p>
            <w:pPr>
              <w:spacing w:after="0"/>
              <w:jc w:val="left"/>
            </w:pPr>
            <w:r>
              <w:rPr>
                <w:sz w:val="16"/>
              </w:rPr>
              <w:t>Cold/Wind Chill, Extreme Cold/Wind Chill</w:t>
            </w:r>
          </w:p>
        </w:tc>
        <w:tc>
          <w:tcPr>
            <w:tcW w:type="dxa" w:w="1955"/>
          </w:tcPr>
          <w:p>
            <w:pPr>
              <w:spacing w:after="0"/>
              <w:jc w:val="left"/>
            </w:pPr>
            <w:r>
              <w:rPr>
                <w:sz w:val="16"/>
              </w:rPr>
              <w:t>wind chill</w:t>
            </w:r>
          </w:p>
        </w:tc>
        <w:tc>
          <w:tcPr>
            <w:tcW w:type="dxa" w:w="1474"/>
          </w:tcPr>
          <w:p>
            <w:pPr>
              <w:spacing w:after="0"/>
              <w:jc w:val="right"/>
            </w:pPr>
            <w:r>
              <w:rPr>
                <w:sz w:val="16"/>
              </w:rPr>
              <w:t>0</w:t>
            </w:r>
          </w:p>
        </w:tc>
        <w:tc>
          <w:tcPr>
            <w:tcW w:type="dxa" w:w="1412"/>
          </w:tcPr>
          <w:p>
            <w:pPr>
              <w:spacing w:after="0"/>
              <w:jc w:val="left"/>
            </w:pPr>
          </w:p>
        </w:tc>
        <w:tc>
          <w:tcPr>
            <w:tcW w:type="dxa" w:w="2317"/>
          </w:tcPr>
          <w:p>
            <w:pPr>
              <w:spacing w:after="0"/>
              <w:jc w:val="left"/>
            </w:pPr>
          </w:p>
        </w:tc>
        <w:tc>
          <w:tcPr>
            <w:tcW w:type="dxa" w:w="1534"/>
          </w:tcPr>
          <w:p>
            <w:pPr>
              <w:spacing w:after="0"/>
              <w:jc w:val="left"/>
            </w:pPr>
          </w:p>
        </w:tc>
        <w:tc>
          <w:tcPr>
            <w:tcW w:type="dxa" w:w="1813"/>
          </w:tcPr>
          <w:p>
            <w:pPr>
              <w:spacing w:after="0"/>
              <w:jc w:val="left"/>
            </w:pPr>
          </w:p>
        </w:tc>
        <w:tc>
          <w:tcPr>
            <w:tcW w:type="dxa" w:w="1643"/>
          </w:tcPr>
          <w:p>
            <w:pPr>
              <w:spacing w:after="0"/>
              <w:jc w:val="left"/>
            </w:pPr>
          </w:p>
        </w:tc>
      </w:tr>
      <w:tr>
        <w:trPr>
          <w:cantSplit/>
        </w:trPr>
        <w:tc>
          <w:tcPr>
            <w:tcW w:type="dxa" w:w="1964"/>
          </w:tcPr>
          <w:p>
            <w:pPr>
              <w:spacing w:after="0"/>
              <w:jc w:val="left"/>
            </w:pPr>
            <w:r>
              <w:rPr>
                <w:sz w:val="16"/>
              </w:rPr>
              <w:t>Frost/Freeze (outside NRI's Cold Wave definition)</w:t>
            </w:r>
          </w:p>
        </w:tc>
        <w:tc>
          <w:tcPr>
            <w:tcW w:type="dxa" w:w="1955"/>
          </w:tcPr>
          <w:p>
            <w:pPr>
              <w:spacing w:after="0"/>
              <w:jc w:val="left"/>
            </w:pPr>
            <w:r>
              <w:rPr>
                <w:sz w:val="16"/>
              </w:rPr>
              <w:t>crop damage</w:t>
            </w:r>
          </w:p>
        </w:tc>
        <w:tc>
          <w:tcPr>
            <w:tcW w:type="dxa" w:w="1474"/>
          </w:tcPr>
          <w:p>
            <w:pPr>
              <w:spacing w:after="0"/>
              <w:jc w:val="right"/>
            </w:pPr>
            <w:r>
              <w:rPr>
                <w:sz w:val="16"/>
              </w:rPr>
              <w:t>3 records, 2016 (3 zone-level)</w:t>
            </w:r>
          </w:p>
        </w:tc>
        <w:tc>
          <w:tcPr>
            <w:tcW w:type="dxa" w:w="1412"/>
          </w:tcPr>
          <w:p>
            <w:pPr>
              <w:spacing w:after="0"/>
              <w:jc w:val="left"/>
            </w:pPr>
          </w:p>
        </w:tc>
        <w:tc>
          <w:tcPr>
            <w:tcW w:type="dxa" w:w="2317"/>
          </w:tcPr>
          <w:p>
            <w:pPr>
              <w:spacing w:after="0"/>
              <w:jc w:val="left"/>
            </w:pPr>
            <w:r>
              <w:rPr>
                <w:sz w:val="16"/>
              </w:rPr>
              <w:t>No crop damage reported in 3 records.</w:t>
            </w:r>
          </w:p>
        </w:tc>
        <w:tc>
          <w:tcPr>
            <w:tcW w:type="dxa" w:w="1534"/>
          </w:tcPr>
          <w:p>
            <w:pPr>
              <w:spacing w:after="0"/>
              <w:jc w:val="left"/>
            </w:pPr>
          </w:p>
        </w:tc>
        <w:tc>
          <w:tcPr>
            <w:tcW w:type="dxa" w:w="1813"/>
          </w:tcPr>
          <w:p>
            <w:pPr>
              <w:spacing w:after="0"/>
              <w:jc w:val="left"/>
            </w:pPr>
            <w:r>
              <w:rPr>
                <w:sz w:val="16"/>
              </w:rPr>
              <w:t>Countywide (zone-level records).</w:t>
            </w:r>
          </w:p>
        </w:tc>
        <w:tc>
          <w:tcPr>
            <w:tcW w:type="dxa" w:w="1643"/>
          </w:tcPr>
          <w:p>
            <w:pPr>
              <w:spacing w:after="0"/>
              <w:jc w:val="left"/>
            </w:pPr>
          </w:p>
        </w:tc>
      </w:tr>
      <w:tr>
        <w:trPr>
          <w:cantSplit/>
        </w:trPr>
        <w:tc>
          <w:tcPr>
            <w:tcW w:type="dxa" w:w="1964"/>
          </w:tcPr>
          <w:p>
            <w:pPr>
              <w:spacing w:after="0"/>
              <w:jc w:val="left"/>
            </w:pPr>
            <w:r>
              <w:rPr>
                <w:sz w:val="16"/>
              </w:rPr>
              <w:t>Drought</w:t>
            </w:r>
          </w:p>
        </w:tc>
        <w:tc>
          <w:tcPr>
            <w:tcW w:type="dxa" w:w="1955"/>
          </w:tcPr>
          <w:p>
            <w:pPr>
              <w:spacing w:after="0"/>
              <w:jc w:val="left"/>
            </w:pPr>
            <w:r>
              <w:rPr>
                <w:sz w:val="16"/>
              </w:rPr>
              <w:t>U.S. Drought Monitor scale (D0 to D4)</w:t>
            </w:r>
          </w:p>
        </w:tc>
        <w:tc>
          <w:tcPr>
            <w:tcW w:type="dxa" w:w="1474"/>
          </w:tcPr>
          <w:p>
            <w:pPr>
              <w:spacing w:after="0"/>
              <w:jc w:val="right"/>
            </w:pPr>
            <w:r>
              <w:rPr>
                <w:sz w:val="16"/>
              </w:rPr>
              <w:t>0</w:t>
            </w:r>
          </w:p>
        </w:tc>
        <w:tc>
          <w:tcPr>
            <w:tcW w:type="dxa" w:w="1412"/>
          </w:tcPr>
          <w:p>
            <w:pPr>
              <w:spacing w:after="0"/>
              <w:jc w:val="left"/>
            </w:pPr>
          </w:p>
        </w:tc>
        <w:tc>
          <w:tcPr>
            <w:tcW w:type="dxa" w:w="2317"/>
          </w:tcPr>
          <w:p>
            <w:pPr>
              <w:spacing w:after="0"/>
              <w:jc w:val="left"/>
            </w:pPr>
          </w:p>
        </w:tc>
        <w:tc>
          <w:tcPr>
            <w:tcW w:type="dxa" w:w="1534"/>
          </w:tcPr>
          <w:p>
            <w:pPr>
              <w:spacing w:after="0"/>
              <w:jc w:val="left"/>
            </w:pPr>
          </w:p>
        </w:tc>
        <w:tc>
          <w:tcPr>
            <w:tcW w:type="dxa" w:w="1813"/>
          </w:tcPr>
          <w:p>
            <w:pPr>
              <w:spacing w:after="0"/>
              <w:jc w:val="left"/>
            </w:pPr>
          </w:p>
        </w:tc>
        <w:tc>
          <w:tcPr>
            <w:tcW w:type="dxa" w:w="16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4"/>
          </w:tcPr>
          <w:p>
            <w:pPr>
              <w:spacing w:after="0"/>
              <w:jc w:val="left"/>
            </w:pPr>
            <w:r>
              <w:rPr>
                <w:sz w:val="16"/>
              </w:rPr>
              <w:t>Earthquake</w:t>
            </w:r>
          </w:p>
        </w:tc>
        <w:tc>
          <w:tcPr>
            <w:tcW w:type="dxa" w:w="1955"/>
          </w:tcPr>
          <w:p>
            <w:pPr>
              <w:spacing w:after="0"/>
              <w:jc w:val="left"/>
            </w:pPr>
            <w:r>
              <w:rPr>
                <w:sz w:val="16"/>
              </w:rPr>
              <w:t>Modified Mercalli (local data)</w:t>
            </w:r>
          </w:p>
        </w:tc>
        <w:tc>
          <w:tcPr>
            <w:tcW w:type="dxa" w:w="1474"/>
          </w:tcPr>
          <w:p>
            <w:pPr>
              <w:spacing w:after="0"/>
              <w:jc w:val="right"/>
            </w:pPr>
            <w:r>
              <w:rPr>
                <w:sz w:val="16"/>
              </w:rPr>
              <w:t>0</w:t>
            </w:r>
          </w:p>
        </w:tc>
        <w:tc>
          <w:tcPr>
            <w:tcW w:type="dxa" w:w="1412"/>
          </w:tcPr>
          <w:p>
            <w:pPr>
              <w:spacing w:after="0"/>
              <w:jc w:val="left"/>
            </w:pPr>
          </w:p>
        </w:tc>
        <w:tc>
          <w:tcPr>
            <w:tcW w:type="dxa" w:w="2317"/>
          </w:tcPr>
          <w:p>
            <w:pPr>
              <w:spacing w:after="0"/>
              <w:jc w:val="left"/>
            </w:pPr>
          </w:p>
        </w:tc>
        <w:tc>
          <w:tcPr>
            <w:tcW w:type="dxa" w:w="1534"/>
          </w:tcPr>
          <w:p>
            <w:pPr>
              <w:spacing w:after="0"/>
              <w:jc w:val="left"/>
            </w:pPr>
          </w:p>
        </w:tc>
        <w:tc>
          <w:tcPr>
            <w:tcW w:type="dxa" w:w="1813"/>
          </w:tcPr>
          <w:p>
            <w:pPr>
              <w:spacing w:after="0"/>
              <w:jc w:val="left"/>
            </w:pPr>
          </w:p>
        </w:tc>
        <w:tc>
          <w:tcPr>
            <w:tcW w:type="dxa" w:w="1643"/>
          </w:tcPr>
          <w:p>
            <w:pPr>
              <w:spacing w:after="0"/>
              <w:jc w:val="left"/>
            </w:pPr>
            <w:r>
              <w:rPr>
                <w:sz w:val="16"/>
              </w:rPr>
              <w:t>Storm Events does not record earthquakes; the USGS earthquake catalog is the source.</w:t>
            </w:r>
          </w:p>
        </w:tc>
      </w:tr>
      <w:tr>
        <w:trPr>
          <w:cantSplit/>
        </w:trPr>
        <w:tc>
          <w:tcPr>
            <w:tcW w:type="dxa" w:w="1964"/>
          </w:tcPr>
          <w:p>
            <w:pPr>
              <w:spacing w:after="0"/>
              <w:jc w:val="left"/>
            </w:pPr>
            <w:r>
              <w:rPr>
                <w:sz w:val="16"/>
              </w:rPr>
              <w:t>Hail</w:t>
            </w:r>
          </w:p>
        </w:tc>
        <w:tc>
          <w:tcPr>
            <w:tcW w:type="dxa" w:w="1955"/>
          </w:tcPr>
          <w:p>
            <w:pPr>
              <w:spacing w:after="0"/>
              <w:jc w:val="left"/>
            </w:pPr>
            <w:r>
              <w:rPr>
                <w:sz w:val="16"/>
              </w:rPr>
              <w:t>hail size (inches)</w:t>
            </w:r>
          </w:p>
        </w:tc>
        <w:tc>
          <w:tcPr>
            <w:tcW w:type="dxa" w:w="1474"/>
          </w:tcPr>
          <w:p>
            <w:pPr>
              <w:spacing w:after="0"/>
              <w:jc w:val="right"/>
            </w:pPr>
            <w:r>
              <w:rPr>
                <w:sz w:val="16"/>
              </w:rPr>
              <w:t>35 records, 1968 to 2018</w:t>
            </w:r>
          </w:p>
        </w:tc>
        <w:tc>
          <w:tcPr>
            <w:tcW w:type="dxa" w:w="1412"/>
          </w:tcPr>
          <w:p>
            <w:pPr>
              <w:spacing w:after="0"/>
              <w:jc w:val="left"/>
            </w:pPr>
            <w:r>
              <w:rPr>
                <w:sz w:val="16"/>
              </w:rPr>
              <w:t>0.75 in to 2 in (median 1 in); 35 with a recorded value</w:t>
            </w:r>
          </w:p>
        </w:tc>
        <w:tc>
          <w:tcPr>
            <w:tcW w:type="dxa" w:w="2317"/>
          </w:tcPr>
          <w:p>
            <w:pPr>
              <w:spacing w:after="0"/>
              <w:jc w:val="left"/>
            </w:pPr>
            <w:r>
              <w:rPr>
                <w:sz w:val="16"/>
              </w:rPr>
              <w:t>2 in hail, 2006-04-07</w:t>
            </w:r>
          </w:p>
        </w:tc>
        <w:tc>
          <w:tcPr>
            <w:tcW w:type="dxa" w:w="1534"/>
          </w:tcPr>
          <w:p>
            <w:pPr>
              <w:spacing w:after="0"/>
              <w:jc w:val="left"/>
            </w:pPr>
          </w:p>
        </w:tc>
        <w:tc>
          <w:tcPr>
            <w:tcW w:type="dxa" w:w="1813"/>
          </w:tcPr>
          <w:p>
            <w:pPr>
              <w:spacing w:after="0"/>
              <w:jc w:val="left"/>
            </w:pPr>
            <w:r>
              <w:rPr>
                <w:sz w:val="16"/>
              </w:rPr>
              <w:t>Event records naming jurisdictions in the plan: Edmonton city (8 records).</w:t>
            </w:r>
          </w:p>
        </w:tc>
        <w:tc>
          <w:tcPr>
            <w:tcW w:type="dxa" w:w="1643"/>
          </w:tcPr>
          <w:p>
            <w:pPr>
              <w:spacing w:after="0"/>
              <w:jc w:val="left"/>
            </w:pPr>
          </w:p>
        </w:tc>
      </w:tr>
      <w:tr>
        <w:trPr>
          <w:cantSplit/>
        </w:trPr>
        <w:tc>
          <w:tcPr>
            <w:tcW w:type="dxa" w:w="1964"/>
          </w:tcPr>
          <w:p>
            <w:pPr>
              <w:spacing w:after="0"/>
              <w:jc w:val="left"/>
            </w:pPr>
            <w:r>
              <w:rPr>
                <w:sz w:val="16"/>
              </w:rPr>
              <w:t>Excessive Heat, Heat</w:t>
            </w:r>
          </w:p>
        </w:tc>
        <w:tc>
          <w:tcPr>
            <w:tcW w:type="dxa" w:w="1955"/>
          </w:tcPr>
          <w:p>
            <w:pPr>
              <w:spacing w:after="0"/>
              <w:jc w:val="left"/>
            </w:pPr>
            <w:r>
              <w:rPr>
                <w:sz w:val="16"/>
              </w:rPr>
              <w:t>heat index (in event narratives)</w:t>
            </w:r>
          </w:p>
        </w:tc>
        <w:tc>
          <w:tcPr>
            <w:tcW w:type="dxa" w:w="1474"/>
          </w:tcPr>
          <w:p>
            <w:pPr>
              <w:spacing w:after="0"/>
              <w:jc w:val="right"/>
            </w:pPr>
            <w:r>
              <w:rPr>
                <w:sz w:val="16"/>
              </w:rPr>
              <w:t>0</w:t>
            </w:r>
          </w:p>
        </w:tc>
        <w:tc>
          <w:tcPr>
            <w:tcW w:type="dxa" w:w="1412"/>
          </w:tcPr>
          <w:p>
            <w:pPr>
              <w:spacing w:after="0"/>
              <w:jc w:val="left"/>
            </w:pPr>
          </w:p>
        </w:tc>
        <w:tc>
          <w:tcPr>
            <w:tcW w:type="dxa" w:w="2317"/>
          </w:tcPr>
          <w:p>
            <w:pPr>
              <w:spacing w:after="0"/>
              <w:jc w:val="left"/>
            </w:pPr>
          </w:p>
        </w:tc>
        <w:tc>
          <w:tcPr>
            <w:tcW w:type="dxa" w:w="1534"/>
          </w:tcPr>
          <w:p>
            <w:pPr>
              <w:spacing w:after="0"/>
              <w:jc w:val="left"/>
            </w:pPr>
          </w:p>
        </w:tc>
        <w:tc>
          <w:tcPr>
            <w:tcW w:type="dxa" w:w="1813"/>
          </w:tcPr>
          <w:p>
            <w:pPr>
              <w:spacing w:after="0"/>
              <w:jc w:val="left"/>
            </w:pPr>
          </w:p>
        </w:tc>
        <w:tc>
          <w:tcPr>
            <w:tcW w:type="dxa" w:w="1643"/>
          </w:tcPr>
          <w:p>
            <w:pPr>
              <w:spacing w:after="0"/>
              <w:jc w:val="left"/>
            </w:pPr>
          </w:p>
        </w:tc>
      </w:tr>
      <w:tr>
        <w:trPr>
          <w:cantSplit/>
        </w:trPr>
        <w:tc>
          <w:tcPr>
            <w:tcW w:type="dxa" w:w="1964"/>
          </w:tcPr>
          <w:p>
            <w:pPr>
              <w:spacing w:after="0"/>
              <w:jc w:val="left"/>
            </w:pPr>
            <w:r>
              <w:rPr>
                <w:sz w:val="16"/>
              </w:rPr>
              <w:t>Hurricane, Tropical Storm, Tropical Depression</w:t>
            </w:r>
          </w:p>
        </w:tc>
        <w:tc>
          <w:tcPr>
            <w:tcW w:type="dxa" w:w="1955"/>
          </w:tcPr>
          <w:p>
            <w:pPr>
              <w:spacing w:after="0"/>
              <w:jc w:val="left"/>
            </w:pPr>
            <w:r>
              <w:rPr>
                <w:sz w:val="16"/>
              </w:rPr>
              <w:t>Saffir-Simpson</w:t>
            </w:r>
          </w:p>
        </w:tc>
        <w:tc>
          <w:tcPr>
            <w:tcW w:type="dxa" w:w="1474"/>
          </w:tcPr>
          <w:p>
            <w:pPr>
              <w:spacing w:after="0"/>
              <w:jc w:val="right"/>
            </w:pPr>
            <w:r>
              <w:rPr>
                <w:sz w:val="16"/>
              </w:rPr>
              <w:t>0</w:t>
            </w:r>
          </w:p>
        </w:tc>
        <w:tc>
          <w:tcPr>
            <w:tcW w:type="dxa" w:w="1412"/>
          </w:tcPr>
          <w:p>
            <w:pPr>
              <w:spacing w:after="0"/>
              <w:jc w:val="left"/>
            </w:pPr>
          </w:p>
        </w:tc>
        <w:tc>
          <w:tcPr>
            <w:tcW w:type="dxa" w:w="2317"/>
          </w:tcPr>
          <w:p>
            <w:pPr>
              <w:spacing w:after="0"/>
              <w:jc w:val="left"/>
            </w:pPr>
          </w:p>
        </w:tc>
        <w:tc>
          <w:tcPr>
            <w:tcW w:type="dxa" w:w="1534"/>
          </w:tcPr>
          <w:p>
            <w:pPr>
              <w:spacing w:after="0"/>
              <w:jc w:val="left"/>
            </w:pPr>
          </w:p>
        </w:tc>
        <w:tc>
          <w:tcPr>
            <w:tcW w:type="dxa" w:w="1813"/>
          </w:tcPr>
          <w:p>
            <w:pPr>
              <w:spacing w:after="0"/>
              <w:jc w:val="left"/>
            </w:pPr>
          </w:p>
        </w:tc>
        <w:tc>
          <w:tcPr>
            <w:tcW w:type="dxa" w:w="164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64"/>
          </w:tcPr>
          <w:p>
            <w:pPr>
              <w:spacing w:after="0"/>
              <w:jc w:val="left"/>
            </w:pPr>
            <w:r>
              <w:rPr>
                <w:sz w:val="16"/>
              </w:rPr>
              <w:t>Ice Storm</w:t>
            </w:r>
          </w:p>
        </w:tc>
        <w:tc>
          <w:tcPr>
            <w:tcW w:type="dxa" w:w="1955"/>
          </w:tcPr>
          <w:p>
            <w:pPr>
              <w:spacing w:after="0"/>
              <w:jc w:val="left"/>
            </w:pPr>
            <w:r>
              <w:rPr>
                <w:sz w:val="16"/>
              </w:rPr>
              <w:t>Sperry-Piltz ice scale (local data)</w:t>
            </w:r>
          </w:p>
        </w:tc>
        <w:tc>
          <w:tcPr>
            <w:tcW w:type="dxa" w:w="1474"/>
          </w:tcPr>
          <w:p>
            <w:pPr>
              <w:spacing w:after="0"/>
              <w:jc w:val="right"/>
            </w:pPr>
            <w:r>
              <w:rPr>
                <w:sz w:val="16"/>
              </w:rPr>
              <w:t>0</w:t>
            </w:r>
          </w:p>
        </w:tc>
        <w:tc>
          <w:tcPr>
            <w:tcW w:type="dxa" w:w="1412"/>
          </w:tcPr>
          <w:p>
            <w:pPr>
              <w:spacing w:after="0"/>
              <w:jc w:val="left"/>
            </w:pPr>
          </w:p>
        </w:tc>
        <w:tc>
          <w:tcPr>
            <w:tcW w:type="dxa" w:w="2317"/>
          </w:tcPr>
          <w:p>
            <w:pPr>
              <w:spacing w:after="0"/>
              <w:jc w:val="left"/>
            </w:pPr>
          </w:p>
        </w:tc>
        <w:tc>
          <w:tcPr>
            <w:tcW w:type="dxa" w:w="1534"/>
          </w:tcPr>
          <w:p>
            <w:pPr>
              <w:spacing w:after="0"/>
              <w:jc w:val="left"/>
            </w:pPr>
          </w:p>
        </w:tc>
        <w:tc>
          <w:tcPr>
            <w:tcW w:type="dxa" w:w="1813"/>
          </w:tcPr>
          <w:p>
            <w:pPr>
              <w:spacing w:after="0"/>
              <w:jc w:val="left"/>
            </w:pPr>
          </w:p>
        </w:tc>
        <w:tc>
          <w:tcPr>
            <w:tcW w:type="dxa" w:w="1643"/>
          </w:tcPr>
          <w:p>
            <w:pPr>
              <w:spacing w:after="0"/>
              <w:jc w:val="left"/>
            </w:pPr>
          </w:p>
        </w:tc>
      </w:tr>
      <w:tr>
        <w:trPr>
          <w:cantSplit/>
        </w:trPr>
        <w:tc>
          <w:tcPr>
            <w:tcW w:type="dxa" w:w="1964"/>
          </w:tcPr>
          <w:p>
            <w:pPr>
              <w:spacing w:after="0"/>
              <w:jc w:val="left"/>
            </w:pPr>
            <w:r>
              <w:rPr>
                <w:sz w:val="16"/>
              </w:rPr>
              <w:t>Flash Flood, Flood, Lakeshore Flood</w:t>
            </w:r>
          </w:p>
        </w:tc>
        <w:tc>
          <w:tcPr>
            <w:tcW w:type="dxa" w:w="1955"/>
          </w:tcPr>
          <w:p>
            <w:pPr>
              <w:spacing w:after="0"/>
              <w:jc w:val="left"/>
            </w:pPr>
            <w:r>
              <w:rPr>
                <w:sz w:val="16"/>
              </w:rPr>
              <w:t>damage and flood days (flood depth: FIRM)</w:t>
            </w:r>
          </w:p>
        </w:tc>
        <w:tc>
          <w:tcPr>
            <w:tcW w:type="dxa" w:w="1474"/>
          </w:tcPr>
          <w:p>
            <w:pPr>
              <w:spacing w:after="0"/>
              <w:jc w:val="right"/>
            </w:pPr>
            <w:r>
              <w:rPr>
                <w:sz w:val="16"/>
              </w:rPr>
              <w:t>27 records, 1997 to 2026</w:t>
            </w:r>
          </w:p>
        </w:tc>
        <w:tc>
          <w:tcPr>
            <w:tcW w:type="dxa" w:w="1412"/>
          </w:tcPr>
          <w:p>
            <w:pPr>
              <w:spacing w:after="0"/>
              <w:jc w:val="left"/>
            </w:pPr>
          </w:p>
        </w:tc>
        <w:tc>
          <w:tcPr>
            <w:tcW w:type="dxa" w:w="2317"/>
          </w:tcPr>
          <w:p>
            <w:pPr>
              <w:spacing w:after="0"/>
              <w:jc w:val="left"/>
            </w:pPr>
            <w:r>
              <w:rPr>
                <w:sz w:val="16"/>
              </w:rPr>
              <w:t>Flash Flood, 2010-05-02, $300,000 property; $0 crops (2010 dollars)</w:t>
            </w:r>
          </w:p>
        </w:tc>
        <w:tc>
          <w:tcPr>
            <w:tcW w:type="dxa" w:w="1534"/>
          </w:tcPr>
          <w:p>
            <w:pPr>
              <w:spacing w:after="0"/>
              <w:jc w:val="left"/>
            </w:pPr>
          </w:p>
        </w:tc>
        <w:tc>
          <w:tcPr>
            <w:tcW w:type="dxa" w:w="1813"/>
          </w:tcPr>
          <w:p>
            <w:pPr>
              <w:spacing w:after="0"/>
              <w:jc w:val="left"/>
            </w:pPr>
            <w:r>
              <w:rPr>
                <w:sz w:val="16"/>
              </w:rPr>
              <w:t>Event records naming jurisdictions in the plan: Edmonton city (7 records).</w:t>
            </w:r>
          </w:p>
        </w:tc>
        <w:tc>
          <w:tcPr>
            <w:tcW w:type="dxa" w:w="164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64"/>
          </w:tcPr>
          <w:p>
            <w:pPr>
              <w:spacing w:after="0"/>
              <w:jc w:val="left"/>
            </w:pPr>
            <w:r>
              <w:rPr>
                <w:sz w:val="16"/>
              </w:rPr>
              <w:t>Debris Flow</w:t>
            </w:r>
          </w:p>
        </w:tc>
        <w:tc>
          <w:tcPr>
            <w:tcW w:type="dxa" w:w="1955"/>
          </w:tcPr>
          <w:p>
            <w:pPr>
              <w:spacing w:after="0"/>
              <w:jc w:val="left"/>
            </w:pPr>
            <w:r>
              <w:rPr>
                <w:sz w:val="16"/>
              </w:rPr>
              <w:t>none (count and damage only)</w:t>
            </w:r>
          </w:p>
        </w:tc>
        <w:tc>
          <w:tcPr>
            <w:tcW w:type="dxa" w:w="1474"/>
          </w:tcPr>
          <w:p>
            <w:pPr>
              <w:spacing w:after="0"/>
              <w:jc w:val="right"/>
            </w:pPr>
            <w:r>
              <w:rPr>
                <w:sz w:val="16"/>
              </w:rPr>
              <w:t>0</w:t>
            </w:r>
          </w:p>
        </w:tc>
        <w:tc>
          <w:tcPr>
            <w:tcW w:type="dxa" w:w="1412"/>
          </w:tcPr>
          <w:p>
            <w:pPr>
              <w:spacing w:after="0"/>
              <w:jc w:val="left"/>
            </w:pPr>
          </w:p>
        </w:tc>
        <w:tc>
          <w:tcPr>
            <w:tcW w:type="dxa" w:w="2317"/>
          </w:tcPr>
          <w:p>
            <w:pPr>
              <w:spacing w:after="0"/>
              <w:jc w:val="left"/>
            </w:pPr>
          </w:p>
        </w:tc>
        <w:tc>
          <w:tcPr>
            <w:tcW w:type="dxa" w:w="1534"/>
          </w:tcPr>
          <w:p>
            <w:pPr>
              <w:spacing w:after="0"/>
              <w:jc w:val="left"/>
            </w:pPr>
          </w:p>
        </w:tc>
        <w:tc>
          <w:tcPr>
            <w:tcW w:type="dxa" w:w="1813"/>
          </w:tcPr>
          <w:p>
            <w:pPr>
              <w:spacing w:after="0"/>
              <w:jc w:val="left"/>
            </w:pPr>
          </w:p>
        </w:tc>
        <w:tc>
          <w:tcPr>
            <w:tcW w:type="dxa" w:w="1643"/>
          </w:tcPr>
          <w:p>
            <w:pPr>
              <w:spacing w:after="0"/>
              <w:jc w:val="left"/>
            </w:pPr>
          </w:p>
        </w:tc>
      </w:tr>
      <w:tr>
        <w:trPr>
          <w:cantSplit/>
        </w:trPr>
        <w:tc>
          <w:tcPr>
            <w:tcW w:type="dxa" w:w="1964"/>
          </w:tcPr>
          <w:p>
            <w:pPr>
              <w:spacing w:after="0"/>
              <w:jc w:val="left"/>
            </w:pPr>
            <w:r>
              <w:rPr>
                <w:sz w:val="16"/>
              </w:rPr>
              <w:t>Lightning</w:t>
            </w:r>
          </w:p>
        </w:tc>
        <w:tc>
          <w:tcPr>
            <w:tcW w:type="dxa" w:w="1955"/>
          </w:tcPr>
          <w:p>
            <w:pPr>
              <w:spacing w:after="0"/>
              <w:jc w:val="left"/>
            </w:pPr>
            <w:r>
              <w:rPr>
                <w:sz w:val="16"/>
              </w:rPr>
              <w:t>annualized frequency (the measure FEMA's Local Mitigation Planning Handbook names)</w:t>
            </w:r>
          </w:p>
        </w:tc>
        <w:tc>
          <w:tcPr>
            <w:tcW w:type="dxa" w:w="1474"/>
          </w:tcPr>
          <w:p>
            <w:pPr>
              <w:spacing w:after="0"/>
              <w:jc w:val="right"/>
            </w:pPr>
            <w:r>
              <w:rPr>
                <w:sz w:val="16"/>
              </w:rPr>
              <w:t>0</w:t>
            </w:r>
          </w:p>
        </w:tc>
        <w:tc>
          <w:tcPr>
            <w:tcW w:type="dxa" w:w="1412"/>
          </w:tcPr>
          <w:p>
            <w:pPr>
              <w:spacing w:after="0"/>
              <w:jc w:val="left"/>
            </w:pPr>
          </w:p>
        </w:tc>
        <w:tc>
          <w:tcPr>
            <w:tcW w:type="dxa" w:w="2317"/>
          </w:tcPr>
          <w:p>
            <w:pPr>
              <w:spacing w:after="0"/>
              <w:jc w:val="left"/>
            </w:pPr>
          </w:p>
        </w:tc>
        <w:tc>
          <w:tcPr>
            <w:tcW w:type="dxa" w:w="1534"/>
          </w:tcPr>
          <w:p>
            <w:pPr>
              <w:spacing w:after="0"/>
              <w:jc w:val="left"/>
            </w:pPr>
          </w:p>
        </w:tc>
        <w:tc>
          <w:tcPr>
            <w:tcW w:type="dxa" w:w="1813"/>
          </w:tcPr>
          <w:p>
            <w:pPr>
              <w:spacing w:after="0"/>
              <w:jc w:val="left"/>
            </w:pPr>
          </w:p>
        </w:tc>
        <w:tc>
          <w:tcPr>
            <w:tcW w:type="dxa" w:w="1643"/>
          </w:tcPr>
          <w:p>
            <w:pPr>
              <w:spacing w:after="0"/>
              <w:jc w:val="left"/>
            </w:pPr>
            <w:r>
              <w:rPr>
                <w:sz w:val="16"/>
              </w:rPr>
              <w:t>Storm Events lists lightning with damage or casualties.</w:t>
            </w:r>
          </w:p>
        </w:tc>
      </w:tr>
      <w:tr>
        <w:trPr>
          <w:cantSplit/>
        </w:trPr>
        <w:tc>
          <w:tcPr>
            <w:tcW w:type="dxa" w:w="1964"/>
          </w:tcPr>
          <w:p>
            <w:pPr>
              <w:spacing w:after="0"/>
              <w:jc w:val="left"/>
            </w:pPr>
            <w:r>
              <w:rPr>
                <w:sz w:val="16"/>
              </w:rPr>
              <w:t>High Wind and Strong Wind (outside NRI's Strong Wind definition)</w:t>
            </w:r>
          </w:p>
        </w:tc>
        <w:tc>
          <w:tcPr>
            <w:tcW w:type="dxa" w:w="1955"/>
          </w:tcPr>
          <w:p>
            <w:pPr>
              <w:spacing w:after="0"/>
              <w:jc w:val="left"/>
            </w:pPr>
            <w:r>
              <w:rPr>
                <w:sz w:val="16"/>
              </w:rPr>
              <w:t>wind speed (kt and mph)</w:t>
            </w:r>
          </w:p>
        </w:tc>
        <w:tc>
          <w:tcPr>
            <w:tcW w:type="dxa" w:w="1474"/>
          </w:tcPr>
          <w:p>
            <w:pPr>
              <w:spacing w:after="0"/>
              <w:jc w:val="right"/>
            </w:pPr>
            <w:r>
              <w:rPr>
                <w:sz w:val="16"/>
              </w:rPr>
              <w:t>1 record, 2023 (1 zone-level)</w:t>
            </w:r>
          </w:p>
        </w:tc>
        <w:tc>
          <w:tcPr>
            <w:tcW w:type="dxa" w:w="1412"/>
          </w:tcPr>
          <w:p>
            <w:pPr>
              <w:spacing w:after="0"/>
              <w:jc w:val="left"/>
            </w:pPr>
            <w:r>
              <w:rPr>
                <w:sz w:val="16"/>
              </w:rPr>
              <w:t>57 kt (66 mph); 1 with a recorded value</w:t>
            </w:r>
          </w:p>
        </w:tc>
        <w:tc>
          <w:tcPr>
            <w:tcW w:type="dxa" w:w="2317"/>
          </w:tcPr>
          <w:p>
            <w:pPr>
              <w:spacing w:after="0"/>
              <w:jc w:val="left"/>
            </w:pPr>
            <w:r>
              <w:rPr>
                <w:sz w:val="16"/>
              </w:rPr>
              <w:t>57 kt (66 mph) measured gust, High Wind, 2023-03-03; NWS zone KYZ076</w:t>
            </w:r>
          </w:p>
        </w:tc>
        <w:tc>
          <w:tcPr>
            <w:tcW w:type="dxa" w:w="1534"/>
          </w:tcPr>
          <w:p>
            <w:pPr>
              <w:spacing w:after="0"/>
              <w:jc w:val="left"/>
            </w:pPr>
          </w:p>
        </w:tc>
        <w:tc>
          <w:tcPr>
            <w:tcW w:type="dxa" w:w="1813"/>
          </w:tcPr>
          <w:p>
            <w:pPr>
              <w:spacing w:after="0"/>
              <w:jc w:val="left"/>
            </w:pPr>
            <w:r>
              <w:rPr>
                <w:sz w:val="16"/>
              </w:rPr>
              <w:t>Countywide (zone-level records).</w:t>
            </w:r>
          </w:p>
        </w:tc>
        <w:tc>
          <w:tcPr>
            <w:tcW w:type="dxa" w:w="1643"/>
          </w:tcPr>
          <w:p>
            <w:pPr>
              <w:spacing w:after="0"/>
              <w:jc w:val="left"/>
            </w:pPr>
          </w:p>
        </w:tc>
      </w:tr>
      <w:tr>
        <w:trPr>
          <w:cantSplit/>
        </w:trPr>
        <w:tc>
          <w:tcPr>
            <w:tcW w:type="dxa" w:w="1964"/>
          </w:tcPr>
          <w:p>
            <w:pPr>
              <w:spacing w:after="0"/>
              <w:jc w:val="left"/>
            </w:pPr>
            <w:r>
              <w:rPr>
                <w:sz w:val="16"/>
              </w:rPr>
              <w:t>Thunderstorm Wind</w:t>
            </w:r>
          </w:p>
        </w:tc>
        <w:tc>
          <w:tcPr>
            <w:tcW w:type="dxa" w:w="1955"/>
          </w:tcPr>
          <w:p>
            <w:pPr>
              <w:spacing w:after="0"/>
              <w:jc w:val="left"/>
            </w:pPr>
            <w:r>
              <w:rPr>
                <w:sz w:val="16"/>
              </w:rPr>
              <w:t>wind speed (kt and mph)</w:t>
            </w:r>
          </w:p>
        </w:tc>
        <w:tc>
          <w:tcPr>
            <w:tcW w:type="dxa" w:w="1474"/>
          </w:tcPr>
          <w:p>
            <w:pPr>
              <w:spacing w:after="0"/>
              <w:jc w:val="right"/>
            </w:pPr>
            <w:r>
              <w:rPr>
                <w:sz w:val="16"/>
              </w:rPr>
              <w:t>112 records, 1968 to 2026</w:t>
            </w:r>
          </w:p>
        </w:tc>
        <w:tc>
          <w:tcPr>
            <w:tcW w:type="dxa" w:w="1412"/>
          </w:tcPr>
          <w:p>
            <w:pPr>
              <w:spacing w:after="0"/>
              <w:jc w:val="left"/>
            </w:pPr>
            <w:r>
              <w:rPr>
                <w:sz w:val="16"/>
              </w:rPr>
              <w:t>50 kt (58 mph) to 78 kt (90 mph) (median 52 kt (60 mph)); 96 with a recorded value</w:t>
            </w:r>
          </w:p>
        </w:tc>
        <w:tc>
          <w:tcPr>
            <w:tcW w:type="dxa" w:w="2317"/>
          </w:tcPr>
          <w:p>
            <w:pPr>
              <w:spacing w:after="0"/>
              <w:jc w:val="left"/>
            </w:pPr>
            <w:r>
              <w:rPr>
                <w:sz w:val="16"/>
              </w:rPr>
              <w:t>78 kt (90 mph) estimated gust, Thunderstorm Wind, 2017-04-05</w:t>
            </w:r>
          </w:p>
        </w:tc>
        <w:tc>
          <w:tcPr>
            <w:tcW w:type="dxa" w:w="1534"/>
          </w:tcPr>
          <w:p>
            <w:pPr>
              <w:spacing w:after="0"/>
              <w:jc w:val="left"/>
            </w:pPr>
          </w:p>
        </w:tc>
        <w:tc>
          <w:tcPr>
            <w:tcW w:type="dxa" w:w="1813"/>
          </w:tcPr>
          <w:p>
            <w:pPr>
              <w:spacing w:after="0"/>
              <w:jc w:val="left"/>
            </w:pPr>
            <w:r>
              <w:rPr>
                <w:sz w:val="16"/>
              </w:rPr>
              <w:t>Event records naming jurisdictions in the plan: Edmonton city (25 records).</w:t>
            </w:r>
          </w:p>
        </w:tc>
        <w:tc>
          <w:tcPr>
            <w:tcW w:type="dxa" w:w="1643"/>
          </w:tcPr>
          <w:p>
            <w:pPr>
              <w:spacing w:after="0"/>
              <w:jc w:val="left"/>
            </w:pPr>
          </w:p>
        </w:tc>
      </w:tr>
      <w:tr>
        <w:trPr>
          <w:cantSplit/>
        </w:trPr>
        <w:tc>
          <w:tcPr>
            <w:tcW w:type="dxa" w:w="1964"/>
          </w:tcPr>
          <w:p>
            <w:pPr>
              <w:spacing w:after="0"/>
              <w:jc w:val="left"/>
            </w:pPr>
            <w:r>
              <w:rPr>
                <w:sz w:val="16"/>
              </w:rPr>
              <w:t>Tornado</w:t>
            </w:r>
          </w:p>
        </w:tc>
        <w:tc>
          <w:tcPr>
            <w:tcW w:type="dxa" w:w="1955"/>
          </w:tcPr>
          <w:p>
            <w:pPr>
              <w:spacing w:after="0"/>
              <w:jc w:val="left"/>
            </w:pPr>
            <w:r>
              <w:rPr>
                <w:sz w:val="16"/>
              </w:rPr>
              <w:t>Enhanced Fujita (Fujita before Feb 2007)</w:t>
            </w:r>
          </w:p>
        </w:tc>
        <w:tc>
          <w:tcPr>
            <w:tcW w:type="dxa" w:w="1474"/>
          </w:tcPr>
          <w:p>
            <w:pPr>
              <w:spacing w:after="0"/>
              <w:jc w:val="right"/>
            </w:pPr>
            <w:r>
              <w:rPr>
                <w:sz w:val="16"/>
              </w:rPr>
              <w:t>19 records, 1957 to 2024</w:t>
            </w:r>
          </w:p>
        </w:tc>
        <w:tc>
          <w:tcPr>
            <w:tcW w:type="dxa" w:w="1412"/>
          </w:tcPr>
          <w:p>
            <w:pPr>
              <w:spacing w:after="0"/>
              <w:jc w:val="left"/>
            </w:pPr>
            <w:r>
              <w:rPr>
                <w:sz w:val="16"/>
              </w:rPr>
              <w:t>F/EF0 to F/EF2 (median F/EF1); 19 with a recorded value</w:t>
            </w:r>
          </w:p>
        </w:tc>
        <w:tc>
          <w:tcPr>
            <w:tcW w:type="dxa" w:w="2317"/>
          </w:tcPr>
          <w:p>
            <w:pPr>
              <w:spacing w:after="0"/>
              <w:jc w:val="left"/>
            </w:pPr>
            <w:r>
              <w:rPr>
                <w:sz w:val="16"/>
              </w:rPr>
              <w:t>F2 tornado, 1997-03-28, 15 mi within this county, 200 yd wide, $1,000,000 property; crops not reported (1997 dollars), 1 direct death, 6 direct injuries</w:t>
            </w:r>
          </w:p>
        </w:tc>
        <w:tc>
          <w:tcPr>
            <w:tcW w:type="dxa" w:w="1534"/>
          </w:tcPr>
          <w:p>
            <w:pPr>
              <w:spacing w:after="0"/>
              <w:jc w:val="left"/>
            </w:pPr>
            <w:r>
              <w:rPr>
                <w:sz w:val="16"/>
              </w:rPr>
              <w:t>Tornado, 1998-04-16, $5,000,000 property; crops not reported (1998 dollars)</w:t>
            </w:r>
          </w:p>
        </w:tc>
        <w:tc>
          <w:tcPr>
            <w:tcW w:type="dxa" w:w="1813"/>
          </w:tcPr>
          <w:p>
            <w:pPr>
              <w:spacing w:after="0"/>
              <w:jc w:val="left"/>
            </w:pPr>
            <w:r>
              <w:rPr>
                <w:sz w:val="16"/>
              </w:rPr>
              <w:t>Event records naming jurisdictions in the plan: Edmonton city (3 records).</w:t>
            </w:r>
          </w:p>
        </w:tc>
        <w:tc>
          <w:tcPr>
            <w:tcW w:type="dxa" w:w="164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64"/>
          </w:tcPr>
          <w:p>
            <w:pPr>
              <w:spacing w:after="0"/>
              <w:jc w:val="left"/>
            </w:pPr>
            <w:r>
              <w:rPr>
                <w:sz w:val="16"/>
              </w:rPr>
              <w:t>Wildfire</w:t>
            </w:r>
          </w:p>
        </w:tc>
        <w:tc>
          <w:tcPr>
            <w:tcW w:type="dxa" w:w="1955"/>
          </w:tcPr>
          <w:p>
            <w:pPr>
              <w:spacing w:after="0"/>
              <w:jc w:val="left"/>
            </w:pPr>
            <w:r>
              <w:rPr>
                <w:sz w:val="16"/>
              </w:rPr>
              <w:t>acres burned (local data)</w:t>
            </w:r>
          </w:p>
        </w:tc>
        <w:tc>
          <w:tcPr>
            <w:tcW w:type="dxa" w:w="1474"/>
          </w:tcPr>
          <w:p>
            <w:pPr>
              <w:spacing w:after="0"/>
              <w:jc w:val="right"/>
            </w:pPr>
            <w:r>
              <w:rPr>
                <w:sz w:val="16"/>
              </w:rPr>
              <w:t>0</w:t>
            </w:r>
          </w:p>
        </w:tc>
        <w:tc>
          <w:tcPr>
            <w:tcW w:type="dxa" w:w="1412"/>
          </w:tcPr>
          <w:p>
            <w:pPr>
              <w:spacing w:after="0"/>
              <w:jc w:val="left"/>
            </w:pPr>
          </w:p>
        </w:tc>
        <w:tc>
          <w:tcPr>
            <w:tcW w:type="dxa" w:w="2317"/>
          </w:tcPr>
          <w:p>
            <w:pPr>
              <w:spacing w:after="0"/>
              <w:jc w:val="left"/>
            </w:pPr>
          </w:p>
        </w:tc>
        <w:tc>
          <w:tcPr>
            <w:tcW w:type="dxa" w:w="1534"/>
          </w:tcPr>
          <w:p>
            <w:pPr>
              <w:spacing w:after="0"/>
              <w:jc w:val="left"/>
            </w:pPr>
          </w:p>
        </w:tc>
        <w:tc>
          <w:tcPr>
            <w:tcW w:type="dxa" w:w="1813"/>
          </w:tcPr>
          <w:p>
            <w:pPr>
              <w:spacing w:after="0"/>
              <w:jc w:val="left"/>
            </w:pPr>
          </w:p>
        </w:tc>
        <w:tc>
          <w:tcPr>
            <w:tcW w:type="dxa" w:w="1643"/>
          </w:tcPr>
          <w:p>
            <w:pPr>
              <w:spacing w:after="0"/>
              <w:jc w:val="left"/>
            </w:pPr>
          </w:p>
        </w:tc>
      </w:tr>
      <w:tr>
        <w:trPr>
          <w:cantSplit/>
        </w:trPr>
        <w:tc>
          <w:tcPr>
            <w:tcW w:type="dxa" w:w="1964"/>
          </w:tcPr>
          <w:p>
            <w:pPr>
              <w:spacing w:after="0"/>
              <w:jc w:val="left"/>
            </w:pPr>
            <w:r>
              <w:rPr>
                <w:sz w:val="16"/>
              </w:rPr>
              <w:t>Winter Storm, Heavy Snow, Blizzard, Lake-Effect Snow, Winter Weather, Sleet</w:t>
            </w:r>
          </w:p>
        </w:tc>
        <w:tc>
          <w:tcPr>
            <w:tcW w:type="dxa" w:w="1955"/>
          </w:tcPr>
          <w:p>
            <w:pPr>
              <w:spacing w:after="0"/>
              <w:jc w:val="left"/>
            </w:pPr>
            <w:r>
              <w:rPr>
                <w:sz w:val="16"/>
              </w:rPr>
              <w:t>none in data (snowfall: local data)</w:t>
            </w:r>
          </w:p>
        </w:tc>
        <w:tc>
          <w:tcPr>
            <w:tcW w:type="dxa" w:w="1474"/>
          </w:tcPr>
          <w:p>
            <w:pPr>
              <w:spacing w:after="0"/>
              <w:jc w:val="right"/>
            </w:pPr>
            <w:r>
              <w:rPr>
                <w:sz w:val="16"/>
              </w:rPr>
              <w:t>20 records, 1996 to 2026 (20 zone-level)</w:t>
            </w:r>
          </w:p>
        </w:tc>
        <w:tc>
          <w:tcPr>
            <w:tcW w:type="dxa" w:w="1412"/>
          </w:tcPr>
          <w:p>
            <w:pPr>
              <w:spacing w:after="0"/>
              <w:jc w:val="left"/>
            </w:pPr>
          </w:p>
        </w:tc>
        <w:tc>
          <w:tcPr>
            <w:tcW w:type="dxa" w:w="2317"/>
          </w:tcPr>
          <w:p>
            <w:pPr>
              <w:spacing w:after="0"/>
              <w:jc w:val="left"/>
            </w:pPr>
            <w:r>
              <w:rPr>
                <w:sz w:val="16"/>
              </w:rPr>
              <w:t>No damage reported in 20 records.</w:t>
            </w:r>
          </w:p>
        </w:tc>
        <w:tc>
          <w:tcPr>
            <w:tcW w:type="dxa" w:w="1534"/>
          </w:tcPr>
          <w:p>
            <w:pPr>
              <w:spacing w:after="0"/>
              <w:jc w:val="left"/>
            </w:pPr>
          </w:p>
        </w:tc>
        <w:tc>
          <w:tcPr>
            <w:tcW w:type="dxa" w:w="1813"/>
          </w:tcPr>
          <w:p>
            <w:pPr>
              <w:spacing w:after="0"/>
              <w:jc w:val="left"/>
            </w:pPr>
            <w:r>
              <w:rPr>
                <w:sz w:val="16"/>
              </w:rPr>
              <w:t>Countywide (zone-level records).</w:t>
            </w:r>
          </w:p>
        </w:tc>
        <w:tc>
          <w:tcPr>
            <w:tcW w:type="dxa" w:w="164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5"/>
        <w:gridCol w:w="1653"/>
        <w:gridCol w:w="2926"/>
        <w:gridCol w:w="2065"/>
        <w:gridCol w:w="2295"/>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5"/>
            <w:shd w:val="clear" w:color="auto" w:fill="E8E8E8"/>
          </w:tcPr>
          <w:p>
            <w:pPr>
              <w:spacing w:after="0"/>
              <w:jc w:val="left"/>
            </w:pPr>
            <w:r>
              <w:rPr>
                <w:b/>
                <w:sz w:val="16"/>
              </w:rPr>
              <w:t>Type</w:t>
            </w:r>
          </w:p>
        </w:tc>
        <w:tc>
          <w:tcPr>
            <w:tcW w:type="dxa" w:w="1653"/>
            <w:shd w:val="clear" w:color="auto" w:fill="E8E8E8"/>
          </w:tcPr>
          <w:p>
            <w:pPr>
              <w:spacing w:after="0"/>
              <w:jc w:val="left"/>
            </w:pPr>
            <w:r>
              <w:rPr>
                <w:b/>
                <w:sz w:val="16"/>
              </w:rPr>
              <w:t>Title</w:t>
            </w:r>
          </w:p>
        </w:tc>
        <w:tc>
          <w:tcPr>
            <w:tcW w:type="dxa" w:w="2926"/>
            <w:shd w:val="clear" w:color="auto" w:fill="E8E8E8"/>
          </w:tcPr>
          <w:p>
            <w:pPr>
              <w:spacing w:after="0"/>
              <w:jc w:val="left"/>
            </w:pPr>
            <w:r>
              <w:rPr>
                <w:b/>
                <w:sz w:val="16"/>
              </w:rPr>
              <w:t>Mapped hazard</w:t>
            </w:r>
          </w:p>
        </w:tc>
        <w:tc>
          <w:tcPr>
            <w:tcW w:type="dxa" w:w="20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95"/>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185"/>
          </w:tcPr>
          <w:p>
            <w:pPr>
              <w:spacing w:after="0"/>
              <w:jc w:val="left"/>
            </w:pPr>
            <w:r>
              <w:rPr>
                <w:sz w:val="16"/>
              </w:rPr>
              <w:t>Major disaster</w:t>
            </w:r>
          </w:p>
        </w:tc>
        <w:tc>
          <w:tcPr>
            <w:tcW w:type="dxa" w:w="1653"/>
          </w:tcPr>
          <w:p>
            <w:pPr>
              <w:spacing w:after="0"/>
              <w:jc w:val="left"/>
            </w:pPr>
            <w:r>
              <w:rPr>
                <w:sz w:val="16"/>
              </w:rPr>
              <w:t>Severe Storms, Straight-Line Winds, Flooding, Landslides, and Mudslides</w:t>
            </w:r>
          </w:p>
        </w:tc>
        <w:tc>
          <w:tcPr>
            <w:tcW w:type="dxa" w:w="2926"/>
          </w:tcPr>
          <w:p>
            <w:pPr>
              <w:spacing w:after="0"/>
              <w:jc w:val="left"/>
            </w:pPr>
            <w:r>
              <w:rPr>
                <w:sz w:val="16"/>
              </w:rPr>
              <w:t>Inland Flooding; Landslide; Strong Wind</w:t>
            </w:r>
          </w:p>
        </w:tc>
        <w:tc>
          <w:tcPr>
            <w:tcW w:type="dxa" w:w="2065"/>
          </w:tcPr>
          <w:p>
            <w:pPr>
              <w:spacing w:after="0"/>
              <w:jc w:val="right"/>
            </w:pPr>
            <w:r>
              <w:rPr>
                <w:sz w:val="16"/>
              </w:rPr>
              <w:t>not yet in FEMA's PA summaries (they cover declarations through 2026-06-30)</w:t>
            </w:r>
          </w:p>
        </w:tc>
        <w:tc>
          <w:tcPr>
            <w:tcW w:type="dxa" w:w="229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85"/>
          </w:tcPr>
          <w:p>
            <w:pPr>
              <w:spacing w:after="0"/>
              <w:jc w:val="left"/>
            </w:pPr>
            <w:r>
              <w:rPr>
                <w:sz w:val="16"/>
              </w:rPr>
              <w:t>Major disaster</w:t>
            </w:r>
          </w:p>
        </w:tc>
        <w:tc>
          <w:tcPr>
            <w:tcW w:type="dxa" w:w="1653"/>
          </w:tcPr>
          <w:p>
            <w:pPr>
              <w:spacing w:after="0"/>
              <w:jc w:val="left"/>
            </w:pPr>
            <w:r>
              <w:rPr>
                <w:sz w:val="16"/>
              </w:rPr>
              <w:t>Severe Winter Storm</w:t>
            </w:r>
          </w:p>
        </w:tc>
        <w:tc>
          <w:tcPr>
            <w:tcW w:type="dxa" w:w="2926"/>
          </w:tcPr>
          <w:p>
            <w:pPr>
              <w:spacing w:after="0"/>
              <w:jc w:val="left"/>
            </w:pPr>
            <w:r>
              <w:rPr>
                <w:sz w:val="16"/>
              </w:rPr>
              <w:t>Winter Weather</w:t>
            </w:r>
          </w:p>
        </w:tc>
        <w:tc>
          <w:tcPr>
            <w:tcW w:type="dxa" w:w="2065"/>
          </w:tcPr>
          <w:p>
            <w:pPr>
              <w:spacing w:after="0"/>
              <w:jc w:val="right"/>
            </w:pPr>
            <w:r>
              <w:rPr>
                <w:sz w:val="16"/>
              </w:rPr>
              <w:t>$98,845.76</w:t>
            </w:r>
          </w:p>
        </w:tc>
        <w:tc>
          <w:tcPr>
            <w:tcW w:type="dxa" w:w="229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85"/>
          </w:tcPr>
          <w:p>
            <w:pPr>
              <w:spacing w:after="0"/>
              <w:jc w:val="left"/>
            </w:pPr>
            <w:r>
              <w:rPr>
                <w:sz w:val="16"/>
              </w:rPr>
              <w:t>Emergency</w:t>
            </w:r>
          </w:p>
        </w:tc>
        <w:tc>
          <w:tcPr>
            <w:tcW w:type="dxa" w:w="1653"/>
          </w:tcPr>
          <w:p>
            <w:pPr>
              <w:spacing w:after="0"/>
              <w:jc w:val="left"/>
            </w:pPr>
            <w:r>
              <w:rPr>
                <w:sz w:val="16"/>
              </w:rPr>
              <w:t>Severe Winter Storm</w:t>
            </w:r>
          </w:p>
        </w:tc>
        <w:tc>
          <w:tcPr>
            <w:tcW w:type="dxa" w:w="2926"/>
          </w:tcPr>
          <w:p>
            <w:pPr>
              <w:spacing w:after="0"/>
              <w:jc w:val="left"/>
            </w:pPr>
            <w:r>
              <w:rPr>
                <w:sz w:val="16"/>
              </w:rPr>
              <w:t>Winter Weather</w:t>
            </w:r>
          </w:p>
        </w:tc>
        <w:tc>
          <w:tcPr>
            <w:tcW w:type="dxa" w:w="2065"/>
          </w:tcPr>
          <w:p>
            <w:pPr>
              <w:spacing w:after="0"/>
              <w:jc w:val="right"/>
            </w:pPr>
            <w:r>
              <w:rPr>
                <w:sz w:val="16"/>
              </w:rPr>
              <w:t>no Public Assistance recorded</w:t>
            </w:r>
          </w:p>
        </w:tc>
        <w:tc>
          <w:tcPr>
            <w:tcW w:type="dxa" w:w="2295"/>
          </w:tcPr>
          <w:p>
            <w:pPr>
              <w:spacing w:after="0"/>
              <w:jc w:val="left"/>
            </w:pPr>
            <w:r>
              <w:rPr>
                <w:sz w:val="16"/>
              </w:rPr>
              <w:t>new since last plan; within last 5 years</w:t>
            </w:r>
          </w:p>
        </w:tc>
        <w:tc>
          <w:tcPr>
            <w:tcW w:type="dxa" w:w="877"/>
          </w:tcPr>
          <w:p>
            <w:pPr>
              <w:spacing w:after="0"/>
              <w:jc w:val="left"/>
            </w:pPr>
            <w:r>
              <w:rPr>
                <w:sz w:val="16"/>
              </w:rPr>
              <w:t>same incident as DR-4913</w:t>
            </w: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85"/>
          </w:tcPr>
          <w:p>
            <w:pPr>
              <w:spacing w:after="0"/>
              <w:jc w:val="left"/>
            </w:pPr>
            <w:r>
              <w:rPr>
                <w:sz w:val="16"/>
              </w:rPr>
              <w:t>Major disaster</w:t>
            </w:r>
          </w:p>
        </w:tc>
        <w:tc>
          <w:tcPr>
            <w:tcW w:type="dxa" w:w="1653"/>
          </w:tcPr>
          <w:p>
            <w:pPr>
              <w:spacing w:after="0"/>
              <w:jc w:val="left"/>
            </w:pPr>
            <w:r>
              <w:rPr>
                <w:sz w:val="16"/>
              </w:rPr>
              <w:t>Severe Storms, Straight-Line Winds, and Tornadoes</w:t>
            </w:r>
          </w:p>
        </w:tc>
        <w:tc>
          <w:tcPr>
            <w:tcW w:type="dxa" w:w="2926"/>
          </w:tcPr>
          <w:p>
            <w:pPr>
              <w:spacing w:after="0"/>
              <w:jc w:val="left"/>
            </w:pPr>
            <w:r>
              <w:rPr>
                <w:sz w:val="16"/>
              </w:rPr>
              <w:t>Inland Flooding; Landslide; Strong Wind; Tornado</w:t>
            </w:r>
          </w:p>
        </w:tc>
        <w:tc>
          <w:tcPr>
            <w:tcW w:type="dxa" w:w="2065"/>
          </w:tcPr>
          <w:p>
            <w:pPr>
              <w:spacing w:after="0"/>
              <w:jc w:val="right"/>
            </w:pPr>
            <w:r>
              <w:rPr>
                <w:sz w:val="16"/>
              </w:rPr>
              <w:t>no Public Assistance recorded</w:t>
            </w:r>
          </w:p>
        </w:tc>
        <w:tc>
          <w:tcPr>
            <w:tcW w:type="dxa" w:w="229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85"/>
          </w:tcPr>
          <w:p>
            <w:pPr>
              <w:spacing w:after="0"/>
              <w:jc w:val="left"/>
            </w:pPr>
            <w:r>
              <w:rPr>
                <w:sz w:val="16"/>
              </w:rPr>
              <w:t>Major disaster</w:t>
            </w:r>
          </w:p>
        </w:tc>
        <w:tc>
          <w:tcPr>
            <w:tcW w:type="dxa" w:w="1653"/>
          </w:tcPr>
          <w:p>
            <w:pPr>
              <w:spacing w:after="0"/>
              <w:jc w:val="left"/>
            </w:pPr>
            <w:r>
              <w:rPr>
                <w:sz w:val="16"/>
              </w:rPr>
              <w:t>Severe Storms, Straight-Line Winds, Tornadoes, Flooding, Landslides, and Mudslides</w:t>
            </w:r>
          </w:p>
        </w:tc>
        <w:tc>
          <w:tcPr>
            <w:tcW w:type="dxa" w:w="2926"/>
          </w:tcPr>
          <w:p>
            <w:pPr>
              <w:spacing w:after="0"/>
              <w:jc w:val="left"/>
            </w:pPr>
            <w:r>
              <w:rPr>
                <w:sz w:val="16"/>
              </w:rPr>
              <w:t>Inland Flooding; Landslide; Strong Wind; Tornado</w:t>
            </w:r>
          </w:p>
        </w:tc>
        <w:tc>
          <w:tcPr>
            <w:tcW w:type="dxa" w:w="2065"/>
          </w:tcPr>
          <w:p>
            <w:pPr>
              <w:spacing w:after="0"/>
              <w:jc w:val="right"/>
            </w:pPr>
            <w:r>
              <w:rPr>
                <w:sz w:val="16"/>
              </w:rPr>
              <w:t>$265,782.92</w:t>
            </w:r>
          </w:p>
        </w:tc>
        <w:tc>
          <w:tcPr>
            <w:tcW w:type="dxa" w:w="229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85"/>
          </w:tcPr>
          <w:p>
            <w:pPr>
              <w:spacing w:after="0"/>
              <w:jc w:val="left"/>
            </w:pPr>
            <w:r>
              <w:rPr>
                <w:sz w:val="16"/>
              </w:rPr>
              <w:t>Emergency</w:t>
            </w:r>
          </w:p>
        </w:tc>
        <w:tc>
          <w:tcPr>
            <w:tcW w:type="dxa" w:w="1653"/>
          </w:tcPr>
          <w:p>
            <w:pPr>
              <w:spacing w:after="0"/>
              <w:jc w:val="left"/>
            </w:pPr>
            <w:r>
              <w:rPr>
                <w:sz w:val="16"/>
              </w:rPr>
              <w:t>Severe Storms, Straight-Line Winds, Tornadoes, and Flooding</w:t>
            </w:r>
          </w:p>
        </w:tc>
        <w:tc>
          <w:tcPr>
            <w:tcW w:type="dxa" w:w="2926"/>
          </w:tcPr>
          <w:p>
            <w:pPr>
              <w:spacing w:after="0"/>
              <w:jc w:val="left"/>
            </w:pPr>
            <w:r>
              <w:rPr>
                <w:sz w:val="16"/>
              </w:rPr>
              <w:t>Inland Flooding; Strong Wind; Tornado</w:t>
            </w:r>
          </w:p>
        </w:tc>
        <w:tc>
          <w:tcPr>
            <w:tcW w:type="dxa" w:w="2065"/>
          </w:tcPr>
          <w:p>
            <w:pPr>
              <w:spacing w:after="0"/>
              <w:jc w:val="right"/>
            </w:pPr>
            <w:r>
              <w:rPr>
                <w:sz w:val="16"/>
              </w:rPr>
              <w:t>no Public Assistance recorded</w:t>
            </w:r>
          </w:p>
        </w:tc>
        <w:tc>
          <w:tcPr>
            <w:tcW w:type="dxa" w:w="2295"/>
          </w:tcPr>
          <w:p>
            <w:pPr>
              <w:spacing w:after="0"/>
              <w:jc w:val="left"/>
            </w:pPr>
            <w:r>
              <w:rPr>
                <w:sz w:val="16"/>
              </w:rPr>
              <w:t>new since last plan; within last 5 years</w:t>
            </w:r>
          </w:p>
        </w:tc>
        <w:tc>
          <w:tcPr>
            <w:tcW w:type="dxa" w:w="877"/>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85"/>
          </w:tcPr>
          <w:p>
            <w:pPr>
              <w:spacing w:after="0"/>
              <w:jc w:val="left"/>
            </w:pPr>
            <w:r>
              <w:rPr>
                <w:sz w:val="16"/>
              </w:rPr>
              <w:t>Major disaster</w:t>
            </w:r>
          </w:p>
        </w:tc>
        <w:tc>
          <w:tcPr>
            <w:tcW w:type="dxa" w:w="1653"/>
          </w:tcPr>
          <w:p>
            <w:pPr>
              <w:spacing w:after="0"/>
              <w:jc w:val="left"/>
            </w:pPr>
            <w:r>
              <w:rPr>
                <w:sz w:val="16"/>
              </w:rPr>
              <w:t>Severe Storms, Straight-Line Winds, Flooding, Landslides, and Mudslides</w:t>
            </w:r>
          </w:p>
        </w:tc>
        <w:tc>
          <w:tcPr>
            <w:tcW w:type="dxa" w:w="2926"/>
          </w:tcPr>
          <w:p>
            <w:pPr>
              <w:spacing w:after="0"/>
              <w:jc w:val="left"/>
            </w:pPr>
            <w:r>
              <w:rPr>
                <w:sz w:val="16"/>
              </w:rPr>
              <w:t>Inland Flooding; Landslide; Strong Wind</w:t>
            </w:r>
          </w:p>
        </w:tc>
        <w:tc>
          <w:tcPr>
            <w:tcW w:type="dxa" w:w="2065"/>
          </w:tcPr>
          <w:p>
            <w:pPr>
              <w:spacing w:after="0"/>
              <w:jc w:val="right"/>
            </w:pPr>
            <w:r>
              <w:rPr>
                <w:sz w:val="16"/>
              </w:rPr>
              <w:t>$478,992.31</w:t>
            </w:r>
          </w:p>
        </w:tc>
        <w:tc>
          <w:tcPr>
            <w:tcW w:type="dxa" w:w="229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85"/>
          </w:tcPr>
          <w:p>
            <w:pPr>
              <w:spacing w:after="0"/>
              <w:jc w:val="left"/>
            </w:pPr>
            <w:r>
              <w:rPr>
                <w:sz w:val="16"/>
              </w:rPr>
              <w:t>Emergency</w:t>
            </w:r>
          </w:p>
        </w:tc>
        <w:tc>
          <w:tcPr>
            <w:tcW w:type="dxa" w:w="1653"/>
          </w:tcPr>
          <w:p>
            <w:pPr>
              <w:spacing w:after="0"/>
              <w:jc w:val="left"/>
            </w:pPr>
            <w:r>
              <w:rPr>
                <w:sz w:val="16"/>
              </w:rPr>
              <w:t>Severe Storms, Straight-Line Winds, Flooding, and Landslides</w:t>
            </w:r>
          </w:p>
        </w:tc>
        <w:tc>
          <w:tcPr>
            <w:tcW w:type="dxa" w:w="2926"/>
          </w:tcPr>
          <w:p>
            <w:pPr>
              <w:spacing w:after="0"/>
              <w:jc w:val="left"/>
            </w:pPr>
            <w:r>
              <w:rPr>
                <w:sz w:val="16"/>
              </w:rPr>
              <w:t>Inland Flooding; Landslide; Strong Wind</w:t>
            </w:r>
          </w:p>
        </w:tc>
        <w:tc>
          <w:tcPr>
            <w:tcW w:type="dxa" w:w="2065"/>
          </w:tcPr>
          <w:p>
            <w:pPr>
              <w:spacing w:after="0"/>
              <w:jc w:val="right"/>
            </w:pPr>
            <w:r>
              <w:rPr>
                <w:sz w:val="16"/>
              </w:rPr>
              <w:t>no Public Assistance recorded</w:t>
            </w:r>
          </w:p>
        </w:tc>
        <w:tc>
          <w:tcPr>
            <w:tcW w:type="dxa" w:w="2295"/>
          </w:tcPr>
          <w:p>
            <w:pPr>
              <w:spacing w:after="0"/>
              <w:jc w:val="left"/>
            </w:pPr>
            <w:r>
              <w:rPr>
                <w:sz w:val="16"/>
              </w:rPr>
              <w:t>new since last plan; within last 5 years</w:t>
            </w:r>
          </w:p>
        </w:tc>
        <w:tc>
          <w:tcPr>
            <w:tcW w:type="dxa" w:w="877"/>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85"/>
          </w:tcPr>
          <w:p>
            <w:pPr>
              <w:spacing w:after="0"/>
              <w:jc w:val="left"/>
            </w:pPr>
            <w:r>
              <w:rPr>
                <w:sz w:val="16"/>
              </w:rPr>
              <w:t>Major disaster</w:t>
            </w:r>
          </w:p>
        </w:tc>
        <w:tc>
          <w:tcPr>
            <w:tcW w:type="dxa" w:w="1653"/>
          </w:tcPr>
          <w:p>
            <w:pPr>
              <w:spacing w:after="0"/>
              <w:jc w:val="left"/>
            </w:pPr>
            <w:r>
              <w:rPr>
                <w:sz w:val="16"/>
              </w:rPr>
              <w:t>Severe Storms, Straight-Line Winds, Tornadoes, Landslides, and Mudslides</w:t>
            </w:r>
          </w:p>
        </w:tc>
        <w:tc>
          <w:tcPr>
            <w:tcW w:type="dxa" w:w="2926"/>
          </w:tcPr>
          <w:p>
            <w:pPr>
              <w:spacing w:after="0"/>
              <w:jc w:val="left"/>
            </w:pPr>
            <w:r>
              <w:rPr>
                <w:sz w:val="16"/>
              </w:rPr>
              <w:t>Landslide; Strong Wind; Tornado</w:t>
            </w:r>
          </w:p>
        </w:tc>
        <w:tc>
          <w:tcPr>
            <w:tcW w:type="dxa" w:w="2065"/>
          </w:tcPr>
          <w:p>
            <w:pPr>
              <w:spacing w:after="0"/>
              <w:jc w:val="right"/>
            </w:pPr>
            <w:r>
              <w:rPr>
                <w:sz w:val="16"/>
              </w:rPr>
              <w:t>no Public Assistance recorded</w:t>
            </w:r>
          </w:p>
        </w:tc>
        <w:tc>
          <w:tcPr>
            <w:tcW w:type="dxa" w:w="229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85"/>
          </w:tcPr>
          <w:p>
            <w:pPr>
              <w:spacing w:after="0"/>
              <w:jc w:val="left"/>
            </w:pPr>
            <w:r>
              <w:rPr>
                <w:sz w:val="16"/>
              </w:rPr>
              <w:t>Major disaster</w:t>
            </w:r>
          </w:p>
        </w:tc>
        <w:tc>
          <w:tcPr>
            <w:tcW w:type="dxa" w:w="1653"/>
          </w:tcPr>
          <w:p>
            <w:pPr>
              <w:spacing w:after="0"/>
              <w:jc w:val="left"/>
            </w:pPr>
            <w:r>
              <w:rPr>
                <w:sz w:val="16"/>
              </w:rPr>
              <w:t>Severe Storms, Straight-Line Winds, Tornadoes, Flooding, Landslides, and Mudslides</w:t>
            </w:r>
          </w:p>
        </w:tc>
        <w:tc>
          <w:tcPr>
            <w:tcW w:type="dxa" w:w="2926"/>
          </w:tcPr>
          <w:p>
            <w:pPr>
              <w:spacing w:after="0"/>
              <w:jc w:val="left"/>
            </w:pPr>
            <w:r>
              <w:rPr>
                <w:sz w:val="16"/>
              </w:rPr>
              <w:t>Inland Flooding; Landslide; Strong Wind; Tornado</w:t>
            </w:r>
          </w:p>
        </w:tc>
        <w:tc>
          <w:tcPr>
            <w:tcW w:type="dxa" w:w="2065"/>
          </w:tcPr>
          <w:p>
            <w:pPr>
              <w:spacing w:after="0"/>
              <w:jc w:val="right"/>
            </w:pPr>
            <w:r>
              <w:rPr>
                <w:sz w:val="16"/>
              </w:rPr>
              <w:t>$58,907.55</w:t>
            </w:r>
          </w:p>
        </w:tc>
        <w:tc>
          <w:tcPr>
            <w:tcW w:type="dxa" w:w="2295"/>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185"/>
          </w:tcPr>
          <w:p>
            <w:pPr>
              <w:spacing w:after="0"/>
              <w:jc w:val="left"/>
            </w:pPr>
            <w:r>
              <w:rPr>
                <w:sz w:val="16"/>
              </w:rPr>
              <w:t>Major disaster</w:t>
            </w:r>
          </w:p>
        </w:tc>
        <w:tc>
          <w:tcPr>
            <w:tcW w:type="dxa" w:w="1653"/>
          </w:tcPr>
          <w:p>
            <w:pPr>
              <w:spacing w:after="0"/>
              <w:jc w:val="left"/>
            </w:pPr>
            <w:r>
              <w:rPr>
                <w:sz w:val="16"/>
              </w:rPr>
              <w:t>Severe Storms, Flooding, Landslides, and Mudslides</w:t>
            </w:r>
          </w:p>
        </w:tc>
        <w:tc>
          <w:tcPr>
            <w:tcW w:type="dxa" w:w="2926"/>
          </w:tcPr>
          <w:p>
            <w:pPr>
              <w:spacing w:after="0"/>
              <w:jc w:val="left"/>
            </w:pPr>
            <w:r>
              <w:rPr>
                <w:sz w:val="16"/>
              </w:rPr>
              <w:t>Inland Flooding; Landslide</w:t>
            </w:r>
          </w:p>
        </w:tc>
        <w:tc>
          <w:tcPr>
            <w:tcW w:type="dxa" w:w="2065"/>
          </w:tcPr>
          <w:p>
            <w:pPr>
              <w:spacing w:after="0"/>
              <w:jc w:val="right"/>
            </w:pPr>
            <w:r>
              <w:rPr>
                <w:sz w:val="16"/>
              </w:rPr>
              <w:t>$166,751.45</w:t>
            </w:r>
          </w:p>
        </w:tc>
        <w:tc>
          <w:tcPr>
            <w:tcW w:type="dxa" w:w="22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85"/>
          </w:tcPr>
          <w:p>
            <w:pPr>
              <w:spacing w:after="0"/>
              <w:jc w:val="left"/>
            </w:pPr>
            <w:r>
              <w:rPr>
                <w:sz w:val="16"/>
              </w:rPr>
              <w:t>Major disaster</w:t>
            </w:r>
          </w:p>
        </w:tc>
        <w:tc>
          <w:tcPr>
            <w:tcW w:type="dxa" w:w="1653"/>
          </w:tcPr>
          <w:p>
            <w:pPr>
              <w:spacing w:after="0"/>
              <w:jc w:val="left"/>
            </w:pPr>
            <w:r>
              <w:rPr>
                <w:sz w:val="16"/>
              </w:rPr>
              <w:t>COVID-19 Pandemic</w:t>
            </w:r>
          </w:p>
        </w:tc>
        <w:tc>
          <w:tcPr>
            <w:tcW w:type="dxa" w:w="2926"/>
          </w:tcPr>
          <w:p>
            <w:pPr>
              <w:spacing w:after="0"/>
              <w:jc w:val="left"/>
            </w:pPr>
            <w:r>
              <w:rPr>
                <w:sz w:val="16"/>
              </w:rPr>
              <w:t>Non-natural, not counted</w:t>
            </w:r>
          </w:p>
        </w:tc>
        <w:tc>
          <w:tcPr>
            <w:tcW w:type="dxa" w:w="2065"/>
          </w:tcPr>
          <w:p>
            <w:pPr>
              <w:spacing w:after="0"/>
              <w:jc w:val="right"/>
            </w:pPr>
            <w:r>
              <w:rPr>
                <w:sz w:val="16"/>
              </w:rPr>
              <w:t>no Public Assistance recorded</w:t>
            </w:r>
          </w:p>
        </w:tc>
        <w:tc>
          <w:tcPr>
            <w:tcW w:type="dxa" w:w="22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85"/>
          </w:tcPr>
          <w:p>
            <w:pPr>
              <w:spacing w:after="0"/>
              <w:jc w:val="left"/>
            </w:pPr>
            <w:r>
              <w:rPr>
                <w:sz w:val="16"/>
              </w:rPr>
              <w:t>Emergency</w:t>
            </w:r>
          </w:p>
        </w:tc>
        <w:tc>
          <w:tcPr>
            <w:tcW w:type="dxa" w:w="1653"/>
          </w:tcPr>
          <w:p>
            <w:pPr>
              <w:spacing w:after="0"/>
              <w:jc w:val="left"/>
            </w:pPr>
            <w:r>
              <w:rPr>
                <w:sz w:val="16"/>
              </w:rPr>
              <w:t>COVID-19</w:t>
            </w:r>
          </w:p>
        </w:tc>
        <w:tc>
          <w:tcPr>
            <w:tcW w:type="dxa" w:w="2926"/>
          </w:tcPr>
          <w:p>
            <w:pPr>
              <w:spacing w:after="0"/>
              <w:jc w:val="left"/>
            </w:pPr>
            <w:r>
              <w:rPr>
                <w:sz w:val="16"/>
              </w:rPr>
              <w:t>Non-natural, not counted</w:t>
            </w:r>
          </w:p>
        </w:tc>
        <w:tc>
          <w:tcPr>
            <w:tcW w:type="dxa" w:w="2065"/>
          </w:tcPr>
          <w:p>
            <w:pPr>
              <w:spacing w:after="0"/>
              <w:jc w:val="right"/>
            </w:pPr>
            <w:r>
              <w:rPr>
                <w:sz w:val="16"/>
              </w:rPr>
              <w:t>no Public Assistance recorded</w:t>
            </w:r>
          </w:p>
        </w:tc>
        <w:tc>
          <w:tcPr>
            <w:tcW w:type="dxa" w:w="2295"/>
          </w:tcPr>
          <w:p>
            <w:pPr>
              <w:spacing w:after="0"/>
              <w:jc w:val="left"/>
            </w:pPr>
          </w:p>
        </w:tc>
        <w:tc>
          <w:tcPr>
            <w:tcW w:type="dxa" w:w="877"/>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85"/>
          </w:tcPr>
          <w:p>
            <w:pPr>
              <w:spacing w:after="0"/>
              <w:jc w:val="left"/>
            </w:pPr>
            <w:r>
              <w:rPr>
                <w:sz w:val="16"/>
              </w:rPr>
              <w:t>Major disaster</w:t>
            </w:r>
          </w:p>
        </w:tc>
        <w:tc>
          <w:tcPr>
            <w:tcW w:type="dxa" w:w="1653"/>
          </w:tcPr>
          <w:p>
            <w:pPr>
              <w:spacing w:after="0"/>
              <w:jc w:val="left"/>
            </w:pPr>
            <w:r>
              <w:rPr>
                <w:sz w:val="16"/>
              </w:rPr>
              <w:t>Severe Storms, Straight-Line Winds, Flooding, Landslides, and Mudslides</w:t>
            </w:r>
          </w:p>
        </w:tc>
        <w:tc>
          <w:tcPr>
            <w:tcW w:type="dxa" w:w="2926"/>
          </w:tcPr>
          <w:p>
            <w:pPr>
              <w:spacing w:after="0"/>
              <w:jc w:val="left"/>
            </w:pPr>
            <w:r>
              <w:rPr>
                <w:sz w:val="16"/>
              </w:rPr>
              <w:t>Inland Flooding; Landslide; Strong Wind</w:t>
            </w:r>
          </w:p>
        </w:tc>
        <w:tc>
          <w:tcPr>
            <w:tcW w:type="dxa" w:w="2065"/>
          </w:tcPr>
          <w:p>
            <w:pPr>
              <w:spacing w:after="0"/>
              <w:jc w:val="right"/>
            </w:pPr>
            <w:r>
              <w:rPr>
                <w:sz w:val="16"/>
              </w:rPr>
              <w:t>$467,204.65</w:t>
            </w:r>
          </w:p>
        </w:tc>
        <w:tc>
          <w:tcPr>
            <w:tcW w:type="dxa" w:w="22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185"/>
          </w:tcPr>
          <w:p>
            <w:pPr>
              <w:spacing w:after="0"/>
              <w:jc w:val="left"/>
            </w:pPr>
            <w:r>
              <w:rPr>
                <w:sz w:val="16"/>
              </w:rPr>
              <w:t>Major disaster</w:t>
            </w:r>
          </w:p>
        </w:tc>
        <w:tc>
          <w:tcPr>
            <w:tcW w:type="dxa" w:w="1653"/>
          </w:tcPr>
          <w:p>
            <w:pPr>
              <w:spacing w:after="0"/>
              <w:jc w:val="left"/>
            </w:pPr>
            <w:r>
              <w:rPr>
                <w:sz w:val="16"/>
              </w:rPr>
              <w:t>Severe Storms, Tornadoes, Flooding, Landslides, and Mudslides</w:t>
            </w:r>
          </w:p>
        </w:tc>
        <w:tc>
          <w:tcPr>
            <w:tcW w:type="dxa" w:w="2926"/>
          </w:tcPr>
          <w:p>
            <w:pPr>
              <w:spacing w:after="0"/>
              <w:jc w:val="left"/>
            </w:pPr>
            <w:r>
              <w:rPr>
                <w:sz w:val="16"/>
              </w:rPr>
              <w:t>Inland Flooding (primary); also designated: Landslide, Tornado</w:t>
            </w:r>
          </w:p>
        </w:tc>
        <w:tc>
          <w:tcPr>
            <w:tcW w:type="dxa" w:w="2065"/>
          </w:tcPr>
          <w:p>
            <w:pPr>
              <w:spacing w:after="0"/>
              <w:jc w:val="right"/>
            </w:pPr>
            <w:r>
              <w:rPr>
                <w:sz w:val="16"/>
              </w:rPr>
              <w:t>$239,002.56</w:t>
            </w:r>
          </w:p>
        </w:tc>
        <w:tc>
          <w:tcPr>
            <w:tcW w:type="dxa" w:w="22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185"/>
          </w:tcPr>
          <w:p>
            <w:pPr>
              <w:spacing w:after="0"/>
              <w:jc w:val="left"/>
            </w:pPr>
            <w:r>
              <w:rPr>
                <w:sz w:val="16"/>
              </w:rPr>
              <w:t>Major disaster</w:t>
            </w:r>
          </w:p>
        </w:tc>
        <w:tc>
          <w:tcPr>
            <w:tcW w:type="dxa" w:w="1653"/>
          </w:tcPr>
          <w:p>
            <w:pPr>
              <w:spacing w:after="0"/>
              <w:jc w:val="left"/>
            </w:pPr>
            <w:r>
              <w:rPr>
                <w:sz w:val="16"/>
              </w:rPr>
              <w:t>Severe Storms, Flooding, Landslides, and Mudslides</w:t>
            </w:r>
          </w:p>
        </w:tc>
        <w:tc>
          <w:tcPr>
            <w:tcW w:type="dxa" w:w="2926"/>
          </w:tcPr>
          <w:p>
            <w:pPr>
              <w:spacing w:after="0"/>
              <w:jc w:val="left"/>
            </w:pPr>
            <w:r>
              <w:rPr>
                <w:sz w:val="16"/>
              </w:rPr>
              <w:t>Inland Flooding (primary); also designated: Landslide</w:t>
            </w:r>
          </w:p>
        </w:tc>
        <w:tc>
          <w:tcPr>
            <w:tcW w:type="dxa" w:w="2065"/>
          </w:tcPr>
          <w:p>
            <w:pPr>
              <w:spacing w:after="0"/>
              <w:jc w:val="right"/>
            </w:pPr>
            <w:r>
              <w:rPr>
                <w:sz w:val="16"/>
              </w:rPr>
              <w:t>$24,004.31</w:t>
            </w:r>
          </w:p>
        </w:tc>
        <w:tc>
          <w:tcPr>
            <w:tcW w:type="dxa" w:w="22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185"/>
          </w:tcPr>
          <w:p>
            <w:pPr>
              <w:spacing w:after="0"/>
              <w:jc w:val="left"/>
            </w:pPr>
            <w:r>
              <w:rPr>
                <w:sz w:val="16"/>
              </w:rPr>
              <w:t>Major disaster</w:t>
            </w:r>
          </w:p>
        </w:tc>
        <w:tc>
          <w:tcPr>
            <w:tcW w:type="dxa" w:w="1653"/>
          </w:tcPr>
          <w:p>
            <w:pPr>
              <w:spacing w:after="0"/>
              <w:jc w:val="left"/>
            </w:pPr>
            <w:r>
              <w:rPr>
                <w:sz w:val="16"/>
              </w:rPr>
              <w:t>Severe Storm, Tornadoes, Flooding, Landslides, and Mudslides</w:t>
            </w:r>
          </w:p>
        </w:tc>
        <w:tc>
          <w:tcPr>
            <w:tcW w:type="dxa" w:w="2926"/>
          </w:tcPr>
          <w:p>
            <w:pPr>
              <w:spacing w:after="0"/>
              <w:jc w:val="left"/>
            </w:pPr>
            <w:r>
              <w:rPr>
                <w:sz w:val="16"/>
              </w:rPr>
              <w:t>Inland Flooding; Landslide; Tornado</w:t>
            </w:r>
          </w:p>
        </w:tc>
        <w:tc>
          <w:tcPr>
            <w:tcW w:type="dxa" w:w="2065"/>
          </w:tcPr>
          <w:p>
            <w:pPr>
              <w:spacing w:after="0"/>
              <w:jc w:val="right"/>
            </w:pPr>
            <w:r>
              <w:rPr>
                <w:sz w:val="16"/>
              </w:rPr>
              <w:t>$33,743.78</w:t>
            </w:r>
          </w:p>
        </w:tc>
        <w:tc>
          <w:tcPr>
            <w:tcW w:type="dxa" w:w="22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185"/>
          </w:tcPr>
          <w:p>
            <w:pPr>
              <w:spacing w:after="0"/>
              <w:jc w:val="left"/>
            </w:pPr>
            <w:r>
              <w:rPr>
                <w:sz w:val="16"/>
              </w:rPr>
              <w:t>Major disaster</w:t>
            </w:r>
          </w:p>
        </w:tc>
        <w:tc>
          <w:tcPr>
            <w:tcW w:type="dxa" w:w="1653"/>
          </w:tcPr>
          <w:p>
            <w:pPr>
              <w:spacing w:after="0"/>
              <w:jc w:val="left"/>
            </w:pPr>
            <w:r>
              <w:rPr>
                <w:sz w:val="16"/>
              </w:rPr>
              <w:t>Severe Winter Storm, Snowstorm, Flooding, Landslides, and Mudslides</w:t>
            </w:r>
          </w:p>
        </w:tc>
        <w:tc>
          <w:tcPr>
            <w:tcW w:type="dxa" w:w="2926"/>
          </w:tcPr>
          <w:p>
            <w:pPr>
              <w:spacing w:after="0"/>
              <w:jc w:val="left"/>
            </w:pPr>
            <w:r>
              <w:rPr>
                <w:sz w:val="16"/>
              </w:rPr>
              <w:t>Inland Flooding (primary); also designated: Landslide, Winter Weather</w:t>
            </w:r>
          </w:p>
        </w:tc>
        <w:tc>
          <w:tcPr>
            <w:tcW w:type="dxa" w:w="2065"/>
          </w:tcPr>
          <w:p>
            <w:pPr>
              <w:spacing w:after="0"/>
              <w:jc w:val="right"/>
            </w:pPr>
            <w:r>
              <w:rPr>
                <w:sz w:val="16"/>
              </w:rPr>
              <w:t>$140,170.08</w:t>
            </w:r>
          </w:p>
        </w:tc>
        <w:tc>
          <w:tcPr>
            <w:tcW w:type="dxa" w:w="22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185"/>
          </w:tcPr>
          <w:p>
            <w:pPr>
              <w:spacing w:after="0"/>
              <w:jc w:val="left"/>
            </w:pPr>
            <w:r>
              <w:rPr>
                <w:sz w:val="16"/>
              </w:rPr>
              <w:t>Major disaster</w:t>
            </w:r>
          </w:p>
        </w:tc>
        <w:tc>
          <w:tcPr>
            <w:tcW w:type="dxa" w:w="1653"/>
          </w:tcPr>
          <w:p>
            <w:pPr>
              <w:spacing w:after="0"/>
              <w:jc w:val="left"/>
            </w:pPr>
            <w:r>
              <w:rPr>
                <w:sz w:val="16"/>
              </w:rPr>
              <w:t>Severe Storms, Tornadoes, Flooding, Landslides, and Mudslides</w:t>
            </w:r>
          </w:p>
        </w:tc>
        <w:tc>
          <w:tcPr>
            <w:tcW w:type="dxa" w:w="2926"/>
          </w:tcPr>
          <w:p>
            <w:pPr>
              <w:spacing w:after="0"/>
              <w:jc w:val="left"/>
            </w:pPr>
            <w:r>
              <w:rPr>
                <w:sz w:val="16"/>
              </w:rPr>
              <w:t>Inland Flooding (primary); also designated: Landslide, Tornado</w:t>
            </w:r>
          </w:p>
        </w:tc>
        <w:tc>
          <w:tcPr>
            <w:tcW w:type="dxa" w:w="2065"/>
          </w:tcPr>
          <w:p>
            <w:pPr>
              <w:spacing w:after="0"/>
              <w:jc w:val="right"/>
            </w:pPr>
            <w:r>
              <w:rPr>
                <w:sz w:val="16"/>
              </w:rPr>
              <w:t>$182,222.47</w:t>
            </w:r>
          </w:p>
        </w:tc>
        <w:tc>
          <w:tcPr>
            <w:tcW w:type="dxa" w:w="22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85"/>
          </w:tcPr>
          <w:p>
            <w:pPr>
              <w:spacing w:after="0"/>
              <w:jc w:val="left"/>
            </w:pPr>
            <w:r>
              <w:rPr>
                <w:sz w:val="16"/>
              </w:rPr>
              <w:t>Major disaster</w:t>
            </w:r>
          </w:p>
        </w:tc>
        <w:tc>
          <w:tcPr>
            <w:tcW w:type="dxa" w:w="1653"/>
          </w:tcPr>
          <w:p>
            <w:pPr>
              <w:spacing w:after="0"/>
              <w:jc w:val="left"/>
            </w:pPr>
            <w:r>
              <w:rPr>
                <w:sz w:val="16"/>
              </w:rPr>
              <w:t>Severe Winter Storms, Snowstorms, Flooding, Landslides, and Mudslides</w:t>
            </w:r>
          </w:p>
        </w:tc>
        <w:tc>
          <w:tcPr>
            <w:tcW w:type="dxa" w:w="2926"/>
          </w:tcPr>
          <w:p>
            <w:pPr>
              <w:spacing w:after="0"/>
              <w:jc w:val="left"/>
            </w:pPr>
            <w:r>
              <w:rPr>
                <w:sz w:val="16"/>
              </w:rPr>
              <w:t>Winter Weather (primary); also designated: Inland Flooding, Landslide</w:t>
            </w:r>
          </w:p>
        </w:tc>
        <w:tc>
          <w:tcPr>
            <w:tcW w:type="dxa" w:w="2065"/>
          </w:tcPr>
          <w:p>
            <w:pPr>
              <w:spacing w:after="0"/>
              <w:jc w:val="right"/>
            </w:pPr>
            <w:r>
              <w:rPr>
                <w:sz w:val="16"/>
              </w:rPr>
              <w:t>$2,344.61</w:t>
            </w:r>
          </w:p>
        </w:tc>
        <w:tc>
          <w:tcPr>
            <w:tcW w:type="dxa" w:w="22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85"/>
          </w:tcPr>
          <w:p>
            <w:pPr>
              <w:spacing w:after="0"/>
              <w:jc w:val="left"/>
            </w:pPr>
            <w:r>
              <w:rPr>
                <w:sz w:val="16"/>
              </w:rPr>
              <w:t>Major disaster</w:t>
            </w:r>
          </w:p>
        </w:tc>
        <w:tc>
          <w:tcPr>
            <w:tcW w:type="dxa" w:w="1653"/>
          </w:tcPr>
          <w:p>
            <w:pPr>
              <w:spacing w:after="0"/>
              <w:jc w:val="left"/>
            </w:pPr>
            <w:r>
              <w:rPr>
                <w:sz w:val="16"/>
              </w:rPr>
              <w:t>Severe Storms, Flooding, Mudslides, and Tornadoes</w:t>
            </w:r>
          </w:p>
        </w:tc>
        <w:tc>
          <w:tcPr>
            <w:tcW w:type="dxa" w:w="2926"/>
          </w:tcPr>
          <w:p>
            <w:pPr>
              <w:spacing w:after="0"/>
              <w:jc w:val="left"/>
            </w:pPr>
            <w:r>
              <w:rPr>
                <w:sz w:val="16"/>
              </w:rPr>
              <w:t>Inland Flooding; Landslide; Tornado</w:t>
            </w:r>
          </w:p>
        </w:tc>
        <w:tc>
          <w:tcPr>
            <w:tcW w:type="dxa" w:w="2065"/>
          </w:tcPr>
          <w:p>
            <w:pPr>
              <w:spacing w:after="0"/>
              <w:jc w:val="right"/>
            </w:pPr>
            <w:r>
              <w:rPr>
                <w:sz w:val="16"/>
              </w:rPr>
              <w:t>$1,527,114.78</w:t>
            </w:r>
          </w:p>
        </w:tc>
        <w:tc>
          <w:tcPr>
            <w:tcW w:type="dxa" w:w="22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85"/>
          </w:tcPr>
          <w:p>
            <w:pPr>
              <w:spacing w:after="0"/>
              <w:jc w:val="left"/>
            </w:pPr>
            <w:r>
              <w:rPr>
                <w:sz w:val="16"/>
              </w:rPr>
              <w:t>Major disaster</w:t>
            </w:r>
          </w:p>
        </w:tc>
        <w:tc>
          <w:tcPr>
            <w:tcW w:type="dxa" w:w="1653"/>
          </w:tcPr>
          <w:p>
            <w:pPr>
              <w:spacing w:after="0"/>
              <w:jc w:val="left"/>
            </w:pPr>
            <w:r>
              <w:rPr>
                <w:sz w:val="16"/>
              </w:rPr>
              <w:t>Severe Winter Storm and Flooding</w:t>
            </w:r>
          </w:p>
        </w:tc>
        <w:tc>
          <w:tcPr>
            <w:tcW w:type="dxa" w:w="2926"/>
          </w:tcPr>
          <w:p>
            <w:pPr>
              <w:spacing w:after="0"/>
              <w:jc w:val="left"/>
            </w:pPr>
            <w:r>
              <w:rPr>
                <w:sz w:val="16"/>
              </w:rPr>
              <w:t>Ice Storm</w:t>
            </w:r>
          </w:p>
        </w:tc>
        <w:tc>
          <w:tcPr>
            <w:tcW w:type="dxa" w:w="2065"/>
          </w:tcPr>
          <w:p>
            <w:pPr>
              <w:spacing w:after="0"/>
              <w:jc w:val="right"/>
            </w:pPr>
            <w:r>
              <w:rPr>
                <w:sz w:val="16"/>
              </w:rPr>
              <w:t>$117,431.17</w:t>
            </w:r>
          </w:p>
        </w:tc>
        <w:tc>
          <w:tcPr>
            <w:tcW w:type="dxa" w:w="22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85"/>
          </w:tcPr>
          <w:p>
            <w:pPr>
              <w:spacing w:after="0"/>
              <w:jc w:val="left"/>
            </w:pPr>
            <w:r>
              <w:rPr>
                <w:sz w:val="16"/>
              </w:rPr>
              <w:t>Emergency</w:t>
            </w:r>
          </w:p>
        </w:tc>
        <w:tc>
          <w:tcPr>
            <w:tcW w:type="dxa" w:w="1653"/>
          </w:tcPr>
          <w:p>
            <w:pPr>
              <w:spacing w:after="0"/>
              <w:jc w:val="left"/>
            </w:pPr>
            <w:r>
              <w:rPr>
                <w:sz w:val="16"/>
              </w:rPr>
              <w:t>Severe Winter Storm</w:t>
            </w:r>
          </w:p>
        </w:tc>
        <w:tc>
          <w:tcPr>
            <w:tcW w:type="dxa" w:w="2926"/>
          </w:tcPr>
          <w:p>
            <w:pPr>
              <w:spacing w:after="0"/>
              <w:jc w:val="left"/>
            </w:pPr>
            <w:r>
              <w:rPr>
                <w:sz w:val="16"/>
              </w:rPr>
              <w:t>Ice Storm</w:t>
            </w:r>
          </w:p>
        </w:tc>
        <w:tc>
          <w:tcPr>
            <w:tcW w:type="dxa" w:w="2065"/>
          </w:tcPr>
          <w:p>
            <w:pPr>
              <w:spacing w:after="0"/>
              <w:jc w:val="right"/>
            </w:pPr>
            <w:r>
              <w:rPr>
                <w:sz w:val="16"/>
              </w:rPr>
              <w:t>no Public Assistance recorded</w:t>
            </w:r>
          </w:p>
        </w:tc>
        <w:tc>
          <w:tcPr>
            <w:tcW w:type="dxa" w:w="2295"/>
          </w:tcPr>
          <w:p>
            <w:pPr>
              <w:spacing w:after="0"/>
              <w:jc w:val="left"/>
            </w:pPr>
          </w:p>
        </w:tc>
        <w:tc>
          <w:tcPr>
            <w:tcW w:type="dxa" w:w="877"/>
          </w:tcPr>
          <w:p>
            <w:pPr>
              <w:spacing w:after="0"/>
              <w:jc w:val="left"/>
            </w:pPr>
            <w:r>
              <w:rPr>
                <w:sz w:val="16"/>
              </w:rPr>
              <w:t>same incident as DR-1818</w:t>
            </w: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85"/>
          </w:tcPr>
          <w:p>
            <w:pPr>
              <w:spacing w:after="0"/>
              <w:jc w:val="left"/>
            </w:pPr>
            <w:r>
              <w:rPr>
                <w:sz w:val="16"/>
              </w:rPr>
              <w:t>Major disaster</w:t>
            </w:r>
          </w:p>
        </w:tc>
        <w:tc>
          <w:tcPr>
            <w:tcW w:type="dxa" w:w="1653"/>
          </w:tcPr>
          <w:p>
            <w:pPr>
              <w:spacing w:after="0"/>
              <w:jc w:val="left"/>
            </w:pPr>
            <w:r>
              <w:rPr>
                <w:sz w:val="16"/>
              </w:rPr>
              <w:t>Severe Storms, Tornadoes, Straight-Line Winds, and</w:t>
            </w:r>
          </w:p>
        </w:tc>
        <w:tc>
          <w:tcPr>
            <w:tcW w:type="dxa" w:w="2926"/>
          </w:tcPr>
          <w:p>
            <w:pPr>
              <w:spacing w:after="0"/>
              <w:jc w:val="left"/>
            </w:pPr>
            <w:r>
              <w:rPr>
                <w:sz w:val="16"/>
              </w:rPr>
              <w:t>Strong Wind; Tornado</w:t>
            </w:r>
          </w:p>
        </w:tc>
        <w:tc>
          <w:tcPr>
            <w:tcW w:type="dxa" w:w="2065"/>
          </w:tcPr>
          <w:p>
            <w:pPr>
              <w:spacing w:after="0"/>
              <w:jc w:val="right"/>
            </w:pPr>
            <w:r>
              <w:rPr>
                <w:sz w:val="16"/>
              </w:rPr>
              <w:t>$1,048,855.91</w:t>
            </w:r>
          </w:p>
        </w:tc>
        <w:tc>
          <w:tcPr>
            <w:tcW w:type="dxa" w:w="22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85"/>
          </w:tcPr>
          <w:p>
            <w:pPr>
              <w:spacing w:after="0"/>
              <w:jc w:val="left"/>
            </w:pPr>
            <w:r>
              <w:rPr>
                <w:sz w:val="16"/>
              </w:rPr>
              <w:t>Emergency</w:t>
            </w:r>
          </w:p>
        </w:tc>
        <w:tc>
          <w:tcPr>
            <w:tcW w:type="dxa" w:w="1653"/>
          </w:tcPr>
          <w:p>
            <w:pPr>
              <w:spacing w:after="0"/>
              <w:jc w:val="left"/>
            </w:pPr>
            <w:r>
              <w:rPr>
                <w:sz w:val="16"/>
              </w:rPr>
              <w:t>Hurricane Katrina</w:t>
            </w:r>
          </w:p>
        </w:tc>
        <w:tc>
          <w:tcPr>
            <w:tcW w:type="dxa" w:w="2926"/>
          </w:tcPr>
          <w:p>
            <w:pPr>
              <w:spacing w:after="0"/>
              <w:jc w:val="left"/>
            </w:pPr>
            <w:r>
              <w:rPr>
                <w:sz w:val="16"/>
              </w:rPr>
              <w:t>Hurricane: evacuation support, not a local hazard event; not counted</w:t>
            </w:r>
          </w:p>
        </w:tc>
        <w:tc>
          <w:tcPr>
            <w:tcW w:type="dxa" w:w="2065"/>
          </w:tcPr>
          <w:p>
            <w:pPr>
              <w:spacing w:after="0"/>
              <w:jc w:val="right"/>
            </w:pPr>
            <w:r>
              <w:rPr>
                <w:sz w:val="16"/>
              </w:rPr>
              <w:t>no Public Assistance recorded</w:t>
            </w:r>
          </w:p>
        </w:tc>
        <w:tc>
          <w:tcPr>
            <w:tcW w:type="dxa" w:w="22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85"/>
          </w:tcPr>
          <w:p>
            <w:pPr>
              <w:spacing w:after="0"/>
              <w:jc w:val="left"/>
            </w:pPr>
            <w:r>
              <w:rPr>
                <w:sz w:val="16"/>
              </w:rPr>
              <w:t>Major disaster</w:t>
            </w:r>
          </w:p>
        </w:tc>
        <w:tc>
          <w:tcPr>
            <w:tcW w:type="dxa" w:w="1653"/>
          </w:tcPr>
          <w:p>
            <w:pPr>
              <w:spacing w:after="0"/>
              <w:jc w:val="left"/>
            </w:pPr>
            <w:r>
              <w:rPr>
                <w:sz w:val="16"/>
              </w:rPr>
              <w:t>Severe Storms and Flooding</w:t>
            </w:r>
          </w:p>
        </w:tc>
        <w:tc>
          <w:tcPr>
            <w:tcW w:type="dxa" w:w="2926"/>
          </w:tcPr>
          <w:p>
            <w:pPr>
              <w:spacing w:after="0"/>
              <w:jc w:val="left"/>
            </w:pPr>
            <w:r>
              <w:rPr>
                <w:sz w:val="16"/>
              </w:rPr>
              <w:t>Inland Flooding</w:t>
            </w:r>
          </w:p>
        </w:tc>
        <w:tc>
          <w:tcPr>
            <w:tcW w:type="dxa" w:w="2065"/>
          </w:tcPr>
          <w:p>
            <w:pPr>
              <w:spacing w:after="0"/>
              <w:jc w:val="right"/>
            </w:pPr>
            <w:r>
              <w:rPr>
                <w:sz w:val="16"/>
              </w:rPr>
              <w:t>$192,654.67</w:t>
            </w:r>
          </w:p>
        </w:tc>
        <w:tc>
          <w:tcPr>
            <w:tcW w:type="dxa" w:w="22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185"/>
          </w:tcPr>
          <w:p>
            <w:pPr>
              <w:spacing w:after="0"/>
              <w:jc w:val="left"/>
            </w:pPr>
            <w:r>
              <w:rPr>
                <w:sz w:val="16"/>
              </w:rPr>
              <w:t>Major disaster</w:t>
            </w:r>
          </w:p>
        </w:tc>
        <w:tc>
          <w:tcPr>
            <w:tcW w:type="dxa" w:w="1653"/>
          </w:tcPr>
          <w:p>
            <w:pPr>
              <w:spacing w:after="0"/>
              <w:jc w:val="left"/>
            </w:pPr>
            <w:r>
              <w:rPr>
                <w:sz w:val="16"/>
              </w:rPr>
              <w:t>Severe Storms, Tornadoes,and Flooding</w:t>
            </w:r>
          </w:p>
        </w:tc>
        <w:tc>
          <w:tcPr>
            <w:tcW w:type="dxa" w:w="2926"/>
          </w:tcPr>
          <w:p>
            <w:pPr>
              <w:spacing w:after="0"/>
              <w:jc w:val="left"/>
            </w:pPr>
            <w:r>
              <w:rPr>
                <w:sz w:val="16"/>
              </w:rPr>
              <w:t>Inland Flooding; Tornado</w:t>
            </w:r>
          </w:p>
        </w:tc>
        <w:tc>
          <w:tcPr>
            <w:tcW w:type="dxa" w:w="2065"/>
          </w:tcPr>
          <w:p>
            <w:pPr>
              <w:spacing w:after="0"/>
              <w:jc w:val="right"/>
            </w:pPr>
            <w:r>
              <w:rPr>
                <w:sz w:val="16"/>
              </w:rPr>
              <w:t>no Public Assistance recorded</w:t>
            </w:r>
          </w:p>
        </w:tc>
        <w:tc>
          <w:tcPr>
            <w:tcW w:type="dxa" w:w="22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85"/>
          </w:tcPr>
          <w:p>
            <w:pPr>
              <w:spacing w:after="0"/>
              <w:jc w:val="left"/>
            </w:pPr>
            <w:r>
              <w:rPr>
                <w:sz w:val="16"/>
              </w:rPr>
              <w:t>Major disaster</w:t>
            </w:r>
          </w:p>
        </w:tc>
        <w:tc>
          <w:tcPr>
            <w:tcW w:type="dxa" w:w="1653"/>
          </w:tcPr>
          <w:p>
            <w:pPr>
              <w:spacing w:after="0"/>
              <w:jc w:val="left"/>
            </w:pPr>
            <w:r>
              <w:rPr>
                <w:sz w:val="16"/>
              </w:rPr>
              <w:t>Severe Storm, Flooding, and Tornadoes</w:t>
            </w:r>
          </w:p>
        </w:tc>
        <w:tc>
          <w:tcPr>
            <w:tcW w:type="dxa" w:w="2926"/>
          </w:tcPr>
          <w:p>
            <w:pPr>
              <w:spacing w:after="0"/>
              <w:jc w:val="left"/>
            </w:pPr>
            <w:r>
              <w:rPr>
                <w:sz w:val="16"/>
              </w:rPr>
              <w:t>Inland Flooding; Tornado</w:t>
            </w:r>
          </w:p>
        </w:tc>
        <w:tc>
          <w:tcPr>
            <w:tcW w:type="dxa" w:w="2065"/>
          </w:tcPr>
          <w:p>
            <w:pPr>
              <w:spacing w:after="0"/>
              <w:jc w:val="right"/>
            </w:pPr>
            <w:r>
              <w:rPr>
                <w:sz w:val="16"/>
              </w:rPr>
              <w:t>no Public Assistance recorded</w:t>
            </w:r>
          </w:p>
        </w:tc>
        <w:tc>
          <w:tcPr>
            <w:tcW w:type="dxa" w:w="22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85"/>
          </w:tcPr>
          <w:p>
            <w:pPr>
              <w:spacing w:after="0"/>
              <w:jc w:val="left"/>
            </w:pPr>
            <w:r>
              <w:rPr>
                <w:sz w:val="16"/>
              </w:rPr>
              <w:t>Major disaster</w:t>
            </w:r>
          </w:p>
        </w:tc>
        <w:tc>
          <w:tcPr>
            <w:tcW w:type="dxa" w:w="1653"/>
          </w:tcPr>
          <w:p>
            <w:pPr>
              <w:spacing w:after="0"/>
              <w:jc w:val="left"/>
            </w:pPr>
            <w:r>
              <w:rPr>
                <w:sz w:val="16"/>
              </w:rPr>
              <w:t>Blizzard of 96</w:t>
            </w:r>
          </w:p>
        </w:tc>
        <w:tc>
          <w:tcPr>
            <w:tcW w:type="dxa" w:w="2926"/>
          </w:tcPr>
          <w:p>
            <w:pPr>
              <w:spacing w:after="0"/>
              <w:jc w:val="left"/>
            </w:pPr>
            <w:r>
              <w:rPr>
                <w:sz w:val="16"/>
              </w:rPr>
              <w:t>Winter Weather</w:t>
            </w:r>
          </w:p>
        </w:tc>
        <w:tc>
          <w:tcPr>
            <w:tcW w:type="dxa" w:w="2065"/>
          </w:tcPr>
          <w:p>
            <w:pPr>
              <w:spacing w:after="0"/>
              <w:jc w:val="right"/>
            </w:pPr>
            <w:r>
              <w:rPr>
                <w:sz w:val="16"/>
              </w:rPr>
              <w:t>no Public Assistance recorded</w:t>
            </w:r>
          </w:p>
        </w:tc>
        <w:tc>
          <w:tcPr>
            <w:tcW w:type="dxa" w:w="22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85"/>
          </w:tcPr>
          <w:p>
            <w:pPr>
              <w:spacing w:after="0"/>
              <w:jc w:val="left"/>
            </w:pPr>
            <w:r>
              <w:rPr>
                <w:sz w:val="16"/>
              </w:rPr>
              <w:t>Major disaster</w:t>
            </w:r>
          </w:p>
        </w:tc>
        <w:tc>
          <w:tcPr>
            <w:tcW w:type="dxa" w:w="1653"/>
          </w:tcPr>
          <w:p>
            <w:pPr>
              <w:spacing w:after="0"/>
              <w:jc w:val="left"/>
            </w:pPr>
            <w:r>
              <w:rPr>
                <w:sz w:val="16"/>
              </w:rPr>
              <w:t>Severe Weather, Freezing Rain, Sleet, Snw</w:t>
            </w:r>
          </w:p>
        </w:tc>
        <w:tc>
          <w:tcPr>
            <w:tcW w:type="dxa" w:w="2926"/>
          </w:tcPr>
          <w:p>
            <w:pPr>
              <w:spacing w:after="0"/>
              <w:jc w:val="left"/>
            </w:pPr>
            <w:r>
              <w:rPr>
                <w:sz w:val="16"/>
              </w:rPr>
              <w:t>Winter Weather</w:t>
            </w:r>
          </w:p>
        </w:tc>
        <w:tc>
          <w:tcPr>
            <w:tcW w:type="dxa" w:w="2065"/>
          </w:tcPr>
          <w:p>
            <w:pPr>
              <w:spacing w:after="0"/>
              <w:jc w:val="right"/>
            </w:pPr>
            <w:r>
              <w:rPr>
                <w:sz w:val="16"/>
              </w:rPr>
              <w:t>no Public Assistance recorded</w:t>
            </w:r>
          </w:p>
        </w:tc>
        <w:tc>
          <w:tcPr>
            <w:tcW w:type="dxa" w:w="22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85"/>
          </w:tcPr>
          <w:p>
            <w:pPr>
              <w:spacing w:after="0"/>
              <w:jc w:val="left"/>
            </w:pPr>
            <w:r>
              <w:rPr>
                <w:sz w:val="16"/>
              </w:rPr>
              <w:t>Emergency</w:t>
            </w:r>
          </w:p>
        </w:tc>
        <w:tc>
          <w:tcPr>
            <w:tcW w:type="dxa" w:w="1653"/>
          </w:tcPr>
          <w:p>
            <w:pPr>
              <w:spacing w:after="0"/>
              <w:jc w:val="left"/>
            </w:pPr>
            <w:r>
              <w:rPr>
                <w:sz w:val="16"/>
              </w:rPr>
              <w:t>Severe Snowfall &amp; Winter Storm</w:t>
            </w:r>
          </w:p>
        </w:tc>
        <w:tc>
          <w:tcPr>
            <w:tcW w:type="dxa" w:w="2926"/>
          </w:tcPr>
          <w:p>
            <w:pPr>
              <w:spacing w:after="0"/>
              <w:jc w:val="left"/>
            </w:pPr>
            <w:r>
              <w:rPr>
                <w:sz w:val="16"/>
              </w:rPr>
              <w:t>Winter Weather</w:t>
            </w:r>
          </w:p>
        </w:tc>
        <w:tc>
          <w:tcPr>
            <w:tcW w:type="dxa" w:w="2065"/>
          </w:tcPr>
          <w:p>
            <w:pPr>
              <w:spacing w:after="0"/>
              <w:jc w:val="right"/>
            </w:pPr>
            <w:r>
              <w:rPr>
                <w:sz w:val="16"/>
              </w:rPr>
              <w:t>no Public Assistance recorded</w:t>
            </w:r>
          </w:p>
        </w:tc>
        <w:tc>
          <w:tcPr>
            <w:tcW w:type="dxa" w:w="2295"/>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1975-03-29</w:t>
            </w:r>
          </w:p>
        </w:tc>
        <w:tc>
          <w:tcPr>
            <w:tcW w:type="dxa" w:w="1037"/>
          </w:tcPr>
          <w:p>
            <w:pPr>
              <w:spacing w:after="0"/>
              <w:jc w:val="left"/>
            </w:pPr>
            <w:r>
              <w:rPr>
                <w:sz w:val="16"/>
              </w:rPr>
              <w:t>1975-03-29</w:t>
            </w:r>
          </w:p>
        </w:tc>
        <w:tc>
          <w:tcPr>
            <w:tcW w:type="dxa" w:w="1037"/>
          </w:tcPr>
          <w:p>
            <w:pPr>
              <w:spacing w:after="0"/>
              <w:jc w:val="left"/>
            </w:pPr>
            <w:r>
              <w:rPr>
                <w:sz w:val="16"/>
              </w:rPr>
              <w:t>DR-461-KY</w:t>
            </w:r>
          </w:p>
        </w:tc>
        <w:tc>
          <w:tcPr>
            <w:tcW w:type="dxa" w:w="1185"/>
          </w:tcPr>
          <w:p>
            <w:pPr>
              <w:spacing w:after="0"/>
              <w:jc w:val="left"/>
            </w:pPr>
            <w:r>
              <w:rPr>
                <w:sz w:val="16"/>
              </w:rPr>
              <w:t>Major disaster</w:t>
            </w:r>
          </w:p>
        </w:tc>
        <w:tc>
          <w:tcPr>
            <w:tcW w:type="dxa" w:w="1653"/>
          </w:tcPr>
          <w:p>
            <w:pPr>
              <w:spacing w:after="0"/>
              <w:jc w:val="left"/>
            </w:pPr>
            <w:r>
              <w:rPr>
                <w:sz w:val="16"/>
              </w:rPr>
              <w:t>Severe Storms &amp; Flooding</w:t>
            </w:r>
          </w:p>
        </w:tc>
        <w:tc>
          <w:tcPr>
            <w:tcW w:type="dxa" w:w="2926"/>
          </w:tcPr>
          <w:p>
            <w:pPr>
              <w:spacing w:after="0"/>
              <w:jc w:val="left"/>
            </w:pPr>
            <w:r>
              <w:rPr>
                <w:sz w:val="16"/>
              </w:rPr>
              <w:t>Inland Flooding</w:t>
            </w:r>
          </w:p>
        </w:tc>
        <w:tc>
          <w:tcPr>
            <w:tcW w:type="dxa" w:w="2065"/>
          </w:tcPr>
          <w:p>
            <w:pPr>
              <w:spacing w:after="0"/>
              <w:jc w:val="right"/>
            </w:pPr>
            <w:r>
              <w:rPr>
                <w:sz w:val="16"/>
              </w:rPr>
              <w:t>no Public Assistance recorded</w:t>
            </w:r>
          </w:p>
        </w:tc>
        <w:tc>
          <w:tcPr>
            <w:tcW w:type="dxa" w:w="2295"/>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27</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18</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15</w:t>
            </w:r>
          </w:p>
        </w:tc>
        <w:tc>
          <w:tcPr>
            <w:tcW w:type="dxa" w:w="1372"/>
          </w:tcPr>
          <w:p>
            <w:pPr>
              <w:spacing w:after="0"/>
              <w:jc w:val="right"/>
            </w:pPr>
            <w:r>
              <w:rPr>
                <w:sz w:val="16"/>
              </w:rPr>
              <w:t>6</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15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113</w:t>
            </w:r>
          </w:p>
        </w:tc>
        <w:tc>
          <w:tcPr>
            <w:tcW w:type="dxa" w:w="1159"/>
          </w:tcPr>
          <w:p>
            <w:pPr>
              <w:spacing w:after="0"/>
              <w:jc w:val="right"/>
            </w:pPr>
            <w:r>
              <w:rPr>
                <w:sz w:val="16"/>
              </w:rPr>
              <w:t>9</w:t>
            </w:r>
          </w:p>
        </w:tc>
        <w:tc>
          <w:tcPr>
            <w:tcW w:type="dxa" w:w="2116"/>
          </w:tcPr>
          <w:p>
            <w:pPr>
              <w:spacing w:after="0"/>
              <w:jc w:val="right"/>
            </w:pPr>
            <w:r>
              <w:rPr>
                <w:sz w:val="16"/>
              </w:rPr>
              <w:t>4</w:t>
            </w:r>
          </w:p>
        </w:tc>
        <w:tc>
          <w:tcPr>
            <w:tcW w:type="dxa" w:w="786"/>
          </w:tcPr>
          <w:p>
            <w:pPr>
              <w:spacing w:after="0"/>
              <w:jc w:val="right"/>
            </w:pPr>
            <w:r>
              <w:rPr>
                <w:sz w:val="16"/>
              </w:rPr>
              <w:t>13</w:t>
            </w:r>
          </w:p>
        </w:tc>
        <w:tc>
          <w:tcPr>
            <w:tcW w:type="dxa" w:w="1692"/>
          </w:tcPr>
          <w:p>
            <w:pPr>
              <w:spacing w:after="0"/>
              <w:jc w:val="right"/>
            </w:pPr>
            <w:r>
              <w:rPr>
                <w:sz w:val="16"/>
              </w:rPr>
              <w:t>8</w:t>
            </w:r>
          </w:p>
        </w:tc>
        <w:tc>
          <w:tcPr>
            <w:tcW w:type="dxa" w:w="1372"/>
          </w:tcPr>
          <w:p>
            <w:pPr>
              <w:spacing w:after="0"/>
              <w:jc w:val="right"/>
            </w:pPr>
            <w:r>
              <w:rPr>
                <w:sz w:val="16"/>
              </w:rPr>
              <w:t>6</w:t>
            </w:r>
          </w:p>
        </w:tc>
        <w:tc>
          <w:tcPr>
            <w:tcW w:type="dxa" w:w="1745"/>
          </w:tcPr>
          <w:p>
            <w:pPr>
              <w:spacing w:after="0"/>
              <w:jc w:val="left"/>
            </w:pPr>
            <w:r>
              <w:rPr>
                <w:sz w:val="16"/>
              </w:rPr>
              <w:t>1955 to 2026-06-30</w:t>
            </w:r>
          </w:p>
        </w:tc>
        <w:tc>
          <w:tcPr>
            <w:tcW w:type="dxa" w:w="198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19</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11</w:t>
            </w:r>
          </w:p>
        </w:tc>
        <w:tc>
          <w:tcPr>
            <w:tcW w:type="dxa" w:w="1372"/>
          </w:tcPr>
          <w:p>
            <w:pPr>
              <w:spacing w:after="0"/>
              <w:jc w:val="right"/>
            </w:pPr>
            <w:r>
              <w:rPr>
                <w:sz w:val="16"/>
              </w:rPr>
              <w:t>4</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20</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78"/>
        <w:gridCol w:w="3266"/>
        <w:gridCol w:w="943"/>
        <w:gridCol w:w="1657"/>
        <w:gridCol w:w="1104"/>
        <w:gridCol w:w="201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78"/>
            <w:shd w:val="clear" w:color="auto" w:fill="E8E8E8"/>
          </w:tcPr>
          <w:p>
            <w:pPr>
              <w:spacing w:after="0"/>
              <w:jc w:val="left"/>
            </w:pPr>
            <w:r>
              <w:rPr>
                <w:b/>
                <w:sz w:val="16"/>
              </w:rPr>
              <w:t>Magnitude or extent</w:t>
            </w:r>
          </w:p>
        </w:tc>
        <w:tc>
          <w:tcPr>
            <w:tcW w:type="dxa" w:w="3266"/>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57"/>
            <w:shd w:val="clear" w:color="auto" w:fill="E8E8E8"/>
          </w:tcPr>
          <w:p>
            <w:pPr>
              <w:spacing w:after="0"/>
              <w:jc w:val="left"/>
            </w:pPr>
            <w:r>
              <w:rPr>
                <w:b/>
                <w:sz w:val="16"/>
              </w:rPr>
              <w:t>Location</w:t>
            </w:r>
          </w:p>
        </w:tc>
        <w:tc>
          <w:tcPr>
            <w:tcW w:type="dxa" w:w="1104"/>
            <w:shd w:val="clear" w:color="auto" w:fill="E8E8E8"/>
          </w:tcPr>
          <w:p>
            <w:pPr>
              <w:spacing w:after="0"/>
              <w:jc w:val="left"/>
            </w:pPr>
            <w:r>
              <w:rPr>
                <w:b/>
                <w:sz w:val="16"/>
              </w:rPr>
              <w:t>Flags</w:t>
            </w:r>
          </w:p>
        </w:tc>
        <w:tc>
          <w:tcPr>
            <w:tcW w:type="dxa" w:w="20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878"/>
          </w:tcPr>
          <w:p>
            <w:pPr>
              <w:spacing w:after="0"/>
              <w:jc w:val="left"/>
            </w:pPr>
            <w:r>
              <w:rPr>
                <w:sz w:val="16"/>
              </w:rPr>
              <w:t>57 kt (66 mph) measured gust</w:t>
            </w:r>
          </w:p>
        </w:tc>
        <w:tc>
          <w:tcPr>
            <w:tcW w:type="dxa" w:w="3266"/>
          </w:tcPr>
          <w:p>
            <w:pPr>
              <w:spacing w:after="0"/>
              <w:jc w:val="left"/>
            </w:pPr>
            <w:r>
              <w:rPr>
                <w:sz w:val="16"/>
              </w:rPr>
              <w:t>damage not reported</w:t>
            </w:r>
          </w:p>
        </w:tc>
        <w:tc>
          <w:tcPr>
            <w:tcW w:type="dxa" w:w="943"/>
          </w:tcPr>
          <w:p>
            <w:pPr>
              <w:spacing w:after="0"/>
              <w:jc w:val="right"/>
            </w:pPr>
            <w:r>
              <w:rPr>
                <w:sz w:val="16"/>
              </w:rPr>
              <w:t>0, 0</w:t>
            </w:r>
          </w:p>
        </w:tc>
        <w:tc>
          <w:tcPr>
            <w:tcW w:type="dxa" w:w="1657"/>
          </w:tcPr>
          <w:p>
            <w:pPr>
              <w:spacing w:after="0"/>
              <w:jc w:val="left"/>
            </w:pPr>
            <w:r>
              <w:rPr>
                <w:sz w:val="16"/>
              </w:rPr>
              <w:t>NWS zone KYZ076 (METCALFE), zone-level</w:t>
            </w:r>
          </w:p>
        </w:tc>
        <w:tc>
          <w:tcPr>
            <w:tcW w:type="dxa" w:w="1104"/>
          </w:tcPr>
          <w:p>
            <w:pPr>
              <w:spacing w:after="0"/>
              <w:jc w:val="left"/>
            </w:pPr>
            <w:r>
              <w:rPr>
                <w:sz w:val="16"/>
              </w:rPr>
              <w:t>new since last plan; within last 5 years</w:t>
            </w:r>
          </w:p>
        </w:tc>
        <w:tc>
          <w:tcPr>
            <w:tcW w:type="dxa" w:w="2012"/>
          </w:tcPr>
          <w:p>
            <w:pPr>
              <w:spacing w:after="0"/>
              <w:jc w:val="left"/>
            </w:pPr>
            <w:r>
              <w:rPr>
                <w:sz w:val="16"/>
              </w:rPr>
              <w:t>B1-c worst recorded: High Wind and Strong Wind</w:t>
            </w:r>
          </w:p>
        </w:tc>
      </w:tr>
      <w:tr>
        <w:trPr>
          <w:cantSplit/>
        </w:trPr>
        <w:tc>
          <w:tcPr>
            <w:tcW w:type="dxa" w:w="1037"/>
          </w:tcPr>
          <w:p>
            <w:pPr>
              <w:spacing w:after="0"/>
              <w:jc w:val="left"/>
            </w:pPr>
            <w:r>
              <w:rPr>
                <w:sz w:val="16"/>
              </w:rPr>
              <w:t>2017-04-05</w:t>
            </w:r>
          </w:p>
        </w:tc>
        <w:tc>
          <w:tcPr>
            <w:tcW w:type="dxa" w:w="1215"/>
          </w:tcPr>
          <w:p>
            <w:pPr>
              <w:spacing w:after="0"/>
              <w:jc w:val="left"/>
            </w:pPr>
            <w:r>
              <w:rPr>
                <w:sz w:val="16"/>
              </w:rPr>
              <w:t>Thunderstorm Wind</w:t>
            </w:r>
          </w:p>
        </w:tc>
        <w:tc>
          <w:tcPr>
            <w:tcW w:type="dxa" w:w="2878"/>
          </w:tcPr>
          <w:p>
            <w:pPr>
              <w:spacing w:after="0"/>
              <w:jc w:val="left"/>
            </w:pPr>
            <w:r>
              <w:rPr>
                <w:sz w:val="16"/>
              </w:rPr>
              <w:t>78 kt (90 mph) estimated gust</w:t>
            </w:r>
          </w:p>
        </w:tc>
        <w:tc>
          <w:tcPr>
            <w:tcW w:type="dxa" w:w="3266"/>
          </w:tcPr>
          <w:p>
            <w:pPr>
              <w:spacing w:after="0"/>
              <w:jc w:val="left"/>
            </w:pPr>
            <w:r>
              <w:rPr>
                <w:sz w:val="16"/>
              </w:rPr>
              <w:t>$400,000 property; crops not reported (2017 dollars)</w:t>
            </w:r>
          </w:p>
        </w:tc>
        <w:tc>
          <w:tcPr>
            <w:tcW w:type="dxa" w:w="943"/>
          </w:tcPr>
          <w:p>
            <w:pPr>
              <w:spacing w:after="0"/>
              <w:jc w:val="right"/>
            </w:pPr>
            <w:r>
              <w:rPr>
                <w:sz w:val="16"/>
              </w:rPr>
              <w:t>0, 0</w:t>
            </w:r>
          </w:p>
        </w:tc>
        <w:tc>
          <w:tcPr>
            <w:tcW w:type="dxa" w:w="1657"/>
          </w:tcPr>
          <w:p>
            <w:pPr>
              <w:spacing w:after="0"/>
              <w:jc w:val="left"/>
            </w:pPr>
            <w:r>
              <w:rPr>
                <w:sz w:val="16"/>
              </w:rPr>
              <w:t>SAVOYARD to CENTER</w:t>
            </w:r>
          </w:p>
        </w:tc>
        <w:tc>
          <w:tcPr>
            <w:tcW w:type="dxa" w:w="1104"/>
          </w:tcPr>
          <w:p>
            <w:pPr>
              <w:spacing w:after="0"/>
              <w:jc w:val="left"/>
            </w:pPr>
          </w:p>
        </w:tc>
        <w:tc>
          <w:tcPr>
            <w:tcW w:type="dxa" w:w="2012"/>
          </w:tcPr>
          <w:p>
            <w:pPr>
              <w:spacing w:after="0"/>
              <w:jc w:val="left"/>
            </w:pPr>
            <w:r>
              <w:rPr>
                <w:sz w:val="16"/>
              </w:rPr>
              <w:t>B1-c worst recorded: Thunderstorm Wind</w:t>
            </w:r>
          </w:p>
        </w:tc>
      </w:tr>
      <w:tr>
        <w:trPr>
          <w:cantSplit/>
        </w:trPr>
        <w:tc>
          <w:tcPr>
            <w:tcW w:type="dxa" w:w="1037"/>
          </w:tcPr>
          <w:p>
            <w:pPr>
              <w:spacing w:after="0"/>
              <w:jc w:val="left"/>
            </w:pPr>
            <w:r>
              <w:rPr>
                <w:sz w:val="16"/>
              </w:rPr>
              <w:t>2017-03-27</w:t>
            </w:r>
          </w:p>
        </w:tc>
        <w:tc>
          <w:tcPr>
            <w:tcW w:type="dxa" w:w="1215"/>
          </w:tcPr>
          <w:p>
            <w:pPr>
              <w:spacing w:after="0"/>
              <w:jc w:val="left"/>
            </w:pPr>
            <w:r>
              <w:rPr>
                <w:sz w:val="16"/>
              </w:rPr>
              <w:t>Tornado</w:t>
            </w:r>
          </w:p>
        </w:tc>
        <w:tc>
          <w:tcPr>
            <w:tcW w:type="dxa" w:w="2878"/>
          </w:tcPr>
          <w:p>
            <w:pPr>
              <w:spacing w:after="0"/>
              <w:jc w:val="left"/>
            </w:pPr>
            <w:r>
              <w:rPr>
                <w:sz w:val="16"/>
              </w:rPr>
              <w:t>EF1, 0.31 mi within this county, 100 yd wide</w:t>
            </w:r>
          </w:p>
        </w:tc>
        <w:tc>
          <w:tcPr>
            <w:tcW w:type="dxa" w:w="3266"/>
          </w:tcPr>
          <w:p>
            <w:pPr>
              <w:spacing w:after="0"/>
              <w:jc w:val="left"/>
            </w:pPr>
            <w:r>
              <w:rPr>
                <w:sz w:val="16"/>
              </w:rPr>
              <w:t>$300,000 property; $0 crops (2017 dollars)</w:t>
            </w:r>
          </w:p>
        </w:tc>
        <w:tc>
          <w:tcPr>
            <w:tcW w:type="dxa" w:w="943"/>
          </w:tcPr>
          <w:p>
            <w:pPr>
              <w:spacing w:after="0"/>
              <w:jc w:val="right"/>
            </w:pPr>
            <w:r>
              <w:rPr>
                <w:sz w:val="16"/>
              </w:rPr>
              <w:t>0, 0</w:t>
            </w:r>
          </w:p>
        </w:tc>
        <w:tc>
          <w:tcPr>
            <w:tcW w:type="dxa" w:w="1657"/>
          </w:tcPr>
          <w:p>
            <w:pPr>
              <w:spacing w:after="0"/>
              <w:jc w:val="left"/>
            </w:pPr>
            <w:r>
              <w:rPr>
                <w:sz w:val="16"/>
              </w:rPr>
              <w:t>CENTER</w:t>
            </w:r>
          </w:p>
        </w:tc>
        <w:tc>
          <w:tcPr>
            <w:tcW w:type="dxa" w:w="1104"/>
          </w:tcPr>
          <w:p>
            <w:pPr>
              <w:spacing w:after="0"/>
              <w:jc w:val="left"/>
            </w:pPr>
          </w:p>
        </w:tc>
        <w:tc>
          <w:tcPr>
            <w:tcW w:type="dxa" w:w="2012"/>
          </w:tcPr>
          <w:p>
            <w:pPr>
              <w:spacing w:after="0"/>
              <w:jc w:val="left"/>
            </w:pPr>
            <w:r>
              <w:rPr>
                <w:sz w:val="16"/>
              </w:rPr>
              <w:t>large reported damage</w:t>
            </w:r>
          </w:p>
        </w:tc>
      </w:tr>
      <w:tr>
        <w:trPr>
          <w:cantSplit/>
        </w:trPr>
        <w:tc>
          <w:tcPr>
            <w:tcW w:type="dxa" w:w="1037"/>
          </w:tcPr>
          <w:p>
            <w:pPr>
              <w:spacing w:after="0"/>
              <w:jc w:val="left"/>
            </w:pPr>
            <w:r>
              <w:rPr>
                <w:sz w:val="16"/>
              </w:rPr>
              <w:t>2010-05-02</w:t>
            </w:r>
          </w:p>
        </w:tc>
        <w:tc>
          <w:tcPr>
            <w:tcW w:type="dxa" w:w="1215"/>
          </w:tcPr>
          <w:p>
            <w:pPr>
              <w:spacing w:after="0"/>
              <w:jc w:val="left"/>
            </w:pPr>
            <w:r>
              <w:rPr>
                <w:sz w:val="16"/>
              </w:rPr>
              <w:t>Flash Flood</w:t>
            </w:r>
          </w:p>
        </w:tc>
        <w:tc>
          <w:tcPr>
            <w:tcW w:type="dxa" w:w="2878"/>
          </w:tcPr>
          <w:p>
            <w:pPr>
              <w:spacing w:after="0"/>
              <w:jc w:val="left"/>
            </w:pPr>
          </w:p>
        </w:tc>
        <w:tc>
          <w:tcPr>
            <w:tcW w:type="dxa" w:w="3266"/>
          </w:tcPr>
          <w:p>
            <w:pPr>
              <w:spacing w:after="0"/>
              <w:jc w:val="left"/>
            </w:pPr>
            <w:r>
              <w:rPr>
                <w:sz w:val="16"/>
              </w:rPr>
              <w:t>$300,000 property; $0 crops (2010 dollars)</w:t>
            </w:r>
          </w:p>
        </w:tc>
        <w:tc>
          <w:tcPr>
            <w:tcW w:type="dxa" w:w="943"/>
          </w:tcPr>
          <w:p>
            <w:pPr>
              <w:spacing w:after="0"/>
              <w:jc w:val="right"/>
            </w:pPr>
            <w:r>
              <w:rPr>
                <w:sz w:val="16"/>
              </w:rPr>
              <w:t>0, 0</w:t>
            </w:r>
          </w:p>
        </w:tc>
        <w:tc>
          <w:tcPr>
            <w:tcW w:type="dxa" w:w="1657"/>
          </w:tcPr>
          <w:p>
            <w:pPr>
              <w:spacing w:after="0"/>
              <w:jc w:val="left"/>
            </w:pPr>
            <w:r>
              <w:rPr>
                <w:sz w:val="16"/>
              </w:rPr>
              <w:t>CEDAR FLAT to CURTIS</w:t>
            </w:r>
          </w:p>
        </w:tc>
        <w:tc>
          <w:tcPr>
            <w:tcW w:type="dxa" w:w="1104"/>
          </w:tcPr>
          <w:p>
            <w:pPr>
              <w:spacing w:after="0"/>
              <w:jc w:val="left"/>
            </w:pPr>
          </w:p>
        </w:tc>
        <w:tc>
          <w:tcPr>
            <w:tcW w:type="dxa" w:w="20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2006-04-07</w:t>
            </w:r>
          </w:p>
        </w:tc>
        <w:tc>
          <w:tcPr>
            <w:tcW w:type="dxa" w:w="1215"/>
          </w:tcPr>
          <w:p>
            <w:pPr>
              <w:spacing w:after="0"/>
              <w:jc w:val="left"/>
            </w:pPr>
            <w:r>
              <w:rPr>
                <w:sz w:val="16"/>
              </w:rPr>
              <w:t>Hail</w:t>
            </w:r>
          </w:p>
        </w:tc>
        <w:tc>
          <w:tcPr>
            <w:tcW w:type="dxa" w:w="2878"/>
          </w:tcPr>
          <w:p>
            <w:pPr>
              <w:spacing w:after="0"/>
              <w:jc w:val="left"/>
            </w:pPr>
            <w:r>
              <w:rPr>
                <w:sz w:val="16"/>
              </w:rPr>
              <w:t>2 in</w:t>
            </w:r>
          </w:p>
        </w:tc>
        <w:tc>
          <w:tcPr>
            <w:tcW w:type="dxa" w:w="3266"/>
          </w:tcPr>
          <w:p>
            <w:pPr>
              <w:spacing w:after="0"/>
              <w:jc w:val="left"/>
            </w:pPr>
            <w:r>
              <w:rPr>
                <w:sz w:val="16"/>
              </w:rPr>
              <w:t>$550,000 property; crops not reported (2006 dollars)</w:t>
            </w:r>
          </w:p>
        </w:tc>
        <w:tc>
          <w:tcPr>
            <w:tcW w:type="dxa" w:w="943"/>
          </w:tcPr>
          <w:p>
            <w:pPr>
              <w:spacing w:after="0"/>
              <w:jc w:val="right"/>
            </w:pPr>
            <w:r>
              <w:rPr>
                <w:sz w:val="16"/>
              </w:rPr>
              <w:t>0, 0</w:t>
            </w:r>
          </w:p>
        </w:tc>
        <w:tc>
          <w:tcPr>
            <w:tcW w:type="dxa" w:w="1657"/>
          </w:tcPr>
          <w:p>
            <w:pPr>
              <w:spacing w:after="0"/>
              <w:jc w:val="left"/>
            </w:pPr>
            <w:r>
              <w:rPr>
                <w:sz w:val="16"/>
              </w:rPr>
              <w:t>CENTER</w:t>
            </w:r>
          </w:p>
        </w:tc>
        <w:tc>
          <w:tcPr>
            <w:tcW w:type="dxa" w:w="1104"/>
          </w:tcPr>
          <w:p>
            <w:pPr>
              <w:spacing w:after="0"/>
              <w:jc w:val="left"/>
            </w:pPr>
          </w:p>
        </w:tc>
        <w:tc>
          <w:tcPr>
            <w:tcW w:type="dxa" w:w="2012"/>
          </w:tcPr>
          <w:p>
            <w:pPr>
              <w:spacing w:after="0"/>
              <w:jc w:val="left"/>
            </w:pPr>
            <w:r>
              <w:rPr>
                <w:sz w:val="16"/>
              </w:rPr>
              <w:t>B1-c worst recorded: Hail</w:t>
            </w:r>
          </w:p>
        </w:tc>
      </w:tr>
      <w:tr>
        <w:trPr>
          <w:cantSplit/>
        </w:trPr>
        <w:tc>
          <w:tcPr>
            <w:tcW w:type="dxa" w:w="1037"/>
          </w:tcPr>
          <w:p>
            <w:pPr>
              <w:spacing w:after="0"/>
              <w:jc w:val="left"/>
            </w:pPr>
            <w:r>
              <w:rPr>
                <w:sz w:val="16"/>
              </w:rPr>
              <w:t>2001-05-21</w:t>
            </w:r>
          </w:p>
        </w:tc>
        <w:tc>
          <w:tcPr>
            <w:tcW w:type="dxa" w:w="1215"/>
          </w:tcPr>
          <w:p>
            <w:pPr>
              <w:spacing w:after="0"/>
              <w:jc w:val="left"/>
            </w:pPr>
            <w:r>
              <w:rPr>
                <w:sz w:val="16"/>
              </w:rPr>
              <w:t>Thunderstorm Wind</w:t>
            </w:r>
          </w:p>
        </w:tc>
        <w:tc>
          <w:tcPr>
            <w:tcW w:type="dxa" w:w="2878"/>
          </w:tcPr>
          <w:p>
            <w:pPr>
              <w:spacing w:after="0"/>
              <w:jc w:val="left"/>
            </w:pPr>
            <w:r>
              <w:rPr>
                <w:sz w:val="16"/>
              </w:rPr>
              <w:t>75 kt (86 mph) estimated</w:t>
            </w:r>
          </w:p>
        </w:tc>
        <w:tc>
          <w:tcPr>
            <w:tcW w:type="dxa" w:w="3266"/>
          </w:tcPr>
          <w:p>
            <w:pPr>
              <w:spacing w:after="0"/>
              <w:jc w:val="left"/>
            </w:pPr>
            <w:r>
              <w:rPr>
                <w:sz w:val="16"/>
              </w:rPr>
              <w:t>$5,000 property; crops not reported (2001 dollars)</w:t>
            </w:r>
          </w:p>
        </w:tc>
        <w:tc>
          <w:tcPr>
            <w:tcW w:type="dxa" w:w="943"/>
          </w:tcPr>
          <w:p>
            <w:pPr>
              <w:spacing w:after="0"/>
              <w:jc w:val="right"/>
            </w:pPr>
            <w:r>
              <w:rPr>
                <w:sz w:val="16"/>
              </w:rPr>
              <w:t>0, 1</w:t>
            </w:r>
          </w:p>
        </w:tc>
        <w:tc>
          <w:tcPr>
            <w:tcW w:type="dxa" w:w="1657"/>
          </w:tcPr>
          <w:p>
            <w:pPr>
              <w:spacing w:after="0"/>
              <w:jc w:val="left"/>
            </w:pPr>
            <w:r>
              <w:rPr>
                <w:sz w:val="16"/>
              </w:rPr>
              <w:t>EDMONTON</w:t>
            </w:r>
          </w:p>
        </w:tc>
        <w:tc>
          <w:tcPr>
            <w:tcW w:type="dxa" w:w="1104"/>
          </w:tcPr>
          <w:p>
            <w:pPr>
              <w:spacing w:after="0"/>
              <w:jc w:val="left"/>
            </w:pPr>
          </w:p>
        </w:tc>
        <w:tc>
          <w:tcPr>
            <w:tcW w:type="dxa" w:w="2012"/>
          </w:tcPr>
          <w:p>
            <w:pPr>
              <w:spacing w:after="0"/>
              <w:jc w:val="left"/>
            </w:pPr>
            <w:r>
              <w:rPr>
                <w:sz w:val="16"/>
              </w:rPr>
              <w:t>deaths or injuries recorded</w:t>
            </w:r>
          </w:p>
        </w:tc>
      </w:tr>
      <w:tr>
        <w:trPr>
          <w:cantSplit/>
        </w:trPr>
        <w:tc>
          <w:tcPr>
            <w:tcW w:type="dxa" w:w="1037"/>
          </w:tcPr>
          <w:p>
            <w:pPr>
              <w:spacing w:after="0"/>
              <w:jc w:val="left"/>
            </w:pPr>
            <w:r>
              <w:rPr>
                <w:sz w:val="16"/>
              </w:rPr>
              <w:t>1998-04-16</w:t>
            </w:r>
          </w:p>
        </w:tc>
        <w:tc>
          <w:tcPr>
            <w:tcW w:type="dxa" w:w="1215"/>
          </w:tcPr>
          <w:p>
            <w:pPr>
              <w:spacing w:after="0"/>
              <w:jc w:val="left"/>
            </w:pPr>
            <w:r>
              <w:rPr>
                <w:sz w:val="16"/>
              </w:rPr>
              <w:t>Tornado</w:t>
            </w:r>
          </w:p>
        </w:tc>
        <w:tc>
          <w:tcPr>
            <w:tcW w:type="dxa" w:w="2878"/>
          </w:tcPr>
          <w:p>
            <w:pPr>
              <w:spacing w:after="0"/>
              <w:jc w:val="left"/>
            </w:pPr>
            <w:r>
              <w:rPr>
                <w:sz w:val="16"/>
              </w:rPr>
              <w:t>F2, 8 mi within this county, 100 yd wide</w:t>
            </w:r>
          </w:p>
        </w:tc>
        <w:tc>
          <w:tcPr>
            <w:tcW w:type="dxa" w:w="3266"/>
          </w:tcPr>
          <w:p>
            <w:pPr>
              <w:spacing w:after="0"/>
              <w:jc w:val="left"/>
            </w:pPr>
            <w:r>
              <w:rPr>
                <w:sz w:val="16"/>
              </w:rPr>
              <w:t>$5,000,000 property; crops not reported (1998 dollars)</w:t>
            </w:r>
          </w:p>
        </w:tc>
        <w:tc>
          <w:tcPr>
            <w:tcW w:type="dxa" w:w="943"/>
          </w:tcPr>
          <w:p>
            <w:pPr>
              <w:spacing w:after="0"/>
              <w:jc w:val="right"/>
            </w:pPr>
            <w:r>
              <w:rPr>
                <w:sz w:val="16"/>
              </w:rPr>
              <w:t>1, 0</w:t>
            </w:r>
          </w:p>
        </w:tc>
        <w:tc>
          <w:tcPr>
            <w:tcW w:type="dxa" w:w="1657"/>
          </w:tcPr>
          <w:p>
            <w:pPr>
              <w:spacing w:after="0"/>
              <w:jc w:val="left"/>
            </w:pPr>
            <w:r>
              <w:rPr>
                <w:sz w:val="16"/>
              </w:rPr>
              <w:t>WISDOM to EDMONTON</w:t>
            </w:r>
          </w:p>
        </w:tc>
        <w:tc>
          <w:tcPr>
            <w:tcW w:type="dxa" w:w="1104"/>
          </w:tcPr>
          <w:p>
            <w:pPr>
              <w:spacing w:after="0"/>
              <w:jc w:val="left"/>
            </w:pPr>
          </w:p>
        </w:tc>
        <w:tc>
          <w:tcPr>
            <w:tcW w:type="dxa" w:w="2012"/>
          </w:tcPr>
          <w:p>
            <w:pPr>
              <w:spacing w:after="0"/>
              <w:jc w:val="left"/>
            </w:pPr>
            <w:r>
              <w:rPr>
                <w:sz w:val="16"/>
              </w:rPr>
              <w:t>deaths or injuries recorded</w:t>
            </w:r>
          </w:p>
        </w:tc>
      </w:tr>
      <w:tr>
        <w:trPr>
          <w:cantSplit/>
        </w:trPr>
        <w:tc>
          <w:tcPr>
            <w:tcW w:type="dxa" w:w="1037"/>
          </w:tcPr>
          <w:p>
            <w:pPr>
              <w:spacing w:after="0"/>
              <w:jc w:val="left"/>
            </w:pPr>
            <w:r>
              <w:rPr>
                <w:sz w:val="16"/>
              </w:rPr>
              <w:t>1997-07-28</w:t>
            </w:r>
          </w:p>
        </w:tc>
        <w:tc>
          <w:tcPr>
            <w:tcW w:type="dxa" w:w="1215"/>
          </w:tcPr>
          <w:p>
            <w:pPr>
              <w:spacing w:after="0"/>
              <w:jc w:val="left"/>
            </w:pPr>
            <w:r>
              <w:rPr>
                <w:sz w:val="16"/>
              </w:rPr>
              <w:t>Thunderstorm Wind</w:t>
            </w:r>
          </w:p>
        </w:tc>
        <w:tc>
          <w:tcPr>
            <w:tcW w:type="dxa" w:w="2878"/>
          </w:tcPr>
          <w:p>
            <w:pPr>
              <w:spacing w:after="0"/>
              <w:jc w:val="left"/>
            </w:pPr>
            <w:r>
              <w:rPr>
                <w:sz w:val="16"/>
              </w:rPr>
              <w:t>60 kt (69 mph), measurement type not recorded</w:t>
            </w:r>
          </w:p>
        </w:tc>
        <w:tc>
          <w:tcPr>
            <w:tcW w:type="dxa" w:w="3266"/>
          </w:tcPr>
          <w:p>
            <w:pPr>
              <w:spacing w:after="0"/>
              <w:jc w:val="left"/>
            </w:pPr>
            <w:r>
              <w:rPr>
                <w:sz w:val="16"/>
              </w:rPr>
              <w:t>$100,000 property; crops not reported (1997 dollars)</w:t>
            </w:r>
          </w:p>
        </w:tc>
        <w:tc>
          <w:tcPr>
            <w:tcW w:type="dxa" w:w="943"/>
          </w:tcPr>
          <w:p>
            <w:pPr>
              <w:spacing w:after="0"/>
              <w:jc w:val="right"/>
            </w:pPr>
            <w:r>
              <w:rPr>
                <w:sz w:val="16"/>
              </w:rPr>
              <w:t>0, 1</w:t>
            </w:r>
          </w:p>
        </w:tc>
        <w:tc>
          <w:tcPr>
            <w:tcW w:type="dxa" w:w="1657"/>
          </w:tcPr>
          <w:p>
            <w:pPr>
              <w:spacing w:after="0"/>
              <w:jc w:val="left"/>
            </w:pPr>
            <w:r>
              <w:rPr>
                <w:sz w:val="16"/>
              </w:rPr>
              <w:t>SULPHUR WELL</w:t>
            </w:r>
          </w:p>
        </w:tc>
        <w:tc>
          <w:tcPr>
            <w:tcW w:type="dxa" w:w="1104"/>
          </w:tcPr>
          <w:p>
            <w:pPr>
              <w:spacing w:after="0"/>
              <w:jc w:val="left"/>
            </w:pPr>
          </w:p>
        </w:tc>
        <w:tc>
          <w:tcPr>
            <w:tcW w:type="dxa" w:w="2012"/>
          </w:tcPr>
          <w:p>
            <w:pPr>
              <w:spacing w:after="0"/>
              <w:jc w:val="left"/>
            </w:pPr>
            <w:r>
              <w:rPr>
                <w:sz w:val="16"/>
              </w:rPr>
              <w:t>deaths or injuries recorded</w:t>
            </w:r>
          </w:p>
        </w:tc>
      </w:tr>
      <w:tr>
        <w:trPr>
          <w:cantSplit/>
        </w:trPr>
        <w:tc>
          <w:tcPr>
            <w:tcW w:type="dxa" w:w="1037"/>
          </w:tcPr>
          <w:p>
            <w:pPr>
              <w:spacing w:after="0"/>
              <w:jc w:val="left"/>
            </w:pPr>
            <w:r>
              <w:rPr>
                <w:sz w:val="16"/>
              </w:rPr>
              <w:t>1997-03-28</w:t>
            </w:r>
          </w:p>
        </w:tc>
        <w:tc>
          <w:tcPr>
            <w:tcW w:type="dxa" w:w="1215"/>
          </w:tcPr>
          <w:p>
            <w:pPr>
              <w:spacing w:after="0"/>
              <w:jc w:val="left"/>
            </w:pPr>
            <w:r>
              <w:rPr>
                <w:sz w:val="16"/>
              </w:rPr>
              <w:t>Tornado</w:t>
            </w:r>
          </w:p>
        </w:tc>
        <w:tc>
          <w:tcPr>
            <w:tcW w:type="dxa" w:w="2878"/>
          </w:tcPr>
          <w:p>
            <w:pPr>
              <w:spacing w:after="0"/>
              <w:jc w:val="left"/>
            </w:pPr>
            <w:r>
              <w:rPr>
                <w:sz w:val="16"/>
              </w:rPr>
              <w:t>F2, 15 mi within this county, 200 yd wide</w:t>
            </w:r>
          </w:p>
        </w:tc>
        <w:tc>
          <w:tcPr>
            <w:tcW w:type="dxa" w:w="3266"/>
          </w:tcPr>
          <w:p>
            <w:pPr>
              <w:spacing w:after="0"/>
              <w:jc w:val="left"/>
            </w:pPr>
            <w:r>
              <w:rPr>
                <w:sz w:val="16"/>
              </w:rPr>
              <w:t>$1,000,000 property; crops not reported (1997 dollars)</w:t>
            </w:r>
          </w:p>
        </w:tc>
        <w:tc>
          <w:tcPr>
            <w:tcW w:type="dxa" w:w="943"/>
          </w:tcPr>
          <w:p>
            <w:pPr>
              <w:spacing w:after="0"/>
              <w:jc w:val="right"/>
            </w:pPr>
            <w:r>
              <w:rPr>
                <w:sz w:val="16"/>
              </w:rPr>
              <w:t>1, 6</w:t>
            </w:r>
          </w:p>
        </w:tc>
        <w:tc>
          <w:tcPr>
            <w:tcW w:type="dxa" w:w="1657"/>
          </w:tcPr>
          <w:p>
            <w:pPr>
              <w:spacing w:after="0"/>
              <w:jc w:val="left"/>
            </w:pPr>
            <w:r>
              <w:rPr>
                <w:sz w:val="16"/>
              </w:rPr>
              <w:t>SUMMER SHADE to CURTIS</w:t>
            </w:r>
          </w:p>
        </w:tc>
        <w:tc>
          <w:tcPr>
            <w:tcW w:type="dxa" w:w="1104"/>
          </w:tcPr>
          <w:p>
            <w:pPr>
              <w:spacing w:after="0"/>
              <w:jc w:val="left"/>
            </w:pPr>
          </w:p>
        </w:tc>
        <w:tc>
          <w:tcPr>
            <w:tcW w:type="dxa" w:w="2012"/>
          </w:tcPr>
          <w:p>
            <w:pPr>
              <w:spacing w:after="0"/>
              <w:jc w:val="left"/>
            </w:pPr>
            <w:r>
              <w:rPr>
                <w:sz w:val="16"/>
              </w:rPr>
              <w:t>deaths or injuries recorded</w:t>
            </w:r>
          </w:p>
        </w:tc>
      </w:tr>
      <w:tr>
        <w:trPr>
          <w:cantSplit/>
        </w:trPr>
        <w:tc>
          <w:tcPr>
            <w:tcW w:type="dxa" w:w="1037"/>
          </w:tcPr>
          <w:p>
            <w:pPr>
              <w:spacing w:after="0"/>
              <w:jc w:val="left"/>
            </w:pPr>
            <w:r>
              <w:rPr>
                <w:sz w:val="16"/>
              </w:rPr>
              <w:t>1995-05-18</w:t>
            </w:r>
          </w:p>
        </w:tc>
        <w:tc>
          <w:tcPr>
            <w:tcW w:type="dxa" w:w="1215"/>
          </w:tcPr>
          <w:p>
            <w:pPr>
              <w:spacing w:after="0"/>
              <w:jc w:val="left"/>
            </w:pPr>
            <w:r>
              <w:rPr>
                <w:sz w:val="16"/>
              </w:rPr>
              <w:t>Tornado</w:t>
            </w:r>
          </w:p>
        </w:tc>
        <w:tc>
          <w:tcPr>
            <w:tcW w:type="dxa" w:w="2878"/>
          </w:tcPr>
          <w:p>
            <w:pPr>
              <w:spacing w:after="0"/>
              <w:jc w:val="left"/>
            </w:pPr>
            <w:r>
              <w:rPr>
                <w:sz w:val="16"/>
              </w:rPr>
              <w:t>F2, 14 mi path length (whole path, pre-1996), 200 yd wide</w:t>
            </w:r>
          </w:p>
        </w:tc>
        <w:tc>
          <w:tcPr>
            <w:tcW w:type="dxa" w:w="3266"/>
          </w:tcPr>
          <w:p>
            <w:pPr>
              <w:spacing w:after="0"/>
              <w:jc w:val="left"/>
            </w:pPr>
            <w:r>
              <w:rPr>
                <w:sz w:val="16"/>
              </w:rPr>
              <w:t>$500,000 property; crops not recorded (1995 dollars)</w:t>
            </w:r>
          </w:p>
        </w:tc>
        <w:tc>
          <w:tcPr>
            <w:tcW w:type="dxa" w:w="943"/>
          </w:tcPr>
          <w:p>
            <w:pPr>
              <w:spacing w:after="0"/>
              <w:jc w:val="right"/>
            </w:pPr>
            <w:r>
              <w:rPr>
                <w:sz w:val="16"/>
              </w:rPr>
              <w:t>0, 0</w:t>
            </w:r>
          </w:p>
        </w:tc>
        <w:tc>
          <w:tcPr>
            <w:tcW w:type="dxa" w:w="1657"/>
          </w:tcPr>
          <w:p>
            <w:pPr>
              <w:spacing w:after="0"/>
              <w:jc w:val="left"/>
            </w:pPr>
            <w:r>
              <w:rPr>
                <w:sz w:val="16"/>
              </w:rPr>
              <w:t>Edmonton</w:t>
            </w:r>
          </w:p>
        </w:tc>
        <w:tc>
          <w:tcPr>
            <w:tcW w:type="dxa" w:w="1104"/>
          </w:tcPr>
          <w:p>
            <w:pPr>
              <w:spacing w:after="0"/>
              <w:jc w:val="left"/>
            </w:pPr>
          </w:p>
        </w:tc>
        <w:tc>
          <w:tcPr>
            <w:tcW w:type="dxa" w:w="2012"/>
          </w:tcPr>
          <w:p>
            <w:pPr>
              <w:spacing w:after="0"/>
              <w:jc w:val="left"/>
            </w:pPr>
            <w:r>
              <w:rPr>
                <w:sz w:val="16"/>
              </w:rPr>
              <w:t>large reported damage</w:t>
            </w:r>
          </w:p>
        </w:tc>
      </w:tr>
      <w:tr>
        <w:trPr>
          <w:cantSplit/>
        </w:trPr>
        <w:tc>
          <w:tcPr>
            <w:tcW w:type="dxa" w:w="1037"/>
          </w:tcPr>
          <w:p>
            <w:pPr>
              <w:spacing w:after="0"/>
              <w:jc w:val="left"/>
            </w:pPr>
            <w:r>
              <w:rPr>
                <w:sz w:val="16"/>
              </w:rPr>
              <w:t>1965-11-26</w:t>
            </w:r>
          </w:p>
        </w:tc>
        <w:tc>
          <w:tcPr>
            <w:tcW w:type="dxa" w:w="1215"/>
          </w:tcPr>
          <w:p>
            <w:pPr>
              <w:spacing w:after="0"/>
              <w:jc w:val="left"/>
            </w:pPr>
            <w:r>
              <w:rPr>
                <w:sz w:val="16"/>
              </w:rPr>
              <w:t>Tornado</w:t>
            </w:r>
          </w:p>
        </w:tc>
        <w:tc>
          <w:tcPr>
            <w:tcW w:type="dxa" w:w="2878"/>
          </w:tcPr>
          <w:p>
            <w:pPr>
              <w:spacing w:after="0"/>
              <w:jc w:val="left"/>
            </w:pPr>
            <w:r>
              <w:rPr>
                <w:sz w:val="16"/>
              </w:rPr>
              <w:t>F2, 5.4 mi path length (whole path, pre-1996), 33 yd wide</w:t>
            </w:r>
          </w:p>
        </w:tc>
        <w:tc>
          <w:tcPr>
            <w:tcW w:type="dxa" w:w="3266"/>
          </w:tcPr>
          <w:p>
            <w:pPr>
              <w:spacing w:after="0"/>
              <w:jc w:val="left"/>
            </w:pPr>
            <w:r>
              <w:rPr>
                <w:sz w:val="16"/>
              </w:rPr>
              <w:t>damage not recorded (pre-1996 record)</w:t>
            </w:r>
          </w:p>
        </w:tc>
        <w:tc>
          <w:tcPr>
            <w:tcW w:type="dxa" w:w="943"/>
          </w:tcPr>
          <w:p>
            <w:pPr>
              <w:spacing w:after="0"/>
              <w:jc w:val="right"/>
            </w:pPr>
            <w:r>
              <w:rPr>
                <w:sz w:val="16"/>
              </w:rPr>
              <w:t>1, 1</w:t>
            </w:r>
          </w:p>
        </w:tc>
        <w:tc>
          <w:tcPr>
            <w:tcW w:type="dxa" w:w="1657"/>
          </w:tcPr>
          <w:p>
            <w:pPr>
              <w:spacing w:after="0"/>
              <w:jc w:val="left"/>
            </w:pPr>
            <w:r>
              <w:rPr>
                <w:sz w:val="16"/>
              </w:rPr>
              <w:t>location not recorded</w:t>
            </w:r>
          </w:p>
        </w:tc>
        <w:tc>
          <w:tcPr>
            <w:tcW w:type="dxa" w:w="1104"/>
          </w:tcPr>
          <w:p>
            <w:pPr>
              <w:spacing w:after="0"/>
              <w:jc w:val="left"/>
            </w:pPr>
          </w:p>
        </w:tc>
        <w:tc>
          <w:tcPr>
            <w:tcW w:type="dxa" w:w="2012"/>
          </w:tcPr>
          <w:p>
            <w:pPr>
              <w:spacing w:after="0"/>
              <w:jc w:val="left"/>
            </w:pPr>
            <w:r>
              <w:rPr>
                <w:sz w:val="16"/>
              </w:rPr>
              <w:t>deaths or injuries recorded</w:t>
            </w:r>
          </w:p>
        </w:tc>
      </w:tr>
      <w:tr>
        <w:trPr>
          <w:cantSplit/>
        </w:trPr>
        <w:tc>
          <w:tcPr>
            <w:tcW w:type="dxa" w:w="1037"/>
          </w:tcPr>
          <w:p>
            <w:pPr>
              <w:spacing w:after="0"/>
              <w:jc w:val="left"/>
            </w:pPr>
            <w:r>
              <w:rPr>
                <w:sz w:val="16"/>
              </w:rPr>
              <w:t>1957-11-18</w:t>
            </w:r>
          </w:p>
        </w:tc>
        <w:tc>
          <w:tcPr>
            <w:tcW w:type="dxa" w:w="1215"/>
          </w:tcPr>
          <w:p>
            <w:pPr>
              <w:spacing w:after="0"/>
              <w:jc w:val="left"/>
            </w:pPr>
            <w:r>
              <w:rPr>
                <w:sz w:val="16"/>
              </w:rPr>
              <w:t>Tornado</w:t>
            </w:r>
          </w:p>
        </w:tc>
        <w:tc>
          <w:tcPr>
            <w:tcW w:type="dxa" w:w="2878"/>
          </w:tcPr>
          <w:p>
            <w:pPr>
              <w:spacing w:after="0"/>
              <w:jc w:val="left"/>
            </w:pPr>
            <w:r>
              <w:rPr>
                <w:sz w:val="16"/>
              </w:rPr>
              <w:t>F1, 33 yd wide</w:t>
            </w:r>
          </w:p>
        </w:tc>
        <w:tc>
          <w:tcPr>
            <w:tcW w:type="dxa" w:w="3266"/>
          </w:tcPr>
          <w:p>
            <w:pPr>
              <w:spacing w:after="0"/>
              <w:jc w:val="left"/>
            </w:pPr>
            <w:r>
              <w:rPr>
                <w:sz w:val="16"/>
              </w:rPr>
              <w:t>$250,000 property; crops not recorded (1957 dollars)</w:t>
            </w:r>
          </w:p>
        </w:tc>
        <w:tc>
          <w:tcPr>
            <w:tcW w:type="dxa" w:w="943"/>
          </w:tcPr>
          <w:p>
            <w:pPr>
              <w:spacing w:after="0"/>
              <w:jc w:val="right"/>
            </w:pPr>
            <w:r>
              <w:rPr>
                <w:sz w:val="16"/>
              </w:rPr>
              <w:t>0, 0</w:t>
            </w:r>
          </w:p>
        </w:tc>
        <w:tc>
          <w:tcPr>
            <w:tcW w:type="dxa" w:w="1657"/>
          </w:tcPr>
          <w:p>
            <w:pPr>
              <w:spacing w:after="0"/>
              <w:jc w:val="left"/>
            </w:pPr>
            <w:r>
              <w:rPr>
                <w:sz w:val="16"/>
              </w:rPr>
              <w:t>location not recorded</w:t>
            </w:r>
          </w:p>
        </w:tc>
        <w:tc>
          <w:tcPr>
            <w:tcW w:type="dxa" w:w="1104"/>
          </w:tcPr>
          <w:p>
            <w:pPr>
              <w:spacing w:after="0"/>
              <w:jc w:val="left"/>
            </w:pPr>
          </w:p>
        </w:tc>
        <w:tc>
          <w:tcPr>
            <w:tcW w:type="dxa" w:w="2012"/>
          </w:tcPr>
          <w:p>
            <w:pPr>
              <w:spacing w:after="0"/>
              <w:jc w:val="left"/>
            </w:pPr>
            <w:r>
              <w:rPr>
                <w:sz w:val="16"/>
              </w:rPr>
              <w:t>large reported damage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(217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0.842</w:t>
            </w:r>
          </w:p>
        </w:tc>
        <w:tc>
          <w:tcPr>
            <w:tcW w:type="dxa" w:w="1276"/>
          </w:tcPr>
          <w:p>
            <w:pPr>
              <w:spacing w:after="0"/>
              <w:jc w:val="left"/>
            </w:pPr>
            <w:r>
              <w:rPr>
                <w:sz w:val="16"/>
              </w:rPr>
              <w:t>event-days per year</w:t>
            </w:r>
          </w:p>
        </w:tc>
        <w:tc>
          <w:tcPr>
            <w:tcW w:type="dxa" w:w="1575"/>
          </w:tcPr>
          <w:p>
            <w:pPr>
              <w:spacing w:after="0"/>
              <w:jc w:val="left"/>
            </w:pPr>
            <w:r>
              <w:rPr>
                <w:sz w:val="16"/>
              </w:rPr>
              <w:t>about 0.842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3.85</w:t>
            </w:r>
          </w:p>
        </w:tc>
        <w:tc>
          <w:tcPr>
            <w:tcW w:type="dxa" w:w="1276"/>
          </w:tcPr>
          <w:p>
            <w:pPr>
              <w:spacing w:after="0"/>
              <w:jc w:val="left"/>
            </w:pPr>
            <w:r>
              <w:rPr>
                <w:sz w:val="16"/>
              </w:rPr>
              <w:t>event-days per year</w:t>
            </w:r>
          </w:p>
        </w:tc>
        <w:tc>
          <w:tcPr>
            <w:tcW w:type="dxa" w:w="1575"/>
          </w:tcPr>
          <w:p>
            <w:pPr>
              <w:spacing w:after="0"/>
              <w:jc w:val="left"/>
            </w:pPr>
            <w:r>
              <w:rPr>
                <w:sz w:val="16"/>
              </w:rPr>
              <w:t>about 3.85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105</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0.00248</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0.248%</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2.92</w:t>
            </w:r>
          </w:p>
        </w:tc>
        <w:tc>
          <w:tcPr>
            <w:tcW w:type="dxa" w:w="1276"/>
          </w:tcPr>
          <w:p>
            <w:pPr>
              <w:spacing w:after="0"/>
              <w:jc w:val="left"/>
            </w:pPr>
            <w:r>
              <w:rPr>
                <w:sz w:val="16"/>
              </w:rPr>
              <w:t>events per year</w:t>
            </w:r>
          </w:p>
        </w:tc>
        <w:tc>
          <w:tcPr>
            <w:tcW w:type="dxa" w:w="1575"/>
          </w:tcPr>
          <w:p>
            <w:pPr>
              <w:spacing w:after="0"/>
              <w:jc w:val="left"/>
            </w:pPr>
            <w:r>
              <w:rPr>
                <w:sz w:val="16"/>
              </w:rPr>
              <w:t>about 2.92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110.9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3.68</w:t>
            </w:r>
          </w:p>
        </w:tc>
        <w:tc>
          <w:tcPr>
            <w:tcW w:type="dxa" w:w="1276"/>
          </w:tcPr>
          <w:p>
            <w:pPr>
              <w:spacing w:after="0"/>
              <w:jc w:val="left"/>
            </w:pPr>
            <w:r>
              <w:rPr>
                <w:sz w:val="16"/>
              </w:rPr>
              <w:t>event-days per year</w:t>
            </w:r>
          </w:p>
        </w:tc>
        <w:tc>
          <w:tcPr>
            <w:tcW w:type="dxa" w:w="1575"/>
          </w:tcPr>
          <w:p>
            <w:pPr>
              <w:spacing w:after="0"/>
              <w:jc w:val="left"/>
            </w:pPr>
            <w:r>
              <w:rPr>
                <w:sz w:val="16"/>
              </w:rPr>
              <w:t>about 3.68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60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0.0174</w:t>
            </w:r>
          </w:p>
        </w:tc>
        <w:tc>
          <w:tcPr>
            <w:tcW w:type="dxa" w:w="1276"/>
          </w:tcPr>
          <w:p>
            <w:pPr>
              <w:spacing w:after="0"/>
              <w:jc w:val="left"/>
            </w:pPr>
            <w:r>
              <w:rPr>
                <w:sz w:val="16"/>
              </w:rPr>
              <w:t>events per year</w:t>
            </w:r>
          </w:p>
        </w:tc>
        <w:tc>
          <w:tcPr>
            <w:tcW w:type="dxa" w:w="1575"/>
          </w:tcPr>
          <w:p>
            <w:pPr>
              <w:spacing w:after="0"/>
              <w:jc w:val="left"/>
            </w:pPr>
            <w:r>
              <w:rPr>
                <w:sz w:val="16"/>
              </w:rPr>
              <w:t>about 1 in 58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5</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0.644</w:t>
            </w:r>
          </w:p>
        </w:tc>
        <w:tc>
          <w:tcPr>
            <w:tcW w:type="dxa" w:w="1276"/>
          </w:tcPr>
          <w:p>
            <w:pPr>
              <w:spacing w:after="0"/>
              <w:jc w:val="left"/>
            </w:pPr>
            <w:r>
              <w:rPr>
                <w:sz w:val="16"/>
              </w:rPr>
              <w:t>event-days per year</w:t>
            </w:r>
          </w:p>
        </w:tc>
        <w:tc>
          <w:tcPr>
            <w:tcW w:type="dxa" w:w="1575"/>
          </w:tcPr>
          <w:p>
            <w:pPr>
              <w:spacing w:after="0"/>
              <w:jc w:val="left"/>
            </w:pPr>
            <w:r>
              <w:rPr>
                <w:sz w:val="16"/>
              </w:rPr>
              <w:t>about 0.644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44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0.607</w:t>
            </w:r>
          </w:p>
        </w:tc>
        <w:tc>
          <w:tcPr>
            <w:tcW w:type="dxa" w:w="1276"/>
          </w:tcPr>
          <w:p>
            <w:pPr>
              <w:spacing w:after="0"/>
              <w:jc w:val="left"/>
            </w:pPr>
            <w:r>
              <w:rPr>
                <w:sz w:val="16"/>
              </w:rPr>
              <w:t>event-days per year</w:t>
            </w:r>
          </w:p>
        </w:tc>
        <w:tc>
          <w:tcPr>
            <w:tcW w:type="dxa" w:w="1575"/>
          </w:tcPr>
          <w:p>
            <w:pPr>
              <w:spacing w:after="0"/>
              <w:jc w:val="left"/>
            </w:pPr>
            <w:r>
              <w:rPr>
                <w:sz w:val="16"/>
              </w:rPr>
              <w:t>about 0.607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12 of 30 years, 1996 to 2025 (40%)</w:t>
            </w:r>
          </w:p>
        </w:tc>
        <w:tc>
          <w:tcPr>
            <w:tcW w:type="dxa" w:w="1522"/>
          </w:tcPr>
          <w:p>
            <w:pPr>
              <w:spacing w:after="0"/>
              <w:jc w:val="right"/>
            </w:pPr>
            <w:r>
              <w:rPr>
                <w:sz w:val="16"/>
              </w:rPr>
              <w:t>17</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0.492</w:t>
            </w:r>
          </w:p>
        </w:tc>
        <w:tc>
          <w:tcPr>
            <w:tcW w:type="dxa" w:w="1276"/>
          </w:tcPr>
          <w:p>
            <w:pPr>
              <w:spacing w:after="0"/>
              <w:jc w:val="left"/>
            </w:pPr>
            <w:r>
              <w:rPr>
                <w:sz w:val="16"/>
              </w:rPr>
              <w:t>events per year (modeled)</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55.1</w:t>
            </w:r>
          </w:p>
        </w:tc>
        <w:tc>
          <w:tcPr>
            <w:tcW w:type="dxa" w:w="1276"/>
          </w:tcPr>
          <w:p>
            <w:pPr>
              <w:spacing w:after="0"/>
              <w:jc w:val="left"/>
            </w:pPr>
            <w:r>
              <w:rPr>
                <w:sz w:val="16"/>
              </w:rPr>
              <w:t>days per year with a strike</w:t>
            </w:r>
          </w:p>
        </w:tc>
        <w:tc>
          <w:tcPr>
            <w:tcW w:type="dxa" w:w="1575"/>
          </w:tcPr>
          <w:p>
            <w:pPr>
              <w:spacing w:after="0"/>
              <w:jc w:val="left"/>
            </w:pPr>
            <w:r>
              <w:rPr>
                <w:sz w:val="16"/>
              </w:rPr>
              <w:t>about 55.1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5.72</w:t>
            </w:r>
          </w:p>
        </w:tc>
        <w:tc>
          <w:tcPr>
            <w:tcW w:type="dxa" w:w="1276"/>
          </w:tcPr>
          <w:p>
            <w:pPr>
              <w:spacing w:after="0"/>
              <w:jc w:val="left"/>
            </w:pPr>
            <w:r>
              <w:rPr>
                <w:sz w:val="16"/>
              </w:rPr>
              <w:t>events per year</w:t>
            </w:r>
          </w:p>
        </w:tc>
        <w:tc>
          <w:tcPr>
            <w:tcW w:type="dxa" w:w="1575"/>
          </w:tcPr>
          <w:p>
            <w:pPr>
              <w:spacing w:after="0"/>
              <w:jc w:val="left"/>
            </w:pPr>
            <w:r>
              <w:rPr>
                <w:sz w:val="16"/>
              </w:rPr>
              <w:t>about 5.72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218</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0.188</w:t>
            </w:r>
          </w:p>
        </w:tc>
        <w:tc>
          <w:tcPr>
            <w:tcW w:type="dxa" w:w="1276"/>
          </w:tcPr>
          <w:p>
            <w:pPr>
              <w:spacing w:after="0"/>
              <w:jc w:val="left"/>
            </w:pPr>
            <w:r>
              <w:rPr>
                <w:sz w:val="16"/>
              </w:rPr>
              <w:t>events per year</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0.000189</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0.0189%</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7</w:t>
            </w:r>
          </w:p>
        </w:tc>
        <w:tc>
          <w:tcPr>
            <w:tcW w:type="dxa" w:w="1276"/>
          </w:tcPr>
          <w:p>
            <w:pPr>
              <w:spacing w:after="0"/>
              <w:jc w:val="left"/>
            </w:pPr>
            <w:r>
              <w:rPr>
                <w:sz w:val="16"/>
              </w:rPr>
              <w:t>event-days per year</w:t>
            </w:r>
          </w:p>
        </w:tc>
        <w:tc>
          <w:tcPr>
            <w:tcW w:type="dxa" w:w="1575"/>
          </w:tcPr>
          <w:p>
            <w:pPr>
              <w:spacing w:after="0"/>
              <w:jc w:val="left"/>
            </w:pPr>
            <w:r>
              <w:rPr>
                <w:sz w:val="16"/>
              </w:rPr>
              <w:t>about 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11 of 30 years, 1996 to 2025 (36.7%)</w:t>
            </w:r>
          </w:p>
        </w:tc>
        <w:tc>
          <w:tcPr>
            <w:tcW w:type="dxa" w:w="1522"/>
          </w:tcPr>
          <w:p>
            <w:pPr>
              <w:spacing w:after="0"/>
              <w:jc w:val="right"/>
            </w:pPr>
            <w:r>
              <w:rPr>
                <w:sz w:val="16"/>
              </w:rPr>
              <w:t>133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80.6</w:t>
            </w:r>
          </w:p>
        </w:tc>
        <w:tc>
          <w:tcPr>
            <w:tcW w:type="dxa" w:w="1472"/>
          </w:tcPr>
          <w:p>
            <w:pPr>
              <w:spacing w:after="0"/>
              <w:jc w:val="right"/>
            </w:pPr>
            <w:r>
              <w:rPr>
                <w:sz w:val="16"/>
              </w:rPr>
              <w:t>81.5</w:t>
            </w:r>
          </w:p>
        </w:tc>
        <w:tc>
          <w:tcPr>
            <w:tcW w:type="dxa" w:w="1404"/>
          </w:tcPr>
          <w:p>
            <w:pPr>
              <w:spacing w:after="0"/>
              <w:jc w:val="right"/>
            </w:pPr>
            <w:r>
              <w:rPr>
                <w:sz w:val="16"/>
              </w:rPr>
              <w:t>92.8</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88.0</w:t>
            </w:r>
          </w:p>
        </w:tc>
        <w:tc>
          <w:tcPr>
            <w:tcW w:type="dxa" w:w="1472"/>
          </w:tcPr>
          <w:p>
            <w:pPr>
              <w:spacing w:after="0"/>
              <w:jc w:val="right"/>
            </w:pPr>
            <w:r>
              <w:rPr>
                <w:sz w:val="16"/>
              </w:rPr>
              <w:t>89.0</w:t>
            </w:r>
          </w:p>
        </w:tc>
        <w:tc>
          <w:tcPr>
            <w:tcW w:type="dxa" w:w="1404"/>
          </w:tcPr>
          <w:p>
            <w:pPr>
              <w:spacing w:after="0"/>
              <w:jc w:val="right"/>
            </w:pPr>
            <w:r>
              <w:rPr>
                <w:sz w:val="16"/>
              </w:rPr>
              <w:t>92.5</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65.2</w:t>
            </w:r>
          </w:p>
        </w:tc>
        <w:tc>
          <w:tcPr>
            <w:tcW w:type="dxa" w:w="1472"/>
          </w:tcPr>
          <w:p>
            <w:pPr>
              <w:spacing w:after="0"/>
              <w:jc w:val="right"/>
            </w:pPr>
            <w:r>
              <w:rPr>
                <w:sz w:val="16"/>
              </w:rPr>
              <w:t>68.3</w:t>
            </w:r>
          </w:p>
        </w:tc>
        <w:tc>
          <w:tcPr>
            <w:tcW w:type="dxa" w:w="1404"/>
          </w:tcPr>
          <w:p>
            <w:pPr>
              <w:spacing w:after="0"/>
              <w:jc w:val="right"/>
            </w:pPr>
            <w:r>
              <w:rPr>
                <w:sz w:val="16"/>
              </w:rPr>
              <w:t>75.1</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91.9</w:t>
            </w:r>
          </w:p>
        </w:tc>
        <w:tc>
          <w:tcPr>
            <w:tcW w:type="dxa" w:w="1472"/>
          </w:tcPr>
          <w:p>
            <w:pPr>
              <w:spacing w:after="0"/>
              <w:jc w:val="right"/>
            </w:pPr>
            <w:r>
              <w:rPr>
                <w:sz w:val="16"/>
              </w:rPr>
              <w:t>94.6</w:t>
            </w:r>
          </w:p>
        </w:tc>
        <w:tc>
          <w:tcPr>
            <w:tcW w:type="dxa" w:w="1404"/>
          </w:tcPr>
          <w:p>
            <w:pPr>
              <w:spacing w:after="0"/>
              <w:jc w:val="right"/>
            </w:pPr>
            <w:r>
              <w:rPr>
                <w:sz w:val="16"/>
              </w:rPr>
              <w:t>97.1</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42.3</w:t>
            </w:r>
          </w:p>
        </w:tc>
        <w:tc>
          <w:tcPr>
            <w:tcW w:type="dxa" w:w="1472"/>
          </w:tcPr>
          <w:p>
            <w:pPr>
              <w:spacing w:after="0"/>
              <w:jc w:val="right"/>
            </w:pPr>
            <w:r>
              <w:rPr>
                <w:sz w:val="16"/>
              </w:rPr>
              <w:t>43.5</w:t>
            </w:r>
          </w:p>
        </w:tc>
        <w:tc>
          <w:tcPr>
            <w:tcW w:type="dxa" w:w="1404"/>
          </w:tcPr>
          <w:p>
            <w:pPr>
              <w:spacing w:after="0"/>
              <w:jc w:val="right"/>
            </w:pPr>
            <w:r>
              <w:rPr>
                <w:sz w:val="16"/>
              </w:rPr>
              <w:t>68.0</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3 of 3</w:t>
            </w:r>
          </w:p>
        </w:tc>
        <w:tc>
          <w:tcPr>
            <w:tcW w:type="dxa" w:w="1404"/>
          </w:tcPr>
          <w:p>
            <w:pPr>
              <w:spacing w:after="0"/>
              <w:jc w:val="right"/>
            </w:pPr>
            <w:r>
              <w:rPr>
                <w:sz w:val="16"/>
              </w:rPr>
              <w:t>43.7</w:t>
            </w:r>
          </w:p>
        </w:tc>
        <w:tc>
          <w:tcPr>
            <w:tcW w:type="dxa" w:w="1472"/>
          </w:tcPr>
          <w:p>
            <w:pPr>
              <w:spacing w:after="0"/>
              <w:jc w:val="right"/>
            </w:pPr>
            <w:r>
              <w:rPr>
                <w:sz w:val="16"/>
              </w:rPr>
              <w:t>47.3</w:t>
            </w:r>
          </w:p>
        </w:tc>
        <w:tc>
          <w:tcPr>
            <w:tcW w:type="dxa" w:w="1404"/>
          </w:tcPr>
          <w:p>
            <w:pPr>
              <w:spacing w:after="0"/>
              <w:jc w:val="right"/>
            </w:pPr>
            <w:r>
              <w:rPr>
                <w:sz w:val="16"/>
              </w:rPr>
              <w:t>47.9</w:t>
            </w:r>
          </w:p>
        </w:tc>
        <w:tc>
          <w:tcPr>
            <w:tcW w:type="dxa" w:w="6114"/>
          </w:tcPr>
          <w:p>
            <w:pPr>
              <w:spacing w:after="0"/>
              <w:jc w:val="left"/>
            </w:pPr>
            <w:r>
              <w:rPr>
                <w:sz w:val="16"/>
              </w:rPr>
              <w:t>Very Low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80.2</w:t>
            </w:r>
          </w:p>
        </w:tc>
        <w:tc>
          <w:tcPr>
            <w:tcW w:type="dxa" w:w="1472"/>
          </w:tcPr>
          <w:p>
            <w:pPr>
              <w:spacing w:after="0"/>
              <w:jc w:val="right"/>
            </w:pPr>
            <w:r>
              <w:rPr>
                <w:sz w:val="16"/>
              </w:rPr>
              <w:t>85.0</w:t>
            </w:r>
          </w:p>
        </w:tc>
        <w:tc>
          <w:tcPr>
            <w:tcW w:type="dxa" w:w="1404"/>
          </w:tcPr>
          <w:p>
            <w:pPr>
              <w:spacing w:after="0"/>
              <w:jc w:val="right"/>
            </w:pPr>
            <w:r>
              <w:rPr>
                <w:sz w:val="16"/>
              </w:rPr>
              <w:t>91.1</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64.0</w:t>
            </w:r>
          </w:p>
        </w:tc>
        <w:tc>
          <w:tcPr>
            <w:tcW w:type="dxa" w:w="1472"/>
          </w:tcPr>
          <w:p>
            <w:pPr>
              <w:spacing w:after="0"/>
              <w:jc w:val="right"/>
            </w:pPr>
            <w:r>
              <w:rPr>
                <w:sz w:val="16"/>
              </w:rPr>
              <w:t>72.0</w:t>
            </w:r>
          </w:p>
        </w:tc>
        <w:tc>
          <w:tcPr>
            <w:tcW w:type="dxa" w:w="1404"/>
          </w:tcPr>
          <w:p>
            <w:pPr>
              <w:spacing w:after="0"/>
              <w:jc w:val="right"/>
            </w:pPr>
            <w:r>
              <w:rPr>
                <w:sz w:val="16"/>
              </w:rPr>
              <w:t>92.2</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75.1</w:t>
            </w:r>
          </w:p>
        </w:tc>
        <w:tc>
          <w:tcPr>
            <w:tcW w:type="dxa" w:w="1472"/>
          </w:tcPr>
          <w:p>
            <w:pPr>
              <w:spacing w:after="0"/>
              <w:jc w:val="right"/>
            </w:pPr>
            <w:r>
              <w:rPr>
                <w:sz w:val="16"/>
              </w:rPr>
              <w:t>80.5</w:t>
            </w:r>
          </w:p>
        </w:tc>
        <w:tc>
          <w:tcPr>
            <w:tcW w:type="dxa" w:w="1404"/>
          </w:tcPr>
          <w:p>
            <w:pPr>
              <w:spacing w:after="0"/>
              <w:jc w:val="right"/>
            </w:pPr>
            <w:r>
              <w:rPr>
                <w:sz w:val="16"/>
              </w:rPr>
              <w:t>92.8</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81.0</w:t>
            </w:r>
          </w:p>
        </w:tc>
        <w:tc>
          <w:tcPr>
            <w:tcW w:type="dxa" w:w="1472"/>
          </w:tcPr>
          <w:p>
            <w:pPr>
              <w:spacing w:after="0"/>
              <w:jc w:val="right"/>
            </w:pPr>
            <w:r>
              <w:rPr>
                <w:sz w:val="16"/>
              </w:rPr>
              <w:t>81.8</w:t>
            </w:r>
          </w:p>
        </w:tc>
        <w:tc>
          <w:tcPr>
            <w:tcW w:type="dxa" w:w="1404"/>
          </w:tcPr>
          <w:p>
            <w:pPr>
              <w:spacing w:after="0"/>
              <w:jc w:val="right"/>
            </w:pPr>
            <w:r>
              <w:rPr>
                <w:sz w:val="16"/>
              </w:rPr>
              <w:t>95.5</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91.1</w:t>
            </w:r>
          </w:p>
        </w:tc>
        <w:tc>
          <w:tcPr>
            <w:tcW w:type="dxa" w:w="1472"/>
          </w:tcPr>
          <w:p>
            <w:pPr>
              <w:spacing w:after="0"/>
              <w:jc w:val="right"/>
            </w:pPr>
            <w:r>
              <w:rPr>
                <w:sz w:val="16"/>
              </w:rPr>
              <w:t>93.9</w:t>
            </w:r>
          </w:p>
        </w:tc>
        <w:tc>
          <w:tcPr>
            <w:tcW w:type="dxa" w:w="1404"/>
          </w:tcPr>
          <w:p>
            <w:pPr>
              <w:spacing w:after="0"/>
              <w:jc w:val="right"/>
            </w:pPr>
            <w:r>
              <w:rPr>
                <w:sz w:val="16"/>
              </w:rPr>
              <w:t>97.6</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79.6</w:t>
            </w:r>
          </w:p>
        </w:tc>
        <w:tc>
          <w:tcPr>
            <w:tcW w:type="dxa" w:w="1472"/>
          </w:tcPr>
          <w:p>
            <w:pPr>
              <w:spacing w:after="0"/>
              <w:jc w:val="right"/>
            </w:pPr>
            <w:r>
              <w:rPr>
                <w:sz w:val="16"/>
              </w:rPr>
              <w:t>83.7</w:t>
            </w:r>
          </w:p>
        </w:tc>
        <w:tc>
          <w:tcPr>
            <w:tcW w:type="dxa" w:w="1404"/>
          </w:tcPr>
          <w:p>
            <w:pPr>
              <w:spacing w:after="0"/>
              <w:jc w:val="right"/>
            </w:pPr>
            <w:r>
              <w:rPr>
                <w:sz w:val="16"/>
              </w:rPr>
              <w:t>95.6</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52.9</w:t>
            </w:r>
          </w:p>
        </w:tc>
        <w:tc>
          <w:tcPr>
            <w:tcW w:type="dxa" w:w="1472"/>
          </w:tcPr>
          <w:p>
            <w:pPr>
              <w:spacing w:after="0"/>
              <w:jc w:val="right"/>
            </w:pPr>
            <w:r>
              <w:rPr>
                <w:sz w:val="16"/>
              </w:rPr>
              <w:t>55.4</w:t>
            </w:r>
          </w:p>
        </w:tc>
        <w:tc>
          <w:tcPr>
            <w:tcW w:type="dxa" w:w="1404"/>
          </w:tcPr>
          <w:p>
            <w:pPr>
              <w:spacing w:after="0"/>
              <w:jc w:val="right"/>
            </w:pPr>
            <w:r>
              <w:rPr>
                <w:sz w:val="16"/>
              </w:rPr>
              <w:t>69.6</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87.1</w:t>
            </w:r>
          </w:p>
        </w:tc>
        <w:tc>
          <w:tcPr>
            <w:tcW w:type="dxa" w:w="1472"/>
          </w:tcPr>
          <w:p>
            <w:pPr>
              <w:spacing w:after="0"/>
              <w:jc w:val="right"/>
            </w:pPr>
            <w:r>
              <w:rPr>
                <w:sz w:val="16"/>
              </w:rPr>
              <w:t>90.0</w:t>
            </w:r>
          </w:p>
        </w:tc>
        <w:tc>
          <w:tcPr>
            <w:tcW w:type="dxa" w:w="1404"/>
          </w:tcPr>
          <w:p>
            <w:pPr>
              <w:spacing w:after="0"/>
              <w:jc w:val="right"/>
            </w:pPr>
            <w:r>
              <w:rPr>
                <w:sz w:val="16"/>
              </w:rPr>
              <w:t>95.8</w:t>
            </w:r>
          </w:p>
        </w:tc>
        <w:tc>
          <w:tcPr>
            <w:tcW w:type="dxa" w:w="6114"/>
          </w:tcPr>
          <w:p>
            <w:pPr>
              <w:spacing w:after="0"/>
              <w:jc w:val="left"/>
            </w:pPr>
            <w:r>
              <w:rPr>
                <w:sz w:val="16"/>
              </w:rPr>
              <w:t>Very High 1,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Metcalfe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2027-09-15</w:t>
            </w:r>
          </w:p>
        </w:tc>
        <w:tc>
          <w:tcPr>
            <w:tcW w:type="dxa" w:w="2442"/>
          </w:tcPr>
          <w:p>
            <w:pPr>
              <w:spacing w:after="0"/>
              <w:jc w:val="right"/>
            </w:pPr>
            <w:r>
              <w:rPr>
                <w:sz w:val="16"/>
              </w:rPr>
              <w:t>FMA RL 0, SRL 0; any 0</w:t>
            </w:r>
          </w:p>
        </w:tc>
        <w:tc>
          <w:tcPr>
            <w:tcW w:type="dxa" w:w="2524"/>
          </w:tcPr>
          <w:p>
            <w:pPr>
              <w:spacing w:after="0"/>
              <w:jc w:val="right"/>
            </w:pPr>
            <w:r>
              <w:rPr>
                <w:sz w:val="16"/>
              </w:rPr>
              <w:t>$4,454,856.22</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Edmonton city</w:t>
            </w:r>
          </w:p>
        </w:tc>
        <w:tc>
          <w:tcPr>
            <w:tcW w:type="dxa" w:w="1614"/>
          </w:tcPr>
          <w:p>
            <w:pPr>
              <w:spacing w:after="0"/>
              <w:jc w:val="left"/>
            </w:pPr>
            <w:r>
              <w:rPr>
                <w:sz w:val="16"/>
              </w:rPr>
              <w:t>City</w:t>
            </w:r>
          </w:p>
        </w:tc>
        <w:tc>
          <w:tcPr>
            <w:tcW w:type="dxa" w:w="3062"/>
          </w:tcPr>
          <w:p>
            <w:pPr>
              <w:spacing w:after="0"/>
              <w:jc w:val="left"/>
            </w:pPr>
            <w:r>
              <w:rPr>
                <w:sz w:val="16"/>
              </w:rPr>
              <w:t>Approved, expires 2027-09-15</w:t>
            </w:r>
          </w:p>
        </w:tc>
        <w:tc>
          <w:tcPr>
            <w:tcW w:type="dxa" w:w="2442"/>
          </w:tcPr>
          <w:p>
            <w:pPr>
              <w:spacing w:after="0"/>
              <w:jc w:val="right"/>
            </w:pPr>
            <w:r>
              <w:rPr>
                <w:sz w:val="16"/>
              </w:rPr>
              <w:t>FMA RL 0, SRL 0; any 1</w:t>
            </w:r>
          </w:p>
        </w:tc>
        <w:tc>
          <w:tcPr>
            <w:tcW w:type="dxa" w:w="2524"/>
          </w:tcPr>
          <w:p>
            <w:pPr>
              <w:spacing w:after="0"/>
              <w:jc w:val="right"/>
            </w:pPr>
            <w:r>
              <w:rPr>
                <w:sz w:val="16"/>
              </w:rPr>
              <w:t>$205,245.60</w:t>
            </w:r>
          </w:p>
        </w:tc>
        <w:tc>
          <w:tcPr>
            <w:tcW w:type="dxa" w:w="2752"/>
          </w:tcPr>
          <w:p>
            <w:pPr>
              <w:spacing w:after="0"/>
              <w:jc w:val="right"/>
            </w:pPr>
            <w:r>
              <w:rPr>
                <w:sz w:val="16"/>
              </w:rPr>
              <w:t>43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983"/>
        <w:gridCol w:w="1305"/>
        <w:gridCol w:w="1207"/>
        <w:gridCol w:w="1099"/>
        <w:gridCol w:w="117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2022-09-16</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$2,232,060,049</w:t>
            </w:r>
          </w:p>
        </w:tc>
        <w:tc>
          <w:tcPr>
            <w:tcW w:type="dxa" w:w="1135"/>
          </w:tcPr>
          <w:p>
            <w:pPr>
              <w:spacing w:after="0"/>
              <w:jc w:val="right"/>
            </w:pPr>
            <w:r>
              <w:rPr>
                <w:sz w:val="16"/>
              </w:rPr>
              <w:t>$55,544,039</w:t>
            </w:r>
          </w:p>
        </w:tc>
        <w:tc>
          <w:tcPr>
            <w:tcW w:type="dxa" w:w="1044"/>
          </w:tcPr>
          <w:p>
            <w:pPr>
              <w:spacing w:after="0"/>
              <w:jc w:val="right"/>
            </w:pPr>
            <w:r>
              <w:rPr>
                <w:sz w:val="16"/>
              </w:rPr>
              <w:t>10,286</w:t>
            </w:r>
          </w:p>
        </w:tc>
        <w:tc>
          <w:tcPr>
            <w:tcW w:type="dxa" w:w="1037"/>
          </w:tcPr>
          <w:p>
            <w:pPr>
              <w:spacing w:after="0"/>
              <w:jc w:val="right"/>
            </w:pPr>
            <w:r>
              <w:rPr>
                <w:sz w:val="16"/>
              </w:rPr>
              <w:t>$1,316</w:t>
            </w:r>
          </w:p>
        </w:tc>
        <w:tc>
          <w:tcPr>
            <w:tcW w:type="dxa" w:w="1126"/>
          </w:tcPr>
          <w:p>
            <w:pPr>
              <w:spacing w:after="0"/>
              <w:jc w:val="right"/>
            </w:pPr>
            <w:r>
              <w:rPr>
                <w:sz w:val="16"/>
              </w:rPr>
              <w:t>$3,702</w:t>
            </w:r>
          </w:p>
        </w:tc>
        <w:tc>
          <w:tcPr>
            <w:tcW w:type="dxa" w:w="983"/>
          </w:tcPr>
          <w:p>
            <w:pPr>
              <w:spacing w:after="0"/>
              <w:jc w:val="right"/>
            </w:pPr>
            <w:r>
              <w:rPr>
                <w:sz w:val="16"/>
              </w:rPr>
              <w:t>$496,345</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5"/>
          </w:tcPr>
          <w:p>
            <w:pPr>
              <w:spacing w:after="0"/>
              <w:jc w:val="right"/>
            </w:pPr>
            <w:r>
              <w:rPr>
                <w:sz w:val="16"/>
              </w:rPr>
              <w:t>$22,243,508</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$38,850</w:t>
            </w:r>
          </w:p>
        </w:tc>
        <w:tc>
          <w:tcPr>
            <w:tcW w:type="dxa" w:w="983"/>
          </w:tcPr>
          <w:p>
            <w:pPr>
              <w:spacing w:after="0"/>
              <w:jc w:val="right"/>
            </w:pPr>
            <w:r>
              <w:rPr>
                <w:sz w:val="16"/>
              </w:rPr>
              <w:t>n/a</w:t>
            </w:r>
          </w:p>
        </w:tc>
        <w:tc>
          <w:tcPr>
            <w:tcW w:type="dxa" w:w="1305"/>
          </w:tcPr>
          <w:p>
            <w:pPr>
              <w:spacing w:after="0"/>
              <w:jc w:val="right"/>
            </w:pPr>
            <w:r>
              <w:rPr>
                <w:sz w:val="16"/>
              </w:rPr>
              <w:t>0.175% (agriculture)</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$3,705,369,377</w:t>
            </w:r>
          </w:p>
        </w:tc>
        <w:tc>
          <w:tcPr>
            <w:tcW w:type="dxa" w:w="1135"/>
          </w:tcPr>
          <w:p>
            <w:pPr>
              <w:spacing w:after="0"/>
              <w:jc w:val="right"/>
            </w:pPr>
            <w:r>
              <w:rPr>
                <w:sz w:val="16"/>
              </w:rPr>
              <w:t>n/a</w:t>
            </w:r>
          </w:p>
        </w:tc>
        <w:tc>
          <w:tcPr>
            <w:tcW w:type="dxa" w:w="1044"/>
          </w:tcPr>
          <w:p>
            <w:pPr>
              <w:spacing w:after="0"/>
              <w:jc w:val="right"/>
            </w:pPr>
            <w:r>
              <w:rPr>
                <w:sz w:val="16"/>
              </w:rPr>
              <w:t>10,286</w:t>
            </w:r>
          </w:p>
        </w:tc>
        <w:tc>
          <w:tcPr>
            <w:tcW w:type="dxa" w:w="1037"/>
          </w:tcPr>
          <w:p>
            <w:pPr>
              <w:spacing w:after="0"/>
              <w:jc w:val="right"/>
            </w:pPr>
            <w:r>
              <w:rPr>
                <w:sz w:val="16"/>
              </w:rPr>
              <w:t>$135,303</w:t>
            </w:r>
          </w:p>
        </w:tc>
        <w:tc>
          <w:tcPr>
            <w:tcW w:type="dxa" w:w="1126"/>
          </w:tcPr>
          <w:p>
            <w:pPr>
              <w:spacing w:after="0"/>
              <w:jc w:val="right"/>
            </w:pPr>
            <w:r>
              <w:rPr>
                <w:sz w:val="16"/>
              </w:rPr>
              <w:t>n/a</w:t>
            </w:r>
          </w:p>
        </w:tc>
        <w:tc>
          <w:tcPr>
            <w:tcW w:type="dxa" w:w="983"/>
          </w:tcPr>
          <w:p>
            <w:pPr>
              <w:spacing w:after="0"/>
              <w:jc w:val="right"/>
            </w:pPr>
            <w:r>
              <w:rPr>
                <w:sz w:val="16"/>
              </w:rPr>
              <w:t>$33,572</w:t>
            </w:r>
          </w:p>
        </w:tc>
        <w:tc>
          <w:tcPr>
            <w:tcW w:type="dxa" w:w="1305"/>
          </w:tcPr>
          <w:p>
            <w:pPr>
              <w:spacing w:after="0"/>
              <w:jc w:val="right"/>
            </w:pPr>
            <w:r>
              <w:rPr>
                <w:sz w:val="16"/>
              </w:rPr>
              <w:t>0.00365%</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$2,232,060,049</w:t>
            </w:r>
          </w:p>
        </w:tc>
        <w:tc>
          <w:tcPr>
            <w:tcW w:type="dxa" w:w="1135"/>
          </w:tcPr>
          <w:p>
            <w:pPr>
              <w:spacing w:after="0"/>
              <w:jc w:val="right"/>
            </w:pPr>
            <w:r>
              <w:rPr>
                <w:sz w:val="16"/>
              </w:rPr>
              <w:t>$55,544,039</w:t>
            </w:r>
          </w:p>
        </w:tc>
        <w:tc>
          <w:tcPr>
            <w:tcW w:type="dxa" w:w="1044"/>
          </w:tcPr>
          <w:p>
            <w:pPr>
              <w:spacing w:after="0"/>
              <w:jc w:val="right"/>
            </w:pPr>
            <w:r>
              <w:rPr>
                <w:sz w:val="16"/>
              </w:rPr>
              <w:t>10,286</w:t>
            </w:r>
          </w:p>
        </w:tc>
        <w:tc>
          <w:tcPr>
            <w:tcW w:type="dxa" w:w="1037"/>
          </w:tcPr>
          <w:p>
            <w:pPr>
              <w:spacing w:after="0"/>
              <w:jc w:val="right"/>
            </w:pPr>
            <w:r>
              <w:rPr>
                <w:sz w:val="16"/>
              </w:rPr>
              <w:t>$302,503</w:t>
            </w:r>
          </w:p>
        </w:tc>
        <w:tc>
          <w:tcPr>
            <w:tcW w:type="dxa" w:w="1126"/>
          </w:tcPr>
          <w:p>
            <w:pPr>
              <w:spacing w:after="0"/>
              <w:jc w:val="right"/>
            </w:pPr>
            <w:r>
              <w:rPr>
                <w:sz w:val="16"/>
              </w:rPr>
              <w:t>$23,056</w:t>
            </w:r>
          </w:p>
        </w:tc>
        <w:tc>
          <w:tcPr>
            <w:tcW w:type="dxa" w:w="983"/>
          </w:tcPr>
          <w:p>
            <w:pPr>
              <w:spacing w:after="0"/>
              <w:jc w:val="right"/>
            </w:pPr>
            <w:r>
              <w:rPr>
                <w:sz w:val="16"/>
              </w:rPr>
              <w:t>$12,677</w:t>
            </w:r>
          </w:p>
        </w:tc>
        <w:tc>
          <w:tcPr>
            <w:tcW w:type="dxa" w:w="1305"/>
          </w:tcPr>
          <w:p>
            <w:pPr>
              <w:spacing w:after="0"/>
              <w:jc w:val="right"/>
            </w:pPr>
            <w:r>
              <w:rPr>
                <w:sz w:val="16"/>
              </w:rPr>
              <w:t>0.0136%</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$2,232,060,049</w:t>
            </w:r>
          </w:p>
        </w:tc>
        <w:tc>
          <w:tcPr>
            <w:tcW w:type="dxa" w:w="1135"/>
          </w:tcPr>
          <w:p>
            <w:pPr>
              <w:spacing w:after="0"/>
              <w:jc w:val="right"/>
            </w:pPr>
            <w:r>
              <w:rPr>
                <w:sz w:val="16"/>
              </w:rPr>
              <w:t>$55,544,039</w:t>
            </w:r>
          </w:p>
        </w:tc>
        <w:tc>
          <w:tcPr>
            <w:tcW w:type="dxa" w:w="1044"/>
          </w:tcPr>
          <w:p>
            <w:pPr>
              <w:spacing w:after="0"/>
              <w:jc w:val="right"/>
            </w:pPr>
            <w:r>
              <w:rPr>
                <w:sz w:val="16"/>
              </w:rPr>
              <w:t>10,286</w:t>
            </w:r>
          </w:p>
        </w:tc>
        <w:tc>
          <w:tcPr>
            <w:tcW w:type="dxa" w:w="1037"/>
          </w:tcPr>
          <w:p>
            <w:pPr>
              <w:spacing w:after="0"/>
              <w:jc w:val="right"/>
            </w:pPr>
            <w:r>
              <w:rPr>
                <w:sz w:val="16"/>
              </w:rPr>
              <w:t>$9</w:t>
            </w:r>
          </w:p>
        </w:tc>
        <w:tc>
          <w:tcPr>
            <w:tcW w:type="dxa" w:w="1126"/>
          </w:tcPr>
          <w:p>
            <w:pPr>
              <w:spacing w:after="0"/>
              <w:jc w:val="right"/>
            </w:pPr>
            <w:r>
              <w:rPr>
                <w:sz w:val="16"/>
              </w:rPr>
              <w:t>$56</w:t>
            </w:r>
          </w:p>
        </w:tc>
        <w:tc>
          <w:tcPr>
            <w:tcW w:type="dxa" w:w="983"/>
          </w:tcPr>
          <w:p>
            <w:pPr>
              <w:spacing w:after="0"/>
              <w:jc w:val="right"/>
            </w:pPr>
            <w:r>
              <w:rPr>
                <w:sz w:val="16"/>
              </w:rPr>
              <w:t>$86,159</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$2,201,536,283</w:t>
            </w:r>
          </w:p>
        </w:tc>
        <w:tc>
          <w:tcPr>
            <w:tcW w:type="dxa" w:w="1135"/>
          </w:tcPr>
          <w:p>
            <w:pPr>
              <w:spacing w:after="0"/>
              <w:jc w:val="right"/>
            </w:pPr>
            <w:r>
              <w:rPr>
                <w:sz w:val="16"/>
              </w:rPr>
              <w:t>$50,698,658</w:t>
            </w:r>
          </w:p>
        </w:tc>
        <w:tc>
          <w:tcPr>
            <w:tcW w:type="dxa" w:w="1044"/>
          </w:tcPr>
          <w:p>
            <w:pPr>
              <w:spacing w:after="0"/>
              <w:jc w:val="right"/>
            </w:pPr>
            <w:r>
              <w:rPr>
                <w:sz w:val="16"/>
              </w:rPr>
              <w:t>10,191</w:t>
            </w:r>
          </w:p>
        </w:tc>
        <w:tc>
          <w:tcPr>
            <w:tcW w:type="dxa" w:w="1037"/>
          </w:tcPr>
          <w:p>
            <w:pPr>
              <w:spacing w:after="0"/>
              <w:jc w:val="right"/>
            </w:pPr>
            <w:r>
              <w:rPr>
                <w:sz w:val="16"/>
              </w:rPr>
              <w:t>$4,426</w:t>
            </w:r>
          </w:p>
        </w:tc>
        <w:tc>
          <w:tcPr>
            <w:tcW w:type="dxa" w:w="1126"/>
          </w:tcPr>
          <w:p>
            <w:pPr>
              <w:spacing w:after="0"/>
              <w:jc w:val="right"/>
            </w:pPr>
            <w:r>
              <w:rPr>
                <w:sz w:val="16"/>
              </w:rPr>
              <w:t>$4,537</w:t>
            </w:r>
          </w:p>
        </w:tc>
        <w:tc>
          <w:tcPr>
            <w:tcW w:type="dxa" w:w="983"/>
          </w:tcPr>
          <w:p>
            <w:pPr>
              <w:spacing w:after="0"/>
              <w:jc w:val="right"/>
            </w:pPr>
            <w:r>
              <w:rPr>
                <w:sz w:val="16"/>
              </w:rPr>
              <w:t>$57</w:t>
            </w:r>
          </w:p>
        </w:tc>
        <w:tc>
          <w:tcPr>
            <w:tcW w:type="dxa" w:w="1305"/>
          </w:tcPr>
          <w:p>
            <w:pPr>
              <w:spacing w:after="0"/>
              <w:jc w:val="right"/>
            </w:pPr>
            <w:r>
              <w:rPr>
                <w:sz w:val="16"/>
              </w:rPr>
              <w:t>0.000201%</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$2,232,060,049</w:t>
            </w:r>
          </w:p>
        </w:tc>
        <w:tc>
          <w:tcPr>
            <w:tcW w:type="dxa" w:w="1135"/>
          </w:tcPr>
          <w:p>
            <w:pPr>
              <w:spacing w:after="0"/>
              <w:jc w:val="right"/>
            </w:pPr>
            <w:r>
              <w:rPr>
                <w:sz w:val="16"/>
              </w:rPr>
              <w:t>n/a</w:t>
            </w:r>
          </w:p>
        </w:tc>
        <w:tc>
          <w:tcPr>
            <w:tcW w:type="dxa" w:w="1044"/>
          </w:tcPr>
          <w:p>
            <w:pPr>
              <w:spacing w:after="0"/>
              <w:jc w:val="right"/>
            </w:pPr>
            <w:r>
              <w:rPr>
                <w:sz w:val="16"/>
              </w:rPr>
              <w:t>10,286</w:t>
            </w:r>
          </w:p>
        </w:tc>
        <w:tc>
          <w:tcPr>
            <w:tcW w:type="dxa" w:w="1037"/>
          </w:tcPr>
          <w:p>
            <w:pPr>
              <w:spacing w:after="0"/>
              <w:jc w:val="right"/>
            </w:pPr>
            <w:r>
              <w:rPr>
                <w:sz w:val="16"/>
              </w:rPr>
              <w:t>$39,578</w:t>
            </w:r>
          </w:p>
        </w:tc>
        <w:tc>
          <w:tcPr>
            <w:tcW w:type="dxa" w:w="1126"/>
          </w:tcPr>
          <w:p>
            <w:pPr>
              <w:spacing w:after="0"/>
              <w:jc w:val="right"/>
            </w:pPr>
            <w:r>
              <w:rPr>
                <w:sz w:val="16"/>
              </w:rPr>
              <w:t>n/a</w:t>
            </w:r>
          </w:p>
        </w:tc>
        <w:tc>
          <w:tcPr>
            <w:tcW w:type="dxa" w:w="983"/>
          </w:tcPr>
          <w:p>
            <w:pPr>
              <w:spacing w:after="0"/>
              <w:jc w:val="right"/>
            </w:pPr>
            <w:r>
              <w:rPr>
                <w:sz w:val="16"/>
              </w:rPr>
              <w:t>$9,257</w:t>
            </w:r>
          </w:p>
        </w:tc>
        <w:tc>
          <w:tcPr>
            <w:tcW w:type="dxa" w:w="1305"/>
          </w:tcPr>
          <w:p>
            <w:pPr>
              <w:spacing w:after="0"/>
              <w:jc w:val="right"/>
            </w:pPr>
            <w:r>
              <w:rPr>
                <w:sz w:val="16"/>
              </w:rPr>
              <w:t>0.00177%</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$2,231,530,972</w:t>
            </w:r>
          </w:p>
        </w:tc>
        <w:tc>
          <w:tcPr>
            <w:tcW w:type="dxa" w:w="1135"/>
          </w:tcPr>
          <w:p>
            <w:pPr>
              <w:spacing w:after="0"/>
              <w:jc w:val="right"/>
            </w:pPr>
            <w:r>
              <w:rPr>
                <w:sz w:val="16"/>
              </w:rPr>
              <w:t>$3,863,789</w:t>
            </w:r>
          </w:p>
        </w:tc>
        <w:tc>
          <w:tcPr>
            <w:tcW w:type="dxa" w:w="1044"/>
          </w:tcPr>
          <w:p>
            <w:pPr>
              <w:spacing w:after="0"/>
              <w:jc w:val="right"/>
            </w:pPr>
            <w:r>
              <w:rPr>
                <w:sz w:val="16"/>
              </w:rPr>
              <w:t>199</w:t>
            </w:r>
          </w:p>
        </w:tc>
        <w:tc>
          <w:tcPr>
            <w:tcW w:type="dxa" w:w="1037"/>
          </w:tcPr>
          <w:p>
            <w:pPr>
              <w:spacing w:after="0"/>
              <w:jc w:val="right"/>
            </w:pPr>
            <w:r>
              <w:rPr>
                <w:sz w:val="16"/>
              </w:rPr>
              <w:t>$2,251,792</w:t>
            </w:r>
          </w:p>
        </w:tc>
        <w:tc>
          <w:tcPr>
            <w:tcW w:type="dxa" w:w="1126"/>
          </w:tcPr>
          <w:p>
            <w:pPr>
              <w:spacing w:after="0"/>
              <w:jc w:val="right"/>
            </w:pPr>
            <w:r>
              <w:rPr>
                <w:sz w:val="16"/>
              </w:rPr>
              <w:t>$17,351</w:t>
            </w:r>
          </w:p>
        </w:tc>
        <w:tc>
          <w:tcPr>
            <w:tcW w:type="dxa" w:w="983"/>
          </w:tcPr>
          <w:p>
            <w:pPr>
              <w:spacing w:after="0"/>
              <w:jc w:val="right"/>
            </w:pPr>
            <w:r>
              <w:rPr>
                <w:sz w:val="16"/>
              </w:rPr>
              <w:t>$6,162</w:t>
            </w:r>
          </w:p>
        </w:tc>
        <w:tc>
          <w:tcPr>
            <w:tcW w:type="dxa" w:w="1305"/>
          </w:tcPr>
          <w:p>
            <w:pPr>
              <w:spacing w:after="0"/>
              <w:jc w:val="right"/>
            </w:pPr>
            <w:r>
              <w:rPr>
                <w:sz w:val="16"/>
              </w:rPr>
              <w:t>n/a (see note)</w:t>
            </w:r>
          </w:p>
        </w:tc>
        <w:tc>
          <w:tcPr>
            <w:tcW w:type="dxa" w:w="1207"/>
          </w:tcPr>
          <w:p>
            <w:pPr>
              <w:spacing w:after="0"/>
              <w:jc w:val="right"/>
            </w:pPr>
            <w:r>
              <w:rPr>
                <w:sz w:val="16"/>
              </w:rPr>
              <w:t>$0</w:t>
            </w:r>
          </w:p>
        </w:tc>
        <w:tc>
          <w:tcPr>
            <w:tcW w:type="dxa" w:w="1099"/>
          </w:tcPr>
          <w:p>
            <w:pPr>
              <w:spacing w:after="0"/>
              <w:jc w:val="right"/>
            </w:pPr>
          </w:p>
        </w:tc>
        <w:tc>
          <w:tcPr>
            <w:tcW w:type="dxa" w:w="1179"/>
          </w:tcPr>
          <w:p>
            <w:pPr>
              <w:spacing w:after="0"/>
              <w:jc w:val="right"/>
            </w:pPr>
            <w:r>
              <w:rPr>
                <w:sz w:val="16"/>
              </w:rPr>
              <w:t>$803,682.78</w:t>
            </w: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$137,113,960</w:t>
            </w:r>
          </w:p>
        </w:tc>
        <w:tc>
          <w:tcPr>
            <w:tcW w:type="dxa" w:w="1135"/>
          </w:tcPr>
          <w:p>
            <w:pPr>
              <w:spacing w:after="0"/>
              <w:jc w:val="right"/>
            </w:pPr>
            <w:r>
              <w:rPr>
                <w:sz w:val="16"/>
              </w:rPr>
              <w:t>n/a</w:t>
            </w:r>
          </w:p>
        </w:tc>
        <w:tc>
          <w:tcPr>
            <w:tcW w:type="dxa" w:w="1044"/>
          </w:tcPr>
          <w:p>
            <w:pPr>
              <w:spacing w:after="0"/>
              <w:jc w:val="right"/>
            </w:pPr>
            <w:r>
              <w:rPr>
                <w:sz w:val="16"/>
              </w:rPr>
              <w:t>775</w:t>
            </w:r>
          </w:p>
        </w:tc>
        <w:tc>
          <w:tcPr>
            <w:tcW w:type="dxa" w:w="1037"/>
          </w:tcPr>
          <w:p>
            <w:pPr>
              <w:spacing w:after="0"/>
              <w:jc w:val="right"/>
            </w:pPr>
            <w:r>
              <w:rPr>
                <w:sz w:val="16"/>
              </w:rPr>
              <w:t>$44</w:t>
            </w:r>
          </w:p>
        </w:tc>
        <w:tc>
          <w:tcPr>
            <w:tcW w:type="dxa" w:w="1126"/>
          </w:tcPr>
          <w:p>
            <w:pPr>
              <w:spacing w:after="0"/>
              <w:jc w:val="right"/>
            </w:pPr>
            <w:r>
              <w:rPr>
                <w:sz w:val="16"/>
              </w:rPr>
              <w:t>n/a</w:t>
            </w:r>
          </w:p>
        </w:tc>
        <w:tc>
          <w:tcPr>
            <w:tcW w:type="dxa" w:w="983"/>
          </w:tcPr>
          <w:p>
            <w:pPr>
              <w:spacing w:after="0"/>
              <w:jc w:val="right"/>
            </w:pPr>
            <w:r>
              <w:rPr>
                <w:sz w:val="16"/>
              </w:rPr>
              <w:t>$770</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179"/>
          </w:tcPr>
          <w:p>
            <w:pPr>
              <w:spacing w:after="0"/>
              <w:jc w:val="right"/>
            </w:pPr>
            <w:r>
              <w:rPr>
                <w:sz w:val="16"/>
              </w:rPr>
              <w:t>$803,682.78</w:t>
            </w: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$2,232,060,049</w:t>
            </w:r>
          </w:p>
        </w:tc>
        <w:tc>
          <w:tcPr>
            <w:tcW w:type="dxa" w:w="1135"/>
          </w:tcPr>
          <w:p>
            <w:pPr>
              <w:spacing w:after="0"/>
              <w:jc w:val="right"/>
            </w:pPr>
            <w:r>
              <w:rPr>
                <w:sz w:val="16"/>
              </w:rPr>
              <w:t>n/a</w:t>
            </w:r>
          </w:p>
        </w:tc>
        <w:tc>
          <w:tcPr>
            <w:tcW w:type="dxa" w:w="1044"/>
          </w:tcPr>
          <w:p>
            <w:pPr>
              <w:spacing w:after="0"/>
              <w:jc w:val="right"/>
            </w:pPr>
            <w:r>
              <w:rPr>
                <w:sz w:val="16"/>
              </w:rPr>
              <w:t>10,286</w:t>
            </w:r>
          </w:p>
        </w:tc>
        <w:tc>
          <w:tcPr>
            <w:tcW w:type="dxa" w:w="1037"/>
          </w:tcPr>
          <w:p>
            <w:pPr>
              <w:spacing w:after="0"/>
              <w:jc w:val="right"/>
            </w:pPr>
            <w:r>
              <w:rPr>
                <w:sz w:val="16"/>
              </w:rPr>
              <w:t>$5,727</w:t>
            </w:r>
          </w:p>
        </w:tc>
        <w:tc>
          <w:tcPr>
            <w:tcW w:type="dxa" w:w="1126"/>
          </w:tcPr>
          <w:p>
            <w:pPr>
              <w:spacing w:after="0"/>
              <w:jc w:val="right"/>
            </w:pPr>
            <w:r>
              <w:rPr>
                <w:sz w:val="16"/>
              </w:rPr>
              <w:t>n/a</w:t>
            </w:r>
          </w:p>
        </w:tc>
        <w:tc>
          <w:tcPr>
            <w:tcW w:type="dxa" w:w="983"/>
          </w:tcPr>
          <w:p>
            <w:pPr>
              <w:spacing w:after="0"/>
              <w:jc w:val="right"/>
            </w:pPr>
            <w:r>
              <w:rPr>
                <w:sz w:val="16"/>
              </w:rPr>
              <w:t>$80,642</w:t>
            </w:r>
          </w:p>
        </w:tc>
        <w:tc>
          <w:tcPr>
            <w:tcW w:type="dxa" w:w="1305"/>
          </w:tcPr>
          <w:p>
            <w:pPr>
              <w:spacing w:after="0"/>
              <w:jc w:val="right"/>
            </w:pPr>
            <w:r>
              <w:rPr>
                <w:sz w:val="16"/>
              </w:rPr>
              <w:t>0.000257%</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$2,232,060,049</w:t>
            </w:r>
          </w:p>
        </w:tc>
        <w:tc>
          <w:tcPr>
            <w:tcW w:type="dxa" w:w="1135"/>
          </w:tcPr>
          <w:p>
            <w:pPr>
              <w:spacing w:after="0"/>
              <w:jc w:val="right"/>
            </w:pPr>
            <w:r>
              <w:rPr>
                <w:sz w:val="16"/>
              </w:rPr>
              <w:t>$55,544,039</w:t>
            </w:r>
          </w:p>
        </w:tc>
        <w:tc>
          <w:tcPr>
            <w:tcW w:type="dxa" w:w="1044"/>
          </w:tcPr>
          <w:p>
            <w:pPr>
              <w:spacing w:after="0"/>
              <w:jc w:val="right"/>
            </w:pPr>
            <w:r>
              <w:rPr>
                <w:sz w:val="16"/>
              </w:rPr>
              <w:t>10,286</w:t>
            </w:r>
          </w:p>
        </w:tc>
        <w:tc>
          <w:tcPr>
            <w:tcW w:type="dxa" w:w="1037"/>
          </w:tcPr>
          <w:p>
            <w:pPr>
              <w:spacing w:after="0"/>
              <w:jc w:val="right"/>
            </w:pPr>
            <w:r>
              <w:rPr>
                <w:sz w:val="16"/>
              </w:rPr>
              <w:t>$104,424</w:t>
            </w:r>
          </w:p>
        </w:tc>
        <w:tc>
          <w:tcPr>
            <w:tcW w:type="dxa" w:w="1126"/>
          </w:tcPr>
          <w:p>
            <w:pPr>
              <w:spacing w:after="0"/>
              <w:jc w:val="right"/>
            </w:pPr>
            <w:r>
              <w:rPr>
                <w:sz w:val="16"/>
              </w:rPr>
              <w:t>$29,592</w:t>
            </w:r>
          </w:p>
        </w:tc>
        <w:tc>
          <w:tcPr>
            <w:tcW w:type="dxa" w:w="983"/>
          </w:tcPr>
          <w:p>
            <w:pPr>
              <w:spacing w:after="0"/>
              <w:jc w:val="right"/>
            </w:pPr>
            <w:r>
              <w:rPr>
                <w:sz w:val="16"/>
              </w:rPr>
              <w:t>$163,969</w:t>
            </w:r>
          </w:p>
        </w:tc>
        <w:tc>
          <w:tcPr>
            <w:tcW w:type="dxa" w:w="1305"/>
          </w:tcPr>
          <w:p>
            <w:pPr>
              <w:spacing w:after="0"/>
              <w:jc w:val="right"/>
            </w:pPr>
            <w:r>
              <w:rPr>
                <w:sz w:val="16"/>
              </w:rPr>
              <w:t>0.00468%</w:t>
            </w:r>
          </w:p>
        </w:tc>
        <w:tc>
          <w:tcPr>
            <w:tcW w:type="dxa" w:w="1207"/>
          </w:tcPr>
          <w:p>
            <w:pPr>
              <w:spacing w:after="0"/>
              <w:jc w:val="right"/>
            </w:pPr>
            <w:r>
              <w:rPr>
                <w:sz w:val="16"/>
              </w:rPr>
              <w:t>$0</w:t>
            </w:r>
          </w:p>
        </w:tc>
        <w:tc>
          <w:tcPr>
            <w:tcW w:type="dxa" w:w="1099"/>
          </w:tcPr>
          <w:p>
            <w:pPr>
              <w:spacing w:after="0"/>
              <w:jc w:val="right"/>
            </w:pPr>
          </w:p>
        </w:tc>
        <w:tc>
          <w:tcPr>
            <w:tcW w:type="dxa" w:w="1179"/>
          </w:tcPr>
          <w:p>
            <w:pPr>
              <w:spacing w:after="0"/>
              <w:jc w:val="right"/>
            </w:pPr>
            <w:r>
              <w:rPr>
                <w:sz w:val="16"/>
              </w:rPr>
              <w:t>$803,682.78</w:t>
            </w: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$2,232,060,049</w:t>
            </w:r>
          </w:p>
        </w:tc>
        <w:tc>
          <w:tcPr>
            <w:tcW w:type="dxa" w:w="1135"/>
          </w:tcPr>
          <w:p>
            <w:pPr>
              <w:spacing w:after="0"/>
              <w:jc w:val="right"/>
            </w:pPr>
            <w:r>
              <w:rPr>
                <w:sz w:val="16"/>
              </w:rPr>
              <w:t>$55,544,039</w:t>
            </w:r>
          </w:p>
        </w:tc>
        <w:tc>
          <w:tcPr>
            <w:tcW w:type="dxa" w:w="1044"/>
          </w:tcPr>
          <w:p>
            <w:pPr>
              <w:spacing w:after="0"/>
              <w:jc w:val="right"/>
            </w:pPr>
            <w:r>
              <w:rPr>
                <w:sz w:val="16"/>
              </w:rPr>
              <w:t>10,286</w:t>
            </w:r>
          </w:p>
        </w:tc>
        <w:tc>
          <w:tcPr>
            <w:tcW w:type="dxa" w:w="1037"/>
          </w:tcPr>
          <w:p>
            <w:pPr>
              <w:spacing w:after="0"/>
              <w:jc w:val="right"/>
            </w:pPr>
            <w:r>
              <w:rPr>
                <w:sz w:val="16"/>
              </w:rPr>
              <w:t>$316,374</w:t>
            </w:r>
          </w:p>
        </w:tc>
        <w:tc>
          <w:tcPr>
            <w:tcW w:type="dxa" w:w="1126"/>
          </w:tcPr>
          <w:p>
            <w:pPr>
              <w:spacing w:after="0"/>
              <w:jc w:val="right"/>
            </w:pPr>
            <w:r>
              <w:rPr>
                <w:sz w:val="16"/>
              </w:rPr>
              <w:t>$3,253</w:t>
            </w:r>
          </w:p>
        </w:tc>
        <w:tc>
          <w:tcPr>
            <w:tcW w:type="dxa" w:w="983"/>
          </w:tcPr>
          <w:p>
            <w:pPr>
              <w:spacing w:after="0"/>
              <w:jc w:val="right"/>
            </w:pPr>
            <w:r>
              <w:rPr>
                <w:sz w:val="16"/>
              </w:rPr>
              <w:t>$386,753</w:t>
            </w:r>
          </w:p>
        </w:tc>
        <w:tc>
          <w:tcPr>
            <w:tcW w:type="dxa" w:w="1305"/>
          </w:tcPr>
          <w:p>
            <w:pPr>
              <w:spacing w:after="0"/>
              <w:jc w:val="right"/>
            </w:pPr>
            <w:r>
              <w:rPr>
                <w:sz w:val="16"/>
              </w:rPr>
              <w:t>0.0142%</w:t>
            </w:r>
          </w:p>
        </w:tc>
        <w:tc>
          <w:tcPr>
            <w:tcW w:type="dxa" w:w="1207"/>
          </w:tcPr>
          <w:p>
            <w:pPr>
              <w:spacing w:after="0"/>
              <w:jc w:val="right"/>
            </w:pPr>
          </w:p>
        </w:tc>
        <w:tc>
          <w:tcPr>
            <w:tcW w:type="dxa" w:w="1099"/>
          </w:tcPr>
          <w:p>
            <w:pPr>
              <w:spacing w:after="0"/>
              <w:jc w:val="right"/>
            </w:pPr>
          </w:p>
        </w:tc>
        <w:tc>
          <w:tcPr>
            <w:tcW w:type="dxa" w:w="1179"/>
          </w:tcPr>
          <w:p>
            <w:pPr>
              <w:spacing w:after="0"/>
              <w:jc w:val="right"/>
            </w:pPr>
            <w:r>
              <w:rPr>
                <w:sz w:val="16"/>
              </w:rPr>
              <w:t>$324,690.47</w:t>
            </w: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$105,585,187</w:t>
            </w:r>
          </w:p>
        </w:tc>
        <w:tc>
          <w:tcPr>
            <w:tcW w:type="dxa" w:w="1135"/>
          </w:tcPr>
          <w:p>
            <w:pPr>
              <w:spacing w:after="0"/>
              <w:jc w:val="right"/>
            </w:pPr>
            <w:r>
              <w:rPr>
                <w:sz w:val="16"/>
              </w:rPr>
              <w:t>$6,601,397</w:t>
            </w:r>
          </w:p>
        </w:tc>
        <w:tc>
          <w:tcPr>
            <w:tcW w:type="dxa" w:w="1044"/>
          </w:tcPr>
          <w:p>
            <w:pPr>
              <w:spacing w:after="0"/>
              <w:jc w:val="right"/>
            </w:pPr>
            <w:r>
              <w:rPr>
                <w:sz w:val="16"/>
              </w:rPr>
              <w:t>1,486</w:t>
            </w:r>
          </w:p>
        </w:tc>
        <w:tc>
          <w:tcPr>
            <w:tcW w:type="dxa" w:w="1037"/>
          </w:tcPr>
          <w:p>
            <w:pPr>
              <w:spacing w:after="0"/>
              <w:jc w:val="right"/>
            </w:pPr>
            <w:r>
              <w:rPr>
                <w:sz w:val="16"/>
              </w:rPr>
              <w:t>$819</w:t>
            </w:r>
          </w:p>
        </w:tc>
        <w:tc>
          <w:tcPr>
            <w:tcW w:type="dxa" w:w="1126"/>
          </w:tcPr>
          <w:p>
            <w:pPr>
              <w:spacing w:after="0"/>
              <w:jc w:val="right"/>
            </w:pPr>
            <w:r>
              <w:rPr>
                <w:sz w:val="16"/>
              </w:rPr>
              <w:t>$9</w:t>
            </w:r>
          </w:p>
        </w:tc>
        <w:tc>
          <w:tcPr>
            <w:tcW w:type="dxa" w:w="983"/>
          </w:tcPr>
          <w:p>
            <w:pPr>
              <w:spacing w:after="0"/>
              <w:jc w:val="right"/>
            </w:pPr>
            <w:r>
              <w:rPr>
                <w:sz w:val="16"/>
              </w:rPr>
              <w:t>$448</w:t>
            </w:r>
          </w:p>
        </w:tc>
        <w:tc>
          <w:tcPr>
            <w:tcW w:type="dxa" w:w="1305"/>
          </w:tcPr>
          <w:p>
            <w:pPr>
              <w:spacing w:after="0"/>
              <w:jc w:val="right"/>
            </w:pPr>
            <w:r>
              <w:rPr>
                <w:sz w:val="16"/>
              </w:rPr>
              <w:t>0.000776%</w:t>
            </w:r>
          </w:p>
        </w:tc>
        <w:tc>
          <w:tcPr>
            <w:tcW w:type="dxa" w:w="1207"/>
          </w:tcPr>
          <w:p>
            <w:pPr>
              <w:spacing w:after="0"/>
              <w:jc w:val="right"/>
            </w:pPr>
          </w:p>
        </w:tc>
        <w:tc>
          <w:tcPr>
            <w:tcW w:type="dxa" w:w="1099"/>
          </w:tcPr>
          <w:p>
            <w:pPr>
              <w:spacing w:after="0"/>
              <w:jc w:val="right"/>
            </w:pPr>
          </w:p>
        </w:tc>
        <w:tc>
          <w:tcPr>
            <w:tcW w:type="dxa" w:w="117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$2,232,060,049</w:t>
            </w:r>
          </w:p>
        </w:tc>
        <w:tc>
          <w:tcPr>
            <w:tcW w:type="dxa" w:w="1135"/>
          </w:tcPr>
          <w:p>
            <w:pPr>
              <w:spacing w:after="0"/>
              <w:jc w:val="right"/>
            </w:pPr>
            <w:r>
              <w:rPr>
                <w:sz w:val="16"/>
              </w:rPr>
              <w:t>$55,544,039</w:t>
            </w:r>
          </w:p>
        </w:tc>
        <w:tc>
          <w:tcPr>
            <w:tcW w:type="dxa" w:w="1044"/>
          </w:tcPr>
          <w:p>
            <w:pPr>
              <w:spacing w:after="0"/>
              <w:jc w:val="right"/>
            </w:pPr>
            <w:r>
              <w:rPr>
                <w:sz w:val="16"/>
              </w:rPr>
              <w:t>10,286</w:t>
            </w:r>
          </w:p>
        </w:tc>
        <w:tc>
          <w:tcPr>
            <w:tcW w:type="dxa" w:w="1037"/>
          </w:tcPr>
          <w:p>
            <w:pPr>
              <w:spacing w:after="0"/>
              <w:jc w:val="right"/>
            </w:pPr>
            <w:r>
              <w:rPr>
                <w:sz w:val="16"/>
              </w:rPr>
              <w:t>$23,696</w:t>
            </w:r>
          </w:p>
        </w:tc>
        <w:tc>
          <w:tcPr>
            <w:tcW w:type="dxa" w:w="1126"/>
          </w:tcPr>
          <w:p>
            <w:pPr>
              <w:spacing w:after="0"/>
              <w:jc w:val="right"/>
            </w:pPr>
            <w:r>
              <w:rPr>
                <w:sz w:val="16"/>
              </w:rPr>
              <w:t>$1</w:t>
            </w:r>
          </w:p>
        </w:tc>
        <w:tc>
          <w:tcPr>
            <w:tcW w:type="dxa" w:w="983"/>
          </w:tcPr>
          <w:p>
            <w:pPr>
              <w:spacing w:after="0"/>
              <w:jc w:val="right"/>
            </w:pPr>
            <w:r>
              <w:rPr>
                <w:sz w:val="16"/>
              </w:rPr>
              <w:t>$15,539</w:t>
            </w:r>
          </w:p>
        </w:tc>
        <w:tc>
          <w:tcPr>
            <w:tcW w:type="dxa" w:w="1305"/>
          </w:tcPr>
          <w:p>
            <w:pPr>
              <w:spacing w:after="0"/>
              <w:jc w:val="right"/>
            </w:pPr>
            <w:r>
              <w:rPr>
                <w:sz w:val="16"/>
              </w:rPr>
              <w:t>0.00106%</w:t>
            </w:r>
          </w:p>
        </w:tc>
        <w:tc>
          <w:tcPr>
            <w:tcW w:type="dxa" w:w="1207"/>
          </w:tcPr>
          <w:p>
            <w:pPr>
              <w:spacing w:after="0"/>
              <w:jc w:val="right"/>
            </w:pPr>
          </w:p>
        </w:tc>
        <w:tc>
          <w:tcPr>
            <w:tcW w:type="dxa" w:w="1099"/>
          </w:tcPr>
          <w:p>
            <w:pPr>
              <w:spacing w:after="0"/>
              <w:jc w:val="right"/>
            </w:pPr>
          </w:p>
        </w:tc>
        <w:tc>
          <w:tcPr>
            <w:tcW w:type="dxa" w:w="1179"/>
          </w:tcPr>
          <w:p>
            <w:pPr>
              <w:spacing w:after="0"/>
              <w:jc w:val="right"/>
            </w:pPr>
            <w:r>
              <w:rPr>
                <w:sz w:val="16"/>
              </w:rPr>
              <w:t>$98,845.76</w:t>
            </w: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2022-09-16 (Storm Events through 2026-06-30): 15 county-coded records, 9 with a damage value recorded (including $0), $0; 3 zone-level records, 0 with a damage value recorded (including $0), $0 reported for the zone; Public Assistance: $902,528.54 on 10 counted declarations, 4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10,286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$2,232,060,049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$55,544,039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$3,306,419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$1,292,348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Edmonton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Metcalfe County (unincorporated area)</w:t>
            </w:r>
          </w:p>
        </w:tc>
        <w:tc>
          <w:tcPr>
            <w:tcW w:type="dxa" w:w="1604"/>
          </w:tcPr>
          <w:p>
            <w:pPr>
              <w:spacing w:after="0"/>
              <w:jc w:val="left"/>
            </w:pPr>
            <w:r>
              <w:rPr>
                <w:sz w:val="16"/>
              </w:rPr>
              <w:t>210345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Edmonton city</w:t>
            </w:r>
          </w:p>
        </w:tc>
        <w:tc>
          <w:tcPr>
            <w:tcW w:type="dxa" w:w="1604"/>
          </w:tcPr>
          <w:p>
            <w:pPr>
              <w:spacing w:after="0"/>
              <w:jc w:val="left"/>
            </w:pPr>
            <w:r>
              <w:rPr>
                <w:sz w:val="16"/>
              </w:rPr>
              <w:t>210173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Metcalfe County, KY: risk-assessment baseline packet, release 2026-10 (data as of 2026-09-30; County FIPS 21169). Automated baseline. </w:t>
      </w:r>
      <w:hyperlink r:id="rId15">
        <w:r>
          <w:rPr>
            <w:color w:val="1F4E99"/>
            <w:sz w:val="17"/>
            <w:u w:val="single"/>
          </w:rPr>
          <w:t>https://hazardplain.org/ky/21169/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Metcalfe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Metcalfe County, KY: Risk-assessment baseline packet</dc:title>
  <dc:subject>Hazard Plain release 2026-10, as of 2026-09-30. Automated baseline</dc:subject>
  <dc:creator>Hazard Plain</dc:creator>
  <cp:keywords>Hazard Plain; hazard mitigation; risk assessment; 21169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