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Larue County, KY</w:t>
      </w:r>
    </w:p>
    <w:p>
      <w:pPr>
        <w:spacing w:after="120" w:before="0"/>
      </w:pPr>
      <w:r>
        <w:rPr>
          <w:color w:val="555555"/>
          <w:sz w:val="24"/>
        </w:rPr>
        <w:t>Risk-assessment baseline packet</w:t>
      </w:r>
    </w:p>
    <w:p>
      <w:pPr>
        <w:spacing w:after="120" w:before="0"/>
      </w:pPr>
      <w:r>
        <w:rPr>
          <w:b/>
          <w:sz w:val="18"/>
        </w:rPr>
        <w:t xml:space="preserve">County FIPS: </w:t>
      </w:r>
      <w:r>
        <w:rPr>
          <w:sz w:val="18"/>
        </w:rPr>
        <w:t>21123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2028-04-17. Plan: Lincoln Trail ADD Regional (FEMA plan 108981), approved 2023-04-18.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2023-04-18: 6 new hazard declarations (5 incidents) and 25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($3,228,439 a year), Tornado ($867,859) and Strong Wind ($566,815).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2028-04-17</w:t>
      </w:r>
    </w:p>
    <w:p>
      <w:pPr>
        <w:keepNext/>
        <w:spacing w:after="40" w:before="0"/>
      </w:pPr>
      <w:r>
        <w:rPr>
          <w:b/>
        </w:rPr>
        <w:t xml:space="preserve">Plan: </w:t>
      </w:r>
      <w:r>
        <w:rPr/>
        <w:t>Lincoln Trail ADD Regional (FEMA plan 108981)</w:t>
      </w:r>
    </w:p>
    <w:p>
      <w:pPr>
        <w:keepNext/>
        <w:spacing w:after="40" w:before="0"/>
      </w:pPr>
      <w:r>
        <w:rPr>
          <w:b/>
        </w:rPr>
        <w:t xml:space="preserve">Approved: </w:t>
      </w:r>
      <w:r>
        <w:rPr/>
        <w:t>2023-04-18</w:t>
      </w:r>
    </w:p>
    <w:p>
      <w:pPr>
        <w:keepNext/>
        <w:spacing w:after="40" w:before="0"/>
      </w:pPr>
      <w:r>
        <w:rPr>
          <w:b/>
        </w:rPr>
        <w:t xml:space="preserve">Days to expiry: </w:t>
      </w:r>
      <w:r>
        <w:rPr/>
        <w:t>565</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DR-4804-KY (Severe Storms, Straight-Line Winds, Tornadoes, Landslides, and Mudslides), EM-3624-KY (Severe Storms, Straight-Line Winds, Flooding, and Landslides), EM-3626-KY (Severe Storms, Straight-Line Winds, Tornadoes, and Flooding), DR-4864-KY (Severe Storms, Straight-Line Winds, Tornadoes, Flooding, Landslides, and Mudslides), DR-4875-KY (Severe Storms, Straight-Line Winds, and Tornadoes),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7"/>
        <w:gridCol w:w="1394"/>
        <w:gridCol w:w="2190"/>
        <w:gridCol w:w="3228"/>
        <w:gridCol w:w="1037"/>
        <w:gridCol w:w="1037"/>
        <w:gridCol w:w="864"/>
        <w:gridCol w:w="2816"/>
      </w:tblGrid>
      <w:tr>
        <w:trPr>
          <w:cantSplit/>
          <w:tblHeader/>
        </w:trPr>
        <w:tc>
          <w:tcPr>
            <w:tcW w:type="dxa" w:w="154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0"/>
            <w:shd w:val="clear" w:color="auto" w:fill="E8E8E8"/>
          </w:tcPr>
          <w:p>
            <w:pPr>
              <w:spacing w:after="0"/>
              <w:jc w:val="left"/>
            </w:pPr>
            <w:r>
              <w:rPr>
                <w:b/>
                <w:sz w:val="16"/>
              </w:rPr>
              <w:t>Status</w:t>
            </w:r>
          </w:p>
        </w:tc>
        <w:tc>
          <w:tcPr>
            <w:tcW w:type="dxa" w:w="322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16"/>
            <w:shd w:val="clear" w:color="auto" w:fill="E8E8E8"/>
          </w:tcPr>
          <w:p>
            <w:pPr>
              <w:spacing w:after="0"/>
              <w:jc w:val="left"/>
            </w:pPr>
            <w:r>
              <w:rPr>
                <w:b/>
                <w:sz w:val="16"/>
              </w:rPr>
              <w:t>Notes</w:t>
            </w:r>
          </w:p>
        </w:tc>
      </w:tr>
      <w:tr>
        <w:trPr>
          <w:cantSplit/>
        </w:trPr>
        <w:tc>
          <w:tcPr>
            <w:tcW w:type="dxa" w:w="1547"/>
          </w:tcPr>
          <w:p>
            <w:pPr>
              <w:spacing w:after="0"/>
              <w:jc w:val="left"/>
            </w:pPr>
            <w:r>
              <w:rPr>
                <w:sz w:val="16"/>
              </w:rPr>
              <w:t>Larue County (unincorporated area)</w:t>
            </w:r>
          </w:p>
        </w:tc>
        <w:tc>
          <w:tcPr>
            <w:tcW w:type="dxa" w:w="1394"/>
          </w:tcPr>
          <w:p>
            <w:pPr>
              <w:spacing w:after="0"/>
              <w:jc w:val="left"/>
            </w:pPr>
            <w:r>
              <w:rPr>
                <w:sz w:val="16"/>
              </w:rPr>
              <w:t>Unincorporated</w:t>
            </w:r>
          </w:p>
        </w:tc>
        <w:tc>
          <w:tcPr>
            <w:tcW w:type="dxa" w:w="2190"/>
          </w:tcPr>
          <w:p>
            <w:pPr>
              <w:spacing w:after="0"/>
              <w:jc w:val="left"/>
            </w:pPr>
            <w:r>
              <w:rPr>
                <w:sz w:val="16"/>
              </w:rPr>
              <w:t>Approved, expires 2028-04-17</w:t>
            </w:r>
          </w:p>
        </w:tc>
        <w:tc>
          <w:tcPr>
            <w:tcW w:type="dxa" w:w="3228"/>
          </w:tcPr>
          <w:p>
            <w:pPr>
              <w:spacing w:after="0"/>
              <w:jc w:val="left"/>
            </w:pPr>
            <w:r>
              <w:rPr>
                <w:sz w:val="16"/>
              </w:rPr>
              <w:t>Lincoln Trail ADD Regional (FEMA plan 108981)</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4"/>
          </w:tcPr>
          <w:p>
            <w:pPr>
              <w:spacing w:after="0"/>
              <w:jc w:val="right"/>
            </w:pPr>
            <w:r>
              <w:rPr>
                <w:sz w:val="16"/>
              </w:rPr>
              <w:t>565</w:t>
            </w:r>
          </w:p>
        </w:tc>
        <w:tc>
          <w:tcPr>
            <w:tcW w:type="dxa" w:w="2816"/>
          </w:tcPr>
          <w:p>
            <w:pPr>
              <w:spacing w:after="0"/>
              <w:jc w:val="left"/>
            </w:pPr>
            <w:r>
              <w:rPr>
                <w:sz w:val="16"/>
              </w:rPr>
              <w:t>this jurisdiction approved 2023-08-01</w:t>
            </w:r>
          </w:p>
        </w:tc>
      </w:tr>
      <w:tr>
        <w:trPr>
          <w:cantSplit/>
        </w:trPr>
        <w:tc>
          <w:tcPr>
            <w:tcW w:type="dxa" w:w="1547"/>
          </w:tcPr>
          <w:p>
            <w:pPr>
              <w:spacing w:after="0"/>
              <w:jc w:val="left"/>
            </w:pPr>
            <w:r>
              <w:rPr>
                <w:sz w:val="16"/>
              </w:rPr>
              <w:t>Hodgenville city</w:t>
            </w:r>
          </w:p>
        </w:tc>
        <w:tc>
          <w:tcPr>
            <w:tcW w:type="dxa" w:w="1394"/>
          </w:tcPr>
          <w:p>
            <w:pPr>
              <w:spacing w:after="0"/>
              <w:jc w:val="left"/>
            </w:pPr>
            <w:r>
              <w:rPr>
                <w:sz w:val="16"/>
              </w:rPr>
              <w:t>City</w:t>
            </w:r>
          </w:p>
        </w:tc>
        <w:tc>
          <w:tcPr>
            <w:tcW w:type="dxa" w:w="2190"/>
          </w:tcPr>
          <w:p>
            <w:pPr>
              <w:spacing w:after="0"/>
              <w:jc w:val="left"/>
            </w:pPr>
            <w:r>
              <w:rPr>
                <w:sz w:val="16"/>
              </w:rPr>
              <w:t>Approved, expires 2028-04-17</w:t>
            </w:r>
          </w:p>
        </w:tc>
        <w:tc>
          <w:tcPr>
            <w:tcW w:type="dxa" w:w="3228"/>
          </w:tcPr>
          <w:p>
            <w:pPr>
              <w:spacing w:after="0"/>
              <w:jc w:val="left"/>
            </w:pPr>
            <w:r>
              <w:rPr>
                <w:sz w:val="16"/>
              </w:rPr>
              <w:t>Lincoln Trail ADD Regional (FEMA plan 108981)</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4"/>
          </w:tcPr>
          <w:p>
            <w:pPr>
              <w:spacing w:after="0"/>
              <w:jc w:val="right"/>
            </w:pPr>
            <w:r>
              <w:rPr>
                <w:sz w:val="16"/>
              </w:rPr>
              <w:t>565</w:t>
            </w:r>
          </w:p>
        </w:tc>
        <w:tc>
          <w:tcPr>
            <w:tcW w:type="dxa" w:w="2816"/>
          </w:tcPr>
          <w:p>
            <w:pPr>
              <w:spacing w:after="0"/>
              <w:jc w:val="left"/>
            </w:pPr>
            <w:r>
              <w:rPr>
                <w:sz w:val="16"/>
              </w:rPr>
              <w:t>this jurisdiction approved 2023-08-01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108981 lists 33 other participants not on this page, 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$3,194,018</w:t>
            </w:r>
          </w:p>
        </w:tc>
        <w:tc>
          <w:tcPr>
            <w:tcW w:type="dxa" w:w="1126"/>
          </w:tcPr>
          <w:p>
            <w:pPr>
              <w:spacing w:after="0"/>
              <w:jc w:val="right"/>
            </w:pPr>
            <w:r>
              <w:rPr>
                <w:sz w:val="16"/>
              </w:rPr>
              <w:t>$26,834</w:t>
            </w:r>
          </w:p>
        </w:tc>
        <w:tc>
          <w:tcPr>
            <w:tcW w:type="dxa" w:w="1935"/>
          </w:tcPr>
          <w:p>
            <w:pPr>
              <w:spacing w:after="0"/>
              <w:jc w:val="right"/>
            </w:pPr>
            <w:r>
              <w:rPr>
                <w:sz w:val="16"/>
              </w:rPr>
              <w:t>$7,587</w:t>
            </w:r>
          </w:p>
        </w:tc>
        <w:tc>
          <w:tcPr>
            <w:tcW w:type="dxa" w:w="1195"/>
          </w:tcPr>
          <w:p>
            <w:pPr>
              <w:spacing w:after="0"/>
              <w:jc w:val="right"/>
            </w:pPr>
            <w:r>
              <w:rPr>
                <w:sz w:val="16"/>
              </w:rPr>
              <w:t>$3,228,439</w:t>
            </w:r>
          </w:p>
        </w:tc>
        <w:tc>
          <w:tcPr>
            <w:tcW w:type="dxa" w:w="2145"/>
          </w:tcPr>
          <w:p>
            <w:pPr>
              <w:spacing w:after="0"/>
              <w:jc w:val="right"/>
            </w:pPr>
            <w:r>
              <w:rPr>
                <w:sz w:val="16"/>
              </w:rPr>
              <w:t>31</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$471,170</w:t>
            </w:r>
          </w:p>
        </w:tc>
        <w:tc>
          <w:tcPr>
            <w:tcW w:type="dxa" w:w="1126"/>
          </w:tcPr>
          <w:p>
            <w:pPr>
              <w:spacing w:after="0"/>
              <w:jc w:val="right"/>
            </w:pPr>
            <w:r>
              <w:rPr>
                <w:sz w:val="16"/>
              </w:rPr>
              <w:t>$2,610</w:t>
            </w:r>
          </w:p>
        </w:tc>
        <w:tc>
          <w:tcPr>
            <w:tcW w:type="dxa" w:w="1935"/>
          </w:tcPr>
          <w:p>
            <w:pPr>
              <w:spacing w:after="0"/>
              <w:jc w:val="right"/>
            </w:pPr>
            <w:r>
              <w:rPr>
                <w:sz w:val="16"/>
              </w:rPr>
              <w:t>$394,079</w:t>
            </w:r>
          </w:p>
        </w:tc>
        <w:tc>
          <w:tcPr>
            <w:tcW w:type="dxa" w:w="1195"/>
          </w:tcPr>
          <w:p>
            <w:pPr>
              <w:spacing w:after="0"/>
              <w:jc w:val="right"/>
            </w:pPr>
            <w:r>
              <w:rPr>
                <w:sz w:val="16"/>
              </w:rPr>
              <w:t>$867,859</w:t>
            </w:r>
          </w:p>
        </w:tc>
        <w:tc>
          <w:tcPr>
            <w:tcW w:type="dxa" w:w="2145"/>
          </w:tcPr>
          <w:p>
            <w:pPr>
              <w:spacing w:after="0"/>
              <w:jc w:val="right"/>
            </w:pPr>
            <w:r>
              <w:rPr>
                <w:sz w:val="16"/>
              </w:rPr>
              <w:t>12</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$176,623</w:t>
            </w:r>
          </w:p>
        </w:tc>
        <w:tc>
          <w:tcPr>
            <w:tcW w:type="dxa" w:w="1126"/>
          </w:tcPr>
          <w:p>
            <w:pPr>
              <w:spacing w:after="0"/>
              <w:jc w:val="right"/>
            </w:pPr>
            <w:r>
              <w:rPr>
                <w:sz w:val="16"/>
              </w:rPr>
              <w:t>$16,438</w:t>
            </w:r>
          </w:p>
        </w:tc>
        <w:tc>
          <w:tcPr>
            <w:tcW w:type="dxa" w:w="1935"/>
          </w:tcPr>
          <w:p>
            <w:pPr>
              <w:spacing w:after="0"/>
              <w:jc w:val="right"/>
            </w:pPr>
            <w:r>
              <w:rPr>
                <w:sz w:val="16"/>
              </w:rPr>
              <w:t>$373,753</w:t>
            </w:r>
          </w:p>
        </w:tc>
        <w:tc>
          <w:tcPr>
            <w:tcW w:type="dxa" w:w="1195"/>
          </w:tcPr>
          <w:p>
            <w:pPr>
              <w:spacing w:after="0"/>
              <w:jc w:val="right"/>
            </w:pPr>
            <w:r>
              <w:rPr>
                <w:sz w:val="16"/>
              </w:rPr>
              <w:t>$566,815</w:t>
            </w:r>
          </w:p>
        </w:tc>
        <w:tc>
          <w:tcPr>
            <w:tcW w:type="dxa" w:w="2145"/>
          </w:tcPr>
          <w:p>
            <w:pPr>
              <w:spacing w:after="0"/>
              <w:jc w:val="right"/>
            </w:pPr>
            <w:r>
              <w:rPr>
                <w:sz w:val="16"/>
              </w:rPr>
              <w:t>102</w:t>
            </w:r>
          </w:p>
        </w:tc>
        <w:tc>
          <w:tcPr>
            <w:tcW w:type="dxa" w:w="2206"/>
          </w:tcPr>
          <w:p>
            <w:pPr>
              <w:spacing w:after="0"/>
              <w:jc w:val="left"/>
            </w:pPr>
            <w:r>
              <w:rPr>
                <w:sz w:val="16"/>
              </w:rPr>
              <w:t>Includes 2 High Wind and 1 Strong Wind records (NOAA non-thunderstorm wind types,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$2,247</w:t>
            </w:r>
          </w:p>
        </w:tc>
        <w:tc>
          <w:tcPr>
            <w:tcW w:type="dxa" w:w="1126"/>
          </w:tcPr>
          <w:p>
            <w:pPr>
              <w:spacing w:after="0"/>
              <w:jc w:val="right"/>
            </w:pPr>
            <w:r>
              <w:rPr>
                <w:sz w:val="16"/>
              </w:rPr>
              <w:t>$31,061</w:t>
            </w:r>
          </w:p>
        </w:tc>
        <w:tc>
          <w:tcPr>
            <w:tcW w:type="dxa" w:w="1935"/>
          </w:tcPr>
          <w:p>
            <w:pPr>
              <w:spacing w:after="0"/>
              <w:jc w:val="right"/>
            </w:pPr>
            <w:r>
              <w:rPr>
                <w:sz w:val="16"/>
              </w:rPr>
              <w:t>$479,701</w:t>
            </w:r>
          </w:p>
        </w:tc>
        <w:tc>
          <w:tcPr>
            <w:tcW w:type="dxa" w:w="1195"/>
          </w:tcPr>
          <w:p>
            <w:pPr>
              <w:spacing w:after="0"/>
              <w:jc w:val="right"/>
            </w:pPr>
            <w:r>
              <w:rPr>
                <w:sz w:val="16"/>
              </w:rPr>
              <w:t>$513,010</w:t>
            </w:r>
          </w:p>
        </w:tc>
        <w:tc>
          <w:tcPr>
            <w:tcW w:type="dxa" w:w="2145"/>
          </w:tcPr>
          <w:p>
            <w:pPr>
              <w:spacing w:after="0"/>
              <w:jc w:val="right"/>
            </w:pPr>
            <w:r>
              <w:rPr>
                <w:sz w:val="16"/>
              </w:rPr>
              <w:t>4</w:t>
            </w:r>
          </w:p>
        </w:tc>
        <w:tc>
          <w:tcPr>
            <w:tcW w:type="dxa" w:w="2206"/>
          </w:tcPr>
          <w:p>
            <w:pPr>
              <w:spacing w:after="0"/>
              <w:jc w:val="left"/>
            </w:pPr>
            <w:r>
              <w:rPr>
                <w:sz w:val="16"/>
              </w:rPr>
              <w:t>Includes 4 Frost/Freeze records (outside NRI's Cold Wave definition; counted in this table and in B1-d, not in the B1-e descriptor).</w:t>
            </w:r>
          </w:p>
        </w:tc>
      </w:tr>
      <w:tr>
        <w:trPr>
          <w:cantSplit/>
        </w:trPr>
        <w:tc>
          <w:tcPr>
            <w:tcW w:type="dxa" w:w="724"/>
          </w:tcPr>
          <w:p>
            <w:pPr>
              <w:spacing w:after="0"/>
              <w:jc w:val="right"/>
            </w:pPr>
            <w:r>
              <w:rPr>
                <w:sz w:val="16"/>
              </w:rPr>
              <w:t>5</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$437,411</w:t>
            </w:r>
          </w:p>
        </w:tc>
        <w:tc>
          <w:tcPr>
            <w:tcW w:type="dxa" w:w="1126"/>
          </w:tcPr>
          <w:p>
            <w:pPr>
              <w:spacing w:after="0"/>
              <w:jc w:val="right"/>
            </w:pPr>
            <w:r>
              <w:rPr>
                <w:sz w:val="16"/>
              </w:rPr>
              <w:t>$15,005</w:t>
            </w:r>
          </w:p>
        </w:tc>
        <w:tc>
          <w:tcPr>
            <w:tcW w:type="dxa" w:w="1935"/>
          </w:tcPr>
          <w:p>
            <w:pPr>
              <w:spacing w:after="0"/>
              <w:jc w:val="right"/>
            </w:pPr>
            <w:r>
              <w:rPr>
                <w:sz w:val="16"/>
              </w:rPr>
              <w:t>$18,733</w:t>
            </w:r>
          </w:p>
        </w:tc>
        <w:tc>
          <w:tcPr>
            <w:tcW w:type="dxa" w:w="1195"/>
          </w:tcPr>
          <w:p>
            <w:pPr>
              <w:spacing w:after="0"/>
              <w:jc w:val="right"/>
            </w:pPr>
            <w:r>
              <w:rPr>
                <w:sz w:val="16"/>
              </w:rPr>
              <w:t>$471,149</w:t>
            </w:r>
          </w:p>
        </w:tc>
        <w:tc>
          <w:tcPr>
            <w:tcW w:type="dxa" w:w="2145"/>
          </w:tcPr>
          <w:p>
            <w:pPr>
              <w:spacing w:after="0"/>
              <w:jc w:val="right"/>
            </w:pPr>
            <w:r>
              <w:rPr>
                <w:sz w:val="16"/>
              </w:rPr>
              <w:t>31</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$259,209</w:t>
            </w:r>
          </w:p>
        </w:tc>
        <w:tc>
          <w:tcPr>
            <w:tcW w:type="dxa" w:w="1126"/>
          </w:tcPr>
          <w:p>
            <w:pPr>
              <w:spacing w:after="0"/>
              <w:jc w:val="right"/>
            </w:pPr>
            <w:r>
              <w:rPr>
                <w:sz w:val="16"/>
              </w:rPr>
              <w:t>n/a</w:t>
            </w:r>
          </w:p>
        </w:tc>
        <w:tc>
          <w:tcPr>
            <w:tcW w:type="dxa" w:w="1935"/>
          </w:tcPr>
          <w:p>
            <w:pPr>
              <w:spacing w:after="0"/>
              <w:jc w:val="right"/>
            </w:pPr>
            <w:r>
              <w:rPr>
                <w:sz w:val="16"/>
              </w:rPr>
              <w:t>$83,763</w:t>
            </w:r>
          </w:p>
        </w:tc>
        <w:tc>
          <w:tcPr>
            <w:tcW w:type="dxa" w:w="1195"/>
          </w:tcPr>
          <w:p>
            <w:pPr>
              <w:spacing w:after="0"/>
              <w:jc w:val="right"/>
            </w:pPr>
            <w:r>
              <w:rPr>
                <w:sz w:val="16"/>
              </w:rPr>
              <w:t>$342,972</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$4,208</w:t>
            </w:r>
          </w:p>
        </w:tc>
        <w:tc>
          <w:tcPr>
            <w:tcW w:type="dxa" w:w="1126"/>
          </w:tcPr>
          <w:p>
            <w:pPr>
              <w:spacing w:after="0"/>
              <w:jc w:val="right"/>
            </w:pPr>
            <w:r>
              <w:rPr>
                <w:sz w:val="16"/>
              </w:rPr>
              <w:t>n/a</w:t>
            </w:r>
          </w:p>
        </w:tc>
        <w:tc>
          <w:tcPr>
            <w:tcW w:type="dxa" w:w="1935"/>
          </w:tcPr>
          <w:p>
            <w:pPr>
              <w:spacing w:after="0"/>
              <w:jc w:val="right"/>
            </w:pPr>
            <w:r>
              <w:rPr>
                <w:sz w:val="16"/>
              </w:rPr>
              <w:t>$147,708</w:t>
            </w:r>
          </w:p>
        </w:tc>
        <w:tc>
          <w:tcPr>
            <w:tcW w:type="dxa" w:w="1195"/>
          </w:tcPr>
          <w:p>
            <w:pPr>
              <w:spacing w:after="0"/>
              <w:jc w:val="right"/>
            </w:pPr>
            <w:r>
              <w:rPr>
                <w:sz w:val="16"/>
              </w:rPr>
              <w:t>$151,916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$68</w:t>
            </w:r>
          </w:p>
        </w:tc>
        <w:tc>
          <w:tcPr>
            <w:tcW w:type="dxa" w:w="1935"/>
          </w:tcPr>
          <w:p>
            <w:pPr>
              <w:spacing w:after="0"/>
              <w:jc w:val="right"/>
            </w:pPr>
            <w:r>
              <w:rPr>
                <w:sz w:val="16"/>
              </w:rPr>
              <w:t>$117,276</w:t>
            </w:r>
          </w:p>
        </w:tc>
        <w:tc>
          <w:tcPr>
            <w:tcW w:type="dxa" w:w="1195"/>
          </w:tcPr>
          <w:p>
            <w:pPr>
              <w:spacing w:after="0"/>
              <w:jc w:val="right"/>
            </w:pPr>
            <w:r>
              <w:rPr>
                <w:sz w:val="16"/>
              </w:rPr>
              <w:t>$117,355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$30,927</w:t>
            </w:r>
          </w:p>
        </w:tc>
        <w:tc>
          <w:tcPr>
            <w:tcW w:type="dxa" w:w="1126"/>
          </w:tcPr>
          <w:p>
            <w:pPr>
              <w:spacing w:after="0"/>
              <w:jc w:val="right"/>
            </w:pPr>
            <w:r>
              <w:rPr>
                <w:sz w:val="16"/>
              </w:rPr>
              <w:t>n/a</w:t>
            </w:r>
          </w:p>
        </w:tc>
        <w:tc>
          <w:tcPr>
            <w:tcW w:type="dxa" w:w="1935"/>
          </w:tcPr>
          <w:p>
            <w:pPr>
              <w:spacing w:after="0"/>
              <w:jc w:val="right"/>
            </w:pPr>
            <w:r>
              <w:rPr>
                <w:sz w:val="16"/>
              </w:rPr>
              <w:t>$36,790</w:t>
            </w:r>
          </w:p>
        </w:tc>
        <w:tc>
          <w:tcPr>
            <w:tcW w:type="dxa" w:w="1195"/>
          </w:tcPr>
          <w:p>
            <w:pPr>
              <w:spacing w:after="0"/>
              <w:jc w:val="right"/>
            </w:pPr>
            <w:r>
              <w:rPr>
                <w:sz w:val="16"/>
              </w:rPr>
              <w:t>$67,717</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$26,020</w:t>
            </w:r>
          </w:p>
        </w:tc>
        <w:tc>
          <w:tcPr>
            <w:tcW w:type="dxa" w:w="1126"/>
          </w:tcPr>
          <w:p>
            <w:pPr>
              <w:spacing w:after="0"/>
              <w:jc w:val="right"/>
            </w:pPr>
            <w:r>
              <w:rPr>
                <w:sz w:val="16"/>
              </w:rPr>
              <w:t>$1</w:t>
            </w:r>
          </w:p>
        </w:tc>
        <w:tc>
          <w:tcPr>
            <w:tcW w:type="dxa" w:w="1935"/>
          </w:tcPr>
          <w:p>
            <w:pPr>
              <w:spacing w:after="0"/>
              <w:jc w:val="right"/>
            </w:pPr>
            <w:r>
              <w:rPr>
                <w:sz w:val="16"/>
              </w:rPr>
              <w:t>$29,128</w:t>
            </w:r>
          </w:p>
        </w:tc>
        <w:tc>
          <w:tcPr>
            <w:tcW w:type="dxa" w:w="1195"/>
          </w:tcPr>
          <w:p>
            <w:pPr>
              <w:spacing w:after="0"/>
              <w:jc w:val="right"/>
            </w:pPr>
            <w:r>
              <w:rPr>
                <w:sz w:val="16"/>
              </w:rPr>
              <w:t>$55,149</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Drought</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$28,135</w:t>
            </w:r>
          </w:p>
        </w:tc>
        <w:tc>
          <w:tcPr>
            <w:tcW w:type="dxa" w:w="1935"/>
          </w:tcPr>
          <w:p>
            <w:pPr>
              <w:spacing w:after="0"/>
              <w:jc w:val="right"/>
            </w:pPr>
            <w:r>
              <w:rPr>
                <w:sz w:val="16"/>
              </w:rPr>
              <w:t>n/a</w:t>
            </w:r>
          </w:p>
        </w:tc>
        <w:tc>
          <w:tcPr>
            <w:tcW w:type="dxa" w:w="1195"/>
          </w:tcPr>
          <w:p>
            <w:pPr>
              <w:spacing w:after="0"/>
              <w:jc w:val="right"/>
            </w:pPr>
            <w:r>
              <w:rPr>
                <w:sz w:val="16"/>
              </w:rPr>
              <w:t>$28,135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$6,190</w:t>
            </w:r>
          </w:p>
        </w:tc>
        <w:tc>
          <w:tcPr>
            <w:tcW w:type="dxa" w:w="1126"/>
          </w:tcPr>
          <w:p>
            <w:pPr>
              <w:spacing w:after="0"/>
              <w:jc w:val="right"/>
            </w:pPr>
            <w:r>
              <w:rPr>
                <w:sz w:val="16"/>
              </w:rPr>
              <w:t>$5,071</w:t>
            </w:r>
          </w:p>
        </w:tc>
        <w:tc>
          <w:tcPr>
            <w:tcW w:type="dxa" w:w="1935"/>
          </w:tcPr>
          <w:p>
            <w:pPr>
              <w:spacing w:after="0"/>
              <w:jc w:val="right"/>
            </w:pPr>
            <w:r>
              <w:rPr>
                <w:sz w:val="16"/>
              </w:rPr>
              <w:t>$64</w:t>
            </w:r>
          </w:p>
        </w:tc>
        <w:tc>
          <w:tcPr>
            <w:tcW w:type="dxa" w:w="1195"/>
          </w:tcPr>
          <w:p>
            <w:pPr>
              <w:spacing w:after="0"/>
              <w:jc w:val="right"/>
            </w:pPr>
            <w:r>
              <w:rPr>
                <w:sz w:val="16"/>
              </w:rPr>
              <w:t>$11,325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$2,184</w:t>
            </w:r>
          </w:p>
        </w:tc>
        <w:tc>
          <w:tcPr>
            <w:tcW w:type="dxa" w:w="1126"/>
          </w:tcPr>
          <w:p>
            <w:pPr>
              <w:spacing w:after="0"/>
              <w:jc w:val="right"/>
            </w:pPr>
            <w:r>
              <w:rPr>
                <w:sz w:val="16"/>
              </w:rPr>
              <w:t>$4</w:t>
            </w:r>
          </w:p>
        </w:tc>
        <w:tc>
          <w:tcPr>
            <w:tcW w:type="dxa" w:w="1935"/>
          </w:tcPr>
          <w:p>
            <w:pPr>
              <w:spacing w:after="0"/>
              <w:jc w:val="right"/>
            </w:pPr>
            <w:r>
              <w:rPr>
                <w:sz w:val="16"/>
              </w:rPr>
              <w:t>$438</w:t>
            </w:r>
          </w:p>
        </w:tc>
        <w:tc>
          <w:tcPr>
            <w:tcW w:type="dxa" w:w="1195"/>
          </w:tcPr>
          <w:p>
            <w:pPr>
              <w:spacing w:after="0"/>
              <w:jc w:val="right"/>
            </w:pPr>
            <w:r>
              <w:rPr>
                <w:sz w:val="16"/>
              </w:rPr>
              <w:t>$2,627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1935"/>
          </w:tcPr>
          <w:p>
            <w:pPr>
              <w:spacing w:after="0"/>
              <w:jc w:val="right"/>
            </w:pPr>
            <w:r>
              <w:rPr>
                <w:sz w:val="16"/>
              </w:rPr>
              <w:t>$74</w:t>
            </w:r>
          </w:p>
        </w:tc>
        <w:tc>
          <w:tcPr>
            <w:tcW w:type="dxa" w:w="1195"/>
          </w:tcPr>
          <w:p>
            <w:pPr>
              <w:spacing w:after="0"/>
              <w:jc w:val="right"/>
            </w:pPr>
            <w:r>
              <w:rPr>
                <w:sz w:val="16"/>
              </w:rPr>
              <w:t>$81</w:t>
            </w:r>
          </w:p>
        </w:tc>
        <w:tc>
          <w:tcPr>
            <w:tcW w:type="dxa" w:w="2145"/>
          </w:tcPr>
          <w:p>
            <w:pPr>
              <w:spacing w:after="0"/>
              <w:jc w:val="right"/>
            </w:pPr>
            <w:r>
              <w:rPr>
                <w:sz w:val="16"/>
              </w:rPr>
              <w:t>0</w:t>
            </w:r>
          </w:p>
        </w:tc>
        <w:tc>
          <w:tcPr>
            <w:tcW w:type="dxa" w:w="2206"/>
          </w:tcPr>
          <w:p>
            <w:pPr>
              <w:spacing w:after="0"/>
              <w:jc w:val="left"/>
            </w:pPr>
            <w:r>
              <w:rPr>
                <w:sz w:val="16"/>
              </w:rPr>
              <w:t>Declared 7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9601.04 (Relatively Low, 75.4); tract 9601.03 (Relatively Low, 74.2); tract 9603 (Relatively Low, 69.7)</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9603 (Very Low, 45.2); tract 9601.04 (Very Low, 41.2); tract 9601.03 (Very Low, 40.1)</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9602 (Very Low, 74.9); tract 9601.01 (Very Low, 71.9); tract 9603 (Very Low, 57.9)</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9603 (Relatively High, 77.5); tract 9601.03 (Relatively High, 77.3); tract 9601.04 (Relatively Moderate, 72.0)</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9601.03 (Very Low, 67.1); tract 9602 (Very Low, 61.4); tract 9603 (Very Low, 58.6)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9601.04 is Census Tract 9601.04).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9"/>
        <w:gridCol w:w="1899"/>
        <w:gridCol w:w="1583"/>
        <w:gridCol w:w="1373"/>
        <w:gridCol w:w="2198"/>
        <w:gridCol w:w="1583"/>
        <w:gridCol w:w="1986"/>
        <w:gridCol w:w="1600"/>
      </w:tblGrid>
      <w:tr>
        <w:trPr>
          <w:cantSplit/>
          <w:tblHeader/>
        </w:trPr>
        <w:tc>
          <w:tcPr>
            <w:tcW w:type="dxa" w:w="1889"/>
            <w:shd w:val="clear" w:color="auto" w:fill="E8E8E8"/>
          </w:tcPr>
          <w:p>
            <w:pPr>
              <w:spacing w:after="0"/>
              <w:jc w:val="left"/>
            </w:pPr>
            <w:r>
              <w:rPr>
                <w:b/>
                <w:sz w:val="16"/>
              </w:rPr>
              <w:t>Hazard</w:t>
            </w:r>
          </w:p>
        </w:tc>
        <w:tc>
          <w:tcPr>
            <w:tcW w:type="dxa" w:w="1899"/>
            <w:shd w:val="clear" w:color="auto" w:fill="E8E8E8"/>
          </w:tcPr>
          <w:p>
            <w:pPr>
              <w:spacing w:after="0"/>
              <w:jc w:val="left"/>
            </w:pPr>
            <w:r>
              <w:rPr>
                <w:b/>
                <w:sz w:val="16"/>
              </w:rPr>
              <w:t>Scale</w:t>
            </w:r>
          </w:p>
        </w:tc>
        <w:tc>
          <w:tcPr>
            <w:tcW w:type="dxa" w:w="158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73"/>
            <w:shd w:val="clear" w:color="auto" w:fill="E8E8E8"/>
          </w:tcPr>
          <w:p>
            <w:pPr>
              <w:spacing w:after="0"/>
              <w:jc w:val="left"/>
            </w:pPr>
            <w:r>
              <w:rPr>
                <w:b/>
                <w:sz w:val="16"/>
              </w:rPr>
              <w:t>Observed range</w:t>
            </w:r>
          </w:p>
        </w:tc>
        <w:tc>
          <w:tcPr>
            <w:tcW w:type="dxa" w:w="2198"/>
            <w:shd w:val="clear" w:color="auto" w:fill="E8E8E8"/>
          </w:tcPr>
          <w:p>
            <w:pPr>
              <w:spacing w:after="0"/>
              <w:jc w:val="left"/>
            </w:pPr>
            <w:r>
              <w:rPr>
                <w:b/>
                <w:sz w:val="16"/>
              </w:rPr>
              <w:t>Worst recorded event</w:t>
            </w:r>
          </w:p>
        </w:tc>
        <w:tc>
          <w:tcPr>
            <w:tcW w:type="dxa" w:w="1583"/>
            <w:shd w:val="clear" w:color="auto" w:fill="E8E8E8"/>
          </w:tcPr>
          <w:p>
            <w:pPr>
              <w:spacing w:after="0"/>
              <w:jc w:val="left"/>
            </w:pPr>
            <w:r>
              <w:rPr>
                <w:b/>
                <w:sz w:val="16"/>
              </w:rPr>
              <w:t>Most damaging (when different)</w:t>
            </w:r>
          </w:p>
        </w:tc>
        <w:tc>
          <w:tcPr>
            <w:tcW w:type="dxa" w:w="1986"/>
            <w:shd w:val="clear" w:color="auto" w:fill="E8E8E8"/>
          </w:tcPr>
          <w:p>
            <w:pPr>
              <w:spacing w:after="0"/>
              <w:jc w:val="left"/>
            </w:pPr>
            <w:r>
              <w:rPr>
                <w:b/>
                <w:sz w:val="16"/>
              </w:rPr>
              <w:t>How it applies to jurisdictions</w:t>
            </w:r>
          </w:p>
        </w:tc>
        <w:tc>
          <w:tcPr>
            <w:tcW w:type="dxa" w:w="1600"/>
            <w:shd w:val="clear" w:color="auto" w:fill="E8E8E8"/>
          </w:tcPr>
          <w:p>
            <w:pPr>
              <w:spacing w:after="0"/>
              <w:jc w:val="left"/>
            </w:pPr>
            <w:r>
              <w:rPr>
                <w:b/>
                <w:sz w:val="16"/>
              </w:rPr>
              <w:t>Note</w:t>
            </w:r>
          </w:p>
        </w:tc>
      </w:tr>
      <w:tr>
        <w:trPr>
          <w:cantSplit/>
        </w:trPr>
        <w:tc>
          <w:tcPr>
            <w:tcW w:type="dxa" w:w="1889"/>
          </w:tcPr>
          <w:p>
            <w:pPr>
              <w:spacing w:after="0"/>
              <w:jc w:val="left"/>
            </w:pPr>
            <w:r>
              <w:rPr>
                <w:sz w:val="16"/>
              </w:rPr>
              <w:t>Cold/Wind Chill, Extreme Cold/Wind Chill</w:t>
            </w:r>
          </w:p>
        </w:tc>
        <w:tc>
          <w:tcPr>
            <w:tcW w:type="dxa" w:w="1899"/>
          </w:tcPr>
          <w:p>
            <w:pPr>
              <w:spacing w:after="0"/>
              <w:jc w:val="left"/>
            </w:pPr>
            <w:r>
              <w:rPr>
                <w:sz w:val="16"/>
              </w:rPr>
              <w:t>wind chill</w:t>
            </w:r>
          </w:p>
        </w:tc>
        <w:tc>
          <w:tcPr>
            <w:tcW w:type="dxa" w:w="1583"/>
          </w:tcPr>
          <w:p>
            <w:pPr>
              <w:spacing w:after="0"/>
              <w:jc w:val="right"/>
            </w:pPr>
            <w:r>
              <w:rPr>
                <w:sz w:val="16"/>
              </w:rPr>
              <w:t>0</w:t>
            </w:r>
          </w:p>
        </w:tc>
        <w:tc>
          <w:tcPr>
            <w:tcW w:type="dxa" w:w="1373"/>
          </w:tcPr>
          <w:p>
            <w:pPr>
              <w:spacing w:after="0"/>
              <w:jc w:val="left"/>
            </w:pPr>
          </w:p>
        </w:tc>
        <w:tc>
          <w:tcPr>
            <w:tcW w:type="dxa" w:w="2198"/>
          </w:tcPr>
          <w:p>
            <w:pPr>
              <w:spacing w:after="0"/>
              <w:jc w:val="left"/>
            </w:pPr>
          </w:p>
        </w:tc>
        <w:tc>
          <w:tcPr>
            <w:tcW w:type="dxa" w:w="1583"/>
          </w:tcPr>
          <w:p>
            <w:pPr>
              <w:spacing w:after="0"/>
              <w:jc w:val="left"/>
            </w:pPr>
          </w:p>
        </w:tc>
        <w:tc>
          <w:tcPr>
            <w:tcW w:type="dxa" w:w="1986"/>
          </w:tcPr>
          <w:p>
            <w:pPr>
              <w:spacing w:after="0"/>
              <w:jc w:val="left"/>
            </w:pPr>
          </w:p>
        </w:tc>
        <w:tc>
          <w:tcPr>
            <w:tcW w:type="dxa" w:w="1600"/>
          </w:tcPr>
          <w:p>
            <w:pPr>
              <w:spacing w:after="0"/>
              <w:jc w:val="left"/>
            </w:pPr>
          </w:p>
        </w:tc>
      </w:tr>
      <w:tr>
        <w:trPr>
          <w:cantSplit/>
        </w:trPr>
        <w:tc>
          <w:tcPr>
            <w:tcW w:type="dxa" w:w="1889"/>
          </w:tcPr>
          <w:p>
            <w:pPr>
              <w:spacing w:after="0"/>
              <w:jc w:val="left"/>
            </w:pPr>
            <w:r>
              <w:rPr>
                <w:sz w:val="16"/>
              </w:rPr>
              <w:t>Frost/Freeze (outside NRI's Cold Wave definition)</w:t>
            </w:r>
          </w:p>
        </w:tc>
        <w:tc>
          <w:tcPr>
            <w:tcW w:type="dxa" w:w="1899"/>
          </w:tcPr>
          <w:p>
            <w:pPr>
              <w:spacing w:after="0"/>
              <w:jc w:val="left"/>
            </w:pPr>
            <w:r>
              <w:rPr>
                <w:sz w:val="16"/>
              </w:rPr>
              <w:t>crop damage</w:t>
            </w:r>
          </w:p>
        </w:tc>
        <w:tc>
          <w:tcPr>
            <w:tcW w:type="dxa" w:w="1583"/>
          </w:tcPr>
          <w:p>
            <w:pPr>
              <w:spacing w:after="0"/>
              <w:jc w:val="right"/>
            </w:pPr>
            <w:r>
              <w:rPr>
                <w:sz w:val="16"/>
              </w:rPr>
              <w:t>4 records, 2016 (4 zone-level)</w:t>
            </w:r>
          </w:p>
        </w:tc>
        <w:tc>
          <w:tcPr>
            <w:tcW w:type="dxa" w:w="1373"/>
          </w:tcPr>
          <w:p>
            <w:pPr>
              <w:spacing w:after="0"/>
              <w:jc w:val="left"/>
            </w:pPr>
          </w:p>
        </w:tc>
        <w:tc>
          <w:tcPr>
            <w:tcW w:type="dxa" w:w="2198"/>
          </w:tcPr>
          <w:p>
            <w:pPr>
              <w:spacing w:after="0"/>
              <w:jc w:val="left"/>
            </w:pPr>
            <w:r>
              <w:rPr>
                <w:sz w:val="16"/>
              </w:rPr>
              <w:t>No crop damage reported in 4 records.</w:t>
            </w:r>
          </w:p>
        </w:tc>
        <w:tc>
          <w:tcPr>
            <w:tcW w:type="dxa" w:w="1583"/>
          </w:tcPr>
          <w:p>
            <w:pPr>
              <w:spacing w:after="0"/>
              <w:jc w:val="left"/>
            </w:pPr>
          </w:p>
        </w:tc>
        <w:tc>
          <w:tcPr>
            <w:tcW w:type="dxa" w:w="1986"/>
          </w:tcPr>
          <w:p>
            <w:pPr>
              <w:spacing w:after="0"/>
              <w:jc w:val="left"/>
            </w:pPr>
            <w:r>
              <w:rPr>
                <w:sz w:val="16"/>
              </w:rPr>
              <w:t>Countywide (zone-level records).</w:t>
            </w:r>
          </w:p>
        </w:tc>
        <w:tc>
          <w:tcPr>
            <w:tcW w:type="dxa" w:w="1600"/>
          </w:tcPr>
          <w:p>
            <w:pPr>
              <w:spacing w:after="0"/>
              <w:jc w:val="left"/>
            </w:pPr>
          </w:p>
        </w:tc>
      </w:tr>
      <w:tr>
        <w:trPr>
          <w:cantSplit/>
        </w:trPr>
        <w:tc>
          <w:tcPr>
            <w:tcW w:type="dxa" w:w="1889"/>
          </w:tcPr>
          <w:p>
            <w:pPr>
              <w:spacing w:after="0"/>
              <w:jc w:val="left"/>
            </w:pPr>
            <w:r>
              <w:rPr>
                <w:sz w:val="16"/>
              </w:rPr>
              <w:t>Drought</w:t>
            </w:r>
          </w:p>
        </w:tc>
        <w:tc>
          <w:tcPr>
            <w:tcW w:type="dxa" w:w="1899"/>
          </w:tcPr>
          <w:p>
            <w:pPr>
              <w:spacing w:after="0"/>
              <w:jc w:val="left"/>
            </w:pPr>
            <w:r>
              <w:rPr>
                <w:sz w:val="16"/>
              </w:rPr>
              <w:t>U.S. Drought Monitor scale (D0 to D4)</w:t>
            </w:r>
          </w:p>
        </w:tc>
        <w:tc>
          <w:tcPr>
            <w:tcW w:type="dxa" w:w="1583"/>
          </w:tcPr>
          <w:p>
            <w:pPr>
              <w:spacing w:after="0"/>
              <w:jc w:val="right"/>
            </w:pPr>
            <w:r>
              <w:rPr>
                <w:sz w:val="16"/>
              </w:rPr>
              <w:t>0</w:t>
            </w:r>
          </w:p>
        </w:tc>
        <w:tc>
          <w:tcPr>
            <w:tcW w:type="dxa" w:w="1373"/>
          </w:tcPr>
          <w:p>
            <w:pPr>
              <w:spacing w:after="0"/>
              <w:jc w:val="left"/>
            </w:pPr>
          </w:p>
        </w:tc>
        <w:tc>
          <w:tcPr>
            <w:tcW w:type="dxa" w:w="2198"/>
          </w:tcPr>
          <w:p>
            <w:pPr>
              <w:spacing w:after="0"/>
              <w:jc w:val="left"/>
            </w:pPr>
          </w:p>
        </w:tc>
        <w:tc>
          <w:tcPr>
            <w:tcW w:type="dxa" w:w="1583"/>
          </w:tcPr>
          <w:p>
            <w:pPr>
              <w:spacing w:after="0"/>
              <w:jc w:val="left"/>
            </w:pPr>
          </w:p>
        </w:tc>
        <w:tc>
          <w:tcPr>
            <w:tcW w:type="dxa" w:w="1986"/>
          </w:tcPr>
          <w:p>
            <w:pPr>
              <w:spacing w:after="0"/>
              <w:jc w:val="left"/>
            </w:pPr>
          </w:p>
        </w:tc>
        <w:tc>
          <w:tcPr>
            <w:tcW w:type="dxa" w:w="16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9"/>
          </w:tcPr>
          <w:p>
            <w:pPr>
              <w:spacing w:after="0"/>
              <w:jc w:val="left"/>
            </w:pPr>
            <w:r>
              <w:rPr>
                <w:sz w:val="16"/>
              </w:rPr>
              <w:t>Earthquake</w:t>
            </w:r>
          </w:p>
        </w:tc>
        <w:tc>
          <w:tcPr>
            <w:tcW w:type="dxa" w:w="1899"/>
          </w:tcPr>
          <w:p>
            <w:pPr>
              <w:spacing w:after="0"/>
              <w:jc w:val="left"/>
            </w:pPr>
            <w:r>
              <w:rPr>
                <w:sz w:val="16"/>
              </w:rPr>
              <w:t>Modified Mercalli (local data)</w:t>
            </w:r>
          </w:p>
        </w:tc>
        <w:tc>
          <w:tcPr>
            <w:tcW w:type="dxa" w:w="1583"/>
          </w:tcPr>
          <w:p>
            <w:pPr>
              <w:spacing w:after="0"/>
              <w:jc w:val="right"/>
            </w:pPr>
            <w:r>
              <w:rPr>
                <w:sz w:val="16"/>
              </w:rPr>
              <w:t>0</w:t>
            </w:r>
          </w:p>
        </w:tc>
        <w:tc>
          <w:tcPr>
            <w:tcW w:type="dxa" w:w="1373"/>
          </w:tcPr>
          <w:p>
            <w:pPr>
              <w:spacing w:after="0"/>
              <w:jc w:val="left"/>
            </w:pPr>
          </w:p>
        </w:tc>
        <w:tc>
          <w:tcPr>
            <w:tcW w:type="dxa" w:w="2198"/>
          </w:tcPr>
          <w:p>
            <w:pPr>
              <w:spacing w:after="0"/>
              <w:jc w:val="left"/>
            </w:pPr>
          </w:p>
        </w:tc>
        <w:tc>
          <w:tcPr>
            <w:tcW w:type="dxa" w:w="1583"/>
          </w:tcPr>
          <w:p>
            <w:pPr>
              <w:spacing w:after="0"/>
              <w:jc w:val="left"/>
            </w:pPr>
          </w:p>
        </w:tc>
        <w:tc>
          <w:tcPr>
            <w:tcW w:type="dxa" w:w="1986"/>
          </w:tcPr>
          <w:p>
            <w:pPr>
              <w:spacing w:after="0"/>
              <w:jc w:val="left"/>
            </w:pPr>
          </w:p>
        </w:tc>
        <w:tc>
          <w:tcPr>
            <w:tcW w:type="dxa" w:w="1600"/>
          </w:tcPr>
          <w:p>
            <w:pPr>
              <w:spacing w:after="0"/>
              <w:jc w:val="left"/>
            </w:pPr>
            <w:r>
              <w:rPr>
                <w:sz w:val="16"/>
              </w:rPr>
              <w:t>Storm Events does not record earthquakes; the USGS earthquake catalog is the source.</w:t>
            </w:r>
          </w:p>
        </w:tc>
      </w:tr>
      <w:tr>
        <w:trPr>
          <w:cantSplit/>
        </w:trPr>
        <w:tc>
          <w:tcPr>
            <w:tcW w:type="dxa" w:w="1889"/>
          </w:tcPr>
          <w:p>
            <w:pPr>
              <w:spacing w:after="0"/>
              <w:jc w:val="left"/>
            </w:pPr>
            <w:r>
              <w:rPr>
                <w:sz w:val="16"/>
              </w:rPr>
              <w:t>Hail</w:t>
            </w:r>
          </w:p>
        </w:tc>
        <w:tc>
          <w:tcPr>
            <w:tcW w:type="dxa" w:w="1899"/>
          </w:tcPr>
          <w:p>
            <w:pPr>
              <w:spacing w:after="0"/>
              <w:jc w:val="left"/>
            </w:pPr>
            <w:r>
              <w:rPr>
                <w:sz w:val="16"/>
              </w:rPr>
              <w:t>hail size (inches)</w:t>
            </w:r>
          </w:p>
        </w:tc>
        <w:tc>
          <w:tcPr>
            <w:tcW w:type="dxa" w:w="1583"/>
          </w:tcPr>
          <w:p>
            <w:pPr>
              <w:spacing w:after="0"/>
              <w:jc w:val="right"/>
            </w:pPr>
            <w:r>
              <w:rPr>
                <w:sz w:val="16"/>
              </w:rPr>
              <w:t>39 records, 1956 to 2020</w:t>
            </w:r>
          </w:p>
        </w:tc>
        <w:tc>
          <w:tcPr>
            <w:tcW w:type="dxa" w:w="1373"/>
          </w:tcPr>
          <w:p>
            <w:pPr>
              <w:spacing w:after="0"/>
              <w:jc w:val="left"/>
            </w:pPr>
            <w:r>
              <w:rPr>
                <w:sz w:val="16"/>
              </w:rPr>
              <w:t>0.75 in to 2.5 in (median 1 in); 39 with a recorded value</w:t>
            </w:r>
          </w:p>
        </w:tc>
        <w:tc>
          <w:tcPr>
            <w:tcW w:type="dxa" w:w="2198"/>
          </w:tcPr>
          <w:p>
            <w:pPr>
              <w:spacing w:after="0"/>
              <w:jc w:val="left"/>
            </w:pPr>
            <w:r>
              <w:rPr>
                <w:sz w:val="16"/>
              </w:rPr>
              <w:t>2.5 in hail, 2007-04-03</w:t>
            </w:r>
          </w:p>
        </w:tc>
        <w:tc>
          <w:tcPr>
            <w:tcW w:type="dxa" w:w="1583"/>
          </w:tcPr>
          <w:p>
            <w:pPr>
              <w:spacing w:after="0"/>
              <w:jc w:val="left"/>
            </w:pPr>
          </w:p>
        </w:tc>
        <w:tc>
          <w:tcPr>
            <w:tcW w:type="dxa" w:w="1986"/>
          </w:tcPr>
          <w:p>
            <w:pPr>
              <w:spacing w:after="0"/>
              <w:jc w:val="left"/>
            </w:pPr>
            <w:r>
              <w:rPr>
                <w:sz w:val="16"/>
              </w:rPr>
              <w:t>Event records naming jurisdictions in the plan: Hodgenville city (11 records).</w:t>
            </w:r>
          </w:p>
        </w:tc>
        <w:tc>
          <w:tcPr>
            <w:tcW w:type="dxa" w:w="1600"/>
          </w:tcPr>
          <w:p>
            <w:pPr>
              <w:spacing w:after="0"/>
              <w:jc w:val="left"/>
            </w:pPr>
          </w:p>
        </w:tc>
      </w:tr>
      <w:tr>
        <w:trPr>
          <w:cantSplit/>
        </w:trPr>
        <w:tc>
          <w:tcPr>
            <w:tcW w:type="dxa" w:w="1889"/>
          </w:tcPr>
          <w:p>
            <w:pPr>
              <w:spacing w:after="0"/>
              <w:jc w:val="left"/>
            </w:pPr>
            <w:r>
              <w:rPr>
                <w:sz w:val="16"/>
              </w:rPr>
              <w:t>Excessive Heat, Heat</w:t>
            </w:r>
          </w:p>
        </w:tc>
        <w:tc>
          <w:tcPr>
            <w:tcW w:type="dxa" w:w="1899"/>
          </w:tcPr>
          <w:p>
            <w:pPr>
              <w:spacing w:after="0"/>
              <w:jc w:val="left"/>
            </w:pPr>
            <w:r>
              <w:rPr>
                <w:sz w:val="16"/>
              </w:rPr>
              <w:t>heat index (in event narratives)</w:t>
            </w:r>
          </w:p>
        </w:tc>
        <w:tc>
          <w:tcPr>
            <w:tcW w:type="dxa" w:w="1583"/>
          </w:tcPr>
          <w:p>
            <w:pPr>
              <w:spacing w:after="0"/>
              <w:jc w:val="right"/>
            </w:pPr>
            <w:r>
              <w:rPr>
                <w:sz w:val="16"/>
              </w:rPr>
              <w:t>0</w:t>
            </w:r>
          </w:p>
        </w:tc>
        <w:tc>
          <w:tcPr>
            <w:tcW w:type="dxa" w:w="1373"/>
          </w:tcPr>
          <w:p>
            <w:pPr>
              <w:spacing w:after="0"/>
              <w:jc w:val="left"/>
            </w:pPr>
          </w:p>
        </w:tc>
        <w:tc>
          <w:tcPr>
            <w:tcW w:type="dxa" w:w="2198"/>
          </w:tcPr>
          <w:p>
            <w:pPr>
              <w:spacing w:after="0"/>
              <w:jc w:val="left"/>
            </w:pPr>
          </w:p>
        </w:tc>
        <w:tc>
          <w:tcPr>
            <w:tcW w:type="dxa" w:w="1583"/>
          </w:tcPr>
          <w:p>
            <w:pPr>
              <w:spacing w:after="0"/>
              <w:jc w:val="left"/>
            </w:pPr>
          </w:p>
        </w:tc>
        <w:tc>
          <w:tcPr>
            <w:tcW w:type="dxa" w:w="1986"/>
          </w:tcPr>
          <w:p>
            <w:pPr>
              <w:spacing w:after="0"/>
              <w:jc w:val="left"/>
            </w:pPr>
          </w:p>
        </w:tc>
        <w:tc>
          <w:tcPr>
            <w:tcW w:type="dxa" w:w="1600"/>
          </w:tcPr>
          <w:p>
            <w:pPr>
              <w:spacing w:after="0"/>
              <w:jc w:val="left"/>
            </w:pPr>
          </w:p>
        </w:tc>
      </w:tr>
      <w:tr>
        <w:trPr>
          <w:cantSplit/>
        </w:trPr>
        <w:tc>
          <w:tcPr>
            <w:tcW w:type="dxa" w:w="1889"/>
          </w:tcPr>
          <w:p>
            <w:pPr>
              <w:spacing w:after="0"/>
              <w:jc w:val="left"/>
            </w:pPr>
            <w:r>
              <w:rPr>
                <w:sz w:val="16"/>
              </w:rPr>
              <w:t>Hurricane, Tropical Storm, Tropical Depression</w:t>
            </w:r>
          </w:p>
        </w:tc>
        <w:tc>
          <w:tcPr>
            <w:tcW w:type="dxa" w:w="1899"/>
          </w:tcPr>
          <w:p>
            <w:pPr>
              <w:spacing w:after="0"/>
              <w:jc w:val="left"/>
            </w:pPr>
            <w:r>
              <w:rPr>
                <w:sz w:val="16"/>
              </w:rPr>
              <w:t>Saffir-Simpson</w:t>
            </w:r>
          </w:p>
        </w:tc>
        <w:tc>
          <w:tcPr>
            <w:tcW w:type="dxa" w:w="1583"/>
          </w:tcPr>
          <w:p>
            <w:pPr>
              <w:spacing w:after="0"/>
              <w:jc w:val="right"/>
            </w:pPr>
            <w:r>
              <w:rPr>
                <w:sz w:val="16"/>
              </w:rPr>
              <w:t>0</w:t>
            </w:r>
          </w:p>
        </w:tc>
        <w:tc>
          <w:tcPr>
            <w:tcW w:type="dxa" w:w="1373"/>
          </w:tcPr>
          <w:p>
            <w:pPr>
              <w:spacing w:after="0"/>
              <w:jc w:val="left"/>
            </w:pPr>
          </w:p>
        </w:tc>
        <w:tc>
          <w:tcPr>
            <w:tcW w:type="dxa" w:w="2198"/>
          </w:tcPr>
          <w:p>
            <w:pPr>
              <w:spacing w:after="0"/>
              <w:jc w:val="left"/>
            </w:pPr>
          </w:p>
        </w:tc>
        <w:tc>
          <w:tcPr>
            <w:tcW w:type="dxa" w:w="1583"/>
          </w:tcPr>
          <w:p>
            <w:pPr>
              <w:spacing w:after="0"/>
              <w:jc w:val="left"/>
            </w:pPr>
          </w:p>
        </w:tc>
        <w:tc>
          <w:tcPr>
            <w:tcW w:type="dxa" w:w="1986"/>
          </w:tcPr>
          <w:p>
            <w:pPr>
              <w:spacing w:after="0"/>
              <w:jc w:val="left"/>
            </w:pPr>
          </w:p>
        </w:tc>
        <w:tc>
          <w:tcPr>
            <w:tcW w:type="dxa" w:w="16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9"/>
          </w:tcPr>
          <w:p>
            <w:pPr>
              <w:spacing w:after="0"/>
              <w:jc w:val="left"/>
            </w:pPr>
            <w:r>
              <w:rPr>
                <w:sz w:val="16"/>
              </w:rPr>
              <w:t>Ice Storm</w:t>
            </w:r>
          </w:p>
        </w:tc>
        <w:tc>
          <w:tcPr>
            <w:tcW w:type="dxa" w:w="1899"/>
          </w:tcPr>
          <w:p>
            <w:pPr>
              <w:spacing w:after="0"/>
              <w:jc w:val="left"/>
            </w:pPr>
            <w:r>
              <w:rPr>
                <w:sz w:val="16"/>
              </w:rPr>
              <w:t>Sperry-Piltz ice scale (local data)</w:t>
            </w:r>
          </w:p>
        </w:tc>
        <w:tc>
          <w:tcPr>
            <w:tcW w:type="dxa" w:w="1583"/>
          </w:tcPr>
          <w:p>
            <w:pPr>
              <w:spacing w:after="0"/>
              <w:jc w:val="right"/>
            </w:pPr>
            <w:r>
              <w:rPr>
                <w:sz w:val="16"/>
              </w:rPr>
              <w:t>5 records, 2003 to 2022 (5 zone-level)</w:t>
            </w:r>
          </w:p>
        </w:tc>
        <w:tc>
          <w:tcPr>
            <w:tcW w:type="dxa" w:w="1373"/>
          </w:tcPr>
          <w:p>
            <w:pPr>
              <w:spacing w:after="0"/>
              <w:jc w:val="left"/>
            </w:pPr>
          </w:p>
        </w:tc>
        <w:tc>
          <w:tcPr>
            <w:tcW w:type="dxa" w:w="2198"/>
          </w:tcPr>
          <w:p>
            <w:pPr>
              <w:spacing w:after="0"/>
              <w:jc w:val="left"/>
            </w:pPr>
            <w:r>
              <w:rPr>
                <w:sz w:val="16"/>
              </w:rPr>
              <w:t>No damage reported in 5 records.</w:t>
            </w:r>
          </w:p>
        </w:tc>
        <w:tc>
          <w:tcPr>
            <w:tcW w:type="dxa" w:w="1583"/>
          </w:tcPr>
          <w:p>
            <w:pPr>
              <w:spacing w:after="0"/>
              <w:jc w:val="left"/>
            </w:pPr>
          </w:p>
        </w:tc>
        <w:tc>
          <w:tcPr>
            <w:tcW w:type="dxa" w:w="1986"/>
          </w:tcPr>
          <w:p>
            <w:pPr>
              <w:spacing w:after="0"/>
              <w:jc w:val="left"/>
            </w:pPr>
            <w:r>
              <w:rPr>
                <w:sz w:val="16"/>
              </w:rPr>
              <w:t>Countywide (zone-level records).</w:t>
            </w:r>
          </w:p>
        </w:tc>
        <w:tc>
          <w:tcPr>
            <w:tcW w:type="dxa" w:w="1600"/>
          </w:tcPr>
          <w:p>
            <w:pPr>
              <w:spacing w:after="0"/>
              <w:jc w:val="left"/>
            </w:pPr>
          </w:p>
        </w:tc>
      </w:tr>
      <w:tr>
        <w:trPr>
          <w:cantSplit/>
        </w:trPr>
        <w:tc>
          <w:tcPr>
            <w:tcW w:type="dxa" w:w="1889"/>
          </w:tcPr>
          <w:p>
            <w:pPr>
              <w:spacing w:after="0"/>
              <w:jc w:val="left"/>
            </w:pPr>
            <w:r>
              <w:rPr>
                <w:sz w:val="16"/>
              </w:rPr>
              <w:t>Flash Flood, Flood, Lakeshore Flood</w:t>
            </w:r>
          </w:p>
        </w:tc>
        <w:tc>
          <w:tcPr>
            <w:tcW w:type="dxa" w:w="1899"/>
          </w:tcPr>
          <w:p>
            <w:pPr>
              <w:spacing w:after="0"/>
              <w:jc w:val="left"/>
            </w:pPr>
            <w:r>
              <w:rPr>
                <w:sz w:val="16"/>
              </w:rPr>
              <w:t>damage and flood days (flood depth: FIRM)</w:t>
            </w:r>
          </w:p>
        </w:tc>
        <w:tc>
          <w:tcPr>
            <w:tcW w:type="dxa" w:w="1583"/>
          </w:tcPr>
          <w:p>
            <w:pPr>
              <w:spacing w:after="0"/>
              <w:jc w:val="right"/>
            </w:pPr>
            <w:r>
              <w:rPr>
                <w:sz w:val="16"/>
              </w:rPr>
              <w:t>31 records, 1997 to 2024 (3 zone-level)</w:t>
            </w:r>
          </w:p>
        </w:tc>
        <w:tc>
          <w:tcPr>
            <w:tcW w:type="dxa" w:w="1373"/>
          </w:tcPr>
          <w:p>
            <w:pPr>
              <w:spacing w:after="0"/>
              <w:jc w:val="left"/>
            </w:pPr>
          </w:p>
        </w:tc>
        <w:tc>
          <w:tcPr>
            <w:tcW w:type="dxa" w:w="2198"/>
          </w:tcPr>
          <w:p>
            <w:pPr>
              <w:spacing w:after="0"/>
              <w:jc w:val="left"/>
            </w:pPr>
            <w:r>
              <w:rPr>
                <w:sz w:val="16"/>
              </w:rPr>
              <w:t>Flood, 1997-03-01, $400,000 property; crops not reported (1997 dollars); NWS zone KYZ053</w:t>
            </w:r>
          </w:p>
        </w:tc>
        <w:tc>
          <w:tcPr>
            <w:tcW w:type="dxa" w:w="1583"/>
          </w:tcPr>
          <w:p>
            <w:pPr>
              <w:spacing w:after="0"/>
              <w:jc w:val="left"/>
            </w:pPr>
          </w:p>
        </w:tc>
        <w:tc>
          <w:tcPr>
            <w:tcW w:type="dxa" w:w="1986"/>
          </w:tcPr>
          <w:p>
            <w:pPr>
              <w:spacing w:after="0"/>
              <w:jc w:val="left"/>
            </w:pPr>
            <w:r>
              <w:rPr>
                <w:sz w:val="16"/>
              </w:rPr>
              <w:t>Event records naming jurisdictions in the plan: Hodgenville city (7 records). Zone-level records (3) apply countywide.</w:t>
            </w:r>
          </w:p>
        </w:tc>
        <w:tc>
          <w:tcPr>
            <w:tcW w:type="dxa" w:w="16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9"/>
          </w:tcPr>
          <w:p>
            <w:pPr>
              <w:spacing w:after="0"/>
              <w:jc w:val="left"/>
            </w:pPr>
            <w:r>
              <w:rPr>
                <w:sz w:val="16"/>
              </w:rPr>
              <w:t>Debris Flow</w:t>
            </w:r>
          </w:p>
        </w:tc>
        <w:tc>
          <w:tcPr>
            <w:tcW w:type="dxa" w:w="1899"/>
          </w:tcPr>
          <w:p>
            <w:pPr>
              <w:spacing w:after="0"/>
              <w:jc w:val="left"/>
            </w:pPr>
            <w:r>
              <w:rPr>
                <w:sz w:val="16"/>
              </w:rPr>
              <w:t>none (count and damage only)</w:t>
            </w:r>
          </w:p>
        </w:tc>
        <w:tc>
          <w:tcPr>
            <w:tcW w:type="dxa" w:w="1583"/>
          </w:tcPr>
          <w:p>
            <w:pPr>
              <w:spacing w:after="0"/>
              <w:jc w:val="right"/>
            </w:pPr>
            <w:r>
              <w:rPr>
                <w:sz w:val="16"/>
              </w:rPr>
              <w:t>0</w:t>
            </w:r>
          </w:p>
        </w:tc>
        <w:tc>
          <w:tcPr>
            <w:tcW w:type="dxa" w:w="1373"/>
          </w:tcPr>
          <w:p>
            <w:pPr>
              <w:spacing w:after="0"/>
              <w:jc w:val="left"/>
            </w:pPr>
          </w:p>
        </w:tc>
        <w:tc>
          <w:tcPr>
            <w:tcW w:type="dxa" w:w="2198"/>
          </w:tcPr>
          <w:p>
            <w:pPr>
              <w:spacing w:after="0"/>
              <w:jc w:val="left"/>
            </w:pPr>
          </w:p>
        </w:tc>
        <w:tc>
          <w:tcPr>
            <w:tcW w:type="dxa" w:w="1583"/>
          </w:tcPr>
          <w:p>
            <w:pPr>
              <w:spacing w:after="0"/>
              <w:jc w:val="left"/>
            </w:pPr>
          </w:p>
        </w:tc>
        <w:tc>
          <w:tcPr>
            <w:tcW w:type="dxa" w:w="1986"/>
          </w:tcPr>
          <w:p>
            <w:pPr>
              <w:spacing w:after="0"/>
              <w:jc w:val="left"/>
            </w:pPr>
          </w:p>
        </w:tc>
        <w:tc>
          <w:tcPr>
            <w:tcW w:type="dxa" w:w="1600"/>
          </w:tcPr>
          <w:p>
            <w:pPr>
              <w:spacing w:after="0"/>
              <w:jc w:val="left"/>
            </w:pPr>
          </w:p>
        </w:tc>
      </w:tr>
      <w:tr>
        <w:trPr>
          <w:cantSplit/>
        </w:trPr>
        <w:tc>
          <w:tcPr>
            <w:tcW w:type="dxa" w:w="1889"/>
          </w:tcPr>
          <w:p>
            <w:pPr>
              <w:spacing w:after="0"/>
              <w:jc w:val="left"/>
            </w:pPr>
            <w:r>
              <w:rPr>
                <w:sz w:val="16"/>
              </w:rPr>
              <w:t>Lightning</w:t>
            </w:r>
          </w:p>
        </w:tc>
        <w:tc>
          <w:tcPr>
            <w:tcW w:type="dxa" w:w="1899"/>
          </w:tcPr>
          <w:p>
            <w:pPr>
              <w:spacing w:after="0"/>
              <w:jc w:val="left"/>
            </w:pPr>
            <w:r>
              <w:rPr>
                <w:sz w:val="16"/>
              </w:rPr>
              <w:t>annualized frequency (the measure FEMA's Local Mitigation Planning Handbook names)</w:t>
            </w:r>
          </w:p>
        </w:tc>
        <w:tc>
          <w:tcPr>
            <w:tcW w:type="dxa" w:w="1583"/>
          </w:tcPr>
          <w:p>
            <w:pPr>
              <w:spacing w:after="0"/>
              <w:jc w:val="right"/>
            </w:pPr>
            <w:r>
              <w:rPr>
                <w:sz w:val="16"/>
              </w:rPr>
              <w:t>0</w:t>
            </w:r>
          </w:p>
        </w:tc>
        <w:tc>
          <w:tcPr>
            <w:tcW w:type="dxa" w:w="1373"/>
          </w:tcPr>
          <w:p>
            <w:pPr>
              <w:spacing w:after="0"/>
              <w:jc w:val="left"/>
            </w:pPr>
          </w:p>
        </w:tc>
        <w:tc>
          <w:tcPr>
            <w:tcW w:type="dxa" w:w="2198"/>
          </w:tcPr>
          <w:p>
            <w:pPr>
              <w:spacing w:after="0"/>
              <w:jc w:val="left"/>
            </w:pPr>
          </w:p>
        </w:tc>
        <w:tc>
          <w:tcPr>
            <w:tcW w:type="dxa" w:w="1583"/>
          </w:tcPr>
          <w:p>
            <w:pPr>
              <w:spacing w:after="0"/>
              <w:jc w:val="left"/>
            </w:pPr>
          </w:p>
        </w:tc>
        <w:tc>
          <w:tcPr>
            <w:tcW w:type="dxa" w:w="1986"/>
          </w:tcPr>
          <w:p>
            <w:pPr>
              <w:spacing w:after="0"/>
              <w:jc w:val="left"/>
            </w:pPr>
          </w:p>
        </w:tc>
        <w:tc>
          <w:tcPr>
            <w:tcW w:type="dxa" w:w="1600"/>
          </w:tcPr>
          <w:p>
            <w:pPr>
              <w:spacing w:after="0"/>
              <w:jc w:val="left"/>
            </w:pPr>
            <w:r>
              <w:rPr>
                <w:sz w:val="16"/>
              </w:rPr>
              <w:t>Storm Events lists lightning with damage or casualties.</w:t>
            </w:r>
          </w:p>
        </w:tc>
      </w:tr>
      <w:tr>
        <w:trPr>
          <w:cantSplit/>
        </w:trPr>
        <w:tc>
          <w:tcPr>
            <w:tcW w:type="dxa" w:w="1889"/>
          </w:tcPr>
          <w:p>
            <w:pPr>
              <w:spacing w:after="0"/>
              <w:jc w:val="left"/>
            </w:pPr>
            <w:r>
              <w:rPr>
                <w:sz w:val="16"/>
              </w:rPr>
              <w:t>High Wind and Strong Wind (outside NRI's Strong Wind definition)</w:t>
            </w:r>
          </w:p>
        </w:tc>
        <w:tc>
          <w:tcPr>
            <w:tcW w:type="dxa" w:w="1899"/>
          </w:tcPr>
          <w:p>
            <w:pPr>
              <w:spacing w:after="0"/>
              <w:jc w:val="left"/>
            </w:pPr>
            <w:r>
              <w:rPr>
                <w:sz w:val="16"/>
              </w:rPr>
              <w:t>wind speed (kt and mph)</w:t>
            </w:r>
          </w:p>
        </w:tc>
        <w:tc>
          <w:tcPr>
            <w:tcW w:type="dxa" w:w="1583"/>
          </w:tcPr>
          <w:p>
            <w:pPr>
              <w:spacing w:after="0"/>
              <w:jc w:val="right"/>
            </w:pPr>
            <w:r>
              <w:rPr>
                <w:sz w:val="16"/>
              </w:rPr>
              <w:t>3 records, 2013 to 2023 (3 zone-level)</w:t>
            </w:r>
          </w:p>
        </w:tc>
        <w:tc>
          <w:tcPr>
            <w:tcW w:type="dxa" w:w="1373"/>
          </w:tcPr>
          <w:p>
            <w:pPr>
              <w:spacing w:after="0"/>
              <w:jc w:val="left"/>
            </w:pPr>
            <w:r>
              <w:rPr>
                <w:sz w:val="16"/>
              </w:rPr>
              <w:t>27 kt (31 mph) to 52 kt (60 mph) (median 50 kt (58 mph)); 3 with a recorded value</w:t>
            </w:r>
          </w:p>
        </w:tc>
        <w:tc>
          <w:tcPr>
            <w:tcW w:type="dxa" w:w="2198"/>
          </w:tcPr>
          <w:p>
            <w:pPr>
              <w:spacing w:after="0"/>
              <w:jc w:val="left"/>
            </w:pPr>
            <w:r>
              <w:rPr>
                <w:sz w:val="16"/>
              </w:rPr>
              <w:t>52 kt (60 mph) estimated gust, High Wind, 2016-04-02; NWS zone KYZ053</w:t>
            </w:r>
          </w:p>
        </w:tc>
        <w:tc>
          <w:tcPr>
            <w:tcW w:type="dxa" w:w="1583"/>
          </w:tcPr>
          <w:p>
            <w:pPr>
              <w:spacing w:after="0"/>
              <w:jc w:val="left"/>
            </w:pPr>
            <w:r>
              <w:rPr>
                <w:sz w:val="16"/>
              </w:rPr>
              <w:t>Strong Wind, 2013-10-31, $10,000 property; $0 crops (zone total, 2013 dollars)</w:t>
            </w:r>
          </w:p>
        </w:tc>
        <w:tc>
          <w:tcPr>
            <w:tcW w:type="dxa" w:w="1986"/>
          </w:tcPr>
          <w:p>
            <w:pPr>
              <w:spacing w:after="0"/>
              <w:jc w:val="left"/>
            </w:pPr>
            <w:r>
              <w:rPr>
                <w:sz w:val="16"/>
              </w:rPr>
              <w:t>Countywide (zone-level records).</w:t>
            </w:r>
          </w:p>
        </w:tc>
        <w:tc>
          <w:tcPr>
            <w:tcW w:type="dxa" w:w="1600"/>
          </w:tcPr>
          <w:p>
            <w:pPr>
              <w:spacing w:after="0"/>
              <w:jc w:val="left"/>
            </w:pPr>
          </w:p>
        </w:tc>
      </w:tr>
      <w:tr>
        <w:trPr>
          <w:cantSplit/>
        </w:trPr>
        <w:tc>
          <w:tcPr>
            <w:tcW w:type="dxa" w:w="1889"/>
          </w:tcPr>
          <w:p>
            <w:pPr>
              <w:spacing w:after="0"/>
              <w:jc w:val="left"/>
            </w:pPr>
            <w:r>
              <w:rPr>
                <w:sz w:val="16"/>
              </w:rPr>
              <w:t>Thunderstorm Wind</w:t>
            </w:r>
          </w:p>
        </w:tc>
        <w:tc>
          <w:tcPr>
            <w:tcW w:type="dxa" w:w="1899"/>
          </w:tcPr>
          <w:p>
            <w:pPr>
              <w:spacing w:after="0"/>
              <w:jc w:val="left"/>
            </w:pPr>
            <w:r>
              <w:rPr>
                <w:sz w:val="16"/>
              </w:rPr>
              <w:t>wind speed (kt and mph)</w:t>
            </w:r>
          </w:p>
        </w:tc>
        <w:tc>
          <w:tcPr>
            <w:tcW w:type="dxa" w:w="1583"/>
          </w:tcPr>
          <w:p>
            <w:pPr>
              <w:spacing w:after="0"/>
              <w:jc w:val="right"/>
            </w:pPr>
            <w:r>
              <w:rPr>
                <w:sz w:val="16"/>
              </w:rPr>
              <w:t>123 records, 1970 to 2025</w:t>
            </w:r>
          </w:p>
        </w:tc>
        <w:tc>
          <w:tcPr>
            <w:tcW w:type="dxa" w:w="1373"/>
          </w:tcPr>
          <w:p>
            <w:pPr>
              <w:spacing w:after="0"/>
              <w:jc w:val="left"/>
            </w:pPr>
            <w:r>
              <w:rPr>
                <w:sz w:val="16"/>
              </w:rPr>
              <w:t>50 kt (58 mph) to 87 kt (100 mph) (median 52 kt (60 mph)); 103 with a recorded value</w:t>
            </w:r>
          </w:p>
        </w:tc>
        <w:tc>
          <w:tcPr>
            <w:tcW w:type="dxa" w:w="2198"/>
          </w:tcPr>
          <w:p>
            <w:pPr>
              <w:spacing w:after="0"/>
              <w:jc w:val="left"/>
            </w:pPr>
            <w:r>
              <w:rPr>
                <w:sz w:val="16"/>
              </w:rPr>
              <w:t>87 kt (100 mph), measurement type not recorded, Thunderstorm Wind, 1980-07-02</w:t>
            </w:r>
          </w:p>
        </w:tc>
        <w:tc>
          <w:tcPr>
            <w:tcW w:type="dxa" w:w="1583"/>
          </w:tcPr>
          <w:p>
            <w:pPr>
              <w:spacing w:after="0"/>
              <w:jc w:val="left"/>
            </w:pPr>
            <w:r>
              <w:rPr>
                <w:sz w:val="16"/>
              </w:rPr>
              <w:t>Thunderstorm Wind, 2018-04-03, $200,000 property; $0 crops (2018 dollars)</w:t>
            </w:r>
          </w:p>
        </w:tc>
        <w:tc>
          <w:tcPr>
            <w:tcW w:type="dxa" w:w="1986"/>
          </w:tcPr>
          <w:p>
            <w:pPr>
              <w:spacing w:after="0"/>
              <w:jc w:val="left"/>
            </w:pPr>
            <w:r>
              <w:rPr>
                <w:sz w:val="16"/>
              </w:rPr>
              <w:t>Event records naming jurisdictions in the plan: Hodgenville city (33 records).</w:t>
            </w:r>
          </w:p>
        </w:tc>
        <w:tc>
          <w:tcPr>
            <w:tcW w:type="dxa" w:w="1600"/>
          </w:tcPr>
          <w:p>
            <w:pPr>
              <w:spacing w:after="0"/>
              <w:jc w:val="left"/>
            </w:pPr>
          </w:p>
        </w:tc>
      </w:tr>
      <w:tr>
        <w:trPr>
          <w:cantSplit/>
        </w:trPr>
        <w:tc>
          <w:tcPr>
            <w:tcW w:type="dxa" w:w="1889"/>
          </w:tcPr>
          <w:p>
            <w:pPr>
              <w:spacing w:after="0"/>
              <w:jc w:val="left"/>
            </w:pPr>
            <w:r>
              <w:rPr>
                <w:sz w:val="16"/>
              </w:rPr>
              <w:t>Tornado</w:t>
            </w:r>
          </w:p>
        </w:tc>
        <w:tc>
          <w:tcPr>
            <w:tcW w:type="dxa" w:w="1899"/>
          </w:tcPr>
          <w:p>
            <w:pPr>
              <w:spacing w:after="0"/>
              <w:jc w:val="left"/>
            </w:pPr>
            <w:r>
              <w:rPr>
                <w:sz w:val="16"/>
              </w:rPr>
              <w:t>Enhanced Fujita (Fujita before Feb 2007)</w:t>
            </w:r>
          </w:p>
        </w:tc>
        <w:tc>
          <w:tcPr>
            <w:tcW w:type="dxa" w:w="1583"/>
          </w:tcPr>
          <w:p>
            <w:pPr>
              <w:spacing w:after="0"/>
              <w:jc w:val="right"/>
            </w:pPr>
            <w:r>
              <w:rPr>
                <w:sz w:val="16"/>
              </w:rPr>
              <w:t>15 records, 1952 to 2026</w:t>
            </w:r>
          </w:p>
        </w:tc>
        <w:tc>
          <w:tcPr>
            <w:tcW w:type="dxa" w:w="1373"/>
          </w:tcPr>
          <w:p>
            <w:pPr>
              <w:spacing w:after="0"/>
              <w:jc w:val="left"/>
            </w:pPr>
            <w:r>
              <w:rPr>
                <w:sz w:val="16"/>
              </w:rPr>
              <w:t>F/EF0 to F/EF3 (median F/EF1); 15 with a recorded value</w:t>
            </w:r>
          </w:p>
        </w:tc>
        <w:tc>
          <w:tcPr>
            <w:tcW w:type="dxa" w:w="2198"/>
          </w:tcPr>
          <w:p>
            <w:pPr>
              <w:spacing w:after="0"/>
              <w:jc w:val="left"/>
            </w:pPr>
            <w:r>
              <w:rPr>
                <w:sz w:val="16"/>
              </w:rPr>
              <w:t>F3 tornado, 1952-03-22, 2.7 mi path length (whole path, pre-1996), 33 yd wide, $250,000 property; crops not recorded (1952 dollars), 18 direct injuries</w:t>
            </w:r>
          </w:p>
        </w:tc>
        <w:tc>
          <w:tcPr>
            <w:tcW w:type="dxa" w:w="1583"/>
          </w:tcPr>
          <w:p>
            <w:pPr>
              <w:spacing w:after="0"/>
              <w:jc w:val="left"/>
            </w:pPr>
            <w:r>
              <w:rPr>
                <w:sz w:val="16"/>
              </w:rPr>
              <w:t>Tornado, 1997-03-28, $3,000,000 property; crops not reported (1997 dollars)</w:t>
            </w:r>
          </w:p>
        </w:tc>
        <w:tc>
          <w:tcPr>
            <w:tcW w:type="dxa" w:w="1986"/>
          </w:tcPr>
          <w:p>
            <w:pPr>
              <w:spacing w:after="0"/>
              <w:jc w:val="left"/>
            </w:pPr>
            <w:r>
              <w:rPr>
                <w:sz w:val="16"/>
              </w:rPr>
              <w:t>Event records naming jurisdictions in the plan: Hodgenville city (2 records).</w:t>
            </w:r>
          </w:p>
        </w:tc>
        <w:tc>
          <w:tcPr>
            <w:tcW w:type="dxa" w:w="16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9"/>
          </w:tcPr>
          <w:p>
            <w:pPr>
              <w:spacing w:after="0"/>
              <w:jc w:val="left"/>
            </w:pPr>
            <w:r>
              <w:rPr>
                <w:sz w:val="16"/>
              </w:rPr>
              <w:t>Wildfire</w:t>
            </w:r>
          </w:p>
        </w:tc>
        <w:tc>
          <w:tcPr>
            <w:tcW w:type="dxa" w:w="1899"/>
          </w:tcPr>
          <w:p>
            <w:pPr>
              <w:spacing w:after="0"/>
              <w:jc w:val="left"/>
            </w:pPr>
            <w:r>
              <w:rPr>
                <w:sz w:val="16"/>
              </w:rPr>
              <w:t>acres burned (local data)</w:t>
            </w:r>
          </w:p>
        </w:tc>
        <w:tc>
          <w:tcPr>
            <w:tcW w:type="dxa" w:w="1583"/>
          </w:tcPr>
          <w:p>
            <w:pPr>
              <w:spacing w:after="0"/>
              <w:jc w:val="right"/>
            </w:pPr>
            <w:r>
              <w:rPr>
                <w:sz w:val="16"/>
              </w:rPr>
              <w:t>0</w:t>
            </w:r>
          </w:p>
        </w:tc>
        <w:tc>
          <w:tcPr>
            <w:tcW w:type="dxa" w:w="1373"/>
          </w:tcPr>
          <w:p>
            <w:pPr>
              <w:spacing w:after="0"/>
              <w:jc w:val="left"/>
            </w:pPr>
          </w:p>
        </w:tc>
        <w:tc>
          <w:tcPr>
            <w:tcW w:type="dxa" w:w="2198"/>
          </w:tcPr>
          <w:p>
            <w:pPr>
              <w:spacing w:after="0"/>
              <w:jc w:val="left"/>
            </w:pPr>
          </w:p>
        </w:tc>
        <w:tc>
          <w:tcPr>
            <w:tcW w:type="dxa" w:w="1583"/>
          </w:tcPr>
          <w:p>
            <w:pPr>
              <w:spacing w:after="0"/>
              <w:jc w:val="left"/>
            </w:pPr>
          </w:p>
        </w:tc>
        <w:tc>
          <w:tcPr>
            <w:tcW w:type="dxa" w:w="1986"/>
          </w:tcPr>
          <w:p>
            <w:pPr>
              <w:spacing w:after="0"/>
              <w:jc w:val="left"/>
            </w:pPr>
          </w:p>
        </w:tc>
        <w:tc>
          <w:tcPr>
            <w:tcW w:type="dxa" w:w="1600"/>
          </w:tcPr>
          <w:p>
            <w:pPr>
              <w:spacing w:after="0"/>
              <w:jc w:val="left"/>
            </w:pPr>
          </w:p>
        </w:tc>
      </w:tr>
      <w:tr>
        <w:trPr>
          <w:cantSplit/>
        </w:trPr>
        <w:tc>
          <w:tcPr>
            <w:tcW w:type="dxa" w:w="1889"/>
          </w:tcPr>
          <w:p>
            <w:pPr>
              <w:spacing w:after="0"/>
              <w:jc w:val="left"/>
            </w:pPr>
            <w:r>
              <w:rPr>
                <w:sz w:val="16"/>
              </w:rPr>
              <w:t>Winter Storm, Heavy Snow, Blizzard, Lake-Effect Snow, Winter Weather, Sleet</w:t>
            </w:r>
          </w:p>
        </w:tc>
        <w:tc>
          <w:tcPr>
            <w:tcW w:type="dxa" w:w="1899"/>
          </w:tcPr>
          <w:p>
            <w:pPr>
              <w:spacing w:after="0"/>
              <w:jc w:val="left"/>
            </w:pPr>
            <w:r>
              <w:rPr>
                <w:sz w:val="16"/>
              </w:rPr>
              <w:t>none in data (snowfall: local data)</w:t>
            </w:r>
          </w:p>
        </w:tc>
        <w:tc>
          <w:tcPr>
            <w:tcW w:type="dxa" w:w="1583"/>
          </w:tcPr>
          <w:p>
            <w:pPr>
              <w:spacing w:after="0"/>
              <w:jc w:val="right"/>
            </w:pPr>
            <w:r>
              <w:rPr>
                <w:sz w:val="16"/>
              </w:rPr>
              <w:t>27 records, 1996 to 2026 (27 zone-level)</w:t>
            </w:r>
          </w:p>
        </w:tc>
        <w:tc>
          <w:tcPr>
            <w:tcW w:type="dxa" w:w="1373"/>
          </w:tcPr>
          <w:p>
            <w:pPr>
              <w:spacing w:after="0"/>
              <w:jc w:val="left"/>
            </w:pPr>
          </w:p>
        </w:tc>
        <w:tc>
          <w:tcPr>
            <w:tcW w:type="dxa" w:w="2198"/>
          </w:tcPr>
          <w:p>
            <w:pPr>
              <w:spacing w:after="0"/>
              <w:jc w:val="left"/>
            </w:pPr>
            <w:r>
              <w:rPr>
                <w:sz w:val="16"/>
              </w:rPr>
              <w:t>No damage reported in 27 records.</w:t>
            </w:r>
          </w:p>
        </w:tc>
        <w:tc>
          <w:tcPr>
            <w:tcW w:type="dxa" w:w="1583"/>
          </w:tcPr>
          <w:p>
            <w:pPr>
              <w:spacing w:after="0"/>
              <w:jc w:val="left"/>
            </w:pPr>
          </w:p>
        </w:tc>
        <w:tc>
          <w:tcPr>
            <w:tcW w:type="dxa" w:w="1986"/>
          </w:tcPr>
          <w:p>
            <w:pPr>
              <w:spacing w:after="0"/>
              <w:jc w:val="left"/>
            </w:pPr>
            <w:r>
              <w:rPr>
                <w:sz w:val="16"/>
              </w:rPr>
              <w:t>Countywide (zone-level records).</w:t>
            </w:r>
          </w:p>
        </w:tc>
        <w:tc>
          <w:tcPr>
            <w:tcW w:type="dxa" w:w="160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1"/>
        <w:gridCol w:w="2993"/>
        <w:gridCol w:w="2133"/>
        <w:gridCol w:w="1787"/>
        <w:gridCol w:w="2085"/>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1"/>
            <w:shd w:val="clear" w:color="auto" w:fill="E8E8E8"/>
          </w:tcPr>
          <w:p>
            <w:pPr>
              <w:spacing w:after="0"/>
              <w:jc w:val="left"/>
            </w:pPr>
            <w:r>
              <w:rPr>
                <w:b/>
                <w:sz w:val="16"/>
              </w:rPr>
              <w:t>Type</w:t>
            </w:r>
          </w:p>
        </w:tc>
        <w:tc>
          <w:tcPr>
            <w:tcW w:type="dxa" w:w="2993"/>
            <w:shd w:val="clear" w:color="auto" w:fill="E8E8E8"/>
          </w:tcPr>
          <w:p>
            <w:pPr>
              <w:spacing w:after="0"/>
              <w:jc w:val="left"/>
            </w:pPr>
            <w:r>
              <w:rPr>
                <w:b/>
                <w:sz w:val="16"/>
              </w:rPr>
              <w:t>Title</w:t>
            </w:r>
          </w:p>
        </w:tc>
        <w:tc>
          <w:tcPr>
            <w:tcW w:type="dxa" w:w="2133"/>
            <w:shd w:val="clear" w:color="auto" w:fill="E8E8E8"/>
          </w:tcPr>
          <w:p>
            <w:pPr>
              <w:spacing w:after="0"/>
              <w:jc w:val="left"/>
            </w:pPr>
            <w:r>
              <w:rPr>
                <w:b/>
                <w:sz w:val="16"/>
              </w:rPr>
              <w:t>Mapped hazard</w:t>
            </w:r>
          </w:p>
        </w:tc>
        <w:tc>
          <w:tcPr>
            <w:tcW w:type="dxa" w:w="17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85"/>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31"/>
          </w:tcPr>
          <w:p>
            <w:pPr>
              <w:spacing w:after="0"/>
              <w:jc w:val="left"/>
            </w:pPr>
            <w:r>
              <w:rPr>
                <w:sz w:val="16"/>
              </w:rPr>
              <w:t>Emergency</w:t>
            </w:r>
          </w:p>
        </w:tc>
        <w:tc>
          <w:tcPr>
            <w:tcW w:type="dxa" w:w="2993"/>
          </w:tcPr>
          <w:p>
            <w:pPr>
              <w:spacing w:after="0"/>
              <w:jc w:val="left"/>
            </w:pPr>
            <w:r>
              <w:rPr>
                <w:sz w:val="16"/>
              </w:rPr>
              <w:t>Severe Winter Storm</w:t>
            </w:r>
          </w:p>
        </w:tc>
        <w:tc>
          <w:tcPr>
            <w:tcW w:type="dxa" w:w="2133"/>
          </w:tcPr>
          <w:p>
            <w:pPr>
              <w:spacing w:after="0"/>
              <w:jc w:val="left"/>
            </w:pPr>
            <w:r>
              <w:rPr>
                <w:sz w:val="16"/>
              </w:rPr>
              <w:t>Winter Weather</w:t>
            </w:r>
          </w:p>
        </w:tc>
        <w:tc>
          <w:tcPr>
            <w:tcW w:type="dxa" w:w="1787"/>
          </w:tcPr>
          <w:p>
            <w:pPr>
              <w:spacing w:after="0"/>
              <w:jc w:val="right"/>
            </w:pPr>
            <w:r>
              <w:rPr>
                <w:sz w:val="16"/>
              </w:rPr>
              <w:t>no Public Assistance recorded</w:t>
            </w:r>
          </w:p>
        </w:tc>
        <w:tc>
          <w:tcPr>
            <w:tcW w:type="dxa" w:w="2085"/>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31"/>
          </w:tcPr>
          <w:p>
            <w:pPr>
              <w:spacing w:after="0"/>
              <w:jc w:val="left"/>
            </w:pPr>
            <w:r>
              <w:rPr>
                <w:sz w:val="16"/>
              </w:rPr>
              <w:t>Major disaster</w:t>
            </w:r>
          </w:p>
        </w:tc>
        <w:tc>
          <w:tcPr>
            <w:tcW w:type="dxa" w:w="2993"/>
          </w:tcPr>
          <w:p>
            <w:pPr>
              <w:spacing w:after="0"/>
              <w:jc w:val="left"/>
            </w:pPr>
            <w:r>
              <w:rPr>
                <w:sz w:val="16"/>
              </w:rPr>
              <w:t>Severe Storms, Straight-Line Winds, and Tornadoes</w:t>
            </w:r>
          </w:p>
        </w:tc>
        <w:tc>
          <w:tcPr>
            <w:tcW w:type="dxa" w:w="2133"/>
          </w:tcPr>
          <w:p>
            <w:pPr>
              <w:spacing w:after="0"/>
              <w:jc w:val="left"/>
            </w:pPr>
            <w:r>
              <w:rPr>
                <w:sz w:val="16"/>
              </w:rPr>
              <w:t>Inland Flooding; Landslide; Strong Wind; Tornado</w:t>
            </w:r>
          </w:p>
        </w:tc>
        <w:tc>
          <w:tcPr>
            <w:tcW w:type="dxa" w:w="1787"/>
          </w:tcPr>
          <w:p>
            <w:pPr>
              <w:spacing w:after="0"/>
              <w:jc w:val="right"/>
            </w:pPr>
            <w:r>
              <w:rPr>
                <w:sz w:val="16"/>
              </w:rPr>
              <w:t>no Public Assistance recorded</w:t>
            </w:r>
          </w:p>
        </w:tc>
        <w:tc>
          <w:tcPr>
            <w:tcW w:type="dxa" w:w="2085"/>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31"/>
          </w:tcPr>
          <w:p>
            <w:pPr>
              <w:spacing w:after="0"/>
              <w:jc w:val="left"/>
            </w:pPr>
            <w:r>
              <w:rPr>
                <w:sz w:val="16"/>
              </w:rPr>
              <w:t>Major disaster</w:t>
            </w:r>
          </w:p>
        </w:tc>
        <w:tc>
          <w:tcPr>
            <w:tcW w:type="dxa" w:w="2993"/>
          </w:tcPr>
          <w:p>
            <w:pPr>
              <w:spacing w:after="0"/>
              <w:jc w:val="left"/>
            </w:pPr>
            <w:r>
              <w:rPr>
                <w:sz w:val="16"/>
              </w:rPr>
              <w:t>Severe Storms, Straight-Line Winds, Tornadoes, Flooding, Landslides, and Mudslides</w:t>
            </w:r>
          </w:p>
        </w:tc>
        <w:tc>
          <w:tcPr>
            <w:tcW w:type="dxa" w:w="2133"/>
          </w:tcPr>
          <w:p>
            <w:pPr>
              <w:spacing w:after="0"/>
              <w:jc w:val="left"/>
            </w:pPr>
            <w:r>
              <w:rPr>
                <w:sz w:val="16"/>
              </w:rPr>
              <w:t>Inland Flooding; Landslide; Strong Wind; Tornado</w:t>
            </w:r>
          </w:p>
        </w:tc>
        <w:tc>
          <w:tcPr>
            <w:tcW w:type="dxa" w:w="1787"/>
          </w:tcPr>
          <w:p>
            <w:pPr>
              <w:spacing w:after="0"/>
              <w:jc w:val="right"/>
            </w:pPr>
            <w:r>
              <w:rPr>
                <w:sz w:val="16"/>
              </w:rPr>
              <w:t>$687,953.59</w:t>
            </w:r>
          </w:p>
        </w:tc>
        <w:tc>
          <w:tcPr>
            <w:tcW w:type="dxa" w:w="2085"/>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31"/>
          </w:tcPr>
          <w:p>
            <w:pPr>
              <w:spacing w:after="0"/>
              <w:jc w:val="left"/>
            </w:pPr>
            <w:r>
              <w:rPr>
                <w:sz w:val="16"/>
              </w:rPr>
              <w:t>Emergency</w:t>
            </w:r>
          </w:p>
        </w:tc>
        <w:tc>
          <w:tcPr>
            <w:tcW w:type="dxa" w:w="2993"/>
          </w:tcPr>
          <w:p>
            <w:pPr>
              <w:spacing w:after="0"/>
              <w:jc w:val="left"/>
            </w:pPr>
            <w:r>
              <w:rPr>
                <w:sz w:val="16"/>
              </w:rPr>
              <w:t>Severe Storms, Straight-Line Winds, Tornadoes, and Flooding</w:t>
            </w:r>
          </w:p>
        </w:tc>
        <w:tc>
          <w:tcPr>
            <w:tcW w:type="dxa" w:w="2133"/>
          </w:tcPr>
          <w:p>
            <w:pPr>
              <w:spacing w:after="0"/>
              <w:jc w:val="left"/>
            </w:pPr>
            <w:r>
              <w:rPr>
                <w:sz w:val="16"/>
              </w:rPr>
              <w:t>Inland Flooding; Strong Wind; Tornado</w:t>
            </w:r>
          </w:p>
        </w:tc>
        <w:tc>
          <w:tcPr>
            <w:tcW w:type="dxa" w:w="1787"/>
          </w:tcPr>
          <w:p>
            <w:pPr>
              <w:spacing w:after="0"/>
              <w:jc w:val="right"/>
            </w:pPr>
            <w:r>
              <w:rPr>
                <w:sz w:val="16"/>
              </w:rPr>
              <w:t>no Public Assistance recorded</w:t>
            </w:r>
          </w:p>
        </w:tc>
        <w:tc>
          <w:tcPr>
            <w:tcW w:type="dxa" w:w="2085"/>
          </w:tcPr>
          <w:p>
            <w:pPr>
              <w:spacing w:after="0"/>
              <w:jc w:val="left"/>
            </w:pPr>
            <w:r>
              <w:rPr>
                <w:sz w:val="16"/>
              </w:rPr>
              <w:t>new since last plan; within last 5 years</w:t>
            </w:r>
          </w:p>
        </w:tc>
        <w:tc>
          <w:tcPr>
            <w:tcW w:type="dxa" w:w="873"/>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31"/>
          </w:tcPr>
          <w:p>
            <w:pPr>
              <w:spacing w:after="0"/>
              <w:jc w:val="left"/>
            </w:pPr>
            <w:r>
              <w:rPr>
                <w:sz w:val="16"/>
              </w:rPr>
              <w:t>Emergency</w:t>
            </w:r>
          </w:p>
        </w:tc>
        <w:tc>
          <w:tcPr>
            <w:tcW w:type="dxa" w:w="2993"/>
          </w:tcPr>
          <w:p>
            <w:pPr>
              <w:spacing w:after="0"/>
              <w:jc w:val="left"/>
            </w:pPr>
            <w:r>
              <w:rPr>
                <w:sz w:val="16"/>
              </w:rPr>
              <w:t>Severe Storms, Straight-Line Winds, Flooding, and Landslides</w:t>
            </w:r>
          </w:p>
        </w:tc>
        <w:tc>
          <w:tcPr>
            <w:tcW w:type="dxa" w:w="2133"/>
          </w:tcPr>
          <w:p>
            <w:pPr>
              <w:spacing w:after="0"/>
              <w:jc w:val="left"/>
            </w:pPr>
            <w:r>
              <w:rPr>
                <w:sz w:val="16"/>
              </w:rPr>
              <w:t>Inland Flooding; Landslide; Strong Wind</w:t>
            </w:r>
          </w:p>
        </w:tc>
        <w:tc>
          <w:tcPr>
            <w:tcW w:type="dxa" w:w="1787"/>
          </w:tcPr>
          <w:p>
            <w:pPr>
              <w:spacing w:after="0"/>
              <w:jc w:val="right"/>
            </w:pPr>
            <w:r>
              <w:rPr>
                <w:sz w:val="16"/>
              </w:rPr>
              <w:t>no Public Assistance recorded</w:t>
            </w:r>
          </w:p>
        </w:tc>
        <w:tc>
          <w:tcPr>
            <w:tcW w:type="dxa" w:w="2085"/>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31"/>
          </w:tcPr>
          <w:p>
            <w:pPr>
              <w:spacing w:after="0"/>
              <w:jc w:val="left"/>
            </w:pPr>
            <w:r>
              <w:rPr>
                <w:sz w:val="16"/>
              </w:rPr>
              <w:t>Major disaster</w:t>
            </w:r>
          </w:p>
        </w:tc>
        <w:tc>
          <w:tcPr>
            <w:tcW w:type="dxa" w:w="2993"/>
          </w:tcPr>
          <w:p>
            <w:pPr>
              <w:spacing w:after="0"/>
              <w:jc w:val="left"/>
            </w:pPr>
            <w:r>
              <w:rPr>
                <w:sz w:val="16"/>
              </w:rPr>
              <w:t>Severe Storms, Straight-Line Winds, Tornadoes, Landslides, and Mudslides</w:t>
            </w:r>
          </w:p>
        </w:tc>
        <w:tc>
          <w:tcPr>
            <w:tcW w:type="dxa" w:w="2133"/>
          </w:tcPr>
          <w:p>
            <w:pPr>
              <w:spacing w:after="0"/>
              <w:jc w:val="left"/>
            </w:pPr>
            <w:r>
              <w:rPr>
                <w:sz w:val="16"/>
              </w:rPr>
              <w:t>Landslide; Strong Wind; Tornado</w:t>
            </w:r>
          </w:p>
        </w:tc>
        <w:tc>
          <w:tcPr>
            <w:tcW w:type="dxa" w:w="1787"/>
          </w:tcPr>
          <w:p>
            <w:pPr>
              <w:spacing w:after="0"/>
              <w:jc w:val="right"/>
            </w:pPr>
            <w:r>
              <w:rPr>
                <w:sz w:val="16"/>
              </w:rPr>
              <w:t>$9,221.03</w:t>
            </w:r>
          </w:p>
        </w:tc>
        <w:tc>
          <w:tcPr>
            <w:tcW w:type="dxa" w:w="2085"/>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31"/>
          </w:tcPr>
          <w:p>
            <w:pPr>
              <w:spacing w:after="0"/>
              <w:jc w:val="left"/>
            </w:pPr>
            <w:r>
              <w:rPr>
                <w:sz w:val="16"/>
              </w:rPr>
              <w:t>Major disaster</w:t>
            </w:r>
          </w:p>
        </w:tc>
        <w:tc>
          <w:tcPr>
            <w:tcW w:type="dxa" w:w="2993"/>
          </w:tcPr>
          <w:p>
            <w:pPr>
              <w:spacing w:after="0"/>
              <w:jc w:val="left"/>
            </w:pPr>
            <w:r>
              <w:rPr>
                <w:sz w:val="16"/>
              </w:rPr>
              <w:t>Severe Storms, Straight-Line Winds, Tornadoes, Flooding, Landslides, and Mudslides</w:t>
            </w:r>
          </w:p>
        </w:tc>
        <w:tc>
          <w:tcPr>
            <w:tcW w:type="dxa" w:w="2133"/>
          </w:tcPr>
          <w:p>
            <w:pPr>
              <w:spacing w:after="0"/>
              <w:jc w:val="left"/>
            </w:pPr>
            <w:r>
              <w:rPr>
                <w:sz w:val="16"/>
              </w:rPr>
              <w:t>Inland Flooding; Landslide; Strong Wind; Tornado</w:t>
            </w:r>
          </w:p>
        </w:tc>
        <w:tc>
          <w:tcPr>
            <w:tcW w:type="dxa" w:w="1787"/>
          </w:tcPr>
          <w:p>
            <w:pPr>
              <w:spacing w:after="0"/>
              <w:jc w:val="right"/>
            </w:pPr>
            <w:r>
              <w:rPr>
                <w:sz w:val="16"/>
              </w:rPr>
              <w:t>no Public Assistance recorded</w:t>
            </w:r>
          </w:p>
        </w:tc>
        <w:tc>
          <w:tcPr>
            <w:tcW w:type="dxa" w:w="2085"/>
          </w:tcPr>
          <w:p>
            <w:pPr>
              <w:spacing w:after="0"/>
              <w:jc w:val="left"/>
            </w:pPr>
            <w:r>
              <w:rPr>
                <w:sz w:val="16"/>
              </w:rPr>
              <w:t>in the 12 months before plan approval; within last 5 years</w:t>
            </w:r>
          </w:p>
        </w:tc>
        <w:tc>
          <w:tcPr>
            <w:tcW w:type="dxa" w:w="87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31"/>
          </w:tcPr>
          <w:p>
            <w:pPr>
              <w:spacing w:after="0"/>
              <w:jc w:val="left"/>
            </w:pPr>
            <w:r>
              <w:rPr>
                <w:sz w:val="16"/>
              </w:rPr>
              <w:t>Major disaster</w:t>
            </w:r>
          </w:p>
        </w:tc>
        <w:tc>
          <w:tcPr>
            <w:tcW w:type="dxa" w:w="2993"/>
          </w:tcPr>
          <w:p>
            <w:pPr>
              <w:spacing w:after="0"/>
              <w:jc w:val="left"/>
            </w:pPr>
            <w:r>
              <w:rPr>
                <w:sz w:val="16"/>
              </w:rPr>
              <w:t>COVID-19 Pandemic</w:t>
            </w:r>
          </w:p>
        </w:tc>
        <w:tc>
          <w:tcPr>
            <w:tcW w:type="dxa" w:w="2133"/>
          </w:tcPr>
          <w:p>
            <w:pPr>
              <w:spacing w:after="0"/>
              <w:jc w:val="left"/>
            </w:pPr>
            <w:r>
              <w:rPr>
                <w:sz w:val="16"/>
              </w:rPr>
              <w:t>Non-natural, not counted</w:t>
            </w:r>
          </w:p>
        </w:tc>
        <w:tc>
          <w:tcPr>
            <w:tcW w:type="dxa" w:w="1787"/>
          </w:tcPr>
          <w:p>
            <w:pPr>
              <w:spacing w:after="0"/>
              <w:jc w:val="right"/>
            </w:pPr>
            <w:r>
              <w:rPr>
                <w:sz w:val="16"/>
              </w:rPr>
              <w:t>no Public Assistance recorded</w:t>
            </w:r>
          </w:p>
        </w:tc>
        <w:tc>
          <w:tcPr>
            <w:tcW w:type="dxa" w:w="208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31"/>
          </w:tcPr>
          <w:p>
            <w:pPr>
              <w:spacing w:after="0"/>
              <w:jc w:val="left"/>
            </w:pPr>
            <w:r>
              <w:rPr>
                <w:sz w:val="16"/>
              </w:rPr>
              <w:t>Emergency</w:t>
            </w:r>
          </w:p>
        </w:tc>
        <w:tc>
          <w:tcPr>
            <w:tcW w:type="dxa" w:w="2993"/>
          </w:tcPr>
          <w:p>
            <w:pPr>
              <w:spacing w:after="0"/>
              <w:jc w:val="left"/>
            </w:pPr>
            <w:r>
              <w:rPr>
                <w:sz w:val="16"/>
              </w:rPr>
              <w:t>COVID-19</w:t>
            </w:r>
          </w:p>
        </w:tc>
        <w:tc>
          <w:tcPr>
            <w:tcW w:type="dxa" w:w="2133"/>
          </w:tcPr>
          <w:p>
            <w:pPr>
              <w:spacing w:after="0"/>
              <w:jc w:val="left"/>
            </w:pPr>
            <w:r>
              <w:rPr>
                <w:sz w:val="16"/>
              </w:rPr>
              <w:t>Non-natural, not counted</w:t>
            </w:r>
          </w:p>
        </w:tc>
        <w:tc>
          <w:tcPr>
            <w:tcW w:type="dxa" w:w="1787"/>
          </w:tcPr>
          <w:p>
            <w:pPr>
              <w:spacing w:after="0"/>
              <w:jc w:val="right"/>
            </w:pPr>
            <w:r>
              <w:rPr>
                <w:sz w:val="16"/>
              </w:rPr>
              <w:t>no Public Assistance recorded</w:t>
            </w:r>
          </w:p>
        </w:tc>
        <w:tc>
          <w:tcPr>
            <w:tcW w:type="dxa" w:w="2085"/>
          </w:tcPr>
          <w:p>
            <w:pPr>
              <w:spacing w:after="0"/>
              <w:jc w:val="left"/>
            </w:pPr>
          </w:p>
        </w:tc>
        <w:tc>
          <w:tcPr>
            <w:tcW w:type="dxa" w:w="873"/>
          </w:tcPr>
          <w:p>
            <w:pPr>
              <w:spacing w:after="0"/>
              <w:jc w:val="left"/>
            </w:pPr>
            <w:r>
              <w:rPr>
                <w:sz w:val="16"/>
              </w:rPr>
              <w:t>same incident as DR-4497</w:t>
            </w: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31"/>
          </w:tcPr>
          <w:p>
            <w:pPr>
              <w:spacing w:after="0"/>
              <w:jc w:val="left"/>
            </w:pPr>
            <w:r>
              <w:rPr>
                <w:sz w:val="16"/>
              </w:rPr>
              <w:t>Major disaster</w:t>
            </w:r>
          </w:p>
        </w:tc>
        <w:tc>
          <w:tcPr>
            <w:tcW w:type="dxa" w:w="2993"/>
          </w:tcPr>
          <w:p>
            <w:pPr>
              <w:spacing w:after="0"/>
              <w:jc w:val="left"/>
            </w:pPr>
            <w:r>
              <w:rPr>
                <w:sz w:val="16"/>
              </w:rPr>
              <w:t>Severe Winter Storm, Snowstorm, Flooding, Landslides, and Mudslides</w:t>
            </w:r>
          </w:p>
        </w:tc>
        <w:tc>
          <w:tcPr>
            <w:tcW w:type="dxa" w:w="2133"/>
          </w:tcPr>
          <w:p>
            <w:pPr>
              <w:spacing w:after="0"/>
              <w:jc w:val="left"/>
            </w:pPr>
            <w:r>
              <w:rPr>
                <w:sz w:val="16"/>
              </w:rPr>
              <w:t>Inland Flooding (primary); also designated: Landslide, Winter Weather</w:t>
            </w:r>
          </w:p>
        </w:tc>
        <w:tc>
          <w:tcPr>
            <w:tcW w:type="dxa" w:w="1787"/>
          </w:tcPr>
          <w:p>
            <w:pPr>
              <w:spacing w:after="0"/>
              <w:jc w:val="right"/>
            </w:pPr>
            <w:r>
              <w:rPr>
                <w:sz w:val="16"/>
              </w:rPr>
              <w:t>$14,706.70</w:t>
            </w:r>
          </w:p>
        </w:tc>
        <w:tc>
          <w:tcPr>
            <w:tcW w:type="dxa" w:w="208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131"/>
          </w:tcPr>
          <w:p>
            <w:pPr>
              <w:spacing w:after="0"/>
              <w:jc w:val="left"/>
            </w:pPr>
            <w:r>
              <w:rPr>
                <w:sz w:val="16"/>
              </w:rPr>
              <w:t>Major disaster</w:t>
            </w:r>
          </w:p>
        </w:tc>
        <w:tc>
          <w:tcPr>
            <w:tcW w:type="dxa" w:w="2993"/>
          </w:tcPr>
          <w:p>
            <w:pPr>
              <w:spacing w:after="0"/>
              <w:jc w:val="left"/>
            </w:pPr>
            <w:r>
              <w:rPr>
                <w:sz w:val="16"/>
              </w:rPr>
              <w:t>Severe Storms, Tornadoes, Straight-Line Winds and Flooding</w:t>
            </w:r>
          </w:p>
        </w:tc>
        <w:tc>
          <w:tcPr>
            <w:tcW w:type="dxa" w:w="2133"/>
          </w:tcPr>
          <w:p>
            <w:pPr>
              <w:spacing w:after="0"/>
              <w:jc w:val="left"/>
            </w:pPr>
            <w:r>
              <w:rPr>
                <w:sz w:val="16"/>
              </w:rPr>
              <w:t>Inland Flooding; Strong Wind; Tornado</w:t>
            </w:r>
          </w:p>
        </w:tc>
        <w:tc>
          <w:tcPr>
            <w:tcW w:type="dxa" w:w="1787"/>
          </w:tcPr>
          <w:p>
            <w:pPr>
              <w:spacing w:after="0"/>
              <w:jc w:val="right"/>
            </w:pPr>
            <w:r>
              <w:rPr>
                <w:sz w:val="16"/>
              </w:rPr>
              <w:t>$11,683.05</w:t>
            </w:r>
          </w:p>
        </w:tc>
        <w:tc>
          <w:tcPr>
            <w:tcW w:type="dxa" w:w="208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31"/>
          </w:tcPr>
          <w:p>
            <w:pPr>
              <w:spacing w:after="0"/>
              <w:jc w:val="left"/>
            </w:pPr>
            <w:r>
              <w:rPr>
                <w:sz w:val="16"/>
              </w:rPr>
              <w:t>Major disaster</w:t>
            </w:r>
          </w:p>
        </w:tc>
        <w:tc>
          <w:tcPr>
            <w:tcW w:type="dxa" w:w="2993"/>
          </w:tcPr>
          <w:p>
            <w:pPr>
              <w:spacing w:after="0"/>
              <w:jc w:val="left"/>
            </w:pPr>
            <w:r>
              <w:rPr>
                <w:sz w:val="16"/>
              </w:rPr>
              <w:t>Severe Storms, Flooding, Mudslides, and Tornadoes</w:t>
            </w:r>
          </w:p>
        </w:tc>
        <w:tc>
          <w:tcPr>
            <w:tcW w:type="dxa" w:w="2133"/>
          </w:tcPr>
          <w:p>
            <w:pPr>
              <w:spacing w:after="0"/>
              <w:jc w:val="left"/>
            </w:pPr>
            <w:r>
              <w:rPr>
                <w:sz w:val="16"/>
              </w:rPr>
              <w:t>Inland Flooding; Landslide; Tornado</w:t>
            </w:r>
          </w:p>
        </w:tc>
        <w:tc>
          <w:tcPr>
            <w:tcW w:type="dxa" w:w="1787"/>
          </w:tcPr>
          <w:p>
            <w:pPr>
              <w:spacing w:after="0"/>
              <w:jc w:val="right"/>
            </w:pPr>
            <w:r>
              <w:rPr>
                <w:sz w:val="16"/>
              </w:rPr>
              <w:t>$94,155.15</w:t>
            </w:r>
          </w:p>
        </w:tc>
        <w:tc>
          <w:tcPr>
            <w:tcW w:type="dxa" w:w="208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31"/>
          </w:tcPr>
          <w:p>
            <w:pPr>
              <w:spacing w:after="0"/>
              <w:jc w:val="left"/>
            </w:pPr>
            <w:r>
              <w:rPr>
                <w:sz w:val="16"/>
              </w:rPr>
              <w:t>Major disaster</w:t>
            </w:r>
          </w:p>
        </w:tc>
        <w:tc>
          <w:tcPr>
            <w:tcW w:type="dxa" w:w="2993"/>
          </w:tcPr>
          <w:p>
            <w:pPr>
              <w:spacing w:after="0"/>
              <w:jc w:val="left"/>
            </w:pPr>
            <w:r>
              <w:rPr>
                <w:sz w:val="16"/>
              </w:rPr>
              <w:t>Severe Winter Storm and Flooding</w:t>
            </w:r>
          </w:p>
        </w:tc>
        <w:tc>
          <w:tcPr>
            <w:tcW w:type="dxa" w:w="2133"/>
          </w:tcPr>
          <w:p>
            <w:pPr>
              <w:spacing w:after="0"/>
              <w:jc w:val="left"/>
            </w:pPr>
            <w:r>
              <w:rPr>
                <w:sz w:val="16"/>
              </w:rPr>
              <w:t>Ice Storm</w:t>
            </w:r>
          </w:p>
        </w:tc>
        <w:tc>
          <w:tcPr>
            <w:tcW w:type="dxa" w:w="1787"/>
          </w:tcPr>
          <w:p>
            <w:pPr>
              <w:spacing w:after="0"/>
              <w:jc w:val="right"/>
            </w:pPr>
            <w:r>
              <w:rPr>
                <w:sz w:val="16"/>
              </w:rPr>
              <w:t>$219,818.59</w:t>
            </w:r>
          </w:p>
        </w:tc>
        <w:tc>
          <w:tcPr>
            <w:tcW w:type="dxa" w:w="208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31"/>
          </w:tcPr>
          <w:p>
            <w:pPr>
              <w:spacing w:after="0"/>
              <w:jc w:val="left"/>
            </w:pPr>
            <w:r>
              <w:rPr>
                <w:sz w:val="16"/>
              </w:rPr>
              <w:t>Emergency</w:t>
            </w:r>
          </w:p>
        </w:tc>
        <w:tc>
          <w:tcPr>
            <w:tcW w:type="dxa" w:w="2993"/>
          </w:tcPr>
          <w:p>
            <w:pPr>
              <w:spacing w:after="0"/>
              <w:jc w:val="left"/>
            </w:pPr>
            <w:r>
              <w:rPr>
                <w:sz w:val="16"/>
              </w:rPr>
              <w:t>Severe Winter Storm</w:t>
            </w:r>
          </w:p>
        </w:tc>
        <w:tc>
          <w:tcPr>
            <w:tcW w:type="dxa" w:w="2133"/>
          </w:tcPr>
          <w:p>
            <w:pPr>
              <w:spacing w:after="0"/>
              <w:jc w:val="left"/>
            </w:pPr>
            <w:r>
              <w:rPr>
                <w:sz w:val="16"/>
              </w:rPr>
              <w:t>Ice Storm</w:t>
            </w:r>
          </w:p>
        </w:tc>
        <w:tc>
          <w:tcPr>
            <w:tcW w:type="dxa" w:w="1787"/>
          </w:tcPr>
          <w:p>
            <w:pPr>
              <w:spacing w:after="0"/>
              <w:jc w:val="right"/>
            </w:pPr>
            <w:r>
              <w:rPr>
                <w:sz w:val="16"/>
              </w:rPr>
              <w:t>no Public Assistance recorded</w:t>
            </w:r>
          </w:p>
        </w:tc>
        <w:tc>
          <w:tcPr>
            <w:tcW w:type="dxa" w:w="2085"/>
          </w:tcPr>
          <w:p>
            <w:pPr>
              <w:spacing w:after="0"/>
              <w:jc w:val="left"/>
            </w:pPr>
          </w:p>
        </w:tc>
        <w:tc>
          <w:tcPr>
            <w:tcW w:type="dxa" w:w="873"/>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31"/>
          </w:tcPr>
          <w:p>
            <w:pPr>
              <w:spacing w:after="0"/>
              <w:jc w:val="left"/>
            </w:pPr>
            <w:r>
              <w:rPr>
                <w:sz w:val="16"/>
              </w:rPr>
              <w:t>Emergency</w:t>
            </w:r>
          </w:p>
        </w:tc>
        <w:tc>
          <w:tcPr>
            <w:tcW w:type="dxa" w:w="2993"/>
          </w:tcPr>
          <w:p>
            <w:pPr>
              <w:spacing w:after="0"/>
              <w:jc w:val="left"/>
            </w:pPr>
            <w:r>
              <w:rPr>
                <w:sz w:val="16"/>
              </w:rPr>
              <w:t>Hurricane Katrina</w:t>
            </w:r>
          </w:p>
        </w:tc>
        <w:tc>
          <w:tcPr>
            <w:tcW w:type="dxa" w:w="2133"/>
          </w:tcPr>
          <w:p>
            <w:pPr>
              <w:spacing w:after="0"/>
              <w:jc w:val="left"/>
            </w:pPr>
            <w:r>
              <w:rPr>
                <w:sz w:val="16"/>
              </w:rPr>
              <w:t>Hurricane: evacuation support, not a local hazard event; not counted</w:t>
            </w:r>
          </w:p>
        </w:tc>
        <w:tc>
          <w:tcPr>
            <w:tcW w:type="dxa" w:w="1787"/>
          </w:tcPr>
          <w:p>
            <w:pPr>
              <w:spacing w:after="0"/>
              <w:jc w:val="right"/>
            </w:pPr>
            <w:r>
              <w:rPr>
                <w:sz w:val="16"/>
              </w:rPr>
              <w:t>no Public Assistance recorded</w:t>
            </w:r>
          </w:p>
        </w:tc>
        <w:tc>
          <w:tcPr>
            <w:tcW w:type="dxa" w:w="208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31"/>
          </w:tcPr>
          <w:p>
            <w:pPr>
              <w:spacing w:after="0"/>
              <w:jc w:val="left"/>
            </w:pPr>
            <w:r>
              <w:rPr>
                <w:sz w:val="16"/>
              </w:rPr>
              <w:t>Major disaster</w:t>
            </w:r>
          </w:p>
        </w:tc>
        <w:tc>
          <w:tcPr>
            <w:tcW w:type="dxa" w:w="2993"/>
          </w:tcPr>
          <w:p>
            <w:pPr>
              <w:spacing w:after="0"/>
              <w:jc w:val="left"/>
            </w:pPr>
            <w:r>
              <w:rPr>
                <w:sz w:val="16"/>
              </w:rPr>
              <w:t>Severe Winter Storm and Record Snow</w:t>
            </w:r>
          </w:p>
        </w:tc>
        <w:tc>
          <w:tcPr>
            <w:tcW w:type="dxa" w:w="2133"/>
          </w:tcPr>
          <w:p>
            <w:pPr>
              <w:spacing w:after="0"/>
              <w:jc w:val="left"/>
            </w:pPr>
            <w:r>
              <w:rPr>
                <w:sz w:val="16"/>
              </w:rPr>
              <w:t>Winter Weather</w:t>
            </w:r>
          </w:p>
        </w:tc>
        <w:tc>
          <w:tcPr>
            <w:tcW w:type="dxa" w:w="1787"/>
          </w:tcPr>
          <w:p>
            <w:pPr>
              <w:spacing w:after="0"/>
              <w:jc w:val="right"/>
            </w:pPr>
            <w:r>
              <w:rPr>
                <w:sz w:val="16"/>
              </w:rPr>
              <w:t>$5,804.02</w:t>
            </w:r>
          </w:p>
        </w:tc>
        <w:tc>
          <w:tcPr>
            <w:tcW w:type="dxa" w:w="208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131"/>
          </w:tcPr>
          <w:p>
            <w:pPr>
              <w:spacing w:after="0"/>
              <w:jc w:val="left"/>
            </w:pPr>
            <w:r>
              <w:rPr>
                <w:sz w:val="16"/>
              </w:rPr>
              <w:t>Major disaster</w:t>
            </w:r>
          </w:p>
        </w:tc>
        <w:tc>
          <w:tcPr>
            <w:tcW w:type="dxa" w:w="2993"/>
          </w:tcPr>
          <w:p>
            <w:pPr>
              <w:spacing w:after="0"/>
              <w:jc w:val="left"/>
            </w:pPr>
            <w:r>
              <w:rPr>
                <w:sz w:val="16"/>
              </w:rPr>
              <w:t>Severe Storms and Flooding</w:t>
            </w:r>
          </w:p>
        </w:tc>
        <w:tc>
          <w:tcPr>
            <w:tcW w:type="dxa" w:w="2133"/>
          </w:tcPr>
          <w:p>
            <w:pPr>
              <w:spacing w:after="0"/>
              <w:jc w:val="left"/>
            </w:pPr>
            <w:r>
              <w:rPr>
                <w:sz w:val="16"/>
              </w:rPr>
              <w:t>Inland Flooding</w:t>
            </w:r>
          </w:p>
        </w:tc>
        <w:tc>
          <w:tcPr>
            <w:tcW w:type="dxa" w:w="1787"/>
          </w:tcPr>
          <w:p>
            <w:pPr>
              <w:spacing w:after="0"/>
              <w:jc w:val="right"/>
            </w:pPr>
            <w:r>
              <w:rPr>
                <w:sz w:val="16"/>
              </w:rPr>
              <w:t>$18,921.40</w:t>
            </w:r>
          </w:p>
        </w:tc>
        <w:tc>
          <w:tcPr>
            <w:tcW w:type="dxa" w:w="208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31"/>
          </w:tcPr>
          <w:p>
            <w:pPr>
              <w:spacing w:after="0"/>
              <w:jc w:val="left"/>
            </w:pPr>
            <w:r>
              <w:rPr>
                <w:sz w:val="16"/>
              </w:rPr>
              <w:t>Major disaster</w:t>
            </w:r>
          </w:p>
        </w:tc>
        <w:tc>
          <w:tcPr>
            <w:tcW w:type="dxa" w:w="2993"/>
          </w:tcPr>
          <w:p>
            <w:pPr>
              <w:spacing w:after="0"/>
              <w:jc w:val="left"/>
            </w:pPr>
            <w:r>
              <w:rPr>
                <w:sz w:val="16"/>
              </w:rPr>
              <w:t>Severe Storms, Flooding, Mud and Rock Slides, and Tornadoes</w:t>
            </w:r>
          </w:p>
        </w:tc>
        <w:tc>
          <w:tcPr>
            <w:tcW w:type="dxa" w:w="2133"/>
          </w:tcPr>
          <w:p>
            <w:pPr>
              <w:spacing w:after="0"/>
              <w:jc w:val="left"/>
            </w:pPr>
            <w:r>
              <w:rPr>
                <w:sz w:val="16"/>
              </w:rPr>
              <w:t>Inland Flooding; Tornado</w:t>
            </w:r>
          </w:p>
        </w:tc>
        <w:tc>
          <w:tcPr>
            <w:tcW w:type="dxa" w:w="1787"/>
          </w:tcPr>
          <w:p>
            <w:pPr>
              <w:spacing w:after="0"/>
              <w:jc w:val="right"/>
            </w:pPr>
            <w:r>
              <w:rPr>
                <w:sz w:val="16"/>
              </w:rPr>
              <w:t>PA not declared for this county</w:t>
            </w:r>
          </w:p>
        </w:tc>
        <w:tc>
          <w:tcPr>
            <w:tcW w:type="dxa" w:w="208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31"/>
          </w:tcPr>
          <w:p>
            <w:pPr>
              <w:spacing w:after="0"/>
              <w:jc w:val="left"/>
            </w:pPr>
            <w:r>
              <w:rPr>
                <w:sz w:val="16"/>
              </w:rPr>
              <w:t>Major disaster</w:t>
            </w:r>
          </w:p>
        </w:tc>
        <w:tc>
          <w:tcPr>
            <w:tcW w:type="dxa" w:w="2993"/>
          </w:tcPr>
          <w:p>
            <w:pPr>
              <w:spacing w:after="0"/>
              <w:jc w:val="left"/>
            </w:pPr>
            <w:r>
              <w:rPr>
                <w:sz w:val="16"/>
              </w:rPr>
              <w:t>Severe Storms, Tornadoes and Flooding</w:t>
            </w:r>
          </w:p>
        </w:tc>
        <w:tc>
          <w:tcPr>
            <w:tcW w:type="dxa" w:w="2133"/>
          </w:tcPr>
          <w:p>
            <w:pPr>
              <w:spacing w:after="0"/>
              <w:jc w:val="left"/>
            </w:pPr>
            <w:r>
              <w:rPr>
                <w:sz w:val="16"/>
              </w:rPr>
              <w:t>Inland Flooding; Tornado</w:t>
            </w:r>
          </w:p>
        </w:tc>
        <w:tc>
          <w:tcPr>
            <w:tcW w:type="dxa" w:w="1787"/>
          </w:tcPr>
          <w:p>
            <w:pPr>
              <w:spacing w:after="0"/>
              <w:jc w:val="right"/>
            </w:pPr>
            <w:r>
              <w:rPr>
                <w:sz w:val="16"/>
              </w:rPr>
              <w:t>PA not declared for this county</w:t>
            </w:r>
          </w:p>
        </w:tc>
        <w:tc>
          <w:tcPr>
            <w:tcW w:type="dxa" w:w="208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31"/>
          </w:tcPr>
          <w:p>
            <w:pPr>
              <w:spacing w:after="0"/>
              <w:jc w:val="left"/>
            </w:pPr>
            <w:r>
              <w:rPr>
                <w:sz w:val="16"/>
              </w:rPr>
              <w:t>Major disaster</w:t>
            </w:r>
          </w:p>
        </w:tc>
        <w:tc>
          <w:tcPr>
            <w:tcW w:type="dxa" w:w="2993"/>
          </w:tcPr>
          <w:p>
            <w:pPr>
              <w:spacing w:after="0"/>
              <w:jc w:val="left"/>
            </w:pPr>
            <w:r>
              <w:rPr>
                <w:sz w:val="16"/>
              </w:rPr>
              <w:t>Severe Storm, Flooding, and Tornadoes</w:t>
            </w:r>
          </w:p>
        </w:tc>
        <w:tc>
          <w:tcPr>
            <w:tcW w:type="dxa" w:w="2133"/>
          </w:tcPr>
          <w:p>
            <w:pPr>
              <w:spacing w:after="0"/>
              <w:jc w:val="left"/>
            </w:pPr>
            <w:r>
              <w:rPr>
                <w:sz w:val="16"/>
              </w:rPr>
              <w:t>Inland Flooding; Tornado</w:t>
            </w:r>
          </w:p>
        </w:tc>
        <w:tc>
          <w:tcPr>
            <w:tcW w:type="dxa" w:w="1787"/>
          </w:tcPr>
          <w:p>
            <w:pPr>
              <w:spacing w:after="0"/>
              <w:jc w:val="right"/>
            </w:pPr>
            <w:r>
              <w:rPr>
                <w:sz w:val="16"/>
              </w:rPr>
              <w:t>no Public Assistance recorded</w:t>
            </w:r>
          </w:p>
        </w:tc>
        <w:tc>
          <w:tcPr>
            <w:tcW w:type="dxa" w:w="208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31"/>
          </w:tcPr>
          <w:p>
            <w:pPr>
              <w:spacing w:after="0"/>
              <w:jc w:val="left"/>
            </w:pPr>
            <w:r>
              <w:rPr>
                <w:sz w:val="16"/>
              </w:rPr>
              <w:t>Major disaster</w:t>
            </w:r>
          </w:p>
        </w:tc>
        <w:tc>
          <w:tcPr>
            <w:tcW w:type="dxa" w:w="2993"/>
          </w:tcPr>
          <w:p>
            <w:pPr>
              <w:spacing w:after="0"/>
              <w:jc w:val="left"/>
            </w:pPr>
            <w:r>
              <w:rPr>
                <w:sz w:val="16"/>
              </w:rPr>
              <w:t>Blizzard of 96</w:t>
            </w:r>
          </w:p>
        </w:tc>
        <w:tc>
          <w:tcPr>
            <w:tcW w:type="dxa" w:w="2133"/>
          </w:tcPr>
          <w:p>
            <w:pPr>
              <w:spacing w:after="0"/>
              <w:jc w:val="left"/>
            </w:pPr>
            <w:r>
              <w:rPr>
                <w:sz w:val="16"/>
              </w:rPr>
              <w:t>Winter Weather</w:t>
            </w:r>
          </w:p>
        </w:tc>
        <w:tc>
          <w:tcPr>
            <w:tcW w:type="dxa" w:w="1787"/>
          </w:tcPr>
          <w:p>
            <w:pPr>
              <w:spacing w:after="0"/>
              <w:jc w:val="right"/>
            </w:pPr>
            <w:r>
              <w:rPr>
                <w:sz w:val="16"/>
              </w:rPr>
              <w:t>no Public Assistance recorded</w:t>
            </w:r>
          </w:p>
        </w:tc>
        <w:tc>
          <w:tcPr>
            <w:tcW w:type="dxa" w:w="208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31"/>
          </w:tcPr>
          <w:p>
            <w:pPr>
              <w:spacing w:after="0"/>
              <w:jc w:val="left"/>
            </w:pPr>
            <w:r>
              <w:rPr>
                <w:sz w:val="16"/>
              </w:rPr>
              <w:t>Major disaster</w:t>
            </w:r>
          </w:p>
        </w:tc>
        <w:tc>
          <w:tcPr>
            <w:tcW w:type="dxa" w:w="2993"/>
          </w:tcPr>
          <w:p>
            <w:pPr>
              <w:spacing w:after="0"/>
              <w:jc w:val="left"/>
            </w:pPr>
            <w:r>
              <w:rPr>
                <w:sz w:val="16"/>
              </w:rPr>
              <w:t>Severe Weather, Freezing Rain, Sleet, Snw</w:t>
            </w:r>
          </w:p>
        </w:tc>
        <w:tc>
          <w:tcPr>
            <w:tcW w:type="dxa" w:w="2133"/>
          </w:tcPr>
          <w:p>
            <w:pPr>
              <w:spacing w:after="0"/>
              <w:jc w:val="left"/>
            </w:pPr>
            <w:r>
              <w:rPr>
                <w:sz w:val="16"/>
              </w:rPr>
              <w:t>Winter Weather</w:t>
            </w:r>
          </w:p>
        </w:tc>
        <w:tc>
          <w:tcPr>
            <w:tcW w:type="dxa" w:w="1787"/>
          </w:tcPr>
          <w:p>
            <w:pPr>
              <w:spacing w:after="0"/>
              <w:jc w:val="right"/>
            </w:pPr>
            <w:r>
              <w:rPr>
                <w:sz w:val="16"/>
              </w:rPr>
              <w:t>no Public Assistance recorded</w:t>
            </w:r>
          </w:p>
        </w:tc>
        <w:tc>
          <w:tcPr>
            <w:tcW w:type="dxa" w:w="208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31"/>
          </w:tcPr>
          <w:p>
            <w:pPr>
              <w:spacing w:after="0"/>
              <w:jc w:val="left"/>
            </w:pPr>
            <w:r>
              <w:rPr>
                <w:sz w:val="16"/>
              </w:rPr>
              <w:t>Major disaster</w:t>
            </w:r>
          </w:p>
        </w:tc>
        <w:tc>
          <w:tcPr>
            <w:tcW w:type="dxa" w:w="2993"/>
          </w:tcPr>
          <w:p>
            <w:pPr>
              <w:spacing w:after="0"/>
              <w:jc w:val="left"/>
            </w:pPr>
            <w:r>
              <w:rPr>
                <w:sz w:val="16"/>
              </w:rPr>
              <w:t>Severe Storms &amp; Flooding</w:t>
            </w:r>
          </w:p>
        </w:tc>
        <w:tc>
          <w:tcPr>
            <w:tcW w:type="dxa" w:w="2133"/>
          </w:tcPr>
          <w:p>
            <w:pPr>
              <w:spacing w:after="0"/>
              <w:jc w:val="left"/>
            </w:pPr>
            <w:r>
              <w:rPr>
                <w:sz w:val="16"/>
              </w:rPr>
              <w:t>Inland Flooding</w:t>
            </w:r>
          </w:p>
        </w:tc>
        <w:tc>
          <w:tcPr>
            <w:tcW w:type="dxa" w:w="1787"/>
          </w:tcPr>
          <w:p>
            <w:pPr>
              <w:spacing w:after="0"/>
              <w:jc w:val="right"/>
            </w:pPr>
            <w:r>
              <w:rPr>
                <w:sz w:val="16"/>
              </w:rPr>
              <w:t>no Public Assistance recorded</w:t>
            </w:r>
          </w:p>
        </w:tc>
        <w:tc>
          <w:tcPr>
            <w:tcW w:type="dxa" w:w="208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131"/>
          </w:tcPr>
          <w:p>
            <w:pPr>
              <w:spacing w:after="0"/>
              <w:jc w:val="left"/>
            </w:pPr>
            <w:r>
              <w:rPr>
                <w:sz w:val="16"/>
              </w:rPr>
              <w:t>Major disaster</w:t>
            </w:r>
          </w:p>
        </w:tc>
        <w:tc>
          <w:tcPr>
            <w:tcW w:type="dxa" w:w="2993"/>
          </w:tcPr>
          <w:p>
            <w:pPr>
              <w:spacing w:after="0"/>
              <w:jc w:val="left"/>
            </w:pPr>
            <w:r>
              <w:rPr>
                <w:sz w:val="16"/>
              </w:rPr>
              <w:t>Severe Storms &amp; Flooding</w:t>
            </w:r>
          </w:p>
        </w:tc>
        <w:tc>
          <w:tcPr>
            <w:tcW w:type="dxa" w:w="2133"/>
          </w:tcPr>
          <w:p>
            <w:pPr>
              <w:spacing w:after="0"/>
              <w:jc w:val="left"/>
            </w:pPr>
            <w:r>
              <w:rPr>
                <w:sz w:val="16"/>
              </w:rPr>
              <w:t>Inland Flooding</w:t>
            </w:r>
          </w:p>
        </w:tc>
        <w:tc>
          <w:tcPr>
            <w:tcW w:type="dxa" w:w="1787"/>
          </w:tcPr>
          <w:p>
            <w:pPr>
              <w:spacing w:after="0"/>
              <w:jc w:val="right"/>
            </w:pPr>
            <w:r>
              <w:rPr>
                <w:sz w:val="16"/>
              </w:rPr>
              <w:t>no Public Assistance recorded</w:t>
            </w:r>
          </w:p>
        </w:tc>
        <w:tc>
          <w:tcPr>
            <w:tcW w:type="dxa" w:w="2085"/>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DR-288-KY</w:t>
            </w:r>
          </w:p>
        </w:tc>
        <w:tc>
          <w:tcPr>
            <w:tcW w:type="dxa" w:w="1131"/>
          </w:tcPr>
          <w:p>
            <w:pPr>
              <w:spacing w:after="0"/>
              <w:jc w:val="left"/>
            </w:pPr>
            <w:r>
              <w:rPr>
                <w:sz w:val="16"/>
              </w:rPr>
              <w:t>Major disaster</w:t>
            </w:r>
          </w:p>
        </w:tc>
        <w:tc>
          <w:tcPr>
            <w:tcW w:type="dxa" w:w="2993"/>
          </w:tcPr>
          <w:p>
            <w:pPr>
              <w:spacing w:after="0"/>
              <w:jc w:val="left"/>
            </w:pPr>
            <w:r>
              <w:rPr>
                <w:sz w:val="16"/>
              </w:rPr>
              <w:t>Severe Storms &amp; Flooding</w:t>
            </w:r>
          </w:p>
        </w:tc>
        <w:tc>
          <w:tcPr>
            <w:tcW w:type="dxa" w:w="2133"/>
          </w:tcPr>
          <w:p>
            <w:pPr>
              <w:spacing w:after="0"/>
              <w:jc w:val="left"/>
            </w:pPr>
            <w:r>
              <w:rPr>
                <w:sz w:val="16"/>
              </w:rPr>
              <w:t>Inland Flooding</w:t>
            </w:r>
          </w:p>
        </w:tc>
        <w:tc>
          <w:tcPr>
            <w:tcW w:type="dxa" w:w="1787"/>
          </w:tcPr>
          <w:p>
            <w:pPr>
              <w:spacing w:after="0"/>
              <w:jc w:val="right"/>
            </w:pPr>
            <w:r>
              <w:rPr>
                <w:sz w:val="16"/>
              </w:rPr>
              <w:t>no Public Assistance recorded</w:t>
            </w:r>
          </w:p>
        </w:tc>
        <w:tc>
          <w:tcPr>
            <w:tcW w:type="dxa" w:w="2085"/>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31</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14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126</w:t>
            </w:r>
          </w:p>
        </w:tc>
        <w:tc>
          <w:tcPr>
            <w:tcW w:type="dxa" w:w="1159"/>
          </w:tcPr>
          <w:p>
            <w:pPr>
              <w:spacing w:after="0"/>
              <w:jc w:val="right"/>
            </w:pPr>
            <w:r>
              <w:rPr>
                <w:sz w:val="16"/>
              </w:rPr>
              <w:t>17</w:t>
            </w:r>
          </w:p>
        </w:tc>
        <w:tc>
          <w:tcPr>
            <w:tcW w:type="dxa" w:w="2116"/>
          </w:tcPr>
          <w:p>
            <w:pPr>
              <w:spacing w:after="0"/>
              <w:jc w:val="right"/>
            </w:pPr>
            <w:r>
              <w:rPr>
                <w:sz w:val="16"/>
              </w:rPr>
              <w:t>8</w:t>
            </w:r>
          </w:p>
        </w:tc>
        <w:tc>
          <w:tcPr>
            <w:tcW w:type="dxa" w:w="786"/>
          </w:tcPr>
          <w:p>
            <w:pPr>
              <w:spacing w:after="0"/>
              <w:jc w:val="right"/>
            </w:pPr>
            <w:r>
              <w:rPr>
                <w:sz w:val="16"/>
              </w:rPr>
              <w:t>25</w:t>
            </w:r>
          </w:p>
        </w:tc>
        <w:tc>
          <w:tcPr>
            <w:tcW w:type="dxa" w:w="1692"/>
          </w:tcPr>
          <w:p>
            <w:pPr>
              <w:spacing w:after="0"/>
              <w:jc w:val="right"/>
            </w:pPr>
            <w:r>
              <w:rPr>
                <w:sz w:val="16"/>
              </w:rPr>
              <w:t>6</w:t>
            </w:r>
          </w:p>
        </w:tc>
        <w:tc>
          <w:tcPr>
            <w:tcW w:type="dxa" w:w="1372"/>
          </w:tcPr>
          <w:p>
            <w:pPr>
              <w:spacing w:after="0"/>
              <w:jc w:val="right"/>
            </w:pPr>
            <w:r>
              <w:rPr>
                <w:sz w:val="16"/>
              </w:rPr>
              <w:t>4</w:t>
            </w:r>
          </w:p>
        </w:tc>
        <w:tc>
          <w:tcPr>
            <w:tcW w:type="dxa" w:w="1745"/>
          </w:tcPr>
          <w:p>
            <w:pPr>
              <w:spacing w:after="0"/>
              <w:jc w:val="left"/>
            </w:pPr>
            <w:r>
              <w:rPr>
                <w:sz w:val="16"/>
              </w:rPr>
              <w:t>1955 to 2026-06-30</w:t>
            </w:r>
          </w:p>
        </w:tc>
        <w:tc>
          <w:tcPr>
            <w:tcW w:type="dxa" w:w="1983"/>
          </w:tcPr>
          <w:p>
            <w:pPr>
              <w:spacing w:after="0"/>
              <w:jc w:val="left"/>
            </w:pPr>
            <w:r>
              <w:rPr>
                <w:sz w:val="16"/>
              </w:rPr>
              <w:t>Includes 2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9</w:t>
            </w:r>
          </w:p>
        </w:tc>
        <w:tc>
          <w:tcPr>
            <w:tcW w:type="dxa" w:w="1372"/>
          </w:tcPr>
          <w:p>
            <w:pPr>
              <w:spacing w:after="0"/>
              <w:jc w:val="right"/>
            </w:pPr>
            <w:r>
              <w:rPr>
                <w:sz w:val="16"/>
              </w:rPr>
              <w:t>3</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6"/>
        <w:gridCol w:w="2493"/>
        <w:gridCol w:w="2889"/>
        <w:gridCol w:w="929"/>
        <w:gridCol w:w="1522"/>
        <w:gridCol w:w="1446"/>
        <w:gridCol w:w="2362"/>
      </w:tblGrid>
      <w:tr>
        <w:trPr>
          <w:cantSplit/>
          <w:tblHeader/>
        </w:trPr>
        <w:tc>
          <w:tcPr>
            <w:tcW w:type="dxa" w:w="1037"/>
            <w:shd w:val="clear" w:color="auto" w:fill="E8E8E8"/>
          </w:tcPr>
          <w:p>
            <w:pPr>
              <w:spacing w:after="0"/>
              <w:jc w:val="left"/>
            </w:pPr>
            <w:r>
              <w:rPr>
                <w:b/>
                <w:sz w:val="16"/>
              </w:rPr>
              <w:t>Date</w:t>
            </w:r>
          </w:p>
        </w:tc>
        <w:tc>
          <w:tcPr>
            <w:tcW w:type="dxa" w:w="1436"/>
            <w:shd w:val="clear" w:color="auto" w:fill="E8E8E8"/>
          </w:tcPr>
          <w:p>
            <w:pPr>
              <w:spacing w:after="0"/>
              <w:jc w:val="left"/>
            </w:pPr>
            <w:r>
              <w:rPr>
                <w:b/>
                <w:sz w:val="16"/>
              </w:rPr>
              <w:t>Event type</w:t>
            </w:r>
          </w:p>
        </w:tc>
        <w:tc>
          <w:tcPr>
            <w:tcW w:type="dxa" w:w="2493"/>
            <w:shd w:val="clear" w:color="auto" w:fill="E8E8E8"/>
          </w:tcPr>
          <w:p>
            <w:pPr>
              <w:spacing w:after="0"/>
              <w:jc w:val="left"/>
            </w:pPr>
            <w:r>
              <w:rPr>
                <w:b/>
                <w:sz w:val="16"/>
              </w:rPr>
              <w:t>Magnitude or extent</w:t>
            </w:r>
          </w:p>
        </w:tc>
        <w:tc>
          <w:tcPr>
            <w:tcW w:type="dxa" w:w="2889"/>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522"/>
            <w:shd w:val="clear" w:color="auto" w:fill="E8E8E8"/>
          </w:tcPr>
          <w:p>
            <w:pPr>
              <w:spacing w:after="0"/>
              <w:jc w:val="left"/>
            </w:pPr>
            <w:r>
              <w:rPr>
                <w:b/>
                <w:sz w:val="16"/>
              </w:rPr>
              <w:t>Location</w:t>
            </w:r>
          </w:p>
        </w:tc>
        <w:tc>
          <w:tcPr>
            <w:tcW w:type="dxa" w:w="1446"/>
            <w:shd w:val="clear" w:color="auto" w:fill="E8E8E8"/>
          </w:tcPr>
          <w:p>
            <w:pPr>
              <w:spacing w:after="0"/>
              <w:jc w:val="left"/>
            </w:pPr>
            <w:r>
              <w:rPr>
                <w:b/>
                <w:sz w:val="16"/>
              </w:rPr>
              <w:t>Flags</w:t>
            </w:r>
          </w:p>
        </w:tc>
        <w:tc>
          <w:tcPr>
            <w:tcW w:type="dxa" w:w="23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2023-04-05</w:t>
            </w:r>
          </w:p>
        </w:tc>
        <w:tc>
          <w:tcPr>
            <w:tcW w:type="dxa" w:w="1436"/>
          </w:tcPr>
          <w:p>
            <w:pPr>
              <w:spacing w:after="0"/>
              <w:jc w:val="left"/>
            </w:pPr>
            <w:r>
              <w:rPr>
                <w:sz w:val="16"/>
              </w:rPr>
              <w:t>Thunderstorm Wind</w:t>
            </w:r>
          </w:p>
        </w:tc>
        <w:tc>
          <w:tcPr>
            <w:tcW w:type="dxa" w:w="2493"/>
          </w:tcPr>
          <w:p>
            <w:pPr>
              <w:spacing w:after="0"/>
              <w:jc w:val="left"/>
            </w:pPr>
            <w:r>
              <w:rPr>
                <w:sz w:val="16"/>
              </w:rPr>
              <w:t>55 kt (63 mph) estimated gust</w:t>
            </w:r>
          </w:p>
        </w:tc>
        <w:tc>
          <w:tcPr>
            <w:tcW w:type="dxa" w:w="2889"/>
          </w:tcPr>
          <w:p>
            <w:pPr>
              <w:spacing w:after="0"/>
              <w:jc w:val="left"/>
            </w:pPr>
            <w:r>
              <w:rPr>
                <w:sz w:val="16"/>
              </w:rPr>
              <w:t>property not reported; $0 crops (2023 dollars)</w:t>
            </w:r>
          </w:p>
        </w:tc>
        <w:tc>
          <w:tcPr>
            <w:tcW w:type="dxa" w:w="929"/>
          </w:tcPr>
          <w:p>
            <w:pPr>
              <w:spacing w:after="0"/>
              <w:jc w:val="right"/>
            </w:pPr>
            <w:r>
              <w:rPr>
                <w:sz w:val="16"/>
              </w:rPr>
              <w:t>0, 1</w:t>
            </w:r>
          </w:p>
        </w:tc>
        <w:tc>
          <w:tcPr>
            <w:tcW w:type="dxa" w:w="1522"/>
          </w:tcPr>
          <w:p>
            <w:pPr>
              <w:spacing w:after="0"/>
              <w:jc w:val="left"/>
            </w:pPr>
            <w:r>
              <w:rPr>
                <w:sz w:val="16"/>
              </w:rPr>
              <w:t>ROANOKE</w:t>
            </w:r>
          </w:p>
        </w:tc>
        <w:tc>
          <w:tcPr>
            <w:tcW w:type="dxa" w:w="1446"/>
          </w:tcPr>
          <w:p>
            <w:pPr>
              <w:spacing w:after="0"/>
              <w:jc w:val="left"/>
            </w:pPr>
            <w:r>
              <w:rPr>
                <w:sz w:val="16"/>
              </w:rPr>
              <w:t>in the 12 months before plan approval; within last 5 years</w:t>
            </w:r>
          </w:p>
        </w:tc>
        <w:tc>
          <w:tcPr>
            <w:tcW w:type="dxa" w:w="2362"/>
          </w:tcPr>
          <w:p>
            <w:pPr>
              <w:spacing w:after="0"/>
              <w:jc w:val="left"/>
            </w:pPr>
            <w:r>
              <w:rPr>
                <w:sz w:val="16"/>
              </w:rPr>
              <w:t>deaths or injuries recorded</w:t>
            </w:r>
          </w:p>
        </w:tc>
      </w:tr>
      <w:tr>
        <w:trPr>
          <w:cantSplit/>
        </w:trPr>
        <w:tc>
          <w:tcPr>
            <w:tcW w:type="dxa" w:w="1037"/>
          </w:tcPr>
          <w:p>
            <w:pPr>
              <w:spacing w:after="0"/>
              <w:jc w:val="left"/>
            </w:pPr>
            <w:r>
              <w:rPr>
                <w:sz w:val="16"/>
              </w:rPr>
              <w:t>2018-04-03</w:t>
            </w:r>
          </w:p>
        </w:tc>
        <w:tc>
          <w:tcPr>
            <w:tcW w:type="dxa" w:w="1436"/>
          </w:tcPr>
          <w:p>
            <w:pPr>
              <w:spacing w:after="0"/>
              <w:jc w:val="left"/>
            </w:pPr>
            <w:r>
              <w:rPr>
                <w:sz w:val="16"/>
              </w:rPr>
              <w:t>Thunderstorm Wind</w:t>
            </w:r>
          </w:p>
        </w:tc>
        <w:tc>
          <w:tcPr>
            <w:tcW w:type="dxa" w:w="2493"/>
          </w:tcPr>
          <w:p>
            <w:pPr>
              <w:spacing w:after="0"/>
              <w:jc w:val="left"/>
            </w:pPr>
            <w:r>
              <w:rPr>
                <w:sz w:val="16"/>
              </w:rPr>
              <w:t>74 kt (85 mph) estimated gust</w:t>
            </w:r>
          </w:p>
        </w:tc>
        <w:tc>
          <w:tcPr>
            <w:tcW w:type="dxa" w:w="2889"/>
          </w:tcPr>
          <w:p>
            <w:pPr>
              <w:spacing w:after="0"/>
              <w:jc w:val="left"/>
            </w:pPr>
            <w:r>
              <w:rPr>
                <w:sz w:val="16"/>
              </w:rPr>
              <w:t>$200,000 property; $0 crops (2018 dollars)</w:t>
            </w:r>
          </w:p>
        </w:tc>
        <w:tc>
          <w:tcPr>
            <w:tcW w:type="dxa" w:w="929"/>
          </w:tcPr>
          <w:p>
            <w:pPr>
              <w:spacing w:after="0"/>
              <w:jc w:val="right"/>
            </w:pPr>
            <w:r>
              <w:rPr>
                <w:sz w:val="16"/>
              </w:rPr>
              <w:t>0, 0</w:t>
            </w:r>
          </w:p>
        </w:tc>
        <w:tc>
          <w:tcPr>
            <w:tcW w:type="dxa" w:w="1522"/>
          </w:tcPr>
          <w:p>
            <w:pPr>
              <w:spacing w:after="0"/>
              <w:jc w:val="left"/>
            </w:pPr>
            <w:r>
              <w:rPr>
                <w:sz w:val="16"/>
              </w:rPr>
              <w:t>MATHERS MILL</w:t>
            </w:r>
          </w:p>
        </w:tc>
        <w:tc>
          <w:tcPr>
            <w:tcW w:type="dxa" w:w="1446"/>
          </w:tcPr>
          <w:p>
            <w:pPr>
              <w:spacing w:after="0"/>
              <w:jc w:val="left"/>
            </w:pPr>
          </w:p>
        </w:tc>
        <w:tc>
          <w:tcPr>
            <w:tcW w:type="dxa" w:w="2362"/>
          </w:tcPr>
          <w:p>
            <w:pPr>
              <w:spacing w:after="0"/>
              <w:jc w:val="left"/>
            </w:pPr>
            <w:r>
              <w:rPr>
                <w:sz w:val="16"/>
              </w:rPr>
              <w:t>B1-c most damaging: Thunderstorm Wind</w:t>
            </w:r>
          </w:p>
        </w:tc>
      </w:tr>
      <w:tr>
        <w:trPr>
          <w:cantSplit/>
        </w:trPr>
        <w:tc>
          <w:tcPr>
            <w:tcW w:type="dxa" w:w="1037"/>
          </w:tcPr>
          <w:p>
            <w:pPr>
              <w:spacing w:after="0"/>
              <w:jc w:val="left"/>
            </w:pPr>
            <w:r>
              <w:rPr>
                <w:sz w:val="16"/>
              </w:rPr>
              <w:t>2016-04-02</w:t>
            </w:r>
          </w:p>
        </w:tc>
        <w:tc>
          <w:tcPr>
            <w:tcW w:type="dxa" w:w="1436"/>
          </w:tcPr>
          <w:p>
            <w:pPr>
              <w:spacing w:after="0"/>
              <w:jc w:val="left"/>
            </w:pPr>
            <w:r>
              <w:rPr>
                <w:sz w:val="16"/>
              </w:rPr>
              <w:t>High Wind</w:t>
            </w:r>
          </w:p>
        </w:tc>
        <w:tc>
          <w:tcPr>
            <w:tcW w:type="dxa" w:w="2493"/>
          </w:tcPr>
          <w:p>
            <w:pPr>
              <w:spacing w:after="0"/>
              <w:jc w:val="left"/>
            </w:pPr>
            <w:r>
              <w:rPr>
                <w:sz w:val="16"/>
              </w:rPr>
              <w:t>52 kt (60 mph) estimated gust</w:t>
            </w:r>
          </w:p>
        </w:tc>
        <w:tc>
          <w:tcPr>
            <w:tcW w:type="dxa" w:w="2889"/>
          </w:tcPr>
          <w:p>
            <w:pPr>
              <w:spacing w:after="0"/>
              <w:jc w:val="left"/>
            </w:pPr>
            <w:r>
              <w:rPr>
                <w:sz w:val="16"/>
              </w:rPr>
              <w:t>$5,000 property; $0 crops (zone total, 2016 dollars)</w:t>
            </w:r>
          </w:p>
        </w:tc>
        <w:tc>
          <w:tcPr>
            <w:tcW w:type="dxa" w:w="929"/>
          </w:tcPr>
          <w:p>
            <w:pPr>
              <w:spacing w:after="0"/>
              <w:jc w:val="right"/>
            </w:pPr>
            <w:r>
              <w:rPr>
                <w:sz w:val="16"/>
              </w:rPr>
              <w:t>0, 0</w:t>
            </w:r>
          </w:p>
        </w:tc>
        <w:tc>
          <w:tcPr>
            <w:tcW w:type="dxa" w:w="1522"/>
          </w:tcPr>
          <w:p>
            <w:pPr>
              <w:spacing w:after="0"/>
              <w:jc w:val="left"/>
            </w:pPr>
            <w:r>
              <w:rPr>
                <w:sz w:val="16"/>
              </w:rPr>
              <w:t>NWS zone KYZ053 (LARUE), zone-level</w:t>
            </w:r>
          </w:p>
        </w:tc>
        <w:tc>
          <w:tcPr>
            <w:tcW w:type="dxa" w:w="1446"/>
          </w:tcPr>
          <w:p>
            <w:pPr>
              <w:spacing w:after="0"/>
              <w:jc w:val="left"/>
            </w:pPr>
          </w:p>
        </w:tc>
        <w:tc>
          <w:tcPr>
            <w:tcW w:type="dxa" w:w="2362"/>
          </w:tcPr>
          <w:p>
            <w:pPr>
              <w:spacing w:after="0"/>
              <w:jc w:val="left"/>
            </w:pPr>
            <w:r>
              <w:rPr>
                <w:sz w:val="16"/>
              </w:rPr>
              <w:t>B1-c worst recorded: High Wind and Strong Wind</w:t>
            </w:r>
          </w:p>
        </w:tc>
      </w:tr>
      <w:tr>
        <w:trPr>
          <w:cantSplit/>
        </w:trPr>
        <w:tc>
          <w:tcPr>
            <w:tcW w:type="dxa" w:w="1037"/>
          </w:tcPr>
          <w:p>
            <w:pPr>
              <w:spacing w:after="0"/>
              <w:jc w:val="left"/>
            </w:pPr>
            <w:r>
              <w:rPr>
                <w:sz w:val="16"/>
              </w:rPr>
              <w:t>2013-10-31</w:t>
            </w:r>
          </w:p>
        </w:tc>
        <w:tc>
          <w:tcPr>
            <w:tcW w:type="dxa" w:w="1436"/>
          </w:tcPr>
          <w:p>
            <w:pPr>
              <w:spacing w:after="0"/>
              <w:jc w:val="left"/>
            </w:pPr>
            <w:r>
              <w:rPr>
                <w:sz w:val="16"/>
              </w:rPr>
              <w:t>Strong Wind</w:t>
            </w:r>
          </w:p>
        </w:tc>
        <w:tc>
          <w:tcPr>
            <w:tcW w:type="dxa" w:w="2493"/>
          </w:tcPr>
          <w:p>
            <w:pPr>
              <w:spacing w:after="0"/>
              <w:jc w:val="left"/>
            </w:pPr>
            <w:r>
              <w:rPr>
                <w:sz w:val="16"/>
              </w:rPr>
              <w:t>27 kt (31 mph) estimated gust</w:t>
            </w:r>
          </w:p>
        </w:tc>
        <w:tc>
          <w:tcPr>
            <w:tcW w:type="dxa" w:w="2889"/>
          </w:tcPr>
          <w:p>
            <w:pPr>
              <w:spacing w:after="0"/>
              <w:jc w:val="left"/>
            </w:pPr>
            <w:r>
              <w:rPr>
                <w:sz w:val="16"/>
              </w:rPr>
              <w:t>$10,000 property; $0 crops (zone total, 2013 dollars)</w:t>
            </w:r>
          </w:p>
        </w:tc>
        <w:tc>
          <w:tcPr>
            <w:tcW w:type="dxa" w:w="929"/>
          </w:tcPr>
          <w:p>
            <w:pPr>
              <w:spacing w:after="0"/>
              <w:jc w:val="right"/>
            </w:pPr>
            <w:r>
              <w:rPr>
                <w:sz w:val="16"/>
              </w:rPr>
              <w:t>0, 0</w:t>
            </w:r>
          </w:p>
        </w:tc>
        <w:tc>
          <w:tcPr>
            <w:tcW w:type="dxa" w:w="1522"/>
          </w:tcPr>
          <w:p>
            <w:pPr>
              <w:spacing w:after="0"/>
              <w:jc w:val="left"/>
            </w:pPr>
            <w:r>
              <w:rPr>
                <w:sz w:val="16"/>
              </w:rPr>
              <w:t>NWS zone KYZ053 (LARUE), zone-level</w:t>
            </w:r>
          </w:p>
        </w:tc>
        <w:tc>
          <w:tcPr>
            <w:tcW w:type="dxa" w:w="1446"/>
          </w:tcPr>
          <w:p>
            <w:pPr>
              <w:spacing w:after="0"/>
              <w:jc w:val="left"/>
            </w:pPr>
          </w:p>
        </w:tc>
        <w:tc>
          <w:tcPr>
            <w:tcW w:type="dxa" w:w="2362"/>
          </w:tcPr>
          <w:p>
            <w:pPr>
              <w:spacing w:after="0"/>
              <w:jc w:val="left"/>
            </w:pPr>
            <w:r>
              <w:rPr>
                <w:sz w:val="16"/>
              </w:rPr>
              <w:t>B1-c most damaging: High Wind and Strong Wind</w:t>
            </w:r>
          </w:p>
        </w:tc>
      </w:tr>
      <w:tr>
        <w:trPr>
          <w:cantSplit/>
        </w:trPr>
        <w:tc>
          <w:tcPr>
            <w:tcW w:type="dxa" w:w="1037"/>
          </w:tcPr>
          <w:p>
            <w:pPr>
              <w:spacing w:after="0"/>
              <w:jc w:val="left"/>
            </w:pPr>
            <w:r>
              <w:rPr>
                <w:sz w:val="16"/>
              </w:rPr>
              <w:t>2007-04-03</w:t>
            </w:r>
          </w:p>
        </w:tc>
        <w:tc>
          <w:tcPr>
            <w:tcW w:type="dxa" w:w="1436"/>
          </w:tcPr>
          <w:p>
            <w:pPr>
              <w:spacing w:after="0"/>
              <w:jc w:val="left"/>
            </w:pPr>
            <w:r>
              <w:rPr>
                <w:sz w:val="16"/>
              </w:rPr>
              <w:t>Hail</w:t>
            </w:r>
          </w:p>
        </w:tc>
        <w:tc>
          <w:tcPr>
            <w:tcW w:type="dxa" w:w="2493"/>
          </w:tcPr>
          <w:p>
            <w:pPr>
              <w:spacing w:after="0"/>
              <w:jc w:val="left"/>
            </w:pPr>
            <w:r>
              <w:rPr>
                <w:sz w:val="16"/>
              </w:rPr>
              <w:t>2.5 in</w:t>
            </w:r>
          </w:p>
        </w:tc>
        <w:tc>
          <w:tcPr>
            <w:tcW w:type="dxa" w:w="2889"/>
          </w:tcPr>
          <w:p>
            <w:pPr>
              <w:spacing w:after="0"/>
              <w:jc w:val="left"/>
            </w:pPr>
            <w:r>
              <w:rPr>
                <w:sz w:val="16"/>
              </w:rPr>
              <w:t>$0 property; $0 crops (2007 dollars)</w:t>
            </w:r>
          </w:p>
        </w:tc>
        <w:tc>
          <w:tcPr>
            <w:tcW w:type="dxa" w:w="929"/>
          </w:tcPr>
          <w:p>
            <w:pPr>
              <w:spacing w:after="0"/>
              <w:jc w:val="right"/>
            </w:pPr>
            <w:r>
              <w:rPr>
                <w:sz w:val="16"/>
              </w:rPr>
              <w:t>0, 0</w:t>
            </w:r>
          </w:p>
        </w:tc>
        <w:tc>
          <w:tcPr>
            <w:tcW w:type="dxa" w:w="1522"/>
          </w:tcPr>
          <w:p>
            <w:pPr>
              <w:spacing w:after="0"/>
              <w:jc w:val="left"/>
            </w:pPr>
            <w:r>
              <w:rPr>
                <w:sz w:val="16"/>
              </w:rPr>
              <w:t>MAGNOLIA</w:t>
            </w:r>
          </w:p>
        </w:tc>
        <w:tc>
          <w:tcPr>
            <w:tcW w:type="dxa" w:w="1446"/>
          </w:tcPr>
          <w:p>
            <w:pPr>
              <w:spacing w:after="0"/>
              <w:jc w:val="left"/>
            </w:pPr>
          </w:p>
        </w:tc>
        <w:tc>
          <w:tcPr>
            <w:tcW w:type="dxa" w:w="2362"/>
          </w:tcPr>
          <w:p>
            <w:pPr>
              <w:spacing w:after="0"/>
              <w:jc w:val="left"/>
            </w:pPr>
            <w:r>
              <w:rPr>
                <w:sz w:val="16"/>
              </w:rPr>
              <w:t>B1-c worst recorded: Hail</w:t>
            </w:r>
          </w:p>
        </w:tc>
      </w:tr>
      <w:tr>
        <w:trPr>
          <w:cantSplit/>
        </w:trPr>
        <w:tc>
          <w:tcPr>
            <w:tcW w:type="dxa" w:w="1037"/>
          </w:tcPr>
          <w:p>
            <w:pPr>
              <w:spacing w:after="0"/>
              <w:jc w:val="left"/>
            </w:pPr>
            <w:r>
              <w:rPr>
                <w:sz w:val="16"/>
              </w:rPr>
              <w:t>1997-03-28</w:t>
            </w:r>
          </w:p>
        </w:tc>
        <w:tc>
          <w:tcPr>
            <w:tcW w:type="dxa" w:w="1436"/>
          </w:tcPr>
          <w:p>
            <w:pPr>
              <w:spacing w:after="0"/>
              <w:jc w:val="left"/>
            </w:pPr>
            <w:r>
              <w:rPr>
                <w:sz w:val="16"/>
              </w:rPr>
              <w:t>Tornado</w:t>
            </w:r>
          </w:p>
        </w:tc>
        <w:tc>
          <w:tcPr>
            <w:tcW w:type="dxa" w:w="2493"/>
          </w:tcPr>
          <w:p>
            <w:pPr>
              <w:spacing w:after="0"/>
              <w:jc w:val="left"/>
            </w:pPr>
            <w:r>
              <w:rPr>
                <w:sz w:val="16"/>
              </w:rPr>
              <w:t>F3, 2 mi within this county, 1,200 yd wide</w:t>
            </w:r>
          </w:p>
        </w:tc>
        <w:tc>
          <w:tcPr>
            <w:tcW w:type="dxa" w:w="2889"/>
          </w:tcPr>
          <w:p>
            <w:pPr>
              <w:spacing w:after="0"/>
              <w:jc w:val="left"/>
            </w:pPr>
            <w:r>
              <w:rPr>
                <w:sz w:val="16"/>
              </w:rPr>
              <w:t>$3,000,000 property; crops not reported (1997 dollars)</w:t>
            </w:r>
          </w:p>
        </w:tc>
        <w:tc>
          <w:tcPr>
            <w:tcW w:type="dxa" w:w="929"/>
          </w:tcPr>
          <w:p>
            <w:pPr>
              <w:spacing w:after="0"/>
              <w:jc w:val="right"/>
            </w:pPr>
            <w:r>
              <w:rPr>
                <w:sz w:val="16"/>
              </w:rPr>
              <w:t>0, 1</w:t>
            </w:r>
          </w:p>
        </w:tc>
        <w:tc>
          <w:tcPr>
            <w:tcW w:type="dxa" w:w="1522"/>
          </w:tcPr>
          <w:p>
            <w:pPr>
              <w:spacing w:after="0"/>
              <w:jc w:val="left"/>
            </w:pPr>
            <w:r>
              <w:rPr>
                <w:sz w:val="16"/>
              </w:rPr>
              <w:t>MAGNOLIA</w:t>
            </w:r>
          </w:p>
        </w:tc>
        <w:tc>
          <w:tcPr>
            <w:tcW w:type="dxa" w:w="1446"/>
          </w:tcPr>
          <w:p>
            <w:pPr>
              <w:spacing w:after="0"/>
              <w:jc w:val="left"/>
            </w:pPr>
          </w:p>
        </w:tc>
        <w:tc>
          <w:tcPr>
            <w:tcW w:type="dxa" w:w="2362"/>
          </w:tcPr>
          <w:p>
            <w:pPr>
              <w:spacing w:after="0"/>
              <w:jc w:val="left"/>
            </w:pPr>
            <w:r>
              <w:rPr>
                <w:sz w:val="16"/>
              </w:rPr>
              <w:t>B1-c most damaging: Tornado</w:t>
            </w:r>
          </w:p>
        </w:tc>
      </w:tr>
      <w:tr>
        <w:trPr>
          <w:cantSplit/>
        </w:trPr>
        <w:tc>
          <w:tcPr>
            <w:tcW w:type="dxa" w:w="1037"/>
          </w:tcPr>
          <w:p>
            <w:pPr>
              <w:spacing w:after="0"/>
              <w:jc w:val="left"/>
            </w:pPr>
            <w:r>
              <w:rPr>
                <w:sz w:val="16"/>
              </w:rPr>
              <w:t>1997-03-01</w:t>
            </w:r>
          </w:p>
        </w:tc>
        <w:tc>
          <w:tcPr>
            <w:tcW w:type="dxa" w:w="1436"/>
          </w:tcPr>
          <w:p>
            <w:pPr>
              <w:spacing w:after="0"/>
              <w:jc w:val="left"/>
            </w:pPr>
            <w:r>
              <w:rPr>
                <w:sz w:val="16"/>
              </w:rPr>
              <w:t>Flood</w:t>
            </w:r>
          </w:p>
        </w:tc>
        <w:tc>
          <w:tcPr>
            <w:tcW w:type="dxa" w:w="2493"/>
          </w:tcPr>
          <w:p>
            <w:pPr>
              <w:spacing w:after="0"/>
              <w:jc w:val="left"/>
            </w:pPr>
          </w:p>
        </w:tc>
        <w:tc>
          <w:tcPr>
            <w:tcW w:type="dxa" w:w="2889"/>
          </w:tcPr>
          <w:p>
            <w:pPr>
              <w:spacing w:after="0"/>
              <w:jc w:val="left"/>
            </w:pPr>
            <w:r>
              <w:rPr>
                <w:sz w:val="16"/>
              </w:rPr>
              <w:t>$400,000 property; crops not reported (zone total, 1997 dollars)</w:t>
            </w:r>
          </w:p>
        </w:tc>
        <w:tc>
          <w:tcPr>
            <w:tcW w:type="dxa" w:w="929"/>
          </w:tcPr>
          <w:p>
            <w:pPr>
              <w:spacing w:after="0"/>
              <w:jc w:val="right"/>
            </w:pPr>
            <w:r>
              <w:rPr>
                <w:sz w:val="16"/>
              </w:rPr>
              <w:t>0, 0</w:t>
            </w:r>
          </w:p>
        </w:tc>
        <w:tc>
          <w:tcPr>
            <w:tcW w:type="dxa" w:w="1522"/>
          </w:tcPr>
          <w:p>
            <w:pPr>
              <w:spacing w:after="0"/>
              <w:jc w:val="left"/>
            </w:pPr>
            <w:r>
              <w:rPr>
                <w:sz w:val="16"/>
              </w:rPr>
              <w:t>NWS zone KYZ053 (LARUE), zone-level</w:t>
            </w:r>
          </w:p>
        </w:tc>
        <w:tc>
          <w:tcPr>
            <w:tcW w:type="dxa" w:w="1446"/>
          </w:tcPr>
          <w:p>
            <w:pPr>
              <w:spacing w:after="0"/>
              <w:jc w:val="left"/>
            </w:pPr>
          </w:p>
        </w:tc>
        <w:tc>
          <w:tcPr>
            <w:tcW w:type="dxa" w:w="23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1993-02-21</w:t>
            </w:r>
          </w:p>
        </w:tc>
        <w:tc>
          <w:tcPr>
            <w:tcW w:type="dxa" w:w="1436"/>
          </w:tcPr>
          <w:p>
            <w:pPr>
              <w:spacing w:after="0"/>
              <w:jc w:val="left"/>
            </w:pPr>
            <w:r>
              <w:rPr>
                <w:sz w:val="16"/>
              </w:rPr>
              <w:t>Thunderstorm Wind</w:t>
            </w:r>
          </w:p>
        </w:tc>
        <w:tc>
          <w:tcPr>
            <w:tcW w:type="dxa" w:w="2493"/>
          </w:tcPr>
          <w:p>
            <w:pPr>
              <w:spacing w:after="0"/>
              <w:jc w:val="left"/>
            </w:pPr>
            <w:r>
              <w:rPr>
                <w:sz w:val="16"/>
              </w:rPr>
              <w:t>speed not recorded</w:t>
            </w:r>
          </w:p>
        </w:tc>
        <w:tc>
          <w:tcPr>
            <w:tcW w:type="dxa" w:w="2889"/>
          </w:tcPr>
          <w:p>
            <w:pPr>
              <w:spacing w:after="0"/>
              <w:jc w:val="left"/>
            </w:pPr>
            <w:r>
              <w:rPr>
                <w:sz w:val="16"/>
              </w:rPr>
              <w:t>$50,000 property; crops not recorded (1993 dollars)</w:t>
            </w:r>
          </w:p>
        </w:tc>
        <w:tc>
          <w:tcPr>
            <w:tcW w:type="dxa" w:w="929"/>
          </w:tcPr>
          <w:p>
            <w:pPr>
              <w:spacing w:after="0"/>
              <w:jc w:val="right"/>
            </w:pPr>
            <w:r>
              <w:rPr>
                <w:sz w:val="16"/>
              </w:rPr>
              <w:t>0, 1</w:t>
            </w:r>
          </w:p>
        </w:tc>
        <w:tc>
          <w:tcPr>
            <w:tcW w:type="dxa" w:w="1522"/>
          </w:tcPr>
          <w:p>
            <w:pPr>
              <w:spacing w:after="0"/>
              <w:jc w:val="left"/>
            </w:pPr>
            <w:r>
              <w:rPr>
                <w:sz w:val="16"/>
              </w:rPr>
              <w:t>location not recorded</w:t>
            </w:r>
          </w:p>
        </w:tc>
        <w:tc>
          <w:tcPr>
            <w:tcW w:type="dxa" w:w="1446"/>
          </w:tcPr>
          <w:p>
            <w:pPr>
              <w:spacing w:after="0"/>
              <w:jc w:val="left"/>
            </w:pPr>
          </w:p>
        </w:tc>
        <w:tc>
          <w:tcPr>
            <w:tcW w:type="dxa" w:w="2362"/>
          </w:tcPr>
          <w:p>
            <w:pPr>
              <w:spacing w:after="0"/>
              <w:jc w:val="left"/>
            </w:pPr>
            <w:r>
              <w:rPr>
                <w:sz w:val="16"/>
              </w:rPr>
              <w:t>deaths or injuries recorded</w:t>
            </w:r>
          </w:p>
        </w:tc>
      </w:tr>
      <w:tr>
        <w:trPr>
          <w:cantSplit/>
        </w:trPr>
        <w:tc>
          <w:tcPr>
            <w:tcW w:type="dxa" w:w="1037"/>
          </w:tcPr>
          <w:p>
            <w:pPr>
              <w:spacing w:after="0"/>
              <w:jc w:val="left"/>
            </w:pPr>
            <w:r>
              <w:rPr>
                <w:sz w:val="16"/>
              </w:rPr>
              <w:t>1989-11-15</w:t>
            </w:r>
          </w:p>
        </w:tc>
        <w:tc>
          <w:tcPr>
            <w:tcW w:type="dxa" w:w="1436"/>
          </w:tcPr>
          <w:p>
            <w:pPr>
              <w:spacing w:after="0"/>
              <w:jc w:val="left"/>
            </w:pPr>
            <w:r>
              <w:rPr>
                <w:sz w:val="16"/>
              </w:rPr>
              <w:t>Thunderstorm Wind</w:t>
            </w:r>
          </w:p>
        </w:tc>
        <w:tc>
          <w:tcPr>
            <w:tcW w:type="dxa" w:w="2493"/>
          </w:tcPr>
          <w:p>
            <w:pPr>
              <w:spacing w:after="0"/>
              <w:jc w:val="left"/>
            </w:pPr>
            <w:r>
              <w:rPr>
                <w:sz w:val="16"/>
              </w:rPr>
              <w:t>speed not recorded</w:t>
            </w:r>
          </w:p>
        </w:tc>
        <w:tc>
          <w:tcPr>
            <w:tcW w:type="dxa" w:w="2889"/>
          </w:tcPr>
          <w:p>
            <w:pPr>
              <w:spacing w:after="0"/>
              <w:jc w:val="left"/>
            </w:pPr>
            <w:r>
              <w:rPr>
                <w:sz w:val="16"/>
              </w:rPr>
              <w:t>damage not recorded (pre-1996 record)</w:t>
            </w:r>
          </w:p>
        </w:tc>
        <w:tc>
          <w:tcPr>
            <w:tcW w:type="dxa" w:w="929"/>
          </w:tcPr>
          <w:p>
            <w:pPr>
              <w:spacing w:after="0"/>
              <w:jc w:val="right"/>
            </w:pPr>
            <w:r>
              <w:rPr>
                <w:sz w:val="16"/>
              </w:rPr>
              <w:t>0, 6</w:t>
            </w:r>
          </w:p>
        </w:tc>
        <w:tc>
          <w:tcPr>
            <w:tcW w:type="dxa" w:w="1522"/>
          </w:tcPr>
          <w:p>
            <w:pPr>
              <w:spacing w:after="0"/>
              <w:jc w:val="left"/>
            </w:pPr>
            <w:r>
              <w:rPr>
                <w:sz w:val="16"/>
              </w:rPr>
              <w:t>location not recorded</w:t>
            </w:r>
          </w:p>
        </w:tc>
        <w:tc>
          <w:tcPr>
            <w:tcW w:type="dxa" w:w="1446"/>
          </w:tcPr>
          <w:p>
            <w:pPr>
              <w:spacing w:after="0"/>
              <w:jc w:val="left"/>
            </w:pPr>
          </w:p>
        </w:tc>
        <w:tc>
          <w:tcPr>
            <w:tcW w:type="dxa" w:w="2362"/>
          </w:tcPr>
          <w:p>
            <w:pPr>
              <w:spacing w:after="0"/>
              <w:jc w:val="left"/>
            </w:pPr>
            <w:r>
              <w:rPr>
                <w:sz w:val="16"/>
              </w:rPr>
              <w:t>deaths or injuries recorded</w:t>
            </w:r>
          </w:p>
        </w:tc>
      </w:tr>
      <w:tr>
        <w:trPr>
          <w:cantSplit/>
        </w:trPr>
        <w:tc>
          <w:tcPr>
            <w:tcW w:type="dxa" w:w="1037"/>
          </w:tcPr>
          <w:p>
            <w:pPr>
              <w:spacing w:after="0"/>
              <w:jc w:val="left"/>
            </w:pPr>
            <w:r>
              <w:rPr>
                <w:sz w:val="16"/>
              </w:rPr>
              <w:t>1987-08-03</w:t>
            </w:r>
          </w:p>
        </w:tc>
        <w:tc>
          <w:tcPr>
            <w:tcW w:type="dxa" w:w="1436"/>
          </w:tcPr>
          <w:p>
            <w:pPr>
              <w:spacing w:after="0"/>
              <w:jc w:val="left"/>
            </w:pPr>
            <w:r>
              <w:rPr>
                <w:sz w:val="16"/>
              </w:rPr>
              <w:t>Thunderstorm Wind</w:t>
            </w:r>
          </w:p>
        </w:tc>
        <w:tc>
          <w:tcPr>
            <w:tcW w:type="dxa" w:w="2493"/>
          </w:tcPr>
          <w:p>
            <w:pPr>
              <w:spacing w:after="0"/>
              <w:jc w:val="left"/>
            </w:pPr>
            <w:r>
              <w:rPr>
                <w:sz w:val="16"/>
              </w:rPr>
              <w:t>83 kt (96 mph), measurement type not recorded</w:t>
            </w:r>
          </w:p>
        </w:tc>
        <w:tc>
          <w:tcPr>
            <w:tcW w:type="dxa" w:w="2889"/>
          </w:tcPr>
          <w:p>
            <w:pPr>
              <w:spacing w:after="0"/>
              <w:jc w:val="left"/>
            </w:pPr>
            <w:r>
              <w:rPr>
                <w:sz w:val="16"/>
              </w:rPr>
              <w:t>damage not recorded (pre-1996 record)</w:t>
            </w:r>
          </w:p>
        </w:tc>
        <w:tc>
          <w:tcPr>
            <w:tcW w:type="dxa" w:w="929"/>
          </w:tcPr>
          <w:p>
            <w:pPr>
              <w:spacing w:after="0"/>
              <w:jc w:val="right"/>
            </w:pPr>
            <w:r>
              <w:rPr>
                <w:sz w:val="16"/>
              </w:rPr>
              <w:t>0, 1</w:t>
            </w:r>
          </w:p>
        </w:tc>
        <w:tc>
          <w:tcPr>
            <w:tcW w:type="dxa" w:w="1522"/>
          </w:tcPr>
          <w:p>
            <w:pPr>
              <w:spacing w:after="0"/>
              <w:jc w:val="left"/>
            </w:pPr>
            <w:r>
              <w:rPr>
                <w:sz w:val="16"/>
              </w:rPr>
              <w:t>location not recorded</w:t>
            </w:r>
          </w:p>
        </w:tc>
        <w:tc>
          <w:tcPr>
            <w:tcW w:type="dxa" w:w="1446"/>
          </w:tcPr>
          <w:p>
            <w:pPr>
              <w:spacing w:after="0"/>
              <w:jc w:val="left"/>
            </w:pPr>
          </w:p>
        </w:tc>
        <w:tc>
          <w:tcPr>
            <w:tcW w:type="dxa" w:w="2362"/>
          </w:tcPr>
          <w:p>
            <w:pPr>
              <w:spacing w:after="0"/>
              <w:jc w:val="left"/>
            </w:pPr>
            <w:r>
              <w:rPr>
                <w:sz w:val="16"/>
              </w:rPr>
              <w:t>deaths or injuries recorded</w:t>
            </w:r>
          </w:p>
        </w:tc>
      </w:tr>
      <w:tr>
        <w:trPr>
          <w:cantSplit/>
        </w:trPr>
        <w:tc>
          <w:tcPr>
            <w:tcW w:type="dxa" w:w="1037"/>
          </w:tcPr>
          <w:p>
            <w:pPr>
              <w:spacing w:after="0"/>
              <w:jc w:val="left"/>
            </w:pPr>
            <w:r>
              <w:rPr>
                <w:sz w:val="16"/>
              </w:rPr>
              <w:t>1980-07-02</w:t>
            </w:r>
          </w:p>
        </w:tc>
        <w:tc>
          <w:tcPr>
            <w:tcW w:type="dxa" w:w="1436"/>
          </w:tcPr>
          <w:p>
            <w:pPr>
              <w:spacing w:after="0"/>
              <w:jc w:val="left"/>
            </w:pPr>
            <w:r>
              <w:rPr>
                <w:sz w:val="16"/>
              </w:rPr>
              <w:t>Thunderstorm Wind</w:t>
            </w:r>
          </w:p>
        </w:tc>
        <w:tc>
          <w:tcPr>
            <w:tcW w:type="dxa" w:w="2493"/>
          </w:tcPr>
          <w:p>
            <w:pPr>
              <w:spacing w:after="0"/>
              <w:jc w:val="left"/>
            </w:pPr>
            <w:r>
              <w:rPr>
                <w:sz w:val="16"/>
              </w:rPr>
              <w:t>87 kt (100 mph), measurement type not recorded</w:t>
            </w:r>
          </w:p>
        </w:tc>
        <w:tc>
          <w:tcPr>
            <w:tcW w:type="dxa" w:w="2889"/>
          </w:tcPr>
          <w:p>
            <w:pPr>
              <w:spacing w:after="0"/>
              <w:jc w:val="left"/>
            </w:pPr>
            <w:r>
              <w:rPr>
                <w:sz w:val="16"/>
              </w:rPr>
              <w:t>damage not recorded (pre-1996 record)</w:t>
            </w:r>
          </w:p>
        </w:tc>
        <w:tc>
          <w:tcPr>
            <w:tcW w:type="dxa" w:w="929"/>
          </w:tcPr>
          <w:p>
            <w:pPr>
              <w:spacing w:after="0"/>
              <w:jc w:val="right"/>
            </w:pPr>
            <w:r>
              <w:rPr>
                <w:sz w:val="16"/>
              </w:rPr>
              <w:t>0, 0</w:t>
            </w:r>
          </w:p>
        </w:tc>
        <w:tc>
          <w:tcPr>
            <w:tcW w:type="dxa" w:w="1522"/>
          </w:tcPr>
          <w:p>
            <w:pPr>
              <w:spacing w:after="0"/>
              <w:jc w:val="left"/>
            </w:pPr>
            <w:r>
              <w:rPr>
                <w:sz w:val="16"/>
              </w:rPr>
              <w:t>location not recorded</w:t>
            </w:r>
          </w:p>
        </w:tc>
        <w:tc>
          <w:tcPr>
            <w:tcW w:type="dxa" w:w="1446"/>
          </w:tcPr>
          <w:p>
            <w:pPr>
              <w:spacing w:after="0"/>
              <w:jc w:val="left"/>
            </w:pPr>
          </w:p>
        </w:tc>
        <w:tc>
          <w:tcPr>
            <w:tcW w:type="dxa" w:w="2362"/>
          </w:tcPr>
          <w:p>
            <w:pPr>
              <w:spacing w:after="0"/>
              <w:jc w:val="left"/>
            </w:pPr>
            <w:r>
              <w:rPr>
                <w:sz w:val="16"/>
              </w:rPr>
              <w:t>B1-c worst recorded: Thunderstorm Wind</w:t>
            </w:r>
          </w:p>
        </w:tc>
      </w:tr>
      <w:tr>
        <w:trPr>
          <w:cantSplit/>
        </w:trPr>
        <w:tc>
          <w:tcPr>
            <w:tcW w:type="dxa" w:w="1037"/>
          </w:tcPr>
          <w:p>
            <w:pPr>
              <w:spacing w:after="0"/>
              <w:jc w:val="left"/>
            </w:pPr>
            <w:r>
              <w:rPr>
                <w:sz w:val="16"/>
              </w:rPr>
              <w:t>1952-03-22</w:t>
            </w:r>
          </w:p>
        </w:tc>
        <w:tc>
          <w:tcPr>
            <w:tcW w:type="dxa" w:w="1436"/>
          </w:tcPr>
          <w:p>
            <w:pPr>
              <w:spacing w:after="0"/>
              <w:jc w:val="left"/>
            </w:pPr>
            <w:r>
              <w:rPr>
                <w:sz w:val="16"/>
              </w:rPr>
              <w:t>Tornado</w:t>
            </w:r>
          </w:p>
        </w:tc>
        <w:tc>
          <w:tcPr>
            <w:tcW w:type="dxa" w:w="2493"/>
          </w:tcPr>
          <w:p>
            <w:pPr>
              <w:spacing w:after="0"/>
              <w:jc w:val="left"/>
            </w:pPr>
            <w:r>
              <w:rPr>
                <w:sz w:val="16"/>
              </w:rPr>
              <w:t>F3, 2.7 mi path length (whole path, pre-1996), 33 yd wide</w:t>
            </w:r>
          </w:p>
        </w:tc>
        <w:tc>
          <w:tcPr>
            <w:tcW w:type="dxa" w:w="2889"/>
          </w:tcPr>
          <w:p>
            <w:pPr>
              <w:spacing w:after="0"/>
              <w:jc w:val="left"/>
            </w:pPr>
            <w:r>
              <w:rPr>
                <w:sz w:val="16"/>
              </w:rPr>
              <w:t>$250,000 property; crops not recorded (1952 dollars)</w:t>
            </w:r>
          </w:p>
        </w:tc>
        <w:tc>
          <w:tcPr>
            <w:tcW w:type="dxa" w:w="929"/>
          </w:tcPr>
          <w:p>
            <w:pPr>
              <w:spacing w:after="0"/>
              <w:jc w:val="right"/>
            </w:pPr>
            <w:r>
              <w:rPr>
                <w:sz w:val="16"/>
              </w:rPr>
              <w:t>0, 18</w:t>
            </w:r>
          </w:p>
        </w:tc>
        <w:tc>
          <w:tcPr>
            <w:tcW w:type="dxa" w:w="1522"/>
          </w:tcPr>
          <w:p>
            <w:pPr>
              <w:spacing w:after="0"/>
              <w:jc w:val="left"/>
            </w:pPr>
            <w:r>
              <w:rPr>
                <w:sz w:val="16"/>
              </w:rPr>
              <w:t>location not recorded</w:t>
            </w:r>
          </w:p>
        </w:tc>
        <w:tc>
          <w:tcPr>
            <w:tcW w:type="dxa" w:w="1446"/>
          </w:tcPr>
          <w:p>
            <w:pPr>
              <w:spacing w:after="0"/>
              <w:jc w:val="left"/>
            </w:pPr>
          </w:p>
        </w:tc>
        <w:tc>
          <w:tcPr>
            <w:tcW w:type="dxa" w:w="236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1.11</w:t>
            </w:r>
          </w:p>
        </w:tc>
        <w:tc>
          <w:tcPr>
            <w:tcW w:type="dxa" w:w="1276"/>
          </w:tcPr>
          <w:p>
            <w:pPr>
              <w:spacing w:after="0"/>
              <w:jc w:val="left"/>
            </w:pPr>
            <w:r>
              <w:rPr>
                <w:sz w:val="16"/>
              </w:rPr>
              <w:t>event-days per year</w:t>
            </w:r>
          </w:p>
        </w:tc>
        <w:tc>
          <w:tcPr>
            <w:tcW w:type="dxa" w:w="1575"/>
          </w:tcPr>
          <w:p>
            <w:pPr>
              <w:spacing w:after="0"/>
              <w:jc w:val="left"/>
            </w:pPr>
            <w:r>
              <w:rPr>
                <w:sz w:val="16"/>
              </w:rPr>
              <w:t>about 1.11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1.66</w:t>
            </w:r>
          </w:p>
        </w:tc>
        <w:tc>
          <w:tcPr>
            <w:tcW w:type="dxa" w:w="1276"/>
          </w:tcPr>
          <w:p>
            <w:pPr>
              <w:spacing w:after="0"/>
              <w:jc w:val="left"/>
            </w:pPr>
            <w:r>
              <w:rPr>
                <w:sz w:val="16"/>
              </w:rPr>
              <w:t>event-days per year</w:t>
            </w:r>
          </w:p>
        </w:tc>
        <w:tc>
          <w:tcPr>
            <w:tcW w:type="dxa" w:w="1575"/>
          </w:tcPr>
          <w:p>
            <w:pPr>
              <w:spacing w:after="0"/>
              <w:jc w:val="left"/>
            </w:pPr>
            <w:r>
              <w:rPr>
                <w:sz w:val="16"/>
              </w:rPr>
              <w:t>about 1.66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42</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0.00258</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0.258%</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3.18</w:t>
            </w:r>
          </w:p>
        </w:tc>
        <w:tc>
          <w:tcPr>
            <w:tcW w:type="dxa" w:w="1276"/>
          </w:tcPr>
          <w:p>
            <w:pPr>
              <w:spacing w:after="0"/>
              <w:jc w:val="left"/>
            </w:pPr>
            <w:r>
              <w:rPr>
                <w:sz w:val="16"/>
              </w:rPr>
              <w:t>events per year</w:t>
            </w:r>
          </w:p>
        </w:tc>
        <w:tc>
          <w:tcPr>
            <w:tcW w:type="dxa" w:w="1575"/>
          </w:tcPr>
          <w:p>
            <w:pPr>
              <w:spacing w:after="0"/>
              <w:jc w:val="left"/>
            </w:pPr>
            <w:r>
              <w:rPr>
                <w:sz w:val="16"/>
              </w:rPr>
              <w:t>about 3.18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120.8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4.68</w:t>
            </w:r>
          </w:p>
        </w:tc>
        <w:tc>
          <w:tcPr>
            <w:tcW w:type="dxa" w:w="1276"/>
          </w:tcPr>
          <w:p>
            <w:pPr>
              <w:spacing w:after="0"/>
              <w:jc w:val="left"/>
            </w:pPr>
            <w:r>
              <w:rPr>
                <w:sz w:val="16"/>
              </w:rPr>
              <w:t>event-days per year</w:t>
            </w:r>
          </w:p>
        </w:tc>
        <w:tc>
          <w:tcPr>
            <w:tcW w:type="dxa" w:w="1575"/>
          </w:tcPr>
          <w:p>
            <w:pPr>
              <w:spacing w:after="0"/>
              <w:jc w:val="left"/>
            </w:pPr>
            <w:r>
              <w:rPr>
                <w:sz w:val="16"/>
              </w:rPr>
              <w:t>about 4.68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72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0.0215</w:t>
            </w:r>
          </w:p>
        </w:tc>
        <w:tc>
          <w:tcPr>
            <w:tcW w:type="dxa" w:w="1276"/>
          </w:tcPr>
          <w:p>
            <w:pPr>
              <w:spacing w:after="0"/>
              <w:jc w:val="left"/>
            </w:pPr>
            <w:r>
              <w:rPr>
                <w:sz w:val="16"/>
              </w:rPr>
              <w:t>events per year</w:t>
            </w:r>
          </w:p>
        </w:tc>
        <w:tc>
          <w:tcPr>
            <w:tcW w:type="dxa" w:w="1575"/>
          </w:tcPr>
          <w:p>
            <w:pPr>
              <w:spacing w:after="0"/>
              <w:jc w:val="left"/>
            </w:pPr>
            <w:r>
              <w:rPr>
                <w:sz w:val="16"/>
              </w:rPr>
              <w:t>about 1 in 47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3</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0.867</w:t>
            </w:r>
          </w:p>
        </w:tc>
        <w:tc>
          <w:tcPr>
            <w:tcW w:type="dxa" w:w="1276"/>
          </w:tcPr>
          <w:p>
            <w:pPr>
              <w:spacing w:after="0"/>
              <w:jc w:val="left"/>
            </w:pPr>
            <w:r>
              <w:rPr>
                <w:sz w:val="16"/>
              </w:rPr>
              <w:t>event-days per year</w:t>
            </w:r>
          </w:p>
        </w:tc>
        <w:tc>
          <w:tcPr>
            <w:tcW w:type="dxa" w:w="1575"/>
          </w:tcPr>
          <w:p>
            <w:pPr>
              <w:spacing w:after="0"/>
              <w:jc w:val="left"/>
            </w:pPr>
            <w:r>
              <w:rPr>
                <w:sz w:val="16"/>
              </w:rPr>
              <w:t>about 0.867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5 of 30 years, 1996 to 2025 (16.7%)</w:t>
            </w:r>
          </w:p>
        </w:tc>
        <w:tc>
          <w:tcPr>
            <w:tcW w:type="dxa" w:w="1522"/>
          </w:tcPr>
          <w:p>
            <w:pPr>
              <w:spacing w:after="0"/>
              <w:jc w:val="right"/>
            </w:pPr>
            <w:r>
              <w:rPr>
                <w:sz w:val="16"/>
              </w:rPr>
              <w:t>59</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0.786</w:t>
            </w:r>
          </w:p>
        </w:tc>
        <w:tc>
          <w:tcPr>
            <w:tcW w:type="dxa" w:w="1276"/>
          </w:tcPr>
          <w:p>
            <w:pPr>
              <w:spacing w:after="0"/>
              <w:jc w:val="left"/>
            </w:pPr>
            <w:r>
              <w:rPr>
                <w:sz w:val="16"/>
              </w:rPr>
              <w:t>event-days per year</w:t>
            </w:r>
          </w:p>
        </w:tc>
        <w:tc>
          <w:tcPr>
            <w:tcW w:type="dxa" w:w="1575"/>
          </w:tcPr>
          <w:p>
            <w:pPr>
              <w:spacing w:after="0"/>
              <w:jc w:val="left"/>
            </w:pPr>
            <w:r>
              <w:rPr>
                <w:sz w:val="16"/>
              </w:rPr>
              <w:t>about 0.786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17 of 30 years, 1996 to 2025 (56.7%)</w:t>
            </w:r>
          </w:p>
        </w:tc>
        <w:tc>
          <w:tcPr>
            <w:tcW w:type="dxa" w:w="1522"/>
          </w:tcPr>
          <w:p>
            <w:pPr>
              <w:spacing w:after="0"/>
              <w:jc w:val="right"/>
            </w:pPr>
            <w:r>
              <w:rPr>
                <w:sz w:val="16"/>
              </w:rPr>
              <w:t>22</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0.211</w:t>
            </w:r>
          </w:p>
        </w:tc>
        <w:tc>
          <w:tcPr>
            <w:tcW w:type="dxa" w:w="1276"/>
          </w:tcPr>
          <w:p>
            <w:pPr>
              <w:spacing w:after="0"/>
              <w:jc w:val="left"/>
            </w:pPr>
            <w:r>
              <w:rPr>
                <w:sz w:val="16"/>
              </w:rPr>
              <w:t>events per year (modeled)</w:t>
            </w:r>
          </w:p>
        </w:tc>
        <w:tc>
          <w:tcPr>
            <w:tcW w:type="dxa" w:w="1575"/>
          </w:tcPr>
          <w:p>
            <w:pPr>
              <w:spacing w:after="0"/>
              <w:jc w:val="left"/>
            </w:pPr>
            <w:r>
              <w:rPr>
                <w:sz w:val="16"/>
              </w:rPr>
              <w:t>about 1 in 5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52.6</w:t>
            </w:r>
          </w:p>
        </w:tc>
        <w:tc>
          <w:tcPr>
            <w:tcW w:type="dxa" w:w="1276"/>
          </w:tcPr>
          <w:p>
            <w:pPr>
              <w:spacing w:after="0"/>
              <w:jc w:val="left"/>
            </w:pPr>
            <w:r>
              <w:rPr>
                <w:sz w:val="16"/>
              </w:rPr>
              <w:t>days per year with a strike</w:t>
            </w:r>
          </w:p>
        </w:tc>
        <w:tc>
          <w:tcPr>
            <w:tcW w:type="dxa" w:w="1575"/>
          </w:tcPr>
          <w:p>
            <w:pPr>
              <w:spacing w:after="0"/>
              <w:jc w:val="left"/>
            </w:pPr>
            <w:r>
              <w:rPr>
                <w:sz w:val="16"/>
              </w:rPr>
              <w:t>about 52.6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6.66</w:t>
            </w:r>
          </w:p>
        </w:tc>
        <w:tc>
          <w:tcPr>
            <w:tcW w:type="dxa" w:w="1276"/>
          </w:tcPr>
          <w:p>
            <w:pPr>
              <w:spacing w:after="0"/>
              <w:jc w:val="left"/>
            </w:pPr>
            <w:r>
              <w:rPr>
                <w:sz w:val="16"/>
              </w:rPr>
              <w:t>events per year</w:t>
            </w:r>
          </w:p>
        </w:tc>
        <w:tc>
          <w:tcPr>
            <w:tcW w:type="dxa" w:w="1575"/>
          </w:tcPr>
          <w:p>
            <w:pPr>
              <w:spacing w:after="0"/>
              <w:jc w:val="left"/>
            </w:pPr>
            <w:r>
              <w:rPr>
                <w:sz w:val="16"/>
              </w:rPr>
              <w:t>about 6.66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254</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0.169</w:t>
            </w:r>
          </w:p>
        </w:tc>
        <w:tc>
          <w:tcPr>
            <w:tcW w:type="dxa" w:w="1276"/>
          </w:tcPr>
          <w:p>
            <w:pPr>
              <w:spacing w:after="0"/>
              <w:jc w:val="left"/>
            </w:pPr>
            <w:r>
              <w:rPr>
                <w:sz w:val="16"/>
              </w:rPr>
              <w:t>events per year</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0.0000459</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0.00459%</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8.74</w:t>
            </w:r>
          </w:p>
        </w:tc>
        <w:tc>
          <w:tcPr>
            <w:tcW w:type="dxa" w:w="1276"/>
          </w:tcPr>
          <w:p>
            <w:pPr>
              <w:spacing w:after="0"/>
              <w:jc w:val="left"/>
            </w:pPr>
            <w:r>
              <w:rPr>
                <w:sz w:val="16"/>
              </w:rPr>
              <w:t>event-days per year</w:t>
            </w:r>
          </w:p>
        </w:tc>
        <w:tc>
          <w:tcPr>
            <w:tcW w:type="dxa" w:w="1575"/>
          </w:tcPr>
          <w:p>
            <w:pPr>
              <w:spacing w:after="0"/>
              <w:jc w:val="left"/>
            </w:pPr>
            <w:r>
              <w:rPr>
                <w:sz w:val="16"/>
              </w:rPr>
              <w:t>about 8.74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13 of 30 years, 1996 to 2025 (43.3%)</w:t>
            </w:r>
          </w:p>
        </w:tc>
        <w:tc>
          <w:tcPr>
            <w:tcW w:type="dxa" w:w="1522"/>
          </w:tcPr>
          <w:p>
            <w:pPr>
              <w:spacing w:after="0"/>
              <w:jc w:val="right"/>
            </w:pPr>
            <w:r>
              <w:rPr>
                <w:sz w:val="16"/>
              </w:rPr>
              <w:t>166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96</w:t>
            </w:r>
          </w:p>
        </w:tc>
        <w:tc>
          <w:tcPr>
            <w:tcW w:type="dxa" w:w="1381"/>
          </w:tcPr>
          <w:p>
            <w:pPr>
              <w:spacing w:after="0"/>
              <w:jc w:val="right"/>
            </w:pPr>
            <w:r>
              <w:rPr>
                <w:sz w:val="16"/>
              </w:rPr>
              <w:t>30</w:t>
            </w:r>
          </w:p>
        </w:tc>
        <w:tc>
          <w:tcPr>
            <w:tcW w:type="dxa" w:w="1381"/>
          </w:tcPr>
          <w:p>
            <w:pPr>
              <w:spacing w:after="0"/>
              <w:jc w:val="right"/>
            </w:pPr>
            <w:r>
              <w:rPr>
                <w:sz w:val="16"/>
              </w:rPr>
              <w:t>3.2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52.8</w:t>
            </w:r>
          </w:p>
        </w:tc>
        <w:tc>
          <w:tcPr>
            <w:tcW w:type="dxa" w:w="1311"/>
          </w:tcPr>
          <w:p>
            <w:pPr>
              <w:spacing w:after="0"/>
              <w:jc w:val="right"/>
            </w:pPr>
            <w:r>
              <w:rPr>
                <w:sz w:val="16"/>
              </w:rPr>
              <w:t>66.7</w:t>
            </w:r>
          </w:p>
        </w:tc>
        <w:tc>
          <w:tcPr>
            <w:tcW w:type="dxa" w:w="1250"/>
          </w:tcPr>
          <w:p>
            <w:pPr>
              <w:spacing w:after="0"/>
              <w:jc w:val="right"/>
            </w:pPr>
            <w:r>
              <w:rPr>
                <w:sz w:val="16"/>
              </w:rPr>
              <w:t>74.3</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81.8</w:t>
            </w:r>
          </w:p>
        </w:tc>
        <w:tc>
          <w:tcPr>
            <w:tcW w:type="dxa" w:w="1311"/>
          </w:tcPr>
          <w:p>
            <w:pPr>
              <w:spacing w:after="0"/>
              <w:jc w:val="right"/>
            </w:pPr>
            <w:r>
              <w:rPr>
                <w:sz w:val="16"/>
              </w:rPr>
              <w:t>84.6</w:t>
            </w:r>
          </w:p>
        </w:tc>
        <w:tc>
          <w:tcPr>
            <w:tcW w:type="dxa" w:w="1250"/>
          </w:tcPr>
          <w:p>
            <w:pPr>
              <w:spacing w:after="0"/>
              <w:jc w:val="right"/>
            </w:pPr>
            <w:r>
              <w:rPr>
                <w:sz w:val="16"/>
              </w:rPr>
              <w:t>88.5</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37.4</w:t>
            </w:r>
          </w:p>
        </w:tc>
        <w:tc>
          <w:tcPr>
            <w:tcW w:type="dxa" w:w="1311"/>
          </w:tcPr>
          <w:p>
            <w:pPr>
              <w:spacing w:after="0"/>
              <w:jc w:val="right"/>
            </w:pPr>
            <w:r>
              <w:rPr>
                <w:sz w:val="16"/>
              </w:rPr>
              <w:t>69.7</w:t>
            </w:r>
          </w:p>
        </w:tc>
        <w:tc>
          <w:tcPr>
            <w:tcW w:type="dxa" w:w="1250"/>
          </w:tcPr>
          <w:p>
            <w:pPr>
              <w:spacing w:after="0"/>
              <w:jc w:val="right"/>
            </w:pPr>
            <w:r>
              <w:rPr>
                <w:sz w:val="16"/>
              </w:rPr>
              <w:t>75.4</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82.2</w:t>
            </w:r>
          </w:p>
        </w:tc>
        <w:tc>
          <w:tcPr>
            <w:tcW w:type="dxa" w:w="1311"/>
          </w:tcPr>
          <w:p>
            <w:pPr>
              <w:spacing w:after="0"/>
              <w:jc w:val="right"/>
            </w:pPr>
            <w:r>
              <w:rPr>
                <w:sz w:val="16"/>
              </w:rPr>
              <w:t>91.3</w:t>
            </w:r>
          </w:p>
        </w:tc>
        <w:tc>
          <w:tcPr>
            <w:tcW w:type="dxa" w:w="1250"/>
          </w:tcPr>
          <w:p>
            <w:pPr>
              <w:spacing w:after="0"/>
              <w:jc w:val="right"/>
            </w:pPr>
            <w:r>
              <w:rPr>
                <w:sz w:val="16"/>
              </w:rPr>
              <w:t>92.9</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17.6</w:t>
            </w:r>
          </w:p>
        </w:tc>
        <w:tc>
          <w:tcPr>
            <w:tcW w:type="dxa" w:w="1311"/>
          </w:tcPr>
          <w:p>
            <w:pPr>
              <w:spacing w:after="0"/>
              <w:jc w:val="right"/>
            </w:pPr>
            <w:r>
              <w:rPr>
                <w:sz w:val="16"/>
              </w:rPr>
              <w:t>31.9</w:t>
            </w:r>
          </w:p>
        </w:tc>
        <w:tc>
          <w:tcPr>
            <w:tcW w:type="dxa" w:w="1250"/>
          </w:tcPr>
          <w:p>
            <w:pPr>
              <w:spacing w:after="0"/>
              <w:jc w:val="right"/>
            </w:pPr>
            <w:r>
              <w:rPr>
                <w:sz w:val="16"/>
              </w:rPr>
              <w:t>43.0</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34.7</w:t>
            </w:r>
          </w:p>
        </w:tc>
        <w:tc>
          <w:tcPr>
            <w:tcW w:type="dxa" w:w="1311"/>
          </w:tcPr>
          <w:p>
            <w:pPr>
              <w:spacing w:after="0"/>
              <w:jc w:val="right"/>
            </w:pPr>
            <w:r>
              <w:rPr>
                <w:sz w:val="16"/>
              </w:rPr>
              <w:t>40.1</w:t>
            </w:r>
          </w:p>
        </w:tc>
        <w:tc>
          <w:tcPr>
            <w:tcW w:type="dxa" w:w="1250"/>
          </w:tcPr>
          <w:p>
            <w:pPr>
              <w:spacing w:after="0"/>
              <w:jc w:val="right"/>
            </w:pPr>
            <w:r>
              <w:rPr>
                <w:sz w:val="16"/>
              </w:rPr>
              <w:t>45.2</w:t>
            </w:r>
          </w:p>
        </w:tc>
        <w:tc>
          <w:tcPr>
            <w:tcW w:type="dxa" w:w="6992"/>
          </w:tcPr>
          <w:p>
            <w:pPr>
              <w:spacing w:after="0"/>
              <w:jc w:val="left"/>
            </w:pPr>
            <w:r>
              <w:rPr>
                <w:sz w:val="16"/>
              </w:rPr>
              <w:t>Very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63.7</w:t>
            </w:r>
          </w:p>
        </w:tc>
        <w:tc>
          <w:tcPr>
            <w:tcW w:type="dxa" w:w="1311"/>
          </w:tcPr>
          <w:p>
            <w:pPr>
              <w:spacing w:after="0"/>
              <w:jc w:val="right"/>
            </w:pPr>
            <w:r>
              <w:rPr>
                <w:sz w:val="16"/>
              </w:rPr>
              <w:t>77.3</w:t>
            </w:r>
          </w:p>
        </w:tc>
        <w:tc>
          <w:tcPr>
            <w:tcW w:type="dxa" w:w="1250"/>
          </w:tcPr>
          <w:p>
            <w:pPr>
              <w:spacing w:after="0"/>
              <w:jc w:val="right"/>
            </w:pPr>
            <w:r>
              <w:rPr>
                <w:sz w:val="16"/>
              </w:rPr>
              <w:t>81.3</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28.1</w:t>
            </w:r>
          </w:p>
        </w:tc>
        <w:tc>
          <w:tcPr>
            <w:tcW w:type="dxa" w:w="1311"/>
          </w:tcPr>
          <w:p>
            <w:pPr>
              <w:spacing w:after="0"/>
              <w:jc w:val="right"/>
            </w:pPr>
            <w:r>
              <w:rPr>
                <w:sz w:val="16"/>
              </w:rPr>
              <w:t>60.7</w:t>
            </w:r>
          </w:p>
        </w:tc>
        <w:tc>
          <w:tcPr>
            <w:tcW w:type="dxa" w:w="1250"/>
          </w:tcPr>
          <w:p>
            <w:pPr>
              <w:spacing w:after="0"/>
              <w:jc w:val="right"/>
            </w:pPr>
            <w:r>
              <w:rPr>
                <w:sz w:val="16"/>
              </w:rPr>
              <w:t>65.0</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26.5</w:t>
            </w:r>
          </w:p>
        </w:tc>
        <w:tc>
          <w:tcPr>
            <w:tcW w:type="dxa" w:w="1311"/>
          </w:tcPr>
          <w:p>
            <w:pPr>
              <w:spacing w:after="0"/>
              <w:jc w:val="right"/>
            </w:pPr>
            <w:r>
              <w:rPr>
                <w:sz w:val="16"/>
              </w:rPr>
              <w:t>57.9</w:t>
            </w:r>
          </w:p>
        </w:tc>
        <w:tc>
          <w:tcPr>
            <w:tcW w:type="dxa" w:w="1250"/>
          </w:tcPr>
          <w:p>
            <w:pPr>
              <w:spacing w:after="0"/>
              <w:jc w:val="right"/>
            </w:pPr>
            <w:r>
              <w:rPr>
                <w:sz w:val="16"/>
              </w:rPr>
              <w:t>74.9</w:t>
            </w:r>
          </w:p>
        </w:tc>
        <w:tc>
          <w:tcPr>
            <w:tcW w:type="dxa" w:w="6992"/>
          </w:tcPr>
          <w:p>
            <w:pPr>
              <w:spacing w:after="0"/>
              <w:jc w:val="left"/>
            </w:pPr>
            <w:r>
              <w:rPr>
                <w:sz w:val="16"/>
              </w:rPr>
              <w:t>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61.2</w:t>
            </w:r>
          </w:p>
        </w:tc>
        <w:tc>
          <w:tcPr>
            <w:tcW w:type="dxa" w:w="1311"/>
          </w:tcPr>
          <w:p>
            <w:pPr>
              <w:spacing w:after="0"/>
              <w:jc w:val="right"/>
            </w:pPr>
            <w:r>
              <w:rPr>
                <w:sz w:val="16"/>
              </w:rPr>
              <w:t>79.1</w:t>
            </w:r>
          </w:p>
        </w:tc>
        <w:tc>
          <w:tcPr>
            <w:tcW w:type="dxa" w:w="1250"/>
          </w:tcPr>
          <w:p>
            <w:pPr>
              <w:spacing w:after="0"/>
              <w:jc w:val="right"/>
            </w:pPr>
            <w:r>
              <w:rPr>
                <w:sz w:val="16"/>
              </w:rPr>
              <w:t>87.7</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83.4</w:t>
            </w:r>
          </w:p>
        </w:tc>
        <w:tc>
          <w:tcPr>
            <w:tcW w:type="dxa" w:w="1311"/>
          </w:tcPr>
          <w:p>
            <w:pPr>
              <w:spacing w:after="0"/>
              <w:jc w:val="right"/>
            </w:pPr>
            <w:r>
              <w:rPr>
                <w:sz w:val="16"/>
              </w:rPr>
              <w:t>92.3</w:t>
            </w:r>
          </w:p>
        </w:tc>
        <w:tc>
          <w:tcPr>
            <w:tcW w:type="dxa" w:w="1250"/>
          </w:tcPr>
          <w:p>
            <w:pPr>
              <w:spacing w:after="0"/>
              <w:jc w:val="right"/>
            </w:pPr>
            <w:r>
              <w:rPr>
                <w:sz w:val="16"/>
              </w:rPr>
              <w:t>95.0</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56.7</w:t>
            </w:r>
          </w:p>
        </w:tc>
        <w:tc>
          <w:tcPr>
            <w:tcW w:type="dxa" w:w="1311"/>
          </w:tcPr>
          <w:p>
            <w:pPr>
              <w:spacing w:after="0"/>
              <w:jc w:val="right"/>
            </w:pPr>
            <w:r>
              <w:rPr>
                <w:sz w:val="16"/>
              </w:rPr>
              <w:t>72.0</w:t>
            </w:r>
          </w:p>
        </w:tc>
        <w:tc>
          <w:tcPr>
            <w:tcW w:type="dxa" w:w="1250"/>
          </w:tcPr>
          <w:p>
            <w:pPr>
              <w:spacing w:after="0"/>
              <w:jc w:val="right"/>
            </w:pPr>
            <w:r>
              <w:rPr>
                <w:sz w:val="16"/>
              </w:rPr>
              <w:t>77.5</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53.1</w:t>
            </w:r>
          </w:p>
        </w:tc>
        <w:tc>
          <w:tcPr>
            <w:tcW w:type="dxa" w:w="1311"/>
          </w:tcPr>
          <w:p>
            <w:pPr>
              <w:spacing w:after="0"/>
              <w:jc w:val="right"/>
            </w:pPr>
            <w:r>
              <w:rPr>
                <w:sz w:val="16"/>
              </w:rPr>
              <w:t>58.6</w:t>
            </w:r>
          </w:p>
        </w:tc>
        <w:tc>
          <w:tcPr>
            <w:tcW w:type="dxa" w:w="1250"/>
          </w:tcPr>
          <w:p>
            <w:pPr>
              <w:spacing w:after="0"/>
              <w:jc w:val="right"/>
            </w:pPr>
            <w:r>
              <w:rPr>
                <w:sz w:val="16"/>
              </w:rPr>
              <w:t>67.1</w:t>
            </w:r>
          </w:p>
        </w:tc>
        <w:tc>
          <w:tcPr>
            <w:tcW w:type="dxa" w:w="6992"/>
          </w:tcPr>
          <w:p>
            <w:pPr>
              <w:spacing w:after="0"/>
              <w:jc w:val="left"/>
            </w:pPr>
            <w:r>
              <w:rPr>
                <w:sz w:val="16"/>
              </w:rPr>
              <w:t>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68.5</w:t>
            </w:r>
          </w:p>
        </w:tc>
        <w:tc>
          <w:tcPr>
            <w:tcW w:type="dxa" w:w="1311"/>
          </w:tcPr>
          <w:p>
            <w:pPr>
              <w:spacing w:after="0"/>
              <w:jc w:val="right"/>
            </w:pPr>
            <w:r>
              <w:rPr>
                <w:sz w:val="16"/>
              </w:rPr>
              <w:t>84.1</w:t>
            </w:r>
          </w:p>
        </w:tc>
        <w:tc>
          <w:tcPr>
            <w:tcW w:type="dxa" w:w="1250"/>
          </w:tcPr>
          <w:p>
            <w:pPr>
              <w:spacing w:after="0"/>
              <w:jc w:val="right"/>
            </w:pPr>
            <w:r>
              <w:rPr>
                <w:sz w:val="16"/>
              </w:rPr>
              <w:t>88.2</w:t>
            </w:r>
          </w:p>
        </w:tc>
        <w:tc>
          <w:tcPr>
            <w:tcW w:type="dxa" w:w="6992"/>
          </w:tcPr>
          <w:p>
            <w:pPr>
              <w:spacing w:after="0"/>
              <w:jc w:val="left"/>
            </w:pPr>
            <w:r>
              <w:rPr>
                <w:sz w:val="16"/>
              </w:rPr>
              <w:t>Relatively High 4,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08"/>
        <w:gridCol w:w="1603"/>
        <w:gridCol w:w="3040"/>
        <w:gridCol w:w="2424"/>
        <w:gridCol w:w="2506"/>
        <w:gridCol w:w="2732"/>
      </w:tblGrid>
      <w:tr>
        <w:trPr>
          <w:cantSplit/>
          <w:tblHeader/>
        </w:trPr>
        <w:tc>
          <w:tcPr>
            <w:tcW w:type="dxa" w:w="1808"/>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08"/>
          </w:tcPr>
          <w:p>
            <w:pPr>
              <w:spacing w:after="0"/>
              <w:jc w:val="left"/>
            </w:pPr>
            <w:r>
              <w:rPr>
                <w:sz w:val="16"/>
              </w:rPr>
              <w:t>Larue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2028-04-17</w:t>
            </w:r>
          </w:p>
        </w:tc>
        <w:tc>
          <w:tcPr>
            <w:tcW w:type="dxa" w:w="2424"/>
          </w:tcPr>
          <w:p>
            <w:pPr>
              <w:spacing w:after="0"/>
              <w:jc w:val="right"/>
            </w:pPr>
            <w:r>
              <w:rPr>
                <w:sz w:val="16"/>
              </w:rPr>
              <w:t>FMA RL 0, SRL 0; any 1</w:t>
            </w:r>
          </w:p>
        </w:tc>
        <w:tc>
          <w:tcPr>
            <w:tcW w:type="dxa" w:w="2506"/>
          </w:tcPr>
          <w:p>
            <w:pPr>
              <w:spacing w:after="0"/>
              <w:jc w:val="right"/>
            </w:pPr>
            <w:r>
              <w:rPr>
                <w:sz w:val="16"/>
              </w:rPr>
              <w:t>$196,797.68</w:t>
            </w:r>
          </w:p>
        </w:tc>
        <w:tc>
          <w:tcPr>
            <w:tcW w:type="dxa" w:w="2732"/>
          </w:tcPr>
          <w:p>
            <w:pPr>
              <w:spacing w:after="0"/>
              <w:jc w:val="right"/>
            </w:pPr>
            <w:r>
              <w:rPr>
                <w:sz w:val="16"/>
              </w:rPr>
              <w:t>0 total; 0 since its plan</w:t>
            </w:r>
          </w:p>
        </w:tc>
      </w:tr>
      <w:tr>
        <w:trPr>
          <w:cantSplit/>
        </w:trPr>
        <w:tc>
          <w:tcPr>
            <w:tcW w:type="dxa" w:w="1808"/>
          </w:tcPr>
          <w:p>
            <w:pPr>
              <w:spacing w:after="0"/>
              <w:jc w:val="left"/>
            </w:pPr>
            <w:r>
              <w:rPr>
                <w:sz w:val="16"/>
              </w:rPr>
              <w:t>Hodgenville city</w:t>
            </w:r>
          </w:p>
        </w:tc>
        <w:tc>
          <w:tcPr>
            <w:tcW w:type="dxa" w:w="1603"/>
          </w:tcPr>
          <w:p>
            <w:pPr>
              <w:spacing w:after="0"/>
              <w:jc w:val="left"/>
            </w:pPr>
            <w:r>
              <w:rPr>
                <w:sz w:val="16"/>
              </w:rPr>
              <w:t>City</w:t>
            </w:r>
          </w:p>
        </w:tc>
        <w:tc>
          <w:tcPr>
            <w:tcW w:type="dxa" w:w="3040"/>
          </w:tcPr>
          <w:p>
            <w:pPr>
              <w:spacing w:after="0"/>
              <w:jc w:val="left"/>
            </w:pPr>
            <w:r>
              <w:rPr>
                <w:sz w:val="16"/>
              </w:rPr>
              <w:t>Approved, expires 2028-04-17</w:t>
            </w:r>
          </w:p>
        </w:tc>
        <w:tc>
          <w:tcPr>
            <w:tcW w:type="dxa" w:w="2424"/>
          </w:tcPr>
          <w:p>
            <w:pPr>
              <w:spacing w:after="0"/>
              <w:jc w:val="right"/>
            </w:pPr>
            <w:r>
              <w:rPr>
                <w:sz w:val="16"/>
              </w:rPr>
              <w:t>FMA RL 0, SRL 0; any 0</w:t>
            </w:r>
          </w:p>
        </w:tc>
        <w:tc>
          <w:tcPr>
            <w:tcW w:type="dxa" w:w="2506"/>
          </w:tcPr>
          <w:p>
            <w:pPr>
              <w:spacing w:after="0"/>
              <w:jc w:val="right"/>
            </w:pPr>
            <w:r>
              <w:rPr>
                <w:sz w:val="16"/>
              </w:rPr>
              <w:t>$120,149.99</w:t>
            </w:r>
          </w:p>
        </w:tc>
        <w:tc>
          <w:tcPr>
            <w:tcW w:type="dxa" w:w="2732"/>
          </w:tcPr>
          <w:p>
            <w:pPr>
              <w:spacing w:after="0"/>
              <w:jc w:val="right"/>
            </w:pPr>
            <w:r>
              <w:rPr>
                <w:sz w:val="16"/>
              </w:rPr>
              <w:t>53 total; 7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2023-04-18</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$2,903,454,700</w:t>
            </w:r>
          </w:p>
        </w:tc>
        <w:tc>
          <w:tcPr>
            <w:tcW w:type="dxa" w:w="1134"/>
          </w:tcPr>
          <w:p>
            <w:pPr>
              <w:spacing w:after="0"/>
              <w:jc w:val="right"/>
            </w:pPr>
            <w:r>
              <w:rPr>
                <w:sz w:val="16"/>
              </w:rPr>
              <w:t>$52,930,352</w:t>
            </w:r>
          </w:p>
        </w:tc>
        <w:tc>
          <w:tcPr>
            <w:tcW w:type="dxa" w:w="1043"/>
          </w:tcPr>
          <w:p>
            <w:pPr>
              <w:spacing w:after="0"/>
              <w:jc w:val="right"/>
            </w:pPr>
            <w:r>
              <w:rPr>
                <w:sz w:val="16"/>
              </w:rPr>
              <w:t>14,854</w:t>
            </w:r>
          </w:p>
        </w:tc>
        <w:tc>
          <w:tcPr>
            <w:tcW w:type="dxa" w:w="1037"/>
          </w:tcPr>
          <w:p>
            <w:pPr>
              <w:spacing w:after="0"/>
              <w:jc w:val="right"/>
            </w:pPr>
            <w:r>
              <w:rPr>
                <w:sz w:val="16"/>
              </w:rPr>
              <w:t>$2,247</w:t>
            </w:r>
          </w:p>
        </w:tc>
        <w:tc>
          <w:tcPr>
            <w:tcW w:type="dxa" w:w="1126"/>
          </w:tcPr>
          <w:p>
            <w:pPr>
              <w:spacing w:after="0"/>
              <w:jc w:val="right"/>
            </w:pPr>
            <w:r>
              <w:rPr>
                <w:sz w:val="16"/>
              </w:rPr>
              <w:t>$31,061</w:t>
            </w:r>
          </w:p>
        </w:tc>
        <w:tc>
          <w:tcPr>
            <w:tcW w:type="dxa" w:w="970"/>
          </w:tcPr>
          <w:p>
            <w:pPr>
              <w:spacing w:after="0"/>
              <w:jc w:val="right"/>
            </w:pPr>
            <w:r>
              <w:rPr>
                <w:sz w:val="16"/>
              </w:rPr>
              <w:t>$479,701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$38,555,673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$28,135</w:t>
            </w:r>
          </w:p>
        </w:tc>
        <w:tc>
          <w:tcPr>
            <w:tcW w:type="dxa" w:w="970"/>
          </w:tcPr>
          <w:p>
            <w:pPr>
              <w:spacing w:after="0"/>
              <w:jc w:val="right"/>
            </w:pPr>
            <w:r>
              <w:rPr>
                <w:sz w:val="16"/>
              </w:rPr>
              <w:t>n/a</w:t>
            </w:r>
          </w:p>
        </w:tc>
        <w:tc>
          <w:tcPr>
            <w:tcW w:type="dxa" w:w="1305"/>
          </w:tcPr>
          <w:p>
            <w:pPr>
              <w:spacing w:after="0"/>
              <w:jc w:val="right"/>
            </w:pPr>
            <w:r>
              <w:rPr>
                <w:sz w:val="16"/>
              </w:rPr>
              <w:t>0.073%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$4,764,949,841</w:t>
            </w:r>
          </w:p>
        </w:tc>
        <w:tc>
          <w:tcPr>
            <w:tcW w:type="dxa" w:w="1134"/>
          </w:tcPr>
          <w:p>
            <w:pPr>
              <w:spacing w:after="0"/>
              <w:jc w:val="right"/>
            </w:pPr>
            <w:r>
              <w:rPr>
                <w:sz w:val="16"/>
              </w:rPr>
              <w:t>n/a</w:t>
            </w:r>
          </w:p>
        </w:tc>
        <w:tc>
          <w:tcPr>
            <w:tcW w:type="dxa" w:w="1043"/>
          </w:tcPr>
          <w:p>
            <w:pPr>
              <w:spacing w:after="0"/>
              <w:jc w:val="right"/>
            </w:pPr>
            <w:r>
              <w:rPr>
                <w:sz w:val="16"/>
              </w:rPr>
              <w:t>14,867</w:t>
            </w:r>
          </w:p>
        </w:tc>
        <w:tc>
          <w:tcPr>
            <w:tcW w:type="dxa" w:w="1037"/>
          </w:tcPr>
          <w:p>
            <w:pPr>
              <w:spacing w:after="0"/>
              <w:jc w:val="right"/>
            </w:pPr>
            <w:r>
              <w:rPr>
                <w:sz w:val="16"/>
              </w:rPr>
              <w:t>$259,209</w:t>
            </w:r>
          </w:p>
        </w:tc>
        <w:tc>
          <w:tcPr>
            <w:tcW w:type="dxa" w:w="1126"/>
          </w:tcPr>
          <w:p>
            <w:pPr>
              <w:spacing w:after="0"/>
              <w:jc w:val="right"/>
            </w:pPr>
            <w:r>
              <w:rPr>
                <w:sz w:val="16"/>
              </w:rPr>
              <w:t>n/a</w:t>
            </w:r>
          </w:p>
        </w:tc>
        <w:tc>
          <w:tcPr>
            <w:tcW w:type="dxa" w:w="970"/>
          </w:tcPr>
          <w:p>
            <w:pPr>
              <w:spacing w:after="0"/>
              <w:jc w:val="right"/>
            </w:pPr>
            <w:r>
              <w:rPr>
                <w:sz w:val="16"/>
              </w:rPr>
              <w:t>$83,763</w:t>
            </w:r>
          </w:p>
        </w:tc>
        <w:tc>
          <w:tcPr>
            <w:tcW w:type="dxa" w:w="1305"/>
          </w:tcPr>
          <w:p>
            <w:pPr>
              <w:spacing w:after="0"/>
              <w:jc w:val="right"/>
            </w:pPr>
            <w:r>
              <w:rPr>
                <w:sz w:val="16"/>
              </w:rPr>
              <w:t>0.00544%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$2,903,454,700</w:t>
            </w:r>
          </w:p>
        </w:tc>
        <w:tc>
          <w:tcPr>
            <w:tcW w:type="dxa" w:w="1134"/>
          </w:tcPr>
          <w:p>
            <w:pPr>
              <w:spacing w:after="0"/>
              <w:jc w:val="right"/>
            </w:pPr>
            <w:r>
              <w:rPr>
                <w:sz w:val="16"/>
              </w:rPr>
              <w:t>$52,930,352</w:t>
            </w:r>
          </w:p>
        </w:tc>
        <w:tc>
          <w:tcPr>
            <w:tcW w:type="dxa" w:w="1043"/>
          </w:tcPr>
          <w:p>
            <w:pPr>
              <w:spacing w:after="0"/>
              <w:jc w:val="right"/>
            </w:pPr>
            <w:r>
              <w:rPr>
                <w:sz w:val="16"/>
              </w:rPr>
              <w:t>14,854</w:t>
            </w:r>
          </w:p>
        </w:tc>
        <w:tc>
          <w:tcPr>
            <w:tcW w:type="dxa" w:w="1037"/>
          </w:tcPr>
          <w:p>
            <w:pPr>
              <w:spacing w:after="0"/>
              <w:jc w:val="right"/>
            </w:pPr>
            <w:r>
              <w:rPr>
                <w:sz w:val="16"/>
              </w:rPr>
              <w:t>$437,411</w:t>
            </w:r>
          </w:p>
        </w:tc>
        <w:tc>
          <w:tcPr>
            <w:tcW w:type="dxa" w:w="1126"/>
          </w:tcPr>
          <w:p>
            <w:pPr>
              <w:spacing w:after="0"/>
              <w:jc w:val="right"/>
            </w:pPr>
            <w:r>
              <w:rPr>
                <w:sz w:val="16"/>
              </w:rPr>
              <w:t>$15,005</w:t>
            </w:r>
          </w:p>
        </w:tc>
        <w:tc>
          <w:tcPr>
            <w:tcW w:type="dxa" w:w="970"/>
          </w:tcPr>
          <w:p>
            <w:pPr>
              <w:spacing w:after="0"/>
              <w:jc w:val="right"/>
            </w:pPr>
            <w:r>
              <w:rPr>
                <w:sz w:val="16"/>
              </w:rPr>
              <w:t>$18,733</w:t>
            </w:r>
          </w:p>
        </w:tc>
        <w:tc>
          <w:tcPr>
            <w:tcW w:type="dxa" w:w="1305"/>
          </w:tcPr>
          <w:p>
            <w:pPr>
              <w:spacing w:after="0"/>
              <w:jc w:val="right"/>
            </w:pPr>
            <w:r>
              <w:rPr>
                <w:sz w:val="16"/>
              </w:rPr>
              <w:t>0.0151%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$2,903,454,700</w:t>
            </w:r>
          </w:p>
        </w:tc>
        <w:tc>
          <w:tcPr>
            <w:tcW w:type="dxa" w:w="1134"/>
          </w:tcPr>
          <w:p>
            <w:pPr>
              <w:spacing w:after="0"/>
              <w:jc w:val="right"/>
            </w:pPr>
            <w:r>
              <w:rPr>
                <w:sz w:val="16"/>
              </w:rPr>
              <w:t>$52,930,352</w:t>
            </w:r>
          </w:p>
        </w:tc>
        <w:tc>
          <w:tcPr>
            <w:tcW w:type="dxa" w:w="1043"/>
          </w:tcPr>
          <w:p>
            <w:pPr>
              <w:spacing w:after="0"/>
              <w:jc w:val="right"/>
            </w:pPr>
            <w:r>
              <w:rPr>
                <w:sz w:val="16"/>
              </w:rPr>
              <w:t>14,854</w:t>
            </w:r>
          </w:p>
        </w:tc>
        <w:tc>
          <w:tcPr>
            <w:tcW w:type="dxa" w:w="1037"/>
          </w:tcPr>
          <w:p>
            <w:pPr>
              <w:spacing w:after="0"/>
              <w:jc w:val="right"/>
            </w:pPr>
            <w:r>
              <w:rPr>
                <w:sz w:val="16"/>
              </w:rPr>
              <w:t>$11</w:t>
            </w:r>
          </w:p>
        </w:tc>
        <w:tc>
          <w:tcPr>
            <w:tcW w:type="dxa" w:w="1126"/>
          </w:tcPr>
          <w:p>
            <w:pPr>
              <w:spacing w:after="0"/>
              <w:jc w:val="right"/>
            </w:pPr>
            <w:r>
              <w:rPr>
                <w:sz w:val="16"/>
              </w:rPr>
              <w:t>$68</w:t>
            </w:r>
          </w:p>
        </w:tc>
        <w:tc>
          <w:tcPr>
            <w:tcW w:type="dxa" w:w="970"/>
          </w:tcPr>
          <w:p>
            <w:pPr>
              <w:spacing w:after="0"/>
              <w:jc w:val="right"/>
            </w:pPr>
            <w:r>
              <w:rPr>
                <w:sz w:val="16"/>
              </w:rPr>
              <w:t>$117,276</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$2,903,454,700</w:t>
            </w:r>
          </w:p>
        </w:tc>
        <w:tc>
          <w:tcPr>
            <w:tcW w:type="dxa" w:w="1134"/>
          </w:tcPr>
          <w:p>
            <w:pPr>
              <w:spacing w:after="0"/>
              <w:jc w:val="right"/>
            </w:pPr>
            <w:r>
              <w:rPr>
                <w:sz w:val="16"/>
              </w:rPr>
              <w:t>$52,919,488</w:t>
            </w:r>
          </w:p>
        </w:tc>
        <w:tc>
          <w:tcPr>
            <w:tcW w:type="dxa" w:w="1043"/>
          </w:tcPr>
          <w:p>
            <w:pPr>
              <w:spacing w:after="0"/>
              <w:jc w:val="right"/>
            </w:pPr>
            <w:r>
              <w:rPr>
                <w:sz w:val="16"/>
              </w:rPr>
              <w:t>14,854</w:t>
            </w:r>
          </w:p>
        </w:tc>
        <w:tc>
          <w:tcPr>
            <w:tcW w:type="dxa" w:w="1037"/>
          </w:tcPr>
          <w:p>
            <w:pPr>
              <w:spacing w:after="0"/>
              <w:jc w:val="right"/>
            </w:pPr>
            <w:r>
              <w:rPr>
                <w:sz w:val="16"/>
              </w:rPr>
              <w:t>$6,190</w:t>
            </w:r>
          </w:p>
        </w:tc>
        <w:tc>
          <w:tcPr>
            <w:tcW w:type="dxa" w:w="1126"/>
          </w:tcPr>
          <w:p>
            <w:pPr>
              <w:spacing w:after="0"/>
              <w:jc w:val="right"/>
            </w:pPr>
            <w:r>
              <w:rPr>
                <w:sz w:val="16"/>
              </w:rPr>
              <w:t>$5,071</w:t>
            </w:r>
          </w:p>
        </w:tc>
        <w:tc>
          <w:tcPr>
            <w:tcW w:type="dxa" w:w="970"/>
          </w:tcPr>
          <w:p>
            <w:pPr>
              <w:spacing w:after="0"/>
              <w:jc w:val="right"/>
            </w:pPr>
            <w:r>
              <w:rPr>
                <w:sz w:val="16"/>
              </w:rPr>
              <w:t>$64</w:t>
            </w:r>
          </w:p>
        </w:tc>
        <w:tc>
          <w:tcPr>
            <w:tcW w:type="dxa" w:w="1305"/>
          </w:tcPr>
          <w:p>
            <w:pPr>
              <w:spacing w:after="0"/>
              <w:jc w:val="right"/>
            </w:pPr>
            <w:r>
              <w:rPr>
                <w:sz w:val="16"/>
              </w:rPr>
              <w:t>0.000213%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$2,903,454,700</w:t>
            </w:r>
          </w:p>
        </w:tc>
        <w:tc>
          <w:tcPr>
            <w:tcW w:type="dxa" w:w="1134"/>
          </w:tcPr>
          <w:p>
            <w:pPr>
              <w:spacing w:after="0"/>
              <w:jc w:val="right"/>
            </w:pPr>
            <w:r>
              <w:rPr>
                <w:sz w:val="16"/>
              </w:rPr>
              <w:t>n/a</w:t>
            </w:r>
          </w:p>
        </w:tc>
        <w:tc>
          <w:tcPr>
            <w:tcW w:type="dxa" w:w="1043"/>
          </w:tcPr>
          <w:p>
            <w:pPr>
              <w:spacing w:after="0"/>
              <w:jc w:val="right"/>
            </w:pPr>
            <w:r>
              <w:rPr>
                <w:sz w:val="16"/>
              </w:rPr>
              <w:t>14,854</w:t>
            </w:r>
          </w:p>
        </w:tc>
        <w:tc>
          <w:tcPr>
            <w:tcW w:type="dxa" w:w="1037"/>
          </w:tcPr>
          <w:p>
            <w:pPr>
              <w:spacing w:after="0"/>
              <w:jc w:val="right"/>
            </w:pPr>
            <w:r>
              <w:rPr>
                <w:sz w:val="16"/>
              </w:rPr>
              <w:t>$30,927</w:t>
            </w:r>
          </w:p>
        </w:tc>
        <w:tc>
          <w:tcPr>
            <w:tcW w:type="dxa" w:w="1126"/>
          </w:tcPr>
          <w:p>
            <w:pPr>
              <w:spacing w:after="0"/>
              <w:jc w:val="right"/>
            </w:pPr>
            <w:r>
              <w:rPr>
                <w:sz w:val="16"/>
              </w:rPr>
              <w:t>n/a</w:t>
            </w:r>
          </w:p>
        </w:tc>
        <w:tc>
          <w:tcPr>
            <w:tcW w:type="dxa" w:w="970"/>
          </w:tcPr>
          <w:p>
            <w:pPr>
              <w:spacing w:after="0"/>
              <w:jc w:val="right"/>
            </w:pPr>
            <w:r>
              <w:rPr>
                <w:sz w:val="16"/>
              </w:rPr>
              <w:t>$36,790</w:t>
            </w:r>
          </w:p>
        </w:tc>
        <w:tc>
          <w:tcPr>
            <w:tcW w:type="dxa" w:w="1305"/>
          </w:tcPr>
          <w:p>
            <w:pPr>
              <w:spacing w:after="0"/>
              <w:jc w:val="right"/>
            </w:pPr>
            <w:r>
              <w:rPr>
                <w:sz w:val="16"/>
              </w:rPr>
              <w:t>0.00107%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$2,900,162,528</w:t>
            </w:r>
          </w:p>
        </w:tc>
        <w:tc>
          <w:tcPr>
            <w:tcW w:type="dxa" w:w="1134"/>
          </w:tcPr>
          <w:p>
            <w:pPr>
              <w:spacing w:after="0"/>
              <w:jc w:val="right"/>
            </w:pPr>
            <w:r>
              <w:rPr>
                <w:sz w:val="16"/>
              </w:rPr>
              <w:t>$6,356,965</w:t>
            </w:r>
          </w:p>
        </w:tc>
        <w:tc>
          <w:tcPr>
            <w:tcW w:type="dxa" w:w="1043"/>
          </w:tcPr>
          <w:p>
            <w:pPr>
              <w:spacing w:after="0"/>
              <w:jc w:val="right"/>
            </w:pPr>
            <w:r>
              <w:rPr>
                <w:sz w:val="16"/>
              </w:rPr>
              <w:t>234</w:t>
            </w:r>
          </w:p>
        </w:tc>
        <w:tc>
          <w:tcPr>
            <w:tcW w:type="dxa" w:w="1037"/>
          </w:tcPr>
          <w:p>
            <w:pPr>
              <w:spacing w:after="0"/>
              <w:jc w:val="right"/>
            </w:pPr>
            <w:r>
              <w:rPr>
                <w:sz w:val="16"/>
              </w:rPr>
              <w:t>$3,194,018</w:t>
            </w:r>
          </w:p>
        </w:tc>
        <w:tc>
          <w:tcPr>
            <w:tcW w:type="dxa" w:w="1126"/>
          </w:tcPr>
          <w:p>
            <w:pPr>
              <w:spacing w:after="0"/>
              <w:jc w:val="right"/>
            </w:pPr>
            <w:r>
              <w:rPr>
                <w:sz w:val="16"/>
              </w:rPr>
              <w:t>$26,834</w:t>
            </w:r>
          </w:p>
        </w:tc>
        <w:tc>
          <w:tcPr>
            <w:tcW w:type="dxa" w:w="970"/>
          </w:tcPr>
          <w:p>
            <w:pPr>
              <w:spacing w:after="0"/>
              <w:jc w:val="right"/>
            </w:pPr>
            <w:r>
              <w:rPr>
                <w:sz w:val="16"/>
              </w:rPr>
              <w:t>$7,587</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$687,953.59</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$51,193,278</w:t>
            </w:r>
          </w:p>
        </w:tc>
        <w:tc>
          <w:tcPr>
            <w:tcW w:type="dxa" w:w="1134"/>
          </w:tcPr>
          <w:p>
            <w:pPr>
              <w:spacing w:after="0"/>
              <w:jc w:val="right"/>
            </w:pPr>
            <w:r>
              <w:rPr>
                <w:sz w:val="16"/>
              </w:rPr>
              <w:t>n/a</w:t>
            </w:r>
          </w:p>
        </w:tc>
        <w:tc>
          <w:tcPr>
            <w:tcW w:type="dxa" w:w="1043"/>
          </w:tcPr>
          <w:p>
            <w:pPr>
              <w:spacing w:after="0"/>
              <w:jc w:val="right"/>
            </w:pPr>
            <w:r>
              <w:rPr>
                <w:sz w:val="16"/>
              </w:rPr>
              <w:t>290</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970"/>
          </w:tcPr>
          <w:p>
            <w:pPr>
              <w:spacing w:after="0"/>
              <w:jc w:val="right"/>
            </w:pPr>
            <w:r>
              <w:rPr>
                <w:sz w:val="16"/>
              </w:rPr>
              <w:t>$74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$697,174.62</w:t>
            </w: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$2,903,454,700</w:t>
            </w:r>
          </w:p>
        </w:tc>
        <w:tc>
          <w:tcPr>
            <w:tcW w:type="dxa" w:w="1134"/>
          </w:tcPr>
          <w:p>
            <w:pPr>
              <w:spacing w:after="0"/>
              <w:jc w:val="right"/>
            </w:pPr>
            <w:r>
              <w:rPr>
                <w:sz w:val="16"/>
              </w:rPr>
              <w:t>n/a</w:t>
            </w:r>
          </w:p>
        </w:tc>
        <w:tc>
          <w:tcPr>
            <w:tcW w:type="dxa" w:w="1043"/>
          </w:tcPr>
          <w:p>
            <w:pPr>
              <w:spacing w:after="0"/>
              <w:jc w:val="right"/>
            </w:pPr>
            <w:r>
              <w:rPr>
                <w:sz w:val="16"/>
              </w:rPr>
              <w:t>14,854</w:t>
            </w:r>
          </w:p>
        </w:tc>
        <w:tc>
          <w:tcPr>
            <w:tcW w:type="dxa" w:w="1037"/>
          </w:tcPr>
          <w:p>
            <w:pPr>
              <w:spacing w:after="0"/>
              <w:jc w:val="right"/>
            </w:pPr>
            <w:r>
              <w:rPr>
                <w:sz w:val="16"/>
              </w:rPr>
              <w:t>$4,208</w:t>
            </w:r>
          </w:p>
        </w:tc>
        <w:tc>
          <w:tcPr>
            <w:tcW w:type="dxa" w:w="1126"/>
          </w:tcPr>
          <w:p>
            <w:pPr>
              <w:spacing w:after="0"/>
              <w:jc w:val="right"/>
            </w:pPr>
            <w:r>
              <w:rPr>
                <w:sz w:val="16"/>
              </w:rPr>
              <w:t>n/a</w:t>
            </w:r>
          </w:p>
        </w:tc>
        <w:tc>
          <w:tcPr>
            <w:tcW w:type="dxa" w:w="970"/>
          </w:tcPr>
          <w:p>
            <w:pPr>
              <w:spacing w:after="0"/>
              <w:jc w:val="right"/>
            </w:pPr>
            <w:r>
              <w:rPr>
                <w:sz w:val="16"/>
              </w:rPr>
              <w:t>$147,708</w:t>
            </w:r>
          </w:p>
        </w:tc>
        <w:tc>
          <w:tcPr>
            <w:tcW w:type="dxa" w:w="1305"/>
          </w:tcPr>
          <w:p>
            <w:pPr>
              <w:spacing w:after="0"/>
              <w:jc w:val="right"/>
            </w:pPr>
            <w:r>
              <w:rPr>
                <w:sz w:val="16"/>
              </w:rPr>
              <w:t>0.000145%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$2,903,454,700</w:t>
            </w:r>
          </w:p>
        </w:tc>
        <w:tc>
          <w:tcPr>
            <w:tcW w:type="dxa" w:w="1134"/>
          </w:tcPr>
          <w:p>
            <w:pPr>
              <w:spacing w:after="0"/>
              <w:jc w:val="right"/>
            </w:pPr>
            <w:r>
              <w:rPr>
                <w:sz w:val="16"/>
              </w:rPr>
              <w:t>$52,930,352</w:t>
            </w:r>
          </w:p>
        </w:tc>
        <w:tc>
          <w:tcPr>
            <w:tcW w:type="dxa" w:w="1043"/>
          </w:tcPr>
          <w:p>
            <w:pPr>
              <w:spacing w:after="0"/>
              <w:jc w:val="right"/>
            </w:pPr>
            <w:r>
              <w:rPr>
                <w:sz w:val="16"/>
              </w:rPr>
              <w:t>14,854</w:t>
            </w:r>
          </w:p>
        </w:tc>
        <w:tc>
          <w:tcPr>
            <w:tcW w:type="dxa" w:w="1037"/>
          </w:tcPr>
          <w:p>
            <w:pPr>
              <w:spacing w:after="0"/>
              <w:jc w:val="right"/>
            </w:pPr>
            <w:r>
              <w:rPr>
                <w:sz w:val="16"/>
              </w:rPr>
              <w:t>$176,623</w:t>
            </w:r>
          </w:p>
        </w:tc>
        <w:tc>
          <w:tcPr>
            <w:tcW w:type="dxa" w:w="1126"/>
          </w:tcPr>
          <w:p>
            <w:pPr>
              <w:spacing w:after="0"/>
              <w:jc w:val="right"/>
            </w:pPr>
            <w:r>
              <w:rPr>
                <w:sz w:val="16"/>
              </w:rPr>
              <w:t>$16,438</w:t>
            </w:r>
          </w:p>
        </w:tc>
        <w:tc>
          <w:tcPr>
            <w:tcW w:type="dxa" w:w="970"/>
          </w:tcPr>
          <w:p>
            <w:pPr>
              <w:spacing w:after="0"/>
              <w:jc w:val="right"/>
            </w:pPr>
            <w:r>
              <w:rPr>
                <w:sz w:val="16"/>
              </w:rPr>
              <w:t>$373,753</w:t>
            </w:r>
          </w:p>
        </w:tc>
        <w:tc>
          <w:tcPr>
            <w:tcW w:type="dxa" w:w="1305"/>
          </w:tcPr>
          <w:p>
            <w:pPr>
              <w:spacing w:after="0"/>
              <w:jc w:val="right"/>
            </w:pPr>
            <w:r>
              <w:rPr>
                <w:sz w:val="16"/>
              </w:rPr>
              <w:t>0.00608%</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$697,174.62</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$2,903,454,700</w:t>
            </w:r>
          </w:p>
        </w:tc>
        <w:tc>
          <w:tcPr>
            <w:tcW w:type="dxa" w:w="1134"/>
          </w:tcPr>
          <w:p>
            <w:pPr>
              <w:spacing w:after="0"/>
              <w:jc w:val="right"/>
            </w:pPr>
            <w:r>
              <w:rPr>
                <w:sz w:val="16"/>
              </w:rPr>
              <w:t>$52,930,352</w:t>
            </w:r>
          </w:p>
        </w:tc>
        <w:tc>
          <w:tcPr>
            <w:tcW w:type="dxa" w:w="1043"/>
          </w:tcPr>
          <w:p>
            <w:pPr>
              <w:spacing w:after="0"/>
              <w:jc w:val="right"/>
            </w:pPr>
            <w:r>
              <w:rPr>
                <w:sz w:val="16"/>
              </w:rPr>
              <w:t>14,854</w:t>
            </w:r>
          </w:p>
        </w:tc>
        <w:tc>
          <w:tcPr>
            <w:tcW w:type="dxa" w:w="1037"/>
          </w:tcPr>
          <w:p>
            <w:pPr>
              <w:spacing w:after="0"/>
              <w:jc w:val="right"/>
            </w:pPr>
            <w:r>
              <w:rPr>
                <w:sz w:val="16"/>
              </w:rPr>
              <w:t>$471,170</w:t>
            </w:r>
          </w:p>
        </w:tc>
        <w:tc>
          <w:tcPr>
            <w:tcW w:type="dxa" w:w="1126"/>
          </w:tcPr>
          <w:p>
            <w:pPr>
              <w:spacing w:after="0"/>
              <w:jc w:val="right"/>
            </w:pPr>
            <w:r>
              <w:rPr>
                <w:sz w:val="16"/>
              </w:rPr>
              <w:t>$2,610</w:t>
            </w:r>
          </w:p>
        </w:tc>
        <w:tc>
          <w:tcPr>
            <w:tcW w:type="dxa" w:w="970"/>
          </w:tcPr>
          <w:p>
            <w:pPr>
              <w:spacing w:after="0"/>
              <w:jc w:val="right"/>
            </w:pPr>
            <w:r>
              <w:rPr>
                <w:sz w:val="16"/>
              </w:rPr>
              <w:t>$394,079</w:t>
            </w:r>
          </w:p>
        </w:tc>
        <w:tc>
          <w:tcPr>
            <w:tcW w:type="dxa" w:w="1305"/>
          </w:tcPr>
          <w:p>
            <w:pPr>
              <w:spacing w:after="0"/>
              <w:jc w:val="right"/>
            </w:pPr>
            <w:r>
              <w:rPr>
                <w:sz w:val="16"/>
              </w:rPr>
              <w:t>0.0162%</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$697,174.62</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$1,129,062,843</w:t>
            </w:r>
          </w:p>
        </w:tc>
        <w:tc>
          <w:tcPr>
            <w:tcW w:type="dxa" w:w="1134"/>
          </w:tcPr>
          <w:p>
            <w:pPr>
              <w:spacing w:after="0"/>
              <w:jc w:val="right"/>
            </w:pPr>
            <w:r>
              <w:rPr>
                <w:sz w:val="16"/>
              </w:rPr>
              <w:t>$14,996,664</w:t>
            </w:r>
          </w:p>
        </w:tc>
        <w:tc>
          <w:tcPr>
            <w:tcW w:type="dxa" w:w="1043"/>
          </w:tcPr>
          <w:p>
            <w:pPr>
              <w:spacing w:after="0"/>
              <w:jc w:val="right"/>
            </w:pPr>
            <w:r>
              <w:rPr>
                <w:sz w:val="16"/>
              </w:rPr>
              <w:t>6,077</w:t>
            </w:r>
          </w:p>
        </w:tc>
        <w:tc>
          <w:tcPr>
            <w:tcW w:type="dxa" w:w="1037"/>
          </w:tcPr>
          <w:p>
            <w:pPr>
              <w:spacing w:after="0"/>
              <w:jc w:val="right"/>
            </w:pPr>
            <w:r>
              <w:rPr>
                <w:sz w:val="16"/>
              </w:rPr>
              <w:t>$2,184</w:t>
            </w:r>
          </w:p>
        </w:tc>
        <w:tc>
          <w:tcPr>
            <w:tcW w:type="dxa" w:w="1126"/>
          </w:tcPr>
          <w:p>
            <w:pPr>
              <w:spacing w:after="0"/>
              <w:jc w:val="right"/>
            </w:pPr>
            <w:r>
              <w:rPr>
                <w:sz w:val="16"/>
              </w:rPr>
              <w:t>$4</w:t>
            </w:r>
          </w:p>
        </w:tc>
        <w:tc>
          <w:tcPr>
            <w:tcW w:type="dxa" w:w="970"/>
          </w:tcPr>
          <w:p>
            <w:pPr>
              <w:spacing w:after="0"/>
              <w:jc w:val="right"/>
            </w:pPr>
            <w:r>
              <w:rPr>
                <w:sz w:val="16"/>
              </w:rPr>
              <w:t>$438</w:t>
            </w:r>
          </w:p>
        </w:tc>
        <w:tc>
          <w:tcPr>
            <w:tcW w:type="dxa" w:w="1305"/>
          </w:tcPr>
          <w:p>
            <w:pPr>
              <w:spacing w:after="0"/>
              <w:jc w:val="right"/>
            </w:pPr>
            <w:r>
              <w:rPr>
                <w:sz w:val="16"/>
              </w:rPr>
              <w:t>0.000193%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$2,903,454,700</w:t>
            </w:r>
          </w:p>
        </w:tc>
        <w:tc>
          <w:tcPr>
            <w:tcW w:type="dxa" w:w="1134"/>
          </w:tcPr>
          <w:p>
            <w:pPr>
              <w:spacing w:after="0"/>
              <w:jc w:val="right"/>
            </w:pPr>
            <w:r>
              <w:rPr>
                <w:sz w:val="16"/>
              </w:rPr>
              <w:t>$52,930,352</w:t>
            </w:r>
          </w:p>
        </w:tc>
        <w:tc>
          <w:tcPr>
            <w:tcW w:type="dxa" w:w="1043"/>
          </w:tcPr>
          <w:p>
            <w:pPr>
              <w:spacing w:after="0"/>
              <w:jc w:val="right"/>
            </w:pPr>
            <w:r>
              <w:rPr>
                <w:sz w:val="16"/>
              </w:rPr>
              <w:t>14,854</w:t>
            </w:r>
          </w:p>
        </w:tc>
        <w:tc>
          <w:tcPr>
            <w:tcW w:type="dxa" w:w="1037"/>
          </w:tcPr>
          <w:p>
            <w:pPr>
              <w:spacing w:after="0"/>
              <w:jc w:val="right"/>
            </w:pPr>
            <w:r>
              <w:rPr>
                <w:sz w:val="16"/>
              </w:rPr>
              <w:t>$26,020</w:t>
            </w:r>
          </w:p>
        </w:tc>
        <w:tc>
          <w:tcPr>
            <w:tcW w:type="dxa" w:w="1126"/>
          </w:tcPr>
          <w:p>
            <w:pPr>
              <w:spacing w:after="0"/>
              <w:jc w:val="right"/>
            </w:pPr>
            <w:r>
              <w:rPr>
                <w:sz w:val="16"/>
              </w:rPr>
              <w:t>$1</w:t>
            </w:r>
          </w:p>
        </w:tc>
        <w:tc>
          <w:tcPr>
            <w:tcW w:type="dxa" w:w="970"/>
          </w:tcPr>
          <w:p>
            <w:pPr>
              <w:spacing w:after="0"/>
              <w:jc w:val="right"/>
            </w:pPr>
            <w:r>
              <w:rPr>
                <w:sz w:val="16"/>
              </w:rPr>
              <w:t>$29,128</w:t>
            </w:r>
          </w:p>
        </w:tc>
        <w:tc>
          <w:tcPr>
            <w:tcW w:type="dxa" w:w="1305"/>
          </w:tcPr>
          <w:p>
            <w:pPr>
              <w:spacing w:after="0"/>
              <w:jc w:val="right"/>
            </w:pPr>
            <w:r>
              <w:rPr>
                <w:sz w:val="16"/>
              </w:rPr>
              <w:t>0.000896%</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2023-04-18 (Storm Events through 2026-06-30): 21 county-coded records, 7 with a damage value recorded (including $0), $0; 4 zone-level records, 0 with a damage value recorded (including $0), $0 reported for the zone; Public Assistance: $697,174.62 on 6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14,854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$2,903,454,700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$52,930,352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$4,735,455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$1,689,093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95"/>
        <w:gridCol w:w="1619"/>
        <w:gridCol w:w="1619"/>
        <w:gridCol w:w="1619"/>
        <w:gridCol w:w="1619"/>
        <w:gridCol w:w="1619"/>
        <w:gridCol w:w="1619"/>
        <w:gridCol w:w="1802"/>
      </w:tblGrid>
      <w:tr>
        <w:trPr>
          <w:cantSplit/>
          <w:tblHeader/>
        </w:trPr>
        <w:tc>
          <w:tcPr>
            <w:tcW w:type="dxa" w:w="2595"/>
            <w:shd w:val="clear" w:color="auto" w:fill="E8E8E8"/>
          </w:tcPr>
          <w:p>
            <w:pPr>
              <w:spacing w:after="0"/>
              <w:jc w:val="left"/>
            </w:pPr>
            <w:r>
              <w:rPr>
                <w:b/>
                <w:sz w:val="16"/>
              </w:rPr>
              <w:t>Scope</w:t>
            </w:r>
          </w:p>
        </w:tc>
        <w:tc>
          <w:tcPr>
            <w:tcW w:type="dxa" w:w="1619"/>
            <w:shd w:val="clear" w:color="auto" w:fill="E8E8E8"/>
          </w:tcPr>
          <w:p>
            <w:pPr>
              <w:spacing w:after="0"/>
              <w:jc w:val="right"/>
            </w:pPr>
            <w:r>
              <w:rPr>
                <w:b/>
                <w:sz w:val="16"/>
              </w:rPr>
              <w:t>RL, FMA</w:t>
            </w:r>
          </w:p>
          <w:p>
            <w:pPr>
              <w:spacing w:after="0"/>
              <w:jc w:val="right"/>
            </w:pPr>
            <w:r>
              <w:rPr>
                <w:i/>
                <w:color w:val="555555"/>
                <w:sz w:val="14"/>
              </w:rPr>
              <w:t>properties</w:t>
            </w:r>
          </w:p>
        </w:tc>
        <w:tc>
          <w:tcPr>
            <w:tcW w:type="dxa" w:w="1619"/>
            <w:shd w:val="clear" w:color="auto" w:fill="E8E8E8"/>
          </w:tcPr>
          <w:p>
            <w:pPr>
              <w:spacing w:after="0"/>
              <w:jc w:val="right"/>
            </w:pPr>
            <w:r>
              <w:rPr>
                <w:b/>
                <w:sz w:val="16"/>
              </w:rPr>
              <w:t>SRL, FMA</w:t>
            </w:r>
          </w:p>
          <w:p>
            <w:pPr>
              <w:spacing w:after="0"/>
              <w:jc w:val="right"/>
            </w:pPr>
            <w:r>
              <w:rPr>
                <w:i/>
                <w:color w:val="555555"/>
                <w:sz w:val="14"/>
              </w:rPr>
              <w:t>properties</w:t>
            </w:r>
          </w:p>
        </w:tc>
        <w:tc>
          <w:tcPr>
            <w:tcW w:type="dxa" w:w="1619"/>
            <w:shd w:val="clear" w:color="auto" w:fill="E8E8E8"/>
          </w:tcPr>
          <w:p>
            <w:pPr>
              <w:spacing w:after="0"/>
              <w:jc w:val="right"/>
            </w:pPr>
            <w:r>
              <w:rPr>
                <w:b/>
                <w:sz w:val="16"/>
              </w:rPr>
              <w:t>RL, NFIP</w:t>
            </w:r>
          </w:p>
          <w:p>
            <w:pPr>
              <w:spacing w:after="0"/>
              <w:jc w:val="right"/>
            </w:pPr>
            <w:r>
              <w:rPr>
                <w:i/>
                <w:color w:val="555555"/>
                <w:sz w:val="14"/>
              </w:rPr>
              <w:t>properties</w:t>
            </w:r>
          </w:p>
        </w:tc>
        <w:tc>
          <w:tcPr>
            <w:tcW w:type="dxa" w:w="1619"/>
            <w:shd w:val="clear" w:color="auto" w:fill="E8E8E8"/>
          </w:tcPr>
          <w:p>
            <w:pPr>
              <w:spacing w:after="0"/>
              <w:jc w:val="right"/>
            </w:pPr>
            <w:r>
              <w:rPr>
                <w:b/>
                <w:sz w:val="16"/>
              </w:rPr>
              <w:t>SRL, NFIP</w:t>
            </w:r>
          </w:p>
          <w:p>
            <w:pPr>
              <w:spacing w:after="0"/>
              <w:jc w:val="right"/>
            </w:pPr>
            <w:r>
              <w:rPr>
                <w:i/>
                <w:color w:val="555555"/>
                <w:sz w:val="14"/>
              </w:rPr>
              <w:t>properties</w:t>
            </w:r>
          </w:p>
        </w:tc>
        <w:tc>
          <w:tcPr>
            <w:tcW w:type="dxa" w:w="161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9"/>
            <w:shd w:val="clear" w:color="auto" w:fill="E8E8E8"/>
          </w:tcPr>
          <w:p>
            <w:pPr>
              <w:spacing w:after="0"/>
              <w:jc w:val="right"/>
            </w:pPr>
            <w:r>
              <w:rPr>
                <w:b/>
                <w:sz w:val="16"/>
              </w:rPr>
              <w:t>Mitigated</w:t>
            </w:r>
          </w:p>
          <w:p>
            <w:pPr>
              <w:spacing w:after="0"/>
              <w:jc w:val="right"/>
            </w:pPr>
            <w:r>
              <w:rPr>
                <w:i/>
                <w:color w:val="555555"/>
                <w:sz w:val="14"/>
              </w:rPr>
              <w:t>properties</w:t>
            </w:r>
          </w:p>
        </w:tc>
        <w:tc>
          <w:tcPr>
            <w:tcW w:type="dxa" w:w="180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95"/>
          </w:tcPr>
          <w:p>
            <w:pPr>
              <w:spacing w:after="0"/>
              <w:jc w:val="left"/>
            </w:pPr>
            <w:r>
              <w:rPr>
                <w:sz w:val="16"/>
              </w:rPr>
              <w:t>County total</w:t>
            </w:r>
          </w:p>
        </w:tc>
        <w:tc>
          <w:tcPr>
            <w:tcW w:type="dxa" w:w="1619"/>
          </w:tcPr>
          <w:p>
            <w:pPr>
              <w:spacing w:after="0"/>
              <w:jc w:val="right"/>
            </w:pPr>
            <w:r>
              <w:rPr>
                <w:sz w:val="16"/>
              </w:rPr>
              <w:t>0</w:t>
            </w:r>
          </w:p>
        </w:tc>
        <w:tc>
          <w:tcPr>
            <w:tcW w:type="dxa" w:w="1619"/>
          </w:tcPr>
          <w:p>
            <w:pPr>
              <w:spacing w:after="0"/>
              <w:jc w:val="right"/>
            </w:pPr>
            <w:r>
              <w:rPr>
                <w:sz w:val="16"/>
              </w:rPr>
              <w:t>0</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802"/>
          </w:tcPr>
          <w:p>
            <w:pPr>
              <w:spacing w:after="0"/>
              <w:jc w:val="right"/>
            </w:pPr>
            <w:r>
              <w:rPr>
                <w:sz w:val="16"/>
              </w:rPr>
              <w:t>0</w:t>
            </w:r>
          </w:p>
        </w:tc>
      </w:tr>
      <w:tr>
        <w:trPr>
          <w:cantSplit/>
        </w:trPr>
        <w:tc>
          <w:tcPr>
            <w:tcW w:type="dxa" w:w="2595"/>
          </w:tcPr>
          <w:p>
            <w:pPr>
              <w:spacing w:after="0"/>
              <w:jc w:val="left"/>
            </w:pPr>
            <w:r>
              <w:rPr>
                <w:sz w:val="16"/>
              </w:rPr>
              <w:t>of which: Larue County (unincorporated area)</w:t>
            </w:r>
          </w:p>
        </w:tc>
        <w:tc>
          <w:tcPr>
            <w:tcW w:type="dxa" w:w="1619"/>
          </w:tcPr>
          <w:p>
            <w:pPr>
              <w:spacing w:after="0"/>
              <w:jc w:val="right"/>
            </w:pPr>
            <w:r>
              <w:rPr>
                <w:sz w:val="16"/>
              </w:rPr>
              <w:t>0</w:t>
            </w:r>
          </w:p>
        </w:tc>
        <w:tc>
          <w:tcPr>
            <w:tcW w:type="dxa" w:w="1619"/>
          </w:tcPr>
          <w:p>
            <w:pPr>
              <w:spacing w:after="0"/>
              <w:jc w:val="right"/>
            </w:pPr>
            <w:r>
              <w:rPr>
                <w:sz w:val="16"/>
              </w:rPr>
              <w:t>0</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619"/>
          </w:tcPr>
          <w:p>
            <w:pPr>
              <w:spacing w:after="0"/>
              <w:jc w:val="right"/>
            </w:pPr>
            <w:r>
              <w:rPr>
                <w:sz w:val="16"/>
              </w:rPr>
              <w:t>1</w:t>
            </w:r>
          </w:p>
        </w:tc>
        <w:tc>
          <w:tcPr>
            <w:tcW w:type="dxa" w:w="1619"/>
          </w:tcPr>
          <w:p>
            <w:pPr>
              <w:spacing w:after="0"/>
              <w:jc w:val="right"/>
            </w:pPr>
            <w:r>
              <w:rPr>
                <w:sz w:val="16"/>
              </w:rPr>
              <w:t>0</w:t>
            </w:r>
          </w:p>
        </w:tc>
        <w:tc>
          <w:tcPr>
            <w:tcW w:type="dxa" w:w="180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Larue County (unincorporated area)</w:t>
            </w:r>
          </w:p>
        </w:tc>
        <w:tc>
          <w:tcPr>
            <w:tcW w:type="dxa" w:w="1589"/>
          </w:tcPr>
          <w:p>
            <w:pPr>
              <w:spacing w:after="0"/>
              <w:jc w:val="left"/>
            </w:pPr>
            <w:r>
              <w:rPr>
                <w:sz w:val="16"/>
              </w:rPr>
              <w:t>210288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Hodgenville city</w:t>
            </w:r>
          </w:p>
        </w:tc>
        <w:tc>
          <w:tcPr>
            <w:tcW w:type="dxa" w:w="1589"/>
          </w:tcPr>
          <w:p>
            <w:pPr>
              <w:spacing w:after="0"/>
              <w:jc w:val="left"/>
            </w:pPr>
            <w:r>
              <w:rPr>
                <w:sz w:val="16"/>
              </w:rPr>
              <w:t>210133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Larue County, KY: risk-assessment baseline packet, release 2026-10 (data as of 2026-09-30; County FIPS 21123). Automated baseline. </w:t>
      </w:r>
      <w:hyperlink r:id="rId15">
        <w:r>
          <w:rPr>
            <w:color w:val="1F4E99"/>
            <w:sz w:val="17"/>
            <w:u w:val="single"/>
          </w:rPr>
          <w:t>https://hazardplain.org/ky/21123/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Larue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Larue County, KY: Risk-assessment baseline packet</dc:title>
  <dc:subject>Hazard Plain release 2026-10, as of 2026-09-30. Automated baseline</dc:subject>
  <dc:creator>Hazard Plain</dc:creator>
  <cp:keywords>Hazard Plain; hazard mitigation; risk assessment; 21123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