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Harlan County, KY</w:t>
      </w:r>
    </w:p>
    <w:p>
      <w:pPr>
        <w:spacing w:after="120" w:before="0"/>
      </w:pPr>
      <w:r>
        <w:rPr>
          <w:color w:val="555555"/>
          <w:sz w:val="24"/>
        </w:rPr>
        <w:t>Risk-assessment baseline packet</w:t>
      </w:r>
    </w:p>
    <w:p>
      <w:pPr>
        <w:spacing w:after="120" w:before="0"/>
      </w:pPr>
      <w:r>
        <w:rPr>
          <w:b/>
          <w:sz w:val="18"/>
        </w:rPr>
        <w:t xml:space="preserve">Unit: </w:t>
      </w:r>
      <w:r>
        <w:rPr>
          <w:sz w:val="18"/>
        </w:rPr>
        <w:t>County area 21095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2027-08-16</w:t>
      </w:r>
    </w:p>
    <w:p>
      <w:pPr>
        <w:keepNext/>
        <w:spacing w:after="40" w:before="0"/>
      </w:pPr>
      <w:r>
        <w:rPr>
          <w:b/>
        </w:rPr>
        <w:t xml:space="preserve">Plan: </w:t>
      </w:r>
      <w:r>
        <w:rPr/>
        <w:t>Cumberland Valley ADD Regional (FEMA plan 107913)</w:t>
      </w:r>
    </w:p>
    <w:p>
      <w:pPr>
        <w:keepNext/>
        <w:spacing w:after="40" w:before="0"/>
      </w:pPr>
      <w:r>
        <w:rPr>
          <w:b/>
        </w:rPr>
        <w:t xml:space="preserve">Approved: </w:t>
      </w:r>
      <w:r>
        <w:rPr/>
        <w:t>2022-08-17</w:t>
      </w:r>
    </w:p>
    <w:p>
      <w:pPr>
        <w:keepNext/>
        <w:spacing w:after="40" w:before="0"/>
      </w:pPr>
      <w:r>
        <w:rPr>
          <w:b/>
        </w:rPr>
        <w:t xml:space="preserve">Expires: </w:t>
      </w:r>
      <w:r>
        <w:rPr/>
        <w:t>2027-08-16</w:t>
      </w:r>
    </w:p>
    <w:p>
      <w:pPr>
        <w:keepNext/>
        <w:spacing w:after="40" w:before="0"/>
      </w:pPr>
      <w:r>
        <w:rPr>
          <w:b/>
        </w:rPr>
        <w:t xml:space="preserve">As of: </w:t>
      </w:r>
      <w:r>
        <w:rPr/>
        <w:t>2026-09-28</w:t>
      </w:r>
    </w:p>
    <w:p>
      <w:pPr>
        <w:keepNext/>
        <w:spacing w:after="40" w:before="0"/>
      </w:pPr>
      <w:r>
        <w:rPr>
          <w:b/>
        </w:rPr>
        <w:t xml:space="preserve">Days: </w:t>
      </w:r>
      <w:r>
        <w:rPr/>
        <w:t>322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2022-08-17)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DR-4711-KY, DR-4804-KY, DR-4848-KY, EM-3624-KY, DR-4860-KY, EM-3626-KY, EM-3633-KY (7 declaration rows; 6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2 (44 CFR 77.2); any definition: 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091"/>
        <w:gridCol w:w="3322"/>
        <w:gridCol w:w="1037"/>
        <w:gridCol w:w="1037"/>
        <w:gridCol w:w="857"/>
        <w:gridCol w:w="917"/>
        <w:gridCol w:w="1974"/>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091"/>
            <w:shd w:val="clear" w:color="auto" w:fill="E8E8E8"/>
          </w:tcPr>
          <w:p>
            <w:pPr>
              <w:spacing w:after="0"/>
              <w:jc w:val="left"/>
            </w:pPr>
            <w:r>
              <w:rPr>
                <w:b/>
                <w:sz w:val="16"/>
              </w:rPr>
              <w:t>Status</w:t>
            </w:r>
          </w:p>
        </w:tc>
        <w:tc>
          <w:tcPr>
            <w:tcW w:type="dxa" w:w="332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7"/>
            <w:shd w:val="clear" w:color="auto" w:fill="E8E8E8"/>
          </w:tcPr>
          <w:p>
            <w:pPr>
              <w:spacing w:after="0"/>
              <w:jc w:val="left"/>
            </w:pPr>
            <w:r>
              <w:rPr>
                <w:b/>
                <w:sz w:val="16"/>
              </w:rPr>
              <w:t>Update underway</w:t>
            </w:r>
          </w:p>
        </w:tc>
        <w:tc>
          <w:tcPr>
            <w:tcW w:type="dxa" w:w="1974"/>
            <w:shd w:val="clear" w:color="auto" w:fill="E8E8E8"/>
          </w:tcPr>
          <w:p>
            <w:pPr>
              <w:spacing w:after="0"/>
              <w:jc w:val="left"/>
            </w:pPr>
            <w:r>
              <w:rPr>
                <w:b/>
                <w:sz w:val="16"/>
              </w:rPr>
              <w:t>Notes</w:t>
            </w:r>
          </w:p>
        </w:tc>
      </w:tr>
      <w:tr>
        <w:trPr>
          <w:cantSplit/>
        </w:trPr>
        <w:tc>
          <w:tcPr>
            <w:tcW w:type="dxa" w:w="1483"/>
          </w:tcPr>
          <w:p>
            <w:pPr>
              <w:spacing w:after="0"/>
              <w:jc w:val="left"/>
            </w:pPr>
            <w:r>
              <w:rPr>
                <w:sz w:val="16"/>
              </w:rPr>
              <w:t>Harlan County (unincorporated area)</w:t>
            </w:r>
          </w:p>
        </w:tc>
        <w:tc>
          <w:tcPr>
            <w:tcW w:type="dxa" w:w="1394"/>
          </w:tcPr>
          <w:p>
            <w:pPr>
              <w:spacing w:after="0"/>
              <w:jc w:val="left"/>
            </w:pPr>
            <w:r>
              <w:rPr>
                <w:sz w:val="16"/>
              </w:rPr>
              <w:t>Unincorporated</w:t>
            </w:r>
          </w:p>
        </w:tc>
        <w:tc>
          <w:tcPr>
            <w:tcW w:type="dxa" w:w="2091"/>
          </w:tcPr>
          <w:p>
            <w:pPr>
              <w:spacing w:after="0"/>
              <w:jc w:val="left"/>
            </w:pPr>
            <w:r>
              <w:rPr>
                <w:sz w:val="16"/>
              </w:rPr>
              <w:t>Approved, expires 2027-08-16</w:t>
            </w:r>
          </w:p>
        </w:tc>
        <w:tc>
          <w:tcPr>
            <w:tcW w:type="dxa" w:w="3322"/>
          </w:tcPr>
          <w:p>
            <w:pPr>
              <w:spacing w:after="0"/>
              <w:jc w:val="left"/>
            </w:pPr>
            <w:r>
              <w:rPr>
                <w:sz w:val="16"/>
              </w:rPr>
              <w:t>Cumberland Valley ADD Regional (FEMA plan 107913)</w:t>
            </w:r>
          </w:p>
        </w:tc>
        <w:tc>
          <w:tcPr>
            <w:tcW w:type="dxa" w:w="1037"/>
          </w:tcPr>
          <w:p>
            <w:pPr>
              <w:spacing w:after="0"/>
              <w:jc w:val="left"/>
            </w:pPr>
            <w:r>
              <w:rPr>
                <w:sz w:val="16"/>
              </w:rPr>
              <w:t>2022-08-17</w:t>
            </w:r>
          </w:p>
        </w:tc>
        <w:tc>
          <w:tcPr>
            <w:tcW w:type="dxa" w:w="1037"/>
          </w:tcPr>
          <w:p>
            <w:pPr>
              <w:spacing w:after="0"/>
              <w:jc w:val="left"/>
            </w:pPr>
            <w:r>
              <w:rPr>
                <w:sz w:val="16"/>
              </w:rPr>
              <w:t>2027-08-16</w:t>
            </w:r>
          </w:p>
        </w:tc>
        <w:tc>
          <w:tcPr>
            <w:tcW w:type="dxa" w:w="857"/>
          </w:tcPr>
          <w:p>
            <w:pPr>
              <w:spacing w:after="0"/>
              <w:jc w:val="right"/>
            </w:pPr>
            <w:r>
              <w:rPr>
                <w:sz w:val="16"/>
              </w:rPr>
              <w:t>322</w:t>
            </w:r>
          </w:p>
        </w:tc>
        <w:tc>
          <w:tcPr>
            <w:tcW w:type="dxa" w:w="917"/>
          </w:tcPr>
          <w:p>
            <w:pPr>
              <w:spacing w:after="0"/>
              <w:jc w:val="left"/>
            </w:pPr>
          </w:p>
        </w:tc>
        <w:tc>
          <w:tcPr>
            <w:tcW w:type="dxa" w:w="1974"/>
          </w:tcPr>
          <w:p>
            <w:pPr>
              <w:spacing w:after="0"/>
              <w:jc w:val="left"/>
            </w:pPr>
            <w:r>
              <w:rPr>
                <w:sz w:val="16"/>
              </w:rPr>
              <w:t>member approved 2022-10-20</w:t>
            </w:r>
          </w:p>
        </w:tc>
      </w:tr>
      <w:tr>
        <w:trPr>
          <w:cantSplit/>
        </w:trPr>
        <w:tc>
          <w:tcPr>
            <w:tcW w:type="dxa" w:w="1483"/>
          </w:tcPr>
          <w:p>
            <w:pPr>
              <w:spacing w:after="0"/>
              <w:jc w:val="left"/>
            </w:pPr>
            <w:r>
              <w:rPr>
                <w:sz w:val="16"/>
              </w:rPr>
              <w:t>Benham city</w:t>
            </w:r>
          </w:p>
        </w:tc>
        <w:tc>
          <w:tcPr>
            <w:tcW w:type="dxa" w:w="1394"/>
          </w:tcPr>
          <w:p>
            <w:pPr>
              <w:spacing w:after="0"/>
              <w:jc w:val="left"/>
            </w:pPr>
            <w:r>
              <w:rPr>
                <w:sz w:val="16"/>
              </w:rPr>
              <w:t>City</w:t>
            </w:r>
          </w:p>
        </w:tc>
        <w:tc>
          <w:tcPr>
            <w:tcW w:type="dxa" w:w="2091"/>
          </w:tcPr>
          <w:p>
            <w:pPr>
              <w:spacing w:after="0"/>
              <w:jc w:val="left"/>
            </w:pPr>
            <w:r>
              <w:rPr>
                <w:sz w:val="16"/>
              </w:rPr>
              <w:t>Approved, expires 2027-08-16</w:t>
            </w:r>
          </w:p>
        </w:tc>
        <w:tc>
          <w:tcPr>
            <w:tcW w:type="dxa" w:w="3322"/>
          </w:tcPr>
          <w:p>
            <w:pPr>
              <w:spacing w:after="0"/>
              <w:jc w:val="left"/>
            </w:pPr>
            <w:r>
              <w:rPr>
                <w:sz w:val="16"/>
              </w:rPr>
              <w:t>Cumberland Valley ADD Regional (FEMA plan 107913)</w:t>
            </w:r>
          </w:p>
        </w:tc>
        <w:tc>
          <w:tcPr>
            <w:tcW w:type="dxa" w:w="1037"/>
          </w:tcPr>
          <w:p>
            <w:pPr>
              <w:spacing w:after="0"/>
              <w:jc w:val="left"/>
            </w:pPr>
            <w:r>
              <w:rPr>
                <w:sz w:val="16"/>
              </w:rPr>
              <w:t>2022-08-17</w:t>
            </w:r>
          </w:p>
        </w:tc>
        <w:tc>
          <w:tcPr>
            <w:tcW w:type="dxa" w:w="1037"/>
          </w:tcPr>
          <w:p>
            <w:pPr>
              <w:spacing w:after="0"/>
              <w:jc w:val="left"/>
            </w:pPr>
            <w:r>
              <w:rPr>
                <w:sz w:val="16"/>
              </w:rPr>
              <w:t>2027-08-16</w:t>
            </w:r>
          </w:p>
        </w:tc>
        <w:tc>
          <w:tcPr>
            <w:tcW w:type="dxa" w:w="857"/>
          </w:tcPr>
          <w:p>
            <w:pPr>
              <w:spacing w:after="0"/>
              <w:jc w:val="right"/>
            </w:pPr>
            <w:r>
              <w:rPr>
                <w:sz w:val="16"/>
              </w:rPr>
              <w:t>322</w:t>
            </w:r>
          </w:p>
        </w:tc>
        <w:tc>
          <w:tcPr>
            <w:tcW w:type="dxa" w:w="917"/>
          </w:tcPr>
          <w:p>
            <w:pPr>
              <w:spacing w:after="0"/>
              <w:jc w:val="left"/>
            </w:pPr>
          </w:p>
        </w:tc>
        <w:tc>
          <w:tcPr>
            <w:tcW w:type="dxa" w:w="1974"/>
          </w:tcPr>
          <w:p>
            <w:pPr>
              <w:spacing w:after="0"/>
              <w:jc w:val="left"/>
            </w:pPr>
            <w:r>
              <w:rPr>
                <w:sz w:val="16"/>
              </w:rPr>
              <w:t>member approved 2022-12-16</w:t>
            </w:r>
          </w:p>
        </w:tc>
      </w:tr>
      <w:tr>
        <w:trPr>
          <w:cantSplit/>
        </w:trPr>
        <w:tc>
          <w:tcPr>
            <w:tcW w:type="dxa" w:w="1483"/>
          </w:tcPr>
          <w:p>
            <w:pPr>
              <w:spacing w:after="0"/>
              <w:jc w:val="left"/>
            </w:pPr>
            <w:r>
              <w:rPr>
                <w:sz w:val="16"/>
              </w:rPr>
              <w:t>Cumberland city</w:t>
            </w:r>
          </w:p>
        </w:tc>
        <w:tc>
          <w:tcPr>
            <w:tcW w:type="dxa" w:w="1394"/>
          </w:tcPr>
          <w:p>
            <w:pPr>
              <w:spacing w:after="0"/>
              <w:jc w:val="left"/>
            </w:pPr>
            <w:r>
              <w:rPr>
                <w:sz w:val="16"/>
              </w:rPr>
              <w:t>City</w:t>
            </w:r>
          </w:p>
        </w:tc>
        <w:tc>
          <w:tcPr>
            <w:tcW w:type="dxa" w:w="2091"/>
          </w:tcPr>
          <w:p>
            <w:pPr>
              <w:spacing w:after="0"/>
              <w:jc w:val="left"/>
            </w:pPr>
            <w:r>
              <w:rPr>
                <w:sz w:val="16"/>
              </w:rPr>
              <w:t>Approved, expires 2027-08-16</w:t>
            </w:r>
          </w:p>
        </w:tc>
        <w:tc>
          <w:tcPr>
            <w:tcW w:type="dxa" w:w="3322"/>
          </w:tcPr>
          <w:p>
            <w:pPr>
              <w:spacing w:after="0"/>
              <w:jc w:val="left"/>
            </w:pPr>
            <w:r>
              <w:rPr>
                <w:sz w:val="16"/>
              </w:rPr>
              <w:t>Cumberland Valley ADD Regional (FEMA plan 107913)</w:t>
            </w:r>
          </w:p>
        </w:tc>
        <w:tc>
          <w:tcPr>
            <w:tcW w:type="dxa" w:w="1037"/>
          </w:tcPr>
          <w:p>
            <w:pPr>
              <w:spacing w:after="0"/>
              <w:jc w:val="left"/>
            </w:pPr>
            <w:r>
              <w:rPr>
                <w:sz w:val="16"/>
              </w:rPr>
              <w:t>2022-08-17</w:t>
            </w:r>
          </w:p>
        </w:tc>
        <w:tc>
          <w:tcPr>
            <w:tcW w:type="dxa" w:w="1037"/>
          </w:tcPr>
          <w:p>
            <w:pPr>
              <w:spacing w:after="0"/>
              <w:jc w:val="left"/>
            </w:pPr>
            <w:r>
              <w:rPr>
                <w:sz w:val="16"/>
              </w:rPr>
              <w:t>2027-08-16</w:t>
            </w:r>
          </w:p>
        </w:tc>
        <w:tc>
          <w:tcPr>
            <w:tcW w:type="dxa" w:w="857"/>
          </w:tcPr>
          <w:p>
            <w:pPr>
              <w:spacing w:after="0"/>
              <w:jc w:val="right"/>
            </w:pPr>
            <w:r>
              <w:rPr>
                <w:sz w:val="16"/>
              </w:rPr>
              <w:t>322</w:t>
            </w:r>
          </w:p>
        </w:tc>
        <w:tc>
          <w:tcPr>
            <w:tcW w:type="dxa" w:w="917"/>
          </w:tcPr>
          <w:p>
            <w:pPr>
              <w:spacing w:after="0"/>
              <w:jc w:val="left"/>
            </w:pPr>
          </w:p>
        </w:tc>
        <w:tc>
          <w:tcPr>
            <w:tcW w:type="dxa" w:w="1974"/>
          </w:tcPr>
          <w:p>
            <w:pPr>
              <w:spacing w:after="0"/>
              <w:jc w:val="left"/>
            </w:pPr>
            <w:r>
              <w:rPr>
                <w:sz w:val="16"/>
              </w:rPr>
              <w:t>member approved 2022-10-20</w:t>
            </w:r>
          </w:p>
        </w:tc>
      </w:tr>
      <w:tr>
        <w:trPr>
          <w:cantSplit/>
        </w:trPr>
        <w:tc>
          <w:tcPr>
            <w:tcW w:type="dxa" w:w="1483"/>
          </w:tcPr>
          <w:p>
            <w:pPr>
              <w:spacing w:after="0"/>
              <w:jc w:val="left"/>
            </w:pPr>
            <w:r>
              <w:rPr>
                <w:sz w:val="16"/>
              </w:rPr>
              <w:t>Evarts city</w:t>
            </w:r>
          </w:p>
        </w:tc>
        <w:tc>
          <w:tcPr>
            <w:tcW w:type="dxa" w:w="1394"/>
          </w:tcPr>
          <w:p>
            <w:pPr>
              <w:spacing w:after="0"/>
              <w:jc w:val="left"/>
            </w:pPr>
            <w:r>
              <w:rPr>
                <w:sz w:val="16"/>
              </w:rPr>
              <w:t>City</w:t>
            </w:r>
          </w:p>
        </w:tc>
        <w:tc>
          <w:tcPr>
            <w:tcW w:type="dxa" w:w="2091"/>
          </w:tcPr>
          <w:p>
            <w:pPr>
              <w:spacing w:after="0"/>
              <w:jc w:val="left"/>
            </w:pPr>
            <w:r>
              <w:rPr>
                <w:sz w:val="16"/>
              </w:rPr>
              <w:t>Approved, expires 2027-08-16</w:t>
            </w:r>
          </w:p>
        </w:tc>
        <w:tc>
          <w:tcPr>
            <w:tcW w:type="dxa" w:w="3322"/>
          </w:tcPr>
          <w:p>
            <w:pPr>
              <w:spacing w:after="0"/>
              <w:jc w:val="left"/>
            </w:pPr>
            <w:r>
              <w:rPr>
                <w:sz w:val="16"/>
              </w:rPr>
              <w:t>Cumberland Valley ADD Regional (FEMA plan 107913)</w:t>
            </w:r>
          </w:p>
        </w:tc>
        <w:tc>
          <w:tcPr>
            <w:tcW w:type="dxa" w:w="1037"/>
          </w:tcPr>
          <w:p>
            <w:pPr>
              <w:spacing w:after="0"/>
              <w:jc w:val="left"/>
            </w:pPr>
            <w:r>
              <w:rPr>
                <w:sz w:val="16"/>
              </w:rPr>
              <w:t>2022-08-17</w:t>
            </w:r>
          </w:p>
        </w:tc>
        <w:tc>
          <w:tcPr>
            <w:tcW w:type="dxa" w:w="1037"/>
          </w:tcPr>
          <w:p>
            <w:pPr>
              <w:spacing w:after="0"/>
              <w:jc w:val="left"/>
            </w:pPr>
            <w:r>
              <w:rPr>
                <w:sz w:val="16"/>
              </w:rPr>
              <w:t>2027-08-16</w:t>
            </w:r>
          </w:p>
        </w:tc>
        <w:tc>
          <w:tcPr>
            <w:tcW w:type="dxa" w:w="857"/>
          </w:tcPr>
          <w:p>
            <w:pPr>
              <w:spacing w:after="0"/>
              <w:jc w:val="right"/>
            </w:pPr>
            <w:r>
              <w:rPr>
                <w:sz w:val="16"/>
              </w:rPr>
              <w:t>322</w:t>
            </w:r>
          </w:p>
        </w:tc>
        <w:tc>
          <w:tcPr>
            <w:tcW w:type="dxa" w:w="917"/>
          </w:tcPr>
          <w:p>
            <w:pPr>
              <w:spacing w:after="0"/>
              <w:jc w:val="left"/>
            </w:pPr>
          </w:p>
        </w:tc>
        <w:tc>
          <w:tcPr>
            <w:tcW w:type="dxa" w:w="1974"/>
          </w:tcPr>
          <w:p>
            <w:pPr>
              <w:spacing w:after="0"/>
              <w:jc w:val="left"/>
            </w:pPr>
            <w:r>
              <w:rPr>
                <w:sz w:val="16"/>
              </w:rPr>
              <w:t>member approved 2022-12-16</w:t>
            </w:r>
          </w:p>
        </w:tc>
      </w:tr>
      <w:tr>
        <w:trPr>
          <w:cantSplit/>
        </w:trPr>
        <w:tc>
          <w:tcPr>
            <w:tcW w:type="dxa" w:w="1483"/>
          </w:tcPr>
          <w:p>
            <w:pPr>
              <w:spacing w:after="0"/>
              <w:jc w:val="left"/>
            </w:pPr>
            <w:r>
              <w:rPr>
                <w:sz w:val="16"/>
              </w:rPr>
              <w:t>Harlan city</w:t>
            </w:r>
          </w:p>
        </w:tc>
        <w:tc>
          <w:tcPr>
            <w:tcW w:type="dxa" w:w="1394"/>
          </w:tcPr>
          <w:p>
            <w:pPr>
              <w:spacing w:after="0"/>
              <w:jc w:val="left"/>
            </w:pPr>
            <w:r>
              <w:rPr>
                <w:sz w:val="16"/>
              </w:rPr>
              <w:t>City</w:t>
            </w:r>
          </w:p>
        </w:tc>
        <w:tc>
          <w:tcPr>
            <w:tcW w:type="dxa" w:w="2091"/>
          </w:tcPr>
          <w:p>
            <w:pPr>
              <w:spacing w:after="0"/>
              <w:jc w:val="left"/>
            </w:pPr>
            <w:r>
              <w:rPr>
                <w:sz w:val="16"/>
              </w:rPr>
              <w:t>Approved, expires 2027-08-16</w:t>
            </w:r>
          </w:p>
        </w:tc>
        <w:tc>
          <w:tcPr>
            <w:tcW w:type="dxa" w:w="3322"/>
          </w:tcPr>
          <w:p>
            <w:pPr>
              <w:spacing w:after="0"/>
              <w:jc w:val="left"/>
            </w:pPr>
            <w:r>
              <w:rPr>
                <w:sz w:val="16"/>
              </w:rPr>
              <w:t>Cumberland Valley ADD Regional (FEMA plan 107913)</w:t>
            </w:r>
          </w:p>
        </w:tc>
        <w:tc>
          <w:tcPr>
            <w:tcW w:type="dxa" w:w="1037"/>
          </w:tcPr>
          <w:p>
            <w:pPr>
              <w:spacing w:after="0"/>
              <w:jc w:val="left"/>
            </w:pPr>
            <w:r>
              <w:rPr>
                <w:sz w:val="16"/>
              </w:rPr>
              <w:t>2022-08-17</w:t>
            </w:r>
          </w:p>
        </w:tc>
        <w:tc>
          <w:tcPr>
            <w:tcW w:type="dxa" w:w="1037"/>
          </w:tcPr>
          <w:p>
            <w:pPr>
              <w:spacing w:after="0"/>
              <w:jc w:val="left"/>
            </w:pPr>
            <w:r>
              <w:rPr>
                <w:sz w:val="16"/>
              </w:rPr>
              <w:t>2027-08-16</w:t>
            </w:r>
          </w:p>
        </w:tc>
        <w:tc>
          <w:tcPr>
            <w:tcW w:type="dxa" w:w="857"/>
          </w:tcPr>
          <w:p>
            <w:pPr>
              <w:spacing w:after="0"/>
              <w:jc w:val="right"/>
            </w:pPr>
            <w:r>
              <w:rPr>
                <w:sz w:val="16"/>
              </w:rPr>
              <w:t>322</w:t>
            </w:r>
          </w:p>
        </w:tc>
        <w:tc>
          <w:tcPr>
            <w:tcW w:type="dxa" w:w="917"/>
          </w:tcPr>
          <w:p>
            <w:pPr>
              <w:spacing w:after="0"/>
              <w:jc w:val="left"/>
            </w:pPr>
          </w:p>
        </w:tc>
        <w:tc>
          <w:tcPr>
            <w:tcW w:type="dxa" w:w="1974"/>
          </w:tcPr>
          <w:p>
            <w:pPr>
              <w:spacing w:after="0"/>
              <w:jc w:val="left"/>
            </w:pPr>
            <w:r>
              <w:rPr>
                <w:sz w:val="16"/>
              </w:rPr>
              <w:t>member approved 2022-12-16</w:t>
            </w:r>
          </w:p>
        </w:tc>
      </w:tr>
      <w:tr>
        <w:trPr>
          <w:cantSplit/>
        </w:trPr>
        <w:tc>
          <w:tcPr>
            <w:tcW w:type="dxa" w:w="1483"/>
          </w:tcPr>
          <w:p>
            <w:pPr>
              <w:spacing w:after="0"/>
              <w:jc w:val="left"/>
            </w:pPr>
            <w:r>
              <w:rPr>
                <w:sz w:val="16"/>
              </w:rPr>
              <w:t>Loyall city</w:t>
            </w:r>
          </w:p>
        </w:tc>
        <w:tc>
          <w:tcPr>
            <w:tcW w:type="dxa" w:w="1394"/>
          </w:tcPr>
          <w:p>
            <w:pPr>
              <w:spacing w:after="0"/>
              <w:jc w:val="left"/>
            </w:pPr>
            <w:r>
              <w:rPr>
                <w:sz w:val="16"/>
              </w:rPr>
              <w:t>City</w:t>
            </w:r>
          </w:p>
        </w:tc>
        <w:tc>
          <w:tcPr>
            <w:tcW w:type="dxa" w:w="2091"/>
          </w:tcPr>
          <w:p>
            <w:pPr>
              <w:spacing w:after="0"/>
              <w:jc w:val="left"/>
            </w:pPr>
            <w:r>
              <w:rPr>
                <w:sz w:val="16"/>
              </w:rPr>
              <w:t>Approved, expires 2027-08-16</w:t>
            </w:r>
          </w:p>
        </w:tc>
        <w:tc>
          <w:tcPr>
            <w:tcW w:type="dxa" w:w="3322"/>
          </w:tcPr>
          <w:p>
            <w:pPr>
              <w:spacing w:after="0"/>
              <w:jc w:val="left"/>
            </w:pPr>
            <w:r>
              <w:rPr>
                <w:sz w:val="16"/>
              </w:rPr>
              <w:t>Cumberland Valley ADD Regional (FEMA plan 107913)</w:t>
            </w:r>
          </w:p>
        </w:tc>
        <w:tc>
          <w:tcPr>
            <w:tcW w:type="dxa" w:w="1037"/>
          </w:tcPr>
          <w:p>
            <w:pPr>
              <w:spacing w:after="0"/>
              <w:jc w:val="left"/>
            </w:pPr>
            <w:r>
              <w:rPr>
                <w:sz w:val="16"/>
              </w:rPr>
              <w:t>2022-08-17</w:t>
            </w:r>
          </w:p>
        </w:tc>
        <w:tc>
          <w:tcPr>
            <w:tcW w:type="dxa" w:w="1037"/>
          </w:tcPr>
          <w:p>
            <w:pPr>
              <w:spacing w:after="0"/>
              <w:jc w:val="left"/>
            </w:pPr>
            <w:r>
              <w:rPr>
                <w:sz w:val="16"/>
              </w:rPr>
              <w:t>2027-08-16</w:t>
            </w:r>
          </w:p>
        </w:tc>
        <w:tc>
          <w:tcPr>
            <w:tcW w:type="dxa" w:w="857"/>
          </w:tcPr>
          <w:p>
            <w:pPr>
              <w:spacing w:after="0"/>
              <w:jc w:val="right"/>
            </w:pPr>
            <w:r>
              <w:rPr>
                <w:sz w:val="16"/>
              </w:rPr>
              <w:t>322</w:t>
            </w:r>
          </w:p>
        </w:tc>
        <w:tc>
          <w:tcPr>
            <w:tcW w:type="dxa" w:w="917"/>
          </w:tcPr>
          <w:p>
            <w:pPr>
              <w:spacing w:after="0"/>
              <w:jc w:val="left"/>
            </w:pPr>
          </w:p>
        </w:tc>
        <w:tc>
          <w:tcPr>
            <w:tcW w:type="dxa" w:w="1974"/>
          </w:tcPr>
          <w:p>
            <w:pPr>
              <w:spacing w:after="0"/>
              <w:jc w:val="left"/>
            </w:pPr>
            <w:r>
              <w:rPr>
                <w:sz w:val="16"/>
              </w:rPr>
              <w:t>member approved 2023-03-01</w:t>
            </w:r>
          </w:p>
        </w:tc>
      </w:tr>
      <w:tr>
        <w:trPr>
          <w:cantSplit/>
        </w:trPr>
        <w:tc>
          <w:tcPr>
            <w:tcW w:type="dxa" w:w="1483"/>
          </w:tcPr>
          <w:p>
            <w:pPr>
              <w:spacing w:after="0"/>
              <w:jc w:val="left"/>
            </w:pPr>
            <w:r>
              <w:rPr>
                <w:sz w:val="16"/>
              </w:rPr>
              <w:t>Lynch city</w:t>
            </w:r>
          </w:p>
        </w:tc>
        <w:tc>
          <w:tcPr>
            <w:tcW w:type="dxa" w:w="1394"/>
          </w:tcPr>
          <w:p>
            <w:pPr>
              <w:spacing w:after="0"/>
              <w:jc w:val="left"/>
            </w:pPr>
            <w:r>
              <w:rPr>
                <w:sz w:val="16"/>
              </w:rPr>
              <w:t>City</w:t>
            </w:r>
          </w:p>
        </w:tc>
        <w:tc>
          <w:tcPr>
            <w:tcW w:type="dxa" w:w="2091"/>
          </w:tcPr>
          <w:p>
            <w:pPr>
              <w:spacing w:after="0"/>
              <w:jc w:val="left"/>
            </w:pPr>
            <w:r>
              <w:rPr>
                <w:sz w:val="16"/>
              </w:rPr>
              <w:t>Approved, expires 2027-08-16</w:t>
            </w:r>
          </w:p>
        </w:tc>
        <w:tc>
          <w:tcPr>
            <w:tcW w:type="dxa" w:w="3322"/>
          </w:tcPr>
          <w:p>
            <w:pPr>
              <w:spacing w:after="0"/>
              <w:jc w:val="left"/>
            </w:pPr>
            <w:r>
              <w:rPr>
                <w:sz w:val="16"/>
              </w:rPr>
              <w:t>Cumberland Valley ADD Regional (FEMA plan 107913)</w:t>
            </w:r>
          </w:p>
        </w:tc>
        <w:tc>
          <w:tcPr>
            <w:tcW w:type="dxa" w:w="1037"/>
          </w:tcPr>
          <w:p>
            <w:pPr>
              <w:spacing w:after="0"/>
              <w:jc w:val="left"/>
            </w:pPr>
            <w:r>
              <w:rPr>
                <w:sz w:val="16"/>
              </w:rPr>
              <w:t>2022-08-17</w:t>
            </w:r>
          </w:p>
        </w:tc>
        <w:tc>
          <w:tcPr>
            <w:tcW w:type="dxa" w:w="1037"/>
          </w:tcPr>
          <w:p>
            <w:pPr>
              <w:spacing w:after="0"/>
              <w:jc w:val="left"/>
            </w:pPr>
            <w:r>
              <w:rPr>
                <w:sz w:val="16"/>
              </w:rPr>
              <w:t>2027-08-16</w:t>
            </w:r>
          </w:p>
        </w:tc>
        <w:tc>
          <w:tcPr>
            <w:tcW w:type="dxa" w:w="857"/>
          </w:tcPr>
          <w:p>
            <w:pPr>
              <w:spacing w:after="0"/>
              <w:jc w:val="right"/>
            </w:pPr>
            <w:r>
              <w:rPr>
                <w:sz w:val="16"/>
              </w:rPr>
              <w:t>322</w:t>
            </w:r>
          </w:p>
        </w:tc>
        <w:tc>
          <w:tcPr>
            <w:tcW w:type="dxa" w:w="917"/>
          </w:tcPr>
          <w:p>
            <w:pPr>
              <w:spacing w:after="0"/>
              <w:jc w:val="left"/>
            </w:pPr>
          </w:p>
        </w:tc>
        <w:tc>
          <w:tcPr>
            <w:tcW w:type="dxa" w:w="1974"/>
          </w:tcPr>
          <w:p>
            <w:pPr>
              <w:spacing w:after="0"/>
              <w:jc w:val="left"/>
            </w:pPr>
            <w:r>
              <w:rPr>
                <w:sz w:val="16"/>
              </w:rPr>
              <w:t>member approved 2022-12-16</w:t>
            </w:r>
          </w:p>
        </w:tc>
      </w:tr>
    </w:tbl>
    <w:p>
      <w:pPr>
        <w:spacing w:after="40" w:before="60"/>
      </w:pPr>
      <w:r>
        <w:rPr>
          <w:sz w:val="15"/>
        </w:rPr>
        <w:t>Plan 107913 also covers 18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188"/>
        <w:gridCol w:w="1188"/>
        <w:gridCol w:w="1126"/>
        <w:gridCol w:w="1126"/>
        <w:gridCol w:w="1299"/>
        <w:gridCol w:w="1164"/>
        <w:gridCol w:w="1206"/>
        <w:gridCol w:w="2189"/>
        <w:gridCol w:w="1906"/>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8"/>
            <w:shd w:val="clear" w:color="auto" w:fill="E8E8E8"/>
          </w:tcPr>
          <w:p>
            <w:pPr>
              <w:spacing w:after="0"/>
              <w:jc w:val="left"/>
            </w:pPr>
            <w:r>
              <w:rPr>
                <w:b/>
                <w:sz w:val="16"/>
              </w:rPr>
              <w:t>NRI risk rating</w:t>
            </w:r>
          </w:p>
        </w:tc>
        <w:tc>
          <w:tcPr>
            <w:tcW w:type="dxa" w:w="118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0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8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06"/>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188"/>
          </w:tcPr>
          <w:p>
            <w:pPr>
              <w:spacing w:after="0"/>
              <w:jc w:val="left"/>
            </w:pPr>
            <w:r>
              <w:rPr>
                <w:sz w:val="16"/>
              </w:rPr>
              <w:t>Relatively Moderate</w:t>
            </w:r>
          </w:p>
        </w:tc>
        <w:tc>
          <w:tcPr>
            <w:tcW w:type="dxa" w:w="1188"/>
          </w:tcPr>
          <w:p>
            <w:pPr>
              <w:spacing w:after="0"/>
              <w:jc w:val="left"/>
            </w:pPr>
            <w:r>
              <w:rPr>
                <w:sz w:val="16"/>
              </w:rPr>
              <w:t>Relatively Low</w:t>
            </w:r>
          </w:p>
        </w:tc>
        <w:tc>
          <w:tcPr>
            <w:tcW w:type="dxa" w:w="1126"/>
          </w:tcPr>
          <w:p>
            <w:pPr>
              <w:spacing w:after="0"/>
              <w:jc w:val="right"/>
            </w:pPr>
            <w:r>
              <w:rPr>
                <w:sz w:val="16"/>
              </w:rPr>
              <w:t>$13,339,260</w:t>
            </w:r>
          </w:p>
        </w:tc>
        <w:tc>
          <w:tcPr>
            <w:tcW w:type="dxa" w:w="1126"/>
          </w:tcPr>
          <w:p>
            <w:pPr>
              <w:spacing w:after="0"/>
              <w:jc w:val="right"/>
            </w:pPr>
            <w:r>
              <w:rPr>
                <w:sz w:val="16"/>
              </w:rPr>
              <w:t>$507</w:t>
            </w:r>
          </w:p>
        </w:tc>
        <w:tc>
          <w:tcPr>
            <w:tcW w:type="dxa" w:w="1299"/>
          </w:tcPr>
          <w:p>
            <w:pPr>
              <w:spacing w:after="0"/>
              <w:jc w:val="right"/>
            </w:pPr>
            <w:r>
              <w:rPr>
                <w:sz w:val="16"/>
              </w:rPr>
              <w:t>$341,058</w:t>
            </w:r>
          </w:p>
        </w:tc>
        <w:tc>
          <w:tcPr>
            <w:tcW w:type="dxa" w:w="1164"/>
          </w:tcPr>
          <w:p>
            <w:pPr>
              <w:spacing w:after="0"/>
              <w:jc w:val="right"/>
            </w:pPr>
            <w:r>
              <w:rPr>
                <w:sz w:val="16"/>
              </w:rPr>
              <w:t>$13,680,825</w:t>
            </w:r>
          </w:p>
        </w:tc>
        <w:tc>
          <w:tcPr>
            <w:tcW w:type="dxa" w:w="1206"/>
          </w:tcPr>
          <w:p>
            <w:pPr>
              <w:spacing w:after="0"/>
              <w:jc w:val="right"/>
            </w:pPr>
            <w:r>
              <w:rPr>
                <w:sz w:val="16"/>
              </w:rPr>
              <w:t>57</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Cold Wave</w:t>
            </w:r>
          </w:p>
        </w:tc>
        <w:tc>
          <w:tcPr>
            <w:tcW w:type="dxa" w:w="1188"/>
          </w:tcPr>
          <w:p>
            <w:pPr>
              <w:spacing w:after="0"/>
              <w:jc w:val="left"/>
            </w:pPr>
            <w:r>
              <w:rPr>
                <w:sz w:val="16"/>
              </w:rPr>
              <w:t>Relatively Low</w:t>
            </w:r>
          </w:p>
        </w:tc>
        <w:tc>
          <w:tcPr>
            <w:tcW w:type="dxa" w:w="1188"/>
          </w:tcPr>
          <w:p>
            <w:pPr>
              <w:spacing w:after="0"/>
              <w:jc w:val="left"/>
            </w:pPr>
            <w:r>
              <w:rPr>
                <w:sz w:val="16"/>
              </w:rPr>
              <w:t>Relatively Moderate</w:t>
            </w:r>
          </w:p>
        </w:tc>
        <w:tc>
          <w:tcPr>
            <w:tcW w:type="dxa" w:w="1126"/>
          </w:tcPr>
          <w:p>
            <w:pPr>
              <w:spacing w:after="0"/>
              <w:jc w:val="right"/>
            </w:pPr>
            <w:r>
              <w:rPr>
                <w:sz w:val="16"/>
              </w:rPr>
              <w:t>$716</w:t>
            </w:r>
          </w:p>
        </w:tc>
        <w:tc>
          <w:tcPr>
            <w:tcW w:type="dxa" w:w="1126"/>
          </w:tcPr>
          <w:p>
            <w:pPr>
              <w:spacing w:after="0"/>
              <w:jc w:val="right"/>
            </w:pPr>
            <w:r>
              <w:rPr>
                <w:sz w:val="16"/>
              </w:rPr>
              <w:t>$218</w:t>
            </w:r>
          </w:p>
        </w:tc>
        <w:tc>
          <w:tcPr>
            <w:tcW w:type="dxa" w:w="1299"/>
          </w:tcPr>
          <w:p>
            <w:pPr>
              <w:spacing w:after="0"/>
              <w:jc w:val="right"/>
            </w:pPr>
            <w:r>
              <w:rPr>
                <w:sz w:val="16"/>
              </w:rPr>
              <w:t>$1,224,964</w:t>
            </w:r>
          </w:p>
        </w:tc>
        <w:tc>
          <w:tcPr>
            <w:tcW w:type="dxa" w:w="1164"/>
          </w:tcPr>
          <w:p>
            <w:pPr>
              <w:spacing w:after="0"/>
              <w:jc w:val="right"/>
            </w:pPr>
            <w:r>
              <w:rPr>
                <w:sz w:val="16"/>
              </w:rPr>
              <w:t>$1,225,898</w:t>
            </w:r>
          </w:p>
        </w:tc>
        <w:tc>
          <w:tcPr>
            <w:tcW w:type="dxa" w:w="1206"/>
          </w:tcPr>
          <w:p>
            <w:pPr>
              <w:spacing w:after="0"/>
              <w:jc w:val="right"/>
            </w:pPr>
            <w:r>
              <w:rPr>
                <w:sz w:val="16"/>
              </w:rPr>
              <w:t>14</w:t>
            </w:r>
          </w:p>
        </w:tc>
        <w:tc>
          <w:tcPr>
            <w:tcW w:type="dxa" w:w="2189"/>
          </w:tcPr>
          <w:p>
            <w:pPr>
              <w:spacing w:after="0"/>
              <w:jc w:val="left"/>
            </w:pPr>
          </w:p>
        </w:tc>
        <w:tc>
          <w:tcPr>
            <w:tcW w:type="dxa" w:w="1906"/>
          </w:tcPr>
          <w:p>
            <w:pPr>
              <w:spacing w:after="0"/>
              <w:jc w:val="left"/>
            </w:pPr>
            <w:r>
              <w:rPr>
                <w:sz w:val="16"/>
              </w:rPr>
              <w:t>Includes 13 Frost/Freeze records, event types the NRI definition of this hazard leaves out.</w:t>
            </w:r>
          </w:p>
        </w:tc>
      </w:tr>
      <w:tr>
        <w:trPr>
          <w:cantSplit/>
        </w:trPr>
        <w:tc>
          <w:tcPr>
            <w:tcW w:type="dxa" w:w="684"/>
          </w:tcPr>
          <w:p>
            <w:pPr>
              <w:spacing w:after="0"/>
              <w:jc w:val="right"/>
            </w:pPr>
            <w:r>
              <w:rPr>
                <w:sz w:val="16"/>
              </w:rPr>
              <w:t>3</w:t>
            </w:r>
          </w:p>
        </w:tc>
        <w:tc>
          <w:tcPr>
            <w:tcW w:type="dxa" w:w="1037"/>
          </w:tcPr>
          <w:p>
            <w:pPr>
              <w:spacing w:after="0"/>
              <w:jc w:val="left"/>
            </w:pPr>
            <w:r>
              <w:rPr>
                <w:sz w:val="16"/>
              </w:rPr>
              <w:t>Strong Wind</w:t>
            </w:r>
          </w:p>
        </w:tc>
        <w:tc>
          <w:tcPr>
            <w:tcW w:type="dxa" w:w="1188"/>
          </w:tcPr>
          <w:p>
            <w:pPr>
              <w:spacing w:after="0"/>
              <w:jc w:val="left"/>
            </w:pPr>
            <w:r>
              <w:rPr>
                <w:sz w:val="16"/>
              </w:rPr>
              <w:t>Relatively High</w:t>
            </w:r>
          </w:p>
        </w:tc>
        <w:tc>
          <w:tcPr>
            <w:tcW w:type="dxa" w:w="1188"/>
          </w:tcPr>
          <w:p>
            <w:pPr>
              <w:spacing w:after="0"/>
              <w:jc w:val="left"/>
            </w:pPr>
            <w:r>
              <w:rPr>
                <w:sz w:val="16"/>
              </w:rPr>
              <w:t>Relatively Moderate</w:t>
            </w:r>
          </w:p>
        </w:tc>
        <w:tc>
          <w:tcPr>
            <w:tcW w:type="dxa" w:w="1126"/>
          </w:tcPr>
          <w:p>
            <w:pPr>
              <w:spacing w:after="0"/>
              <w:jc w:val="right"/>
            </w:pPr>
            <w:r>
              <w:rPr>
                <w:sz w:val="16"/>
              </w:rPr>
              <w:t>$83,235</w:t>
            </w:r>
          </w:p>
        </w:tc>
        <w:tc>
          <w:tcPr>
            <w:tcW w:type="dxa" w:w="1126"/>
          </w:tcPr>
          <w:p>
            <w:pPr>
              <w:spacing w:after="0"/>
              <w:jc w:val="right"/>
            </w:pPr>
            <w:r>
              <w:rPr>
                <w:sz w:val="16"/>
              </w:rPr>
              <w:t>$2,036</w:t>
            </w:r>
          </w:p>
        </w:tc>
        <w:tc>
          <w:tcPr>
            <w:tcW w:type="dxa" w:w="1299"/>
          </w:tcPr>
          <w:p>
            <w:pPr>
              <w:spacing w:after="0"/>
              <w:jc w:val="right"/>
            </w:pPr>
            <w:r>
              <w:rPr>
                <w:sz w:val="16"/>
              </w:rPr>
              <w:t>$1,140,460</w:t>
            </w:r>
          </w:p>
        </w:tc>
        <w:tc>
          <w:tcPr>
            <w:tcW w:type="dxa" w:w="1164"/>
          </w:tcPr>
          <w:p>
            <w:pPr>
              <w:spacing w:after="0"/>
              <w:jc w:val="right"/>
            </w:pPr>
            <w:r>
              <w:rPr>
                <w:sz w:val="16"/>
              </w:rPr>
              <w:t>$1,225,731</w:t>
            </w:r>
          </w:p>
        </w:tc>
        <w:tc>
          <w:tcPr>
            <w:tcW w:type="dxa" w:w="1206"/>
          </w:tcPr>
          <w:p>
            <w:pPr>
              <w:spacing w:after="0"/>
              <w:jc w:val="right"/>
            </w:pPr>
            <w:r>
              <w:rPr>
                <w:sz w:val="16"/>
              </w:rPr>
              <w:t>167</w:t>
            </w:r>
          </w:p>
        </w:tc>
        <w:tc>
          <w:tcPr>
            <w:tcW w:type="dxa" w:w="2189"/>
          </w:tcPr>
          <w:p>
            <w:pPr>
              <w:spacing w:after="0"/>
              <w:jc w:val="left"/>
            </w:pPr>
          </w:p>
        </w:tc>
        <w:tc>
          <w:tcPr>
            <w:tcW w:type="dxa" w:w="1906"/>
          </w:tcPr>
          <w:p>
            <w:pPr>
              <w:spacing w:after="0"/>
              <w:jc w:val="left"/>
            </w:pPr>
            <w:r>
              <w:rPr>
                <w:sz w:val="16"/>
              </w:rPr>
              <w:t>Includes 10 High Wind records and 9 Strong Wind records, event types the NRI definition of this hazard leaves out.</w:t>
            </w:r>
          </w:p>
        </w:tc>
      </w:tr>
      <w:tr>
        <w:trPr>
          <w:cantSplit/>
        </w:trPr>
        <w:tc>
          <w:tcPr>
            <w:tcW w:type="dxa" w:w="684"/>
          </w:tcPr>
          <w:p>
            <w:pPr>
              <w:spacing w:after="0"/>
              <w:jc w:val="right"/>
            </w:pPr>
            <w:r>
              <w:rPr>
                <w:sz w:val="16"/>
              </w:rPr>
              <w:t>4</w:t>
            </w:r>
          </w:p>
        </w:tc>
        <w:tc>
          <w:tcPr>
            <w:tcW w:type="dxa" w:w="1037"/>
          </w:tcPr>
          <w:p>
            <w:pPr>
              <w:spacing w:after="0"/>
              <w:jc w:val="left"/>
            </w:pPr>
            <w:r>
              <w:rPr>
                <w:sz w:val="16"/>
              </w:rPr>
              <w:t>Tornado</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$163,429</w:t>
            </w:r>
          </w:p>
        </w:tc>
        <w:tc>
          <w:tcPr>
            <w:tcW w:type="dxa" w:w="1126"/>
          </w:tcPr>
          <w:p>
            <w:pPr>
              <w:spacing w:after="0"/>
              <w:jc w:val="right"/>
            </w:pPr>
            <w:r>
              <w:rPr>
                <w:sz w:val="16"/>
              </w:rPr>
              <w:t>$5</w:t>
            </w:r>
          </w:p>
        </w:tc>
        <w:tc>
          <w:tcPr>
            <w:tcW w:type="dxa" w:w="1299"/>
          </w:tcPr>
          <w:p>
            <w:pPr>
              <w:spacing w:after="0"/>
              <w:jc w:val="right"/>
            </w:pPr>
            <w:r>
              <w:rPr>
                <w:sz w:val="16"/>
              </w:rPr>
              <w:t>$424,909</w:t>
            </w:r>
          </w:p>
        </w:tc>
        <w:tc>
          <w:tcPr>
            <w:tcW w:type="dxa" w:w="1164"/>
          </w:tcPr>
          <w:p>
            <w:pPr>
              <w:spacing w:after="0"/>
              <w:jc w:val="right"/>
            </w:pPr>
            <w:r>
              <w:rPr>
                <w:sz w:val="16"/>
              </w:rPr>
              <w:t>$588,343</w:t>
            </w:r>
          </w:p>
        </w:tc>
        <w:tc>
          <w:tcPr>
            <w:tcW w:type="dxa" w:w="1206"/>
          </w:tcPr>
          <w:p>
            <w:pPr>
              <w:spacing w:after="0"/>
              <w:jc w:val="right"/>
            </w:pPr>
            <w:r>
              <w:rPr>
                <w:sz w:val="16"/>
              </w:rPr>
              <w:t>2</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5</w:t>
            </w:r>
          </w:p>
        </w:tc>
        <w:tc>
          <w:tcPr>
            <w:tcW w:type="dxa" w:w="1037"/>
          </w:tcPr>
          <w:p>
            <w:pPr>
              <w:spacing w:after="0"/>
              <w:jc w:val="left"/>
            </w:pPr>
            <w:r>
              <w:rPr>
                <w:sz w:val="16"/>
              </w:rPr>
              <w:t>Earthquake</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$208,061</w:t>
            </w:r>
          </w:p>
        </w:tc>
        <w:tc>
          <w:tcPr>
            <w:tcW w:type="dxa" w:w="1126"/>
          </w:tcPr>
          <w:p>
            <w:pPr>
              <w:spacing w:after="0"/>
              <w:jc w:val="right"/>
            </w:pPr>
          </w:p>
        </w:tc>
        <w:tc>
          <w:tcPr>
            <w:tcW w:type="dxa" w:w="1299"/>
          </w:tcPr>
          <w:p>
            <w:pPr>
              <w:spacing w:after="0"/>
              <w:jc w:val="right"/>
            </w:pPr>
            <w:r>
              <w:rPr>
                <w:sz w:val="16"/>
              </w:rPr>
              <w:t>$61,128</w:t>
            </w:r>
          </w:p>
        </w:tc>
        <w:tc>
          <w:tcPr>
            <w:tcW w:type="dxa" w:w="1164"/>
          </w:tcPr>
          <w:p>
            <w:pPr>
              <w:spacing w:after="0"/>
              <w:jc w:val="right"/>
            </w:pPr>
            <w:r>
              <w:rPr>
                <w:sz w:val="16"/>
              </w:rPr>
              <w:t>$269,189</w:t>
            </w:r>
          </w:p>
        </w:tc>
        <w:tc>
          <w:tcPr>
            <w:tcW w:type="dxa" w:w="1206"/>
          </w:tcPr>
          <w:p>
            <w:pPr>
              <w:spacing w:after="0"/>
              <w:jc w:val="right"/>
            </w:pPr>
          </w:p>
        </w:tc>
        <w:tc>
          <w:tcPr>
            <w:tcW w:type="dxa" w:w="2189"/>
          </w:tcPr>
          <w:p>
            <w:pPr>
              <w:spacing w:after="0"/>
              <w:jc w:val="left"/>
            </w:pPr>
          </w:p>
        </w:tc>
        <w:tc>
          <w:tcPr>
            <w:tcW w:type="dxa" w:w="1906"/>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6</w:t>
            </w:r>
          </w:p>
        </w:tc>
        <w:tc>
          <w:tcPr>
            <w:tcW w:type="dxa" w:w="1037"/>
          </w:tcPr>
          <w:p>
            <w:pPr>
              <w:spacing w:after="0"/>
              <w:jc w:val="left"/>
            </w:pPr>
            <w:r>
              <w:rPr>
                <w:sz w:val="16"/>
              </w:rPr>
              <w:t>Hail</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$148,178</w:t>
            </w:r>
          </w:p>
        </w:tc>
        <w:tc>
          <w:tcPr>
            <w:tcW w:type="dxa" w:w="1126"/>
          </w:tcPr>
          <w:p>
            <w:pPr>
              <w:spacing w:after="0"/>
              <w:jc w:val="right"/>
            </w:pPr>
            <w:r>
              <w:rPr>
                <w:sz w:val="16"/>
              </w:rPr>
              <w:t>$202</w:t>
            </w:r>
          </w:p>
        </w:tc>
        <w:tc>
          <w:tcPr>
            <w:tcW w:type="dxa" w:w="1299"/>
          </w:tcPr>
          <w:p>
            <w:pPr>
              <w:spacing w:after="0"/>
              <w:jc w:val="right"/>
            </w:pPr>
            <w:r>
              <w:rPr>
                <w:sz w:val="16"/>
              </w:rPr>
              <w:t>$20,252</w:t>
            </w:r>
          </w:p>
        </w:tc>
        <w:tc>
          <w:tcPr>
            <w:tcW w:type="dxa" w:w="1164"/>
          </w:tcPr>
          <w:p>
            <w:pPr>
              <w:spacing w:after="0"/>
              <w:jc w:val="right"/>
            </w:pPr>
            <w:r>
              <w:rPr>
                <w:sz w:val="16"/>
              </w:rPr>
              <w:t>$168,632</w:t>
            </w:r>
          </w:p>
        </w:tc>
        <w:tc>
          <w:tcPr>
            <w:tcW w:type="dxa" w:w="1206"/>
          </w:tcPr>
          <w:p>
            <w:pPr>
              <w:spacing w:after="0"/>
              <w:jc w:val="right"/>
            </w:pPr>
            <w:r>
              <w:rPr>
                <w:sz w:val="16"/>
              </w:rPr>
              <w:t>63</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7</w:t>
            </w:r>
          </w:p>
        </w:tc>
        <w:tc>
          <w:tcPr>
            <w:tcW w:type="dxa" w:w="1037"/>
          </w:tcPr>
          <w:p>
            <w:pPr>
              <w:spacing w:after="0"/>
              <w:jc w:val="left"/>
            </w:pPr>
            <w:r>
              <w:rPr>
                <w:sz w:val="16"/>
              </w:rPr>
              <w:t>Heat Wave</w:t>
            </w:r>
          </w:p>
        </w:tc>
        <w:tc>
          <w:tcPr>
            <w:tcW w:type="dxa" w:w="1188"/>
          </w:tcPr>
          <w:p>
            <w:pPr>
              <w:spacing w:after="0"/>
              <w:jc w:val="left"/>
            </w:pPr>
            <w:r>
              <w:rPr>
                <w:sz w:val="16"/>
              </w:rPr>
              <w:t>Relatively Low</w:t>
            </w:r>
          </w:p>
        </w:tc>
        <w:tc>
          <w:tcPr>
            <w:tcW w:type="dxa" w:w="1188"/>
          </w:tcPr>
          <w:p>
            <w:pPr>
              <w:spacing w:after="0"/>
              <w:jc w:val="left"/>
            </w:pPr>
            <w:r>
              <w:rPr>
                <w:sz w:val="16"/>
              </w:rPr>
              <w:t>Very Low</w:t>
            </w:r>
          </w:p>
        </w:tc>
        <w:tc>
          <w:tcPr>
            <w:tcW w:type="dxa" w:w="1126"/>
          </w:tcPr>
          <w:p>
            <w:pPr>
              <w:spacing w:after="0"/>
              <w:jc w:val="right"/>
            </w:pPr>
            <w:r>
              <w:rPr>
                <w:sz w:val="16"/>
              </w:rPr>
              <w:t>$7</w:t>
            </w:r>
          </w:p>
        </w:tc>
        <w:tc>
          <w:tcPr>
            <w:tcW w:type="dxa" w:w="1126"/>
          </w:tcPr>
          <w:p>
            <w:pPr>
              <w:spacing w:after="0"/>
              <w:jc w:val="right"/>
            </w:pPr>
            <w:r>
              <w:rPr>
                <w:sz w:val="16"/>
              </w:rPr>
              <w:t>under $1</w:t>
            </w:r>
          </w:p>
        </w:tc>
        <w:tc>
          <w:tcPr>
            <w:tcW w:type="dxa" w:w="1299"/>
          </w:tcPr>
          <w:p>
            <w:pPr>
              <w:spacing w:after="0"/>
              <w:jc w:val="right"/>
            </w:pPr>
            <w:r>
              <w:rPr>
                <w:sz w:val="16"/>
              </w:rPr>
              <w:t>$159,404</w:t>
            </w:r>
          </w:p>
        </w:tc>
        <w:tc>
          <w:tcPr>
            <w:tcW w:type="dxa" w:w="1164"/>
          </w:tcPr>
          <w:p>
            <w:pPr>
              <w:spacing w:after="0"/>
              <w:jc w:val="right"/>
            </w:pPr>
            <w:r>
              <w:rPr>
                <w:sz w:val="16"/>
              </w:rPr>
              <w:t>$159,411</w:t>
            </w:r>
          </w:p>
        </w:tc>
        <w:tc>
          <w:tcPr>
            <w:tcW w:type="dxa" w:w="1206"/>
          </w:tcPr>
          <w:p>
            <w:pPr>
              <w:spacing w:after="0"/>
              <w:jc w:val="right"/>
            </w:pPr>
            <w:r>
              <w:rPr>
                <w:sz w:val="16"/>
              </w:rPr>
              <w:t>2</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Wildfire</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$87,295</w:t>
            </w:r>
          </w:p>
        </w:tc>
        <w:tc>
          <w:tcPr>
            <w:tcW w:type="dxa" w:w="1126"/>
          </w:tcPr>
          <w:p>
            <w:pPr>
              <w:spacing w:after="0"/>
              <w:jc w:val="right"/>
            </w:pPr>
            <w:r>
              <w:rPr>
                <w:sz w:val="16"/>
              </w:rPr>
              <w:t>$4</w:t>
            </w:r>
          </w:p>
        </w:tc>
        <w:tc>
          <w:tcPr>
            <w:tcW w:type="dxa" w:w="1299"/>
          </w:tcPr>
          <w:p>
            <w:pPr>
              <w:spacing w:after="0"/>
              <w:jc w:val="right"/>
            </w:pPr>
            <w:r>
              <w:rPr>
                <w:sz w:val="16"/>
              </w:rPr>
              <w:t>$33,947</w:t>
            </w:r>
          </w:p>
        </w:tc>
        <w:tc>
          <w:tcPr>
            <w:tcW w:type="dxa" w:w="1164"/>
          </w:tcPr>
          <w:p>
            <w:pPr>
              <w:spacing w:after="0"/>
              <w:jc w:val="right"/>
            </w:pPr>
            <w:r>
              <w:rPr>
                <w:sz w:val="16"/>
              </w:rPr>
              <w:t>$121,247</w:t>
            </w:r>
          </w:p>
        </w:tc>
        <w:tc>
          <w:tcPr>
            <w:tcW w:type="dxa" w:w="1206"/>
          </w:tcPr>
          <w:p>
            <w:pPr>
              <w:spacing w:after="0"/>
              <w:jc w:val="right"/>
            </w:pPr>
            <w:r>
              <w:rPr>
                <w:sz w:val="16"/>
              </w:rPr>
              <w:t>1</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9</w:t>
            </w:r>
          </w:p>
        </w:tc>
        <w:tc>
          <w:tcPr>
            <w:tcW w:type="dxa" w:w="1037"/>
          </w:tcPr>
          <w:p>
            <w:pPr>
              <w:spacing w:after="0"/>
              <w:jc w:val="left"/>
            </w:pPr>
            <w:r>
              <w:rPr>
                <w:sz w:val="16"/>
              </w:rPr>
              <w:t>Winter Weather</w:t>
            </w:r>
          </w:p>
        </w:tc>
        <w:tc>
          <w:tcPr>
            <w:tcW w:type="dxa" w:w="1188"/>
          </w:tcPr>
          <w:p>
            <w:pPr>
              <w:spacing w:after="0"/>
              <w:jc w:val="left"/>
            </w:pPr>
            <w:r>
              <w:rPr>
                <w:sz w:val="16"/>
              </w:rPr>
              <w:t>Relatively Moderate</w:t>
            </w:r>
          </w:p>
        </w:tc>
        <w:tc>
          <w:tcPr>
            <w:tcW w:type="dxa" w:w="1188"/>
          </w:tcPr>
          <w:p>
            <w:pPr>
              <w:spacing w:after="0"/>
              <w:jc w:val="left"/>
            </w:pPr>
            <w:r>
              <w:rPr>
                <w:sz w:val="16"/>
              </w:rPr>
              <w:t>Relatively Moderate</w:t>
            </w:r>
          </w:p>
        </w:tc>
        <w:tc>
          <w:tcPr>
            <w:tcW w:type="dxa" w:w="1126"/>
          </w:tcPr>
          <w:p>
            <w:pPr>
              <w:spacing w:after="0"/>
              <w:jc w:val="right"/>
            </w:pPr>
            <w:r>
              <w:rPr>
                <w:sz w:val="16"/>
              </w:rPr>
              <w:t>$4,284</w:t>
            </w:r>
          </w:p>
        </w:tc>
        <w:tc>
          <w:tcPr>
            <w:tcW w:type="dxa" w:w="1126"/>
          </w:tcPr>
          <w:p>
            <w:pPr>
              <w:spacing w:after="0"/>
              <w:jc w:val="right"/>
            </w:pPr>
            <w:r>
              <w:rPr>
                <w:sz w:val="16"/>
              </w:rPr>
              <w:t>under $1</w:t>
            </w:r>
          </w:p>
        </w:tc>
        <w:tc>
          <w:tcPr>
            <w:tcW w:type="dxa" w:w="1299"/>
          </w:tcPr>
          <w:p>
            <w:pPr>
              <w:spacing w:after="0"/>
              <w:jc w:val="right"/>
            </w:pPr>
            <w:r>
              <w:rPr>
                <w:sz w:val="16"/>
              </w:rPr>
              <w:t>$104,218</w:t>
            </w:r>
          </w:p>
        </w:tc>
        <w:tc>
          <w:tcPr>
            <w:tcW w:type="dxa" w:w="1164"/>
          </w:tcPr>
          <w:p>
            <w:pPr>
              <w:spacing w:after="0"/>
              <w:jc w:val="right"/>
            </w:pPr>
            <w:r>
              <w:rPr>
                <w:sz w:val="16"/>
              </w:rPr>
              <w:t>$108,502</w:t>
            </w:r>
          </w:p>
        </w:tc>
        <w:tc>
          <w:tcPr>
            <w:tcW w:type="dxa" w:w="1206"/>
          </w:tcPr>
          <w:p>
            <w:pPr>
              <w:spacing w:after="0"/>
              <w:jc w:val="right"/>
            </w:pPr>
            <w:r>
              <w:rPr>
                <w:sz w:val="16"/>
              </w:rPr>
              <w:t>120</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10</w:t>
            </w:r>
          </w:p>
        </w:tc>
        <w:tc>
          <w:tcPr>
            <w:tcW w:type="dxa" w:w="1037"/>
          </w:tcPr>
          <w:p>
            <w:pPr>
              <w:spacing w:after="0"/>
              <w:jc w:val="left"/>
            </w:pPr>
            <w:r>
              <w:rPr>
                <w:sz w:val="16"/>
              </w:rPr>
              <w:t>Landslide</w:t>
            </w:r>
          </w:p>
        </w:tc>
        <w:tc>
          <w:tcPr>
            <w:tcW w:type="dxa" w:w="1188"/>
          </w:tcPr>
          <w:p>
            <w:pPr>
              <w:spacing w:after="0"/>
              <w:jc w:val="left"/>
            </w:pPr>
            <w:r>
              <w:rPr>
                <w:sz w:val="16"/>
              </w:rPr>
              <w:t>Relatively Moderate</w:t>
            </w:r>
          </w:p>
        </w:tc>
        <w:tc>
          <w:tcPr>
            <w:tcW w:type="dxa" w:w="1188"/>
          </w:tcPr>
          <w:p>
            <w:pPr>
              <w:spacing w:after="0"/>
              <w:jc w:val="left"/>
            </w:pPr>
            <w:r>
              <w:rPr>
                <w:sz w:val="16"/>
              </w:rPr>
              <w:t>Relatively Low</w:t>
            </w:r>
          </w:p>
        </w:tc>
        <w:tc>
          <w:tcPr>
            <w:tcW w:type="dxa" w:w="1126"/>
          </w:tcPr>
          <w:p>
            <w:pPr>
              <w:spacing w:after="0"/>
              <w:jc w:val="right"/>
            </w:pPr>
            <w:r>
              <w:rPr>
                <w:sz w:val="16"/>
              </w:rPr>
              <w:t>$3,725</w:t>
            </w:r>
          </w:p>
        </w:tc>
        <w:tc>
          <w:tcPr>
            <w:tcW w:type="dxa" w:w="1126"/>
          </w:tcPr>
          <w:p>
            <w:pPr>
              <w:spacing w:after="0"/>
              <w:jc w:val="right"/>
            </w:pPr>
          </w:p>
        </w:tc>
        <w:tc>
          <w:tcPr>
            <w:tcW w:type="dxa" w:w="1299"/>
          </w:tcPr>
          <w:p>
            <w:pPr>
              <w:spacing w:after="0"/>
              <w:jc w:val="right"/>
            </w:pPr>
            <w:r>
              <w:rPr>
                <w:sz w:val="16"/>
              </w:rPr>
              <w:t>$37,888</w:t>
            </w:r>
          </w:p>
        </w:tc>
        <w:tc>
          <w:tcPr>
            <w:tcW w:type="dxa" w:w="1164"/>
          </w:tcPr>
          <w:p>
            <w:pPr>
              <w:spacing w:after="0"/>
              <w:jc w:val="right"/>
            </w:pPr>
            <w:r>
              <w:rPr>
                <w:sz w:val="16"/>
              </w:rPr>
              <w:t>$41,613</w:t>
            </w:r>
          </w:p>
        </w:tc>
        <w:tc>
          <w:tcPr>
            <w:tcW w:type="dxa" w:w="1206"/>
          </w:tcPr>
          <w:p>
            <w:pPr>
              <w:spacing w:after="0"/>
              <w:jc w:val="right"/>
            </w:pPr>
            <w:r>
              <w:rPr>
                <w:sz w:val="16"/>
              </w:rPr>
              <w:t>2</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11</w:t>
            </w:r>
          </w:p>
        </w:tc>
        <w:tc>
          <w:tcPr>
            <w:tcW w:type="dxa" w:w="1037"/>
          </w:tcPr>
          <w:p>
            <w:pPr>
              <w:spacing w:after="0"/>
              <w:jc w:val="left"/>
            </w:pPr>
            <w:r>
              <w:rPr>
                <w:sz w:val="16"/>
              </w:rPr>
              <w:t>Lightning</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$4,880</w:t>
            </w:r>
          </w:p>
        </w:tc>
        <w:tc>
          <w:tcPr>
            <w:tcW w:type="dxa" w:w="1126"/>
          </w:tcPr>
          <w:p>
            <w:pPr>
              <w:spacing w:after="0"/>
              <w:jc w:val="right"/>
            </w:pPr>
          </w:p>
        </w:tc>
        <w:tc>
          <w:tcPr>
            <w:tcW w:type="dxa" w:w="1299"/>
          </w:tcPr>
          <w:p>
            <w:pPr>
              <w:spacing w:after="0"/>
              <w:jc w:val="right"/>
            </w:pPr>
            <w:r>
              <w:rPr>
                <w:sz w:val="16"/>
              </w:rPr>
              <w:t>$34,684</w:t>
            </w:r>
          </w:p>
        </w:tc>
        <w:tc>
          <w:tcPr>
            <w:tcW w:type="dxa" w:w="1164"/>
          </w:tcPr>
          <w:p>
            <w:pPr>
              <w:spacing w:after="0"/>
              <w:jc w:val="right"/>
            </w:pPr>
            <w:r>
              <w:rPr>
                <w:sz w:val="16"/>
              </w:rPr>
              <w:t>$39,564</w:t>
            </w:r>
          </w:p>
        </w:tc>
        <w:tc>
          <w:tcPr>
            <w:tcW w:type="dxa" w:w="1206"/>
          </w:tcPr>
          <w:p>
            <w:pPr>
              <w:spacing w:after="0"/>
              <w:jc w:val="right"/>
            </w:pPr>
            <w:r>
              <w:rPr>
                <w:sz w:val="16"/>
              </w:rPr>
              <w:t>0</w:t>
            </w:r>
          </w:p>
        </w:tc>
        <w:tc>
          <w:tcPr>
            <w:tcW w:type="dxa" w:w="2189"/>
          </w:tcPr>
          <w:p>
            <w:pPr>
              <w:spacing w:after="0"/>
              <w:jc w:val="left"/>
            </w:pPr>
          </w:p>
        </w:tc>
        <w:tc>
          <w:tcPr>
            <w:tcW w:type="dxa" w:w="190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r>
              <w:rPr>
                <w:sz w:val="16"/>
              </w:rPr>
              <w:t>12</w:t>
            </w:r>
          </w:p>
        </w:tc>
        <w:tc>
          <w:tcPr>
            <w:tcW w:type="dxa" w:w="1037"/>
          </w:tcPr>
          <w:p>
            <w:pPr>
              <w:spacing w:after="0"/>
              <w:jc w:val="left"/>
            </w:pPr>
            <w:r>
              <w:rPr>
                <w:sz w:val="16"/>
              </w:rPr>
              <w:t>Hurricane</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$25,480</w:t>
            </w:r>
          </w:p>
        </w:tc>
        <w:tc>
          <w:tcPr>
            <w:tcW w:type="dxa" w:w="1126"/>
          </w:tcPr>
          <w:p>
            <w:pPr>
              <w:spacing w:after="0"/>
              <w:jc w:val="right"/>
            </w:pPr>
            <w:r>
              <w:rPr>
                <w:sz w:val="16"/>
              </w:rPr>
              <w:t>$37</w:t>
            </w:r>
          </w:p>
        </w:tc>
        <w:tc>
          <w:tcPr>
            <w:tcW w:type="dxa" w:w="1299"/>
          </w:tcPr>
          <w:p>
            <w:pPr>
              <w:spacing w:after="0"/>
              <w:jc w:val="right"/>
            </w:pPr>
            <w:r>
              <w:rPr>
                <w:sz w:val="16"/>
              </w:rPr>
              <w:t>$688</w:t>
            </w:r>
          </w:p>
        </w:tc>
        <w:tc>
          <w:tcPr>
            <w:tcW w:type="dxa" w:w="1164"/>
          </w:tcPr>
          <w:p>
            <w:pPr>
              <w:spacing w:after="0"/>
              <w:jc w:val="right"/>
            </w:pPr>
            <w:r>
              <w:rPr>
                <w:sz w:val="16"/>
              </w:rPr>
              <w:t>$26,205</w:t>
            </w:r>
          </w:p>
        </w:tc>
        <w:tc>
          <w:tcPr>
            <w:tcW w:type="dxa" w:w="1206"/>
          </w:tcPr>
          <w:p>
            <w:pPr>
              <w:spacing w:after="0"/>
              <w:jc w:val="right"/>
            </w:pPr>
            <w:r>
              <w:rPr>
                <w:sz w:val="16"/>
              </w:rPr>
              <w:t>0</w:t>
            </w:r>
          </w:p>
        </w:tc>
        <w:tc>
          <w:tcPr>
            <w:tcW w:type="dxa" w:w="2189"/>
          </w:tcPr>
          <w:p>
            <w:pPr>
              <w:spacing w:after="0"/>
              <w:jc w:val="left"/>
            </w:pPr>
          </w:p>
        </w:tc>
        <w:tc>
          <w:tcPr>
            <w:tcW w:type="dxa" w:w="1906"/>
          </w:tcPr>
          <w:p>
            <w:pPr>
              <w:spacing w:after="0"/>
              <w:jc w:val="left"/>
            </w:pPr>
            <w:r>
              <w:rPr>
                <w:sz w:val="16"/>
              </w:rPr>
              <w:t>Declared 1 time; no Storm Events record of this type.</w:t>
            </w:r>
          </w:p>
        </w:tc>
      </w:tr>
      <w:tr>
        <w:trPr>
          <w:cantSplit/>
        </w:trPr>
        <w:tc>
          <w:tcPr>
            <w:tcW w:type="dxa" w:w="684"/>
          </w:tcPr>
          <w:p>
            <w:pPr>
              <w:spacing w:after="0"/>
              <w:jc w:val="right"/>
            </w:pPr>
            <w:r>
              <w:rPr>
                <w:sz w:val="16"/>
              </w:rPr>
              <w:t>13</w:t>
            </w:r>
          </w:p>
        </w:tc>
        <w:tc>
          <w:tcPr>
            <w:tcW w:type="dxa" w:w="1037"/>
          </w:tcPr>
          <w:p>
            <w:pPr>
              <w:spacing w:after="0"/>
              <w:jc w:val="left"/>
            </w:pPr>
            <w:r>
              <w:rPr>
                <w:sz w:val="16"/>
              </w:rPr>
              <w:t>Ice Storm</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$13,693</w:t>
            </w:r>
          </w:p>
        </w:tc>
        <w:tc>
          <w:tcPr>
            <w:tcW w:type="dxa" w:w="1126"/>
          </w:tcPr>
          <w:p>
            <w:pPr>
              <w:spacing w:after="0"/>
              <w:jc w:val="right"/>
            </w:pPr>
          </w:p>
        </w:tc>
        <w:tc>
          <w:tcPr>
            <w:tcW w:type="dxa" w:w="1299"/>
          </w:tcPr>
          <w:p>
            <w:pPr>
              <w:spacing w:after="0"/>
              <w:jc w:val="right"/>
            </w:pPr>
            <w:r>
              <w:rPr>
                <w:sz w:val="16"/>
              </w:rPr>
              <w:t>$2,370</w:t>
            </w:r>
          </w:p>
        </w:tc>
        <w:tc>
          <w:tcPr>
            <w:tcW w:type="dxa" w:w="1164"/>
          </w:tcPr>
          <w:p>
            <w:pPr>
              <w:spacing w:after="0"/>
              <w:jc w:val="right"/>
            </w:pPr>
            <w:r>
              <w:rPr>
                <w:sz w:val="16"/>
              </w:rPr>
              <w:t>$16,063</w:t>
            </w:r>
          </w:p>
        </w:tc>
        <w:tc>
          <w:tcPr>
            <w:tcW w:type="dxa" w:w="1206"/>
          </w:tcPr>
          <w:p>
            <w:pPr>
              <w:spacing w:after="0"/>
              <w:jc w:val="right"/>
            </w:pPr>
            <w:r>
              <w:rPr>
                <w:sz w:val="16"/>
              </w:rPr>
              <w:t>4</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14</w:t>
            </w:r>
          </w:p>
        </w:tc>
        <w:tc>
          <w:tcPr>
            <w:tcW w:type="dxa" w:w="1037"/>
          </w:tcPr>
          <w:p>
            <w:pPr>
              <w:spacing w:after="0"/>
              <w:jc w:val="left"/>
            </w:pPr>
            <w:r>
              <w:rPr>
                <w:sz w:val="16"/>
              </w:rPr>
              <w:t>Avalanche</w:t>
            </w:r>
          </w:p>
        </w:tc>
        <w:tc>
          <w:tcPr>
            <w:tcW w:type="dxa" w:w="1188"/>
          </w:tcPr>
          <w:p>
            <w:pPr>
              <w:spacing w:after="0"/>
              <w:jc w:val="left"/>
            </w:pPr>
            <w:r>
              <w:rPr>
                <w:sz w:val="16"/>
              </w:rPr>
              <w:t>Relatively Low</w:t>
            </w:r>
          </w:p>
        </w:tc>
        <w:tc>
          <w:tcPr>
            <w:tcW w:type="dxa" w:w="118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299"/>
          </w:tcPr>
          <w:p>
            <w:pPr>
              <w:spacing w:after="0"/>
              <w:jc w:val="right"/>
            </w:pPr>
            <w:r>
              <w:rPr>
                <w:sz w:val="16"/>
              </w:rPr>
              <w:t>$11,284</w:t>
            </w:r>
          </w:p>
        </w:tc>
        <w:tc>
          <w:tcPr>
            <w:tcW w:type="dxa" w:w="1164"/>
          </w:tcPr>
          <w:p>
            <w:pPr>
              <w:spacing w:after="0"/>
              <w:jc w:val="right"/>
            </w:pPr>
            <w:r>
              <w:rPr>
                <w:sz w:val="16"/>
              </w:rPr>
              <w:t>$11,285</w:t>
            </w:r>
          </w:p>
        </w:tc>
        <w:tc>
          <w:tcPr>
            <w:tcW w:type="dxa" w:w="1206"/>
          </w:tcPr>
          <w:p>
            <w:pPr>
              <w:spacing w:after="0"/>
              <w:jc w:val="right"/>
            </w:pPr>
            <w:r>
              <w:rPr>
                <w:sz w:val="16"/>
              </w:rPr>
              <w:t>0</w:t>
            </w:r>
          </w:p>
        </w:tc>
        <w:tc>
          <w:tcPr>
            <w:tcW w:type="dxa" w:w="2189"/>
          </w:tcPr>
          <w:p>
            <w:pPr>
              <w:spacing w:after="0"/>
              <w:jc w:val="left"/>
            </w:pPr>
          </w:p>
        </w:tc>
        <w:tc>
          <w:tcPr>
            <w:tcW w:type="dxa" w:w="1906"/>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15</w:t>
            </w:r>
          </w:p>
        </w:tc>
        <w:tc>
          <w:tcPr>
            <w:tcW w:type="dxa" w:w="1037"/>
          </w:tcPr>
          <w:p>
            <w:pPr>
              <w:spacing w:after="0"/>
              <w:jc w:val="left"/>
            </w:pPr>
            <w:r>
              <w:rPr>
                <w:sz w:val="16"/>
              </w:rPr>
              <w:t>Drought</w:t>
            </w:r>
          </w:p>
        </w:tc>
        <w:tc>
          <w:tcPr>
            <w:tcW w:type="dxa" w:w="1188"/>
          </w:tcPr>
          <w:p>
            <w:pPr>
              <w:spacing w:after="0"/>
              <w:jc w:val="left"/>
            </w:pPr>
            <w:r>
              <w:rPr>
                <w:sz w:val="16"/>
              </w:rPr>
              <w:t>No Rating</w:t>
            </w:r>
          </w:p>
        </w:tc>
        <w:tc>
          <w:tcPr>
            <w:tcW w:type="dxa" w:w="1188"/>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99"/>
          </w:tcPr>
          <w:p>
            <w:pPr>
              <w:spacing w:after="0"/>
              <w:jc w:val="right"/>
            </w:pPr>
          </w:p>
        </w:tc>
        <w:tc>
          <w:tcPr>
            <w:tcW w:type="dxa" w:w="1164"/>
          </w:tcPr>
          <w:p>
            <w:pPr>
              <w:spacing w:after="0"/>
              <w:jc w:val="right"/>
            </w:pPr>
            <w:r>
              <w:rPr>
                <w:sz w:val="16"/>
              </w:rPr>
              <w:t>$0</w:t>
            </w:r>
          </w:p>
        </w:tc>
        <w:tc>
          <w:tcPr>
            <w:tcW w:type="dxa" w:w="1206"/>
          </w:tcPr>
          <w:p>
            <w:pPr>
              <w:spacing w:after="0"/>
              <w:jc w:val="right"/>
            </w:pPr>
            <w:r>
              <w:rPr>
                <w:sz w:val="16"/>
              </w:rPr>
              <w:t>3</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p>
        </w:tc>
        <w:tc>
          <w:tcPr>
            <w:tcW w:type="dxa" w:w="1037"/>
          </w:tcPr>
          <w:p>
            <w:pPr>
              <w:spacing w:after="0"/>
              <w:jc w:val="left"/>
            </w:pPr>
            <w:r>
              <w:rPr>
                <w:sz w:val="16"/>
              </w:rPr>
              <w:t>Coastal Flooding</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9"/>
          </w:tcPr>
          <w:p>
            <w:pPr>
              <w:spacing w:after="0"/>
              <w:jc w:val="right"/>
            </w:pPr>
          </w:p>
        </w:tc>
        <w:tc>
          <w:tcPr>
            <w:tcW w:type="dxa" w:w="1164"/>
          </w:tcPr>
          <w:p>
            <w:pPr>
              <w:spacing w:after="0"/>
              <w:jc w:val="right"/>
            </w:pPr>
          </w:p>
        </w:tc>
        <w:tc>
          <w:tcPr>
            <w:tcW w:type="dxa" w:w="1206"/>
          </w:tcPr>
          <w:p>
            <w:pPr>
              <w:spacing w:after="0"/>
              <w:jc w:val="right"/>
            </w:pPr>
            <w:r>
              <w:rPr>
                <w:sz w:val="16"/>
              </w:rPr>
              <w:t>0</w:t>
            </w:r>
          </w:p>
        </w:tc>
        <w:tc>
          <w:tcPr>
            <w:tcW w:type="dxa" w:w="2189"/>
          </w:tcPr>
          <w:p>
            <w:pPr>
              <w:spacing w:after="0"/>
              <w:jc w:val="left"/>
            </w:pPr>
            <w:r>
              <w:rPr>
                <w:sz w:val="16"/>
              </w:rPr>
              <w:t>NRI rates coastal flooding Not Applicable for this county, and no federal declaration for this county names it.</w:t>
            </w:r>
          </w:p>
        </w:tc>
        <w:tc>
          <w:tcPr>
            <w:tcW w:type="dxa" w:w="1906"/>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9"/>
          </w:tcPr>
          <w:p>
            <w:pPr>
              <w:spacing w:after="0"/>
              <w:jc w:val="right"/>
            </w:pPr>
          </w:p>
        </w:tc>
        <w:tc>
          <w:tcPr>
            <w:tcW w:type="dxa" w:w="1164"/>
          </w:tcPr>
          <w:p>
            <w:pPr>
              <w:spacing w:after="0"/>
              <w:jc w:val="right"/>
            </w:pPr>
          </w:p>
        </w:tc>
        <w:tc>
          <w:tcPr>
            <w:tcW w:type="dxa" w:w="1206"/>
          </w:tcPr>
          <w:p>
            <w:pPr>
              <w:spacing w:after="0"/>
              <w:jc w:val="right"/>
            </w:pPr>
            <w:r>
              <w:rPr>
                <w:sz w:val="16"/>
              </w:rPr>
              <w:t>0</w:t>
            </w:r>
          </w:p>
        </w:tc>
        <w:tc>
          <w:tcPr>
            <w:tcW w:type="dxa" w:w="2189"/>
          </w:tcPr>
          <w:p>
            <w:pPr>
              <w:spacing w:after="0"/>
              <w:jc w:val="left"/>
            </w:pPr>
            <w:r>
              <w:rPr>
                <w:sz w:val="16"/>
              </w:rPr>
              <w:t>NRI rates tsunami Not Applicable for this county, and no federal declaration for this county names it.</w:t>
            </w:r>
          </w:p>
        </w:tc>
        <w:tc>
          <w:tcPr>
            <w:tcW w:type="dxa" w:w="190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9"/>
          </w:tcPr>
          <w:p>
            <w:pPr>
              <w:spacing w:after="0"/>
              <w:jc w:val="right"/>
            </w:pPr>
          </w:p>
        </w:tc>
        <w:tc>
          <w:tcPr>
            <w:tcW w:type="dxa" w:w="1164"/>
          </w:tcPr>
          <w:p>
            <w:pPr>
              <w:spacing w:after="0"/>
              <w:jc w:val="right"/>
            </w:pPr>
          </w:p>
        </w:tc>
        <w:tc>
          <w:tcPr>
            <w:tcW w:type="dxa" w:w="1206"/>
          </w:tcPr>
          <w:p>
            <w:pPr>
              <w:spacing w:after="0"/>
              <w:jc w:val="right"/>
            </w:pPr>
            <w:r>
              <w:rPr>
                <w:sz w:val="16"/>
              </w:rPr>
              <w:t>0</w:t>
            </w:r>
          </w:p>
        </w:tc>
        <w:tc>
          <w:tcPr>
            <w:tcW w:type="dxa" w:w="2189"/>
          </w:tcPr>
          <w:p>
            <w:pPr>
              <w:spacing w:after="0"/>
              <w:jc w:val="left"/>
            </w:pPr>
            <w:r>
              <w:rPr>
                <w:sz w:val="16"/>
              </w:rPr>
              <w:t>NRI rates volcanic activity Not Applicable for this county, and no federal declaration for this county names it.</w:t>
            </w:r>
          </w:p>
        </w:tc>
        <w:tc>
          <w:tcPr>
            <w:tcW w:type="dxa" w:w="190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11 of 11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0"/>
        <w:gridCol w:w="1814"/>
        <w:gridCol w:w="1658"/>
        <w:gridCol w:w="1474"/>
        <w:gridCol w:w="1467"/>
        <w:gridCol w:w="1683"/>
        <w:gridCol w:w="1742"/>
        <w:gridCol w:w="2413"/>
      </w:tblGrid>
      <w:tr>
        <w:trPr>
          <w:cantSplit/>
          <w:tblHeader/>
        </w:trPr>
        <w:tc>
          <w:tcPr>
            <w:tcW w:type="dxa" w:w="1860"/>
            <w:shd w:val="clear" w:color="auto" w:fill="E8E8E8"/>
          </w:tcPr>
          <w:p>
            <w:pPr>
              <w:spacing w:after="0"/>
              <w:jc w:val="left"/>
            </w:pPr>
            <w:r>
              <w:rPr>
                <w:b/>
                <w:sz w:val="16"/>
              </w:rPr>
              <w:t>Hazard</w:t>
            </w:r>
          </w:p>
        </w:tc>
        <w:tc>
          <w:tcPr>
            <w:tcW w:type="dxa" w:w="1814"/>
            <w:shd w:val="clear" w:color="auto" w:fill="E8E8E8"/>
          </w:tcPr>
          <w:p>
            <w:pPr>
              <w:spacing w:after="0"/>
              <w:jc w:val="left"/>
            </w:pPr>
            <w:r>
              <w:rPr>
                <w:b/>
                <w:sz w:val="16"/>
              </w:rPr>
              <w:t>Scale</w:t>
            </w:r>
          </w:p>
        </w:tc>
        <w:tc>
          <w:tcPr>
            <w:tcW w:type="dxa" w:w="1658"/>
            <w:shd w:val="clear" w:color="auto" w:fill="E8E8E8"/>
          </w:tcPr>
          <w:p>
            <w:pPr>
              <w:spacing w:after="0"/>
              <w:jc w:val="right"/>
            </w:pPr>
            <w:r>
              <w:rPr>
                <w:b/>
                <w:sz w:val="16"/>
              </w:rPr>
              <w:t>Records</w:t>
            </w:r>
          </w:p>
          <w:p>
            <w:pPr>
              <w:spacing w:after="0"/>
              <w:jc w:val="right"/>
            </w:pPr>
            <w:r>
              <w:rPr>
                <w:i/>
                <w:color w:val="555555"/>
                <w:sz w:val="14"/>
              </w:rPr>
              <w:t>count, years</w:t>
            </w:r>
          </w:p>
        </w:tc>
        <w:tc>
          <w:tcPr>
            <w:tcW w:type="dxa" w:w="1474"/>
            <w:shd w:val="clear" w:color="auto" w:fill="E8E8E8"/>
          </w:tcPr>
          <w:p>
            <w:pPr>
              <w:spacing w:after="0"/>
              <w:jc w:val="left"/>
            </w:pPr>
            <w:r>
              <w:rPr>
                <w:b/>
                <w:sz w:val="16"/>
              </w:rPr>
              <w:t>Observed range</w:t>
            </w:r>
          </w:p>
        </w:tc>
        <w:tc>
          <w:tcPr>
            <w:tcW w:type="dxa" w:w="1467"/>
            <w:shd w:val="clear" w:color="auto" w:fill="E8E8E8"/>
          </w:tcPr>
          <w:p>
            <w:pPr>
              <w:spacing w:after="0"/>
              <w:jc w:val="left"/>
            </w:pPr>
            <w:r>
              <w:rPr>
                <w:b/>
                <w:sz w:val="16"/>
              </w:rPr>
              <w:t>Worst recorded event</w:t>
            </w:r>
          </w:p>
        </w:tc>
        <w:tc>
          <w:tcPr>
            <w:tcW w:type="dxa" w:w="1683"/>
            <w:shd w:val="clear" w:color="auto" w:fill="E8E8E8"/>
          </w:tcPr>
          <w:p>
            <w:pPr>
              <w:spacing w:after="0"/>
              <w:jc w:val="left"/>
            </w:pPr>
            <w:r>
              <w:rPr>
                <w:b/>
                <w:sz w:val="16"/>
              </w:rPr>
              <w:t>Most damaging (when different)</w:t>
            </w:r>
          </w:p>
        </w:tc>
        <w:tc>
          <w:tcPr>
            <w:tcW w:type="dxa" w:w="1742"/>
            <w:shd w:val="clear" w:color="auto" w:fill="E8E8E8"/>
          </w:tcPr>
          <w:p>
            <w:pPr>
              <w:spacing w:after="0"/>
              <w:jc w:val="left"/>
            </w:pPr>
            <w:r>
              <w:rPr>
                <w:b/>
                <w:sz w:val="16"/>
              </w:rPr>
              <w:t>How it applies to members</w:t>
            </w:r>
          </w:p>
        </w:tc>
        <w:tc>
          <w:tcPr>
            <w:tcW w:type="dxa" w:w="2413"/>
            <w:shd w:val="clear" w:color="auto" w:fill="E8E8E8"/>
          </w:tcPr>
          <w:p>
            <w:pPr>
              <w:spacing w:after="0"/>
              <w:jc w:val="left"/>
            </w:pPr>
            <w:r>
              <w:rPr>
                <w:b/>
                <w:sz w:val="16"/>
              </w:rPr>
              <w:t>Note</w:t>
            </w:r>
          </w:p>
        </w:tc>
      </w:tr>
      <w:tr>
        <w:trPr>
          <w:cantSplit/>
        </w:trPr>
        <w:tc>
          <w:tcPr>
            <w:tcW w:type="dxa" w:w="1860"/>
          </w:tcPr>
          <w:p>
            <w:pPr>
              <w:spacing w:after="0"/>
              <w:jc w:val="left"/>
            </w:pPr>
            <w:r>
              <w:rPr>
                <w:sz w:val="16"/>
              </w:rPr>
              <w:t>Avalanche</w:t>
            </w:r>
          </w:p>
        </w:tc>
        <w:tc>
          <w:tcPr>
            <w:tcW w:type="dxa" w:w="1814"/>
          </w:tcPr>
          <w:p>
            <w:pPr>
              <w:spacing w:after="0"/>
              <w:jc w:val="left"/>
            </w:pPr>
            <w:r>
              <w:rPr>
                <w:sz w:val="16"/>
              </w:rPr>
              <w:t>none (count and damage)</w:t>
            </w:r>
          </w:p>
        </w:tc>
        <w:tc>
          <w:tcPr>
            <w:tcW w:type="dxa" w:w="1658"/>
          </w:tcPr>
          <w:p>
            <w:pPr>
              <w:spacing w:after="0"/>
              <w:jc w:val="right"/>
            </w:pPr>
            <w:r>
              <w:rPr>
                <w:sz w:val="16"/>
              </w:rPr>
              <w:t>0</w:t>
            </w:r>
          </w:p>
        </w:tc>
        <w:tc>
          <w:tcPr>
            <w:tcW w:type="dxa" w:w="1474"/>
          </w:tcPr>
          <w:p>
            <w:pPr>
              <w:spacing w:after="0"/>
              <w:jc w:val="left"/>
            </w:pPr>
          </w:p>
        </w:tc>
        <w:tc>
          <w:tcPr>
            <w:tcW w:type="dxa" w:w="1467"/>
          </w:tcPr>
          <w:p>
            <w:pPr>
              <w:spacing w:after="0"/>
              <w:jc w:val="left"/>
            </w:pPr>
          </w:p>
        </w:tc>
        <w:tc>
          <w:tcPr>
            <w:tcW w:type="dxa" w:w="1683"/>
          </w:tcPr>
          <w:p>
            <w:pPr>
              <w:spacing w:after="0"/>
              <w:jc w:val="left"/>
            </w:pPr>
          </w:p>
        </w:tc>
        <w:tc>
          <w:tcPr>
            <w:tcW w:type="dxa" w:w="1742"/>
          </w:tcPr>
          <w:p>
            <w:pPr>
              <w:spacing w:after="0"/>
              <w:jc w:val="left"/>
            </w:pPr>
          </w:p>
        </w:tc>
        <w:tc>
          <w:tcPr>
            <w:tcW w:type="dxa" w:w="2413"/>
          </w:tcPr>
          <w:p>
            <w:pPr>
              <w:spacing w:after="0"/>
              <w:jc w:val="left"/>
            </w:pPr>
            <w:r>
              <w:rPr>
                <w:sz w:val="16"/>
              </w:rPr>
              <w:t>Physical measure: in event narratives only; local data required.</w:t>
            </w:r>
          </w:p>
        </w:tc>
      </w:tr>
      <w:tr>
        <w:trPr>
          <w:cantSplit/>
        </w:trPr>
        <w:tc>
          <w:tcPr>
            <w:tcW w:type="dxa" w:w="1860"/>
          </w:tcPr>
          <w:p>
            <w:pPr>
              <w:spacing w:after="0"/>
              <w:jc w:val="left"/>
            </w:pPr>
            <w:r>
              <w:rPr>
                <w:sz w:val="16"/>
              </w:rPr>
              <w:t>Coastal Flood, Storm Surge/Tide</w:t>
            </w:r>
          </w:p>
        </w:tc>
        <w:tc>
          <w:tcPr>
            <w:tcW w:type="dxa" w:w="1814"/>
          </w:tcPr>
          <w:p>
            <w:pPr>
              <w:spacing w:after="0"/>
              <w:jc w:val="left"/>
            </w:pPr>
            <w:r>
              <w:rPr>
                <w:sz w:val="16"/>
              </w:rPr>
              <w:t>none in data (FIRM for depth)</w:t>
            </w:r>
          </w:p>
        </w:tc>
        <w:tc>
          <w:tcPr>
            <w:tcW w:type="dxa" w:w="1658"/>
          </w:tcPr>
          <w:p>
            <w:pPr>
              <w:spacing w:after="0"/>
              <w:jc w:val="right"/>
            </w:pPr>
            <w:r>
              <w:rPr>
                <w:sz w:val="16"/>
              </w:rPr>
              <w:t>0</w:t>
            </w:r>
          </w:p>
        </w:tc>
        <w:tc>
          <w:tcPr>
            <w:tcW w:type="dxa" w:w="1474"/>
          </w:tcPr>
          <w:p>
            <w:pPr>
              <w:spacing w:after="0"/>
              <w:jc w:val="left"/>
            </w:pPr>
          </w:p>
        </w:tc>
        <w:tc>
          <w:tcPr>
            <w:tcW w:type="dxa" w:w="1467"/>
          </w:tcPr>
          <w:p>
            <w:pPr>
              <w:spacing w:after="0"/>
              <w:jc w:val="left"/>
            </w:pPr>
          </w:p>
        </w:tc>
        <w:tc>
          <w:tcPr>
            <w:tcW w:type="dxa" w:w="1683"/>
          </w:tcPr>
          <w:p>
            <w:pPr>
              <w:spacing w:after="0"/>
              <w:jc w:val="left"/>
            </w:pPr>
          </w:p>
        </w:tc>
        <w:tc>
          <w:tcPr>
            <w:tcW w:type="dxa" w:w="1742"/>
          </w:tcPr>
          <w:p>
            <w:pPr>
              <w:spacing w:after="0"/>
              <w:jc w:val="left"/>
            </w:pPr>
          </w:p>
        </w:tc>
        <w:tc>
          <w:tcPr>
            <w:tcW w:type="dxa" w:w="2413"/>
          </w:tcPr>
          <w:p>
            <w:pPr>
              <w:spacing w:after="0"/>
              <w:jc w:val="left"/>
            </w:pPr>
            <w:r>
              <w:rPr>
                <w:sz w:val="16"/>
              </w:rPr>
              <w:t>Flood depth: see the FEMA Flood Insurance Rate Map.</w:t>
            </w:r>
          </w:p>
        </w:tc>
      </w:tr>
      <w:tr>
        <w:trPr>
          <w:cantSplit/>
        </w:trPr>
        <w:tc>
          <w:tcPr>
            <w:tcW w:type="dxa" w:w="1860"/>
          </w:tcPr>
          <w:p>
            <w:pPr>
              <w:spacing w:after="0"/>
              <w:jc w:val="left"/>
            </w:pPr>
            <w:r>
              <w:rPr>
                <w:sz w:val="16"/>
              </w:rPr>
              <w:t>Cold/Wind Chill, Extreme Cold/Wind Chill</w:t>
            </w:r>
          </w:p>
        </w:tc>
        <w:tc>
          <w:tcPr>
            <w:tcW w:type="dxa" w:w="1814"/>
          </w:tcPr>
          <w:p>
            <w:pPr>
              <w:spacing w:after="0"/>
              <w:jc w:val="left"/>
            </w:pPr>
            <w:r>
              <w:rPr>
                <w:sz w:val="16"/>
              </w:rPr>
              <w:t>wind chill</w:t>
            </w:r>
          </w:p>
        </w:tc>
        <w:tc>
          <w:tcPr>
            <w:tcW w:type="dxa" w:w="1658"/>
          </w:tcPr>
          <w:p>
            <w:pPr>
              <w:spacing w:after="0"/>
              <w:jc w:val="right"/>
            </w:pPr>
            <w:r>
              <w:rPr>
                <w:sz w:val="16"/>
              </w:rPr>
              <w:t>1, 2015 to 2015 (1 zone-level)</w:t>
            </w:r>
          </w:p>
        </w:tc>
        <w:tc>
          <w:tcPr>
            <w:tcW w:type="dxa" w:w="1474"/>
          </w:tcPr>
          <w:p>
            <w:pPr>
              <w:spacing w:after="0"/>
              <w:jc w:val="left"/>
            </w:pPr>
            <w:r>
              <w:rPr>
                <w:sz w:val="16"/>
              </w:rPr>
              <w:t>2 days; 1 with a recorded value</w:t>
            </w:r>
          </w:p>
        </w:tc>
        <w:tc>
          <w:tcPr>
            <w:tcW w:type="dxa" w:w="1467"/>
          </w:tcPr>
          <w:p>
            <w:pPr>
              <w:spacing w:after="0"/>
              <w:jc w:val="left"/>
            </w:pPr>
            <w:r>
              <w:rPr>
                <w:sz w:val="16"/>
              </w:rPr>
              <w:t>2 consecutive days, 2015-02-19 to 2015-02-20, zone-level</w:t>
            </w:r>
          </w:p>
        </w:tc>
        <w:tc>
          <w:tcPr>
            <w:tcW w:type="dxa" w:w="1683"/>
          </w:tcPr>
          <w:p>
            <w:pPr>
              <w:spacing w:after="0"/>
              <w:jc w:val="left"/>
            </w:pPr>
          </w:p>
        </w:tc>
        <w:tc>
          <w:tcPr>
            <w:tcW w:type="dxa" w:w="1742"/>
          </w:tcPr>
          <w:p>
            <w:pPr>
              <w:spacing w:after="0"/>
              <w:jc w:val="left"/>
            </w:pPr>
            <w:r>
              <w:rPr>
                <w:sz w:val="16"/>
              </w:rPr>
              <w:t>Zone-level records: applies countywide; national data do not locate these events within the county.</w:t>
            </w:r>
          </w:p>
        </w:tc>
        <w:tc>
          <w:tcPr>
            <w:tcW w:type="dxa" w:w="2413"/>
          </w:tcPr>
          <w:p>
            <w:pPr>
              <w:spacing w:after="0"/>
              <w:jc w:val="left"/>
            </w:pPr>
            <w:r>
              <w:rPr>
                <w:sz w:val="16"/>
              </w:rPr>
              <w:t>Wind chill: in event narratives only; local data required.</w:t>
            </w:r>
          </w:p>
        </w:tc>
      </w:tr>
      <w:tr>
        <w:trPr>
          <w:cantSplit/>
        </w:trPr>
        <w:tc>
          <w:tcPr>
            <w:tcW w:type="dxa" w:w="1860"/>
          </w:tcPr>
          <w:p>
            <w:pPr>
              <w:spacing w:after="0"/>
              <w:jc w:val="left"/>
            </w:pPr>
            <w:r>
              <w:rPr>
                <w:sz w:val="16"/>
              </w:rPr>
              <w:t>Frost/Freeze (outside NRI Cold Wave definition)</w:t>
            </w:r>
          </w:p>
        </w:tc>
        <w:tc>
          <w:tcPr>
            <w:tcW w:type="dxa" w:w="1814"/>
          </w:tcPr>
          <w:p>
            <w:pPr>
              <w:spacing w:after="0"/>
              <w:jc w:val="left"/>
            </w:pPr>
            <w:r>
              <w:rPr>
                <w:sz w:val="16"/>
              </w:rPr>
              <w:t>crop damage</w:t>
            </w:r>
          </w:p>
        </w:tc>
        <w:tc>
          <w:tcPr>
            <w:tcW w:type="dxa" w:w="1658"/>
          </w:tcPr>
          <w:p>
            <w:pPr>
              <w:spacing w:after="0"/>
              <w:jc w:val="right"/>
            </w:pPr>
            <w:r>
              <w:rPr>
                <w:sz w:val="16"/>
              </w:rPr>
              <w:t>13, 2007 to 2020 (13 zone-level)</w:t>
            </w:r>
          </w:p>
        </w:tc>
        <w:tc>
          <w:tcPr>
            <w:tcW w:type="dxa" w:w="1474"/>
          </w:tcPr>
          <w:p>
            <w:pPr>
              <w:spacing w:after="0"/>
              <w:jc w:val="left"/>
            </w:pPr>
          </w:p>
        </w:tc>
        <w:tc>
          <w:tcPr>
            <w:tcW w:type="dxa" w:w="1467"/>
          </w:tcPr>
          <w:p>
            <w:pPr>
              <w:spacing w:after="0"/>
              <w:jc w:val="left"/>
            </w:pPr>
            <w:r>
              <w:rPr>
                <w:sz w:val="16"/>
              </w:rPr>
              <w:t>No crop damage reported in 13 records.</w:t>
            </w:r>
          </w:p>
        </w:tc>
        <w:tc>
          <w:tcPr>
            <w:tcW w:type="dxa" w:w="1683"/>
          </w:tcPr>
          <w:p>
            <w:pPr>
              <w:spacing w:after="0"/>
              <w:jc w:val="left"/>
            </w:pPr>
          </w:p>
        </w:tc>
        <w:tc>
          <w:tcPr>
            <w:tcW w:type="dxa" w:w="1742"/>
          </w:tcPr>
          <w:p>
            <w:pPr>
              <w:spacing w:after="0"/>
              <w:jc w:val="left"/>
            </w:pPr>
            <w:r>
              <w:rPr>
                <w:sz w:val="16"/>
              </w:rPr>
              <w:t>Zone-level records: applies countywide; national data do not locate these events within the county.</w:t>
            </w:r>
          </w:p>
        </w:tc>
        <w:tc>
          <w:tcPr>
            <w:tcW w:type="dxa" w:w="2413"/>
          </w:tcPr>
          <w:p>
            <w:pPr>
              <w:spacing w:after="0"/>
              <w:jc w:val="left"/>
            </w:pPr>
            <w:r>
              <w:rPr>
                <w:sz w:val="16"/>
              </w:rPr>
              <w:t>Temperature: in event narratives only; local data required.</w:t>
            </w:r>
          </w:p>
        </w:tc>
      </w:tr>
      <w:tr>
        <w:trPr>
          <w:cantSplit/>
        </w:trPr>
        <w:tc>
          <w:tcPr>
            <w:tcW w:type="dxa" w:w="1860"/>
          </w:tcPr>
          <w:p>
            <w:pPr>
              <w:spacing w:after="0"/>
              <w:jc w:val="left"/>
            </w:pPr>
            <w:r>
              <w:rPr>
                <w:sz w:val="16"/>
              </w:rPr>
              <w:t>Drought</w:t>
            </w:r>
          </w:p>
        </w:tc>
        <w:tc>
          <w:tcPr>
            <w:tcW w:type="dxa" w:w="1814"/>
          </w:tcPr>
          <w:p>
            <w:pPr>
              <w:spacing w:after="0"/>
              <w:jc w:val="left"/>
            </w:pPr>
            <w:r>
              <w:rPr>
                <w:sz w:val="16"/>
              </w:rPr>
              <w:t>US Drought Monitor D-scale</w:t>
            </w:r>
          </w:p>
        </w:tc>
        <w:tc>
          <w:tcPr>
            <w:tcW w:type="dxa" w:w="1658"/>
          </w:tcPr>
          <w:p>
            <w:pPr>
              <w:spacing w:after="0"/>
              <w:jc w:val="right"/>
            </w:pPr>
            <w:r>
              <w:rPr>
                <w:sz w:val="16"/>
              </w:rPr>
              <w:t>3, 2016 to 2019 (3 zone-level)</w:t>
            </w:r>
          </w:p>
        </w:tc>
        <w:tc>
          <w:tcPr>
            <w:tcW w:type="dxa" w:w="1474"/>
          </w:tcPr>
          <w:p>
            <w:pPr>
              <w:spacing w:after="0"/>
              <w:jc w:val="left"/>
            </w:pPr>
            <w:r>
              <w:rPr>
                <w:sz w:val="16"/>
              </w:rPr>
              <w:t>29 days to 36 days (median 32.5 days); 2 with a recorded value</w:t>
            </w:r>
          </w:p>
        </w:tc>
        <w:tc>
          <w:tcPr>
            <w:tcW w:type="dxa" w:w="1467"/>
          </w:tcPr>
          <w:p>
            <w:pPr>
              <w:spacing w:after="0"/>
              <w:jc w:val="left"/>
            </w:pPr>
            <w:r>
              <w:rPr>
                <w:sz w:val="16"/>
              </w:rPr>
              <w:t>36 days (about 1.2 months), 2016-11-08 to 2016-12-13, a run of 2 consecutive Storm Events drought records, zone-level</w:t>
            </w:r>
          </w:p>
        </w:tc>
        <w:tc>
          <w:tcPr>
            <w:tcW w:type="dxa" w:w="1683"/>
          </w:tcPr>
          <w:p>
            <w:pPr>
              <w:spacing w:after="0"/>
              <w:jc w:val="left"/>
            </w:pPr>
          </w:p>
        </w:tc>
        <w:tc>
          <w:tcPr>
            <w:tcW w:type="dxa" w:w="1742"/>
          </w:tcPr>
          <w:p>
            <w:pPr>
              <w:spacing w:after="0"/>
              <w:jc w:val="left"/>
            </w:pPr>
            <w:r>
              <w:rPr>
                <w:sz w:val="16"/>
              </w:rPr>
              <w:t>Zone-level records: applies countywide; national data do not locate these events within the county.</w:t>
            </w:r>
          </w:p>
        </w:tc>
        <w:tc>
          <w:tcPr>
            <w:tcW w:type="dxa" w:w="241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0"/>
          </w:tcPr>
          <w:p>
            <w:pPr>
              <w:spacing w:after="0"/>
              <w:jc w:val="left"/>
            </w:pPr>
            <w:r>
              <w:rPr>
                <w:sz w:val="16"/>
              </w:rPr>
              <w:t>Earthquake</w:t>
            </w:r>
          </w:p>
        </w:tc>
        <w:tc>
          <w:tcPr>
            <w:tcW w:type="dxa" w:w="1814"/>
          </w:tcPr>
          <w:p>
            <w:pPr>
              <w:spacing w:after="0"/>
              <w:jc w:val="left"/>
            </w:pPr>
            <w:r>
              <w:rPr>
                <w:sz w:val="16"/>
              </w:rPr>
              <w:t>Modified Mercalli (local data)</w:t>
            </w:r>
          </w:p>
        </w:tc>
        <w:tc>
          <w:tcPr>
            <w:tcW w:type="dxa" w:w="1658"/>
          </w:tcPr>
          <w:p>
            <w:pPr>
              <w:spacing w:after="0"/>
              <w:jc w:val="right"/>
            </w:pPr>
            <w:r>
              <w:rPr>
                <w:sz w:val="16"/>
              </w:rPr>
              <w:t>0</w:t>
            </w:r>
          </w:p>
        </w:tc>
        <w:tc>
          <w:tcPr>
            <w:tcW w:type="dxa" w:w="1474"/>
          </w:tcPr>
          <w:p>
            <w:pPr>
              <w:spacing w:after="0"/>
              <w:jc w:val="left"/>
            </w:pPr>
          </w:p>
        </w:tc>
        <w:tc>
          <w:tcPr>
            <w:tcW w:type="dxa" w:w="1467"/>
          </w:tcPr>
          <w:p>
            <w:pPr>
              <w:spacing w:after="0"/>
              <w:jc w:val="left"/>
            </w:pPr>
          </w:p>
        </w:tc>
        <w:tc>
          <w:tcPr>
            <w:tcW w:type="dxa" w:w="1683"/>
          </w:tcPr>
          <w:p>
            <w:pPr>
              <w:spacing w:after="0"/>
              <w:jc w:val="left"/>
            </w:pPr>
          </w:p>
        </w:tc>
        <w:tc>
          <w:tcPr>
            <w:tcW w:type="dxa" w:w="1742"/>
          </w:tcPr>
          <w:p>
            <w:pPr>
              <w:spacing w:after="0"/>
              <w:jc w:val="left"/>
            </w:pPr>
          </w:p>
        </w:tc>
        <w:tc>
          <w:tcPr>
            <w:tcW w:type="dxa" w:w="2413"/>
          </w:tcPr>
          <w:p>
            <w:pPr>
              <w:spacing w:after="0"/>
              <w:jc w:val="left"/>
            </w:pPr>
            <w:r>
              <w:rPr>
                <w:sz w:val="16"/>
              </w:rPr>
              <w:t>No Storm Events record; local data required (e.g., USGS).</w:t>
            </w:r>
          </w:p>
        </w:tc>
      </w:tr>
      <w:tr>
        <w:trPr>
          <w:cantSplit/>
        </w:trPr>
        <w:tc>
          <w:tcPr>
            <w:tcW w:type="dxa" w:w="1860"/>
          </w:tcPr>
          <w:p>
            <w:pPr>
              <w:spacing w:after="0"/>
              <w:jc w:val="left"/>
            </w:pPr>
            <w:r>
              <w:rPr>
                <w:sz w:val="16"/>
              </w:rPr>
              <w:t>Hail</w:t>
            </w:r>
          </w:p>
        </w:tc>
        <w:tc>
          <w:tcPr>
            <w:tcW w:type="dxa" w:w="1814"/>
          </w:tcPr>
          <w:p>
            <w:pPr>
              <w:spacing w:after="0"/>
              <w:jc w:val="left"/>
            </w:pPr>
            <w:r>
              <w:rPr>
                <w:sz w:val="16"/>
              </w:rPr>
              <w:t>hail size (inches)</w:t>
            </w:r>
          </w:p>
        </w:tc>
        <w:tc>
          <w:tcPr>
            <w:tcW w:type="dxa" w:w="1658"/>
          </w:tcPr>
          <w:p>
            <w:pPr>
              <w:spacing w:after="0"/>
              <w:jc w:val="right"/>
            </w:pPr>
            <w:r>
              <w:rPr>
                <w:sz w:val="16"/>
              </w:rPr>
              <w:t>65, 1968 to 2025</w:t>
            </w:r>
          </w:p>
        </w:tc>
        <w:tc>
          <w:tcPr>
            <w:tcW w:type="dxa" w:w="1474"/>
          </w:tcPr>
          <w:p>
            <w:pPr>
              <w:spacing w:after="0"/>
              <w:jc w:val="left"/>
            </w:pPr>
            <w:r>
              <w:rPr>
                <w:sz w:val="16"/>
              </w:rPr>
              <w:t>0.75 in to 5 in (median 1 in); 65 with a recorded value</w:t>
            </w:r>
          </w:p>
        </w:tc>
        <w:tc>
          <w:tcPr>
            <w:tcW w:type="dxa" w:w="1467"/>
          </w:tcPr>
          <w:p>
            <w:pPr>
              <w:spacing w:after="0"/>
              <w:jc w:val="left"/>
            </w:pPr>
            <w:r>
              <w:rPr>
                <w:sz w:val="16"/>
              </w:rPr>
              <w:t>5 in hail, 1968-04-23</w:t>
            </w:r>
          </w:p>
        </w:tc>
        <w:tc>
          <w:tcPr>
            <w:tcW w:type="dxa" w:w="1683"/>
          </w:tcPr>
          <w:p>
            <w:pPr>
              <w:spacing w:after="0"/>
              <w:jc w:val="left"/>
            </w:pPr>
            <w:r>
              <w:rPr>
                <w:sz w:val="16"/>
              </w:rPr>
              <w:t>Hail, 2002-05-01, $30,000 property; $0 crops (2002 dollars)</w:t>
            </w:r>
          </w:p>
        </w:tc>
        <w:tc>
          <w:tcPr>
            <w:tcW w:type="dxa" w:w="1742"/>
          </w:tcPr>
          <w:p>
            <w:pPr>
              <w:spacing w:after="0"/>
              <w:jc w:val="left"/>
            </w:pPr>
            <w:r>
              <w:rPr>
                <w:sz w:val="16"/>
              </w:rPr>
              <w:t>Event records naming member places: Harlan city (15 records), Evarts city (4 records), Cumberland city (2 records).</w:t>
            </w:r>
          </w:p>
        </w:tc>
        <w:tc>
          <w:tcPr>
            <w:tcW w:type="dxa" w:w="2413"/>
          </w:tcPr>
          <w:p>
            <w:pPr>
              <w:spacing w:after="0"/>
              <w:jc w:val="left"/>
            </w:pPr>
          </w:p>
        </w:tc>
      </w:tr>
      <w:tr>
        <w:trPr>
          <w:cantSplit/>
        </w:trPr>
        <w:tc>
          <w:tcPr>
            <w:tcW w:type="dxa" w:w="1860"/>
          </w:tcPr>
          <w:p>
            <w:pPr>
              <w:spacing w:after="0"/>
              <w:jc w:val="left"/>
            </w:pPr>
            <w:r>
              <w:rPr>
                <w:sz w:val="16"/>
              </w:rPr>
              <w:t>Excessive Heat, Heat</w:t>
            </w:r>
          </w:p>
        </w:tc>
        <w:tc>
          <w:tcPr>
            <w:tcW w:type="dxa" w:w="1814"/>
          </w:tcPr>
          <w:p>
            <w:pPr>
              <w:spacing w:after="0"/>
              <w:jc w:val="left"/>
            </w:pPr>
            <w:r>
              <w:rPr>
                <w:sz w:val="16"/>
              </w:rPr>
              <w:t>heat index (narratives)</w:t>
            </w:r>
          </w:p>
        </w:tc>
        <w:tc>
          <w:tcPr>
            <w:tcW w:type="dxa" w:w="1658"/>
          </w:tcPr>
          <w:p>
            <w:pPr>
              <w:spacing w:after="0"/>
              <w:jc w:val="right"/>
            </w:pPr>
            <w:r>
              <w:rPr>
                <w:sz w:val="16"/>
              </w:rPr>
              <w:t>2, 2010 to 2010 (2 zone-level)</w:t>
            </w:r>
          </w:p>
        </w:tc>
        <w:tc>
          <w:tcPr>
            <w:tcW w:type="dxa" w:w="1474"/>
          </w:tcPr>
          <w:p>
            <w:pPr>
              <w:spacing w:after="0"/>
              <w:jc w:val="left"/>
            </w:pPr>
            <w:r>
              <w:rPr>
                <w:sz w:val="16"/>
              </w:rPr>
              <w:t>1 day; 2 with a recorded value</w:t>
            </w:r>
          </w:p>
        </w:tc>
        <w:tc>
          <w:tcPr>
            <w:tcW w:type="dxa" w:w="1467"/>
          </w:tcPr>
          <w:p>
            <w:pPr>
              <w:spacing w:after="0"/>
              <w:jc w:val="left"/>
            </w:pPr>
            <w:r>
              <w:rPr>
                <w:sz w:val="16"/>
              </w:rPr>
              <w:t>1 consecutive day, 2010-08-12, zone-level</w:t>
            </w:r>
          </w:p>
        </w:tc>
        <w:tc>
          <w:tcPr>
            <w:tcW w:type="dxa" w:w="1683"/>
          </w:tcPr>
          <w:p>
            <w:pPr>
              <w:spacing w:after="0"/>
              <w:jc w:val="left"/>
            </w:pPr>
          </w:p>
        </w:tc>
        <w:tc>
          <w:tcPr>
            <w:tcW w:type="dxa" w:w="1742"/>
          </w:tcPr>
          <w:p>
            <w:pPr>
              <w:spacing w:after="0"/>
              <w:jc w:val="left"/>
            </w:pPr>
            <w:r>
              <w:rPr>
                <w:sz w:val="16"/>
              </w:rPr>
              <w:t>Zone-level records: applies countywide; national data do not locate these events within the county.</w:t>
            </w:r>
          </w:p>
        </w:tc>
        <w:tc>
          <w:tcPr>
            <w:tcW w:type="dxa" w:w="2413"/>
          </w:tcPr>
          <w:p>
            <w:pPr>
              <w:spacing w:after="0"/>
              <w:jc w:val="left"/>
            </w:pPr>
            <w:r>
              <w:rPr>
                <w:sz w:val="16"/>
              </w:rPr>
              <w:t>Heat index: in event narratives only; local data required.</w:t>
            </w:r>
          </w:p>
        </w:tc>
      </w:tr>
      <w:tr>
        <w:trPr>
          <w:cantSplit/>
        </w:trPr>
        <w:tc>
          <w:tcPr>
            <w:tcW w:type="dxa" w:w="1860"/>
          </w:tcPr>
          <w:p>
            <w:pPr>
              <w:spacing w:after="0"/>
              <w:jc w:val="left"/>
            </w:pPr>
            <w:r>
              <w:rPr>
                <w:sz w:val="16"/>
              </w:rPr>
              <w:t>Hurricane, Tropical Storm, Tropical Depression</w:t>
            </w:r>
          </w:p>
        </w:tc>
        <w:tc>
          <w:tcPr>
            <w:tcW w:type="dxa" w:w="1814"/>
          </w:tcPr>
          <w:p>
            <w:pPr>
              <w:spacing w:after="0"/>
              <w:jc w:val="left"/>
            </w:pPr>
            <w:r>
              <w:rPr>
                <w:sz w:val="16"/>
              </w:rPr>
              <w:t>Saffir-Simpson</w:t>
            </w:r>
          </w:p>
        </w:tc>
        <w:tc>
          <w:tcPr>
            <w:tcW w:type="dxa" w:w="1658"/>
          </w:tcPr>
          <w:p>
            <w:pPr>
              <w:spacing w:after="0"/>
              <w:jc w:val="right"/>
            </w:pPr>
            <w:r>
              <w:rPr>
                <w:sz w:val="16"/>
              </w:rPr>
              <w:t>0</w:t>
            </w:r>
          </w:p>
        </w:tc>
        <w:tc>
          <w:tcPr>
            <w:tcW w:type="dxa" w:w="1474"/>
          </w:tcPr>
          <w:p>
            <w:pPr>
              <w:spacing w:after="0"/>
              <w:jc w:val="left"/>
            </w:pPr>
          </w:p>
        </w:tc>
        <w:tc>
          <w:tcPr>
            <w:tcW w:type="dxa" w:w="1467"/>
          </w:tcPr>
          <w:p>
            <w:pPr>
              <w:spacing w:after="0"/>
              <w:jc w:val="left"/>
            </w:pPr>
          </w:p>
        </w:tc>
        <w:tc>
          <w:tcPr>
            <w:tcW w:type="dxa" w:w="1683"/>
          </w:tcPr>
          <w:p>
            <w:pPr>
              <w:spacing w:after="0"/>
              <w:jc w:val="left"/>
            </w:pPr>
          </w:p>
        </w:tc>
        <w:tc>
          <w:tcPr>
            <w:tcW w:type="dxa" w:w="1742"/>
          </w:tcPr>
          <w:p>
            <w:pPr>
              <w:spacing w:after="0"/>
              <w:jc w:val="left"/>
            </w:pPr>
          </w:p>
        </w:tc>
        <w:tc>
          <w:tcPr>
            <w:tcW w:type="dxa" w:w="241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60"/>
          </w:tcPr>
          <w:p>
            <w:pPr>
              <w:spacing w:after="0"/>
              <w:jc w:val="left"/>
            </w:pPr>
            <w:r>
              <w:rPr>
                <w:sz w:val="16"/>
              </w:rPr>
              <w:t>Ice Storm</w:t>
            </w:r>
          </w:p>
        </w:tc>
        <w:tc>
          <w:tcPr>
            <w:tcW w:type="dxa" w:w="1814"/>
          </w:tcPr>
          <w:p>
            <w:pPr>
              <w:spacing w:after="0"/>
              <w:jc w:val="left"/>
            </w:pPr>
            <w:r>
              <w:rPr>
                <w:sz w:val="16"/>
              </w:rPr>
              <w:t>Sperry-Piltz (local data)</w:t>
            </w:r>
          </w:p>
        </w:tc>
        <w:tc>
          <w:tcPr>
            <w:tcW w:type="dxa" w:w="1658"/>
          </w:tcPr>
          <w:p>
            <w:pPr>
              <w:spacing w:after="0"/>
              <w:jc w:val="right"/>
            </w:pPr>
            <w:r>
              <w:rPr>
                <w:sz w:val="16"/>
              </w:rPr>
              <w:t>4, 2004 to 2021 (4 zone-level)</w:t>
            </w:r>
          </w:p>
        </w:tc>
        <w:tc>
          <w:tcPr>
            <w:tcW w:type="dxa" w:w="1474"/>
          </w:tcPr>
          <w:p>
            <w:pPr>
              <w:spacing w:after="0"/>
              <w:jc w:val="left"/>
            </w:pPr>
          </w:p>
        </w:tc>
        <w:tc>
          <w:tcPr>
            <w:tcW w:type="dxa" w:w="1467"/>
          </w:tcPr>
          <w:p>
            <w:pPr>
              <w:spacing w:after="0"/>
              <w:jc w:val="left"/>
            </w:pPr>
            <w:r>
              <w:rPr>
                <w:sz w:val="16"/>
              </w:rPr>
              <w:t>No damage reported in 4 records.</w:t>
            </w:r>
          </w:p>
        </w:tc>
        <w:tc>
          <w:tcPr>
            <w:tcW w:type="dxa" w:w="1683"/>
          </w:tcPr>
          <w:p>
            <w:pPr>
              <w:spacing w:after="0"/>
              <w:jc w:val="left"/>
            </w:pPr>
          </w:p>
        </w:tc>
        <w:tc>
          <w:tcPr>
            <w:tcW w:type="dxa" w:w="1742"/>
          </w:tcPr>
          <w:p>
            <w:pPr>
              <w:spacing w:after="0"/>
              <w:jc w:val="left"/>
            </w:pPr>
            <w:r>
              <w:rPr>
                <w:sz w:val="16"/>
              </w:rPr>
              <w:t>Zone-level records: applies countywide; national data do not locate these events within the county.</w:t>
            </w:r>
          </w:p>
        </w:tc>
        <w:tc>
          <w:tcPr>
            <w:tcW w:type="dxa" w:w="2413"/>
          </w:tcPr>
          <w:p>
            <w:pPr>
              <w:spacing w:after="0"/>
              <w:jc w:val="left"/>
            </w:pPr>
            <w:r>
              <w:rPr>
                <w:sz w:val="16"/>
              </w:rPr>
              <w:t>Ice thickness: in event narratives only; local data required.</w:t>
            </w:r>
          </w:p>
        </w:tc>
      </w:tr>
      <w:tr>
        <w:trPr>
          <w:cantSplit/>
        </w:trPr>
        <w:tc>
          <w:tcPr>
            <w:tcW w:type="dxa" w:w="1860"/>
          </w:tcPr>
          <w:p>
            <w:pPr>
              <w:spacing w:after="0"/>
              <w:jc w:val="left"/>
            </w:pPr>
            <w:r>
              <w:rPr>
                <w:sz w:val="16"/>
              </w:rPr>
              <w:t>Flash Flood, Flood, Lakeshore Flood</w:t>
            </w:r>
          </w:p>
        </w:tc>
        <w:tc>
          <w:tcPr>
            <w:tcW w:type="dxa" w:w="1814"/>
          </w:tcPr>
          <w:p>
            <w:pPr>
              <w:spacing w:after="0"/>
              <w:jc w:val="left"/>
            </w:pPr>
            <w:r>
              <w:rPr>
                <w:sz w:val="16"/>
              </w:rPr>
              <w:t>damage and flood days (FIRM for depth)</w:t>
            </w:r>
          </w:p>
        </w:tc>
        <w:tc>
          <w:tcPr>
            <w:tcW w:type="dxa" w:w="1658"/>
          </w:tcPr>
          <w:p>
            <w:pPr>
              <w:spacing w:after="0"/>
              <w:jc w:val="right"/>
            </w:pPr>
            <w:r>
              <w:rPr>
                <w:sz w:val="16"/>
              </w:rPr>
              <w:t>57, 1996 to 2022 (5 zone-level)</w:t>
            </w:r>
          </w:p>
        </w:tc>
        <w:tc>
          <w:tcPr>
            <w:tcW w:type="dxa" w:w="1474"/>
          </w:tcPr>
          <w:p>
            <w:pPr>
              <w:spacing w:after="0"/>
              <w:jc w:val="left"/>
            </w:pPr>
          </w:p>
        </w:tc>
        <w:tc>
          <w:tcPr>
            <w:tcW w:type="dxa" w:w="1467"/>
          </w:tcPr>
          <w:p>
            <w:pPr>
              <w:spacing w:after="0"/>
              <w:jc w:val="left"/>
            </w:pPr>
            <w:r>
              <w:rPr>
                <w:sz w:val="16"/>
              </w:rPr>
              <w:t>Flood, 2020-02-06, $5,000,000 property; $0 crops (2020 dollars)</w:t>
            </w:r>
          </w:p>
        </w:tc>
        <w:tc>
          <w:tcPr>
            <w:tcW w:type="dxa" w:w="1683"/>
          </w:tcPr>
          <w:p>
            <w:pPr>
              <w:spacing w:after="0"/>
              <w:jc w:val="left"/>
            </w:pPr>
          </w:p>
        </w:tc>
        <w:tc>
          <w:tcPr>
            <w:tcW w:type="dxa" w:w="1742"/>
          </w:tcPr>
          <w:p>
            <w:pPr>
              <w:spacing w:after="0"/>
              <w:jc w:val="left"/>
            </w:pPr>
            <w:r>
              <w:rPr>
                <w:sz w:val="16"/>
              </w:rPr>
              <w:t>Event records naming member places: Cumberland city (3 records), Evarts city (3 records), Harlan city (3 records), Lynch city (2 records), Benham city (1 record). Zone-level records (5) apply countywide.</w:t>
            </w:r>
          </w:p>
        </w:tc>
        <w:tc>
          <w:tcPr>
            <w:tcW w:type="dxa" w:w="241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60"/>
          </w:tcPr>
          <w:p>
            <w:pPr>
              <w:spacing w:after="0"/>
              <w:jc w:val="left"/>
            </w:pPr>
            <w:r>
              <w:rPr>
                <w:sz w:val="16"/>
              </w:rPr>
              <w:t>Debris Flow</w:t>
            </w:r>
          </w:p>
        </w:tc>
        <w:tc>
          <w:tcPr>
            <w:tcW w:type="dxa" w:w="1814"/>
          </w:tcPr>
          <w:p>
            <w:pPr>
              <w:spacing w:after="0"/>
              <w:jc w:val="left"/>
            </w:pPr>
            <w:r>
              <w:rPr>
                <w:sz w:val="16"/>
              </w:rPr>
              <w:t>none (count and damage)</w:t>
            </w:r>
          </w:p>
        </w:tc>
        <w:tc>
          <w:tcPr>
            <w:tcW w:type="dxa" w:w="1658"/>
          </w:tcPr>
          <w:p>
            <w:pPr>
              <w:spacing w:after="0"/>
              <w:jc w:val="right"/>
            </w:pPr>
            <w:r>
              <w:rPr>
                <w:sz w:val="16"/>
              </w:rPr>
              <w:t>2, 2001 to 2003 (1 zone-level)</w:t>
            </w:r>
          </w:p>
        </w:tc>
        <w:tc>
          <w:tcPr>
            <w:tcW w:type="dxa" w:w="1474"/>
          </w:tcPr>
          <w:p>
            <w:pPr>
              <w:spacing w:after="0"/>
              <w:jc w:val="left"/>
            </w:pPr>
          </w:p>
        </w:tc>
        <w:tc>
          <w:tcPr>
            <w:tcW w:type="dxa" w:w="1467"/>
          </w:tcPr>
          <w:p>
            <w:pPr>
              <w:spacing w:after="0"/>
              <w:jc w:val="left"/>
            </w:pPr>
            <w:r>
              <w:rPr>
                <w:sz w:val="16"/>
              </w:rPr>
              <w:t>No damage reported in 2 records.</w:t>
            </w:r>
          </w:p>
        </w:tc>
        <w:tc>
          <w:tcPr>
            <w:tcW w:type="dxa" w:w="1683"/>
          </w:tcPr>
          <w:p>
            <w:pPr>
              <w:spacing w:after="0"/>
              <w:jc w:val="left"/>
            </w:pPr>
          </w:p>
        </w:tc>
        <w:tc>
          <w:tcPr>
            <w:tcW w:type="dxa" w:w="1742"/>
          </w:tcPr>
          <w:p>
            <w:pPr>
              <w:spacing w:after="0"/>
              <w:jc w:val="left"/>
            </w:pPr>
            <w:r>
              <w:rPr>
                <w:sz w:val="16"/>
              </w:rPr>
              <w:t>Event records naming member places: Harlan city (1 record). Zone-level records (1) apply countywide.</w:t>
            </w:r>
          </w:p>
        </w:tc>
        <w:tc>
          <w:tcPr>
            <w:tcW w:type="dxa" w:w="2413"/>
          </w:tcPr>
          <w:p>
            <w:pPr>
              <w:spacing w:after="0"/>
              <w:jc w:val="left"/>
            </w:pPr>
            <w:r>
              <w:rPr>
                <w:sz w:val="16"/>
              </w:rPr>
              <w:t>Physical measure: in event narratives only; local data required.</w:t>
            </w:r>
          </w:p>
        </w:tc>
      </w:tr>
      <w:tr>
        <w:trPr>
          <w:cantSplit/>
        </w:trPr>
        <w:tc>
          <w:tcPr>
            <w:tcW w:type="dxa" w:w="1860"/>
          </w:tcPr>
          <w:p>
            <w:pPr>
              <w:spacing w:after="0"/>
              <w:jc w:val="left"/>
            </w:pPr>
            <w:r>
              <w:rPr>
                <w:sz w:val="16"/>
              </w:rPr>
              <w:t>Lightning</w:t>
            </w:r>
          </w:p>
        </w:tc>
        <w:tc>
          <w:tcPr>
            <w:tcW w:type="dxa" w:w="1814"/>
          </w:tcPr>
          <w:p>
            <w:pPr>
              <w:spacing w:after="0"/>
              <w:jc w:val="left"/>
            </w:pPr>
            <w:r>
              <w:rPr>
                <w:sz w:val="16"/>
              </w:rPr>
              <w:t>annualized frequency (the measure FEMA's Local Mitigation Planning Handbook names)</w:t>
            </w:r>
          </w:p>
        </w:tc>
        <w:tc>
          <w:tcPr>
            <w:tcW w:type="dxa" w:w="1658"/>
          </w:tcPr>
          <w:p>
            <w:pPr>
              <w:spacing w:after="0"/>
              <w:jc w:val="right"/>
            </w:pPr>
            <w:r>
              <w:rPr>
                <w:sz w:val="16"/>
              </w:rPr>
              <w:t>0</w:t>
            </w:r>
          </w:p>
        </w:tc>
        <w:tc>
          <w:tcPr>
            <w:tcW w:type="dxa" w:w="1474"/>
          </w:tcPr>
          <w:p>
            <w:pPr>
              <w:spacing w:after="0"/>
              <w:jc w:val="left"/>
            </w:pPr>
          </w:p>
        </w:tc>
        <w:tc>
          <w:tcPr>
            <w:tcW w:type="dxa" w:w="1467"/>
          </w:tcPr>
          <w:p>
            <w:pPr>
              <w:spacing w:after="0"/>
              <w:jc w:val="left"/>
            </w:pPr>
          </w:p>
        </w:tc>
        <w:tc>
          <w:tcPr>
            <w:tcW w:type="dxa" w:w="1683"/>
          </w:tcPr>
          <w:p>
            <w:pPr>
              <w:spacing w:after="0"/>
              <w:jc w:val="left"/>
            </w:pPr>
          </w:p>
        </w:tc>
        <w:tc>
          <w:tcPr>
            <w:tcW w:type="dxa" w:w="1742"/>
          </w:tcPr>
          <w:p>
            <w:pPr>
              <w:spacing w:after="0"/>
              <w:jc w:val="left"/>
            </w:pPr>
          </w:p>
        </w:tc>
        <w:tc>
          <w:tcPr>
            <w:tcW w:type="dxa" w:w="2413"/>
          </w:tcPr>
          <w:p>
            <w:pPr>
              <w:spacing w:after="0"/>
              <w:jc w:val="left"/>
            </w:pPr>
            <w:r>
              <w:rPr>
                <w:sz w:val="16"/>
              </w:rPr>
              <w:t>Storm Events lists lightning with damage or casualties; physical measure in event narratives only; local data required.</w:t>
            </w:r>
          </w:p>
        </w:tc>
      </w:tr>
      <w:tr>
        <w:trPr>
          <w:cantSplit/>
        </w:trPr>
        <w:tc>
          <w:tcPr>
            <w:tcW w:type="dxa" w:w="1860"/>
          </w:tcPr>
          <w:p>
            <w:pPr>
              <w:spacing w:after="0"/>
              <w:jc w:val="left"/>
            </w:pPr>
            <w:r>
              <w:rPr>
                <w:sz w:val="16"/>
              </w:rPr>
              <w:t>High Wind and Strong Wind (outside NRI Strong Wind definition)</w:t>
            </w:r>
          </w:p>
        </w:tc>
        <w:tc>
          <w:tcPr>
            <w:tcW w:type="dxa" w:w="1814"/>
          </w:tcPr>
          <w:p>
            <w:pPr>
              <w:spacing w:after="0"/>
              <w:jc w:val="left"/>
            </w:pPr>
            <w:r>
              <w:rPr>
                <w:sz w:val="16"/>
              </w:rPr>
              <w:t>wind speed (kt and mph)</w:t>
            </w:r>
          </w:p>
        </w:tc>
        <w:tc>
          <w:tcPr>
            <w:tcW w:type="dxa" w:w="1658"/>
          </w:tcPr>
          <w:p>
            <w:pPr>
              <w:spacing w:after="0"/>
              <w:jc w:val="right"/>
            </w:pPr>
            <w:r>
              <w:rPr>
                <w:sz w:val="16"/>
              </w:rPr>
              <w:t>19, 2003 to 2024 (19 zone-level)</w:t>
            </w:r>
          </w:p>
        </w:tc>
        <w:tc>
          <w:tcPr>
            <w:tcW w:type="dxa" w:w="1474"/>
          </w:tcPr>
          <w:p>
            <w:pPr>
              <w:spacing w:after="0"/>
              <w:jc w:val="left"/>
            </w:pPr>
            <w:r>
              <w:rPr>
                <w:sz w:val="16"/>
              </w:rPr>
              <w:t>36 kt (41 mph) to 80 kt (92 mph) (median 50 kt (58 mph)); 19 with a recorded value</w:t>
            </w:r>
          </w:p>
        </w:tc>
        <w:tc>
          <w:tcPr>
            <w:tcW w:type="dxa" w:w="1467"/>
          </w:tcPr>
          <w:p>
            <w:pPr>
              <w:spacing w:after="0"/>
              <w:jc w:val="left"/>
            </w:pPr>
            <w:r>
              <w:rPr>
                <w:sz w:val="16"/>
              </w:rPr>
              <w:t>80 kt (92 mph) estimated gust, High Wind, 2006-10-17; NWS zone KYZ088 (HARLAN), zone-level: may include parts of neighboring counties</w:t>
            </w:r>
          </w:p>
        </w:tc>
        <w:tc>
          <w:tcPr>
            <w:tcW w:type="dxa" w:w="1683"/>
          </w:tcPr>
          <w:p>
            <w:pPr>
              <w:spacing w:after="0"/>
              <w:jc w:val="left"/>
            </w:pPr>
          </w:p>
        </w:tc>
        <w:tc>
          <w:tcPr>
            <w:tcW w:type="dxa" w:w="1742"/>
          </w:tcPr>
          <w:p>
            <w:pPr>
              <w:spacing w:after="0"/>
              <w:jc w:val="left"/>
            </w:pPr>
            <w:r>
              <w:rPr>
                <w:sz w:val="16"/>
              </w:rPr>
              <w:t>Zone-level records: applies countywide; national data do not locate these events within the county.</w:t>
            </w:r>
          </w:p>
        </w:tc>
        <w:tc>
          <w:tcPr>
            <w:tcW w:type="dxa" w:w="2413"/>
          </w:tcPr>
          <w:p>
            <w:pPr>
              <w:spacing w:after="0"/>
              <w:jc w:val="left"/>
            </w:pPr>
          </w:p>
        </w:tc>
      </w:tr>
      <w:tr>
        <w:trPr>
          <w:cantSplit/>
        </w:trPr>
        <w:tc>
          <w:tcPr>
            <w:tcW w:type="dxa" w:w="1860"/>
          </w:tcPr>
          <w:p>
            <w:pPr>
              <w:spacing w:after="0"/>
              <w:jc w:val="left"/>
            </w:pPr>
            <w:r>
              <w:rPr>
                <w:sz w:val="16"/>
              </w:rPr>
              <w:t>Thunderstorm Wind</w:t>
            </w:r>
          </w:p>
        </w:tc>
        <w:tc>
          <w:tcPr>
            <w:tcW w:type="dxa" w:w="1814"/>
          </w:tcPr>
          <w:p>
            <w:pPr>
              <w:spacing w:after="0"/>
              <w:jc w:val="left"/>
            </w:pPr>
            <w:r>
              <w:rPr>
                <w:sz w:val="16"/>
              </w:rPr>
              <w:t>wind speed (kt and mph)</w:t>
            </w:r>
          </w:p>
        </w:tc>
        <w:tc>
          <w:tcPr>
            <w:tcW w:type="dxa" w:w="1658"/>
          </w:tcPr>
          <w:p>
            <w:pPr>
              <w:spacing w:after="0"/>
              <w:jc w:val="right"/>
            </w:pPr>
            <w:r>
              <w:rPr>
                <w:sz w:val="16"/>
              </w:rPr>
              <w:t>165, 1969 to 2025</w:t>
            </w:r>
          </w:p>
        </w:tc>
        <w:tc>
          <w:tcPr>
            <w:tcW w:type="dxa" w:w="1474"/>
          </w:tcPr>
          <w:p>
            <w:pPr>
              <w:spacing w:after="0"/>
              <w:jc w:val="left"/>
            </w:pPr>
            <w:r>
              <w:rPr>
                <w:sz w:val="16"/>
              </w:rPr>
              <w:t>37 kt (43 mph) to 78 kt (90 mph) (median 51 kt (59 mph)); 133 with a recorded value</w:t>
            </w:r>
          </w:p>
        </w:tc>
        <w:tc>
          <w:tcPr>
            <w:tcW w:type="dxa" w:w="1467"/>
          </w:tcPr>
          <w:p>
            <w:pPr>
              <w:spacing w:after="0"/>
              <w:jc w:val="left"/>
            </w:pPr>
            <w:r>
              <w:rPr>
                <w:sz w:val="16"/>
              </w:rPr>
              <w:t>78 kt (90 mph) estimated gust, Thunderstorm Wind, 2014-04-28, 3 direct injuries</w:t>
            </w:r>
          </w:p>
        </w:tc>
        <w:tc>
          <w:tcPr>
            <w:tcW w:type="dxa" w:w="1683"/>
          </w:tcPr>
          <w:p>
            <w:pPr>
              <w:spacing w:after="0"/>
              <w:jc w:val="left"/>
            </w:pPr>
            <w:r>
              <w:rPr>
                <w:sz w:val="16"/>
              </w:rPr>
              <w:t>Thunderstorm Wind, 2011-04-09, $50,000 property; crops not reported (2011 dollars)</w:t>
            </w:r>
          </w:p>
        </w:tc>
        <w:tc>
          <w:tcPr>
            <w:tcW w:type="dxa" w:w="1742"/>
          </w:tcPr>
          <w:p>
            <w:pPr>
              <w:spacing w:after="0"/>
              <w:jc w:val="left"/>
            </w:pPr>
            <w:r>
              <w:rPr>
                <w:sz w:val="16"/>
              </w:rPr>
              <w:t>Event records naming member places: Harlan city (23 records), Evarts city (18 records), Cumberland city (7 records), Lynch city (5 records), Loyall city (2 records), Benham city (1 record).</w:t>
            </w:r>
          </w:p>
        </w:tc>
        <w:tc>
          <w:tcPr>
            <w:tcW w:type="dxa" w:w="2413"/>
          </w:tcPr>
          <w:p>
            <w:pPr>
              <w:spacing w:after="0"/>
              <w:jc w:val="left"/>
            </w:pPr>
          </w:p>
        </w:tc>
      </w:tr>
      <w:tr>
        <w:trPr>
          <w:cantSplit/>
        </w:trPr>
        <w:tc>
          <w:tcPr>
            <w:tcW w:type="dxa" w:w="1860"/>
          </w:tcPr>
          <w:p>
            <w:pPr>
              <w:spacing w:after="0"/>
              <w:jc w:val="left"/>
            </w:pPr>
            <w:r>
              <w:rPr>
                <w:sz w:val="16"/>
              </w:rPr>
              <w:t>Tornado</w:t>
            </w:r>
          </w:p>
        </w:tc>
        <w:tc>
          <w:tcPr>
            <w:tcW w:type="dxa" w:w="1814"/>
          </w:tcPr>
          <w:p>
            <w:pPr>
              <w:spacing w:after="0"/>
              <w:jc w:val="left"/>
            </w:pPr>
            <w:r>
              <w:rPr>
                <w:sz w:val="16"/>
              </w:rPr>
              <w:t>Enhanced Fujita (F before Feb 2007)</w:t>
            </w:r>
          </w:p>
        </w:tc>
        <w:tc>
          <w:tcPr>
            <w:tcW w:type="dxa" w:w="1658"/>
          </w:tcPr>
          <w:p>
            <w:pPr>
              <w:spacing w:after="0"/>
              <w:jc w:val="right"/>
            </w:pPr>
            <w:r>
              <w:rPr>
                <w:sz w:val="16"/>
              </w:rPr>
              <w:t>2, 2007 to 2007</w:t>
            </w:r>
          </w:p>
        </w:tc>
        <w:tc>
          <w:tcPr>
            <w:tcW w:type="dxa" w:w="1474"/>
          </w:tcPr>
          <w:p>
            <w:pPr>
              <w:spacing w:after="0"/>
              <w:jc w:val="left"/>
            </w:pPr>
            <w:r>
              <w:rPr>
                <w:sz w:val="16"/>
              </w:rPr>
              <w:t>F/EF0; 2 with a recorded value</w:t>
            </w:r>
          </w:p>
        </w:tc>
        <w:tc>
          <w:tcPr>
            <w:tcW w:type="dxa" w:w="1467"/>
          </w:tcPr>
          <w:p>
            <w:pPr>
              <w:spacing w:after="0"/>
              <w:jc w:val="left"/>
            </w:pPr>
            <w:r>
              <w:rPr>
                <w:sz w:val="16"/>
              </w:rPr>
              <w:t>EF0 tornado, 2007-04-03, 1.18 mi within this county, 50 yd wide, $700,000 property; $0 crops (2007 dollars)</w:t>
            </w:r>
          </w:p>
        </w:tc>
        <w:tc>
          <w:tcPr>
            <w:tcW w:type="dxa" w:w="1683"/>
          </w:tcPr>
          <w:p>
            <w:pPr>
              <w:spacing w:after="0"/>
              <w:jc w:val="left"/>
            </w:pPr>
          </w:p>
        </w:tc>
        <w:tc>
          <w:tcPr>
            <w:tcW w:type="dxa" w:w="1742"/>
          </w:tcPr>
          <w:p>
            <w:pPr>
              <w:spacing w:after="0"/>
              <w:jc w:val="left"/>
            </w:pPr>
            <w:r>
              <w:rPr>
                <w:sz w:val="16"/>
              </w:rPr>
              <w:t>No event record names a member place.</w:t>
            </w:r>
          </w:p>
        </w:tc>
        <w:tc>
          <w:tcPr>
            <w:tcW w:type="dxa" w:w="241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60"/>
          </w:tcPr>
          <w:p>
            <w:pPr>
              <w:spacing w:after="0"/>
              <w:jc w:val="left"/>
            </w:pPr>
            <w:r>
              <w:rPr>
                <w:sz w:val="16"/>
              </w:rPr>
              <w:t>Tsunami</w:t>
            </w:r>
          </w:p>
        </w:tc>
        <w:tc>
          <w:tcPr>
            <w:tcW w:type="dxa" w:w="1814"/>
          </w:tcPr>
          <w:p>
            <w:pPr>
              <w:spacing w:after="0"/>
              <w:jc w:val="left"/>
            </w:pPr>
            <w:r>
              <w:rPr>
                <w:sz w:val="16"/>
              </w:rPr>
              <w:t>none (count and damage)</w:t>
            </w:r>
          </w:p>
        </w:tc>
        <w:tc>
          <w:tcPr>
            <w:tcW w:type="dxa" w:w="1658"/>
          </w:tcPr>
          <w:p>
            <w:pPr>
              <w:spacing w:after="0"/>
              <w:jc w:val="right"/>
            </w:pPr>
            <w:r>
              <w:rPr>
                <w:sz w:val="16"/>
              </w:rPr>
              <w:t>0</w:t>
            </w:r>
          </w:p>
        </w:tc>
        <w:tc>
          <w:tcPr>
            <w:tcW w:type="dxa" w:w="1474"/>
          </w:tcPr>
          <w:p>
            <w:pPr>
              <w:spacing w:after="0"/>
              <w:jc w:val="left"/>
            </w:pPr>
          </w:p>
        </w:tc>
        <w:tc>
          <w:tcPr>
            <w:tcW w:type="dxa" w:w="1467"/>
          </w:tcPr>
          <w:p>
            <w:pPr>
              <w:spacing w:after="0"/>
              <w:jc w:val="left"/>
            </w:pPr>
          </w:p>
        </w:tc>
        <w:tc>
          <w:tcPr>
            <w:tcW w:type="dxa" w:w="1683"/>
          </w:tcPr>
          <w:p>
            <w:pPr>
              <w:spacing w:after="0"/>
              <w:jc w:val="left"/>
            </w:pPr>
          </w:p>
        </w:tc>
        <w:tc>
          <w:tcPr>
            <w:tcW w:type="dxa" w:w="1742"/>
          </w:tcPr>
          <w:p>
            <w:pPr>
              <w:spacing w:after="0"/>
              <w:jc w:val="left"/>
            </w:pPr>
          </w:p>
        </w:tc>
        <w:tc>
          <w:tcPr>
            <w:tcW w:type="dxa" w:w="2413"/>
          </w:tcPr>
          <w:p>
            <w:pPr>
              <w:spacing w:after="0"/>
              <w:jc w:val="left"/>
            </w:pPr>
            <w:r>
              <w:rPr>
                <w:sz w:val="16"/>
              </w:rPr>
              <w:t>Physical measure: in event narratives only; local data required.</w:t>
            </w:r>
          </w:p>
        </w:tc>
      </w:tr>
      <w:tr>
        <w:trPr>
          <w:cantSplit/>
        </w:trPr>
        <w:tc>
          <w:tcPr>
            <w:tcW w:type="dxa" w:w="1860"/>
          </w:tcPr>
          <w:p>
            <w:pPr>
              <w:spacing w:after="0"/>
              <w:jc w:val="left"/>
            </w:pPr>
            <w:r>
              <w:rPr>
                <w:sz w:val="16"/>
              </w:rPr>
              <w:t>Volcanic Ash, Volcanic Ashfall</w:t>
            </w:r>
          </w:p>
        </w:tc>
        <w:tc>
          <w:tcPr>
            <w:tcW w:type="dxa" w:w="1814"/>
          </w:tcPr>
          <w:p>
            <w:pPr>
              <w:spacing w:after="0"/>
              <w:jc w:val="left"/>
            </w:pPr>
            <w:r>
              <w:rPr>
                <w:sz w:val="16"/>
              </w:rPr>
              <w:t>Volcanic Explosivity Index (local data)</w:t>
            </w:r>
          </w:p>
        </w:tc>
        <w:tc>
          <w:tcPr>
            <w:tcW w:type="dxa" w:w="1658"/>
          </w:tcPr>
          <w:p>
            <w:pPr>
              <w:spacing w:after="0"/>
              <w:jc w:val="right"/>
            </w:pPr>
            <w:r>
              <w:rPr>
                <w:sz w:val="16"/>
              </w:rPr>
              <w:t>0</w:t>
            </w:r>
          </w:p>
        </w:tc>
        <w:tc>
          <w:tcPr>
            <w:tcW w:type="dxa" w:w="1474"/>
          </w:tcPr>
          <w:p>
            <w:pPr>
              <w:spacing w:after="0"/>
              <w:jc w:val="left"/>
            </w:pPr>
          </w:p>
        </w:tc>
        <w:tc>
          <w:tcPr>
            <w:tcW w:type="dxa" w:w="1467"/>
          </w:tcPr>
          <w:p>
            <w:pPr>
              <w:spacing w:after="0"/>
              <w:jc w:val="left"/>
            </w:pPr>
          </w:p>
        </w:tc>
        <w:tc>
          <w:tcPr>
            <w:tcW w:type="dxa" w:w="1683"/>
          </w:tcPr>
          <w:p>
            <w:pPr>
              <w:spacing w:after="0"/>
              <w:jc w:val="left"/>
            </w:pPr>
          </w:p>
        </w:tc>
        <w:tc>
          <w:tcPr>
            <w:tcW w:type="dxa" w:w="1742"/>
          </w:tcPr>
          <w:p>
            <w:pPr>
              <w:spacing w:after="0"/>
              <w:jc w:val="left"/>
            </w:pPr>
          </w:p>
        </w:tc>
        <w:tc>
          <w:tcPr>
            <w:tcW w:type="dxa" w:w="2413"/>
          </w:tcPr>
          <w:p>
            <w:pPr>
              <w:spacing w:after="0"/>
              <w:jc w:val="left"/>
            </w:pPr>
            <w:r>
              <w:rPr>
                <w:sz w:val="16"/>
              </w:rPr>
              <w:t>Physical measure: in event narratives only; local data required.</w:t>
            </w:r>
          </w:p>
        </w:tc>
      </w:tr>
      <w:tr>
        <w:trPr>
          <w:cantSplit/>
        </w:trPr>
        <w:tc>
          <w:tcPr>
            <w:tcW w:type="dxa" w:w="1860"/>
          </w:tcPr>
          <w:p>
            <w:pPr>
              <w:spacing w:after="0"/>
              <w:jc w:val="left"/>
            </w:pPr>
            <w:r>
              <w:rPr>
                <w:sz w:val="16"/>
              </w:rPr>
              <w:t>Wildfire</w:t>
            </w:r>
          </w:p>
        </w:tc>
        <w:tc>
          <w:tcPr>
            <w:tcW w:type="dxa" w:w="1814"/>
          </w:tcPr>
          <w:p>
            <w:pPr>
              <w:spacing w:after="0"/>
              <w:jc w:val="left"/>
            </w:pPr>
            <w:r>
              <w:rPr>
                <w:sz w:val="16"/>
              </w:rPr>
              <w:t>acres burned (local data)</w:t>
            </w:r>
          </w:p>
        </w:tc>
        <w:tc>
          <w:tcPr>
            <w:tcW w:type="dxa" w:w="1658"/>
          </w:tcPr>
          <w:p>
            <w:pPr>
              <w:spacing w:after="0"/>
              <w:jc w:val="right"/>
            </w:pPr>
            <w:r>
              <w:rPr>
                <w:sz w:val="16"/>
              </w:rPr>
              <w:t>1, 2016 to 2016 (1 zone-level)</w:t>
            </w:r>
          </w:p>
        </w:tc>
        <w:tc>
          <w:tcPr>
            <w:tcW w:type="dxa" w:w="1474"/>
          </w:tcPr>
          <w:p>
            <w:pPr>
              <w:spacing w:after="0"/>
              <w:jc w:val="left"/>
            </w:pPr>
          </w:p>
        </w:tc>
        <w:tc>
          <w:tcPr>
            <w:tcW w:type="dxa" w:w="1467"/>
          </w:tcPr>
          <w:p>
            <w:pPr>
              <w:spacing w:after="0"/>
              <w:jc w:val="left"/>
            </w:pPr>
            <w:r>
              <w:rPr>
                <w:sz w:val="16"/>
              </w:rPr>
              <w:t>No damage reported in 1 records.</w:t>
            </w:r>
          </w:p>
        </w:tc>
        <w:tc>
          <w:tcPr>
            <w:tcW w:type="dxa" w:w="1683"/>
          </w:tcPr>
          <w:p>
            <w:pPr>
              <w:spacing w:after="0"/>
              <w:jc w:val="left"/>
            </w:pPr>
          </w:p>
        </w:tc>
        <w:tc>
          <w:tcPr>
            <w:tcW w:type="dxa" w:w="1742"/>
          </w:tcPr>
          <w:p>
            <w:pPr>
              <w:spacing w:after="0"/>
              <w:jc w:val="left"/>
            </w:pPr>
            <w:r>
              <w:rPr>
                <w:sz w:val="16"/>
              </w:rPr>
              <w:t>Zone-level records: applies countywide; national data do not locate these events within the county.</w:t>
            </w:r>
          </w:p>
        </w:tc>
        <w:tc>
          <w:tcPr>
            <w:tcW w:type="dxa" w:w="2413"/>
          </w:tcPr>
          <w:p>
            <w:pPr>
              <w:spacing w:after="0"/>
              <w:jc w:val="left"/>
            </w:pPr>
            <w:r>
              <w:rPr>
                <w:sz w:val="16"/>
              </w:rPr>
              <w:t>Acres burned: in event narratives only; local data required.</w:t>
            </w:r>
          </w:p>
        </w:tc>
      </w:tr>
      <w:tr>
        <w:trPr>
          <w:cantSplit/>
        </w:trPr>
        <w:tc>
          <w:tcPr>
            <w:tcW w:type="dxa" w:w="1860"/>
          </w:tcPr>
          <w:p>
            <w:pPr>
              <w:spacing w:after="0"/>
              <w:jc w:val="left"/>
            </w:pPr>
            <w:r>
              <w:rPr>
                <w:sz w:val="16"/>
              </w:rPr>
              <w:t>Winter Storm, Heavy Snow, Blizzard, Lake-Effect Snow, Winter Weather, Sleet</w:t>
            </w:r>
          </w:p>
        </w:tc>
        <w:tc>
          <w:tcPr>
            <w:tcW w:type="dxa" w:w="1814"/>
          </w:tcPr>
          <w:p>
            <w:pPr>
              <w:spacing w:after="0"/>
              <w:jc w:val="left"/>
            </w:pPr>
            <w:r>
              <w:rPr>
                <w:sz w:val="16"/>
              </w:rPr>
              <w:t>none in data (snowfall local)</w:t>
            </w:r>
          </w:p>
        </w:tc>
        <w:tc>
          <w:tcPr>
            <w:tcW w:type="dxa" w:w="1658"/>
          </w:tcPr>
          <w:p>
            <w:pPr>
              <w:spacing w:after="0"/>
              <w:jc w:val="right"/>
            </w:pPr>
            <w:r>
              <w:rPr>
                <w:sz w:val="16"/>
              </w:rPr>
              <w:t>120, 1996 to 2026 (120 zone-level)</w:t>
            </w:r>
          </w:p>
        </w:tc>
        <w:tc>
          <w:tcPr>
            <w:tcW w:type="dxa" w:w="1474"/>
          </w:tcPr>
          <w:p>
            <w:pPr>
              <w:spacing w:after="0"/>
              <w:jc w:val="left"/>
            </w:pPr>
          </w:p>
        </w:tc>
        <w:tc>
          <w:tcPr>
            <w:tcW w:type="dxa" w:w="1467"/>
          </w:tcPr>
          <w:p>
            <w:pPr>
              <w:spacing w:after="0"/>
              <w:jc w:val="left"/>
            </w:pPr>
            <w:r>
              <w:rPr>
                <w:sz w:val="16"/>
              </w:rPr>
              <w:t>Heavy Snow, 1998-01-27, $20,000 property; $0 crops, reported for the zone (1998 dollars); NWS zone KYZ088 (HARLAN), zone-level: may include parts of neighboring counties</w:t>
            </w:r>
          </w:p>
        </w:tc>
        <w:tc>
          <w:tcPr>
            <w:tcW w:type="dxa" w:w="1683"/>
          </w:tcPr>
          <w:p>
            <w:pPr>
              <w:spacing w:after="0"/>
              <w:jc w:val="left"/>
            </w:pPr>
          </w:p>
        </w:tc>
        <w:tc>
          <w:tcPr>
            <w:tcW w:type="dxa" w:w="1742"/>
          </w:tcPr>
          <w:p>
            <w:pPr>
              <w:spacing w:after="0"/>
              <w:jc w:val="left"/>
            </w:pPr>
            <w:r>
              <w:rPr>
                <w:sz w:val="16"/>
              </w:rPr>
              <w:t>Zone-level records: applies countywide; national data do not locate these events within the county.</w:t>
            </w:r>
          </w:p>
        </w:tc>
        <w:tc>
          <w:tcPr>
            <w:tcW w:type="dxa" w:w="241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33</w:t>
      </w:r>
    </w:p>
    <w:p>
      <w:pPr>
        <w:keepNext/>
        <w:spacing w:after="40" w:before="0"/>
      </w:pPr>
      <w:r>
        <w:rPr>
          <w:b/>
        </w:rPr>
        <w:t xml:space="preserve">Counted incidents: </w:t>
      </w:r>
      <w:r>
        <w:rPr/>
        <w:t>29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93"/>
        <w:gridCol w:w="3103"/>
        <w:gridCol w:w="2818"/>
        <w:gridCol w:w="1359"/>
        <w:gridCol w:w="1654"/>
        <w:gridCol w:w="87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93"/>
            <w:shd w:val="clear" w:color="auto" w:fill="E8E8E8"/>
          </w:tcPr>
          <w:p>
            <w:pPr>
              <w:spacing w:after="0"/>
              <w:jc w:val="left"/>
            </w:pPr>
            <w:r>
              <w:rPr>
                <w:b/>
                <w:sz w:val="16"/>
              </w:rPr>
              <w:t>Type</w:t>
            </w:r>
          </w:p>
        </w:tc>
        <w:tc>
          <w:tcPr>
            <w:tcW w:type="dxa" w:w="3103"/>
            <w:shd w:val="clear" w:color="auto" w:fill="E8E8E8"/>
          </w:tcPr>
          <w:p>
            <w:pPr>
              <w:spacing w:after="0"/>
              <w:jc w:val="left"/>
            </w:pPr>
            <w:r>
              <w:rPr>
                <w:b/>
                <w:sz w:val="16"/>
              </w:rPr>
              <w:t>Title</w:t>
            </w:r>
          </w:p>
        </w:tc>
        <w:tc>
          <w:tcPr>
            <w:tcW w:type="dxa" w:w="2818"/>
            <w:shd w:val="clear" w:color="auto" w:fill="E8E8E8"/>
          </w:tcPr>
          <w:p>
            <w:pPr>
              <w:spacing w:after="0"/>
              <w:jc w:val="left"/>
            </w:pPr>
            <w:r>
              <w:rPr>
                <w:b/>
                <w:sz w:val="16"/>
              </w:rPr>
              <w:t>Mapped hazard</w:t>
            </w:r>
          </w:p>
        </w:tc>
        <w:tc>
          <w:tcPr>
            <w:tcW w:type="dxa" w:w="135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54"/>
            <w:shd w:val="clear" w:color="auto" w:fill="E8E8E8"/>
          </w:tcPr>
          <w:p>
            <w:pPr>
              <w:spacing w:after="0"/>
              <w:jc w:val="left"/>
            </w:pPr>
            <w:r>
              <w:rPr>
                <w:b/>
                <w:sz w:val="16"/>
              </w:rPr>
              <w:t>Flags</w:t>
            </w:r>
          </w:p>
        </w:tc>
        <w:tc>
          <w:tcPr>
            <w:tcW w:type="dxa" w:w="874"/>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93"/>
          </w:tcPr>
          <w:p>
            <w:pPr>
              <w:spacing w:after="0"/>
              <w:jc w:val="left"/>
            </w:pPr>
            <w:r>
              <w:rPr>
                <w:sz w:val="16"/>
              </w:rPr>
              <w:t>Emergency</w:t>
            </w:r>
          </w:p>
        </w:tc>
        <w:tc>
          <w:tcPr>
            <w:tcW w:type="dxa" w:w="3103"/>
          </w:tcPr>
          <w:p>
            <w:pPr>
              <w:spacing w:after="0"/>
              <w:jc w:val="left"/>
            </w:pPr>
            <w:r>
              <w:rPr>
                <w:sz w:val="16"/>
              </w:rPr>
              <w:t>SEVERE WINTER STORM</w:t>
            </w:r>
          </w:p>
        </w:tc>
        <w:tc>
          <w:tcPr>
            <w:tcW w:type="dxa" w:w="2818"/>
          </w:tcPr>
          <w:p>
            <w:pPr>
              <w:spacing w:after="0"/>
              <w:jc w:val="left"/>
            </w:pPr>
            <w:r>
              <w:rPr>
                <w:sz w:val="16"/>
              </w:rPr>
              <w:t>Winter Weather</w:t>
            </w:r>
          </w:p>
        </w:tc>
        <w:tc>
          <w:tcPr>
            <w:tcW w:type="dxa" w:w="1359"/>
          </w:tcPr>
          <w:p>
            <w:pPr>
              <w:spacing w:after="0"/>
              <w:jc w:val="right"/>
            </w:pPr>
            <w:r>
              <w:rPr>
                <w:sz w:val="16"/>
              </w:rPr>
              <w:t>none found</w:t>
            </w:r>
          </w:p>
        </w:tc>
        <w:tc>
          <w:tcPr>
            <w:tcW w:type="dxa" w:w="1654"/>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93"/>
          </w:tcPr>
          <w:p>
            <w:pPr>
              <w:spacing w:after="0"/>
              <w:jc w:val="left"/>
            </w:pPr>
            <w:r>
              <w:rPr>
                <w:sz w:val="16"/>
              </w:rPr>
              <w:t>Emergency</w:t>
            </w:r>
          </w:p>
        </w:tc>
        <w:tc>
          <w:tcPr>
            <w:tcW w:type="dxa" w:w="3103"/>
          </w:tcPr>
          <w:p>
            <w:pPr>
              <w:spacing w:after="0"/>
              <w:jc w:val="left"/>
            </w:pPr>
            <w:r>
              <w:rPr>
                <w:sz w:val="16"/>
              </w:rPr>
              <w:t>SEVERE STORMS, STRAIGHT-LINE WINDS, TORNADOES, AND FLOODING</w:t>
            </w:r>
          </w:p>
        </w:tc>
        <w:tc>
          <w:tcPr>
            <w:tcW w:type="dxa" w:w="2818"/>
          </w:tcPr>
          <w:p>
            <w:pPr>
              <w:spacing w:after="0"/>
              <w:jc w:val="left"/>
            </w:pPr>
            <w:r>
              <w:rPr>
                <w:sz w:val="16"/>
              </w:rPr>
              <w:t>Inland Flooding; Strong Wind; Tornado</w:t>
            </w:r>
          </w:p>
        </w:tc>
        <w:tc>
          <w:tcPr>
            <w:tcW w:type="dxa" w:w="1359"/>
          </w:tcPr>
          <w:p>
            <w:pPr>
              <w:spacing w:after="0"/>
              <w:jc w:val="right"/>
            </w:pPr>
            <w:r>
              <w:rPr>
                <w:sz w:val="16"/>
              </w:rPr>
              <w:t>none found</w:t>
            </w:r>
          </w:p>
        </w:tc>
        <w:tc>
          <w:tcPr>
            <w:tcW w:type="dxa" w:w="1654"/>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2025-02-24</w:t>
            </w:r>
          </w:p>
        </w:tc>
        <w:tc>
          <w:tcPr>
            <w:tcW w:type="dxa" w:w="1037"/>
          </w:tcPr>
          <w:p>
            <w:pPr>
              <w:spacing w:after="0"/>
              <w:jc w:val="left"/>
            </w:pPr>
            <w:r>
              <w:rPr>
                <w:sz w:val="16"/>
              </w:rPr>
              <w:t>2025-02-14</w:t>
            </w:r>
          </w:p>
        </w:tc>
        <w:tc>
          <w:tcPr>
            <w:tcW w:type="dxa" w:w="1037"/>
          </w:tcPr>
          <w:p>
            <w:pPr>
              <w:spacing w:after="0"/>
              <w:jc w:val="left"/>
            </w:pPr>
            <w:r>
              <w:rPr>
                <w:sz w:val="16"/>
              </w:rPr>
              <w:t>DR-4860-KY</w:t>
            </w:r>
          </w:p>
        </w:tc>
        <w:tc>
          <w:tcPr>
            <w:tcW w:type="dxa" w:w="1193"/>
          </w:tcPr>
          <w:p>
            <w:pPr>
              <w:spacing w:after="0"/>
              <w:jc w:val="left"/>
            </w:pPr>
            <w:r>
              <w:rPr>
                <w:sz w:val="16"/>
              </w:rPr>
              <w:t>Major disaster</w:t>
            </w:r>
          </w:p>
        </w:tc>
        <w:tc>
          <w:tcPr>
            <w:tcW w:type="dxa" w:w="3103"/>
          </w:tcPr>
          <w:p>
            <w:pPr>
              <w:spacing w:after="0"/>
              <w:jc w:val="left"/>
            </w:pPr>
            <w:r>
              <w:rPr>
                <w:sz w:val="16"/>
              </w:rPr>
              <w:t>SEVERE STORMS, STRAIGHT-LINE WINDS, FLOODING, LANDSLIDES, AND MUDSLIDES</w:t>
            </w:r>
          </w:p>
        </w:tc>
        <w:tc>
          <w:tcPr>
            <w:tcW w:type="dxa" w:w="2818"/>
          </w:tcPr>
          <w:p>
            <w:pPr>
              <w:spacing w:after="0"/>
              <w:jc w:val="left"/>
            </w:pPr>
            <w:r>
              <w:rPr>
                <w:sz w:val="16"/>
              </w:rPr>
              <w:t>Inland Flooding; Landslide; Strong Wind</w:t>
            </w:r>
          </w:p>
        </w:tc>
        <w:tc>
          <w:tcPr>
            <w:tcW w:type="dxa" w:w="1359"/>
          </w:tcPr>
          <w:p>
            <w:pPr>
              <w:spacing w:after="0"/>
              <w:jc w:val="right"/>
            </w:pPr>
            <w:r>
              <w:rPr>
                <w:sz w:val="16"/>
              </w:rPr>
              <w:t>$827,455.62</w:t>
            </w:r>
          </w:p>
        </w:tc>
        <w:tc>
          <w:tcPr>
            <w:tcW w:type="dxa" w:w="1654"/>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93"/>
          </w:tcPr>
          <w:p>
            <w:pPr>
              <w:spacing w:after="0"/>
              <w:jc w:val="left"/>
            </w:pPr>
            <w:r>
              <w:rPr>
                <w:sz w:val="16"/>
              </w:rPr>
              <w:t>Emergency</w:t>
            </w:r>
          </w:p>
        </w:tc>
        <w:tc>
          <w:tcPr>
            <w:tcW w:type="dxa" w:w="3103"/>
          </w:tcPr>
          <w:p>
            <w:pPr>
              <w:spacing w:after="0"/>
              <w:jc w:val="left"/>
            </w:pPr>
            <w:r>
              <w:rPr>
                <w:sz w:val="16"/>
              </w:rPr>
              <w:t>SEVERE STORMS, STRAIGHT-LINE WINDS, FLOODING, AND LANDSLIDES</w:t>
            </w:r>
          </w:p>
        </w:tc>
        <w:tc>
          <w:tcPr>
            <w:tcW w:type="dxa" w:w="2818"/>
          </w:tcPr>
          <w:p>
            <w:pPr>
              <w:spacing w:after="0"/>
              <w:jc w:val="left"/>
            </w:pPr>
            <w:r>
              <w:rPr>
                <w:sz w:val="16"/>
              </w:rPr>
              <w:t>Inland Flooding; Landslide; Strong Wind</w:t>
            </w:r>
          </w:p>
        </w:tc>
        <w:tc>
          <w:tcPr>
            <w:tcW w:type="dxa" w:w="1359"/>
          </w:tcPr>
          <w:p>
            <w:pPr>
              <w:spacing w:after="0"/>
              <w:jc w:val="right"/>
            </w:pPr>
            <w:r>
              <w:rPr>
                <w:sz w:val="16"/>
              </w:rPr>
              <w:t>none found</w:t>
            </w:r>
          </w:p>
        </w:tc>
        <w:tc>
          <w:tcPr>
            <w:tcW w:type="dxa" w:w="1654"/>
          </w:tcPr>
          <w:p>
            <w:pPr>
              <w:spacing w:after="0"/>
              <w:jc w:val="left"/>
            </w:pPr>
            <w:r>
              <w:rPr>
                <w:sz w:val="16"/>
              </w:rPr>
              <w:t>new since last plan; within last 5 years</w:t>
            </w:r>
          </w:p>
        </w:tc>
        <w:tc>
          <w:tcPr>
            <w:tcW w:type="dxa" w:w="874"/>
          </w:tcPr>
          <w:p>
            <w:pPr>
              <w:spacing w:after="0"/>
              <w:jc w:val="left"/>
            </w:pPr>
            <w:r>
              <w:rPr>
                <w:sz w:val="16"/>
              </w:rPr>
              <w:t>same incident as DR-4860</w:t>
            </w:r>
          </w:p>
        </w:tc>
      </w:tr>
      <w:tr>
        <w:trPr>
          <w:cantSplit/>
        </w:trPr>
        <w:tc>
          <w:tcPr>
            <w:tcW w:type="dxa" w:w="1037"/>
          </w:tcPr>
          <w:p>
            <w:pPr>
              <w:spacing w:after="0"/>
              <w:jc w:val="left"/>
            </w:pPr>
            <w:r>
              <w:rPr>
                <w:sz w:val="16"/>
              </w:rPr>
              <w:t>2024-11-26</w:t>
            </w:r>
          </w:p>
        </w:tc>
        <w:tc>
          <w:tcPr>
            <w:tcW w:type="dxa" w:w="1037"/>
          </w:tcPr>
          <w:p>
            <w:pPr>
              <w:spacing w:after="0"/>
              <w:jc w:val="left"/>
            </w:pPr>
            <w:r>
              <w:rPr>
                <w:sz w:val="16"/>
              </w:rPr>
              <w:t>2024-09-27</w:t>
            </w:r>
          </w:p>
        </w:tc>
        <w:tc>
          <w:tcPr>
            <w:tcW w:type="dxa" w:w="1037"/>
          </w:tcPr>
          <w:p>
            <w:pPr>
              <w:spacing w:after="0"/>
              <w:jc w:val="left"/>
            </w:pPr>
            <w:r>
              <w:rPr>
                <w:sz w:val="16"/>
              </w:rPr>
              <w:t>DR-4848-KY</w:t>
            </w:r>
          </w:p>
        </w:tc>
        <w:tc>
          <w:tcPr>
            <w:tcW w:type="dxa" w:w="1193"/>
          </w:tcPr>
          <w:p>
            <w:pPr>
              <w:spacing w:after="0"/>
              <w:jc w:val="left"/>
            </w:pPr>
            <w:r>
              <w:rPr>
                <w:sz w:val="16"/>
              </w:rPr>
              <w:t>Major disaster</w:t>
            </w:r>
          </w:p>
        </w:tc>
        <w:tc>
          <w:tcPr>
            <w:tcW w:type="dxa" w:w="3103"/>
          </w:tcPr>
          <w:p>
            <w:pPr>
              <w:spacing w:after="0"/>
              <w:jc w:val="left"/>
            </w:pPr>
            <w:r>
              <w:rPr>
                <w:sz w:val="16"/>
              </w:rPr>
              <w:t>REMNANTS OF HURRICANE HELENE</w:t>
            </w:r>
          </w:p>
        </w:tc>
        <w:tc>
          <w:tcPr>
            <w:tcW w:type="dxa" w:w="2818"/>
          </w:tcPr>
          <w:p>
            <w:pPr>
              <w:spacing w:after="0"/>
              <w:jc w:val="left"/>
            </w:pPr>
            <w:r>
              <w:rPr>
                <w:sz w:val="16"/>
              </w:rPr>
              <w:t>Hurricane (primary); also designated: Inland Flooding, Landslide, Strong Wind</w:t>
            </w:r>
          </w:p>
        </w:tc>
        <w:tc>
          <w:tcPr>
            <w:tcW w:type="dxa" w:w="1359"/>
          </w:tcPr>
          <w:p>
            <w:pPr>
              <w:spacing w:after="0"/>
              <w:jc w:val="right"/>
            </w:pPr>
            <w:r>
              <w:rPr>
                <w:sz w:val="16"/>
              </w:rPr>
              <w:t>none found</w:t>
            </w:r>
          </w:p>
        </w:tc>
        <w:tc>
          <w:tcPr>
            <w:tcW w:type="dxa" w:w="1654"/>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2024-07-23</w:t>
            </w:r>
          </w:p>
        </w:tc>
        <w:tc>
          <w:tcPr>
            <w:tcW w:type="dxa" w:w="1037"/>
          </w:tcPr>
          <w:p>
            <w:pPr>
              <w:spacing w:after="0"/>
              <w:jc w:val="left"/>
            </w:pPr>
            <w:r>
              <w:rPr>
                <w:sz w:val="16"/>
              </w:rPr>
              <w:t>2024-05-21</w:t>
            </w:r>
          </w:p>
        </w:tc>
        <w:tc>
          <w:tcPr>
            <w:tcW w:type="dxa" w:w="1037"/>
          </w:tcPr>
          <w:p>
            <w:pPr>
              <w:spacing w:after="0"/>
              <w:jc w:val="left"/>
            </w:pPr>
            <w:r>
              <w:rPr>
                <w:sz w:val="16"/>
              </w:rPr>
              <w:t>DR-4804-KY</w:t>
            </w:r>
          </w:p>
        </w:tc>
        <w:tc>
          <w:tcPr>
            <w:tcW w:type="dxa" w:w="1193"/>
          </w:tcPr>
          <w:p>
            <w:pPr>
              <w:spacing w:after="0"/>
              <w:jc w:val="left"/>
            </w:pPr>
            <w:r>
              <w:rPr>
                <w:sz w:val="16"/>
              </w:rPr>
              <w:t>Major disaster</w:t>
            </w:r>
          </w:p>
        </w:tc>
        <w:tc>
          <w:tcPr>
            <w:tcW w:type="dxa" w:w="3103"/>
          </w:tcPr>
          <w:p>
            <w:pPr>
              <w:spacing w:after="0"/>
              <w:jc w:val="left"/>
            </w:pPr>
            <w:r>
              <w:rPr>
                <w:sz w:val="16"/>
              </w:rPr>
              <w:t>SEVERE STORMS, STRAIGHT-LINE WINDS, TORNADOES, LANDSLIDES, AND MUDSLIDES</w:t>
            </w:r>
          </w:p>
        </w:tc>
        <w:tc>
          <w:tcPr>
            <w:tcW w:type="dxa" w:w="2818"/>
          </w:tcPr>
          <w:p>
            <w:pPr>
              <w:spacing w:after="0"/>
              <w:jc w:val="left"/>
            </w:pPr>
            <w:r>
              <w:rPr>
                <w:sz w:val="16"/>
              </w:rPr>
              <w:t>Landslide; Strong Wind; Tornado</w:t>
            </w:r>
          </w:p>
        </w:tc>
        <w:tc>
          <w:tcPr>
            <w:tcW w:type="dxa" w:w="1359"/>
          </w:tcPr>
          <w:p>
            <w:pPr>
              <w:spacing w:after="0"/>
              <w:jc w:val="right"/>
            </w:pPr>
            <w:r>
              <w:rPr>
                <w:sz w:val="16"/>
              </w:rPr>
              <w:t>none found</w:t>
            </w:r>
          </w:p>
        </w:tc>
        <w:tc>
          <w:tcPr>
            <w:tcW w:type="dxa" w:w="1654"/>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2023-05-09</w:t>
            </w:r>
          </w:p>
        </w:tc>
        <w:tc>
          <w:tcPr>
            <w:tcW w:type="dxa" w:w="1037"/>
          </w:tcPr>
          <w:p>
            <w:pPr>
              <w:spacing w:after="0"/>
              <w:jc w:val="left"/>
            </w:pPr>
            <w:r>
              <w:rPr>
                <w:sz w:val="16"/>
              </w:rPr>
              <w:t>2023-02-15</w:t>
            </w:r>
          </w:p>
        </w:tc>
        <w:tc>
          <w:tcPr>
            <w:tcW w:type="dxa" w:w="1037"/>
          </w:tcPr>
          <w:p>
            <w:pPr>
              <w:spacing w:after="0"/>
              <w:jc w:val="left"/>
            </w:pPr>
            <w:r>
              <w:rPr>
                <w:sz w:val="16"/>
              </w:rPr>
              <w:t>DR-4711-KY</w:t>
            </w:r>
          </w:p>
        </w:tc>
        <w:tc>
          <w:tcPr>
            <w:tcW w:type="dxa" w:w="1193"/>
          </w:tcPr>
          <w:p>
            <w:pPr>
              <w:spacing w:after="0"/>
              <w:jc w:val="left"/>
            </w:pPr>
            <w:r>
              <w:rPr>
                <w:sz w:val="16"/>
              </w:rPr>
              <w:t>Major disaster</w:t>
            </w:r>
          </w:p>
        </w:tc>
        <w:tc>
          <w:tcPr>
            <w:tcW w:type="dxa" w:w="3103"/>
          </w:tcPr>
          <w:p>
            <w:pPr>
              <w:spacing w:after="0"/>
              <w:jc w:val="left"/>
            </w:pPr>
            <w:r>
              <w:rPr>
                <w:sz w:val="16"/>
              </w:rPr>
              <w:t>SEVERE STORMS, STRAIGHT-LINE WINDS, FLOODING, LANDSLIDES, AND MUDSLIDES</w:t>
            </w:r>
          </w:p>
        </w:tc>
        <w:tc>
          <w:tcPr>
            <w:tcW w:type="dxa" w:w="2818"/>
          </w:tcPr>
          <w:p>
            <w:pPr>
              <w:spacing w:after="0"/>
              <w:jc w:val="left"/>
            </w:pPr>
            <w:r>
              <w:rPr>
                <w:sz w:val="16"/>
              </w:rPr>
              <w:t>Inland Flooding (primary); also designated: Landslide, Strong Wind</w:t>
            </w:r>
          </w:p>
        </w:tc>
        <w:tc>
          <w:tcPr>
            <w:tcW w:type="dxa" w:w="1359"/>
          </w:tcPr>
          <w:p>
            <w:pPr>
              <w:spacing w:after="0"/>
              <w:jc w:val="right"/>
            </w:pPr>
            <w:r>
              <w:rPr>
                <w:sz w:val="16"/>
              </w:rPr>
              <w:t>$1,422,912.08</w:t>
            </w:r>
          </w:p>
        </w:tc>
        <w:tc>
          <w:tcPr>
            <w:tcW w:type="dxa" w:w="1654"/>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2022-07-29</w:t>
            </w:r>
          </w:p>
        </w:tc>
        <w:tc>
          <w:tcPr>
            <w:tcW w:type="dxa" w:w="1037"/>
          </w:tcPr>
          <w:p>
            <w:pPr>
              <w:spacing w:after="0"/>
              <w:jc w:val="left"/>
            </w:pPr>
            <w:r>
              <w:rPr>
                <w:sz w:val="16"/>
              </w:rPr>
              <w:t>2022-07-26</w:t>
            </w:r>
          </w:p>
        </w:tc>
        <w:tc>
          <w:tcPr>
            <w:tcW w:type="dxa" w:w="1037"/>
          </w:tcPr>
          <w:p>
            <w:pPr>
              <w:spacing w:after="0"/>
              <w:jc w:val="left"/>
            </w:pPr>
            <w:r>
              <w:rPr>
                <w:sz w:val="16"/>
              </w:rPr>
              <w:t>DR-4663-KY</w:t>
            </w:r>
          </w:p>
        </w:tc>
        <w:tc>
          <w:tcPr>
            <w:tcW w:type="dxa" w:w="1193"/>
          </w:tcPr>
          <w:p>
            <w:pPr>
              <w:spacing w:after="0"/>
              <w:jc w:val="left"/>
            </w:pPr>
            <w:r>
              <w:rPr>
                <w:sz w:val="16"/>
              </w:rPr>
              <w:t>Major disaster</w:t>
            </w:r>
          </w:p>
        </w:tc>
        <w:tc>
          <w:tcPr>
            <w:tcW w:type="dxa" w:w="3103"/>
          </w:tcPr>
          <w:p>
            <w:pPr>
              <w:spacing w:after="0"/>
              <w:jc w:val="left"/>
            </w:pPr>
            <w:r>
              <w:rPr>
                <w:sz w:val="16"/>
              </w:rPr>
              <w:t>SEVERE STORMS, FLOODING, LANDSLIDES, AND MUDSLIDES</w:t>
            </w:r>
          </w:p>
        </w:tc>
        <w:tc>
          <w:tcPr>
            <w:tcW w:type="dxa" w:w="2818"/>
          </w:tcPr>
          <w:p>
            <w:pPr>
              <w:spacing w:after="0"/>
              <w:jc w:val="left"/>
            </w:pPr>
            <w:r>
              <w:rPr>
                <w:sz w:val="16"/>
              </w:rPr>
              <w:t>Inland Flooding (primary); also designated: Landslide</w:t>
            </w:r>
          </w:p>
        </w:tc>
        <w:tc>
          <w:tcPr>
            <w:tcW w:type="dxa" w:w="1359"/>
          </w:tcPr>
          <w:p>
            <w:pPr>
              <w:spacing w:after="0"/>
              <w:jc w:val="right"/>
            </w:pPr>
            <w:r>
              <w:rPr>
                <w:sz w:val="16"/>
              </w:rPr>
              <w:t>$965,222.20</w:t>
            </w:r>
          </w:p>
        </w:tc>
        <w:tc>
          <w:tcPr>
            <w:tcW w:type="dxa" w:w="1654"/>
          </w:tcPr>
          <w:p>
            <w:pPr>
              <w:spacing w:after="0"/>
              <w:jc w:val="left"/>
            </w:pPr>
            <w:r>
              <w:rPr>
                <w:sz w:val="16"/>
              </w:rPr>
              <w:t>during plan review, check whether your last plan included it; within last 5 years</w:t>
            </w:r>
          </w:p>
        </w:tc>
        <w:tc>
          <w:tcPr>
            <w:tcW w:type="dxa" w:w="874"/>
          </w:tcPr>
          <w:p>
            <w:pPr>
              <w:spacing w:after="0"/>
              <w:jc w:val="left"/>
            </w:pPr>
          </w:p>
        </w:tc>
      </w:tr>
      <w:tr>
        <w:trPr>
          <w:cantSplit/>
        </w:trPr>
        <w:tc>
          <w:tcPr>
            <w:tcW w:type="dxa" w:w="1037"/>
          </w:tcPr>
          <w:p>
            <w:pPr>
              <w:spacing w:after="0"/>
              <w:jc w:val="left"/>
            </w:pPr>
            <w:r>
              <w:rPr>
                <w:sz w:val="16"/>
              </w:rPr>
              <w:t>2021-04-23</w:t>
            </w:r>
          </w:p>
        </w:tc>
        <w:tc>
          <w:tcPr>
            <w:tcW w:type="dxa" w:w="1037"/>
          </w:tcPr>
          <w:p>
            <w:pPr>
              <w:spacing w:after="0"/>
              <w:jc w:val="left"/>
            </w:pPr>
            <w:r>
              <w:rPr>
                <w:sz w:val="16"/>
              </w:rPr>
              <w:t>2021-02-27</w:t>
            </w:r>
          </w:p>
        </w:tc>
        <w:tc>
          <w:tcPr>
            <w:tcW w:type="dxa" w:w="1037"/>
          </w:tcPr>
          <w:p>
            <w:pPr>
              <w:spacing w:after="0"/>
              <w:jc w:val="left"/>
            </w:pPr>
            <w:r>
              <w:rPr>
                <w:sz w:val="16"/>
              </w:rPr>
              <w:t>DR-4595-KY</w:t>
            </w:r>
          </w:p>
        </w:tc>
        <w:tc>
          <w:tcPr>
            <w:tcW w:type="dxa" w:w="1193"/>
          </w:tcPr>
          <w:p>
            <w:pPr>
              <w:spacing w:after="0"/>
              <w:jc w:val="left"/>
            </w:pPr>
            <w:r>
              <w:rPr>
                <w:sz w:val="16"/>
              </w:rPr>
              <w:t>Major disaster</w:t>
            </w:r>
          </w:p>
        </w:tc>
        <w:tc>
          <w:tcPr>
            <w:tcW w:type="dxa" w:w="3103"/>
          </w:tcPr>
          <w:p>
            <w:pPr>
              <w:spacing w:after="0"/>
              <w:jc w:val="left"/>
            </w:pPr>
            <w:r>
              <w:rPr>
                <w:sz w:val="16"/>
              </w:rPr>
              <w:t>SEVERE, STORMS, FLOODING, LANDSLIDES, AND MUDSLIDES</w:t>
            </w:r>
          </w:p>
        </w:tc>
        <w:tc>
          <w:tcPr>
            <w:tcW w:type="dxa" w:w="2818"/>
          </w:tcPr>
          <w:p>
            <w:pPr>
              <w:spacing w:after="0"/>
              <w:jc w:val="left"/>
            </w:pPr>
            <w:r>
              <w:rPr>
                <w:sz w:val="16"/>
              </w:rPr>
              <w:t>Inland Flooding (primary); also designated: Landslide</w:t>
            </w:r>
          </w:p>
        </w:tc>
        <w:tc>
          <w:tcPr>
            <w:tcW w:type="dxa" w:w="1359"/>
          </w:tcPr>
          <w:p>
            <w:pPr>
              <w:spacing w:after="0"/>
              <w:jc w:val="right"/>
            </w:pPr>
            <w:r>
              <w:rPr>
                <w:sz w:val="16"/>
              </w:rPr>
              <w:t>$621,677.31</w:t>
            </w:r>
          </w:p>
        </w:tc>
        <w:tc>
          <w:tcPr>
            <w:tcW w:type="dxa" w:w="165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2021-03-31</w:t>
            </w:r>
          </w:p>
        </w:tc>
        <w:tc>
          <w:tcPr>
            <w:tcW w:type="dxa" w:w="1037"/>
          </w:tcPr>
          <w:p>
            <w:pPr>
              <w:spacing w:after="0"/>
              <w:jc w:val="left"/>
            </w:pPr>
            <w:r>
              <w:rPr>
                <w:sz w:val="16"/>
              </w:rPr>
              <w:t>2021-02-08</w:t>
            </w:r>
          </w:p>
        </w:tc>
        <w:tc>
          <w:tcPr>
            <w:tcW w:type="dxa" w:w="1037"/>
          </w:tcPr>
          <w:p>
            <w:pPr>
              <w:spacing w:after="0"/>
              <w:jc w:val="left"/>
            </w:pPr>
            <w:r>
              <w:rPr>
                <w:sz w:val="16"/>
              </w:rPr>
              <w:t>DR-4592-KY</w:t>
            </w:r>
          </w:p>
        </w:tc>
        <w:tc>
          <w:tcPr>
            <w:tcW w:type="dxa" w:w="1193"/>
          </w:tcPr>
          <w:p>
            <w:pPr>
              <w:spacing w:after="0"/>
              <w:jc w:val="left"/>
            </w:pPr>
            <w:r>
              <w:rPr>
                <w:sz w:val="16"/>
              </w:rPr>
              <w:t>Major disaster</w:t>
            </w:r>
          </w:p>
        </w:tc>
        <w:tc>
          <w:tcPr>
            <w:tcW w:type="dxa" w:w="3103"/>
          </w:tcPr>
          <w:p>
            <w:pPr>
              <w:spacing w:after="0"/>
              <w:jc w:val="left"/>
            </w:pPr>
            <w:r>
              <w:rPr>
                <w:sz w:val="16"/>
              </w:rPr>
              <w:t>SEVERE WINTER STORMS, LANDSLIDES, AND MUDSLIDES</w:t>
            </w:r>
          </w:p>
        </w:tc>
        <w:tc>
          <w:tcPr>
            <w:tcW w:type="dxa" w:w="2818"/>
          </w:tcPr>
          <w:p>
            <w:pPr>
              <w:spacing w:after="0"/>
              <w:jc w:val="left"/>
            </w:pPr>
            <w:r>
              <w:rPr>
                <w:sz w:val="16"/>
              </w:rPr>
              <w:t>Ice Storm</w:t>
            </w:r>
          </w:p>
        </w:tc>
        <w:tc>
          <w:tcPr>
            <w:tcW w:type="dxa" w:w="1359"/>
          </w:tcPr>
          <w:p>
            <w:pPr>
              <w:spacing w:after="0"/>
              <w:jc w:val="right"/>
            </w:pPr>
            <w:r>
              <w:rPr>
                <w:sz w:val="16"/>
              </w:rPr>
              <w:t>$75,405.10</w:t>
            </w:r>
          </w:p>
        </w:tc>
        <w:tc>
          <w:tcPr>
            <w:tcW w:type="dxa" w:w="165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2020-04-24</w:t>
            </w:r>
          </w:p>
        </w:tc>
        <w:tc>
          <w:tcPr>
            <w:tcW w:type="dxa" w:w="1037"/>
          </w:tcPr>
          <w:p>
            <w:pPr>
              <w:spacing w:after="0"/>
              <w:jc w:val="left"/>
            </w:pPr>
            <w:r>
              <w:rPr>
                <w:sz w:val="16"/>
              </w:rPr>
              <w:t>2020-02-03</w:t>
            </w:r>
          </w:p>
        </w:tc>
        <w:tc>
          <w:tcPr>
            <w:tcW w:type="dxa" w:w="1037"/>
          </w:tcPr>
          <w:p>
            <w:pPr>
              <w:spacing w:after="0"/>
              <w:jc w:val="left"/>
            </w:pPr>
            <w:r>
              <w:rPr>
                <w:sz w:val="16"/>
              </w:rPr>
              <w:t>DR-4540-KY</w:t>
            </w:r>
          </w:p>
        </w:tc>
        <w:tc>
          <w:tcPr>
            <w:tcW w:type="dxa" w:w="1193"/>
          </w:tcPr>
          <w:p>
            <w:pPr>
              <w:spacing w:after="0"/>
              <w:jc w:val="left"/>
            </w:pPr>
            <w:r>
              <w:rPr>
                <w:sz w:val="16"/>
              </w:rPr>
              <w:t>Major disaster</w:t>
            </w:r>
          </w:p>
        </w:tc>
        <w:tc>
          <w:tcPr>
            <w:tcW w:type="dxa" w:w="3103"/>
          </w:tcPr>
          <w:p>
            <w:pPr>
              <w:spacing w:after="0"/>
              <w:jc w:val="left"/>
            </w:pPr>
            <w:r>
              <w:rPr>
                <w:sz w:val="16"/>
              </w:rPr>
              <w:t>SEVERE STORMS, FLOODING, LANDSLIDES, AND MUDSLIDES</w:t>
            </w:r>
          </w:p>
        </w:tc>
        <w:tc>
          <w:tcPr>
            <w:tcW w:type="dxa" w:w="2818"/>
          </w:tcPr>
          <w:p>
            <w:pPr>
              <w:spacing w:after="0"/>
              <w:jc w:val="left"/>
            </w:pPr>
            <w:r>
              <w:rPr>
                <w:sz w:val="16"/>
              </w:rPr>
              <w:t>Inland Flooding; Landslide</w:t>
            </w:r>
          </w:p>
        </w:tc>
        <w:tc>
          <w:tcPr>
            <w:tcW w:type="dxa" w:w="1359"/>
          </w:tcPr>
          <w:p>
            <w:pPr>
              <w:spacing w:after="0"/>
              <w:jc w:val="right"/>
            </w:pPr>
            <w:r>
              <w:rPr>
                <w:sz w:val="16"/>
              </w:rPr>
              <w:t>$1,836,654.02</w:t>
            </w:r>
          </w:p>
        </w:tc>
        <w:tc>
          <w:tcPr>
            <w:tcW w:type="dxa" w:w="165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93"/>
          </w:tcPr>
          <w:p>
            <w:pPr>
              <w:spacing w:after="0"/>
              <w:jc w:val="left"/>
            </w:pPr>
            <w:r>
              <w:rPr>
                <w:sz w:val="16"/>
              </w:rPr>
              <w:t>Major disaster</w:t>
            </w:r>
          </w:p>
        </w:tc>
        <w:tc>
          <w:tcPr>
            <w:tcW w:type="dxa" w:w="3103"/>
          </w:tcPr>
          <w:p>
            <w:pPr>
              <w:spacing w:after="0"/>
              <w:jc w:val="left"/>
            </w:pPr>
            <w:r>
              <w:rPr>
                <w:sz w:val="16"/>
              </w:rPr>
              <w:t>COVID-19 PANDEMIC</w:t>
            </w:r>
          </w:p>
        </w:tc>
        <w:tc>
          <w:tcPr>
            <w:tcW w:type="dxa" w:w="2818"/>
          </w:tcPr>
          <w:p>
            <w:pPr>
              <w:spacing w:after="0"/>
              <w:jc w:val="left"/>
            </w:pPr>
            <w:r>
              <w:rPr>
                <w:sz w:val="16"/>
              </w:rPr>
              <w:t>Non-natural, not counted</w:t>
            </w:r>
          </w:p>
        </w:tc>
        <w:tc>
          <w:tcPr>
            <w:tcW w:type="dxa" w:w="1359"/>
          </w:tcPr>
          <w:p>
            <w:pPr>
              <w:spacing w:after="0"/>
              <w:jc w:val="right"/>
            </w:pPr>
            <w:r>
              <w:rPr>
                <w:sz w:val="16"/>
              </w:rPr>
              <w:t>none found</w:t>
            </w:r>
          </w:p>
        </w:tc>
        <w:tc>
          <w:tcPr>
            <w:tcW w:type="dxa" w:w="165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93"/>
          </w:tcPr>
          <w:p>
            <w:pPr>
              <w:spacing w:after="0"/>
              <w:jc w:val="left"/>
            </w:pPr>
            <w:r>
              <w:rPr>
                <w:sz w:val="16"/>
              </w:rPr>
              <w:t>Emergency</w:t>
            </w:r>
          </w:p>
        </w:tc>
        <w:tc>
          <w:tcPr>
            <w:tcW w:type="dxa" w:w="3103"/>
          </w:tcPr>
          <w:p>
            <w:pPr>
              <w:spacing w:after="0"/>
              <w:jc w:val="left"/>
            </w:pPr>
            <w:r>
              <w:rPr>
                <w:sz w:val="16"/>
              </w:rPr>
              <w:t>COVID-19</w:t>
            </w:r>
          </w:p>
        </w:tc>
        <w:tc>
          <w:tcPr>
            <w:tcW w:type="dxa" w:w="2818"/>
          </w:tcPr>
          <w:p>
            <w:pPr>
              <w:spacing w:after="0"/>
              <w:jc w:val="left"/>
            </w:pPr>
            <w:r>
              <w:rPr>
                <w:sz w:val="16"/>
              </w:rPr>
              <w:t>Non-natural, not counted</w:t>
            </w:r>
          </w:p>
        </w:tc>
        <w:tc>
          <w:tcPr>
            <w:tcW w:type="dxa" w:w="1359"/>
          </w:tcPr>
          <w:p>
            <w:pPr>
              <w:spacing w:after="0"/>
              <w:jc w:val="right"/>
            </w:pPr>
            <w:r>
              <w:rPr>
                <w:sz w:val="16"/>
              </w:rPr>
              <w:t>none found</w:t>
            </w:r>
          </w:p>
        </w:tc>
        <w:tc>
          <w:tcPr>
            <w:tcW w:type="dxa" w:w="1654"/>
          </w:tcPr>
          <w:p>
            <w:pPr>
              <w:spacing w:after="0"/>
              <w:jc w:val="left"/>
            </w:pPr>
          </w:p>
        </w:tc>
        <w:tc>
          <w:tcPr>
            <w:tcW w:type="dxa" w:w="874"/>
          </w:tcPr>
          <w:p>
            <w:pPr>
              <w:spacing w:after="0"/>
              <w:jc w:val="left"/>
            </w:pPr>
            <w:r>
              <w:rPr>
                <w:sz w:val="16"/>
              </w:rPr>
              <w:t>same incident as DR-4497</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2019-02-06</w:t>
            </w:r>
          </w:p>
        </w:tc>
        <w:tc>
          <w:tcPr>
            <w:tcW w:type="dxa" w:w="1037"/>
          </w:tcPr>
          <w:p>
            <w:pPr>
              <w:spacing w:after="0"/>
              <w:jc w:val="left"/>
            </w:pPr>
            <w:r>
              <w:rPr>
                <w:sz w:val="16"/>
              </w:rPr>
              <w:t>DR-4428-KY</w:t>
            </w:r>
          </w:p>
        </w:tc>
        <w:tc>
          <w:tcPr>
            <w:tcW w:type="dxa" w:w="1193"/>
          </w:tcPr>
          <w:p>
            <w:pPr>
              <w:spacing w:after="0"/>
              <w:jc w:val="left"/>
            </w:pPr>
            <w:r>
              <w:rPr>
                <w:sz w:val="16"/>
              </w:rPr>
              <w:t>Major disaster</w:t>
            </w:r>
          </w:p>
        </w:tc>
        <w:tc>
          <w:tcPr>
            <w:tcW w:type="dxa" w:w="3103"/>
          </w:tcPr>
          <w:p>
            <w:pPr>
              <w:spacing w:after="0"/>
              <w:jc w:val="left"/>
            </w:pPr>
            <w:r>
              <w:rPr>
                <w:sz w:val="16"/>
              </w:rPr>
              <w:t>SEVERE STORMS, STRAIGHT-LINE WINDS, FLOODING, LANDSLIDES, AND MUDSLIDES</w:t>
            </w:r>
          </w:p>
        </w:tc>
        <w:tc>
          <w:tcPr>
            <w:tcW w:type="dxa" w:w="2818"/>
          </w:tcPr>
          <w:p>
            <w:pPr>
              <w:spacing w:after="0"/>
              <w:jc w:val="left"/>
            </w:pPr>
            <w:r>
              <w:rPr>
                <w:sz w:val="16"/>
              </w:rPr>
              <w:t>Inland Flooding; Landslide; Strong Wind</w:t>
            </w:r>
          </w:p>
        </w:tc>
        <w:tc>
          <w:tcPr>
            <w:tcW w:type="dxa" w:w="1359"/>
          </w:tcPr>
          <w:p>
            <w:pPr>
              <w:spacing w:after="0"/>
              <w:jc w:val="right"/>
            </w:pPr>
            <w:r>
              <w:rPr>
                <w:sz w:val="16"/>
              </w:rPr>
              <w:t>$3,383,969.70</w:t>
            </w:r>
          </w:p>
        </w:tc>
        <w:tc>
          <w:tcPr>
            <w:tcW w:type="dxa" w:w="165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2018-04-12</w:t>
            </w:r>
          </w:p>
        </w:tc>
        <w:tc>
          <w:tcPr>
            <w:tcW w:type="dxa" w:w="1037"/>
          </w:tcPr>
          <w:p>
            <w:pPr>
              <w:spacing w:after="0"/>
              <w:jc w:val="left"/>
            </w:pPr>
            <w:r>
              <w:rPr>
                <w:sz w:val="16"/>
              </w:rPr>
              <w:t>2018-02-09</w:t>
            </w:r>
          </w:p>
        </w:tc>
        <w:tc>
          <w:tcPr>
            <w:tcW w:type="dxa" w:w="1037"/>
          </w:tcPr>
          <w:p>
            <w:pPr>
              <w:spacing w:after="0"/>
              <w:jc w:val="left"/>
            </w:pPr>
            <w:r>
              <w:rPr>
                <w:sz w:val="16"/>
              </w:rPr>
              <w:t>DR-4358-KY</w:t>
            </w:r>
          </w:p>
        </w:tc>
        <w:tc>
          <w:tcPr>
            <w:tcW w:type="dxa" w:w="1193"/>
          </w:tcPr>
          <w:p>
            <w:pPr>
              <w:spacing w:after="0"/>
              <w:jc w:val="left"/>
            </w:pPr>
            <w:r>
              <w:rPr>
                <w:sz w:val="16"/>
              </w:rPr>
              <w:t>Major disaster</w:t>
            </w:r>
          </w:p>
        </w:tc>
        <w:tc>
          <w:tcPr>
            <w:tcW w:type="dxa" w:w="3103"/>
          </w:tcPr>
          <w:p>
            <w:pPr>
              <w:spacing w:after="0"/>
              <w:jc w:val="left"/>
            </w:pPr>
            <w:r>
              <w:rPr>
                <w:sz w:val="16"/>
              </w:rPr>
              <w:t>SEVERE STORMS, FLOODING, LANDSLIDES, AND MUDSLIDES</w:t>
            </w:r>
          </w:p>
        </w:tc>
        <w:tc>
          <w:tcPr>
            <w:tcW w:type="dxa" w:w="2818"/>
          </w:tcPr>
          <w:p>
            <w:pPr>
              <w:spacing w:after="0"/>
              <w:jc w:val="left"/>
            </w:pPr>
            <w:r>
              <w:rPr>
                <w:sz w:val="16"/>
              </w:rPr>
              <w:t>Inland Flooding (primary); also designated: Landslide</w:t>
            </w:r>
          </w:p>
        </w:tc>
        <w:tc>
          <w:tcPr>
            <w:tcW w:type="dxa" w:w="1359"/>
          </w:tcPr>
          <w:p>
            <w:pPr>
              <w:spacing w:after="0"/>
              <w:jc w:val="right"/>
            </w:pPr>
            <w:r>
              <w:rPr>
                <w:sz w:val="16"/>
              </w:rPr>
              <w:t>$805,329.31</w:t>
            </w:r>
          </w:p>
        </w:tc>
        <w:tc>
          <w:tcPr>
            <w:tcW w:type="dxa" w:w="165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2016-11-20</w:t>
            </w:r>
          </w:p>
        </w:tc>
        <w:tc>
          <w:tcPr>
            <w:tcW w:type="dxa" w:w="1037"/>
          </w:tcPr>
          <w:p>
            <w:pPr>
              <w:spacing w:after="0"/>
              <w:jc w:val="left"/>
            </w:pPr>
            <w:r>
              <w:rPr>
                <w:sz w:val="16"/>
              </w:rPr>
              <w:t>2016-11-18</w:t>
            </w:r>
          </w:p>
        </w:tc>
        <w:tc>
          <w:tcPr>
            <w:tcW w:type="dxa" w:w="1037"/>
          </w:tcPr>
          <w:p>
            <w:pPr>
              <w:spacing w:after="0"/>
              <w:jc w:val="left"/>
            </w:pPr>
            <w:r>
              <w:rPr>
                <w:sz w:val="16"/>
              </w:rPr>
              <w:t>FM-5166-KY</w:t>
            </w:r>
          </w:p>
        </w:tc>
        <w:tc>
          <w:tcPr>
            <w:tcW w:type="dxa" w:w="1193"/>
          </w:tcPr>
          <w:p>
            <w:pPr>
              <w:spacing w:after="0"/>
              <w:jc w:val="left"/>
            </w:pPr>
            <w:r>
              <w:rPr>
                <w:sz w:val="16"/>
              </w:rPr>
              <w:t>Fire management</w:t>
            </w:r>
          </w:p>
        </w:tc>
        <w:tc>
          <w:tcPr>
            <w:tcW w:type="dxa" w:w="3103"/>
          </w:tcPr>
          <w:p>
            <w:pPr>
              <w:spacing w:after="0"/>
              <w:jc w:val="left"/>
            </w:pPr>
            <w:r>
              <w:rPr>
                <w:sz w:val="16"/>
              </w:rPr>
              <w:t>SOUTHEASTERN KENTUCKY FIRE COMPLEX</w:t>
            </w:r>
          </w:p>
        </w:tc>
        <w:tc>
          <w:tcPr>
            <w:tcW w:type="dxa" w:w="2818"/>
          </w:tcPr>
          <w:p>
            <w:pPr>
              <w:spacing w:after="0"/>
              <w:jc w:val="left"/>
            </w:pPr>
            <w:r>
              <w:rPr>
                <w:sz w:val="16"/>
              </w:rPr>
              <w:t>Wildfire</w:t>
            </w:r>
          </w:p>
        </w:tc>
        <w:tc>
          <w:tcPr>
            <w:tcW w:type="dxa" w:w="1359"/>
          </w:tcPr>
          <w:p>
            <w:pPr>
              <w:spacing w:after="0"/>
              <w:jc w:val="right"/>
            </w:pPr>
            <w:r>
              <w:rPr>
                <w:sz w:val="16"/>
              </w:rPr>
              <w:t>none found</w:t>
            </w:r>
          </w:p>
        </w:tc>
        <w:tc>
          <w:tcPr>
            <w:tcW w:type="dxa" w:w="165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2015-05-12</w:t>
            </w:r>
          </w:p>
        </w:tc>
        <w:tc>
          <w:tcPr>
            <w:tcW w:type="dxa" w:w="1037"/>
          </w:tcPr>
          <w:p>
            <w:pPr>
              <w:spacing w:after="0"/>
              <w:jc w:val="left"/>
            </w:pPr>
            <w:r>
              <w:rPr>
                <w:sz w:val="16"/>
              </w:rPr>
              <w:t>2015-03-03</w:t>
            </w:r>
          </w:p>
        </w:tc>
        <w:tc>
          <w:tcPr>
            <w:tcW w:type="dxa" w:w="1037"/>
          </w:tcPr>
          <w:p>
            <w:pPr>
              <w:spacing w:after="0"/>
              <w:jc w:val="left"/>
            </w:pPr>
            <w:r>
              <w:rPr>
                <w:sz w:val="16"/>
              </w:rPr>
              <w:t>DR-4218-KY</w:t>
            </w:r>
          </w:p>
        </w:tc>
        <w:tc>
          <w:tcPr>
            <w:tcW w:type="dxa" w:w="1193"/>
          </w:tcPr>
          <w:p>
            <w:pPr>
              <w:spacing w:after="0"/>
              <w:jc w:val="left"/>
            </w:pPr>
            <w:r>
              <w:rPr>
                <w:sz w:val="16"/>
              </w:rPr>
              <w:t>Major disaster</w:t>
            </w:r>
          </w:p>
        </w:tc>
        <w:tc>
          <w:tcPr>
            <w:tcW w:type="dxa" w:w="3103"/>
          </w:tcPr>
          <w:p>
            <w:pPr>
              <w:spacing w:after="0"/>
              <w:jc w:val="left"/>
            </w:pPr>
            <w:r>
              <w:rPr>
                <w:sz w:val="16"/>
              </w:rPr>
              <w:t>SEVERE WINTER STORM, SNOWSTORM, FLOODING, LANDSLIDES, AND MUDSLIDES</w:t>
            </w:r>
          </w:p>
        </w:tc>
        <w:tc>
          <w:tcPr>
            <w:tcW w:type="dxa" w:w="2818"/>
          </w:tcPr>
          <w:p>
            <w:pPr>
              <w:spacing w:after="0"/>
              <w:jc w:val="left"/>
            </w:pPr>
            <w:r>
              <w:rPr>
                <w:sz w:val="16"/>
              </w:rPr>
              <w:t>Inland Flooding (primary); also designated: Landslide, Winter Weather</w:t>
            </w:r>
          </w:p>
        </w:tc>
        <w:tc>
          <w:tcPr>
            <w:tcW w:type="dxa" w:w="1359"/>
          </w:tcPr>
          <w:p>
            <w:pPr>
              <w:spacing w:after="0"/>
              <w:jc w:val="right"/>
            </w:pPr>
            <w:r>
              <w:rPr>
                <w:sz w:val="16"/>
              </w:rPr>
              <w:t>none found</w:t>
            </w:r>
          </w:p>
        </w:tc>
        <w:tc>
          <w:tcPr>
            <w:tcW w:type="dxa" w:w="165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2015-04-30</w:t>
            </w:r>
          </w:p>
        </w:tc>
        <w:tc>
          <w:tcPr>
            <w:tcW w:type="dxa" w:w="1037"/>
          </w:tcPr>
          <w:p>
            <w:pPr>
              <w:spacing w:after="0"/>
              <w:jc w:val="left"/>
            </w:pPr>
            <w:r>
              <w:rPr>
                <w:sz w:val="16"/>
              </w:rPr>
              <w:t>2015-02-15</w:t>
            </w:r>
          </w:p>
        </w:tc>
        <w:tc>
          <w:tcPr>
            <w:tcW w:type="dxa" w:w="1037"/>
          </w:tcPr>
          <w:p>
            <w:pPr>
              <w:spacing w:after="0"/>
              <w:jc w:val="left"/>
            </w:pPr>
            <w:r>
              <w:rPr>
                <w:sz w:val="16"/>
              </w:rPr>
              <w:t>DR-4216-KY</w:t>
            </w:r>
          </w:p>
        </w:tc>
        <w:tc>
          <w:tcPr>
            <w:tcW w:type="dxa" w:w="1193"/>
          </w:tcPr>
          <w:p>
            <w:pPr>
              <w:spacing w:after="0"/>
              <w:jc w:val="left"/>
            </w:pPr>
            <w:r>
              <w:rPr>
                <w:sz w:val="16"/>
              </w:rPr>
              <w:t>Major disaster</w:t>
            </w:r>
          </w:p>
        </w:tc>
        <w:tc>
          <w:tcPr>
            <w:tcW w:type="dxa" w:w="3103"/>
          </w:tcPr>
          <w:p>
            <w:pPr>
              <w:spacing w:after="0"/>
              <w:jc w:val="left"/>
            </w:pPr>
            <w:r>
              <w:rPr>
                <w:sz w:val="16"/>
              </w:rPr>
              <w:t>SEVERE WINTER STORMS, SNOWSTORMS, FLOODING, LANDSLIDES, AND MUDSLIDES</w:t>
            </w:r>
          </w:p>
        </w:tc>
        <w:tc>
          <w:tcPr>
            <w:tcW w:type="dxa" w:w="2818"/>
          </w:tcPr>
          <w:p>
            <w:pPr>
              <w:spacing w:after="0"/>
              <w:jc w:val="left"/>
            </w:pPr>
            <w:r>
              <w:rPr>
                <w:sz w:val="16"/>
              </w:rPr>
              <w:t>Winter Weather (primary); also designated: Inland Flooding, Landslide</w:t>
            </w:r>
          </w:p>
        </w:tc>
        <w:tc>
          <w:tcPr>
            <w:tcW w:type="dxa" w:w="1359"/>
          </w:tcPr>
          <w:p>
            <w:pPr>
              <w:spacing w:after="0"/>
              <w:jc w:val="right"/>
            </w:pPr>
            <w:r>
              <w:rPr>
                <w:sz w:val="16"/>
              </w:rPr>
              <w:t>$120,175.29</w:t>
            </w:r>
          </w:p>
        </w:tc>
        <w:tc>
          <w:tcPr>
            <w:tcW w:type="dxa" w:w="165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193"/>
          </w:tcPr>
          <w:p>
            <w:pPr>
              <w:spacing w:after="0"/>
              <w:jc w:val="left"/>
            </w:pPr>
            <w:r>
              <w:rPr>
                <w:sz w:val="16"/>
              </w:rPr>
              <w:t>Major disaster</w:t>
            </w:r>
          </w:p>
        </w:tc>
        <w:tc>
          <w:tcPr>
            <w:tcW w:type="dxa" w:w="3103"/>
          </w:tcPr>
          <w:p>
            <w:pPr>
              <w:spacing w:after="0"/>
              <w:jc w:val="left"/>
            </w:pPr>
            <w:r>
              <w:rPr>
                <w:sz w:val="16"/>
              </w:rPr>
              <w:t>SEVERE STORMS, TORNADOES, AND FLOODING</w:t>
            </w:r>
          </w:p>
        </w:tc>
        <w:tc>
          <w:tcPr>
            <w:tcW w:type="dxa" w:w="2818"/>
          </w:tcPr>
          <w:p>
            <w:pPr>
              <w:spacing w:after="0"/>
              <w:jc w:val="left"/>
            </w:pPr>
            <w:r>
              <w:rPr>
                <w:sz w:val="16"/>
              </w:rPr>
              <w:t>Inland Flooding; Tornado</w:t>
            </w:r>
          </w:p>
        </w:tc>
        <w:tc>
          <w:tcPr>
            <w:tcW w:type="dxa" w:w="1359"/>
          </w:tcPr>
          <w:p>
            <w:pPr>
              <w:spacing w:after="0"/>
              <w:jc w:val="right"/>
            </w:pPr>
            <w:r>
              <w:rPr>
                <w:sz w:val="16"/>
              </w:rPr>
              <w:t>none found</w:t>
            </w:r>
          </w:p>
        </w:tc>
        <w:tc>
          <w:tcPr>
            <w:tcW w:type="dxa" w:w="165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93"/>
          </w:tcPr>
          <w:p>
            <w:pPr>
              <w:spacing w:after="0"/>
              <w:jc w:val="left"/>
            </w:pPr>
            <w:r>
              <w:rPr>
                <w:sz w:val="16"/>
              </w:rPr>
              <w:t>Emergency</w:t>
            </w:r>
          </w:p>
        </w:tc>
        <w:tc>
          <w:tcPr>
            <w:tcW w:type="dxa" w:w="3103"/>
          </w:tcPr>
          <w:p>
            <w:pPr>
              <w:spacing w:after="0"/>
              <w:jc w:val="left"/>
            </w:pPr>
            <w:r>
              <w:rPr>
                <w:sz w:val="16"/>
              </w:rPr>
              <w:t>HURRICANE KATRINA</w:t>
            </w:r>
          </w:p>
        </w:tc>
        <w:tc>
          <w:tcPr>
            <w:tcW w:type="dxa" w:w="2818"/>
          </w:tcPr>
          <w:p>
            <w:pPr>
              <w:spacing w:after="0"/>
              <w:jc w:val="left"/>
            </w:pPr>
            <w:r>
              <w:rPr>
                <w:sz w:val="16"/>
              </w:rPr>
              <w:t>Hurricane: evacuation support, not a local hazard event; not counted</w:t>
            </w:r>
          </w:p>
        </w:tc>
        <w:tc>
          <w:tcPr>
            <w:tcW w:type="dxa" w:w="1359"/>
          </w:tcPr>
          <w:p>
            <w:pPr>
              <w:spacing w:after="0"/>
              <w:jc w:val="right"/>
            </w:pPr>
            <w:r>
              <w:rPr>
                <w:sz w:val="16"/>
              </w:rPr>
              <w:t>none found</w:t>
            </w:r>
          </w:p>
        </w:tc>
        <w:tc>
          <w:tcPr>
            <w:tcW w:type="dxa" w:w="165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193"/>
          </w:tcPr>
          <w:p>
            <w:pPr>
              <w:spacing w:after="0"/>
              <w:jc w:val="left"/>
            </w:pPr>
            <w:r>
              <w:rPr>
                <w:sz w:val="16"/>
              </w:rPr>
              <w:t>Major disaster</w:t>
            </w:r>
          </w:p>
        </w:tc>
        <w:tc>
          <w:tcPr>
            <w:tcW w:type="dxa" w:w="3103"/>
          </w:tcPr>
          <w:p>
            <w:pPr>
              <w:spacing w:after="0"/>
              <w:jc w:val="left"/>
            </w:pPr>
            <w:r>
              <w:rPr>
                <w:sz w:val="16"/>
              </w:rPr>
              <w:t>SEVERE STORMS, TORNADOES, FLOODING, AND MUDSLIDES</w:t>
            </w:r>
          </w:p>
        </w:tc>
        <w:tc>
          <w:tcPr>
            <w:tcW w:type="dxa" w:w="2818"/>
          </w:tcPr>
          <w:p>
            <w:pPr>
              <w:spacing w:after="0"/>
              <w:jc w:val="left"/>
            </w:pPr>
            <w:r>
              <w:rPr>
                <w:sz w:val="16"/>
              </w:rPr>
              <w:t>Inland Flooding; Landslide; Tornado</w:t>
            </w:r>
          </w:p>
        </w:tc>
        <w:tc>
          <w:tcPr>
            <w:tcW w:type="dxa" w:w="1359"/>
          </w:tcPr>
          <w:p>
            <w:pPr>
              <w:spacing w:after="0"/>
              <w:jc w:val="right"/>
            </w:pPr>
            <w:r>
              <w:rPr>
                <w:sz w:val="16"/>
              </w:rPr>
              <w:t>$159,535.99</w:t>
            </w:r>
          </w:p>
        </w:tc>
        <w:tc>
          <w:tcPr>
            <w:tcW w:type="dxa" w:w="165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2003-07-02</w:t>
            </w:r>
          </w:p>
        </w:tc>
        <w:tc>
          <w:tcPr>
            <w:tcW w:type="dxa" w:w="1037"/>
          </w:tcPr>
          <w:p>
            <w:pPr>
              <w:spacing w:after="0"/>
              <w:jc w:val="left"/>
            </w:pPr>
            <w:r>
              <w:rPr>
                <w:sz w:val="16"/>
              </w:rPr>
              <w:t>2003-06-14</w:t>
            </w:r>
          </w:p>
        </w:tc>
        <w:tc>
          <w:tcPr>
            <w:tcW w:type="dxa" w:w="1037"/>
          </w:tcPr>
          <w:p>
            <w:pPr>
              <w:spacing w:after="0"/>
              <w:jc w:val="left"/>
            </w:pPr>
            <w:r>
              <w:rPr>
                <w:sz w:val="16"/>
              </w:rPr>
              <w:t>DR-1475-KY</w:t>
            </w:r>
          </w:p>
        </w:tc>
        <w:tc>
          <w:tcPr>
            <w:tcW w:type="dxa" w:w="1193"/>
          </w:tcPr>
          <w:p>
            <w:pPr>
              <w:spacing w:after="0"/>
              <w:jc w:val="left"/>
            </w:pPr>
            <w:r>
              <w:rPr>
                <w:sz w:val="16"/>
              </w:rPr>
              <w:t>Major disaster</w:t>
            </w:r>
          </w:p>
        </w:tc>
        <w:tc>
          <w:tcPr>
            <w:tcW w:type="dxa" w:w="3103"/>
          </w:tcPr>
          <w:p>
            <w:pPr>
              <w:spacing w:after="0"/>
              <w:jc w:val="left"/>
            </w:pPr>
            <w:r>
              <w:rPr>
                <w:sz w:val="16"/>
              </w:rPr>
              <w:t>SEVERE STORMS, FLOODING, MUD AND ROCK SLIDES, AND TORNADOES</w:t>
            </w:r>
          </w:p>
        </w:tc>
        <w:tc>
          <w:tcPr>
            <w:tcW w:type="dxa" w:w="2818"/>
          </w:tcPr>
          <w:p>
            <w:pPr>
              <w:spacing w:after="0"/>
              <w:jc w:val="left"/>
            </w:pPr>
            <w:r>
              <w:rPr>
                <w:sz w:val="16"/>
              </w:rPr>
              <w:t>Inland Flooding; Tornado</w:t>
            </w:r>
          </w:p>
        </w:tc>
        <w:tc>
          <w:tcPr>
            <w:tcW w:type="dxa" w:w="1359"/>
          </w:tcPr>
          <w:p>
            <w:pPr>
              <w:spacing w:after="0"/>
              <w:jc w:val="right"/>
            </w:pPr>
            <w:r>
              <w:rPr>
                <w:sz w:val="16"/>
              </w:rPr>
              <w:t>PA not declared for this county</w:t>
            </w:r>
          </w:p>
        </w:tc>
        <w:tc>
          <w:tcPr>
            <w:tcW w:type="dxa" w:w="165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2002-04-04</w:t>
            </w:r>
          </w:p>
        </w:tc>
        <w:tc>
          <w:tcPr>
            <w:tcW w:type="dxa" w:w="1037"/>
          </w:tcPr>
          <w:p>
            <w:pPr>
              <w:spacing w:after="0"/>
              <w:jc w:val="left"/>
            </w:pPr>
            <w:r>
              <w:rPr>
                <w:sz w:val="16"/>
              </w:rPr>
              <w:t>2002-03-17</w:t>
            </w:r>
          </w:p>
        </w:tc>
        <w:tc>
          <w:tcPr>
            <w:tcW w:type="dxa" w:w="1037"/>
          </w:tcPr>
          <w:p>
            <w:pPr>
              <w:spacing w:after="0"/>
              <w:jc w:val="left"/>
            </w:pPr>
            <w:r>
              <w:rPr>
                <w:sz w:val="16"/>
              </w:rPr>
              <w:t>DR-1407-KY</w:t>
            </w:r>
          </w:p>
        </w:tc>
        <w:tc>
          <w:tcPr>
            <w:tcW w:type="dxa" w:w="1193"/>
          </w:tcPr>
          <w:p>
            <w:pPr>
              <w:spacing w:after="0"/>
              <w:jc w:val="left"/>
            </w:pPr>
            <w:r>
              <w:rPr>
                <w:sz w:val="16"/>
              </w:rPr>
              <w:t>Major disaster</w:t>
            </w:r>
          </w:p>
        </w:tc>
        <w:tc>
          <w:tcPr>
            <w:tcW w:type="dxa" w:w="3103"/>
          </w:tcPr>
          <w:p>
            <w:pPr>
              <w:spacing w:after="0"/>
              <w:jc w:val="left"/>
            </w:pPr>
            <w:r>
              <w:rPr>
                <w:sz w:val="16"/>
              </w:rPr>
              <w:t>SEVERE STORMS AND FLOODING</w:t>
            </w:r>
          </w:p>
        </w:tc>
        <w:tc>
          <w:tcPr>
            <w:tcW w:type="dxa" w:w="2818"/>
          </w:tcPr>
          <w:p>
            <w:pPr>
              <w:spacing w:after="0"/>
              <w:jc w:val="left"/>
            </w:pPr>
            <w:r>
              <w:rPr>
                <w:sz w:val="16"/>
              </w:rPr>
              <w:t>Inland Flooding</w:t>
            </w:r>
          </w:p>
        </w:tc>
        <w:tc>
          <w:tcPr>
            <w:tcW w:type="dxa" w:w="1359"/>
          </w:tcPr>
          <w:p>
            <w:pPr>
              <w:spacing w:after="0"/>
              <w:jc w:val="right"/>
            </w:pPr>
            <w:r>
              <w:rPr>
                <w:sz w:val="16"/>
              </w:rPr>
              <w:t>$1,886,297.49</w:t>
            </w:r>
          </w:p>
        </w:tc>
        <w:tc>
          <w:tcPr>
            <w:tcW w:type="dxa" w:w="165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2001-11-02</w:t>
            </w:r>
          </w:p>
        </w:tc>
        <w:tc>
          <w:tcPr>
            <w:tcW w:type="dxa" w:w="1037"/>
          </w:tcPr>
          <w:p>
            <w:pPr>
              <w:spacing w:after="0"/>
              <w:jc w:val="left"/>
            </w:pPr>
            <w:r>
              <w:rPr>
                <w:sz w:val="16"/>
              </w:rPr>
              <w:t>2001-11-02</w:t>
            </w:r>
          </w:p>
        </w:tc>
        <w:tc>
          <w:tcPr>
            <w:tcW w:type="dxa" w:w="1037"/>
          </w:tcPr>
          <w:p>
            <w:pPr>
              <w:spacing w:after="0"/>
              <w:jc w:val="left"/>
            </w:pPr>
            <w:r>
              <w:rPr>
                <w:sz w:val="16"/>
              </w:rPr>
              <w:t>FM-2385-KY</w:t>
            </w:r>
          </w:p>
        </w:tc>
        <w:tc>
          <w:tcPr>
            <w:tcW w:type="dxa" w:w="1193"/>
          </w:tcPr>
          <w:p>
            <w:pPr>
              <w:spacing w:after="0"/>
              <w:jc w:val="left"/>
            </w:pPr>
            <w:r>
              <w:rPr>
                <w:sz w:val="16"/>
              </w:rPr>
              <w:t>Fire management</w:t>
            </w:r>
          </w:p>
        </w:tc>
        <w:tc>
          <w:tcPr>
            <w:tcW w:type="dxa" w:w="3103"/>
          </w:tcPr>
          <w:p>
            <w:pPr>
              <w:spacing w:after="0"/>
              <w:jc w:val="left"/>
            </w:pPr>
            <w:r>
              <w:rPr>
                <w:sz w:val="16"/>
              </w:rPr>
              <w:t>KY - SOUTHEASTERN FIRE COMPLEX - 11/02/01</w:t>
            </w:r>
          </w:p>
        </w:tc>
        <w:tc>
          <w:tcPr>
            <w:tcW w:type="dxa" w:w="2818"/>
          </w:tcPr>
          <w:p>
            <w:pPr>
              <w:spacing w:after="0"/>
              <w:jc w:val="left"/>
            </w:pPr>
            <w:r>
              <w:rPr>
                <w:sz w:val="16"/>
              </w:rPr>
              <w:t>Wildfire</w:t>
            </w:r>
          </w:p>
        </w:tc>
        <w:tc>
          <w:tcPr>
            <w:tcW w:type="dxa" w:w="1359"/>
          </w:tcPr>
          <w:p>
            <w:pPr>
              <w:spacing w:after="0"/>
              <w:jc w:val="right"/>
            </w:pPr>
            <w:r>
              <w:rPr>
                <w:sz w:val="16"/>
              </w:rPr>
              <w:t>none found</w:t>
            </w:r>
          </w:p>
        </w:tc>
        <w:tc>
          <w:tcPr>
            <w:tcW w:type="dxa" w:w="165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2000-11-04</w:t>
            </w:r>
          </w:p>
        </w:tc>
        <w:tc>
          <w:tcPr>
            <w:tcW w:type="dxa" w:w="1037"/>
          </w:tcPr>
          <w:p>
            <w:pPr>
              <w:spacing w:after="0"/>
              <w:jc w:val="left"/>
            </w:pPr>
            <w:r>
              <w:rPr>
                <w:sz w:val="16"/>
              </w:rPr>
              <w:t>2000-10-30</w:t>
            </w:r>
          </w:p>
        </w:tc>
        <w:tc>
          <w:tcPr>
            <w:tcW w:type="dxa" w:w="1037"/>
          </w:tcPr>
          <w:p>
            <w:pPr>
              <w:spacing w:after="0"/>
              <w:jc w:val="left"/>
            </w:pPr>
            <w:r>
              <w:rPr>
                <w:sz w:val="16"/>
              </w:rPr>
              <w:t>FM-2349-KY</w:t>
            </w:r>
          </w:p>
        </w:tc>
        <w:tc>
          <w:tcPr>
            <w:tcW w:type="dxa" w:w="1193"/>
          </w:tcPr>
          <w:p>
            <w:pPr>
              <w:spacing w:after="0"/>
              <w:jc w:val="left"/>
            </w:pPr>
            <w:r>
              <w:rPr>
                <w:sz w:val="16"/>
              </w:rPr>
              <w:t>Fire management</w:t>
            </w:r>
          </w:p>
        </w:tc>
        <w:tc>
          <w:tcPr>
            <w:tcW w:type="dxa" w:w="3103"/>
          </w:tcPr>
          <w:p>
            <w:pPr>
              <w:spacing w:after="0"/>
              <w:jc w:val="left"/>
            </w:pPr>
            <w:r>
              <w:rPr>
                <w:sz w:val="16"/>
              </w:rPr>
              <w:t>KY - SOUTHEASTERN DISTRICT FIRE COMPLEX - 11/03/00</w:t>
            </w:r>
          </w:p>
        </w:tc>
        <w:tc>
          <w:tcPr>
            <w:tcW w:type="dxa" w:w="2818"/>
          </w:tcPr>
          <w:p>
            <w:pPr>
              <w:spacing w:after="0"/>
              <w:jc w:val="left"/>
            </w:pPr>
            <w:r>
              <w:rPr>
                <w:sz w:val="16"/>
              </w:rPr>
              <w:t>Wildfire</w:t>
            </w:r>
          </w:p>
        </w:tc>
        <w:tc>
          <w:tcPr>
            <w:tcW w:type="dxa" w:w="1359"/>
          </w:tcPr>
          <w:p>
            <w:pPr>
              <w:spacing w:after="0"/>
              <w:jc w:val="right"/>
            </w:pPr>
            <w:r>
              <w:rPr>
                <w:sz w:val="16"/>
              </w:rPr>
              <w:t>none found</w:t>
            </w:r>
          </w:p>
        </w:tc>
        <w:tc>
          <w:tcPr>
            <w:tcW w:type="dxa" w:w="165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93"/>
          </w:tcPr>
          <w:p>
            <w:pPr>
              <w:spacing w:after="0"/>
              <w:jc w:val="left"/>
            </w:pPr>
            <w:r>
              <w:rPr>
                <w:sz w:val="16"/>
              </w:rPr>
              <w:t>Major disaster</w:t>
            </w:r>
          </w:p>
        </w:tc>
        <w:tc>
          <w:tcPr>
            <w:tcW w:type="dxa" w:w="3103"/>
          </w:tcPr>
          <w:p>
            <w:pPr>
              <w:spacing w:after="0"/>
              <w:jc w:val="left"/>
            </w:pPr>
            <w:r>
              <w:rPr>
                <w:sz w:val="16"/>
              </w:rPr>
              <w:t>BLIZZARD OF 96</w:t>
            </w:r>
          </w:p>
        </w:tc>
        <w:tc>
          <w:tcPr>
            <w:tcW w:type="dxa" w:w="2818"/>
          </w:tcPr>
          <w:p>
            <w:pPr>
              <w:spacing w:after="0"/>
              <w:jc w:val="left"/>
            </w:pPr>
            <w:r>
              <w:rPr>
                <w:sz w:val="16"/>
              </w:rPr>
              <w:t>Winter Weather</w:t>
            </w:r>
          </w:p>
        </w:tc>
        <w:tc>
          <w:tcPr>
            <w:tcW w:type="dxa" w:w="1359"/>
          </w:tcPr>
          <w:p>
            <w:pPr>
              <w:spacing w:after="0"/>
              <w:jc w:val="right"/>
            </w:pPr>
            <w:r>
              <w:rPr>
                <w:sz w:val="16"/>
              </w:rPr>
              <w:t>none found</w:t>
            </w:r>
          </w:p>
        </w:tc>
        <w:tc>
          <w:tcPr>
            <w:tcW w:type="dxa" w:w="165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1994-02-09</w:t>
            </w:r>
          </w:p>
        </w:tc>
        <w:tc>
          <w:tcPr>
            <w:tcW w:type="dxa" w:w="1037"/>
          </w:tcPr>
          <w:p>
            <w:pPr>
              <w:spacing w:after="0"/>
              <w:jc w:val="left"/>
            </w:pPr>
            <w:r>
              <w:rPr>
                <w:sz w:val="16"/>
              </w:rPr>
              <w:t>DR-1018-KY</w:t>
            </w:r>
          </w:p>
        </w:tc>
        <w:tc>
          <w:tcPr>
            <w:tcW w:type="dxa" w:w="1193"/>
          </w:tcPr>
          <w:p>
            <w:pPr>
              <w:spacing w:after="0"/>
              <w:jc w:val="left"/>
            </w:pPr>
            <w:r>
              <w:rPr>
                <w:sz w:val="16"/>
              </w:rPr>
              <w:t>Major disaster</w:t>
            </w:r>
          </w:p>
        </w:tc>
        <w:tc>
          <w:tcPr>
            <w:tcW w:type="dxa" w:w="3103"/>
          </w:tcPr>
          <w:p>
            <w:pPr>
              <w:spacing w:after="0"/>
              <w:jc w:val="left"/>
            </w:pPr>
            <w:r>
              <w:rPr>
                <w:sz w:val="16"/>
              </w:rPr>
              <w:t>SEVERE WEATHER, FREEZING RAIN, SLEET, SNW</w:t>
            </w:r>
          </w:p>
        </w:tc>
        <w:tc>
          <w:tcPr>
            <w:tcW w:type="dxa" w:w="2818"/>
          </w:tcPr>
          <w:p>
            <w:pPr>
              <w:spacing w:after="0"/>
              <w:jc w:val="left"/>
            </w:pPr>
            <w:r>
              <w:rPr>
                <w:sz w:val="16"/>
              </w:rPr>
              <w:t>Winter Weather</w:t>
            </w:r>
          </w:p>
        </w:tc>
        <w:tc>
          <w:tcPr>
            <w:tcW w:type="dxa" w:w="1359"/>
          </w:tcPr>
          <w:p>
            <w:pPr>
              <w:spacing w:after="0"/>
              <w:jc w:val="right"/>
            </w:pPr>
            <w:r>
              <w:rPr>
                <w:sz w:val="16"/>
              </w:rPr>
              <w:t>none found</w:t>
            </w:r>
          </w:p>
        </w:tc>
        <w:tc>
          <w:tcPr>
            <w:tcW w:type="dxa" w:w="165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193"/>
          </w:tcPr>
          <w:p>
            <w:pPr>
              <w:spacing w:after="0"/>
              <w:jc w:val="left"/>
            </w:pPr>
            <w:r>
              <w:rPr>
                <w:sz w:val="16"/>
              </w:rPr>
              <w:t>Emergency</w:t>
            </w:r>
          </w:p>
        </w:tc>
        <w:tc>
          <w:tcPr>
            <w:tcW w:type="dxa" w:w="3103"/>
          </w:tcPr>
          <w:p>
            <w:pPr>
              <w:spacing w:after="0"/>
              <w:jc w:val="left"/>
            </w:pPr>
            <w:r>
              <w:rPr>
                <w:sz w:val="16"/>
              </w:rPr>
              <w:t>SEVERE SNOWFALL &amp; WINTER STORM</w:t>
            </w:r>
          </w:p>
        </w:tc>
        <w:tc>
          <w:tcPr>
            <w:tcW w:type="dxa" w:w="2818"/>
          </w:tcPr>
          <w:p>
            <w:pPr>
              <w:spacing w:after="0"/>
              <w:jc w:val="left"/>
            </w:pPr>
            <w:r>
              <w:rPr>
                <w:sz w:val="16"/>
              </w:rPr>
              <w:t>Winter Weather</w:t>
            </w:r>
          </w:p>
        </w:tc>
        <w:tc>
          <w:tcPr>
            <w:tcW w:type="dxa" w:w="1359"/>
          </w:tcPr>
          <w:p>
            <w:pPr>
              <w:spacing w:after="0"/>
              <w:jc w:val="right"/>
            </w:pPr>
            <w:r>
              <w:rPr>
                <w:sz w:val="16"/>
              </w:rPr>
              <w:t>none found</w:t>
            </w:r>
          </w:p>
        </w:tc>
        <w:tc>
          <w:tcPr>
            <w:tcW w:type="dxa" w:w="165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1984-05-15</w:t>
            </w:r>
          </w:p>
        </w:tc>
        <w:tc>
          <w:tcPr>
            <w:tcW w:type="dxa" w:w="1037"/>
          </w:tcPr>
          <w:p>
            <w:pPr>
              <w:spacing w:after="0"/>
              <w:jc w:val="left"/>
            </w:pPr>
            <w:r>
              <w:rPr>
                <w:sz w:val="16"/>
              </w:rPr>
              <w:t>1984-05-15</w:t>
            </w:r>
          </w:p>
        </w:tc>
        <w:tc>
          <w:tcPr>
            <w:tcW w:type="dxa" w:w="1037"/>
          </w:tcPr>
          <w:p>
            <w:pPr>
              <w:spacing w:after="0"/>
              <w:jc w:val="left"/>
            </w:pPr>
            <w:r>
              <w:rPr>
                <w:sz w:val="16"/>
              </w:rPr>
              <w:t>DR-705-KY</w:t>
            </w:r>
          </w:p>
        </w:tc>
        <w:tc>
          <w:tcPr>
            <w:tcW w:type="dxa" w:w="1193"/>
          </w:tcPr>
          <w:p>
            <w:pPr>
              <w:spacing w:after="0"/>
              <w:jc w:val="left"/>
            </w:pPr>
            <w:r>
              <w:rPr>
                <w:sz w:val="16"/>
              </w:rPr>
              <w:t>Major disaster</w:t>
            </w:r>
          </w:p>
        </w:tc>
        <w:tc>
          <w:tcPr>
            <w:tcW w:type="dxa" w:w="3103"/>
          </w:tcPr>
          <w:p>
            <w:pPr>
              <w:spacing w:after="0"/>
              <w:jc w:val="left"/>
            </w:pPr>
            <w:r>
              <w:rPr>
                <w:sz w:val="16"/>
              </w:rPr>
              <w:t>HIGH WINDS, TORNADOES &amp; FLOODING</w:t>
            </w:r>
          </w:p>
        </w:tc>
        <w:tc>
          <w:tcPr>
            <w:tcW w:type="dxa" w:w="2818"/>
          </w:tcPr>
          <w:p>
            <w:pPr>
              <w:spacing w:after="0"/>
              <w:jc w:val="left"/>
            </w:pPr>
            <w:r>
              <w:rPr>
                <w:sz w:val="16"/>
              </w:rPr>
              <w:t>Inland Flooding; Strong Wind; Tornado</w:t>
            </w:r>
          </w:p>
        </w:tc>
        <w:tc>
          <w:tcPr>
            <w:tcW w:type="dxa" w:w="1359"/>
          </w:tcPr>
          <w:p>
            <w:pPr>
              <w:spacing w:after="0"/>
              <w:jc w:val="right"/>
            </w:pPr>
            <w:r>
              <w:rPr>
                <w:sz w:val="16"/>
              </w:rPr>
              <w:t>none found</w:t>
            </w:r>
          </w:p>
        </w:tc>
        <w:tc>
          <w:tcPr>
            <w:tcW w:type="dxa" w:w="165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1977-04-06</w:t>
            </w:r>
          </w:p>
        </w:tc>
        <w:tc>
          <w:tcPr>
            <w:tcW w:type="dxa" w:w="1037"/>
          </w:tcPr>
          <w:p>
            <w:pPr>
              <w:spacing w:after="0"/>
              <w:jc w:val="left"/>
            </w:pPr>
            <w:r>
              <w:rPr>
                <w:sz w:val="16"/>
              </w:rPr>
              <w:t>1977-04-06</w:t>
            </w:r>
          </w:p>
        </w:tc>
        <w:tc>
          <w:tcPr>
            <w:tcW w:type="dxa" w:w="1037"/>
          </w:tcPr>
          <w:p>
            <w:pPr>
              <w:spacing w:after="0"/>
              <w:jc w:val="left"/>
            </w:pPr>
            <w:r>
              <w:rPr>
                <w:sz w:val="16"/>
              </w:rPr>
              <w:t>DR-529-KY</w:t>
            </w:r>
          </w:p>
        </w:tc>
        <w:tc>
          <w:tcPr>
            <w:tcW w:type="dxa" w:w="1193"/>
          </w:tcPr>
          <w:p>
            <w:pPr>
              <w:spacing w:after="0"/>
              <w:jc w:val="left"/>
            </w:pPr>
            <w:r>
              <w:rPr>
                <w:sz w:val="16"/>
              </w:rPr>
              <w:t>Major disaster</w:t>
            </w:r>
          </w:p>
        </w:tc>
        <w:tc>
          <w:tcPr>
            <w:tcW w:type="dxa" w:w="3103"/>
          </w:tcPr>
          <w:p>
            <w:pPr>
              <w:spacing w:after="0"/>
              <w:jc w:val="left"/>
            </w:pPr>
            <w:r>
              <w:rPr>
                <w:sz w:val="16"/>
              </w:rPr>
              <w:t>SEVERE STORMS &amp; FLOODING</w:t>
            </w:r>
          </w:p>
        </w:tc>
        <w:tc>
          <w:tcPr>
            <w:tcW w:type="dxa" w:w="2818"/>
          </w:tcPr>
          <w:p>
            <w:pPr>
              <w:spacing w:after="0"/>
              <w:jc w:val="left"/>
            </w:pPr>
            <w:r>
              <w:rPr>
                <w:sz w:val="16"/>
              </w:rPr>
              <w:t>Inland Flooding</w:t>
            </w:r>
          </w:p>
        </w:tc>
        <w:tc>
          <w:tcPr>
            <w:tcW w:type="dxa" w:w="1359"/>
          </w:tcPr>
          <w:p>
            <w:pPr>
              <w:spacing w:after="0"/>
              <w:jc w:val="right"/>
            </w:pPr>
            <w:r>
              <w:rPr>
                <w:sz w:val="16"/>
              </w:rPr>
              <w:t>none found</w:t>
            </w:r>
          </w:p>
        </w:tc>
        <w:tc>
          <w:tcPr>
            <w:tcW w:type="dxa" w:w="165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1970-06-05</w:t>
            </w:r>
          </w:p>
        </w:tc>
        <w:tc>
          <w:tcPr>
            <w:tcW w:type="dxa" w:w="1037"/>
          </w:tcPr>
          <w:p>
            <w:pPr>
              <w:spacing w:after="0"/>
              <w:jc w:val="left"/>
            </w:pPr>
            <w:r>
              <w:rPr>
                <w:sz w:val="16"/>
              </w:rPr>
              <w:t>1970-06-05</w:t>
            </w:r>
          </w:p>
        </w:tc>
        <w:tc>
          <w:tcPr>
            <w:tcW w:type="dxa" w:w="1037"/>
          </w:tcPr>
          <w:p>
            <w:pPr>
              <w:spacing w:after="0"/>
              <w:jc w:val="left"/>
            </w:pPr>
            <w:r>
              <w:rPr>
                <w:sz w:val="16"/>
              </w:rPr>
              <w:t>DR-288-KY</w:t>
            </w:r>
          </w:p>
        </w:tc>
        <w:tc>
          <w:tcPr>
            <w:tcW w:type="dxa" w:w="1193"/>
          </w:tcPr>
          <w:p>
            <w:pPr>
              <w:spacing w:after="0"/>
              <w:jc w:val="left"/>
            </w:pPr>
            <w:r>
              <w:rPr>
                <w:sz w:val="16"/>
              </w:rPr>
              <w:t>Major disaster</w:t>
            </w:r>
          </w:p>
        </w:tc>
        <w:tc>
          <w:tcPr>
            <w:tcW w:type="dxa" w:w="3103"/>
          </w:tcPr>
          <w:p>
            <w:pPr>
              <w:spacing w:after="0"/>
              <w:jc w:val="left"/>
            </w:pPr>
            <w:r>
              <w:rPr>
                <w:sz w:val="16"/>
              </w:rPr>
              <w:t>SEVERE STORMS &amp; FLOODING</w:t>
            </w:r>
          </w:p>
        </w:tc>
        <w:tc>
          <w:tcPr>
            <w:tcW w:type="dxa" w:w="2818"/>
          </w:tcPr>
          <w:p>
            <w:pPr>
              <w:spacing w:after="0"/>
              <w:jc w:val="left"/>
            </w:pPr>
            <w:r>
              <w:rPr>
                <w:sz w:val="16"/>
              </w:rPr>
              <w:t>Inland Flooding</w:t>
            </w:r>
          </w:p>
        </w:tc>
        <w:tc>
          <w:tcPr>
            <w:tcW w:type="dxa" w:w="1359"/>
          </w:tcPr>
          <w:p>
            <w:pPr>
              <w:spacing w:after="0"/>
              <w:jc w:val="right"/>
            </w:pPr>
            <w:r>
              <w:rPr>
                <w:sz w:val="16"/>
              </w:rPr>
              <w:t>none found</w:t>
            </w:r>
          </w:p>
        </w:tc>
        <w:tc>
          <w:tcPr>
            <w:tcW w:type="dxa" w:w="165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1970-02-02</w:t>
            </w:r>
          </w:p>
        </w:tc>
        <w:tc>
          <w:tcPr>
            <w:tcW w:type="dxa" w:w="1037"/>
          </w:tcPr>
          <w:p>
            <w:pPr>
              <w:spacing w:after="0"/>
              <w:jc w:val="left"/>
            </w:pPr>
            <w:r>
              <w:rPr>
                <w:sz w:val="16"/>
              </w:rPr>
              <w:t>1970-02-02</w:t>
            </w:r>
          </w:p>
        </w:tc>
        <w:tc>
          <w:tcPr>
            <w:tcW w:type="dxa" w:w="1037"/>
          </w:tcPr>
          <w:p>
            <w:pPr>
              <w:spacing w:after="0"/>
              <w:jc w:val="left"/>
            </w:pPr>
            <w:r>
              <w:rPr>
                <w:sz w:val="16"/>
              </w:rPr>
              <w:t>DR-282-KY</w:t>
            </w:r>
          </w:p>
        </w:tc>
        <w:tc>
          <w:tcPr>
            <w:tcW w:type="dxa" w:w="1193"/>
          </w:tcPr>
          <w:p>
            <w:pPr>
              <w:spacing w:after="0"/>
              <w:jc w:val="left"/>
            </w:pPr>
            <w:r>
              <w:rPr>
                <w:sz w:val="16"/>
              </w:rPr>
              <w:t>Major disaster</w:t>
            </w:r>
          </w:p>
        </w:tc>
        <w:tc>
          <w:tcPr>
            <w:tcW w:type="dxa" w:w="3103"/>
          </w:tcPr>
          <w:p>
            <w:pPr>
              <w:spacing w:after="0"/>
              <w:jc w:val="left"/>
            </w:pPr>
            <w:r>
              <w:rPr>
                <w:sz w:val="16"/>
              </w:rPr>
              <w:t>HEAVY SNOWMELT, RAINS &amp; FLOODING</w:t>
            </w:r>
          </w:p>
        </w:tc>
        <w:tc>
          <w:tcPr>
            <w:tcW w:type="dxa" w:w="2818"/>
          </w:tcPr>
          <w:p>
            <w:pPr>
              <w:spacing w:after="0"/>
              <w:jc w:val="left"/>
            </w:pPr>
            <w:r>
              <w:rPr>
                <w:sz w:val="16"/>
              </w:rPr>
              <w:t>Inland Flooding (primary); also designated: Winter Weather</w:t>
            </w:r>
          </w:p>
        </w:tc>
        <w:tc>
          <w:tcPr>
            <w:tcW w:type="dxa" w:w="1359"/>
          </w:tcPr>
          <w:p>
            <w:pPr>
              <w:spacing w:after="0"/>
              <w:jc w:val="right"/>
            </w:pPr>
            <w:r>
              <w:rPr>
                <w:sz w:val="16"/>
              </w:rPr>
              <w:t>none found</w:t>
            </w:r>
          </w:p>
        </w:tc>
        <w:tc>
          <w:tcPr>
            <w:tcW w:type="dxa" w:w="165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1967-03-27</w:t>
            </w:r>
          </w:p>
        </w:tc>
        <w:tc>
          <w:tcPr>
            <w:tcW w:type="dxa" w:w="1037"/>
          </w:tcPr>
          <w:p>
            <w:pPr>
              <w:spacing w:after="0"/>
              <w:jc w:val="left"/>
            </w:pPr>
            <w:r>
              <w:rPr>
                <w:sz w:val="16"/>
              </w:rPr>
              <w:t>1967-03-27</w:t>
            </w:r>
          </w:p>
        </w:tc>
        <w:tc>
          <w:tcPr>
            <w:tcW w:type="dxa" w:w="1037"/>
          </w:tcPr>
          <w:p>
            <w:pPr>
              <w:spacing w:after="0"/>
              <w:jc w:val="left"/>
            </w:pPr>
            <w:r>
              <w:rPr>
                <w:sz w:val="16"/>
              </w:rPr>
              <w:t>DR-226-KY</w:t>
            </w:r>
          </w:p>
        </w:tc>
        <w:tc>
          <w:tcPr>
            <w:tcW w:type="dxa" w:w="1193"/>
          </w:tcPr>
          <w:p>
            <w:pPr>
              <w:spacing w:after="0"/>
              <w:jc w:val="left"/>
            </w:pPr>
            <w:r>
              <w:rPr>
                <w:sz w:val="16"/>
              </w:rPr>
              <w:t>Major disaster</w:t>
            </w:r>
          </w:p>
        </w:tc>
        <w:tc>
          <w:tcPr>
            <w:tcW w:type="dxa" w:w="3103"/>
          </w:tcPr>
          <w:p>
            <w:pPr>
              <w:spacing w:after="0"/>
              <w:jc w:val="left"/>
            </w:pPr>
            <w:r>
              <w:rPr>
                <w:sz w:val="16"/>
              </w:rPr>
              <w:t>SEVERE STORMS &amp; FLOODING</w:t>
            </w:r>
          </w:p>
        </w:tc>
        <w:tc>
          <w:tcPr>
            <w:tcW w:type="dxa" w:w="2818"/>
          </w:tcPr>
          <w:p>
            <w:pPr>
              <w:spacing w:after="0"/>
              <w:jc w:val="left"/>
            </w:pPr>
            <w:r>
              <w:rPr>
                <w:sz w:val="16"/>
              </w:rPr>
              <w:t>Inland Flooding</w:t>
            </w:r>
          </w:p>
        </w:tc>
        <w:tc>
          <w:tcPr>
            <w:tcW w:type="dxa" w:w="1359"/>
          </w:tcPr>
          <w:p>
            <w:pPr>
              <w:spacing w:after="0"/>
              <w:jc w:val="right"/>
            </w:pPr>
            <w:r>
              <w:rPr>
                <w:sz w:val="16"/>
              </w:rPr>
              <w:t>none found</w:t>
            </w:r>
          </w:p>
        </w:tc>
        <w:tc>
          <w:tcPr>
            <w:tcW w:type="dxa" w:w="1654"/>
          </w:tcPr>
          <w:p>
            <w:pPr>
              <w:spacing w:after="0"/>
              <w:jc w:val="left"/>
            </w:pPr>
          </w:p>
        </w:tc>
        <w:tc>
          <w:tcPr>
            <w:tcW w:type="dxa" w:w="87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1964-03-17</w:t>
            </w:r>
          </w:p>
        </w:tc>
        <w:tc>
          <w:tcPr>
            <w:tcW w:type="dxa" w:w="1543"/>
          </w:tcPr>
          <w:p>
            <w:pPr>
              <w:spacing w:after="0"/>
              <w:jc w:val="left"/>
            </w:pPr>
            <w:r>
              <w:rPr>
                <w:sz w:val="16"/>
              </w:rPr>
              <w:t>1964-03-17</w:t>
            </w:r>
          </w:p>
        </w:tc>
        <w:tc>
          <w:tcPr>
            <w:tcW w:type="dxa" w:w="1410"/>
          </w:tcPr>
          <w:p>
            <w:pPr>
              <w:spacing w:after="0"/>
              <w:jc w:val="left"/>
            </w:pPr>
            <w:r>
              <w:rPr>
                <w:sz w:val="16"/>
              </w:rPr>
              <w:t>DR-163-KY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1963-03-13</w:t>
            </w:r>
          </w:p>
        </w:tc>
        <w:tc>
          <w:tcPr>
            <w:tcW w:type="dxa" w:w="1543"/>
          </w:tcPr>
          <w:p>
            <w:pPr>
              <w:spacing w:after="0"/>
              <w:jc w:val="left"/>
            </w:pPr>
            <w:r>
              <w:rPr>
                <w:sz w:val="16"/>
              </w:rPr>
              <w:t>1963-03-13</w:t>
            </w:r>
          </w:p>
        </w:tc>
        <w:tc>
          <w:tcPr>
            <w:tcW w:type="dxa" w:w="1410"/>
          </w:tcPr>
          <w:p>
            <w:pPr>
              <w:spacing w:after="0"/>
              <w:jc w:val="left"/>
            </w:pPr>
            <w:r>
              <w:rPr>
                <w:sz w:val="16"/>
              </w:rPr>
              <w:t>DR-148-KY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1962-03-12</w:t>
            </w:r>
          </w:p>
        </w:tc>
        <w:tc>
          <w:tcPr>
            <w:tcW w:type="dxa" w:w="1543"/>
          </w:tcPr>
          <w:p>
            <w:pPr>
              <w:spacing w:after="0"/>
              <w:jc w:val="left"/>
            </w:pPr>
            <w:r>
              <w:rPr>
                <w:sz w:val="16"/>
              </w:rPr>
              <w:t>1962-03-12</w:t>
            </w:r>
          </w:p>
        </w:tc>
        <w:tc>
          <w:tcPr>
            <w:tcW w:type="dxa" w:w="1410"/>
          </w:tcPr>
          <w:p>
            <w:pPr>
              <w:spacing w:after="0"/>
              <w:jc w:val="left"/>
            </w:pPr>
            <w:r>
              <w:rPr>
                <w:sz w:val="16"/>
              </w:rPr>
              <w:t>DR-128-KY</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1957-01-31</w:t>
            </w:r>
          </w:p>
        </w:tc>
        <w:tc>
          <w:tcPr>
            <w:tcW w:type="dxa" w:w="1543"/>
          </w:tcPr>
          <w:p>
            <w:pPr>
              <w:spacing w:after="0"/>
              <w:jc w:val="left"/>
            </w:pPr>
            <w:r>
              <w:rPr>
                <w:sz w:val="16"/>
              </w:rPr>
              <w:t>1957-01-31</w:t>
            </w:r>
          </w:p>
        </w:tc>
        <w:tc>
          <w:tcPr>
            <w:tcW w:type="dxa" w:w="1410"/>
          </w:tcPr>
          <w:p>
            <w:pPr>
              <w:spacing w:after="0"/>
              <w:jc w:val="left"/>
            </w:pPr>
            <w:r>
              <w:rPr>
                <w:sz w:val="16"/>
              </w:rPr>
              <w:t>DR-66-KY</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$2,061.15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061.15"/>
        <w:tblDescription w:val="Hazard Plain table b1d_pa_other"/>
      </w:tblPr>
      <w:tblGrid>
        <w:gridCol w:w="1861"/>
        <w:gridCol w:w="1861"/>
        <w:gridCol w:w="5867"/>
        <w:gridCol w:w="2822"/>
        <w:gridCol w:w="1701"/>
      </w:tblGrid>
      <w:tr>
        <w:trPr>
          <w:cantSplit/>
          <w:tblHeader/>
        </w:trPr>
        <w:tc>
          <w:tcPr>
            <w:tcW w:type="dxa" w:w="1861"/>
            <w:shd w:val="clear" w:color="auto" w:fill="E8E8E8"/>
          </w:tcPr>
          <w:p>
            <w:pPr>
              <w:spacing w:after="0"/>
              <w:jc w:val="left"/>
            </w:pPr>
            <w:r>
              <w:rPr>
                <w:b/>
                <w:sz w:val="16"/>
              </w:rPr>
              <w:t>FEMA number</w:t>
            </w:r>
          </w:p>
        </w:tc>
        <w:tc>
          <w:tcPr>
            <w:tcW w:type="dxa" w:w="1861"/>
            <w:shd w:val="clear" w:color="auto" w:fill="E8E8E8"/>
          </w:tcPr>
          <w:p>
            <w:pPr>
              <w:spacing w:after="0"/>
              <w:jc w:val="left"/>
            </w:pPr>
            <w:r>
              <w:rPr>
                <w:b/>
                <w:sz w:val="16"/>
              </w:rPr>
              <w:t>Declared</w:t>
            </w:r>
          </w:p>
        </w:tc>
        <w:tc>
          <w:tcPr>
            <w:tcW w:type="dxa" w:w="5867"/>
            <w:shd w:val="clear" w:color="auto" w:fill="E8E8E8"/>
          </w:tcPr>
          <w:p>
            <w:pPr>
              <w:spacing w:after="0"/>
              <w:jc w:val="left"/>
            </w:pPr>
            <w:r>
              <w:rPr>
                <w:b/>
                <w:sz w:val="16"/>
              </w:rPr>
              <w:t>Title</w:t>
            </w:r>
          </w:p>
        </w:tc>
        <w:tc>
          <w:tcPr>
            <w:tcW w:type="dxa" w:w="2822"/>
            <w:shd w:val="clear" w:color="auto" w:fill="E8E8E8"/>
          </w:tcPr>
          <w:p>
            <w:pPr>
              <w:spacing w:after="0"/>
              <w:jc w:val="left"/>
            </w:pPr>
            <w:r>
              <w:rPr>
                <w:b/>
                <w:sz w:val="16"/>
              </w:rPr>
              <w:t>Applicant</w:t>
            </w:r>
          </w:p>
        </w:tc>
        <w:tc>
          <w:tcPr>
            <w:tcW w:type="dxa" w:w="170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61"/>
          </w:tcPr>
          <w:p>
            <w:pPr>
              <w:spacing w:after="0"/>
              <w:jc w:val="left"/>
            </w:pPr>
            <w:r>
              <w:rPr>
                <w:sz w:val="16"/>
              </w:rPr>
              <w:t>DR-1578-KY</w:t>
            </w:r>
          </w:p>
        </w:tc>
        <w:tc>
          <w:tcPr>
            <w:tcW w:type="dxa" w:w="1861"/>
          </w:tcPr>
          <w:p>
            <w:pPr>
              <w:spacing w:after="0"/>
              <w:jc w:val="left"/>
            </w:pPr>
            <w:r>
              <w:rPr>
                <w:sz w:val="16"/>
              </w:rPr>
              <w:t>2005-02-08</w:t>
            </w:r>
          </w:p>
        </w:tc>
        <w:tc>
          <w:tcPr>
            <w:tcW w:type="dxa" w:w="5867"/>
          </w:tcPr>
          <w:p>
            <w:pPr>
              <w:spacing w:after="0"/>
              <w:jc w:val="left"/>
            </w:pPr>
            <w:r>
              <w:rPr>
                <w:sz w:val="16"/>
              </w:rPr>
              <w:t>SEVERE WINTER STORM AND RECORD SNOW</w:t>
            </w:r>
          </w:p>
        </w:tc>
        <w:tc>
          <w:tcPr>
            <w:tcW w:type="dxa" w:w="2822"/>
          </w:tcPr>
          <w:p>
            <w:pPr>
              <w:spacing w:after="0"/>
              <w:jc w:val="left"/>
            </w:pPr>
            <w:r>
              <w:rPr>
                <w:sz w:val="16"/>
              </w:rPr>
              <w:t>Guthrie, City of</w:t>
            </w:r>
          </w:p>
        </w:tc>
        <w:tc>
          <w:tcPr>
            <w:tcW w:type="dxa" w:w="1701"/>
          </w:tcPr>
          <w:p>
            <w:pPr>
              <w:spacing w:after="0"/>
              <w:jc w:val="right"/>
            </w:pPr>
            <w:r>
              <w:rPr>
                <w:sz w:val="16"/>
              </w:rPr>
              <w:t>$2,061.15</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65</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57</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20</w:t>
            </w:r>
          </w:p>
        </w:tc>
        <w:tc>
          <w:tcPr>
            <w:tcW w:type="dxa" w:w="1684"/>
          </w:tcPr>
          <w:p>
            <w:pPr>
              <w:spacing w:after="0"/>
              <w:jc w:val="right"/>
            </w:pPr>
            <w:r>
              <w:rPr>
                <w:sz w:val="16"/>
              </w:rPr>
              <w:t>4</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12</w:t>
            </w:r>
          </w:p>
        </w:tc>
        <w:tc>
          <w:tcPr>
            <w:tcW w:type="dxa" w:w="1684"/>
          </w:tcPr>
          <w:p>
            <w:pPr>
              <w:spacing w:after="0"/>
              <w:jc w:val="right"/>
            </w:pPr>
            <w:r>
              <w:rPr>
                <w:sz w:val="16"/>
              </w:rPr>
              <w:t>4</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184</w:t>
            </w:r>
          </w:p>
        </w:tc>
        <w:tc>
          <w:tcPr>
            <w:tcW w:type="dxa" w:w="1422"/>
          </w:tcPr>
          <w:p>
            <w:pPr>
              <w:spacing w:after="0"/>
              <w:jc w:val="right"/>
            </w:pPr>
            <w:r>
              <w:rPr>
                <w:sz w:val="16"/>
              </w:rPr>
              <w:t>28</w:t>
            </w:r>
          </w:p>
        </w:tc>
        <w:tc>
          <w:tcPr>
            <w:tcW w:type="dxa" w:w="1356"/>
          </w:tcPr>
          <w:p>
            <w:pPr>
              <w:spacing w:after="0"/>
              <w:jc w:val="right"/>
            </w:pPr>
            <w:r>
              <w:rPr>
                <w:sz w:val="16"/>
              </w:rPr>
              <w:t>13</w:t>
            </w:r>
          </w:p>
        </w:tc>
        <w:tc>
          <w:tcPr>
            <w:tcW w:type="dxa" w:w="963"/>
          </w:tcPr>
          <w:p>
            <w:pPr>
              <w:spacing w:after="0"/>
              <w:jc w:val="right"/>
            </w:pPr>
            <w:r>
              <w:rPr>
                <w:sz w:val="16"/>
              </w:rPr>
              <w:t>39</w:t>
            </w:r>
          </w:p>
        </w:tc>
        <w:tc>
          <w:tcPr>
            <w:tcW w:type="dxa" w:w="1356"/>
          </w:tcPr>
          <w:p>
            <w:pPr>
              <w:spacing w:after="0"/>
              <w:jc w:val="right"/>
            </w:pPr>
            <w:r>
              <w:rPr>
                <w:sz w:val="16"/>
              </w:rPr>
              <w:t>7</w:t>
            </w:r>
          </w:p>
        </w:tc>
        <w:tc>
          <w:tcPr>
            <w:tcW w:type="dxa" w:w="1684"/>
          </w:tcPr>
          <w:p>
            <w:pPr>
              <w:spacing w:after="0"/>
              <w:jc w:val="right"/>
            </w:pPr>
            <w:r>
              <w:rPr>
                <w:sz w:val="16"/>
              </w:rPr>
              <w:t>5</w:t>
            </w:r>
          </w:p>
        </w:tc>
        <w:tc>
          <w:tcPr>
            <w:tcW w:type="dxa" w:w="2143"/>
          </w:tcPr>
          <w:p>
            <w:pPr>
              <w:spacing w:after="0"/>
              <w:jc w:val="left"/>
            </w:pPr>
            <w:r>
              <w:rPr>
                <w:sz w:val="16"/>
              </w:rPr>
              <w:t>1955 to 2026-06-30</w:t>
            </w:r>
          </w:p>
        </w:tc>
        <w:tc>
          <w:tcPr>
            <w:tcW w:type="dxa" w:w="2434"/>
          </w:tcPr>
          <w:p>
            <w:pPr>
              <w:spacing w:after="0"/>
              <w:jc w:val="left"/>
            </w:pPr>
            <w:r>
              <w:rPr>
                <w:sz w:val="16"/>
              </w:rPr>
              <w:t>Includes 10 High Wind records and 9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120</w:t>
            </w:r>
          </w:p>
        </w:tc>
        <w:tc>
          <w:tcPr>
            <w:tcW w:type="dxa" w:w="1422"/>
          </w:tcPr>
          <w:p>
            <w:pPr>
              <w:spacing w:after="0"/>
              <w:jc w:val="right"/>
            </w:pPr>
            <w:r>
              <w:rPr>
                <w:sz w:val="16"/>
              </w:rPr>
              <w:t>7</w:t>
            </w:r>
          </w:p>
        </w:tc>
        <w:tc>
          <w:tcPr>
            <w:tcW w:type="dxa" w:w="1356"/>
          </w:tcPr>
          <w:p>
            <w:pPr>
              <w:spacing w:after="0"/>
              <w:jc w:val="right"/>
            </w:pPr>
            <w:r>
              <w:rPr>
                <w:sz w:val="16"/>
              </w:rPr>
              <w:t>5</w:t>
            </w:r>
          </w:p>
        </w:tc>
        <w:tc>
          <w:tcPr>
            <w:tcW w:type="dxa" w:w="963"/>
          </w:tcPr>
          <w:p>
            <w:pPr>
              <w:spacing w:after="0"/>
              <w:jc w:val="right"/>
            </w:pPr>
            <w:r>
              <w:rPr>
                <w:sz w:val="16"/>
              </w:rPr>
              <w:t>12</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45"/>
        <w:gridCol w:w="1867"/>
        <w:gridCol w:w="2921"/>
        <w:gridCol w:w="1125"/>
        <w:gridCol w:w="1831"/>
        <w:gridCol w:w="648"/>
        <w:gridCol w:w="3238"/>
      </w:tblGrid>
      <w:tr>
        <w:trPr>
          <w:cantSplit/>
          <w:tblHeader/>
        </w:trPr>
        <w:tc>
          <w:tcPr>
            <w:tcW w:type="dxa" w:w="1037"/>
            <w:shd w:val="clear" w:color="auto" w:fill="E8E8E8"/>
          </w:tcPr>
          <w:p>
            <w:pPr>
              <w:spacing w:after="0"/>
              <w:jc w:val="left"/>
            </w:pPr>
            <w:r>
              <w:rPr>
                <w:b/>
                <w:sz w:val="16"/>
              </w:rPr>
              <w:t>Date</w:t>
            </w:r>
          </w:p>
        </w:tc>
        <w:tc>
          <w:tcPr>
            <w:tcW w:type="dxa" w:w="1445"/>
            <w:shd w:val="clear" w:color="auto" w:fill="E8E8E8"/>
          </w:tcPr>
          <w:p>
            <w:pPr>
              <w:spacing w:after="0"/>
              <w:jc w:val="left"/>
            </w:pPr>
            <w:r>
              <w:rPr>
                <w:b/>
                <w:sz w:val="16"/>
              </w:rPr>
              <w:t>Event type</w:t>
            </w:r>
          </w:p>
        </w:tc>
        <w:tc>
          <w:tcPr>
            <w:tcW w:type="dxa" w:w="1867"/>
            <w:shd w:val="clear" w:color="auto" w:fill="E8E8E8"/>
          </w:tcPr>
          <w:p>
            <w:pPr>
              <w:spacing w:after="0"/>
              <w:jc w:val="left"/>
            </w:pPr>
            <w:r>
              <w:rPr>
                <w:b/>
                <w:sz w:val="16"/>
              </w:rPr>
              <w:t>Magnitude or extent</w:t>
            </w:r>
          </w:p>
        </w:tc>
        <w:tc>
          <w:tcPr>
            <w:tcW w:type="dxa" w:w="2921"/>
            <w:shd w:val="clear" w:color="auto" w:fill="E8E8E8"/>
          </w:tcPr>
          <w:p>
            <w:pPr>
              <w:spacing w:after="0"/>
              <w:jc w:val="left"/>
            </w:pPr>
            <w:r>
              <w:rPr>
                <w:b/>
                <w:sz w:val="16"/>
              </w:rPr>
              <w:t>Damage</w:t>
            </w:r>
          </w:p>
          <w:p>
            <w:pPr>
              <w:spacing w:after="0"/>
              <w:jc w:val="left"/>
            </w:pPr>
            <w:r>
              <w:rPr>
                <w:i/>
                <w:color w:val="555555"/>
                <w:sz w:val="14"/>
              </w:rPr>
              <w:t>nominal dollars</w:t>
            </w:r>
          </w:p>
        </w:tc>
        <w:tc>
          <w:tcPr>
            <w:tcW w:type="dxa" w:w="112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31"/>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323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2020-02-06</w:t>
            </w:r>
          </w:p>
        </w:tc>
        <w:tc>
          <w:tcPr>
            <w:tcW w:type="dxa" w:w="1445"/>
          </w:tcPr>
          <w:p>
            <w:pPr>
              <w:spacing w:after="0"/>
              <w:jc w:val="left"/>
            </w:pPr>
            <w:r>
              <w:rPr>
                <w:sz w:val="16"/>
              </w:rPr>
              <w:t>Flood</w:t>
            </w:r>
          </w:p>
        </w:tc>
        <w:tc>
          <w:tcPr>
            <w:tcW w:type="dxa" w:w="1867"/>
          </w:tcPr>
          <w:p>
            <w:pPr>
              <w:spacing w:after="0"/>
              <w:jc w:val="left"/>
            </w:pPr>
          </w:p>
        </w:tc>
        <w:tc>
          <w:tcPr>
            <w:tcW w:type="dxa" w:w="2921"/>
          </w:tcPr>
          <w:p>
            <w:pPr>
              <w:spacing w:after="0"/>
              <w:jc w:val="left"/>
            </w:pPr>
            <w:r>
              <w:rPr>
                <w:sz w:val="16"/>
              </w:rPr>
              <w:t>$5,000,000 property; $0 crops (2020 dollars)</w:t>
            </w:r>
          </w:p>
        </w:tc>
        <w:tc>
          <w:tcPr>
            <w:tcW w:type="dxa" w:w="1125"/>
          </w:tcPr>
          <w:p>
            <w:pPr>
              <w:spacing w:after="0"/>
              <w:jc w:val="right"/>
            </w:pPr>
            <w:r>
              <w:rPr>
                <w:sz w:val="16"/>
              </w:rPr>
              <w:t>0, 0</w:t>
            </w:r>
          </w:p>
        </w:tc>
        <w:tc>
          <w:tcPr>
            <w:tcW w:type="dxa" w:w="1831"/>
          </w:tcPr>
          <w:p>
            <w:pPr>
              <w:spacing w:after="0"/>
              <w:jc w:val="left"/>
            </w:pPr>
            <w:r>
              <w:rPr>
                <w:sz w:val="16"/>
              </w:rPr>
              <w:t>SAND HILL</w:t>
            </w:r>
          </w:p>
        </w:tc>
        <w:tc>
          <w:tcPr>
            <w:tcW w:type="dxa" w:w="648"/>
          </w:tcPr>
          <w:p>
            <w:pPr>
              <w:spacing w:after="0"/>
              <w:jc w:val="left"/>
            </w:pPr>
          </w:p>
        </w:tc>
        <w:tc>
          <w:tcPr>
            <w:tcW w:type="dxa" w:w="323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2016-11-08</w:t>
            </w:r>
          </w:p>
        </w:tc>
        <w:tc>
          <w:tcPr>
            <w:tcW w:type="dxa" w:w="1445"/>
          </w:tcPr>
          <w:p>
            <w:pPr>
              <w:spacing w:after="0"/>
              <w:jc w:val="left"/>
            </w:pPr>
            <w:r>
              <w:rPr>
                <w:sz w:val="16"/>
              </w:rPr>
              <w:t>Drought</w:t>
            </w:r>
          </w:p>
        </w:tc>
        <w:tc>
          <w:tcPr>
            <w:tcW w:type="dxa" w:w="1867"/>
          </w:tcPr>
          <w:p>
            <w:pPr>
              <w:spacing w:after="0"/>
              <w:jc w:val="left"/>
            </w:pPr>
          </w:p>
        </w:tc>
        <w:tc>
          <w:tcPr>
            <w:tcW w:type="dxa" w:w="2921"/>
          </w:tcPr>
          <w:p>
            <w:pPr>
              <w:spacing w:after="0"/>
              <w:jc w:val="left"/>
            </w:pPr>
            <w:r>
              <w:rPr>
                <w:sz w:val="16"/>
              </w:rPr>
              <w:t>damage not reported</w:t>
            </w:r>
          </w:p>
        </w:tc>
        <w:tc>
          <w:tcPr>
            <w:tcW w:type="dxa" w:w="1125"/>
          </w:tcPr>
          <w:p>
            <w:pPr>
              <w:spacing w:after="0"/>
              <w:jc w:val="right"/>
            </w:pPr>
            <w:r>
              <w:rPr>
                <w:sz w:val="16"/>
              </w:rPr>
              <w:t>0, 0</w:t>
            </w:r>
          </w:p>
        </w:tc>
        <w:tc>
          <w:tcPr>
            <w:tcW w:type="dxa" w:w="1831"/>
          </w:tcPr>
          <w:p>
            <w:pPr>
              <w:spacing w:after="0"/>
              <w:jc w:val="left"/>
            </w:pPr>
            <w:r>
              <w:rPr>
                <w:sz w:val="16"/>
              </w:rPr>
              <w:t>NWS zone KYZ088 (HARLAN), zone-level: may include parts of neighboring counties</w:t>
            </w:r>
          </w:p>
        </w:tc>
        <w:tc>
          <w:tcPr>
            <w:tcW w:type="dxa" w:w="648"/>
          </w:tcPr>
          <w:p>
            <w:pPr>
              <w:spacing w:after="0"/>
              <w:jc w:val="left"/>
            </w:pPr>
          </w:p>
        </w:tc>
        <w:tc>
          <w:tcPr>
            <w:tcW w:type="dxa" w:w="3238"/>
          </w:tcPr>
          <w:p>
            <w:pPr>
              <w:spacing w:after="0"/>
              <w:jc w:val="left"/>
            </w:pPr>
            <w:r>
              <w:rPr>
                <w:sz w:val="16"/>
              </w:rPr>
              <w:t>B1-c worst recorded: Drought</w:t>
            </w:r>
          </w:p>
        </w:tc>
      </w:tr>
      <w:tr>
        <w:trPr>
          <w:cantSplit/>
        </w:trPr>
        <w:tc>
          <w:tcPr>
            <w:tcW w:type="dxa" w:w="1037"/>
          </w:tcPr>
          <w:p>
            <w:pPr>
              <w:spacing w:after="0"/>
              <w:jc w:val="left"/>
            </w:pPr>
            <w:r>
              <w:rPr>
                <w:sz w:val="16"/>
              </w:rPr>
              <w:t>2015-02-19</w:t>
            </w:r>
          </w:p>
        </w:tc>
        <w:tc>
          <w:tcPr>
            <w:tcW w:type="dxa" w:w="1445"/>
          </w:tcPr>
          <w:p>
            <w:pPr>
              <w:spacing w:after="0"/>
              <w:jc w:val="left"/>
            </w:pPr>
            <w:r>
              <w:rPr>
                <w:sz w:val="16"/>
              </w:rPr>
              <w:t>Extreme Cold/Wind Chill</w:t>
            </w:r>
          </w:p>
        </w:tc>
        <w:tc>
          <w:tcPr>
            <w:tcW w:type="dxa" w:w="1867"/>
          </w:tcPr>
          <w:p>
            <w:pPr>
              <w:spacing w:after="0"/>
              <w:jc w:val="left"/>
            </w:pPr>
          </w:p>
        </w:tc>
        <w:tc>
          <w:tcPr>
            <w:tcW w:type="dxa" w:w="2921"/>
          </w:tcPr>
          <w:p>
            <w:pPr>
              <w:spacing w:after="0"/>
              <w:jc w:val="left"/>
            </w:pPr>
            <w:r>
              <w:rPr>
                <w:sz w:val="16"/>
              </w:rPr>
              <w:t>damage not reported</w:t>
            </w:r>
          </w:p>
        </w:tc>
        <w:tc>
          <w:tcPr>
            <w:tcW w:type="dxa" w:w="1125"/>
          </w:tcPr>
          <w:p>
            <w:pPr>
              <w:spacing w:after="0"/>
              <w:jc w:val="right"/>
            </w:pPr>
            <w:r>
              <w:rPr>
                <w:sz w:val="16"/>
              </w:rPr>
              <w:t>0, 0</w:t>
            </w:r>
          </w:p>
        </w:tc>
        <w:tc>
          <w:tcPr>
            <w:tcW w:type="dxa" w:w="1831"/>
          </w:tcPr>
          <w:p>
            <w:pPr>
              <w:spacing w:after="0"/>
              <w:jc w:val="left"/>
            </w:pPr>
            <w:r>
              <w:rPr>
                <w:sz w:val="16"/>
              </w:rPr>
              <w:t>NWS zone KYZ088 (HARLAN), zone-level: may include parts of neighboring counties</w:t>
            </w:r>
          </w:p>
        </w:tc>
        <w:tc>
          <w:tcPr>
            <w:tcW w:type="dxa" w:w="648"/>
          </w:tcPr>
          <w:p>
            <w:pPr>
              <w:spacing w:after="0"/>
              <w:jc w:val="left"/>
            </w:pPr>
          </w:p>
        </w:tc>
        <w:tc>
          <w:tcPr>
            <w:tcW w:type="dxa" w:w="323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2014-04-28</w:t>
            </w:r>
          </w:p>
        </w:tc>
        <w:tc>
          <w:tcPr>
            <w:tcW w:type="dxa" w:w="1445"/>
          </w:tcPr>
          <w:p>
            <w:pPr>
              <w:spacing w:after="0"/>
              <w:jc w:val="left"/>
            </w:pPr>
            <w:r>
              <w:rPr>
                <w:sz w:val="16"/>
              </w:rPr>
              <w:t>Thunderstorm Wind</w:t>
            </w:r>
          </w:p>
        </w:tc>
        <w:tc>
          <w:tcPr>
            <w:tcW w:type="dxa" w:w="1867"/>
          </w:tcPr>
          <w:p>
            <w:pPr>
              <w:spacing w:after="0"/>
              <w:jc w:val="left"/>
            </w:pPr>
            <w:r>
              <w:rPr>
                <w:sz w:val="16"/>
              </w:rPr>
              <w:t>78 kt (90 mph) estimated gust</w:t>
            </w:r>
          </w:p>
        </w:tc>
        <w:tc>
          <w:tcPr>
            <w:tcW w:type="dxa" w:w="2921"/>
          </w:tcPr>
          <w:p>
            <w:pPr>
              <w:spacing w:after="0"/>
              <w:jc w:val="left"/>
            </w:pPr>
            <w:r>
              <w:rPr>
                <w:sz w:val="16"/>
              </w:rPr>
              <w:t>damage not reported</w:t>
            </w:r>
          </w:p>
        </w:tc>
        <w:tc>
          <w:tcPr>
            <w:tcW w:type="dxa" w:w="1125"/>
          </w:tcPr>
          <w:p>
            <w:pPr>
              <w:spacing w:after="0"/>
              <w:jc w:val="right"/>
            </w:pPr>
            <w:r>
              <w:rPr>
                <w:sz w:val="16"/>
              </w:rPr>
              <w:t>0, 3</w:t>
            </w:r>
          </w:p>
        </w:tc>
        <w:tc>
          <w:tcPr>
            <w:tcW w:type="dxa" w:w="1831"/>
          </w:tcPr>
          <w:p>
            <w:pPr>
              <w:spacing w:after="0"/>
              <w:jc w:val="left"/>
            </w:pPr>
            <w:r>
              <w:rPr>
                <w:sz w:val="16"/>
              </w:rPr>
              <w:t>DRESSEN to EVARTS</w:t>
            </w:r>
          </w:p>
        </w:tc>
        <w:tc>
          <w:tcPr>
            <w:tcW w:type="dxa" w:w="648"/>
          </w:tcPr>
          <w:p>
            <w:pPr>
              <w:spacing w:after="0"/>
              <w:jc w:val="left"/>
            </w:pPr>
          </w:p>
        </w:tc>
        <w:tc>
          <w:tcPr>
            <w:tcW w:type="dxa" w:w="3238"/>
          </w:tcPr>
          <w:p>
            <w:pPr>
              <w:spacing w:after="0"/>
              <w:jc w:val="left"/>
            </w:pPr>
            <w:r>
              <w:rPr>
                <w:sz w:val="16"/>
              </w:rPr>
              <w:t>deaths or injuries recorded</w:t>
            </w:r>
          </w:p>
        </w:tc>
      </w:tr>
      <w:tr>
        <w:trPr>
          <w:cantSplit/>
        </w:trPr>
        <w:tc>
          <w:tcPr>
            <w:tcW w:type="dxa" w:w="1037"/>
          </w:tcPr>
          <w:p>
            <w:pPr>
              <w:spacing w:after="0"/>
              <w:jc w:val="left"/>
            </w:pPr>
            <w:r>
              <w:rPr>
                <w:sz w:val="16"/>
              </w:rPr>
              <w:t>2011-04-09</w:t>
            </w:r>
          </w:p>
        </w:tc>
        <w:tc>
          <w:tcPr>
            <w:tcW w:type="dxa" w:w="1445"/>
          </w:tcPr>
          <w:p>
            <w:pPr>
              <w:spacing w:after="0"/>
              <w:jc w:val="left"/>
            </w:pPr>
            <w:r>
              <w:rPr>
                <w:sz w:val="16"/>
              </w:rPr>
              <w:t>Thunderstorm Wind</w:t>
            </w:r>
          </w:p>
        </w:tc>
        <w:tc>
          <w:tcPr>
            <w:tcW w:type="dxa" w:w="1867"/>
          </w:tcPr>
          <w:p>
            <w:pPr>
              <w:spacing w:after="0"/>
              <w:jc w:val="left"/>
            </w:pPr>
            <w:r>
              <w:rPr>
                <w:sz w:val="16"/>
              </w:rPr>
              <w:t>60 kt (69 mph) estimated gust</w:t>
            </w:r>
          </w:p>
        </w:tc>
        <w:tc>
          <w:tcPr>
            <w:tcW w:type="dxa" w:w="2921"/>
          </w:tcPr>
          <w:p>
            <w:pPr>
              <w:spacing w:after="0"/>
              <w:jc w:val="left"/>
            </w:pPr>
            <w:r>
              <w:rPr>
                <w:sz w:val="16"/>
              </w:rPr>
              <w:t>$50,000 property; crops not reported (2011 dollars)</w:t>
            </w:r>
          </w:p>
        </w:tc>
        <w:tc>
          <w:tcPr>
            <w:tcW w:type="dxa" w:w="1125"/>
          </w:tcPr>
          <w:p>
            <w:pPr>
              <w:spacing w:after="0"/>
              <w:jc w:val="right"/>
            </w:pPr>
            <w:r>
              <w:rPr>
                <w:sz w:val="16"/>
              </w:rPr>
              <w:t>0, 0</w:t>
            </w:r>
          </w:p>
        </w:tc>
        <w:tc>
          <w:tcPr>
            <w:tcW w:type="dxa" w:w="1831"/>
          </w:tcPr>
          <w:p>
            <w:pPr>
              <w:spacing w:after="0"/>
              <w:jc w:val="left"/>
            </w:pPr>
            <w:r>
              <w:rPr>
                <w:sz w:val="16"/>
              </w:rPr>
              <w:t>HARLAN</w:t>
            </w:r>
          </w:p>
        </w:tc>
        <w:tc>
          <w:tcPr>
            <w:tcW w:type="dxa" w:w="648"/>
          </w:tcPr>
          <w:p>
            <w:pPr>
              <w:spacing w:after="0"/>
              <w:jc w:val="left"/>
            </w:pPr>
          </w:p>
        </w:tc>
        <w:tc>
          <w:tcPr>
            <w:tcW w:type="dxa" w:w="3238"/>
          </w:tcPr>
          <w:p>
            <w:pPr>
              <w:spacing w:after="0"/>
              <w:jc w:val="left"/>
            </w:pPr>
            <w:r>
              <w:rPr>
                <w:sz w:val="16"/>
              </w:rPr>
              <w:t>B1-c most damaging: Thunderstorm Wind</w:t>
            </w:r>
          </w:p>
        </w:tc>
      </w:tr>
      <w:tr>
        <w:trPr>
          <w:cantSplit/>
        </w:trPr>
        <w:tc>
          <w:tcPr>
            <w:tcW w:type="dxa" w:w="1037"/>
          </w:tcPr>
          <w:p>
            <w:pPr>
              <w:spacing w:after="0"/>
              <w:jc w:val="left"/>
            </w:pPr>
            <w:r>
              <w:rPr>
                <w:sz w:val="16"/>
              </w:rPr>
              <w:t>2010-08-12</w:t>
            </w:r>
          </w:p>
        </w:tc>
        <w:tc>
          <w:tcPr>
            <w:tcW w:type="dxa" w:w="1445"/>
          </w:tcPr>
          <w:p>
            <w:pPr>
              <w:spacing w:after="0"/>
              <w:jc w:val="left"/>
            </w:pPr>
            <w:r>
              <w:rPr>
                <w:sz w:val="16"/>
              </w:rPr>
              <w:t>Excessive Heat</w:t>
            </w:r>
          </w:p>
        </w:tc>
        <w:tc>
          <w:tcPr>
            <w:tcW w:type="dxa" w:w="1867"/>
          </w:tcPr>
          <w:p>
            <w:pPr>
              <w:spacing w:after="0"/>
              <w:jc w:val="left"/>
            </w:pPr>
          </w:p>
        </w:tc>
        <w:tc>
          <w:tcPr>
            <w:tcW w:type="dxa" w:w="2921"/>
          </w:tcPr>
          <w:p>
            <w:pPr>
              <w:spacing w:after="0"/>
              <w:jc w:val="left"/>
            </w:pPr>
            <w:r>
              <w:rPr>
                <w:sz w:val="16"/>
              </w:rPr>
              <w:t>$0 property; $0 crops, reported for the zone (2010 dollars)</w:t>
            </w:r>
          </w:p>
        </w:tc>
        <w:tc>
          <w:tcPr>
            <w:tcW w:type="dxa" w:w="1125"/>
          </w:tcPr>
          <w:p>
            <w:pPr>
              <w:spacing w:after="0"/>
              <w:jc w:val="right"/>
            </w:pPr>
            <w:r>
              <w:rPr>
                <w:sz w:val="16"/>
              </w:rPr>
              <w:t>0, 0</w:t>
            </w:r>
          </w:p>
        </w:tc>
        <w:tc>
          <w:tcPr>
            <w:tcW w:type="dxa" w:w="1831"/>
          </w:tcPr>
          <w:p>
            <w:pPr>
              <w:spacing w:after="0"/>
              <w:jc w:val="left"/>
            </w:pPr>
            <w:r>
              <w:rPr>
                <w:sz w:val="16"/>
              </w:rPr>
              <w:t>NWS zone KYZ088 (HARLAN), zone-level: may include parts of neighboring counties</w:t>
            </w:r>
          </w:p>
        </w:tc>
        <w:tc>
          <w:tcPr>
            <w:tcW w:type="dxa" w:w="648"/>
          </w:tcPr>
          <w:p>
            <w:pPr>
              <w:spacing w:after="0"/>
              <w:jc w:val="left"/>
            </w:pPr>
          </w:p>
        </w:tc>
        <w:tc>
          <w:tcPr>
            <w:tcW w:type="dxa" w:w="3238"/>
          </w:tcPr>
          <w:p>
            <w:pPr>
              <w:spacing w:after="0"/>
              <w:jc w:val="left"/>
            </w:pPr>
            <w:r>
              <w:rPr>
                <w:sz w:val="16"/>
              </w:rPr>
              <w:t>B1-c worst recorded: Excessive Heat, Heat</w:t>
            </w:r>
          </w:p>
        </w:tc>
      </w:tr>
      <w:tr>
        <w:trPr>
          <w:cantSplit/>
        </w:trPr>
        <w:tc>
          <w:tcPr>
            <w:tcW w:type="dxa" w:w="1037"/>
          </w:tcPr>
          <w:p>
            <w:pPr>
              <w:spacing w:after="0"/>
              <w:jc w:val="left"/>
            </w:pPr>
            <w:r>
              <w:rPr>
                <w:sz w:val="16"/>
              </w:rPr>
              <w:t>2007-04-03</w:t>
            </w:r>
          </w:p>
        </w:tc>
        <w:tc>
          <w:tcPr>
            <w:tcW w:type="dxa" w:w="1445"/>
          </w:tcPr>
          <w:p>
            <w:pPr>
              <w:spacing w:after="0"/>
              <w:jc w:val="left"/>
            </w:pPr>
            <w:r>
              <w:rPr>
                <w:sz w:val="16"/>
              </w:rPr>
              <w:t>Tornado</w:t>
            </w:r>
          </w:p>
        </w:tc>
        <w:tc>
          <w:tcPr>
            <w:tcW w:type="dxa" w:w="1867"/>
          </w:tcPr>
          <w:p>
            <w:pPr>
              <w:spacing w:after="0"/>
              <w:jc w:val="left"/>
            </w:pPr>
            <w:r>
              <w:rPr>
                <w:sz w:val="16"/>
              </w:rPr>
              <w:t>EF0, 1.18 mi within this county, 50 yd wide</w:t>
            </w:r>
          </w:p>
        </w:tc>
        <w:tc>
          <w:tcPr>
            <w:tcW w:type="dxa" w:w="2921"/>
          </w:tcPr>
          <w:p>
            <w:pPr>
              <w:spacing w:after="0"/>
              <w:jc w:val="left"/>
            </w:pPr>
            <w:r>
              <w:rPr>
                <w:sz w:val="16"/>
              </w:rPr>
              <w:t>$700,000 property; $0 crops (2007 dollars)</w:t>
            </w:r>
          </w:p>
        </w:tc>
        <w:tc>
          <w:tcPr>
            <w:tcW w:type="dxa" w:w="1125"/>
          </w:tcPr>
          <w:p>
            <w:pPr>
              <w:spacing w:after="0"/>
              <w:jc w:val="right"/>
            </w:pPr>
            <w:r>
              <w:rPr>
                <w:sz w:val="16"/>
              </w:rPr>
              <w:t>0, 0</w:t>
            </w:r>
          </w:p>
        </w:tc>
        <w:tc>
          <w:tcPr>
            <w:tcW w:type="dxa" w:w="1831"/>
          </w:tcPr>
          <w:p>
            <w:pPr>
              <w:spacing w:after="0"/>
              <w:jc w:val="left"/>
            </w:pPr>
            <w:r>
              <w:rPr>
                <w:sz w:val="16"/>
              </w:rPr>
              <w:t>CAWOOD</w:t>
            </w:r>
          </w:p>
        </w:tc>
        <w:tc>
          <w:tcPr>
            <w:tcW w:type="dxa" w:w="648"/>
          </w:tcPr>
          <w:p>
            <w:pPr>
              <w:spacing w:after="0"/>
              <w:jc w:val="left"/>
            </w:pPr>
          </w:p>
        </w:tc>
        <w:tc>
          <w:tcPr>
            <w:tcW w:type="dxa" w:w="3238"/>
          </w:tcPr>
          <w:p>
            <w:pPr>
              <w:spacing w:after="0"/>
              <w:jc w:val="left"/>
            </w:pPr>
            <w:r>
              <w:rPr>
                <w:sz w:val="16"/>
              </w:rPr>
              <w:t>B1-c worst recorded: Tornado</w:t>
            </w:r>
          </w:p>
        </w:tc>
      </w:tr>
      <w:tr>
        <w:trPr>
          <w:cantSplit/>
        </w:trPr>
        <w:tc>
          <w:tcPr>
            <w:tcW w:type="dxa" w:w="1037"/>
          </w:tcPr>
          <w:p>
            <w:pPr>
              <w:spacing w:after="0"/>
              <w:jc w:val="left"/>
            </w:pPr>
            <w:r>
              <w:rPr>
                <w:sz w:val="16"/>
              </w:rPr>
              <w:t>2006-10-17</w:t>
            </w:r>
          </w:p>
        </w:tc>
        <w:tc>
          <w:tcPr>
            <w:tcW w:type="dxa" w:w="1445"/>
          </w:tcPr>
          <w:p>
            <w:pPr>
              <w:spacing w:after="0"/>
              <w:jc w:val="left"/>
            </w:pPr>
            <w:r>
              <w:rPr>
                <w:sz w:val="16"/>
              </w:rPr>
              <w:t>High Wind</w:t>
            </w:r>
          </w:p>
        </w:tc>
        <w:tc>
          <w:tcPr>
            <w:tcW w:type="dxa" w:w="1867"/>
          </w:tcPr>
          <w:p>
            <w:pPr>
              <w:spacing w:after="0"/>
              <w:jc w:val="left"/>
            </w:pPr>
            <w:r>
              <w:rPr>
                <w:sz w:val="16"/>
              </w:rPr>
              <w:t>80 kt (92 mph) estimated gust</w:t>
            </w:r>
          </w:p>
        </w:tc>
        <w:tc>
          <w:tcPr>
            <w:tcW w:type="dxa" w:w="2921"/>
          </w:tcPr>
          <w:p>
            <w:pPr>
              <w:spacing w:after="0"/>
              <w:jc w:val="left"/>
            </w:pPr>
            <w:r>
              <w:rPr>
                <w:sz w:val="16"/>
              </w:rPr>
              <w:t>$150,000 property; $0 crops, reported for the zone (2006 dollars)</w:t>
            </w:r>
          </w:p>
        </w:tc>
        <w:tc>
          <w:tcPr>
            <w:tcW w:type="dxa" w:w="1125"/>
          </w:tcPr>
          <w:p>
            <w:pPr>
              <w:spacing w:after="0"/>
              <w:jc w:val="right"/>
            </w:pPr>
            <w:r>
              <w:rPr>
                <w:sz w:val="16"/>
              </w:rPr>
              <w:t>0, 0</w:t>
            </w:r>
          </w:p>
        </w:tc>
        <w:tc>
          <w:tcPr>
            <w:tcW w:type="dxa" w:w="1831"/>
          </w:tcPr>
          <w:p>
            <w:pPr>
              <w:spacing w:after="0"/>
              <w:jc w:val="left"/>
            </w:pPr>
            <w:r>
              <w:rPr>
                <w:sz w:val="16"/>
              </w:rPr>
              <w:t>NWS zone KYZ088 (HARLAN), zone-level: may include parts of neighboring counties</w:t>
            </w:r>
          </w:p>
        </w:tc>
        <w:tc>
          <w:tcPr>
            <w:tcW w:type="dxa" w:w="648"/>
          </w:tcPr>
          <w:p>
            <w:pPr>
              <w:spacing w:after="0"/>
              <w:jc w:val="left"/>
            </w:pPr>
          </w:p>
        </w:tc>
        <w:tc>
          <w:tcPr>
            <w:tcW w:type="dxa" w:w="323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2002-05-01</w:t>
            </w:r>
          </w:p>
        </w:tc>
        <w:tc>
          <w:tcPr>
            <w:tcW w:type="dxa" w:w="1445"/>
          </w:tcPr>
          <w:p>
            <w:pPr>
              <w:spacing w:after="0"/>
              <w:jc w:val="left"/>
            </w:pPr>
            <w:r>
              <w:rPr>
                <w:sz w:val="16"/>
              </w:rPr>
              <w:t>Hail</w:t>
            </w:r>
          </w:p>
        </w:tc>
        <w:tc>
          <w:tcPr>
            <w:tcW w:type="dxa" w:w="1867"/>
          </w:tcPr>
          <w:p>
            <w:pPr>
              <w:spacing w:after="0"/>
              <w:jc w:val="left"/>
            </w:pPr>
            <w:r>
              <w:rPr>
                <w:sz w:val="16"/>
              </w:rPr>
              <w:t>1.75 in</w:t>
            </w:r>
          </w:p>
        </w:tc>
        <w:tc>
          <w:tcPr>
            <w:tcW w:type="dxa" w:w="2921"/>
          </w:tcPr>
          <w:p>
            <w:pPr>
              <w:spacing w:after="0"/>
              <w:jc w:val="left"/>
            </w:pPr>
            <w:r>
              <w:rPr>
                <w:sz w:val="16"/>
              </w:rPr>
              <w:t>$30,000 property; $0 crops (2002 dollars)</w:t>
            </w:r>
          </w:p>
        </w:tc>
        <w:tc>
          <w:tcPr>
            <w:tcW w:type="dxa" w:w="1125"/>
          </w:tcPr>
          <w:p>
            <w:pPr>
              <w:spacing w:after="0"/>
              <w:jc w:val="right"/>
            </w:pPr>
            <w:r>
              <w:rPr>
                <w:sz w:val="16"/>
              </w:rPr>
              <w:t>0, 0</w:t>
            </w:r>
          </w:p>
        </w:tc>
        <w:tc>
          <w:tcPr>
            <w:tcW w:type="dxa" w:w="1831"/>
          </w:tcPr>
          <w:p>
            <w:pPr>
              <w:spacing w:after="0"/>
              <w:jc w:val="left"/>
            </w:pPr>
            <w:r>
              <w:rPr>
                <w:sz w:val="16"/>
              </w:rPr>
              <w:t>HARLAN</w:t>
            </w:r>
          </w:p>
        </w:tc>
        <w:tc>
          <w:tcPr>
            <w:tcW w:type="dxa" w:w="648"/>
          </w:tcPr>
          <w:p>
            <w:pPr>
              <w:spacing w:after="0"/>
              <w:jc w:val="left"/>
            </w:pPr>
          </w:p>
        </w:tc>
        <w:tc>
          <w:tcPr>
            <w:tcW w:type="dxa" w:w="3238"/>
          </w:tcPr>
          <w:p>
            <w:pPr>
              <w:spacing w:after="0"/>
              <w:jc w:val="left"/>
            </w:pPr>
            <w:r>
              <w:rPr>
                <w:sz w:val="16"/>
              </w:rPr>
              <w:t>B1-c most damaging: Hail</w:t>
            </w:r>
          </w:p>
        </w:tc>
      </w:tr>
      <w:tr>
        <w:trPr>
          <w:cantSplit/>
        </w:trPr>
        <w:tc>
          <w:tcPr>
            <w:tcW w:type="dxa" w:w="1037"/>
          </w:tcPr>
          <w:p>
            <w:pPr>
              <w:spacing w:after="0"/>
              <w:jc w:val="left"/>
            </w:pPr>
            <w:r>
              <w:rPr>
                <w:sz w:val="16"/>
              </w:rPr>
              <w:t>1998-01-27</w:t>
            </w:r>
          </w:p>
        </w:tc>
        <w:tc>
          <w:tcPr>
            <w:tcW w:type="dxa" w:w="1445"/>
          </w:tcPr>
          <w:p>
            <w:pPr>
              <w:spacing w:after="0"/>
              <w:jc w:val="left"/>
            </w:pPr>
            <w:r>
              <w:rPr>
                <w:sz w:val="16"/>
              </w:rPr>
              <w:t>Heavy Snow</w:t>
            </w:r>
          </w:p>
        </w:tc>
        <w:tc>
          <w:tcPr>
            <w:tcW w:type="dxa" w:w="1867"/>
          </w:tcPr>
          <w:p>
            <w:pPr>
              <w:spacing w:after="0"/>
              <w:jc w:val="left"/>
            </w:pPr>
          </w:p>
        </w:tc>
        <w:tc>
          <w:tcPr>
            <w:tcW w:type="dxa" w:w="2921"/>
          </w:tcPr>
          <w:p>
            <w:pPr>
              <w:spacing w:after="0"/>
              <w:jc w:val="left"/>
            </w:pPr>
            <w:r>
              <w:rPr>
                <w:sz w:val="16"/>
              </w:rPr>
              <w:t>$20,000 property; $0 crops, reported for the zone (1998 dollars)</w:t>
            </w:r>
          </w:p>
        </w:tc>
        <w:tc>
          <w:tcPr>
            <w:tcW w:type="dxa" w:w="1125"/>
          </w:tcPr>
          <w:p>
            <w:pPr>
              <w:spacing w:after="0"/>
              <w:jc w:val="right"/>
            </w:pPr>
            <w:r>
              <w:rPr>
                <w:sz w:val="16"/>
              </w:rPr>
              <w:t>0, 0</w:t>
            </w:r>
          </w:p>
        </w:tc>
        <w:tc>
          <w:tcPr>
            <w:tcW w:type="dxa" w:w="1831"/>
          </w:tcPr>
          <w:p>
            <w:pPr>
              <w:spacing w:after="0"/>
              <w:jc w:val="left"/>
            </w:pPr>
            <w:r>
              <w:rPr>
                <w:sz w:val="16"/>
              </w:rPr>
              <w:t>NWS zone KYZ088 (HARLAN), zone-level: may include parts of neighboring counties</w:t>
            </w:r>
          </w:p>
        </w:tc>
        <w:tc>
          <w:tcPr>
            <w:tcW w:type="dxa" w:w="648"/>
          </w:tcPr>
          <w:p>
            <w:pPr>
              <w:spacing w:after="0"/>
              <w:jc w:val="left"/>
            </w:pPr>
          </w:p>
        </w:tc>
        <w:tc>
          <w:tcPr>
            <w:tcW w:type="dxa" w:w="323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1997-02-21</w:t>
            </w:r>
          </w:p>
        </w:tc>
        <w:tc>
          <w:tcPr>
            <w:tcW w:type="dxa" w:w="1445"/>
          </w:tcPr>
          <w:p>
            <w:pPr>
              <w:spacing w:after="0"/>
              <w:jc w:val="left"/>
            </w:pPr>
            <w:r>
              <w:rPr>
                <w:sz w:val="16"/>
              </w:rPr>
              <w:t>Thunderstorm Wind</w:t>
            </w:r>
          </w:p>
        </w:tc>
        <w:tc>
          <w:tcPr>
            <w:tcW w:type="dxa" w:w="1867"/>
          </w:tcPr>
          <w:p>
            <w:pPr>
              <w:spacing w:after="0"/>
              <w:jc w:val="left"/>
            </w:pPr>
            <w:r>
              <w:rPr>
                <w:sz w:val="16"/>
              </w:rPr>
              <w:t>speed not recorded</w:t>
            </w:r>
          </w:p>
        </w:tc>
        <w:tc>
          <w:tcPr>
            <w:tcW w:type="dxa" w:w="2921"/>
          </w:tcPr>
          <w:p>
            <w:pPr>
              <w:spacing w:after="0"/>
              <w:jc w:val="left"/>
            </w:pPr>
            <w:r>
              <w:rPr>
                <w:sz w:val="16"/>
              </w:rPr>
              <w:t>$10,000 property; $0 crops (1997 dollars)</w:t>
            </w:r>
          </w:p>
        </w:tc>
        <w:tc>
          <w:tcPr>
            <w:tcW w:type="dxa" w:w="1125"/>
          </w:tcPr>
          <w:p>
            <w:pPr>
              <w:spacing w:after="0"/>
              <w:jc w:val="right"/>
            </w:pPr>
            <w:r>
              <w:rPr>
                <w:sz w:val="16"/>
              </w:rPr>
              <w:t>2, 0</w:t>
            </w:r>
          </w:p>
        </w:tc>
        <w:tc>
          <w:tcPr>
            <w:tcW w:type="dxa" w:w="1831"/>
          </w:tcPr>
          <w:p>
            <w:pPr>
              <w:spacing w:after="0"/>
              <w:jc w:val="left"/>
            </w:pPr>
            <w:r>
              <w:rPr>
                <w:sz w:val="16"/>
              </w:rPr>
              <w:t>AGES</w:t>
            </w:r>
          </w:p>
        </w:tc>
        <w:tc>
          <w:tcPr>
            <w:tcW w:type="dxa" w:w="648"/>
          </w:tcPr>
          <w:p>
            <w:pPr>
              <w:spacing w:after="0"/>
              <w:jc w:val="left"/>
            </w:pPr>
          </w:p>
        </w:tc>
        <w:tc>
          <w:tcPr>
            <w:tcW w:type="dxa" w:w="3238"/>
          </w:tcPr>
          <w:p>
            <w:pPr>
              <w:spacing w:after="0"/>
              <w:jc w:val="left"/>
            </w:pPr>
            <w:r>
              <w:rPr>
                <w:sz w:val="16"/>
              </w:rPr>
              <w:t>deaths or injuries recorded</w:t>
            </w:r>
          </w:p>
        </w:tc>
      </w:tr>
      <w:tr>
        <w:trPr>
          <w:cantSplit/>
        </w:trPr>
        <w:tc>
          <w:tcPr>
            <w:tcW w:type="dxa" w:w="1037"/>
          </w:tcPr>
          <w:p>
            <w:pPr>
              <w:spacing w:after="0"/>
              <w:jc w:val="left"/>
            </w:pPr>
            <w:r>
              <w:rPr>
                <w:sz w:val="16"/>
              </w:rPr>
              <w:t>1968-04-23</w:t>
            </w:r>
          </w:p>
        </w:tc>
        <w:tc>
          <w:tcPr>
            <w:tcW w:type="dxa" w:w="1445"/>
          </w:tcPr>
          <w:p>
            <w:pPr>
              <w:spacing w:after="0"/>
              <w:jc w:val="left"/>
            </w:pPr>
            <w:r>
              <w:rPr>
                <w:sz w:val="16"/>
              </w:rPr>
              <w:t>Hail</w:t>
            </w:r>
          </w:p>
        </w:tc>
        <w:tc>
          <w:tcPr>
            <w:tcW w:type="dxa" w:w="1867"/>
          </w:tcPr>
          <w:p>
            <w:pPr>
              <w:spacing w:after="0"/>
              <w:jc w:val="left"/>
            </w:pPr>
            <w:r>
              <w:rPr>
                <w:sz w:val="16"/>
              </w:rPr>
              <w:t>5 in</w:t>
            </w:r>
          </w:p>
        </w:tc>
        <w:tc>
          <w:tcPr>
            <w:tcW w:type="dxa" w:w="2921"/>
          </w:tcPr>
          <w:p>
            <w:pPr>
              <w:spacing w:after="0"/>
              <w:jc w:val="left"/>
            </w:pPr>
            <w:r>
              <w:rPr>
                <w:sz w:val="16"/>
              </w:rPr>
              <w:t>damage not recorded (pre-1996 record)</w:t>
            </w:r>
          </w:p>
        </w:tc>
        <w:tc>
          <w:tcPr>
            <w:tcW w:type="dxa" w:w="1125"/>
          </w:tcPr>
          <w:p>
            <w:pPr>
              <w:spacing w:after="0"/>
              <w:jc w:val="right"/>
            </w:pPr>
            <w:r>
              <w:rPr>
                <w:sz w:val="16"/>
              </w:rPr>
              <w:t>0, 0</w:t>
            </w:r>
          </w:p>
        </w:tc>
        <w:tc>
          <w:tcPr>
            <w:tcW w:type="dxa" w:w="1831"/>
          </w:tcPr>
          <w:p>
            <w:pPr>
              <w:spacing w:after="0"/>
              <w:jc w:val="left"/>
            </w:pPr>
            <w:r>
              <w:rPr>
                <w:sz w:val="16"/>
              </w:rPr>
              <w:t>location not recorded</w:t>
            </w:r>
          </w:p>
        </w:tc>
        <w:tc>
          <w:tcPr>
            <w:tcW w:type="dxa" w:w="648"/>
          </w:tcPr>
          <w:p>
            <w:pPr>
              <w:spacing w:after="0"/>
              <w:jc w:val="left"/>
            </w:pPr>
          </w:p>
        </w:tc>
        <w:tc>
          <w:tcPr>
            <w:tcW w:type="dxa" w:w="3238"/>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(454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8"/>
        <w:gridCol w:w="1443"/>
        <w:gridCol w:w="1566"/>
        <w:gridCol w:w="1037"/>
        <w:gridCol w:w="1750"/>
        <w:gridCol w:w="1518"/>
        <w:gridCol w:w="1494"/>
        <w:gridCol w:w="1037"/>
        <w:gridCol w:w="1992"/>
      </w:tblGrid>
      <w:tr>
        <w:trPr>
          <w:cantSplit/>
          <w:tblHeader/>
        </w:trPr>
        <w:tc>
          <w:tcPr>
            <w:tcW w:type="dxa" w:w="1037"/>
            <w:shd w:val="clear" w:color="auto" w:fill="E8E8E8"/>
          </w:tcPr>
          <w:p>
            <w:pPr>
              <w:spacing w:after="0"/>
              <w:jc w:val="left"/>
            </w:pPr>
            <w:r>
              <w:rPr>
                <w:b/>
                <w:sz w:val="16"/>
              </w:rPr>
              <w:t>Hazard</w:t>
            </w:r>
          </w:p>
        </w:tc>
        <w:tc>
          <w:tcPr>
            <w:tcW w:type="dxa" w:w="123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3"/>
            <w:shd w:val="clear" w:color="auto" w:fill="E8E8E8"/>
          </w:tcPr>
          <w:p>
            <w:pPr>
              <w:spacing w:after="0"/>
              <w:jc w:val="left"/>
            </w:pPr>
            <w:r>
              <w:rPr>
                <w:b/>
                <w:sz w:val="16"/>
              </w:rPr>
              <w:t>Unit</w:t>
            </w:r>
          </w:p>
        </w:tc>
        <w:tc>
          <w:tcPr>
            <w:tcW w:type="dxa" w:w="156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0"/>
            <w:shd w:val="clear" w:color="auto" w:fill="E8E8E8"/>
          </w:tcPr>
          <w:p>
            <w:pPr>
              <w:spacing w:after="0"/>
              <w:jc w:val="left"/>
            </w:pPr>
            <w:r>
              <w:rPr>
                <w:b/>
                <w:sz w:val="16"/>
              </w:rPr>
              <w:t>Descriptor basis</w:t>
            </w:r>
          </w:p>
        </w:tc>
        <w:tc>
          <w:tcPr>
            <w:tcW w:type="dxa" w:w="1518"/>
            <w:shd w:val="clear" w:color="auto" w:fill="E8E8E8"/>
          </w:tcPr>
          <w:p>
            <w:pPr>
              <w:spacing w:after="0"/>
              <w:jc w:val="right"/>
            </w:pPr>
            <w:r>
              <w:rPr>
                <w:b/>
                <w:sz w:val="16"/>
              </w:rPr>
              <w:t>NRI events or days in its record period (hail, wind and tornado are area-weighted, so can be fractional)</w:t>
            </w:r>
          </w:p>
        </w:tc>
        <w:tc>
          <w:tcPr>
            <w:tcW w:type="dxa" w:w="149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9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8"/>
          </w:tcPr>
          <w:p>
            <w:pPr>
              <w:spacing w:after="0"/>
              <w:jc w:val="right"/>
            </w:pPr>
            <w:r>
              <w:rPr>
                <w:sz w:val="16"/>
              </w:rPr>
              <w:t>0.01</w:t>
            </w:r>
          </w:p>
        </w:tc>
        <w:tc>
          <w:tcPr>
            <w:tcW w:type="dxa" w:w="1443"/>
          </w:tcPr>
          <w:p>
            <w:pPr>
              <w:spacing w:after="0"/>
              <w:jc w:val="left"/>
            </w:pPr>
            <w:r>
              <w:rPr>
                <w:sz w:val="16"/>
              </w:rPr>
              <w:t>events per year</w:t>
            </w:r>
          </w:p>
        </w:tc>
        <w:tc>
          <w:tcPr>
            <w:tcW w:type="dxa" w:w="1566"/>
          </w:tcPr>
          <w:p>
            <w:pPr>
              <w:spacing w:after="0"/>
              <w:jc w:val="left"/>
            </w:pPr>
            <w:r>
              <w:rPr>
                <w:sz w:val="16"/>
              </w:rPr>
              <w:t>about 1 in 100 years</w:t>
            </w:r>
          </w:p>
        </w:tc>
        <w:tc>
          <w:tcPr>
            <w:tcW w:type="dxa" w:w="1037"/>
          </w:tcPr>
          <w:p>
            <w:pPr>
              <w:spacing w:after="0"/>
              <w:jc w:val="left"/>
            </w:pPr>
            <w:r>
              <w:rPr>
                <w:sz w:val="16"/>
              </w:rPr>
              <w:t>Possible</w:t>
            </w:r>
          </w:p>
        </w:tc>
        <w:tc>
          <w:tcPr>
            <w:tcW w:type="dxa" w:w="1750"/>
          </w:tcPr>
          <w:p>
            <w:pPr>
              <w:spacing w:after="0"/>
              <w:jc w:val="left"/>
            </w:pPr>
            <w:r>
              <w:rPr>
                <w:sz w:val="16"/>
              </w:rPr>
              <w:t>FEMA annualized frequency (modeled)</w:t>
            </w:r>
          </w:p>
        </w:tc>
        <w:tc>
          <w:tcPr>
            <w:tcW w:type="dxa" w:w="1518"/>
          </w:tcPr>
          <w:p>
            <w:pPr>
              <w:spacing w:after="0"/>
              <w:jc w:val="right"/>
            </w:pPr>
            <w:r>
              <w:rPr>
                <w:sz w:val="16"/>
              </w:rPr>
              <w:t>0</w:t>
            </w:r>
          </w:p>
        </w:tc>
        <w:tc>
          <w:tcPr>
            <w:tcW w:type="dxa" w:w="1494"/>
          </w:tcPr>
          <w:p>
            <w:pPr>
              <w:spacing w:after="0"/>
              <w:jc w:val="left"/>
            </w:pPr>
            <w:r>
              <w:rPr>
                <w:sz w:val="16"/>
              </w:rPr>
              <w:t>1994 to 2023 (30 years)</w:t>
            </w:r>
          </w:p>
        </w:tc>
        <w:tc>
          <w:tcPr>
            <w:tcW w:type="dxa" w:w="1037"/>
          </w:tcPr>
          <w:p>
            <w:pPr>
              <w:spacing w:after="0"/>
              <w:jc w:val="left"/>
            </w:pPr>
            <w:r>
              <w:rPr>
                <w:sz w:val="16"/>
              </w:rPr>
              <w:t>see B1-f</w:t>
            </w:r>
          </w:p>
        </w:tc>
        <w:tc>
          <w:tcPr>
            <w:tcW w:type="dxa" w:w="1992"/>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8"/>
          </w:tcPr>
          <w:p>
            <w:pPr>
              <w:spacing w:after="0"/>
              <w:jc w:val="right"/>
            </w:pPr>
          </w:p>
        </w:tc>
        <w:tc>
          <w:tcPr>
            <w:tcW w:type="dxa" w:w="1443"/>
          </w:tcPr>
          <w:p>
            <w:pPr>
              <w:spacing w:after="0"/>
              <w:jc w:val="left"/>
            </w:pPr>
            <w:r>
              <w:rPr>
                <w:sz w:val="16"/>
              </w:rPr>
              <w:t>events per year at a location (modeled)</w:t>
            </w:r>
          </w:p>
        </w:tc>
        <w:tc>
          <w:tcPr>
            <w:tcW w:type="dxa" w:w="1566"/>
          </w:tcPr>
          <w:p>
            <w:pPr>
              <w:spacing w:after="0"/>
              <w:jc w:val="left"/>
            </w:pPr>
          </w:p>
        </w:tc>
        <w:tc>
          <w:tcPr>
            <w:tcW w:type="dxa" w:w="1037"/>
          </w:tcPr>
          <w:p>
            <w:pPr>
              <w:spacing w:after="0"/>
              <w:jc w:val="left"/>
            </w:pPr>
          </w:p>
        </w:tc>
        <w:tc>
          <w:tcPr>
            <w:tcW w:type="dxa" w:w="1750"/>
          </w:tcPr>
          <w:p>
            <w:pPr>
              <w:spacing w:after="0"/>
              <w:jc w:val="left"/>
            </w:pPr>
          </w:p>
        </w:tc>
        <w:tc>
          <w:tcPr>
            <w:tcW w:type="dxa" w:w="1518"/>
          </w:tcPr>
          <w:p>
            <w:pPr>
              <w:spacing w:after="0"/>
              <w:jc w:val="right"/>
            </w:pPr>
            <w:r>
              <w:rPr>
                <w:sz w:val="16"/>
              </w:rPr>
              <w:t>not shown</w:t>
            </w:r>
          </w:p>
        </w:tc>
        <w:tc>
          <w:tcPr>
            <w:tcW w:type="dxa" w:w="1494"/>
          </w:tcPr>
          <w:p>
            <w:pPr>
              <w:spacing w:after="0"/>
              <w:jc w:val="left"/>
            </w:pPr>
            <w:r>
              <w:rPr>
                <w:sz w:val="16"/>
              </w:rPr>
              <w:t>modeled</w:t>
            </w:r>
          </w:p>
        </w:tc>
        <w:tc>
          <w:tcPr>
            <w:tcW w:type="dxa" w:w="1037"/>
          </w:tcPr>
          <w:p>
            <w:pPr>
              <w:spacing w:after="0"/>
              <w:jc w:val="left"/>
            </w:pPr>
            <w:r>
              <w:rPr>
                <w:sz w:val="16"/>
              </w:rPr>
              <w:t>see B1-f</w:t>
            </w:r>
          </w:p>
        </w:tc>
        <w:tc>
          <w:tcPr>
            <w:tcW w:type="dxa" w:w="199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8"/>
          </w:tcPr>
          <w:p>
            <w:pPr>
              <w:spacing w:after="0"/>
              <w:jc w:val="right"/>
            </w:pPr>
            <w:r>
              <w:rPr>
                <w:sz w:val="16"/>
              </w:rPr>
              <w:t>0.948</w:t>
            </w:r>
          </w:p>
        </w:tc>
        <w:tc>
          <w:tcPr>
            <w:tcW w:type="dxa" w:w="1443"/>
          </w:tcPr>
          <w:p>
            <w:pPr>
              <w:spacing w:after="0"/>
              <w:jc w:val="left"/>
            </w:pPr>
            <w:r>
              <w:rPr>
                <w:sz w:val="16"/>
              </w:rPr>
              <w:t>event-days per year</w:t>
            </w:r>
          </w:p>
        </w:tc>
        <w:tc>
          <w:tcPr>
            <w:tcW w:type="dxa" w:w="1566"/>
          </w:tcPr>
          <w:p>
            <w:pPr>
              <w:spacing w:after="0"/>
              <w:jc w:val="left"/>
            </w:pPr>
            <w:r>
              <w:rPr>
                <w:sz w:val="16"/>
              </w:rPr>
              <w:t>about 0.948 days per year</w:t>
            </w:r>
          </w:p>
        </w:tc>
        <w:tc>
          <w:tcPr>
            <w:tcW w:type="dxa" w:w="1037"/>
          </w:tcPr>
          <w:p>
            <w:pPr>
              <w:spacing w:after="0"/>
              <w:jc w:val="left"/>
            </w:pPr>
            <w:r>
              <w:rPr>
                <w:sz w:val="16"/>
              </w:rPr>
              <w:t>Possible</w:t>
            </w:r>
          </w:p>
        </w:tc>
        <w:tc>
          <w:tcPr>
            <w:tcW w:type="dxa" w:w="1750"/>
          </w:tcPr>
          <w:p>
            <w:pPr>
              <w:spacing w:after="0"/>
              <w:jc w:val="left"/>
            </w:pPr>
            <w:r>
              <w:rPr>
                <w:sz w:val="16"/>
              </w:rPr>
              <w:t>event-days in 1 of 30 years, 1996 to 2025 (3.33%)</w:t>
            </w:r>
          </w:p>
        </w:tc>
        <w:tc>
          <w:tcPr>
            <w:tcW w:type="dxa" w:w="1518"/>
          </w:tcPr>
          <w:p>
            <w:pPr>
              <w:spacing w:after="0"/>
              <w:jc w:val="right"/>
            </w:pPr>
            <w:r>
              <w:rPr>
                <w:sz w:val="16"/>
              </w:rPr>
              <w:t>18</w:t>
            </w:r>
          </w:p>
        </w:tc>
        <w:tc>
          <w:tcPr>
            <w:tcW w:type="dxa" w:w="1494"/>
          </w:tcPr>
          <w:p>
            <w:pPr>
              <w:spacing w:after="0"/>
              <w:jc w:val="left"/>
            </w:pPr>
            <w:r>
              <w:rPr>
                <w:sz w:val="16"/>
              </w:rPr>
              <w:t>2005-11-12 to 2024-11-12 (19 years)</w:t>
            </w:r>
          </w:p>
        </w:tc>
        <w:tc>
          <w:tcPr>
            <w:tcW w:type="dxa" w:w="1037"/>
          </w:tcPr>
          <w:p>
            <w:pPr>
              <w:spacing w:after="0"/>
              <w:jc w:val="left"/>
            </w:pPr>
            <w:r>
              <w:rPr>
                <w:sz w:val="16"/>
              </w:rPr>
              <w:t>countywide</w:t>
            </w:r>
          </w:p>
        </w:tc>
        <w:tc>
          <w:tcPr>
            <w:tcW w:type="dxa" w:w="1992"/>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8"/>
          </w:tcPr>
          <w:p>
            <w:pPr>
              <w:spacing w:after="0"/>
              <w:jc w:val="right"/>
            </w:pPr>
            <w:r>
              <w:rPr>
                <w:sz w:val="16"/>
              </w:rPr>
              <w:t>10.6</w:t>
            </w:r>
          </w:p>
        </w:tc>
        <w:tc>
          <w:tcPr>
            <w:tcW w:type="dxa" w:w="1443"/>
          </w:tcPr>
          <w:p>
            <w:pPr>
              <w:spacing w:after="0"/>
              <w:jc w:val="left"/>
            </w:pPr>
            <w:r>
              <w:rPr>
                <w:sz w:val="16"/>
              </w:rPr>
              <w:t>event-days per year</w:t>
            </w:r>
          </w:p>
        </w:tc>
        <w:tc>
          <w:tcPr>
            <w:tcW w:type="dxa" w:w="1566"/>
          </w:tcPr>
          <w:p>
            <w:pPr>
              <w:spacing w:after="0"/>
              <w:jc w:val="left"/>
            </w:pPr>
            <w:r>
              <w:rPr>
                <w:sz w:val="16"/>
              </w:rPr>
              <w:t>about 10.6 days per year</w:t>
            </w:r>
          </w:p>
        </w:tc>
        <w:tc>
          <w:tcPr>
            <w:tcW w:type="dxa" w:w="1037"/>
          </w:tcPr>
          <w:p>
            <w:pPr>
              <w:spacing w:after="0"/>
              <w:jc w:val="left"/>
            </w:pPr>
            <w:r>
              <w:rPr>
                <w:sz w:val="16"/>
              </w:rPr>
              <w:t>Possible</w:t>
            </w:r>
          </w:p>
        </w:tc>
        <w:tc>
          <w:tcPr>
            <w:tcW w:type="dxa" w:w="1750"/>
          </w:tcPr>
          <w:p>
            <w:pPr>
              <w:spacing w:after="0"/>
              <w:jc w:val="left"/>
            </w:pPr>
            <w:r>
              <w:rPr>
                <w:sz w:val="16"/>
              </w:rPr>
              <w:t>event-days in 2 of 30 years, 1996 to 2025 (6.67%)</w:t>
            </w:r>
          </w:p>
        </w:tc>
        <w:tc>
          <w:tcPr>
            <w:tcW w:type="dxa" w:w="1518"/>
          </w:tcPr>
          <w:p>
            <w:pPr>
              <w:spacing w:after="0"/>
              <w:jc w:val="right"/>
            </w:pPr>
            <w:r>
              <w:rPr>
                <w:sz w:val="16"/>
              </w:rPr>
              <w:t>357</w:t>
            </w:r>
          </w:p>
        </w:tc>
        <w:tc>
          <w:tcPr>
            <w:tcW w:type="dxa" w:w="149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92"/>
          </w:tcPr>
          <w:p>
            <w:pPr>
              <w:spacing w:after="0"/>
              <w:jc w:val="left"/>
            </w:pPr>
            <w:r>
              <w:rPr>
                <w:sz w:val="16"/>
              </w:rPr>
              <w:t>NRI gives about 10.6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8"/>
          </w:tcPr>
          <w:p>
            <w:pPr>
              <w:spacing w:after="0"/>
              <w:jc w:val="right"/>
            </w:pPr>
            <w:r>
              <w:rPr>
                <w:sz w:val="16"/>
              </w:rPr>
              <w:t>0.00222</w:t>
            </w:r>
          </w:p>
        </w:tc>
        <w:tc>
          <w:tcPr>
            <w:tcW w:type="dxa" w:w="1443"/>
          </w:tcPr>
          <w:p>
            <w:pPr>
              <w:spacing w:after="0"/>
              <w:jc w:val="left"/>
            </w:pPr>
            <w:r>
              <w:rPr>
                <w:sz w:val="16"/>
              </w:rPr>
              <w:t>annual probability at a location</w:t>
            </w:r>
          </w:p>
        </w:tc>
        <w:tc>
          <w:tcPr>
            <w:tcW w:type="dxa" w:w="1566"/>
          </w:tcPr>
          <w:p>
            <w:pPr>
              <w:spacing w:after="0"/>
              <w:jc w:val="left"/>
            </w:pPr>
            <w:r>
              <w:rPr>
                <w:sz w:val="16"/>
              </w:rPr>
              <w:t>chance a given location in the county has at least minor-damage shaking in a year: 0.222%</w:t>
            </w:r>
          </w:p>
        </w:tc>
        <w:tc>
          <w:tcPr>
            <w:tcW w:type="dxa" w:w="1037"/>
          </w:tcPr>
          <w:p>
            <w:pPr>
              <w:spacing w:after="0"/>
              <w:jc w:val="left"/>
            </w:pPr>
          </w:p>
        </w:tc>
        <w:tc>
          <w:tcPr>
            <w:tcW w:type="dxa" w:w="1750"/>
          </w:tcPr>
          <w:p>
            <w:pPr>
              <w:spacing w:after="0"/>
              <w:jc w:val="left"/>
            </w:pPr>
          </w:p>
        </w:tc>
        <w:tc>
          <w:tcPr>
            <w:tcW w:type="dxa" w:w="1518"/>
          </w:tcPr>
          <w:p>
            <w:pPr>
              <w:spacing w:after="0"/>
              <w:jc w:val="right"/>
            </w:pPr>
            <w:r>
              <w:rPr>
                <w:sz w:val="16"/>
              </w:rPr>
              <w:t>not shown</w:t>
            </w:r>
          </w:p>
        </w:tc>
        <w:tc>
          <w:tcPr>
            <w:tcW w:type="dxa" w:w="1494"/>
          </w:tcPr>
          <w:p>
            <w:pPr>
              <w:spacing w:after="0"/>
              <w:jc w:val="left"/>
            </w:pPr>
            <w:r>
              <w:rPr>
                <w:sz w:val="16"/>
              </w:rPr>
              <w:t>modeled</w:t>
            </w:r>
          </w:p>
        </w:tc>
        <w:tc>
          <w:tcPr>
            <w:tcW w:type="dxa" w:w="1037"/>
          </w:tcPr>
          <w:p>
            <w:pPr>
              <w:spacing w:after="0"/>
              <w:jc w:val="left"/>
            </w:pPr>
            <w:r>
              <w:rPr>
                <w:sz w:val="16"/>
              </w:rPr>
              <w:t>see B1-f</w:t>
            </w:r>
          </w:p>
        </w:tc>
        <w:tc>
          <w:tcPr>
            <w:tcW w:type="dxa" w:w="199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8"/>
          </w:tcPr>
          <w:p>
            <w:pPr>
              <w:spacing w:after="0"/>
              <w:jc w:val="right"/>
            </w:pPr>
            <w:r>
              <w:rPr>
                <w:sz w:val="16"/>
              </w:rPr>
              <w:t>3.07</w:t>
            </w:r>
          </w:p>
        </w:tc>
        <w:tc>
          <w:tcPr>
            <w:tcW w:type="dxa" w:w="1443"/>
          </w:tcPr>
          <w:p>
            <w:pPr>
              <w:spacing w:after="0"/>
              <w:jc w:val="left"/>
            </w:pPr>
            <w:r>
              <w:rPr>
                <w:sz w:val="16"/>
              </w:rPr>
              <w:t>events per year</w:t>
            </w:r>
          </w:p>
        </w:tc>
        <w:tc>
          <w:tcPr>
            <w:tcW w:type="dxa" w:w="1566"/>
          </w:tcPr>
          <w:p>
            <w:pPr>
              <w:spacing w:after="0"/>
              <w:jc w:val="left"/>
            </w:pPr>
            <w:r>
              <w:rPr>
                <w:sz w:val="16"/>
              </w:rPr>
              <w:t>about 3.07 per year</w:t>
            </w:r>
          </w:p>
        </w:tc>
        <w:tc>
          <w:tcPr>
            <w:tcW w:type="dxa" w:w="1037"/>
          </w:tcPr>
          <w:p>
            <w:pPr>
              <w:spacing w:after="0"/>
              <w:jc w:val="left"/>
            </w:pPr>
            <w:r>
              <w:rPr>
                <w:sz w:val="16"/>
              </w:rPr>
              <w:t>Highly likely</w:t>
            </w:r>
          </w:p>
        </w:tc>
        <w:tc>
          <w:tcPr>
            <w:tcW w:type="dxa" w:w="1750"/>
          </w:tcPr>
          <w:p>
            <w:pPr>
              <w:spacing w:after="0"/>
              <w:jc w:val="left"/>
            </w:pPr>
            <w:r>
              <w:rPr>
                <w:sz w:val="16"/>
              </w:rPr>
              <w:t>FEMA annualized frequency (modeled)</w:t>
            </w:r>
          </w:p>
        </w:tc>
        <w:tc>
          <w:tcPr>
            <w:tcW w:type="dxa" w:w="1518"/>
          </w:tcPr>
          <w:p>
            <w:pPr>
              <w:spacing w:after="0"/>
              <w:jc w:val="right"/>
            </w:pPr>
            <w:r>
              <w:rPr>
                <w:sz w:val="16"/>
              </w:rPr>
              <w:t>116.7 (modeled)</w:t>
            </w:r>
          </w:p>
        </w:tc>
        <w:tc>
          <w:tcPr>
            <w:tcW w:type="dxa" w:w="1494"/>
          </w:tcPr>
          <w:p>
            <w:pPr>
              <w:spacing w:after="0"/>
              <w:jc w:val="left"/>
            </w:pPr>
            <w:r>
              <w:rPr>
                <w:sz w:val="16"/>
              </w:rPr>
              <w:t>1986 to 2023 (38 years)</w:t>
            </w:r>
          </w:p>
        </w:tc>
        <w:tc>
          <w:tcPr>
            <w:tcW w:type="dxa" w:w="1037"/>
          </w:tcPr>
          <w:p>
            <w:pPr>
              <w:spacing w:after="0"/>
              <w:jc w:val="left"/>
            </w:pPr>
            <w:r>
              <w:rPr>
                <w:sz w:val="16"/>
              </w:rPr>
              <w:t>countywide</w:t>
            </w:r>
          </w:p>
        </w:tc>
        <w:tc>
          <w:tcPr>
            <w:tcW w:type="dxa" w:w="1992"/>
          </w:tcPr>
          <w:p>
            <w:pPr>
              <w:spacing w:after="0"/>
              <w:jc w:val="left"/>
            </w:pPr>
          </w:p>
        </w:tc>
      </w:tr>
      <w:tr>
        <w:trPr>
          <w:cantSplit/>
        </w:trPr>
        <w:tc>
          <w:tcPr>
            <w:tcW w:type="dxa" w:w="1037"/>
          </w:tcPr>
          <w:p>
            <w:pPr>
              <w:spacing w:after="0"/>
              <w:jc w:val="left"/>
            </w:pPr>
            <w:r>
              <w:rPr>
                <w:sz w:val="16"/>
              </w:rPr>
              <w:t>Heat Wave</w:t>
            </w:r>
          </w:p>
        </w:tc>
        <w:tc>
          <w:tcPr>
            <w:tcW w:type="dxa" w:w="1238"/>
          </w:tcPr>
          <w:p>
            <w:pPr>
              <w:spacing w:after="0"/>
              <w:jc w:val="right"/>
            </w:pPr>
            <w:r>
              <w:rPr>
                <w:sz w:val="16"/>
              </w:rPr>
              <w:t>2.42</w:t>
            </w:r>
          </w:p>
        </w:tc>
        <w:tc>
          <w:tcPr>
            <w:tcW w:type="dxa" w:w="1443"/>
          </w:tcPr>
          <w:p>
            <w:pPr>
              <w:spacing w:after="0"/>
              <w:jc w:val="left"/>
            </w:pPr>
            <w:r>
              <w:rPr>
                <w:sz w:val="16"/>
              </w:rPr>
              <w:t>event-days per year</w:t>
            </w:r>
          </w:p>
        </w:tc>
        <w:tc>
          <w:tcPr>
            <w:tcW w:type="dxa" w:w="1566"/>
          </w:tcPr>
          <w:p>
            <w:pPr>
              <w:spacing w:after="0"/>
              <w:jc w:val="left"/>
            </w:pPr>
            <w:r>
              <w:rPr>
                <w:sz w:val="16"/>
              </w:rPr>
              <w:t>about 2.42 days per year</w:t>
            </w:r>
          </w:p>
        </w:tc>
        <w:tc>
          <w:tcPr>
            <w:tcW w:type="dxa" w:w="1037"/>
          </w:tcPr>
          <w:p>
            <w:pPr>
              <w:spacing w:after="0"/>
              <w:jc w:val="left"/>
            </w:pPr>
            <w:r>
              <w:rPr>
                <w:sz w:val="16"/>
              </w:rPr>
              <w:t>Possible</w:t>
            </w:r>
          </w:p>
        </w:tc>
        <w:tc>
          <w:tcPr>
            <w:tcW w:type="dxa" w:w="1750"/>
          </w:tcPr>
          <w:p>
            <w:pPr>
              <w:spacing w:after="0"/>
              <w:jc w:val="left"/>
            </w:pPr>
            <w:r>
              <w:rPr>
                <w:sz w:val="16"/>
              </w:rPr>
              <w:t>event-days in 1 of 30 years, 1996 to 2025 (3.33%)</w:t>
            </w:r>
          </w:p>
        </w:tc>
        <w:tc>
          <w:tcPr>
            <w:tcW w:type="dxa" w:w="1518"/>
          </w:tcPr>
          <w:p>
            <w:pPr>
              <w:spacing w:after="0"/>
              <w:jc w:val="right"/>
            </w:pPr>
            <w:r>
              <w:rPr>
                <w:sz w:val="16"/>
              </w:rPr>
              <w:t>40</w:t>
            </w:r>
          </w:p>
        </w:tc>
        <w:tc>
          <w:tcPr>
            <w:tcW w:type="dxa" w:w="1494"/>
          </w:tcPr>
          <w:p>
            <w:pPr>
              <w:spacing w:after="0"/>
              <w:jc w:val="left"/>
            </w:pPr>
            <w:r>
              <w:rPr>
                <w:sz w:val="16"/>
              </w:rPr>
              <w:t>2005-11-12 to 2024-11-12 (19 years)</w:t>
            </w:r>
          </w:p>
        </w:tc>
        <w:tc>
          <w:tcPr>
            <w:tcW w:type="dxa" w:w="1037"/>
          </w:tcPr>
          <w:p>
            <w:pPr>
              <w:spacing w:after="0"/>
              <w:jc w:val="left"/>
            </w:pPr>
            <w:r>
              <w:rPr>
                <w:sz w:val="16"/>
              </w:rPr>
              <w:t>countywide</w:t>
            </w:r>
          </w:p>
        </w:tc>
        <w:tc>
          <w:tcPr>
            <w:tcW w:type="dxa" w:w="1992"/>
          </w:tcPr>
          <w:p>
            <w:pPr>
              <w:spacing w:after="0"/>
              <w:jc w:val="left"/>
            </w:pPr>
            <w:r>
              <w:rPr>
                <w:sz w:val="16"/>
              </w:rPr>
              <w:t>NRI gives about 2.42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8"/>
          </w:tcPr>
          <w:p>
            <w:pPr>
              <w:spacing w:after="0"/>
              <w:jc w:val="right"/>
            </w:pPr>
            <w:r>
              <w:rPr>
                <w:sz w:val="16"/>
              </w:rPr>
              <w:t>0.0137</w:t>
            </w:r>
          </w:p>
        </w:tc>
        <w:tc>
          <w:tcPr>
            <w:tcW w:type="dxa" w:w="1443"/>
          </w:tcPr>
          <w:p>
            <w:pPr>
              <w:spacing w:after="0"/>
              <w:jc w:val="left"/>
            </w:pPr>
            <w:r>
              <w:rPr>
                <w:sz w:val="16"/>
              </w:rPr>
              <w:t>events per year</w:t>
            </w:r>
          </w:p>
        </w:tc>
        <w:tc>
          <w:tcPr>
            <w:tcW w:type="dxa" w:w="1566"/>
          </w:tcPr>
          <w:p>
            <w:pPr>
              <w:spacing w:after="0"/>
              <w:jc w:val="left"/>
            </w:pPr>
            <w:r>
              <w:rPr>
                <w:sz w:val="16"/>
              </w:rPr>
              <w:t>about 1 in 73 years</w:t>
            </w:r>
          </w:p>
        </w:tc>
        <w:tc>
          <w:tcPr>
            <w:tcW w:type="dxa" w:w="1037"/>
          </w:tcPr>
          <w:p>
            <w:pPr>
              <w:spacing w:after="0"/>
              <w:jc w:val="left"/>
            </w:pPr>
            <w:r>
              <w:rPr>
                <w:sz w:val="16"/>
              </w:rPr>
              <w:t>Possible</w:t>
            </w:r>
          </w:p>
        </w:tc>
        <w:tc>
          <w:tcPr>
            <w:tcW w:type="dxa" w:w="1750"/>
          </w:tcPr>
          <w:p>
            <w:pPr>
              <w:spacing w:after="0"/>
              <w:jc w:val="left"/>
            </w:pPr>
            <w:r>
              <w:rPr>
                <w:sz w:val="16"/>
              </w:rPr>
              <w:t>FEMA annualized frequency (modeled)</w:t>
            </w:r>
          </w:p>
        </w:tc>
        <w:tc>
          <w:tcPr>
            <w:tcW w:type="dxa" w:w="1518"/>
          </w:tcPr>
          <w:p>
            <w:pPr>
              <w:spacing w:after="0"/>
              <w:jc w:val="right"/>
            </w:pPr>
            <w:r>
              <w:rPr>
                <w:sz w:val="16"/>
              </w:rPr>
              <w:t>4</w:t>
            </w:r>
          </w:p>
        </w:tc>
        <w:tc>
          <w:tcPr>
            <w:tcW w:type="dxa" w:w="1494"/>
          </w:tcPr>
          <w:p>
            <w:pPr>
              <w:spacing w:after="0"/>
              <w:jc w:val="left"/>
            </w:pPr>
            <w:r>
              <w:rPr>
                <w:sz w:val="16"/>
              </w:rPr>
              <w:t>1851 to 2024 (Atlantic)</w:t>
            </w:r>
          </w:p>
        </w:tc>
        <w:tc>
          <w:tcPr>
            <w:tcW w:type="dxa" w:w="1037"/>
          </w:tcPr>
          <w:p>
            <w:pPr>
              <w:spacing w:after="0"/>
              <w:jc w:val="left"/>
            </w:pPr>
            <w:r>
              <w:rPr>
                <w:sz w:val="16"/>
              </w:rPr>
              <w:t>see B1-f</w:t>
            </w:r>
          </w:p>
        </w:tc>
        <w:tc>
          <w:tcPr>
            <w:tcW w:type="dxa" w:w="199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8"/>
          </w:tcPr>
          <w:p>
            <w:pPr>
              <w:spacing w:after="0"/>
              <w:jc w:val="right"/>
            </w:pPr>
            <w:r>
              <w:rPr>
                <w:sz w:val="16"/>
              </w:rPr>
              <w:t>0.134</w:t>
            </w:r>
          </w:p>
        </w:tc>
        <w:tc>
          <w:tcPr>
            <w:tcW w:type="dxa" w:w="1443"/>
          </w:tcPr>
          <w:p>
            <w:pPr>
              <w:spacing w:after="0"/>
              <w:jc w:val="left"/>
            </w:pPr>
            <w:r>
              <w:rPr>
                <w:sz w:val="16"/>
              </w:rPr>
              <w:t>event-days per year</w:t>
            </w:r>
          </w:p>
        </w:tc>
        <w:tc>
          <w:tcPr>
            <w:tcW w:type="dxa" w:w="1566"/>
          </w:tcPr>
          <w:p>
            <w:pPr>
              <w:spacing w:after="0"/>
              <w:jc w:val="left"/>
            </w:pPr>
            <w:r>
              <w:rPr>
                <w:sz w:val="16"/>
              </w:rPr>
              <w:t>about 0.134 days per year</w:t>
            </w:r>
          </w:p>
        </w:tc>
        <w:tc>
          <w:tcPr>
            <w:tcW w:type="dxa" w:w="1037"/>
          </w:tcPr>
          <w:p>
            <w:pPr>
              <w:spacing w:after="0"/>
              <w:jc w:val="left"/>
            </w:pPr>
            <w:r>
              <w:rPr>
                <w:sz w:val="16"/>
              </w:rPr>
              <w:t>Likely</w:t>
            </w:r>
          </w:p>
        </w:tc>
        <w:tc>
          <w:tcPr>
            <w:tcW w:type="dxa" w:w="1750"/>
          </w:tcPr>
          <w:p>
            <w:pPr>
              <w:spacing w:after="0"/>
              <w:jc w:val="left"/>
            </w:pPr>
            <w:r>
              <w:rPr>
                <w:sz w:val="16"/>
              </w:rPr>
              <w:t>event-days in 4 of 30 years, 1996 to 2025 (13.3%)</w:t>
            </w:r>
          </w:p>
        </w:tc>
        <w:tc>
          <w:tcPr>
            <w:tcW w:type="dxa" w:w="1518"/>
          </w:tcPr>
          <w:p>
            <w:pPr>
              <w:spacing w:after="0"/>
              <w:jc w:val="right"/>
            </w:pPr>
            <w:r>
              <w:rPr>
                <w:sz w:val="16"/>
              </w:rPr>
              <w:t>9</w:t>
            </w:r>
          </w:p>
        </w:tc>
        <w:tc>
          <w:tcPr>
            <w:tcW w:type="dxa" w:w="1494"/>
          </w:tcPr>
          <w:p>
            <w:pPr>
              <w:spacing w:after="0"/>
              <w:jc w:val="left"/>
            </w:pPr>
            <w:r>
              <w:rPr>
                <w:sz w:val="16"/>
              </w:rPr>
              <w:t>1946-12-31 to 2014-02-12 (67 years)</w:t>
            </w:r>
          </w:p>
        </w:tc>
        <w:tc>
          <w:tcPr>
            <w:tcW w:type="dxa" w:w="1037"/>
          </w:tcPr>
          <w:p>
            <w:pPr>
              <w:spacing w:after="0"/>
              <w:jc w:val="left"/>
            </w:pPr>
            <w:r>
              <w:rPr>
                <w:sz w:val="16"/>
              </w:rPr>
              <w:t>countywide</w:t>
            </w:r>
          </w:p>
        </w:tc>
        <w:tc>
          <w:tcPr>
            <w:tcW w:type="dxa" w:w="1992"/>
          </w:tcPr>
          <w:p>
            <w:pPr>
              <w:spacing w:after="0"/>
              <w:jc w:val="left"/>
            </w:pPr>
          </w:p>
        </w:tc>
      </w:tr>
      <w:tr>
        <w:trPr>
          <w:cantSplit/>
        </w:trPr>
        <w:tc>
          <w:tcPr>
            <w:tcW w:type="dxa" w:w="1037"/>
          </w:tcPr>
          <w:p>
            <w:pPr>
              <w:spacing w:after="0"/>
              <w:jc w:val="left"/>
            </w:pPr>
            <w:r>
              <w:rPr>
                <w:sz w:val="16"/>
              </w:rPr>
              <w:t>Inland Flooding</w:t>
            </w:r>
          </w:p>
        </w:tc>
        <w:tc>
          <w:tcPr>
            <w:tcW w:type="dxa" w:w="1238"/>
          </w:tcPr>
          <w:p>
            <w:pPr>
              <w:spacing w:after="0"/>
              <w:jc w:val="right"/>
            </w:pPr>
            <w:r>
              <w:rPr>
                <w:sz w:val="16"/>
              </w:rPr>
              <w:t>1.5</w:t>
            </w:r>
          </w:p>
        </w:tc>
        <w:tc>
          <w:tcPr>
            <w:tcW w:type="dxa" w:w="1443"/>
          </w:tcPr>
          <w:p>
            <w:pPr>
              <w:spacing w:after="0"/>
              <w:jc w:val="left"/>
            </w:pPr>
            <w:r>
              <w:rPr>
                <w:sz w:val="16"/>
              </w:rPr>
              <w:t>event-days per year</w:t>
            </w:r>
          </w:p>
        </w:tc>
        <w:tc>
          <w:tcPr>
            <w:tcW w:type="dxa" w:w="1566"/>
          </w:tcPr>
          <w:p>
            <w:pPr>
              <w:spacing w:after="0"/>
              <w:jc w:val="left"/>
            </w:pPr>
            <w:r>
              <w:rPr>
                <w:sz w:val="16"/>
              </w:rPr>
              <w:t>about 1.5 days per year</w:t>
            </w:r>
          </w:p>
        </w:tc>
        <w:tc>
          <w:tcPr>
            <w:tcW w:type="dxa" w:w="1037"/>
          </w:tcPr>
          <w:p>
            <w:pPr>
              <w:spacing w:after="0"/>
              <w:jc w:val="left"/>
            </w:pPr>
            <w:r>
              <w:rPr>
                <w:sz w:val="16"/>
              </w:rPr>
              <w:t>Likely</w:t>
            </w:r>
          </w:p>
        </w:tc>
        <w:tc>
          <w:tcPr>
            <w:tcW w:type="dxa" w:w="1750"/>
          </w:tcPr>
          <w:p>
            <w:pPr>
              <w:spacing w:after="0"/>
              <w:jc w:val="left"/>
            </w:pPr>
            <w:r>
              <w:rPr>
                <w:sz w:val="16"/>
              </w:rPr>
              <w:t>event-days in 20 of 30 years, 1996 to 2025 (66.7%)</w:t>
            </w:r>
          </w:p>
        </w:tc>
        <w:tc>
          <w:tcPr>
            <w:tcW w:type="dxa" w:w="1518"/>
          </w:tcPr>
          <w:p>
            <w:pPr>
              <w:spacing w:after="0"/>
              <w:jc w:val="right"/>
            </w:pPr>
            <w:r>
              <w:rPr>
                <w:sz w:val="16"/>
              </w:rPr>
              <w:t>42</w:t>
            </w:r>
          </w:p>
        </w:tc>
        <w:tc>
          <w:tcPr>
            <w:tcW w:type="dxa" w:w="1494"/>
          </w:tcPr>
          <w:p>
            <w:pPr>
              <w:spacing w:after="0"/>
              <w:jc w:val="left"/>
            </w:pPr>
            <w:r>
              <w:rPr>
                <w:sz w:val="16"/>
              </w:rPr>
              <w:t>1996 to 2023 (28 years)</w:t>
            </w:r>
          </w:p>
        </w:tc>
        <w:tc>
          <w:tcPr>
            <w:tcW w:type="dxa" w:w="1037"/>
          </w:tcPr>
          <w:p>
            <w:pPr>
              <w:spacing w:after="0"/>
              <w:jc w:val="left"/>
            </w:pPr>
            <w:r>
              <w:rPr>
                <w:sz w:val="16"/>
              </w:rPr>
              <w:t>see B1-f</w:t>
            </w:r>
          </w:p>
        </w:tc>
        <w:tc>
          <w:tcPr>
            <w:tcW w:type="dxa" w:w="1992"/>
          </w:tcPr>
          <w:p>
            <w:pPr>
              <w:spacing w:after="0"/>
              <w:jc w:val="left"/>
            </w:pPr>
          </w:p>
        </w:tc>
      </w:tr>
      <w:tr>
        <w:trPr>
          <w:cantSplit/>
        </w:trPr>
        <w:tc>
          <w:tcPr>
            <w:tcW w:type="dxa" w:w="1037"/>
          </w:tcPr>
          <w:p>
            <w:pPr>
              <w:spacing w:after="0"/>
              <w:jc w:val="left"/>
            </w:pPr>
            <w:r>
              <w:rPr>
                <w:sz w:val="16"/>
              </w:rPr>
              <w:t>Landslide</w:t>
            </w:r>
          </w:p>
        </w:tc>
        <w:tc>
          <w:tcPr>
            <w:tcW w:type="dxa" w:w="1238"/>
          </w:tcPr>
          <w:p>
            <w:pPr>
              <w:spacing w:after="0"/>
              <w:jc w:val="right"/>
            </w:pPr>
            <w:r>
              <w:rPr>
                <w:sz w:val="16"/>
              </w:rPr>
              <w:t>1.6</w:t>
            </w:r>
          </w:p>
        </w:tc>
        <w:tc>
          <w:tcPr>
            <w:tcW w:type="dxa" w:w="1443"/>
          </w:tcPr>
          <w:p>
            <w:pPr>
              <w:spacing w:after="0"/>
              <w:jc w:val="left"/>
            </w:pPr>
            <w:r>
              <w:rPr>
                <w:sz w:val="16"/>
              </w:rPr>
              <w:t>events per year (modeled)</w:t>
            </w:r>
          </w:p>
        </w:tc>
        <w:tc>
          <w:tcPr>
            <w:tcW w:type="dxa" w:w="1566"/>
          </w:tcPr>
          <w:p>
            <w:pPr>
              <w:spacing w:after="0"/>
              <w:jc w:val="left"/>
            </w:pPr>
            <w:r>
              <w:rPr>
                <w:sz w:val="16"/>
              </w:rPr>
              <w:t>about 1.6 per year</w:t>
            </w:r>
          </w:p>
        </w:tc>
        <w:tc>
          <w:tcPr>
            <w:tcW w:type="dxa" w:w="1037"/>
          </w:tcPr>
          <w:p>
            <w:pPr>
              <w:spacing w:after="0"/>
              <w:jc w:val="left"/>
            </w:pPr>
            <w:r>
              <w:rPr>
                <w:sz w:val="16"/>
              </w:rPr>
              <w:t>Highly likely</w:t>
            </w:r>
          </w:p>
        </w:tc>
        <w:tc>
          <w:tcPr>
            <w:tcW w:type="dxa" w:w="175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4"/>
          </w:tcPr>
          <w:p>
            <w:pPr>
              <w:spacing w:after="0"/>
              <w:jc w:val="left"/>
            </w:pPr>
            <w:r>
              <w:rPr>
                <w:sz w:val="16"/>
              </w:rPr>
              <w:t>modeled</w:t>
            </w:r>
          </w:p>
        </w:tc>
        <w:tc>
          <w:tcPr>
            <w:tcW w:type="dxa" w:w="1037"/>
          </w:tcPr>
          <w:p>
            <w:pPr>
              <w:spacing w:after="0"/>
              <w:jc w:val="left"/>
            </w:pPr>
            <w:r>
              <w:rPr>
                <w:sz w:val="16"/>
              </w:rPr>
              <w:t>see B1-f</w:t>
            </w:r>
          </w:p>
        </w:tc>
        <w:tc>
          <w:tcPr>
            <w:tcW w:type="dxa" w:w="1992"/>
          </w:tcPr>
          <w:p>
            <w:pPr>
              <w:spacing w:after="0"/>
              <w:jc w:val="left"/>
            </w:pPr>
          </w:p>
        </w:tc>
      </w:tr>
      <w:tr>
        <w:trPr>
          <w:cantSplit/>
        </w:trPr>
        <w:tc>
          <w:tcPr>
            <w:tcW w:type="dxa" w:w="1037"/>
          </w:tcPr>
          <w:p>
            <w:pPr>
              <w:spacing w:after="0"/>
              <w:jc w:val="left"/>
            </w:pPr>
            <w:r>
              <w:rPr>
                <w:sz w:val="16"/>
              </w:rPr>
              <w:t>Lightning</w:t>
            </w:r>
          </w:p>
        </w:tc>
        <w:tc>
          <w:tcPr>
            <w:tcW w:type="dxa" w:w="1238"/>
          </w:tcPr>
          <w:p>
            <w:pPr>
              <w:spacing w:after="0"/>
              <w:jc w:val="right"/>
            </w:pPr>
            <w:r>
              <w:rPr>
                <w:sz w:val="16"/>
              </w:rPr>
              <w:t>52.3</w:t>
            </w:r>
          </w:p>
        </w:tc>
        <w:tc>
          <w:tcPr>
            <w:tcW w:type="dxa" w:w="1443"/>
          </w:tcPr>
          <w:p>
            <w:pPr>
              <w:spacing w:after="0"/>
              <w:jc w:val="left"/>
            </w:pPr>
            <w:r>
              <w:rPr>
                <w:sz w:val="16"/>
              </w:rPr>
              <w:t>days per year with a strike</w:t>
            </w:r>
          </w:p>
        </w:tc>
        <w:tc>
          <w:tcPr>
            <w:tcW w:type="dxa" w:w="1566"/>
          </w:tcPr>
          <w:p>
            <w:pPr>
              <w:spacing w:after="0"/>
              <w:jc w:val="left"/>
            </w:pPr>
            <w:r>
              <w:rPr>
                <w:sz w:val="16"/>
              </w:rPr>
              <w:t>about 52.3 days per year</w:t>
            </w:r>
          </w:p>
        </w:tc>
        <w:tc>
          <w:tcPr>
            <w:tcW w:type="dxa" w:w="1037"/>
          </w:tcPr>
          <w:p>
            <w:pPr>
              <w:spacing w:after="0"/>
              <w:jc w:val="left"/>
            </w:pPr>
            <w:r>
              <w:rPr>
                <w:sz w:val="16"/>
              </w:rPr>
              <w:t>Highly likely</w:t>
            </w:r>
          </w:p>
        </w:tc>
        <w:tc>
          <w:tcPr>
            <w:tcW w:type="dxa" w:w="175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4"/>
          </w:tcPr>
          <w:p>
            <w:pPr>
              <w:spacing w:after="0"/>
              <w:jc w:val="left"/>
            </w:pPr>
            <w:r>
              <w:rPr>
                <w:sz w:val="16"/>
              </w:rPr>
              <w:t>1995 to 2023 (29 years; CONUS)</w:t>
            </w:r>
          </w:p>
        </w:tc>
        <w:tc>
          <w:tcPr>
            <w:tcW w:type="dxa" w:w="1037"/>
          </w:tcPr>
          <w:p>
            <w:pPr>
              <w:spacing w:after="0"/>
              <w:jc w:val="left"/>
            </w:pPr>
            <w:r>
              <w:rPr>
                <w:sz w:val="16"/>
              </w:rPr>
              <w:t>countywide</w:t>
            </w:r>
          </w:p>
        </w:tc>
        <w:tc>
          <w:tcPr>
            <w:tcW w:type="dxa" w:w="1992"/>
          </w:tcPr>
          <w:p>
            <w:pPr>
              <w:spacing w:after="0"/>
              <w:jc w:val="left"/>
            </w:pPr>
          </w:p>
        </w:tc>
      </w:tr>
      <w:tr>
        <w:trPr>
          <w:cantSplit/>
        </w:trPr>
        <w:tc>
          <w:tcPr>
            <w:tcW w:type="dxa" w:w="1037"/>
          </w:tcPr>
          <w:p>
            <w:pPr>
              <w:spacing w:after="0"/>
              <w:jc w:val="left"/>
            </w:pPr>
            <w:r>
              <w:rPr>
                <w:sz w:val="16"/>
              </w:rPr>
              <w:t>Strong Wind</w:t>
            </w:r>
          </w:p>
        </w:tc>
        <w:tc>
          <w:tcPr>
            <w:tcW w:type="dxa" w:w="1238"/>
          </w:tcPr>
          <w:p>
            <w:pPr>
              <w:spacing w:after="0"/>
              <w:jc w:val="right"/>
            </w:pPr>
            <w:r>
              <w:rPr>
                <w:sz w:val="16"/>
              </w:rPr>
              <w:t>4.91</w:t>
            </w:r>
          </w:p>
        </w:tc>
        <w:tc>
          <w:tcPr>
            <w:tcW w:type="dxa" w:w="1443"/>
          </w:tcPr>
          <w:p>
            <w:pPr>
              <w:spacing w:after="0"/>
              <w:jc w:val="left"/>
            </w:pPr>
            <w:r>
              <w:rPr>
                <w:sz w:val="16"/>
              </w:rPr>
              <w:t>events per year</w:t>
            </w:r>
          </w:p>
        </w:tc>
        <w:tc>
          <w:tcPr>
            <w:tcW w:type="dxa" w:w="1566"/>
          </w:tcPr>
          <w:p>
            <w:pPr>
              <w:spacing w:after="0"/>
              <w:jc w:val="left"/>
            </w:pPr>
            <w:r>
              <w:rPr>
                <w:sz w:val="16"/>
              </w:rPr>
              <w:t>about 4.91 per year</w:t>
            </w:r>
          </w:p>
        </w:tc>
        <w:tc>
          <w:tcPr>
            <w:tcW w:type="dxa" w:w="1037"/>
          </w:tcPr>
          <w:p>
            <w:pPr>
              <w:spacing w:after="0"/>
              <w:jc w:val="left"/>
            </w:pPr>
            <w:r>
              <w:rPr>
                <w:sz w:val="16"/>
              </w:rPr>
              <w:t>Highly likely</w:t>
            </w:r>
          </w:p>
        </w:tc>
        <w:tc>
          <w:tcPr>
            <w:tcW w:type="dxa" w:w="1750"/>
          </w:tcPr>
          <w:p>
            <w:pPr>
              <w:spacing w:after="0"/>
              <w:jc w:val="left"/>
            </w:pPr>
            <w:r>
              <w:rPr>
                <w:sz w:val="16"/>
              </w:rPr>
              <w:t>FEMA annualized frequency (modeled)</w:t>
            </w:r>
          </w:p>
        </w:tc>
        <w:tc>
          <w:tcPr>
            <w:tcW w:type="dxa" w:w="1518"/>
          </w:tcPr>
          <w:p>
            <w:pPr>
              <w:spacing w:after="0"/>
              <w:jc w:val="right"/>
            </w:pPr>
            <w:r>
              <w:rPr>
                <w:sz w:val="16"/>
              </w:rPr>
              <w:t>187</w:t>
            </w:r>
          </w:p>
        </w:tc>
        <w:tc>
          <w:tcPr>
            <w:tcW w:type="dxa" w:w="1494"/>
          </w:tcPr>
          <w:p>
            <w:pPr>
              <w:spacing w:after="0"/>
              <w:jc w:val="left"/>
            </w:pPr>
            <w:r>
              <w:rPr>
                <w:sz w:val="16"/>
              </w:rPr>
              <w:t>1986 to 2023 (38 years)</w:t>
            </w:r>
          </w:p>
        </w:tc>
        <w:tc>
          <w:tcPr>
            <w:tcW w:type="dxa" w:w="1037"/>
          </w:tcPr>
          <w:p>
            <w:pPr>
              <w:spacing w:after="0"/>
              <w:jc w:val="left"/>
            </w:pPr>
            <w:r>
              <w:rPr>
                <w:sz w:val="16"/>
              </w:rPr>
              <w:t>countywide</w:t>
            </w:r>
          </w:p>
        </w:tc>
        <w:tc>
          <w:tcPr>
            <w:tcW w:type="dxa" w:w="1992"/>
          </w:tcPr>
          <w:p>
            <w:pPr>
              <w:spacing w:after="0"/>
              <w:jc w:val="left"/>
            </w:pPr>
          </w:p>
        </w:tc>
      </w:tr>
      <w:tr>
        <w:trPr>
          <w:cantSplit/>
        </w:trPr>
        <w:tc>
          <w:tcPr>
            <w:tcW w:type="dxa" w:w="1037"/>
          </w:tcPr>
          <w:p>
            <w:pPr>
              <w:spacing w:after="0"/>
              <w:jc w:val="left"/>
            </w:pPr>
            <w:r>
              <w:rPr>
                <w:sz w:val="16"/>
              </w:rPr>
              <w:t>Tornado</w:t>
            </w:r>
          </w:p>
        </w:tc>
        <w:tc>
          <w:tcPr>
            <w:tcW w:type="dxa" w:w="1238"/>
          </w:tcPr>
          <w:p>
            <w:pPr>
              <w:spacing w:after="0"/>
              <w:jc w:val="right"/>
            </w:pPr>
            <w:r>
              <w:rPr>
                <w:sz w:val="16"/>
              </w:rPr>
              <w:t>0.105</w:t>
            </w:r>
          </w:p>
        </w:tc>
        <w:tc>
          <w:tcPr>
            <w:tcW w:type="dxa" w:w="1443"/>
          </w:tcPr>
          <w:p>
            <w:pPr>
              <w:spacing w:after="0"/>
              <w:jc w:val="left"/>
            </w:pPr>
            <w:r>
              <w:rPr>
                <w:sz w:val="16"/>
              </w:rPr>
              <w:t>events per year</w:t>
            </w:r>
          </w:p>
        </w:tc>
        <w:tc>
          <w:tcPr>
            <w:tcW w:type="dxa" w:w="1566"/>
          </w:tcPr>
          <w:p>
            <w:pPr>
              <w:spacing w:after="0"/>
              <w:jc w:val="left"/>
            </w:pPr>
            <w:r>
              <w:rPr>
                <w:sz w:val="16"/>
              </w:rPr>
              <w:t>about 1 in 9 years</w:t>
            </w:r>
          </w:p>
        </w:tc>
        <w:tc>
          <w:tcPr>
            <w:tcW w:type="dxa" w:w="1037"/>
          </w:tcPr>
          <w:p>
            <w:pPr>
              <w:spacing w:after="0"/>
              <w:jc w:val="left"/>
            </w:pPr>
            <w:r>
              <w:rPr>
                <w:sz w:val="16"/>
              </w:rPr>
              <w:t>Likely</w:t>
            </w:r>
          </w:p>
        </w:tc>
        <w:tc>
          <w:tcPr>
            <w:tcW w:type="dxa" w:w="175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4"/>
          </w:tcPr>
          <w:p>
            <w:pPr>
              <w:spacing w:after="0"/>
              <w:jc w:val="left"/>
            </w:pPr>
            <w:r>
              <w:rPr>
                <w:sz w:val="16"/>
              </w:rPr>
              <w:t>1950 to 2023 (EF2+); 1986 to 2023 (EF0-1)</w:t>
            </w:r>
          </w:p>
        </w:tc>
        <w:tc>
          <w:tcPr>
            <w:tcW w:type="dxa" w:w="1037"/>
          </w:tcPr>
          <w:p>
            <w:pPr>
              <w:spacing w:after="0"/>
              <w:jc w:val="left"/>
            </w:pPr>
            <w:r>
              <w:rPr>
                <w:sz w:val="16"/>
              </w:rPr>
              <w:t>see B1-f</w:t>
            </w:r>
          </w:p>
        </w:tc>
        <w:tc>
          <w:tcPr>
            <w:tcW w:type="dxa" w:w="1992"/>
          </w:tcPr>
          <w:p>
            <w:pPr>
              <w:spacing w:after="0"/>
              <w:jc w:val="left"/>
            </w:pPr>
          </w:p>
        </w:tc>
      </w:tr>
      <w:tr>
        <w:trPr>
          <w:cantSplit/>
        </w:trPr>
        <w:tc>
          <w:tcPr>
            <w:tcW w:type="dxa" w:w="1037"/>
          </w:tcPr>
          <w:p>
            <w:pPr>
              <w:spacing w:after="0"/>
              <w:jc w:val="left"/>
            </w:pPr>
            <w:r>
              <w:rPr>
                <w:sz w:val="16"/>
              </w:rPr>
              <w:t>Tsunami</w:t>
            </w:r>
          </w:p>
        </w:tc>
        <w:tc>
          <w:tcPr>
            <w:tcW w:type="dxa" w:w="1238"/>
          </w:tcPr>
          <w:p>
            <w:pPr>
              <w:spacing w:after="0"/>
              <w:jc w:val="right"/>
            </w:pPr>
          </w:p>
        </w:tc>
        <w:tc>
          <w:tcPr>
            <w:tcW w:type="dxa" w:w="1443"/>
          </w:tcPr>
          <w:p>
            <w:pPr>
              <w:spacing w:after="0"/>
              <w:jc w:val="left"/>
            </w:pPr>
            <w:r>
              <w:rPr>
                <w:sz w:val="16"/>
              </w:rPr>
              <w:t>annual probability at the most exposed location (used in place of a county value)</w:t>
            </w:r>
          </w:p>
        </w:tc>
        <w:tc>
          <w:tcPr>
            <w:tcW w:type="dxa" w:w="1566"/>
          </w:tcPr>
          <w:p>
            <w:pPr>
              <w:spacing w:after="0"/>
              <w:jc w:val="left"/>
            </w:pPr>
          </w:p>
        </w:tc>
        <w:tc>
          <w:tcPr>
            <w:tcW w:type="dxa" w:w="1037"/>
          </w:tcPr>
          <w:p>
            <w:pPr>
              <w:spacing w:after="0"/>
              <w:jc w:val="left"/>
            </w:pPr>
          </w:p>
        </w:tc>
        <w:tc>
          <w:tcPr>
            <w:tcW w:type="dxa" w:w="1750"/>
          </w:tcPr>
          <w:p>
            <w:pPr>
              <w:spacing w:after="0"/>
              <w:jc w:val="left"/>
            </w:pPr>
          </w:p>
        </w:tc>
        <w:tc>
          <w:tcPr>
            <w:tcW w:type="dxa" w:w="1518"/>
          </w:tcPr>
          <w:p>
            <w:pPr>
              <w:spacing w:after="0"/>
              <w:jc w:val="right"/>
            </w:pPr>
            <w:r>
              <w:rPr>
                <w:sz w:val="16"/>
              </w:rPr>
              <w:t>not shown</w:t>
            </w:r>
          </w:p>
        </w:tc>
        <w:tc>
          <w:tcPr>
            <w:tcW w:type="dxa" w:w="1494"/>
          </w:tcPr>
          <w:p>
            <w:pPr>
              <w:spacing w:after="0"/>
              <w:jc w:val="left"/>
            </w:pPr>
            <w:r>
              <w:rPr>
                <w:sz w:val="16"/>
              </w:rPr>
              <w:t>modeled</w:t>
            </w:r>
          </w:p>
        </w:tc>
        <w:tc>
          <w:tcPr>
            <w:tcW w:type="dxa" w:w="1037"/>
          </w:tcPr>
          <w:p>
            <w:pPr>
              <w:spacing w:after="0"/>
              <w:jc w:val="left"/>
            </w:pPr>
            <w:r>
              <w:rPr>
                <w:sz w:val="16"/>
              </w:rPr>
              <w:t>see B1-f</w:t>
            </w:r>
          </w:p>
        </w:tc>
        <w:tc>
          <w:tcPr>
            <w:tcW w:type="dxa" w:w="199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8"/>
          </w:tcPr>
          <w:p>
            <w:pPr>
              <w:spacing w:after="0"/>
              <w:jc w:val="right"/>
            </w:pPr>
          </w:p>
        </w:tc>
        <w:tc>
          <w:tcPr>
            <w:tcW w:type="dxa" w:w="1443"/>
          </w:tcPr>
          <w:p>
            <w:pPr>
              <w:spacing w:after="0"/>
              <w:jc w:val="left"/>
            </w:pPr>
            <w:r>
              <w:rPr>
                <w:sz w:val="16"/>
              </w:rPr>
              <w:t>annual probability</w:t>
            </w:r>
          </w:p>
        </w:tc>
        <w:tc>
          <w:tcPr>
            <w:tcW w:type="dxa" w:w="1566"/>
          </w:tcPr>
          <w:p>
            <w:pPr>
              <w:spacing w:after="0"/>
              <w:jc w:val="left"/>
            </w:pPr>
          </w:p>
        </w:tc>
        <w:tc>
          <w:tcPr>
            <w:tcW w:type="dxa" w:w="1037"/>
          </w:tcPr>
          <w:p>
            <w:pPr>
              <w:spacing w:after="0"/>
              <w:jc w:val="left"/>
            </w:pPr>
          </w:p>
        </w:tc>
        <w:tc>
          <w:tcPr>
            <w:tcW w:type="dxa" w:w="1750"/>
          </w:tcPr>
          <w:p>
            <w:pPr>
              <w:spacing w:after="0"/>
              <w:jc w:val="left"/>
            </w:pPr>
          </w:p>
        </w:tc>
        <w:tc>
          <w:tcPr>
            <w:tcW w:type="dxa" w:w="1518"/>
          </w:tcPr>
          <w:p>
            <w:pPr>
              <w:spacing w:after="0"/>
              <w:jc w:val="right"/>
            </w:pPr>
            <w:r>
              <w:rPr>
                <w:sz w:val="16"/>
              </w:rPr>
              <w:t>not shown</w:t>
            </w:r>
          </w:p>
        </w:tc>
        <w:tc>
          <w:tcPr>
            <w:tcW w:type="dxa" w:w="1494"/>
          </w:tcPr>
          <w:p>
            <w:pPr>
              <w:spacing w:after="0"/>
              <w:jc w:val="left"/>
            </w:pPr>
            <w:r>
              <w:rPr>
                <w:sz w:val="16"/>
              </w:rPr>
              <w:t>modeled</w:t>
            </w:r>
          </w:p>
        </w:tc>
        <w:tc>
          <w:tcPr>
            <w:tcW w:type="dxa" w:w="1037"/>
          </w:tcPr>
          <w:p>
            <w:pPr>
              <w:spacing w:after="0"/>
              <w:jc w:val="left"/>
            </w:pPr>
            <w:r>
              <w:rPr>
                <w:sz w:val="16"/>
              </w:rPr>
              <w:t>see B1-f</w:t>
            </w:r>
          </w:p>
        </w:tc>
        <w:tc>
          <w:tcPr>
            <w:tcW w:type="dxa" w:w="199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8"/>
          </w:tcPr>
          <w:p>
            <w:pPr>
              <w:spacing w:after="0"/>
              <w:jc w:val="right"/>
            </w:pPr>
            <w:r>
              <w:rPr>
                <w:sz w:val="16"/>
              </w:rPr>
              <w:t>0.00541</w:t>
            </w:r>
          </w:p>
        </w:tc>
        <w:tc>
          <w:tcPr>
            <w:tcW w:type="dxa" w:w="1443"/>
          </w:tcPr>
          <w:p>
            <w:pPr>
              <w:spacing w:after="0"/>
              <w:jc w:val="left"/>
            </w:pPr>
            <w:r>
              <w:rPr>
                <w:sz w:val="16"/>
              </w:rPr>
              <w:t>annual probability at a location</w:t>
            </w:r>
          </w:p>
        </w:tc>
        <w:tc>
          <w:tcPr>
            <w:tcW w:type="dxa" w:w="1566"/>
          </w:tcPr>
          <w:p>
            <w:pPr>
              <w:spacing w:after="0"/>
              <w:jc w:val="left"/>
            </w:pPr>
            <w:r>
              <w:rPr>
                <w:sz w:val="16"/>
              </w:rPr>
              <w:t>chance a given location in the county burns in a year: 0.541%</w:t>
            </w:r>
          </w:p>
        </w:tc>
        <w:tc>
          <w:tcPr>
            <w:tcW w:type="dxa" w:w="1037"/>
          </w:tcPr>
          <w:p>
            <w:pPr>
              <w:spacing w:after="0"/>
              <w:jc w:val="left"/>
            </w:pPr>
            <w:r>
              <w:rPr>
                <w:sz w:val="16"/>
              </w:rPr>
              <w:t>Possible</w:t>
            </w:r>
          </w:p>
        </w:tc>
        <w:tc>
          <w:tcPr>
            <w:tcW w:type="dxa" w:w="1750"/>
          </w:tcPr>
          <w:p>
            <w:pPr>
              <w:spacing w:after="0"/>
              <w:jc w:val="left"/>
            </w:pPr>
            <w:r>
              <w:rPr>
                <w:sz w:val="16"/>
              </w:rPr>
              <w:t>Storm Events records in 1 of 30 years, 1996 to 2025 (3.33%)</w:t>
            </w:r>
          </w:p>
        </w:tc>
        <w:tc>
          <w:tcPr>
            <w:tcW w:type="dxa" w:w="1518"/>
          </w:tcPr>
          <w:p>
            <w:pPr>
              <w:spacing w:after="0"/>
              <w:jc w:val="right"/>
            </w:pPr>
            <w:r>
              <w:rPr>
                <w:sz w:val="16"/>
              </w:rPr>
              <w:t>not shown</w:t>
            </w:r>
          </w:p>
        </w:tc>
        <w:tc>
          <w:tcPr>
            <w:tcW w:type="dxa" w:w="1494"/>
          </w:tcPr>
          <w:p>
            <w:pPr>
              <w:spacing w:after="0"/>
              <w:jc w:val="left"/>
            </w:pPr>
            <w:r>
              <w:rPr>
                <w:sz w:val="16"/>
              </w:rPr>
              <w:t>modeled</w:t>
            </w:r>
          </w:p>
        </w:tc>
        <w:tc>
          <w:tcPr>
            <w:tcW w:type="dxa" w:w="1037"/>
          </w:tcPr>
          <w:p>
            <w:pPr>
              <w:spacing w:after="0"/>
              <w:jc w:val="left"/>
            </w:pPr>
            <w:r>
              <w:rPr>
                <w:sz w:val="16"/>
              </w:rPr>
              <w:t>see B1-f</w:t>
            </w:r>
          </w:p>
        </w:tc>
        <w:tc>
          <w:tcPr>
            <w:tcW w:type="dxa" w:w="1992"/>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8"/>
          </w:tcPr>
          <w:p>
            <w:pPr>
              <w:spacing w:after="0"/>
              <w:jc w:val="right"/>
            </w:pPr>
            <w:r>
              <w:rPr>
                <w:sz w:val="16"/>
              </w:rPr>
              <w:t>17.5</w:t>
            </w:r>
          </w:p>
        </w:tc>
        <w:tc>
          <w:tcPr>
            <w:tcW w:type="dxa" w:w="1443"/>
          </w:tcPr>
          <w:p>
            <w:pPr>
              <w:spacing w:after="0"/>
              <w:jc w:val="left"/>
            </w:pPr>
            <w:r>
              <w:rPr>
                <w:sz w:val="16"/>
              </w:rPr>
              <w:t>event-days per year</w:t>
            </w:r>
          </w:p>
        </w:tc>
        <w:tc>
          <w:tcPr>
            <w:tcW w:type="dxa" w:w="1566"/>
          </w:tcPr>
          <w:p>
            <w:pPr>
              <w:spacing w:after="0"/>
              <w:jc w:val="left"/>
            </w:pPr>
            <w:r>
              <w:rPr>
                <w:sz w:val="16"/>
              </w:rPr>
              <w:t>about 17.5 days per year</w:t>
            </w:r>
          </w:p>
        </w:tc>
        <w:tc>
          <w:tcPr>
            <w:tcW w:type="dxa" w:w="1037"/>
          </w:tcPr>
          <w:p>
            <w:pPr>
              <w:spacing w:after="0"/>
              <w:jc w:val="left"/>
            </w:pPr>
            <w:r>
              <w:rPr>
                <w:sz w:val="16"/>
              </w:rPr>
              <w:t>Highly likely</w:t>
            </w:r>
          </w:p>
        </w:tc>
        <w:tc>
          <w:tcPr>
            <w:tcW w:type="dxa" w:w="1750"/>
          </w:tcPr>
          <w:p>
            <w:pPr>
              <w:spacing w:after="0"/>
              <w:jc w:val="left"/>
            </w:pPr>
            <w:r>
              <w:rPr>
                <w:sz w:val="16"/>
              </w:rPr>
              <w:t>event-days in 27 of 30 years, 1996 to 2025 (90%)</w:t>
            </w:r>
          </w:p>
        </w:tc>
        <w:tc>
          <w:tcPr>
            <w:tcW w:type="dxa" w:w="1518"/>
          </w:tcPr>
          <w:p>
            <w:pPr>
              <w:spacing w:after="0"/>
              <w:jc w:val="right"/>
            </w:pPr>
            <w:r>
              <w:rPr>
                <w:sz w:val="16"/>
              </w:rPr>
              <w:t>333</w:t>
            </w:r>
          </w:p>
        </w:tc>
        <w:tc>
          <w:tcPr>
            <w:tcW w:type="dxa" w:w="1494"/>
          </w:tcPr>
          <w:p>
            <w:pPr>
              <w:spacing w:after="0"/>
              <w:jc w:val="left"/>
            </w:pPr>
            <w:r>
              <w:rPr>
                <w:sz w:val="16"/>
              </w:rPr>
              <w:t>2005-11-12 to 2024-11-12 (19 years)</w:t>
            </w:r>
          </w:p>
        </w:tc>
        <w:tc>
          <w:tcPr>
            <w:tcW w:type="dxa" w:w="1037"/>
          </w:tcPr>
          <w:p>
            <w:pPr>
              <w:spacing w:after="0"/>
              <w:jc w:val="left"/>
            </w:pPr>
            <w:r>
              <w:rPr>
                <w:sz w:val="16"/>
              </w:rPr>
              <w:t>countywide</w:t>
            </w:r>
          </w:p>
        </w:tc>
        <w:tc>
          <w:tcPr>
            <w:tcW w:type="dxa" w:w="199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36</w:t>
            </w:r>
          </w:p>
        </w:tc>
        <w:tc>
          <w:tcPr>
            <w:tcW w:type="dxa" w:w="1476"/>
          </w:tcPr>
          <w:p>
            <w:pPr>
              <w:spacing w:after="0"/>
              <w:jc w:val="right"/>
            </w:pPr>
            <w:r>
              <w:rPr>
                <w:sz w:val="16"/>
              </w:rPr>
              <w:t>30</w:t>
            </w:r>
          </w:p>
        </w:tc>
        <w:tc>
          <w:tcPr>
            <w:tcW w:type="dxa" w:w="1476"/>
          </w:tcPr>
          <w:p>
            <w:pPr>
              <w:spacing w:after="0"/>
              <w:jc w:val="right"/>
            </w:pPr>
            <w:r>
              <w:rPr>
                <w:sz w:val="16"/>
              </w:rPr>
              <w:t>1.2</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130</w:t>
            </w:r>
          </w:p>
        </w:tc>
        <w:tc>
          <w:tcPr>
            <w:tcW w:type="dxa" w:w="1476"/>
          </w:tcPr>
          <w:p>
            <w:pPr>
              <w:spacing w:after="0"/>
              <w:jc w:val="right"/>
            </w:pPr>
            <w:r>
              <w:rPr>
                <w:sz w:val="16"/>
              </w:rPr>
              <w:t>30</w:t>
            </w:r>
          </w:p>
        </w:tc>
        <w:tc>
          <w:tcPr>
            <w:tcW w:type="dxa" w:w="1476"/>
          </w:tcPr>
          <w:p>
            <w:pPr>
              <w:spacing w:after="0"/>
              <w:jc w:val="right"/>
            </w:pPr>
            <w:r>
              <w:rPr>
                <w:sz w:val="16"/>
              </w:rPr>
              <w:t>4.33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7"/>
        <w:gridCol w:w="878"/>
        <w:gridCol w:w="680"/>
        <w:gridCol w:w="648"/>
        <w:gridCol w:w="3462"/>
        <w:gridCol w:w="6561"/>
      </w:tblGrid>
      <w:tr>
        <w:trPr>
          <w:cantSplit/>
          <w:tblHeader/>
        </w:trPr>
        <w:tc>
          <w:tcPr>
            <w:tcW w:type="dxa" w:w="1037"/>
            <w:shd w:val="clear" w:color="auto" w:fill="E8E8E8"/>
          </w:tcPr>
          <w:p>
            <w:pPr>
              <w:spacing w:after="0"/>
              <w:jc w:val="left"/>
            </w:pPr>
            <w:r>
              <w:rPr>
                <w:b/>
                <w:sz w:val="16"/>
              </w:rPr>
              <w:t>Hazard</w:t>
            </w:r>
          </w:p>
        </w:tc>
        <w:tc>
          <w:tcPr>
            <w:tcW w:type="dxa" w:w="847"/>
            <w:shd w:val="clear" w:color="auto" w:fill="E8E8E8"/>
          </w:tcPr>
          <w:p>
            <w:pPr>
              <w:spacing w:after="0"/>
              <w:jc w:val="right"/>
            </w:pPr>
            <w:r>
              <w:rPr>
                <w:b/>
                <w:sz w:val="16"/>
              </w:rPr>
              <w:t>Tracts</w:t>
            </w:r>
          </w:p>
          <w:p>
            <w:pPr>
              <w:spacing w:after="0"/>
              <w:jc w:val="right"/>
            </w:pPr>
            <w:r>
              <w:rPr>
                <w:i/>
                <w:color w:val="555555"/>
                <w:sz w:val="14"/>
              </w:rPr>
              <w:t>rated of all</w:t>
            </w:r>
          </w:p>
        </w:tc>
        <w:tc>
          <w:tcPr>
            <w:tcW w:type="dxa" w:w="87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462"/>
            <w:shd w:val="clear" w:color="auto" w:fill="E8E8E8"/>
          </w:tcPr>
          <w:p>
            <w:pPr>
              <w:spacing w:after="0"/>
              <w:jc w:val="left"/>
            </w:pPr>
            <w:r>
              <w:rPr>
                <w:b/>
                <w:sz w:val="16"/>
              </w:rPr>
              <w:t>Tracts by rating</w:t>
            </w:r>
          </w:p>
        </w:tc>
        <w:tc>
          <w:tcPr>
            <w:tcW w:type="dxa" w:w="65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7"/>
          </w:tcPr>
          <w:p>
            <w:pPr>
              <w:spacing w:after="0"/>
              <w:jc w:val="right"/>
            </w:pPr>
            <w:r>
              <w:rPr>
                <w:sz w:val="16"/>
              </w:rPr>
              <w:t>11 of 11</w:t>
            </w:r>
          </w:p>
        </w:tc>
        <w:tc>
          <w:tcPr>
            <w:tcW w:type="dxa" w:w="878"/>
          </w:tcPr>
          <w:p>
            <w:pPr>
              <w:spacing w:after="0"/>
              <w:jc w:val="right"/>
            </w:pPr>
            <w:r>
              <w:rPr>
                <w:sz w:val="16"/>
              </w:rPr>
              <w:t>66.6</w:t>
            </w:r>
          </w:p>
        </w:tc>
        <w:tc>
          <w:tcPr>
            <w:tcW w:type="dxa" w:w="680"/>
          </w:tcPr>
          <w:p>
            <w:pPr>
              <w:spacing w:after="0"/>
              <w:jc w:val="right"/>
            </w:pPr>
            <w:r>
              <w:rPr>
                <w:sz w:val="16"/>
              </w:rPr>
              <w:t>67.2</w:t>
            </w:r>
          </w:p>
        </w:tc>
        <w:tc>
          <w:tcPr>
            <w:tcW w:type="dxa" w:w="648"/>
          </w:tcPr>
          <w:p>
            <w:pPr>
              <w:spacing w:after="0"/>
              <w:jc w:val="right"/>
            </w:pPr>
            <w:r>
              <w:rPr>
                <w:sz w:val="16"/>
              </w:rPr>
              <w:t>68.7</w:t>
            </w:r>
          </w:p>
        </w:tc>
        <w:tc>
          <w:tcPr>
            <w:tcW w:type="dxa" w:w="3462"/>
          </w:tcPr>
          <w:p>
            <w:pPr>
              <w:spacing w:after="0"/>
              <w:jc w:val="left"/>
            </w:pPr>
            <w:r>
              <w:rPr>
                <w:sz w:val="16"/>
              </w:rPr>
              <w:t>Very Low 11</w:t>
            </w:r>
          </w:p>
        </w:tc>
        <w:tc>
          <w:tcPr>
            <w:tcW w:type="dxa" w:w="6561"/>
          </w:tcPr>
          <w:p>
            <w:pPr>
              <w:spacing w:after="0"/>
              <w:jc w:val="left"/>
            </w:pPr>
          </w:p>
        </w:tc>
      </w:tr>
      <w:tr>
        <w:trPr>
          <w:cantSplit/>
        </w:trPr>
        <w:tc>
          <w:tcPr>
            <w:tcW w:type="dxa" w:w="1037"/>
          </w:tcPr>
          <w:p>
            <w:pPr>
              <w:spacing w:after="0"/>
              <w:jc w:val="left"/>
            </w:pPr>
            <w:r>
              <w:rPr>
                <w:sz w:val="16"/>
              </w:rPr>
              <w:t>Coastal Flooding</w:t>
            </w:r>
          </w:p>
        </w:tc>
        <w:tc>
          <w:tcPr>
            <w:tcW w:type="dxa" w:w="847"/>
          </w:tcPr>
          <w:p>
            <w:pPr>
              <w:spacing w:after="0"/>
              <w:jc w:val="right"/>
            </w:pPr>
            <w:r>
              <w:rPr>
                <w:sz w:val="16"/>
              </w:rPr>
              <w:t>0 of 11</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11</w:t>
            </w:r>
          </w:p>
        </w:tc>
        <w:tc>
          <w:tcPr>
            <w:tcW w:type="dxa" w:w="6561"/>
          </w:tcPr>
          <w:p>
            <w:pPr>
              <w:spacing w:after="0"/>
              <w:jc w:val="left"/>
            </w:pPr>
          </w:p>
        </w:tc>
      </w:tr>
      <w:tr>
        <w:trPr>
          <w:cantSplit/>
        </w:trPr>
        <w:tc>
          <w:tcPr>
            <w:tcW w:type="dxa" w:w="1037"/>
          </w:tcPr>
          <w:p>
            <w:pPr>
              <w:spacing w:after="0"/>
              <w:jc w:val="left"/>
            </w:pPr>
            <w:r>
              <w:rPr>
                <w:sz w:val="16"/>
              </w:rPr>
              <w:t>Cold Wave</w:t>
            </w:r>
          </w:p>
        </w:tc>
        <w:tc>
          <w:tcPr>
            <w:tcW w:type="dxa" w:w="847"/>
          </w:tcPr>
          <w:p>
            <w:pPr>
              <w:spacing w:after="0"/>
              <w:jc w:val="right"/>
            </w:pPr>
            <w:r>
              <w:rPr>
                <w:sz w:val="16"/>
              </w:rPr>
              <w:t>11 of 11</w:t>
            </w:r>
          </w:p>
        </w:tc>
        <w:tc>
          <w:tcPr>
            <w:tcW w:type="dxa" w:w="878"/>
          </w:tcPr>
          <w:p>
            <w:pPr>
              <w:spacing w:after="0"/>
              <w:jc w:val="right"/>
            </w:pPr>
            <w:r>
              <w:rPr>
                <w:sz w:val="16"/>
              </w:rPr>
              <w:t>53.2</w:t>
            </w:r>
          </w:p>
        </w:tc>
        <w:tc>
          <w:tcPr>
            <w:tcW w:type="dxa" w:w="680"/>
          </w:tcPr>
          <w:p>
            <w:pPr>
              <w:spacing w:after="0"/>
              <w:jc w:val="right"/>
            </w:pPr>
            <w:r>
              <w:rPr>
                <w:sz w:val="16"/>
              </w:rPr>
              <w:t>74.6</w:t>
            </w:r>
          </w:p>
        </w:tc>
        <w:tc>
          <w:tcPr>
            <w:tcW w:type="dxa" w:w="648"/>
          </w:tcPr>
          <w:p>
            <w:pPr>
              <w:spacing w:after="0"/>
              <w:jc w:val="right"/>
            </w:pPr>
            <w:r>
              <w:rPr>
                <w:sz w:val="16"/>
              </w:rPr>
              <w:t>89.5</w:t>
            </w:r>
          </w:p>
        </w:tc>
        <w:tc>
          <w:tcPr>
            <w:tcW w:type="dxa" w:w="3462"/>
          </w:tcPr>
          <w:p>
            <w:pPr>
              <w:spacing w:after="0"/>
              <w:jc w:val="left"/>
            </w:pPr>
            <w:r>
              <w:rPr>
                <w:sz w:val="16"/>
              </w:rPr>
              <w:t>Relatively High 5, Relatively Moderate 6</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7"/>
          </w:tcPr>
          <w:p>
            <w:pPr>
              <w:spacing w:after="0"/>
              <w:jc w:val="right"/>
            </w:pPr>
            <w:r>
              <w:rPr>
                <w:sz w:val="16"/>
              </w:rPr>
              <w:t>0 of 11</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 Rating 11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7"/>
          </w:tcPr>
          <w:p>
            <w:pPr>
              <w:spacing w:after="0"/>
              <w:jc w:val="right"/>
            </w:pPr>
            <w:r>
              <w:rPr>
                <w:sz w:val="16"/>
              </w:rPr>
              <w:t>11 of 11</w:t>
            </w:r>
          </w:p>
        </w:tc>
        <w:tc>
          <w:tcPr>
            <w:tcW w:type="dxa" w:w="878"/>
          </w:tcPr>
          <w:p>
            <w:pPr>
              <w:spacing w:after="0"/>
              <w:jc w:val="right"/>
            </w:pPr>
            <w:r>
              <w:rPr>
                <w:sz w:val="16"/>
              </w:rPr>
              <w:t>24.2</w:t>
            </w:r>
          </w:p>
        </w:tc>
        <w:tc>
          <w:tcPr>
            <w:tcW w:type="dxa" w:w="680"/>
          </w:tcPr>
          <w:p>
            <w:pPr>
              <w:spacing w:after="0"/>
              <w:jc w:val="right"/>
            </w:pPr>
            <w:r>
              <w:rPr>
                <w:sz w:val="16"/>
              </w:rPr>
              <w:t>43.5</w:t>
            </w:r>
          </w:p>
        </w:tc>
        <w:tc>
          <w:tcPr>
            <w:tcW w:type="dxa" w:w="648"/>
          </w:tcPr>
          <w:p>
            <w:pPr>
              <w:spacing w:after="0"/>
              <w:jc w:val="right"/>
            </w:pPr>
            <w:r>
              <w:rPr>
                <w:sz w:val="16"/>
              </w:rPr>
              <w:t>72.2</w:t>
            </w:r>
          </w:p>
        </w:tc>
        <w:tc>
          <w:tcPr>
            <w:tcW w:type="dxa" w:w="3462"/>
          </w:tcPr>
          <w:p>
            <w:pPr>
              <w:spacing w:after="0"/>
              <w:jc w:val="left"/>
            </w:pPr>
            <w:r>
              <w:rPr>
                <w:sz w:val="16"/>
              </w:rPr>
              <w:t>Relatively Low 6, Very Low 5</w:t>
            </w:r>
          </w:p>
        </w:tc>
        <w:tc>
          <w:tcPr>
            <w:tcW w:type="dxa" w:w="6561"/>
          </w:tcPr>
          <w:p>
            <w:pPr>
              <w:spacing w:after="0"/>
              <w:jc w:val="left"/>
            </w:pPr>
          </w:p>
        </w:tc>
      </w:tr>
      <w:tr>
        <w:trPr>
          <w:cantSplit/>
        </w:trPr>
        <w:tc>
          <w:tcPr>
            <w:tcW w:type="dxa" w:w="1037"/>
          </w:tcPr>
          <w:p>
            <w:pPr>
              <w:spacing w:after="0"/>
              <w:jc w:val="left"/>
            </w:pPr>
            <w:r>
              <w:rPr>
                <w:sz w:val="16"/>
              </w:rPr>
              <w:t>Hail</w:t>
            </w:r>
          </w:p>
        </w:tc>
        <w:tc>
          <w:tcPr>
            <w:tcW w:type="dxa" w:w="847"/>
          </w:tcPr>
          <w:p>
            <w:pPr>
              <w:spacing w:after="0"/>
              <w:jc w:val="right"/>
            </w:pPr>
            <w:r>
              <w:rPr>
                <w:sz w:val="16"/>
              </w:rPr>
              <w:t>11 of 11</w:t>
            </w:r>
          </w:p>
        </w:tc>
        <w:tc>
          <w:tcPr>
            <w:tcW w:type="dxa" w:w="878"/>
          </w:tcPr>
          <w:p>
            <w:pPr>
              <w:spacing w:after="0"/>
              <w:jc w:val="right"/>
            </w:pPr>
            <w:r>
              <w:rPr>
                <w:sz w:val="16"/>
              </w:rPr>
              <w:t>50.3</w:t>
            </w:r>
          </w:p>
        </w:tc>
        <w:tc>
          <w:tcPr>
            <w:tcW w:type="dxa" w:w="680"/>
          </w:tcPr>
          <w:p>
            <w:pPr>
              <w:spacing w:after="0"/>
              <w:jc w:val="right"/>
            </w:pPr>
            <w:r>
              <w:rPr>
                <w:sz w:val="16"/>
              </w:rPr>
              <w:t>65.2</w:t>
            </w:r>
          </w:p>
        </w:tc>
        <w:tc>
          <w:tcPr>
            <w:tcW w:type="dxa" w:w="648"/>
          </w:tcPr>
          <w:p>
            <w:pPr>
              <w:spacing w:after="0"/>
              <w:jc w:val="right"/>
            </w:pPr>
            <w:r>
              <w:rPr>
                <w:sz w:val="16"/>
              </w:rPr>
              <w:t>84.4</w:t>
            </w:r>
          </w:p>
        </w:tc>
        <w:tc>
          <w:tcPr>
            <w:tcW w:type="dxa" w:w="3462"/>
          </w:tcPr>
          <w:p>
            <w:pPr>
              <w:spacing w:after="0"/>
              <w:jc w:val="left"/>
            </w:pPr>
            <w:r>
              <w:rPr>
                <w:sz w:val="16"/>
              </w:rPr>
              <w:t>Relatively Moderate 4, Relatively Low 7</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7"/>
          </w:tcPr>
          <w:p>
            <w:pPr>
              <w:spacing w:after="0"/>
              <w:jc w:val="right"/>
            </w:pPr>
            <w:r>
              <w:rPr>
                <w:sz w:val="16"/>
              </w:rPr>
              <w:t>11 of 11</w:t>
            </w:r>
          </w:p>
        </w:tc>
        <w:tc>
          <w:tcPr>
            <w:tcW w:type="dxa" w:w="878"/>
          </w:tcPr>
          <w:p>
            <w:pPr>
              <w:spacing w:after="0"/>
              <w:jc w:val="right"/>
            </w:pPr>
            <w:r>
              <w:rPr>
                <w:sz w:val="16"/>
              </w:rPr>
              <w:t>9.3</w:t>
            </w:r>
          </w:p>
        </w:tc>
        <w:tc>
          <w:tcPr>
            <w:tcW w:type="dxa" w:w="680"/>
          </w:tcPr>
          <w:p>
            <w:pPr>
              <w:spacing w:after="0"/>
              <w:jc w:val="right"/>
            </w:pPr>
            <w:r>
              <w:rPr>
                <w:sz w:val="16"/>
              </w:rPr>
              <w:t>25.4</w:t>
            </w:r>
          </w:p>
        </w:tc>
        <w:tc>
          <w:tcPr>
            <w:tcW w:type="dxa" w:w="648"/>
          </w:tcPr>
          <w:p>
            <w:pPr>
              <w:spacing w:after="0"/>
              <w:jc w:val="right"/>
            </w:pPr>
            <w:r>
              <w:rPr>
                <w:sz w:val="16"/>
              </w:rPr>
              <w:t>50.2</w:t>
            </w:r>
          </w:p>
        </w:tc>
        <w:tc>
          <w:tcPr>
            <w:tcW w:type="dxa" w:w="3462"/>
          </w:tcPr>
          <w:p>
            <w:pPr>
              <w:spacing w:after="0"/>
              <w:jc w:val="left"/>
            </w:pPr>
            <w:r>
              <w:rPr>
                <w:sz w:val="16"/>
              </w:rPr>
              <w:t>Relatively Low 7, Very Low 4</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7"/>
          </w:tcPr>
          <w:p>
            <w:pPr>
              <w:spacing w:after="0"/>
              <w:jc w:val="right"/>
            </w:pPr>
            <w:r>
              <w:rPr>
                <w:sz w:val="16"/>
              </w:rPr>
              <w:t>11 of 11</w:t>
            </w:r>
          </w:p>
        </w:tc>
        <w:tc>
          <w:tcPr>
            <w:tcW w:type="dxa" w:w="878"/>
          </w:tcPr>
          <w:p>
            <w:pPr>
              <w:spacing w:after="0"/>
              <w:jc w:val="right"/>
            </w:pPr>
            <w:r>
              <w:rPr>
                <w:sz w:val="16"/>
              </w:rPr>
              <w:t>30.7</w:t>
            </w:r>
          </w:p>
        </w:tc>
        <w:tc>
          <w:tcPr>
            <w:tcW w:type="dxa" w:w="680"/>
          </w:tcPr>
          <w:p>
            <w:pPr>
              <w:spacing w:after="0"/>
              <w:jc w:val="right"/>
            </w:pPr>
            <w:r>
              <w:rPr>
                <w:sz w:val="16"/>
              </w:rPr>
              <w:t>42.1</w:t>
            </w:r>
          </w:p>
        </w:tc>
        <w:tc>
          <w:tcPr>
            <w:tcW w:type="dxa" w:w="648"/>
          </w:tcPr>
          <w:p>
            <w:pPr>
              <w:spacing w:after="0"/>
              <w:jc w:val="right"/>
            </w:pPr>
            <w:r>
              <w:rPr>
                <w:sz w:val="16"/>
              </w:rPr>
              <w:t>52.6</w:t>
            </w:r>
          </w:p>
        </w:tc>
        <w:tc>
          <w:tcPr>
            <w:tcW w:type="dxa" w:w="3462"/>
          </w:tcPr>
          <w:p>
            <w:pPr>
              <w:spacing w:after="0"/>
              <w:jc w:val="left"/>
            </w:pPr>
            <w:r>
              <w:rPr>
                <w:sz w:val="16"/>
              </w:rPr>
              <w:t>Relatively Low 1, Very Low 10</w:t>
            </w:r>
          </w:p>
        </w:tc>
        <w:tc>
          <w:tcPr>
            <w:tcW w:type="dxa" w:w="6561"/>
          </w:tcPr>
          <w:p>
            <w:pPr>
              <w:spacing w:after="0"/>
              <w:jc w:val="left"/>
            </w:pPr>
          </w:p>
        </w:tc>
      </w:tr>
      <w:tr>
        <w:trPr>
          <w:cantSplit/>
        </w:trPr>
        <w:tc>
          <w:tcPr>
            <w:tcW w:type="dxa" w:w="1037"/>
          </w:tcPr>
          <w:p>
            <w:pPr>
              <w:spacing w:after="0"/>
              <w:jc w:val="left"/>
            </w:pPr>
            <w:r>
              <w:rPr>
                <w:sz w:val="16"/>
              </w:rPr>
              <w:t>Ice Storm</w:t>
            </w:r>
          </w:p>
        </w:tc>
        <w:tc>
          <w:tcPr>
            <w:tcW w:type="dxa" w:w="847"/>
          </w:tcPr>
          <w:p>
            <w:pPr>
              <w:spacing w:after="0"/>
              <w:jc w:val="right"/>
            </w:pPr>
            <w:r>
              <w:rPr>
                <w:sz w:val="16"/>
              </w:rPr>
              <w:t>11 of 11</w:t>
            </w:r>
          </w:p>
        </w:tc>
        <w:tc>
          <w:tcPr>
            <w:tcW w:type="dxa" w:w="878"/>
          </w:tcPr>
          <w:p>
            <w:pPr>
              <w:spacing w:after="0"/>
              <w:jc w:val="right"/>
            </w:pPr>
            <w:r>
              <w:rPr>
                <w:sz w:val="16"/>
              </w:rPr>
              <w:t>8.0</w:t>
            </w:r>
          </w:p>
        </w:tc>
        <w:tc>
          <w:tcPr>
            <w:tcW w:type="dxa" w:w="680"/>
          </w:tcPr>
          <w:p>
            <w:pPr>
              <w:spacing w:after="0"/>
              <w:jc w:val="right"/>
            </w:pPr>
            <w:r>
              <w:rPr>
                <w:sz w:val="16"/>
              </w:rPr>
              <w:t>20.7</w:t>
            </w:r>
          </w:p>
        </w:tc>
        <w:tc>
          <w:tcPr>
            <w:tcW w:type="dxa" w:w="648"/>
          </w:tcPr>
          <w:p>
            <w:pPr>
              <w:spacing w:after="0"/>
              <w:jc w:val="right"/>
            </w:pPr>
            <w:r>
              <w:rPr>
                <w:sz w:val="16"/>
              </w:rPr>
              <w:t>52.6</w:t>
            </w:r>
          </w:p>
        </w:tc>
        <w:tc>
          <w:tcPr>
            <w:tcW w:type="dxa" w:w="3462"/>
          </w:tcPr>
          <w:p>
            <w:pPr>
              <w:spacing w:after="0"/>
              <w:jc w:val="left"/>
            </w:pPr>
            <w:r>
              <w:rPr>
                <w:sz w:val="16"/>
              </w:rPr>
              <w:t>Relatively Low 2, Very Low 9</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7"/>
          </w:tcPr>
          <w:p>
            <w:pPr>
              <w:spacing w:after="0"/>
              <w:jc w:val="right"/>
            </w:pPr>
            <w:r>
              <w:rPr>
                <w:sz w:val="16"/>
              </w:rPr>
              <w:t>11 of 11</w:t>
            </w:r>
          </w:p>
        </w:tc>
        <w:tc>
          <w:tcPr>
            <w:tcW w:type="dxa" w:w="878"/>
          </w:tcPr>
          <w:p>
            <w:pPr>
              <w:spacing w:after="0"/>
              <w:jc w:val="right"/>
            </w:pPr>
            <w:r>
              <w:rPr>
                <w:sz w:val="16"/>
              </w:rPr>
              <w:t>41.8</w:t>
            </w:r>
          </w:p>
        </w:tc>
        <w:tc>
          <w:tcPr>
            <w:tcW w:type="dxa" w:w="680"/>
          </w:tcPr>
          <w:p>
            <w:pPr>
              <w:spacing w:after="0"/>
              <w:jc w:val="right"/>
            </w:pPr>
            <w:r>
              <w:rPr>
                <w:sz w:val="16"/>
              </w:rPr>
              <w:t>86.8</w:t>
            </w:r>
          </w:p>
        </w:tc>
        <w:tc>
          <w:tcPr>
            <w:tcW w:type="dxa" w:w="648"/>
          </w:tcPr>
          <w:p>
            <w:pPr>
              <w:spacing w:after="0"/>
              <w:jc w:val="right"/>
            </w:pPr>
            <w:r>
              <w:rPr>
                <w:sz w:val="16"/>
              </w:rPr>
              <w:t>99.3</w:t>
            </w:r>
          </w:p>
        </w:tc>
        <w:tc>
          <w:tcPr>
            <w:tcW w:type="dxa" w:w="3462"/>
          </w:tcPr>
          <w:p>
            <w:pPr>
              <w:spacing w:after="0"/>
              <w:jc w:val="left"/>
            </w:pPr>
            <w:r>
              <w:rPr>
                <w:sz w:val="16"/>
              </w:rPr>
              <w:t>Very High 3, Relatively High 5, Relatively Moderate 1, Relatively Low 2</w:t>
            </w:r>
          </w:p>
        </w:tc>
        <w:tc>
          <w:tcPr>
            <w:tcW w:type="dxa" w:w="6561"/>
          </w:tcPr>
          <w:p>
            <w:pPr>
              <w:spacing w:after="0"/>
              <w:jc w:val="left"/>
            </w:pPr>
          </w:p>
        </w:tc>
      </w:tr>
      <w:tr>
        <w:trPr>
          <w:cantSplit/>
        </w:trPr>
        <w:tc>
          <w:tcPr>
            <w:tcW w:type="dxa" w:w="1037"/>
          </w:tcPr>
          <w:p>
            <w:pPr>
              <w:spacing w:after="0"/>
              <w:jc w:val="left"/>
            </w:pPr>
            <w:r>
              <w:rPr>
                <w:sz w:val="16"/>
              </w:rPr>
              <w:t>Landslide</w:t>
            </w:r>
          </w:p>
        </w:tc>
        <w:tc>
          <w:tcPr>
            <w:tcW w:type="dxa" w:w="847"/>
          </w:tcPr>
          <w:p>
            <w:pPr>
              <w:spacing w:after="0"/>
              <w:jc w:val="right"/>
            </w:pPr>
            <w:r>
              <w:rPr>
                <w:sz w:val="16"/>
              </w:rPr>
              <w:t>11 of 11</w:t>
            </w:r>
          </w:p>
        </w:tc>
        <w:tc>
          <w:tcPr>
            <w:tcW w:type="dxa" w:w="878"/>
          </w:tcPr>
          <w:p>
            <w:pPr>
              <w:spacing w:after="0"/>
              <w:jc w:val="right"/>
            </w:pPr>
            <w:r>
              <w:rPr>
                <w:sz w:val="16"/>
              </w:rPr>
              <w:t>83.6</w:t>
            </w:r>
          </w:p>
        </w:tc>
        <w:tc>
          <w:tcPr>
            <w:tcW w:type="dxa" w:w="680"/>
          </w:tcPr>
          <w:p>
            <w:pPr>
              <w:spacing w:after="0"/>
              <w:jc w:val="right"/>
            </w:pPr>
            <w:r>
              <w:rPr>
                <w:sz w:val="16"/>
              </w:rPr>
              <w:t>96.4</w:t>
            </w:r>
          </w:p>
        </w:tc>
        <w:tc>
          <w:tcPr>
            <w:tcW w:type="dxa" w:w="648"/>
          </w:tcPr>
          <w:p>
            <w:pPr>
              <w:spacing w:after="0"/>
              <w:jc w:val="right"/>
            </w:pPr>
            <w:r>
              <w:rPr>
                <w:sz w:val="16"/>
              </w:rPr>
              <w:t>98.1</w:t>
            </w:r>
          </w:p>
        </w:tc>
        <w:tc>
          <w:tcPr>
            <w:tcW w:type="dxa" w:w="3462"/>
          </w:tcPr>
          <w:p>
            <w:pPr>
              <w:spacing w:after="0"/>
              <w:jc w:val="left"/>
            </w:pPr>
            <w:r>
              <w:rPr>
                <w:sz w:val="16"/>
              </w:rPr>
              <w:t>Relatively Moderate 6, Relatively Low 5</w:t>
            </w:r>
          </w:p>
        </w:tc>
        <w:tc>
          <w:tcPr>
            <w:tcW w:type="dxa" w:w="6561"/>
          </w:tcPr>
          <w:p>
            <w:pPr>
              <w:spacing w:after="0"/>
              <w:jc w:val="left"/>
            </w:pPr>
          </w:p>
        </w:tc>
      </w:tr>
      <w:tr>
        <w:trPr>
          <w:cantSplit/>
        </w:trPr>
        <w:tc>
          <w:tcPr>
            <w:tcW w:type="dxa" w:w="1037"/>
          </w:tcPr>
          <w:p>
            <w:pPr>
              <w:spacing w:after="0"/>
              <w:jc w:val="left"/>
            </w:pPr>
            <w:r>
              <w:rPr>
                <w:sz w:val="16"/>
              </w:rPr>
              <w:t>Lightning</w:t>
            </w:r>
          </w:p>
        </w:tc>
        <w:tc>
          <w:tcPr>
            <w:tcW w:type="dxa" w:w="847"/>
          </w:tcPr>
          <w:p>
            <w:pPr>
              <w:spacing w:after="0"/>
              <w:jc w:val="right"/>
            </w:pPr>
            <w:r>
              <w:rPr>
                <w:sz w:val="16"/>
              </w:rPr>
              <w:t>11 of 11</w:t>
            </w:r>
          </w:p>
        </w:tc>
        <w:tc>
          <w:tcPr>
            <w:tcW w:type="dxa" w:w="878"/>
          </w:tcPr>
          <w:p>
            <w:pPr>
              <w:spacing w:after="0"/>
              <w:jc w:val="right"/>
            </w:pPr>
            <w:r>
              <w:rPr>
                <w:sz w:val="16"/>
              </w:rPr>
              <w:t>11.9</w:t>
            </w:r>
          </w:p>
        </w:tc>
        <w:tc>
          <w:tcPr>
            <w:tcW w:type="dxa" w:w="680"/>
          </w:tcPr>
          <w:p>
            <w:pPr>
              <w:spacing w:after="0"/>
              <w:jc w:val="right"/>
            </w:pPr>
            <w:r>
              <w:rPr>
                <w:sz w:val="16"/>
              </w:rPr>
              <w:t>24.7</w:t>
            </w:r>
          </w:p>
        </w:tc>
        <w:tc>
          <w:tcPr>
            <w:tcW w:type="dxa" w:w="648"/>
          </w:tcPr>
          <w:p>
            <w:pPr>
              <w:spacing w:after="0"/>
              <w:jc w:val="right"/>
            </w:pPr>
            <w:r>
              <w:rPr>
                <w:sz w:val="16"/>
              </w:rPr>
              <w:t>46.0</w:t>
            </w:r>
          </w:p>
        </w:tc>
        <w:tc>
          <w:tcPr>
            <w:tcW w:type="dxa" w:w="3462"/>
          </w:tcPr>
          <w:p>
            <w:pPr>
              <w:spacing w:after="0"/>
              <w:jc w:val="left"/>
            </w:pPr>
            <w:r>
              <w:rPr>
                <w:sz w:val="16"/>
              </w:rPr>
              <w:t>Relatively Low 6, Very Low 5</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7"/>
          </w:tcPr>
          <w:p>
            <w:pPr>
              <w:spacing w:after="0"/>
              <w:jc w:val="right"/>
            </w:pPr>
            <w:r>
              <w:rPr>
                <w:sz w:val="16"/>
              </w:rPr>
              <w:t>11 of 11</w:t>
            </w:r>
          </w:p>
        </w:tc>
        <w:tc>
          <w:tcPr>
            <w:tcW w:type="dxa" w:w="878"/>
          </w:tcPr>
          <w:p>
            <w:pPr>
              <w:spacing w:after="0"/>
              <w:jc w:val="right"/>
            </w:pPr>
            <w:r>
              <w:rPr>
                <w:sz w:val="16"/>
              </w:rPr>
              <w:t>81.3</w:t>
            </w:r>
          </w:p>
        </w:tc>
        <w:tc>
          <w:tcPr>
            <w:tcW w:type="dxa" w:w="680"/>
          </w:tcPr>
          <w:p>
            <w:pPr>
              <w:spacing w:after="0"/>
              <w:jc w:val="right"/>
            </w:pPr>
            <w:r>
              <w:rPr>
                <w:sz w:val="16"/>
              </w:rPr>
              <w:t>94.4</w:t>
            </w:r>
          </w:p>
        </w:tc>
        <w:tc>
          <w:tcPr>
            <w:tcW w:type="dxa" w:w="648"/>
          </w:tcPr>
          <w:p>
            <w:pPr>
              <w:spacing w:after="0"/>
              <w:jc w:val="right"/>
            </w:pPr>
            <w:r>
              <w:rPr>
                <w:sz w:val="16"/>
              </w:rPr>
              <w:t>99.0</w:t>
            </w:r>
          </w:p>
        </w:tc>
        <w:tc>
          <w:tcPr>
            <w:tcW w:type="dxa" w:w="3462"/>
          </w:tcPr>
          <w:p>
            <w:pPr>
              <w:spacing w:after="0"/>
              <w:jc w:val="left"/>
            </w:pPr>
            <w:r>
              <w:rPr>
                <w:sz w:val="16"/>
              </w:rPr>
              <w:t>Very High 4, Relatively High 6, Relatively Moderate 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7"/>
          </w:tcPr>
          <w:p>
            <w:pPr>
              <w:spacing w:after="0"/>
              <w:jc w:val="right"/>
            </w:pPr>
            <w:r>
              <w:rPr>
                <w:sz w:val="16"/>
              </w:rPr>
              <w:t>11 of 11</w:t>
            </w:r>
          </w:p>
        </w:tc>
        <w:tc>
          <w:tcPr>
            <w:tcW w:type="dxa" w:w="878"/>
          </w:tcPr>
          <w:p>
            <w:pPr>
              <w:spacing w:after="0"/>
              <w:jc w:val="right"/>
            </w:pPr>
            <w:r>
              <w:rPr>
                <w:sz w:val="16"/>
              </w:rPr>
              <w:t>34.2</w:t>
            </w:r>
          </w:p>
        </w:tc>
        <w:tc>
          <w:tcPr>
            <w:tcW w:type="dxa" w:w="680"/>
          </w:tcPr>
          <w:p>
            <w:pPr>
              <w:spacing w:after="0"/>
              <w:jc w:val="right"/>
            </w:pPr>
            <w:r>
              <w:rPr>
                <w:sz w:val="16"/>
              </w:rPr>
              <w:t>50.5</w:t>
            </w:r>
          </w:p>
        </w:tc>
        <w:tc>
          <w:tcPr>
            <w:tcW w:type="dxa" w:w="648"/>
          </w:tcPr>
          <w:p>
            <w:pPr>
              <w:spacing w:after="0"/>
              <w:jc w:val="right"/>
            </w:pPr>
            <w:r>
              <w:rPr>
                <w:sz w:val="16"/>
              </w:rPr>
              <w:t>72.3</w:t>
            </w:r>
          </w:p>
        </w:tc>
        <w:tc>
          <w:tcPr>
            <w:tcW w:type="dxa" w:w="3462"/>
          </w:tcPr>
          <w:p>
            <w:pPr>
              <w:spacing w:after="0"/>
              <w:jc w:val="left"/>
            </w:pPr>
            <w:r>
              <w:rPr>
                <w:sz w:val="16"/>
              </w:rPr>
              <w:t>Relatively Moderate 5, Relatively Low 6</w:t>
            </w:r>
          </w:p>
        </w:tc>
        <w:tc>
          <w:tcPr>
            <w:tcW w:type="dxa" w:w="6561"/>
          </w:tcPr>
          <w:p>
            <w:pPr>
              <w:spacing w:after="0"/>
              <w:jc w:val="left"/>
            </w:pPr>
          </w:p>
        </w:tc>
      </w:tr>
      <w:tr>
        <w:trPr>
          <w:cantSplit/>
        </w:trPr>
        <w:tc>
          <w:tcPr>
            <w:tcW w:type="dxa" w:w="1037"/>
          </w:tcPr>
          <w:p>
            <w:pPr>
              <w:spacing w:after="0"/>
              <w:jc w:val="left"/>
            </w:pPr>
            <w:r>
              <w:rPr>
                <w:sz w:val="16"/>
              </w:rPr>
              <w:t>Tsunami</w:t>
            </w:r>
          </w:p>
        </w:tc>
        <w:tc>
          <w:tcPr>
            <w:tcW w:type="dxa" w:w="847"/>
          </w:tcPr>
          <w:p>
            <w:pPr>
              <w:spacing w:after="0"/>
              <w:jc w:val="right"/>
            </w:pPr>
            <w:r>
              <w:rPr>
                <w:sz w:val="16"/>
              </w:rPr>
              <w:t>0 of 11</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11</w:t>
            </w:r>
          </w:p>
        </w:tc>
        <w:tc>
          <w:tcPr>
            <w:tcW w:type="dxa" w:w="6561"/>
          </w:tcPr>
          <w:p>
            <w:pPr>
              <w:spacing w:after="0"/>
              <w:jc w:val="left"/>
            </w:pPr>
          </w:p>
        </w:tc>
      </w:tr>
      <w:tr>
        <w:trPr>
          <w:cantSplit/>
        </w:trPr>
        <w:tc>
          <w:tcPr>
            <w:tcW w:type="dxa" w:w="1037"/>
          </w:tcPr>
          <w:p>
            <w:pPr>
              <w:spacing w:after="0"/>
              <w:jc w:val="left"/>
            </w:pPr>
            <w:r>
              <w:rPr>
                <w:sz w:val="16"/>
              </w:rPr>
              <w:t>Volcanic Activity</w:t>
            </w:r>
          </w:p>
        </w:tc>
        <w:tc>
          <w:tcPr>
            <w:tcW w:type="dxa" w:w="847"/>
          </w:tcPr>
          <w:p>
            <w:pPr>
              <w:spacing w:after="0"/>
              <w:jc w:val="right"/>
            </w:pPr>
            <w:r>
              <w:rPr>
                <w:sz w:val="16"/>
              </w:rPr>
              <w:t>0 of 11</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11</w:t>
            </w:r>
          </w:p>
        </w:tc>
        <w:tc>
          <w:tcPr>
            <w:tcW w:type="dxa" w:w="6561"/>
          </w:tcPr>
          <w:p>
            <w:pPr>
              <w:spacing w:after="0"/>
              <w:jc w:val="left"/>
            </w:pPr>
          </w:p>
        </w:tc>
      </w:tr>
      <w:tr>
        <w:trPr>
          <w:cantSplit/>
        </w:trPr>
        <w:tc>
          <w:tcPr>
            <w:tcW w:type="dxa" w:w="1037"/>
          </w:tcPr>
          <w:p>
            <w:pPr>
              <w:spacing w:after="0"/>
              <w:jc w:val="left"/>
            </w:pPr>
            <w:r>
              <w:rPr>
                <w:sz w:val="16"/>
              </w:rPr>
              <w:t>Wildfire</w:t>
            </w:r>
          </w:p>
        </w:tc>
        <w:tc>
          <w:tcPr>
            <w:tcW w:type="dxa" w:w="847"/>
          </w:tcPr>
          <w:p>
            <w:pPr>
              <w:spacing w:after="0"/>
              <w:jc w:val="right"/>
            </w:pPr>
            <w:r>
              <w:rPr>
                <w:sz w:val="16"/>
              </w:rPr>
              <w:t>11 of 11</w:t>
            </w:r>
          </w:p>
        </w:tc>
        <w:tc>
          <w:tcPr>
            <w:tcW w:type="dxa" w:w="878"/>
          </w:tcPr>
          <w:p>
            <w:pPr>
              <w:spacing w:after="0"/>
              <w:jc w:val="right"/>
            </w:pPr>
            <w:r>
              <w:rPr>
                <w:sz w:val="16"/>
              </w:rPr>
              <w:t>66.2</w:t>
            </w:r>
          </w:p>
        </w:tc>
        <w:tc>
          <w:tcPr>
            <w:tcW w:type="dxa" w:w="680"/>
          </w:tcPr>
          <w:p>
            <w:pPr>
              <w:spacing w:after="0"/>
              <w:jc w:val="right"/>
            </w:pPr>
            <w:r>
              <w:rPr>
                <w:sz w:val="16"/>
              </w:rPr>
              <w:t>84.2</w:t>
            </w:r>
          </w:p>
        </w:tc>
        <w:tc>
          <w:tcPr>
            <w:tcW w:type="dxa" w:w="648"/>
          </w:tcPr>
          <w:p>
            <w:pPr>
              <w:spacing w:after="0"/>
              <w:jc w:val="right"/>
            </w:pPr>
            <w:r>
              <w:rPr>
                <w:sz w:val="16"/>
              </w:rPr>
              <w:t>90.2</w:t>
            </w:r>
          </w:p>
        </w:tc>
        <w:tc>
          <w:tcPr>
            <w:tcW w:type="dxa" w:w="3462"/>
          </w:tcPr>
          <w:p>
            <w:pPr>
              <w:spacing w:after="0"/>
              <w:jc w:val="left"/>
            </w:pPr>
            <w:r>
              <w:rPr>
                <w:sz w:val="16"/>
              </w:rPr>
              <w:t>Relatively Moderate 3, Relatively Low 7, Very Low 1</w:t>
            </w:r>
          </w:p>
        </w:tc>
        <w:tc>
          <w:tcPr>
            <w:tcW w:type="dxa" w:w="6561"/>
          </w:tcPr>
          <w:p>
            <w:pPr>
              <w:spacing w:after="0"/>
              <w:jc w:val="left"/>
            </w:pPr>
          </w:p>
        </w:tc>
      </w:tr>
      <w:tr>
        <w:trPr>
          <w:cantSplit/>
        </w:trPr>
        <w:tc>
          <w:tcPr>
            <w:tcW w:type="dxa" w:w="1037"/>
          </w:tcPr>
          <w:p>
            <w:pPr>
              <w:spacing w:after="0"/>
              <w:jc w:val="left"/>
            </w:pPr>
            <w:r>
              <w:rPr>
                <w:sz w:val="16"/>
              </w:rPr>
              <w:t>Winter Weather</w:t>
            </w:r>
          </w:p>
        </w:tc>
        <w:tc>
          <w:tcPr>
            <w:tcW w:type="dxa" w:w="847"/>
          </w:tcPr>
          <w:p>
            <w:pPr>
              <w:spacing w:after="0"/>
              <w:jc w:val="right"/>
            </w:pPr>
            <w:r>
              <w:rPr>
                <w:sz w:val="16"/>
              </w:rPr>
              <w:t>11 of 11</w:t>
            </w:r>
          </w:p>
        </w:tc>
        <w:tc>
          <w:tcPr>
            <w:tcW w:type="dxa" w:w="878"/>
          </w:tcPr>
          <w:p>
            <w:pPr>
              <w:spacing w:after="0"/>
              <w:jc w:val="right"/>
            </w:pPr>
            <w:r>
              <w:rPr>
                <w:sz w:val="16"/>
              </w:rPr>
              <w:t>66.3</w:t>
            </w:r>
          </w:p>
        </w:tc>
        <w:tc>
          <w:tcPr>
            <w:tcW w:type="dxa" w:w="680"/>
          </w:tcPr>
          <w:p>
            <w:pPr>
              <w:spacing w:after="0"/>
              <w:jc w:val="right"/>
            </w:pPr>
            <w:r>
              <w:rPr>
                <w:sz w:val="16"/>
              </w:rPr>
              <w:t>85.1</w:t>
            </w:r>
          </w:p>
        </w:tc>
        <w:tc>
          <w:tcPr>
            <w:tcW w:type="dxa" w:w="648"/>
          </w:tcPr>
          <w:p>
            <w:pPr>
              <w:spacing w:after="0"/>
              <w:jc w:val="right"/>
            </w:pPr>
            <w:r>
              <w:rPr>
                <w:sz w:val="16"/>
              </w:rPr>
              <w:t>95.2</w:t>
            </w:r>
          </w:p>
        </w:tc>
        <w:tc>
          <w:tcPr>
            <w:tcW w:type="dxa" w:w="3462"/>
          </w:tcPr>
          <w:p>
            <w:pPr>
              <w:spacing w:after="0"/>
              <w:jc w:val="left"/>
            </w:pPr>
            <w:r>
              <w:rPr>
                <w:sz w:val="16"/>
              </w:rPr>
              <w:t>Relatively High 7, Relatively Moderate 4</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0"/>
        <w:gridCol w:w="1701"/>
        <w:gridCol w:w="3226"/>
        <w:gridCol w:w="2572"/>
        <w:gridCol w:w="1810"/>
        <w:gridCol w:w="2202"/>
        <w:gridCol w:w="791"/>
      </w:tblGrid>
      <w:tr>
        <w:trPr>
          <w:cantSplit/>
          <w:tblHeader/>
        </w:trPr>
        <w:tc>
          <w:tcPr>
            <w:tcW w:type="dxa" w:w="1810"/>
            <w:shd w:val="clear" w:color="auto" w:fill="E8E8E8"/>
          </w:tcPr>
          <w:p>
            <w:pPr>
              <w:spacing w:after="0"/>
              <w:jc w:val="left"/>
            </w:pPr>
            <w:r>
              <w:rPr>
                <w:b/>
                <w:sz w:val="16"/>
              </w:rPr>
              <w:t>Member</w:t>
            </w:r>
          </w:p>
        </w:tc>
        <w:tc>
          <w:tcPr>
            <w:tcW w:type="dxa" w:w="1701"/>
            <w:shd w:val="clear" w:color="auto" w:fill="E8E8E8"/>
          </w:tcPr>
          <w:p>
            <w:pPr>
              <w:spacing w:after="0"/>
              <w:jc w:val="left"/>
            </w:pPr>
            <w:r>
              <w:rPr>
                <w:b/>
                <w:sz w:val="16"/>
              </w:rPr>
              <w:t>Type</w:t>
            </w:r>
          </w:p>
        </w:tc>
        <w:tc>
          <w:tcPr>
            <w:tcW w:type="dxa" w:w="3226"/>
            <w:shd w:val="clear" w:color="auto" w:fill="E8E8E8"/>
          </w:tcPr>
          <w:p>
            <w:pPr>
              <w:spacing w:after="0"/>
              <w:jc w:val="left"/>
            </w:pPr>
            <w:r>
              <w:rPr>
                <w:b/>
                <w:sz w:val="16"/>
              </w:rPr>
              <w:t>Plan status</w:t>
            </w:r>
          </w:p>
        </w:tc>
        <w:tc>
          <w:tcPr>
            <w:tcW w:type="dxa" w:w="25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91"/>
            <w:shd w:val="clear" w:color="auto" w:fill="E8E8E8"/>
          </w:tcPr>
          <w:p>
            <w:pPr>
              <w:spacing w:after="0"/>
              <w:jc w:val="left"/>
            </w:pPr>
            <w:r>
              <w:rPr>
                <w:b/>
                <w:sz w:val="16"/>
              </w:rPr>
              <w:t>Notes</w:t>
            </w:r>
          </w:p>
        </w:tc>
      </w:tr>
      <w:tr>
        <w:trPr>
          <w:cantSplit/>
        </w:trPr>
        <w:tc>
          <w:tcPr>
            <w:tcW w:type="dxa" w:w="1810"/>
          </w:tcPr>
          <w:p>
            <w:pPr>
              <w:spacing w:after="0"/>
              <w:jc w:val="left"/>
            </w:pPr>
            <w:r>
              <w:rPr>
                <w:sz w:val="16"/>
              </w:rPr>
              <w:t>Harlan County (unincorporated area)</w:t>
            </w:r>
          </w:p>
        </w:tc>
        <w:tc>
          <w:tcPr>
            <w:tcW w:type="dxa" w:w="1701"/>
          </w:tcPr>
          <w:p>
            <w:pPr>
              <w:spacing w:after="0"/>
              <w:jc w:val="left"/>
            </w:pPr>
            <w:r>
              <w:rPr>
                <w:sz w:val="16"/>
              </w:rPr>
              <w:t>Unincorporated</w:t>
            </w:r>
          </w:p>
        </w:tc>
        <w:tc>
          <w:tcPr>
            <w:tcW w:type="dxa" w:w="3226"/>
          </w:tcPr>
          <w:p>
            <w:pPr>
              <w:spacing w:after="0"/>
              <w:jc w:val="left"/>
            </w:pPr>
            <w:r>
              <w:rPr>
                <w:sz w:val="16"/>
              </w:rPr>
              <w:t>Approved, expires 2027-08-16</w:t>
            </w:r>
          </w:p>
        </w:tc>
        <w:tc>
          <w:tcPr>
            <w:tcW w:type="dxa" w:w="2572"/>
          </w:tcPr>
          <w:p>
            <w:pPr>
              <w:spacing w:after="0"/>
              <w:jc w:val="right"/>
            </w:pPr>
            <w:r>
              <w:rPr>
                <w:sz w:val="16"/>
              </w:rPr>
              <w:t>FMA RL 1, SRL 2; any 16</w:t>
            </w:r>
          </w:p>
        </w:tc>
        <w:tc>
          <w:tcPr>
            <w:tcW w:type="dxa" w:w="1810"/>
          </w:tcPr>
          <w:p>
            <w:pPr>
              <w:spacing w:after="0"/>
              <w:jc w:val="right"/>
            </w:pPr>
            <w:r>
              <w:rPr>
                <w:sz w:val="16"/>
              </w:rPr>
              <w:t>$2,512,311.36</w:t>
            </w:r>
          </w:p>
        </w:tc>
        <w:tc>
          <w:tcPr>
            <w:tcW w:type="dxa" w:w="2202"/>
          </w:tcPr>
          <w:p>
            <w:pPr>
              <w:spacing w:after="0"/>
              <w:jc w:val="right"/>
            </w:pPr>
            <w:r>
              <w:rPr>
                <w:sz w:val="16"/>
              </w:rPr>
              <w:t>0; 0</w:t>
            </w:r>
          </w:p>
        </w:tc>
        <w:tc>
          <w:tcPr>
            <w:tcW w:type="dxa" w:w="791"/>
          </w:tcPr>
          <w:p>
            <w:pPr>
              <w:spacing w:after="0"/>
              <w:jc w:val="left"/>
            </w:pPr>
          </w:p>
        </w:tc>
      </w:tr>
      <w:tr>
        <w:trPr>
          <w:cantSplit/>
        </w:trPr>
        <w:tc>
          <w:tcPr>
            <w:tcW w:type="dxa" w:w="1810"/>
          </w:tcPr>
          <w:p>
            <w:pPr>
              <w:spacing w:after="0"/>
              <w:jc w:val="left"/>
            </w:pPr>
            <w:r>
              <w:rPr>
                <w:sz w:val="16"/>
              </w:rPr>
              <w:t>Benham city</w:t>
            </w:r>
          </w:p>
        </w:tc>
        <w:tc>
          <w:tcPr>
            <w:tcW w:type="dxa" w:w="1701"/>
          </w:tcPr>
          <w:p>
            <w:pPr>
              <w:spacing w:after="0"/>
              <w:jc w:val="left"/>
            </w:pPr>
            <w:r>
              <w:rPr>
                <w:sz w:val="16"/>
              </w:rPr>
              <w:t>City</w:t>
            </w:r>
          </w:p>
        </w:tc>
        <w:tc>
          <w:tcPr>
            <w:tcW w:type="dxa" w:w="3226"/>
          </w:tcPr>
          <w:p>
            <w:pPr>
              <w:spacing w:after="0"/>
              <w:jc w:val="left"/>
            </w:pPr>
            <w:r>
              <w:rPr>
                <w:sz w:val="16"/>
              </w:rPr>
              <w:t>Approved, expires 2027-08-16</w:t>
            </w:r>
          </w:p>
        </w:tc>
        <w:tc>
          <w:tcPr>
            <w:tcW w:type="dxa" w:w="2572"/>
          </w:tcPr>
          <w:p>
            <w:pPr>
              <w:spacing w:after="0"/>
              <w:jc w:val="right"/>
            </w:pPr>
            <w:r>
              <w:rPr>
                <w:sz w:val="16"/>
              </w:rPr>
              <w:t>FMA RL 0, SRL 0; any 0</w:t>
            </w:r>
          </w:p>
        </w:tc>
        <w:tc>
          <w:tcPr>
            <w:tcW w:type="dxa" w:w="1810"/>
          </w:tcPr>
          <w:p>
            <w:pPr>
              <w:spacing w:after="0"/>
              <w:jc w:val="right"/>
            </w:pPr>
            <w:r>
              <w:rPr>
                <w:sz w:val="16"/>
              </w:rPr>
              <w:t>$1,302,622.09</w:t>
            </w:r>
          </w:p>
        </w:tc>
        <w:tc>
          <w:tcPr>
            <w:tcW w:type="dxa" w:w="2202"/>
          </w:tcPr>
          <w:p>
            <w:pPr>
              <w:spacing w:after="0"/>
              <w:jc w:val="right"/>
            </w:pPr>
            <w:r>
              <w:rPr>
                <w:sz w:val="16"/>
              </w:rPr>
              <w:t>2; 0</w:t>
            </w:r>
          </w:p>
        </w:tc>
        <w:tc>
          <w:tcPr>
            <w:tcW w:type="dxa" w:w="791"/>
          </w:tcPr>
          <w:p>
            <w:pPr>
              <w:spacing w:after="0"/>
              <w:jc w:val="left"/>
            </w:pPr>
          </w:p>
        </w:tc>
      </w:tr>
      <w:tr>
        <w:trPr>
          <w:cantSplit/>
        </w:trPr>
        <w:tc>
          <w:tcPr>
            <w:tcW w:type="dxa" w:w="1810"/>
          </w:tcPr>
          <w:p>
            <w:pPr>
              <w:spacing w:after="0"/>
              <w:jc w:val="left"/>
            </w:pPr>
            <w:r>
              <w:rPr>
                <w:sz w:val="16"/>
              </w:rPr>
              <w:t>Cumberland city</w:t>
            </w:r>
          </w:p>
        </w:tc>
        <w:tc>
          <w:tcPr>
            <w:tcW w:type="dxa" w:w="1701"/>
          </w:tcPr>
          <w:p>
            <w:pPr>
              <w:spacing w:after="0"/>
              <w:jc w:val="left"/>
            </w:pPr>
            <w:r>
              <w:rPr>
                <w:sz w:val="16"/>
              </w:rPr>
              <w:t>City</w:t>
            </w:r>
          </w:p>
        </w:tc>
        <w:tc>
          <w:tcPr>
            <w:tcW w:type="dxa" w:w="3226"/>
          </w:tcPr>
          <w:p>
            <w:pPr>
              <w:spacing w:after="0"/>
              <w:jc w:val="left"/>
            </w:pPr>
            <w:r>
              <w:rPr>
                <w:sz w:val="16"/>
              </w:rPr>
              <w:t>Approved, expires 2027-08-16</w:t>
            </w:r>
          </w:p>
        </w:tc>
        <w:tc>
          <w:tcPr>
            <w:tcW w:type="dxa" w:w="2572"/>
          </w:tcPr>
          <w:p>
            <w:pPr>
              <w:spacing w:after="0"/>
              <w:jc w:val="right"/>
            </w:pPr>
            <w:r>
              <w:rPr>
                <w:sz w:val="16"/>
              </w:rPr>
              <w:t>FMA RL 0, SRL 0; any 1</w:t>
            </w:r>
          </w:p>
        </w:tc>
        <w:tc>
          <w:tcPr>
            <w:tcW w:type="dxa" w:w="1810"/>
          </w:tcPr>
          <w:p>
            <w:pPr>
              <w:spacing w:after="0"/>
              <w:jc w:val="right"/>
            </w:pPr>
            <w:r>
              <w:rPr>
                <w:sz w:val="16"/>
              </w:rPr>
              <w:t>$3,406,908.75</w:t>
            </w:r>
          </w:p>
        </w:tc>
        <w:tc>
          <w:tcPr>
            <w:tcW w:type="dxa" w:w="2202"/>
          </w:tcPr>
          <w:p>
            <w:pPr>
              <w:spacing w:after="0"/>
              <w:jc w:val="right"/>
            </w:pPr>
            <w:r>
              <w:rPr>
                <w:sz w:val="16"/>
              </w:rPr>
              <w:t>12; 0</w:t>
            </w:r>
          </w:p>
        </w:tc>
        <w:tc>
          <w:tcPr>
            <w:tcW w:type="dxa" w:w="791"/>
          </w:tcPr>
          <w:p>
            <w:pPr>
              <w:spacing w:after="0"/>
              <w:jc w:val="left"/>
            </w:pPr>
          </w:p>
        </w:tc>
      </w:tr>
      <w:tr>
        <w:trPr>
          <w:cantSplit/>
        </w:trPr>
        <w:tc>
          <w:tcPr>
            <w:tcW w:type="dxa" w:w="1810"/>
          </w:tcPr>
          <w:p>
            <w:pPr>
              <w:spacing w:after="0"/>
              <w:jc w:val="left"/>
            </w:pPr>
            <w:r>
              <w:rPr>
                <w:sz w:val="16"/>
              </w:rPr>
              <w:t>Evarts city</w:t>
            </w:r>
          </w:p>
        </w:tc>
        <w:tc>
          <w:tcPr>
            <w:tcW w:type="dxa" w:w="1701"/>
          </w:tcPr>
          <w:p>
            <w:pPr>
              <w:spacing w:after="0"/>
              <w:jc w:val="left"/>
            </w:pPr>
            <w:r>
              <w:rPr>
                <w:sz w:val="16"/>
              </w:rPr>
              <w:t>City</w:t>
            </w:r>
          </w:p>
        </w:tc>
        <w:tc>
          <w:tcPr>
            <w:tcW w:type="dxa" w:w="3226"/>
          </w:tcPr>
          <w:p>
            <w:pPr>
              <w:spacing w:after="0"/>
              <w:jc w:val="left"/>
            </w:pPr>
            <w:r>
              <w:rPr>
                <w:sz w:val="16"/>
              </w:rPr>
              <w:t>Approved, expires 2027-08-16</w:t>
            </w:r>
          </w:p>
        </w:tc>
        <w:tc>
          <w:tcPr>
            <w:tcW w:type="dxa" w:w="2572"/>
          </w:tcPr>
          <w:p>
            <w:pPr>
              <w:spacing w:after="0"/>
              <w:jc w:val="right"/>
            </w:pPr>
            <w:r>
              <w:rPr>
                <w:sz w:val="16"/>
              </w:rPr>
              <w:t>FMA RL 0, SRL 0; any 0</w:t>
            </w:r>
          </w:p>
        </w:tc>
        <w:tc>
          <w:tcPr>
            <w:tcW w:type="dxa" w:w="1810"/>
          </w:tcPr>
          <w:p>
            <w:pPr>
              <w:spacing w:after="0"/>
              <w:jc w:val="right"/>
            </w:pPr>
            <w:r>
              <w:rPr>
                <w:sz w:val="16"/>
              </w:rPr>
              <w:t>$154,936.26</w:t>
            </w:r>
          </w:p>
        </w:tc>
        <w:tc>
          <w:tcPr>
            <w:tcW w:type="dxa" w:w="2202"/>
          </w:tcPr>
          <w:p>
            <w:pPr>
              <w:spacing w:after="0"/>
              <w:jc w:val="right"/>
            </w:pPr>
            <w:r>
              <w:rPr>
                <w:sz w:val="16"/>
              </w:rPr>
              <w:t>25; 2</w:t>
            </w:r>
          </w:p>
        </w:tc>
        <w:tc>
          <w:tcPr>
            <w:tcW w:type="dxa" w:w="791"/>
          </w:tcPr>
          <w:p>
            <w:pPr>
              <w:spacing w:after="0"/>
              <w:jc w:val="left"/>
            </w:pPr>
          </w:p>
        </w:tc>
      </w:tr>
      <w:tr>
        <w:trPr>
          <w:cantSplit/>
        </w:trPr>
        <w:tc>
          <w:tcPr>
            <w:tcW w:type="dxa" w:w="1810"/>
          </w:tcPr>
          <w:p>
            <w:pPr>
              <w:spacing w:after="0"/>
              <w:jc w:val="left"/>
            </w:pPr>
            <w:r>
              <w:rPr>
                <w:sz w:val="16"/>
              </w:rPr>
              <w:t>Harlan city</w:t>
            </w:r>
          </w:p>
        </w:tc>
        <w:tc>
          <w:tcPr>
            <w:tcW w:type="dxa" w:w="1701"/>
          </w:tcPr>
          <w:p>
            <w:pPr>
              <w:spacing w:after="0"/>
              <w:jc w:val="left"/>
            </w:pPr>
            <w:r>
              <w:rPr>
                <w:sz w:val="16"/>
              </w:rPr>
              <w:t>City</w:t>
            </w:r>
          </w:p>
        </w:tc>
        <w:tc>
          <w:tcPr>
            <w:tcW w:type="dxa" w:w="3226"/>
          </w:tcPr>
          <w:p>
            <w:pPr>
              <w:spacing w:after="0"/>
              <w:jc w:val="left"/>
            </w:pPr>
            <w:r>
              <w:rPr>
                <w:sz w:val="16"/>
              </w:rPr>
              <w:t>Approved, expires 2027-08-16</w:t>
            </w:r>
          </w:p>
        </w:tc>
        <w:tc>
          <w:tcPr>
            <w:tcW w:type="dxa" w:w="2572"/>
          </w:tcPr>
          <w:p>
            <w:pPr>
              <w:spacing w:after="0"/>
              <w:jc w:val="right"/>
            </w:pPr>
            <w:r>
              <w:rPr>
                <w:sz w:val="16"/>
              </w:rPr>
              <w:t>FMA RL 0, SRL 0; any 2</w:t>
            </w:r>
          </w:p>
        </w:tc>
        <w:tc>
          <w:tcPr>
            <w:tcW w:type="dxa" w:w="1810"/>
          </w:tcPr>
          <w:p>
            <w:pPr>
              <w:spacing w:after="0"/>
              <w:jc w:val="right"/>
            </w:pPr>
            <w:r>
              <w:rPr>
                <w:sz w:val="16"/>
              </w:rPr>
              <w:t>$367,862.32</w:t>
            </w:r>
          </w:p>
        </w:tc>
        <w:tc>
          <w:tcPr>
            <w:tcW w:type="dxa" w:w="2202"/>
          </w:tcPr>
          <w:p>
            <w:pPr>
              <w:spacing w:after="0"/>
              <w:jc w:val="right"/>
            </w:pPr>
            <w:r>
              <w:rPr>
                <w:sz w:val="16"/>
              </w:rPr>
              <w:t>42; 1</w:t>
            </w:r>
          </w:p>
        </w:tc>
        <w:tc>
          <w:tcPr>
            <w:tcW w:type="dxa" w:w="791"/>
          </w:tcPr>
          <w:p>
            <w:pPr>
              <w:spacing w:after="0"/>
              <w:jc w:val="left"/>
            </w:pPr>
          </w:p>
        </w:tc>
      </w:tr>
      <w:tr>
        <w:trPr>
          <w:cantSplit/>
        </w:trPr>
        <w:tc>
          <w:tcPr>
            <w:tcW w:type="dxa" w:w="1810"/>
          </w:tcPr>
          <w:p>
            <w:pPr>
              <w:spacing w:after="0"/>
              <w:jc w:val="left"/>
            </w:pPr>
            <w:r>
              <w:rPr>
                <w:sz w:val="16"/>
              </w:rPr>
              <w:t>Loyall city</w:t>
            </w:r>
          </w:p>
        </w:tc>
        <w:tc>
          <w:tcPr>
            <w:tcW w:type="dxa" w:w="1701"/>
          </w:tcPr>
          <w:p>
            <w:pPr>
              <w:spacing w:after="0"/>
              <w:jc w:val="left"/>
            </w:pPr>
            <w:r>
              <w:rPr>
                <w:sz w:val="16"/>
              </w:rPr>
              <w:t>City</w:t>
            </w:r>
          </w:p>
        </w:tc>
        <w:tc>
          <w:tcPr>
            <w:tcW w:type="dxa" w:w="3226"/>
          </w:tcPr>
          <w:p>
            <w:pPr>
              <w:spacing w:after="0"/>
              <w:jc w:val="left"/>
            </w:pPr>
            <w:r>
              <w:rPr>
                <w:sz w:val="16"/>
              </w:rPr>
              <w:t>Approved, expires 2027-08-16</w:t>
            </w:r>
          </w:p>
        </w:tc>
        <w:tc>
          <w:tcPr>
            <w:tcW w:type="dxa" w:w="2572"/>
          </w:tcPr>
          <w:p>
            <w:pPr>
              <w:spacing w:after="0"/>
              <w:jc w:val="right"/>
            </w:pPr>
            <w:r>
              <w:rPr>
                <w:sz w:val="16"/>
              </w:rPr>
              <w:t>FMA RL 0, SRL 0; any 1</w:t>
            </w:r>
          </w:p>
        </w:tc>
        <w:tc>
          <w:tcPr>
            <w:tcW w:type="dxa" w:w="1810"/>
          </w:tcPr>
          <w:p>
            <w:pPr>
              <w:spacing w:after="0"/>
              <w:jc w:val="right"/>
            </w:pPr>
            <w:r>
              <w:rPr>
                <w:sz w:val="16"/>
              </w:rPr>
              <w:t>none found</w:t>
            </w:r>
          </w:p>
        </w:tc>
        <w:tc>
          <w:tcPr>
            <w:tcW w:type="dxa" w:w="2202"/>
          </w:tcPr>
          <w:p>
            <w:pPr>
              <w:spacing w:after="0"/>
              <w:jc w:val="right"/>
            </w:pPr>
            <w:r>
              <w:rPr>
                <w:sz w:val="16"/>
              </w:rPr>
              <w:t>2; 0</w:t>
            </w:r>
          </w:p>
        </w:tc>
        <w:tc>
          <w:tcPr>
            <w:tcW w:type="dxa" w:w="791"/>
          </w:tcPr>
          <w:p>
            <w:pPr>
              <w:spacing w:after="0"/>
              <w:jc w:val="left"/>
            </w:pPr>
          </w:p>
        </w:tc>
      </w:tr>
      <w:tr>
        <w:trPr>
          <w:cantSplit/>
        </w:trPr>
        <w:tc>
          <w:tcPr>
            <w:tcW w:type="dxa" w:w="1810"/>
          </w:tcPr>
          <w:p>
            <w:pPr>
              <w:spacing w:after="0"/>
              <w:jc w:val="left"/>
            </w:pPr>
            <w:r>
              <w:rPr>
                <w:sz w:val="16"/>
              </w:rPr>
              <w:t>Lynch city</w:t>
            </w:r>
          </w:p>
        </w:tc>
        <w:tc>
          <w:tcPr>
            <w:tcW w:type="dxa" w:w="1701"/>
          </w:tcPr>
          <w:p>
            <w:pPr>
              <w:spacing w:after="0"/>
              <w:jc w:val="left"/>
            </w:pPr>
            <w:r>
              <w:rPr>
                <w:sz w:val="16"/>
              </w:rPr>
              <w:t>City</w:t>
            </w:r>
          </w:p>
        </w:tc>
        <w:tc>
          <w:tcPr>
            <w:tcW w:type="dxa" w:w="3226"/>
          </w:tcPr>
          <w:p>
            <w:pPr>
              <w:spacing w:after="0"/>
              <w:jc w:val="left"/>
            </w:pPr>
            <w:r>
              <w:rPr>
                <w:sz w:val="16"/>
              </w:rPr>
              <w:t>Approved, expires 2027-08-16</w:t>
            </w:r>
          </w:p>
        </w:tc>
        <w:tc>
          <w:tcPr>
            <w:tcW w:type="dxa" w:w="2572"/>
          </w:tcPr>
          <w:p>
            <w:pPr>
              <w:spacing w:after="0"/>
              <w:jc w:val="right"/>
            </w:pPr>
            <w:r>
              <w:rPr>
                <w:sz w:val="16"/>
              </w:rPr>
              <w:t>FMA RL 0, SRL 0; any 0</w:t>
            </w:r>
          </w:p>
        </w:tc>
        <w:tc>
          <w:tcPr>
            <w:tcW w:type="dxa" w:w="1810"/>
          </w:tcPr>
          <w:p>
            <w:pPr>
              <w:spacing w:after="0"/>
              <w:jc w:val="right"/>
            </w:pPr>
            <w:r>
              <w:rPr>
                <w:sz w:val="16"/>
              </w:rPr>
              <w:t>$3,973,068.92</w:t>
            </w:r>
          </w:p>
        </w:tc>
        <w:tc>
          <w:tcPr>
            <w:tcW w:type="dxa" w:w="2202"/>
          </w:tcPr>
          <w:p>
            <w:pPr>
              <w:spacing w:after="0"/>
              <w:jc w:val="right"/>
            </w:pPr>
            <w:r>
              <w:rPr>
                <w:sz w:val="16"/>
              </w:rPr>
              <w:t>7; 0</w:t>
            </w:r>
          </w:p>
        </w:tc>
        <w:tc>
          <w:tcPr>
            <w:tcW w:type="dxa" w:w="7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9"/>
        <w:gridCol w:w="1047"/>
        <w:gridCol w:w="1126"/>
        <w:gridCol w:w="1126"/>
        <w:gridCol w:w="1185"/>
        <w:gridCol w:w="1055"/>
        <w:gridCol w:w="1247"/>
        <w:gridCol w:w="1124"/>
        <w:gridCol w:w="1353"/>
        <w:gridCol w:w="127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7"/>
            <w:shd w:val="clear" w:color="auto" w:fill="E8E8E8"/>
          </w:tcPr>
          <w:p>
            <w:pPr>
              <w:spacing w:after="0"/>
              <w:jc w:val="right"/>
            </w:pPr>
            <w:r>
              <w:rPr>
                <w:b/>
                <w:sz w:val="16"/>
              </w:rPr>
              <w:t>Storm Events damage since 2022-08-17</w:t>
            </w:r>
          </w:p>
          <w:p>
            <w:pPr>
              <w:spacing w:after="0"/>
              <w:jc w:val="right"/>
            </w:pPr>
            <w:r>
              <w:rPr>
                <w:i/>
                <w:color w:val="555555"/>
                <w:sz w:val="14"/>
              </w:rPr>
              <w:t>county-coded records, property plus crops, nominal dollars</w:t>
            </w:r>
          </w:p>
        </w:tc>
        <w:tc>
          <w:tcPr>
            <w:tcW w:type="dxa" w:w="112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5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$1,314,223</w:t>
            </w:r>
          </w:p>
        </w:tc>
        <w:tc>
          <w:tcPr>
            <w:tcW w:type="dxa" w:w="1139"/>
          </w:tcPr>
          <w:p>
            <w:pPr>
              <w:spacing w:after="0"/>
              <w:jc w:val="right"/>
            </w:pPr>
          </w:p>
        </w:tc>
        <w:tc>
          <w:tcPr>
            <w:tcW w:type="dxa" w:w="1047"/>
          </w:tcPr>
          <w:p>
            <w:pPr>
              <w:spacing w:after="0"/>
              <w:jc w:val="right"/>
            </w:pPr>
            <w:r>
              <w:rPr>
                <w:sz w:val="16"/>
              </w:rPr>
              <w:t>3</w:t>
            </w:r>
          </w:p>
        </w:tc>
        <w:tc>
          <w:tcPr>
            <w:tcW w:type="dxa" w:w="1126"/>
          </w:tcPr>
          <w:p>
            <w:pPr>
              <w:spacing w:after="0"/>
              <w:jc w:val="right"/>
            </w:pPr>
            <w:r>
              <w:rPr>
                <w:sz w:val="16"/>
              </w:rPr>
              <w:t>under $1</w:t>
            </w:r>
          </w:p>
        </w:tc>
        <w:tc>
          <w:tcPr>
            <w:tcW w:type="dxa" w:w="1126"/>
          </w:tcPr>
          <w:p>
            <w:pPr>
              <w:spacing w:after="0"/>
              <w:jc w:val="right"/>
            </w:pPr>
          </w:p>
        </w:tc>
        <w:tc>
          <w:tcPr>
            <w:tcW w:type="dxa" w:w="1185"/>
          </w:tcPr>
          <w:p>
            <w:pPr>
              <w:spacing w:after="0"/>
              <w:jc w:val="right"/>
            </w:pPr>
            <w:r>
              <w:rPr>
                <w:sz w:val="16"/>
              </w:rPr>
              <w:t>$11,284</w:t>
            </w:r>
          </w:p>
        </w:tc>
        <w:tc>
          <w:tcPr>
            <w:tcW w:type="dxa" w:w="1055"/>
          </w:tcPr>
          <w:p>
            <w:pPr>
              <w:spacing w:after="0"/>
              <w:jc w:val="right"/>
            </w:pPr>
            <w:r>
              <w:rPr>
                <w:sz w:val="16"/>
              </w:rPr>
              <w:t>under 0.0001%</w:t>
            </w: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5"/>
          </w:tcPr>
          <w:p>
            <w:pPr>
              <w:spacing w:after="0"/>
              <w:jc w:val="right"/>
            </w:pPr>
          </w:p>
        </w:tc>
        <w:tc>
          <w:tcPr>
            <w:tcW w:type="dxa" w:w="1055"/>
          </w:tcPr>
          <w:p>
            <w:pPr>
              <w:spacing w:after="0"/>
              <w:jc w:val="right"/>
            </w:pP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$4,004,518,630</w:t>
            </w:r>
          </w:p>
        </w:tc>
        <w:tc>
          <w:tcPr>
            <w:tcW w:type="dxa" w:w="1139"/>
          </w:tcPr>
          <w:p>
            <w:pPr>
              <w:spacing w:after="0"/>
              <w:jc w:val="right"/>
            </w:pPr>
            <w:r>
              <w:rPr>
                <w:sz w:val="16"/>
              </w:rPr>
              <w:t>$273,071</w:t>
            </w:r>
          </w:p>
        </w:tc>
        <w:tc>
          <w:tcPr>
            <w:tcW w:type="dxa" w:w="1047"/>
          </w:tcPr>
          <w:p>
            <w:pPr>
              <w:spacing w:after="0"/>
              <w:jc w:val="right"/>
            </w:pPr>
            <w:r>
              <w:rPr>
                <w:sz w:val="16"/>
              </w:rPr>
              <w:t>26,728</w:t>
            </w:r>
          </w:p>
        </w:tc>
        <w:tc>
          <w:tcPr>
            <w:tcW w:type="dxa" w:w="1126"/>
          </w:tcPr>
          <w:p>
            <w:pPr>
              <w:spacing w:after="0"/>
              <w:jc w:val="right"/>
            </w:pPr>
            <w:r>
              <w:rPr>
                <w:sz w:val="16"/>
              </w:rPr>
              <w:t>$716</w:t>
            </w:r>
          </w:p>
        </w:tc>
        <w:tc>
          <w:tcPr>
            <w:tcW w:type="dxa" w:w="1126"/>
          </w:tcPr>
          <w:p>
            <w:pPr>
              <w:spacing w:after="0"/>
              <w:jc w:val="right"/>
            </w:pPr>
            <w:r>
              <w:rPr>
                <w:sz w:val="16"/>
              </w:rPr>
              <w:t>$218</w:t>
            </w:r>
          </w:p>
        </w:tc>
        <w:tc>
          <w:tcPr>
            <w:tcW w:type="dxa" w:w="1185"/>
          </w:tcPr>
          <w:p>
            <w:pPr>
              <w:spacing w:after="0"/>
              <w:jc w:val="right"/>
            </w:pPr>
            <w:r>
              <w:rPr>
                <w:sz w:val="16"/>
              </w:rPr>
              <w:t>$1,224,964</w:t>
            </w:r>
          </w:p>
        </w:tc>
        <w:tc>
          <w:tcPr>
            <w:tcW w:type="dxa" w:w="1055"/>
          </w:tcPr>
          <w:p>
            <w:pPr>
              <w:spacing w:after="0"/>
              <w:jc w:val="right"/>
            </w:pPr>
            <w:r>
              <w:rPr>
                <w:sz w:val="16"/>
              </w:rPr>
              <w:t>under 0.0001%</w:t>
            </w: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9"/>
          </w:tcPr>
          <w:p>
            <w:pPr>
              <w:spacing w:after="0"/>
              <w:jc w:val="right"/>
            </w:pPr>
            <w:r>
              <w:rPr>
                <w:sz w:val="16"/>
              </w:rPr>
              <w:t>$0</w:t>
            </w:r>
          </w:p>
        </w:tc>
        <w:tc>
          <w:tcPr>
            <w:tcW w:type="dxa" w:w="1047"/>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85"/>
          </w:tcPr>
          <w:p>
            <w:pPr>
              <w:spacing w:after="0"/>
              <w:jc w:val="right"/>
            </w:pPr>
          </w:p>
        </w:tc>
        <w:tc>
          <w:tcPr>
            <w:tcW w:type="dxa" w:w="1055"/>
          </w:tcPr>
          <w:p>
            <w:pPr>
              <w:spacing w:after="0"/>
              <w:jc w:val="right"/>
            </w:pP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$7,181,595,435</w:t>
            </w:r>
          </w:p>
        </w:tc>
        <w:tc>
          <w:tcPr>
            <w:tcW w:type="dxa" w:w="1139"/>
          </w:tcPr>
          <w:p>
            <w:pPr>
              <w:spacing w:after="0"/>
              <w:jc w:val="right"/>
            </w:pPr>
          </w:p>
        </w:tc>
        <w:tc>
          <w:tcPr>
            <w:tcW w:type="dxa" w:w="1047"/>
          </w:tcPr>
          <w:p>
            <w:pPr>
              <w:spacing w:after="0"/>
              <w:jc w:val="right"/>
            </w:pPr>
            <w:r>
              <w:rPr>
                <w:sz w:val="16"/>
              </w:rPr>
              <w:t>26,831</w:t>
            </w:r>
          </w:p>
        </w:tc>
        <w:tc>
          <w:tcPr>
            <w:tcW w:type="dxa" w:w="1126"/>
          </w:tcPr>
          <w:p>
            <w:pPr>
              <w:spacing w:after="0"/>
              <w:jc w:val="right"/>
            </w:pPr>
            <w:r>
              <w:rPr>
                <w:sz w:val="16"/>
              </w:rPr>
              <w:t>$208,061</w:t>
            </w:r>
          </w:p>
        </w:tc>
        <w:tc>
          <w:tcPr>
            <w:tcW w:type="dxa" w:w="1126"/>
          </w:tcPr>
          <w:p>
            <w:pPr>
              <w:spacing w:after="0"/>
              <w:jc w:val="right"/>
            </w:pPr>
          </w:p>
        </w:tc>
        <w:tc>
          <w:tcPr>
            <w:tcW w:type="dxa" w:w="1185"/>
          </w:tcPr>
          <w:p>
            <w:pPr>
              <w:spacing w:after="0"/>
              <w:jc w:val="right"/>
            </w:pPr>
            <w:r>
              <w:rPr>
                <w:sz w:val="16"/>
              </w:rPr>
              <w:t>$61,128</w:t>
            </w:r>
          </w:p>
        </w:tc>
        <w:tc>
          <w:tcPr>
            <w:tcW w:type="dxa" w:w="1055"/>
          </w:tcPr>
          <w:p>
            <w:pPr>
              <w:spacing w:after="0"/>
              <w:jc w:val="right"/>
            </w:pPr>
            <w:r>
              <w:rPr>
                <w:sz w:val="16"/>
              </w:rPr>
              <w:t>0.0029%</w:t>
            </w: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$4,004,521,524</w:t>
            </w:r>
          </w:p>
        </w:tc>
        <w:tc>
          <w:tcPr>
            <w:tcW w:type="dxa" w:w="1139"/>
          </w:tcPr>
          <w:p>
            <w:pPr>
              <w:spacing w:after="0"/>
              <w:jc w:val="right"/>
            </w:pPr>
            <w:r>
              <w:rPr>
                <w:sz w:val="16"/>
              </w:rPr>
              <w:t>$273,071</w:t>
            </w:r>
          </w:p>
        </w:tc>
        <w:tc>
          <w:tcPr>
            <w:tcW w:type="dxa" w:w="1047"/>
          </w:tcPr>
          <w:p>
            <w:pPr>
              <w:spacing w:after="0"/>
              <w:jc w:val="right"/>
            </w:pPr>
            <w:r>
              <w:rPr>
                <w:sz w:val="16"/>
              </w:rPr>
              <w:t>26,728</w:t>
            </w:r>
          </w:p>
        </w:tc>
        <w:tc>
          <w:tcPr>
            <w:tcW w:type="dxa" w:w="1126"/>
          </w:tcPr>
          <w:p>
            <w:pPr>
              <w:spacing w:after="0"/>
              <w:jc w:val="right"/>
            </w:pPr>
            <w:r>
              <w:rPr>
                <w:sz w:val="16"/>
              </w:rPr>
              <w:t>$148,178</w:t>
            </w:r>
          </w:p>
        </w:tc>
        <w:tc>
          <w:tcPr>
            <w:tcW w:type="dxa" w:w="1126"/>
          </w:tcPr>
          <w:p>
            <w:pPr>
              <w:spacing w:after="0"/>
              <w:jc w:val="right"/>
            </w:pPr>
            <w:r>
              <w:rPr>
                <w:sz w:val="16"/>
              </w:rPr>
              <w:t>$202</w:t>
            </w:r>
          </w:p>
        </w:tc>
        <w:tc>
          <w:tcPr>
            <w:tcW w:type="dxa" w:w="1185"/>
          </w:tcPr>
          <w:p>
            <w:pPr>
              <w:spacing w:after="0"/>
              <w:jc w:val="right"/>
            </w:pPr>
            <w:r>
              <w:rPr>
                <w:sz w:val="16"/>
              </w:rPr>
              <w:t>$20,252</w:t>
            </w:r>
          </w:p>
        </w:tc>
        <w:tc>
          <w:tcPr>
            <w:tcW w:type="dxa" w:w="1055"/>
          </w:tcPr>
          <w:p>
            <w:pPr>
              <w:spacing w:after="0"/>
              <w:jc w:val="right"/>
            </w:pPr>
            <w:r>
              <w:rPr>
                <w:sz w:val="16"/>
              </w:rPr>
              <w:t>0.0037%</w:t>
            </w:r>
          </w:p>
        </w:tc>
        <w:tc>
          <w:tcPr>
            <w:tcW w:type="dxa" w:w="1247"/>
          </w:tcPr>
          <w:p>
            <w:pPr>
              <w:spacing w:after="0"/>
              <w:jc w:val="right"/>
            </w:pPr>
            <w:r>
              <w:rPr>
                <w:sz w:val="16"/>
              </w:rPr>
              <w:t>$0</w:t>
            </w:r>
          </w:p>
        </w:tc>
        <w:tc>
          <w:tcPr>
            <w:tcW w:type="dxa" w:w="1124"/>
          </w:tcPr>
          <w:p>
            <w:pPr>
              <w:spacing w:after="0"/>
              <w:jc w:val="right"/>
            </w:pP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$4,004,518,630</w:t>
            </w:r>
          </w:p>
        </w:tc>
        <w:tc>
          <w:tcPr>
            <w:tcW w:type="dxa" w:w="1139"/>
          </w:tcPr>
          <w:p>
            <w:pPr>
              <w:spacing w:after="0"/>
              <w:jc w:val="right"/>
            </w:pPr>
            <w:r>
              <w:rPr>
                <w:sz w:val="16"/>
              </w:rPr>
              <w:t>$273,071</w:t>
            </w:r>
          </w:p>
        </w:tc>
        <w:tc>
          <w:tcPr>
            <w:tcW w:type="dxa" w:w="1047"/>
          </w:tcPr>
          <w:p>
            <w:pPr>
              <w:spacing w:after="0"/>
              <w:jc w:val="right"/>
            </w:pPr>
            <w:r>
              <w:rPr>
                <w:sz w:val="16"/>
              </w:rPr>
              <w:t>26,728</w:t>
            </w:r>
          </w:p>
        </w:tc>
        <w:tc>
          <w:tcPr>
            <w:tcW w:type="dxa" w:w="1126"/>
          </w:tcPr>
          <w:p>
            <w:pPr>
              <w:spacing w:after="0"/>
              <w:jc w:val="right"/>
            </w:pPr>
            <w:r>
              <w:rPr>
                <w:sz w:val="16"/>
              </w:rPr>
              <w:t>$7</w:t>
            </w:r>
          </w:p>
        </w:tc>
        <w:tc>
          <w:tcPr>
            <w:tcW w:type="dxa" w:w="1126"/>
          </w:tcPr>
          <w:p>
            <w:pPr>
              <w:spacing w:after="0"/>
              <w:jc w:val="right"/>
            </w:pPr>
            <w:r>
              <w:rPr>
                <w:sz w:val="16"/>
              </w:rPr>
              <w:t>under $1</w:t>
            </w:r>
          </w:p>
        </w:tc>
        <w:tc>
          <w:tcPr>
            <w:tcW w:type="dxa" w:w="1185"/>
          </w:tcPr>
          <w:p>
            <w:pPr>
              <w:spacing w:after="0"/>
              <w:jc w:val="right"/>
            </w:pPr>
            <w:r>
              <w:rPr>
                <w:sz w:val="16"/>
              </w:rPr>
              <w:t>$159,404</w:t>
            </w:r>
          </w:p>
        </w:tc>
        <w:tc>
          <w:tcPr>
            <w:tcW w:type="dxa" w:w="1055"/>
          </w:tcPr>
          <w:p>
            <w:pPr>
              <w:spacing w:after="0"/>
              <w:jc w:val="right"/>
            </w:pPr>
            <w:r>
              <w:rPr>
                <w:sz w:val="16"/>
              </w:rPr>
              <w:t>under 0.0001%</w:t>
            </w: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$3,998,845,495</w:t>
            </w:r>
          </w:p>
        </w:tc>
        <w:tc>
          <w:tcPr>
            <w:tcW w:type="dxa" w:w="1139"/>
          </w:tcPr>
          <w:p>
            <w:pPr>
              <w:spacing w:after="0"/>
              <w:jc w:val="right"/>
            </w:pPr>
            <w:r>
              <w:rPr>
                <w:sz w:val="16"/>
              </w:rPr>
              <w:t>$273,071</w:t>
            </w:r>
          </w:p>
        </w:tc>
        <w:tc>
          <w:tcPr>
            <w:tcW w:type="dxa" w:w="1047"/>
          </w:tcPr>
          <w:p>
            <w:pPr>
              <w:spacing w:after="0"/>
              <w:jc w:val="right"/>
            </w:pPr>
            <w:r>
              <w:rPr>
                <w:sz w:val="16"/>
              </w:rPr>
              <w:t>26,697</w:t>
            </w:r>
          </w:p>
        </w:tc>
        <w:tc>
          <w:tcPr>
            <w:tcW w:type="dxa" w:w="1126"/>
          </w:tcPr>
          <w:p>
            <w:pPr>
              <w:spacing w:after="0"/>
              <w:jc w:val="right"/>
            </w:pPr>
            <w:r>
              <w:rPr>
                <w:sz w:val="16"/>
              </w:rPr>
              <w:t>$25,480</w:t>
            </w:r>
          </w:p>
        </w:tc>
        <w:tc>
          <w:tcPr>
            <w:tcW w:type="dxa" w:w="1126"/>
          </w:tcPr>
          <w:p>
            <w:pPr>
              <w:spacing w:after="0"/>
              <w:jc w:val="right"/>
            </w:pPr>
            <w:r>
              <w:rPr>
                <w:sz w:val="16"/>
              </w:rPr>
              <w:t>$37</w:t>
            </w:r>
          </w:p>
        </w:tc>
        <w:tc>
          <w:tcPr>
            <w:tcW w:type="dxa" w:w="1185"/>
          </w:tcPr>
          <w:p>
            <w:pPr>
              <w:spacing w:after="0"/>
              <w:jc w:val="right"/>
            </w:pPr>
            <w:r>
              <w:rPr>
                <w:sz w:val="16"/>
              </w:rPr>
              <w:t>$688</w:t>
            </w:r>
          </w:p>
        </w:tc>
        <w:tc>
          <w:tcPr>
            <w:tcW w:type="dxa" w:w="1055"/>
          </w:tcPr>
          <w:p>
            <w:pPr>
              <w:spacing w:after="0"/>
              <w:jc w:val="right"/>
            </w:pPr>
            <w:r>
              <w:rPr>
                <w:sz w:val="16"/>
              </w:rPr>
              <w:t>0.000637%</w:t>
            </w:r>
          </w:p>
        </w:tc>
        <w:tc>
          <w:tcPr>
            <w:tcW w:type="dxa" w:w="1247"/>
          </w:tcPr>
          <w:p>
            <w:pPr>
              <w:spacing w:after="0"/>
              <w:jc w:val="right"/>
            </w:pPr>
          </w:p>
        </w:tc>
        <w:tc>
          <w:tcPr>
            <w:tcW w:type="dxa" w:w="1124"/>
          </w:tcPr>
          <w:p>
            <w:pPr>
              <w:spacing w:after="0"/>
              <w:jc w:val="right"/>
            </w:pPr>
          </w:p>
        </w:tc>
        <w:tc>
          <w:tcPr>
            <w:tcW w:type="dxa" w:w="1353"/>
          </w:tcPr>
          <w:p>
            <w:pPr>
              <w:spacing w:after="0"/>
              <w:jc w:val="right"/>
            </w:pPr>
            <w:r>
              <w:rPr>
                <w:sz w:val="16"/>
              </w:rPr>
              <w:t>none found (1 declaration)</w:t>
            </w:r>
          </w:p>
        </w:tc>
        <w:tc>
          <w:tcPr>
            <w:tcW w:type="dxa" w:w="127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$3,994,394,399</w:t>
            </w:r>
          </w:p>
        </w:tc>
        <w:tc>
          <w:tcPr>
            <w:tcW w:type="dxa" w:w="1139"/>
          </w:tcPr>
          <w:p>
            <w:pPr>
              <w:spacing w:after="0"/>
              <w:jc w:val="right"/>
            </w:pPr>
          </w:p>
        </w:tc>
        <w:tc>
          <w:tcPr>
            <w:tcW w:type="dxa" w:w="1047"/>
          </w:tcPr>
          <w:p>
            <w:pPr>
              <w:spacing w:after="0"/>
              <w:jc w:val="right"/>
            </w:pPr>
            <w:r>
              <w:rPr>
                <w:sz w:val="16"/>
              </w:rPr>
              <w:t>26,631</w:t>
            </w:r>
          </w:p>
        </w:tc>
        <w:tc>
          <w:tcPr>
            <w:tcW w:type="dxa" w:w="1126"/>
          </w:tcPr>
          <w:p>
            <w:pPr>
              <w:spacing w:after="0"/>
              <w:jc w:val="right"/>
            </w:pPr>
            <w:r>
              <w:rPr>
                <w:sz w:val="16"/>
              </w:rPr>
              <w:t>$13,693</w:t>
            </w:r>
          </w:p>
        </w:tc>
        <w:tc>
          <w:tcPr>
            <w:tcW w:type="dxa" w:w="1126"/>
          </w:tcPr>
          <w:p>
            <w:pPr>
              <w:spacing w:after="0"/>
              <w:jc w:val="right"/>
            </w:pPr>
          </w:p>
        </w:tc>
        <w:tc>
          <w:tcPr>
            <w:tcW w:type="dxa" w:w="1185"/>
          </w:tcPr>
          <w:p>
            <w:pPr>
              <w:spacing w:after="0"/>
              <w:jc w:val="right"/>
            </w:pPr>
            <w:r>
              <w:rPr>
                <w:sz w:val="16"/>
              </w:rPr>
              <w:t>$2,370</w:t>
            </w:r>
          </w:p>
        </w:tc>
        <w:tc>
          <w:tcPr>
            <w:tcW w:type="dxa" w:w="1055"/>
          </w:tcPr>
          <w:p>
            <w:pPr>
              <w:spacing w:after="0"/>
              <w:jc w:val="right"/>
            </w:pPr>
            <w:r>
              <w:rPr>
                <w:sz w:val="16"/>
              </w:rPr>
              <w:t>0.000343%</w:t>
            </w: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$3,985,526,323</w:t>
            </w:r>
          </w:p>
        </w:tc>
        <w:tc>
          <w:tcPr>
            <w:tcW w:type="dxa" w:w="1139"/>
          </w:tcPr>
          <w:p>
            <w:pPr>
              <w:spacing w:after="0"/>
              <w:jc w:val="right"/>
            </w:pPr>
            <w:r>
              <w:rPr>
                <w:sz w:val="16"/>
              </w:rPr>
              <w:t>$122,253</w:t>
            </w:r>
          </w:p>
        </w:tc>
        <w:tc>
          <w:tcPr>
            <w:tcW w:type="dxa" w:w="1047"/>
          </w:tcPr>
          <w:p>
            <w:pPr>
              <w:spacing w:after="0"/>
              <w:jc w:val="right"/>
            </w:pPr>
            <w:r>
              <w:rPr>
                <w:sz w:val="16"/>
              </w:rPr>
              <w:t>5,732</w:t>
            </w:r>
          </w:p>
        </w:tc>
        <w:tc>
          <w:tcPr>
            <w:tcW w:type="dxa" w:w="1126"/>
          </w:tcPr>
          <w:p>
            <w:pPr>
              <w:spacing w:after="0"/>
              <w:jc w:val="right"/>
            </w:pPr>
            <w:r>
              <w:rPr>
                <w:sz w:val="16"/>
              </w:rPr>
              <w:t>$13,339,260</w:t>
            </w:r>
          </w:p>
        </w:tc>
        <w:tc>
          <w:tcPr>
            <w:tcW w:type="dxa" w:w="1126"/>
          </w:tcPr>
          <w:p>
            <w:pPr>
              <w:spacing w:after="0"/>
              <w:jc w:val="right"/>
            </w:pPr>
            <w:r>
              <w:rPr>
                <w:sz w:val="16"/>
              </w:rPr>
              <w:t>$507</w:t>
            </w:r>
          </w:p>
        </w:tc>
        <w:tc>
          <w:tcPr>
            <w:tcW w:type="dxa" w:w="1185"/>
          </w:tcPr>
          <w:p>
            <w:pPr>
              <w:spacing w:after="0"/>
              <w:jc w:val="right"/>
            </w:pPr>
            <w:r>
              <w:rPr>
                <w:sz w:val="16"/>
              </w:rPr>
              <w:t>$341,058</w:t>
            </w:r>
          </w:p>
        </w:tc>
        <w:tc>
          <w:tcPr>
            <w:tcW w:type="dxa" w:w="1055"/>
          </w:tcPr>
          <w:p>
            <w:pPr>
              <w:spacing w:after="0"/>
              <w:jc w:val="right"/>
            </w:pPr>
            <w:r>
              <w:rPr>
                <w:sz w:val="16"/>
              </w:rPr>
              <w:t>n/a (see note)</w:t>
            </w:r>
          </w:p>
        </w:tc>
        <w:tc>
          <w:tcPr>
            <w:tcW w:type="dxa" w:w="1247"/>
          </w:tcPr>
          <w:p>
            <w:pPr>
              <w:spacing w:after="0"/>
              <w:jc w:val="right"/>
            </w:pPr>
          </w:p>
        </w:tc>
        <w:tc>
          <w:tcPr>
            <w:tcW w:type="dxa" w:w="1124"/>
          </w:tcPr>
          <w:p>
            <w:pPr>
              <w:spacing w:after="0"/>
              <w:jc w:val="right"/>
            </w:pPr>
          </w:p>
        </w:tc>
        <w:tc>
          <w:tcPr>
            <w:tcW w:type="dxa" w:w="1353"/>
          </w:tcPr>
          <w:p>
            <w:pPr>
              <w:spacing w:after="0"/>
              <w:jc w:val="right"/>
            </w:pPr>
            <w:r>
              <w:rPr>
                <w:sz w:val="16"/>
              </w:rPr>
              <w:t>$2,250,367.70</w:t>
            </w:r>
          </w:p>
        </w:tc>
        <w:tc>
          <w:tcPr>
            <w:tcW w:type="dxa" w:w="1279"/>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$767,263,858</w:t>
            </w:r>
          </w:p>
        </w:tc>
        <w:tc>
          <w:tcPr>
            <w:tcW w:type="dxa" w:w="1139"/>
          </w:tcPr>
          <w:p>
            <w:pPr>
              <w:spacing w:after="0"/>
              <w:jc w:val="right"/>
            </w:pPr>
          </w:p>
        </w:tc>
        <w:tc>
          <w:tcPr>
            <w:tcW w:type="dxa" w:w="1047"/>
          </w:tcPr>
          <w:p>
            <w:pPr>
              <w:spacing w:after="0"/>
              <w:jc w:val="right"/>
            </w:pPr>
            <w:r>
              <w:rPr>
                <w:sz w:val="16"/>
              </w:rPr>
              <w:t>6,374</w:t>
            </w:r>
          </w:p>
        </w:tc>
        <w:tc>
          <w:tcPr>
            <w:tcW w:type="dxa" w:w="1126"/>
          </w:tcPr>
          <w:p>
            <w:pPr>
              <w:spacing w:after="0"/>
              <w:jc w:val="right"/>
            </w:pPr>
            <w:r>
              <w:rPr>
                <w:sz w:val="16"/>
              </w:rPr>
              <w:t>$3,725</w:t>
            </w:r>
          </w:p>
        </w:tc>
        <w:tc>
          <w:tcPr>
            <w:tcW w:type="dxa" w:w="1126"/>
          </w:tcPr>
          <w:p>
            <w:pPr>
              <w:spacing w:after="0"/>
              <w:jc w:val="right"/>
            </w:pPr>
          </w:p>
        </w:tc>
        <w:tc>
          <w:tcPr>
            <w:tcW w:type="dxa" w:w="1185"/>
          </w:tcPr>
          <w:p>
            <w:pPr>
              <w:spacing w:after="0"/>
              <w:jc w:val="right"/>
            </w:pPr>
            <w:r>
              <w:rPr>
                <w:sz w:val="16"/>
              </w:rPr>
              <w:t>$37,888</w:t>
            </w:r>
          </w:p>
        </w:tc>
        <w:tc>
          <w:tcPr>
            <w:tcW w:type="dxa" w:w="1055"/>
          </w:tcPr>
          <w:p>
            <w:pPr>
              <w:spacing w:after="0"/>
              <w:jc w:val="right"/>
            </w:pPr>
            <w:r>
              <w:rPr>
                <w:sz w:val="16"/>
              </w:rPr>
              <w:t>0.000486%</w:t>
            </w:r>
          </w:p>
        </w:tc>
        <w:tc>
          <w:tcPr>
            <w:tcW w:type="dxa" w:w="1247"/>
          </w:tcPr>
          <w:p>
            <w:pPr>
              <w:spacing w:after="0"/>
              <w:jc w:val="right"/>
            </w:pPr>
          </w:p>
        </w:tc>
        <w:tc>
          <w:tcPr>
            <w:tcW w:type="dxa" w:w="1124"/>
          </w:tcPr>
          <w:p>
            <w:pPr>
              <w:spacing w:after="0"/>
              <w:jc w:val="right"/>
            </w:pPr>
          </w:p>
        </w:tc>
        <w:tc>
          <w:tcPr>
            <w:tcW w:type="dxa" w:w="1353"/>
          </w:tcPr>
          <w:p>
            <w:pPr>
              <w:spacing w:after="0"/>
              <w:jc w:val="right"/>
            </w:pPr>
            <w:r>
              <w:rPr>
                <w:sz w:val="16"/>
              </w:rPr>
              <w:t>$2,250,367.70</w:t>
            </w:r>
          </w:p>
        </w:tc>
        <w:tc>
          <w:tcPr>
            <w:tcW w:type="dxa" w:w="127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$4,004,521,524</w:t>
            </w:r>
          </w:p>
        </w:tc>
        <w:tc>
          <w:tcPr>
            <w:tcW w:type="dxa" w:w="1139"/>
          </w:tcPr>
          <w:p>
            <w:pPr>
              <w:spacing w:after="0"/>
              <w:jc w:val="right"/>
            </w:pPr>
          </w:p>
        </w:tc>
        <w:tc>
          <w:tcPr>
            <w:tcW w:type="dxa" w:w="1047"/>
          </w:tcPr>
          <w:p>
            <w:pPr>
              <w:spacing w:after="0"/>
              <w:jc w:val="right"/>
            </w:pPr>
            <w:r>
              <w:rPr>
                <w:sz w:val="16"/>
              </w:rPr>
              <w:t>26,728</w:t>
            </w:r>
          </w:p>
        </w:tc>
        <w:tc>
          <w:tcPr>
            <w:tcW w:type="dxa" w:w="1126"/>
          </w:tcPr>
          <w:p>
            <w:pPr>
              <w:spacing w:after="0"/>
              <w:jc w:val="right"/>
            </w:pPr>
            <w:r>
              <w:rPr>
                <w:sz w:val="16"/>
              </w:rPr>
              <w:t>$4,880</w:t>
            </w:r>
          </w:p>
        </w:tc>
        <w:tc>
          <w:tcPr>
            <w:tcW w:type="dxa" w:w="1126"/>
          </w:tcPr>
          <w:p>
            <w:pPr>
              <w:spacing w:after="0"/>
              <w:jc w:val="right"/>
            </w:pPr>
          </w:p>
        </w:tc>
        <w:tc>
          <w:tcPr>
            <w:tcW w:type="dxa" w:w="1185"/>
          </w:tcPr>
          <w:p>
            <w:pPr>
              <w:spacing w:after="0"/>
              <w:jc w:val="right"/>
            </w:pPr>
            <w:r>
              <w:rPr>
                <w:sz w:val="16"/>
              </w:rPr>
              <w:t>$34,684</w:t>
            </w:r>
          </w:p>
        </w:tc>
        <w:tc>
          <w:tcPr>
            <w:tcW w:type="dxa" w:w="1055"/>
          </w:tcPr>
          <w:p>
            <w:pPr>
              <w:spacing w:after="0"/>
              <w:jc w:val="right"/>
            </w:pPr>
            <w:r>
              <w:rPr>
                <w:sz w:val="16"/>
              </w:rPr>
              <w:t>0.000122%</w:t>
            </w: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$4,004,521,524</w:t>
            </w:r>
          </w:p>
        </w:tc>
        <w:tc>
          <w:tcPr>
            <w:tcW w:type="dxa" w:w="1139"/>
          </w:tcPr>
          <w:p>
            <w:pPr>
              <w:spacing w:after="0"/>
              <w:jc w:val="right"/>
            </w:pPr>
            <w:r>
              <w:rPr>
                <w:sz w:val="16"/>
              </w:rPr>
              <w:t>$273,071</w:t>
            </w:r>
          </w:p>
        </w:tc>
        <w:tc>
          <w:tcPr>
            <w:tcW w:type="dxa" w:w="1047"/>
          </w:tcPr>
          <w:p>
            <w:pPr>
              <w:spacing w:after="0"/>
              <w:jc w:val="right"/>
            </w:pPr>
            <w:r>
              <w:rPr>
                <w:sz w:val="16"/>
              </w:rPr>
              <w:t>26,728</w:t>
            </w:r>
          </w:p>
        </w:tc>
        <w:tc>
          <w:tcPr>
            <w:tcW w:type="dxa" w:w="1126"/>
          </w:tcPr>
          <w:p>
            <w:pPr>
              <w:spacing w:after="0"/>
              <w:jc w:val="right"/>
            </w:pPr>
            <w:r>
              <w:rPr>
                <w:sz w:val="16"/>
              </w:rPr>
              <w:t>$83,235</w:t>
            </w:r>
          </w:p>
        </w:tc>
        <w:tc>
          <w:tcPr>
            <w:tcW w:type="dxa" w:w="1126"/>
          </w:tcPr>
          <w:p>
            <w:pPr>
              <w:spacing w:after="0"/>
              <w:jc w:val="right"/>
            </w:pPr>
            <w:r>
              <w:rPr>
                <w:sz w:val="16"/>
              </w:rPr>
              <w:t>$2,036</w:t>
            </w:r>
          </w:p>
        </w:tc>
        <w:tc>
          <w:tcPr>
            <w:tcW w:type="dxa" w:w="1185"/>
          </w:tcPr>
          <w:p>
            <w:pPr>
              <w:spacing w:after="0"/>
              <w:jc w:val="right"/>
            </w:pPr>
            <w:r>
              <w:rPr>
                <w:sz w:val="16"/>
              </w:rPr>
              <w:t>$1,140,460</w:t>
            </w:r>
          </w:p>
        </w:tc>
        <w:tc>
          <w:tcPr>
            <w:tcW w:type="dxa" w:w="1055"/>
          </w:tcPr>
          <w:p>
            <w:pPr>
              <w:spacing w:after="0"/>
              <w:jc w:val="right"/>
            </w:pPr>
            <w:r>
              <w:rPr>
                <w:sz w:val="16"/>
              </w:rPr>
              <w:t>0.00208%</w:t>
            </w:r>
          </w:p>
        </w:tc>
        <w:tc>
          <w:tcPr>
            <w:tcW w:type="dxa" w:w="1247"/>
          </w:tcPr>
          <w:p>
            <w:pPr>
              <w:spacing w:after="0"/>
              <w:jc w:val="right"/>
            </w:pPr>
            <w:r>
              <w:rPr>
                <w:sz w:val="16"/>
              </w:rPr>
              <w:t>$59,250</w:t>
            </w:r>
          </w:p>
        </w:tc>
        <w:tc>
          <w:tcPr>
            <w:tcW w:type="dxa" w:w="1124"/>
          </w:tcPr>
          <w:p>
            <w:pPr>
              <w:spacing w:after="0"/>
              <w:jc w:val="right"/>
            </w:pPr>
            <w:r>
              <w:rPr>
                <w:sz w:val="16"/>
              </w:rPr>
              <w:t>$74,000</w:t>
            </w:r>
          </w:p>
        </w:tc>
        <w:tc>
          <w:tcPr>
            <w:tcW w:type="dxa" w:w="1353"/>
          </w:tcPr>
          <w:p>
            <w:pPr>
              <w:spacing w:after="0"/>
              <w:jc w:val="right"/>
            </w:pPr>
            <w:r>
              <w:rPr>
                <w:sz w:val="16"/>
              </w:rPr>
              <w:t>$2,250,367.70</w:t>
            </w:r>
          </w:p>
        </w:tc>
        <w:tc>
          <w:tcPr>
            <w:tcW w:type="dxa" w:w="1279"/>
          </w:tcPr>
          <w:p>
            <w:pPr>
              <w:spacing w:after="0"/>
              <w:jc w:val="left"/>
            </w:pPr>
            <w:r>
              <w:rPr>
                <w:sz w:val="16"/>
              </w:rPr>
              <w:t>Storm Events damage since the plan includes 3 zone-level High Wind records ($74,000),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$4,004,521,524</w:t>
            </w:r>
          </w:p>
        </w:tc>
        <w:tc>
          <w:tcPr>
            <w:tcW w:type="dxa" w:w="1139"/>
          </w:tcPr>
          <w:p>
            <w:pPr>
              <w:spacing w:after="0"/>
              <w:jc w:val="right"/>
            </w:pPr>
            <w:r>
              <w:rPr>
                <w:sz w:val="16"/>
              </w:rPr>
              <w:t>$273,071</w:t>
            </w:r>
          </w:p>
        </w:tc>
        <w:tc>
          <w:tcPr>
            <w:tcW w:type="dxa" w:w="1047"/>
          </w:tcPr>
          <w:p>
            <w:pPr>
              <w:spacing w:after="0"/>
              <w:jc w:val="right"/>
            </w:pPr>
            <w:r>
              <w:rPr>
                <w:sz w:val="16"/>
              </w:rPr>
              <w:t>26,728</w:t>
            </w:r>
          </w:p>
        </w:tc>
        <w:tc>
          <w:tcPr>
            <w:tcW w:type="dxa" w:w="1126"/>
          </w:tcPr>
          <w:p>
            <w:pPr>
              <w:spacing w:after="0"/>
              <w:jc w:val="right"/>
            </w:pPr>
            <w:r>
              <w:rPr>
                <w:sz w:val="16"/>
              </w:rPr>
              <w:t>$163,429</w:t>
            </w:r>
          </w:p>
        </w:tc>
        <w:tc>
          <w:tcPr>
            <w:tcW w:type="dxa" w:w="1126"/>
          </w:tcPr>
          <w:p>
            <w:pPr>
              <w:spacing w:after="0"/>
              <w:jc w:val="right"/>
            </w:pPr>
            <w:r>
              <w:rPr>
                <w:sz w:val="16"/>
              </w:rPr>
              <w:t>$5</w:t>
            </w:r>
          </w:p>
        </w:tc>
        <w:tc>
          <w:tcPr>
            <w:tcW w:type="dxa" w:w="1185"/>
          </w:tcPr>
          <w:p>
            <w:pPr>
              <w:spacing w:after="0"/>
              <w:jc w:val="right"/>
            </w:pPr>
            <w:r>
              <w:rPr>
                <w:sz w:val="16"/>
              </w:rPr>
              <w:t>$424,909</w:t>
            </w:r>
          </w:p>
        </w:tc>
        <w:tc>
          <w:tcPr>
            <w:tcW w:type="dxa" w:w="1055"/>
          </w:tcPr>
          <w:p>
            <w:pPr>
              <w:spacing w:after="0"/>
              <w:jc w:val="right"/>
            </w:pPr>
            <w:r>
              <w:rPr>
                <w:sz w:val="16"/>
              </w:rPr>
              <w:t>0.00408%</w:t>
            </w:r>
          </w:p>
        </w:tc>
        <w:tc>
          <w:tcPr>
            <w:tcW w:type="dxa" w:w="1247"/>
          </w:tcPr>
          <w:p>
            <w:pPr>
              <w:spacing w:after="0"/>
              <w:jc w:val="right"/>
            </w:pPr>
          </w:p>
        </w:tc>
        <w:tc>
          <w:tcPr>
            <w:tcW w:type="dxa" w:w="1124"/>
          </w:tcPr>
          <w:p>
            <w:pPr>
              <w:spacing w:after="0"/>
              <w:jc w:val="right"/>
            </w:pPr>
          </w:p>
        </w:tc>
        <w:tc>
          <w:tcPr>
            <w:tcW w:type="dxa" w:w="1353"/>
          </w:tcPr>
          <w:p>
            <w:pPr>
              <w:spacing w:after="0"/>
              <w:jc w:val="right"/>
            </w:pPr>
            <w:r>
              <w:rPr>
                <w:sz w:val="16"/>
              </w:rPr>
              <w:t>none found (2 declarations)</w:t>
            </w:r>
          </w:p>
        </w:tc>
        <w:tc>
          <w:tcPr>
            <w:tcW w:type="dxa" w:w="1279"/>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5"/>
          </w:tcPr>
          <w:p>
            <w:pPr>
              <w:spacing w:after="0"/>
              <w:jc w:val="right"/>
            </w:pPr>
          </w:p>
        </w:tc>
        <w:tc>
          <w:tcPr>
            <w:tcW w:type="dxa" w:w="1055"/>
          </w:tcPr>
          <w:p>
            <w:pPr>
              <w:spacing w:after="0"/>
              <w:jc w:val="right"/>
            </w:pP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5"/>
          </w:tcPr>
          <w:p>
            <w:pPr>
              <w:spacing w:after="0"/>
              <w:jc w:val="right"/>
            </w:pPr>
          </w:p>
        </w:tc>
        <w:tc>
          <w:tcPr>
            <w:tcW w:type="dxa" w:w="1055"/>
          </w:tcPr>
          <w:p>
            <w:pPr>
              <w:spacing w:after="0"/>
              <w:jc w:val="right"/>
            </w:pP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$169,712,983</w:t>
            </w:r>
          </w:p>
        </w:tc>
        <w:tc>
          <w:tcPr>
            <w:tcW w:type="dxa" w:w="1139"/>
          </w:tcPr>
          <w:p>
            <w:pPr>
              <w:spacing w:after="0"/>
              <w:jc w:val="right"/>
            </w:pPr>
            <w:r>
              <w:rPr>
                <w:sz w:val="16"/>
              </w:rPr>
              <w:t>$98,668</w:t>
            </w:r>
          </w:p>
        </w:tc>
        <w:tc>
          <w:tcPr>
            <w:tcW w:type="dxa" w:w="1047"/>
          </w:tcPr>
          <w:p>
            <w:pPr>
              <w:spacing w:after="0"/>
              <w:jc w:val="right"/>
            </w:pPr>
            <w:r>
              <w:rPr>
                <w:sz w:val="16"/>
              </w:rPr>
              <w:t>4,198</w:t>
            </w:r>
          </w:p>
        </w:tc>
        <w:tc>
          <w:tcPr>
            <w:tcW w:type="dxa" w:w="1126"/>
          </w:tcPr>
          <w:p>
            <w:pPr>
              <w:spacing w:after="0"/>
              <w:jc w:val="right"/>
            </w:pPr>
            <w:r>
              <w:rPr>
                <w:sz w:val="16"/>
              </w:rPr>
              <w:t>$87,295</w:t>
            </w:r>
          </w:p>
        </w:tc>
        <w:tc>
          <w:tcPr>
            <w:tcW w:type="dxa" w:w="1126"/>
          </w:tcPr>
          <w:p>
            <w:pPr>
              <w:spacing w:after="0"/>
              <w:jc w:val="right"/>
            </w:pPr>
            <w:r>
              <w:rPr>
                <w:sz w:val="16"/>
              </w:rPr>
              <w:t>$4</w:t>
            </w:r>
          </w:p>
        </w:tc>
        <w:tc>
          <w:tcPr>
            <w:tcW w:type="dxa" w:w="1185"/>
          </w:tcPr>
          <w:p>
            <w:pPr>
              <w:spacing w:after="0"/>
              <w:jc w:val="right"/>
            </w:pPr>
            <w:r>
              <w:rPr>
                <w:sz w:val="16"/>
              </w:rPr>
              <w:t>$33,947</w:t>
            </w:r>
          </w:p>
        </w:tc>
        <w:tc>
          <w:tcPr>
            <w:tcW w:type="dxa" w:w="1055"/>
          </w:tcPr>
          <w:p>
            <w:pPr>
              <w:spacing w:after="0"/>
              <w:jc w:val="right"/>
            </w:pPr>
            <w:r>
              <w:rPr>
                <w:sz w:val="16"/>
              </w:rPr>
              <w:t>0.0514%</w:t>
            </w: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$4,004,518,630</w:t>
            </w:r>
          </w:p>
        </w:tc>
        <w:tc>
          <w:tcPr>
            <w:tcW w:type="dxa" w:w="1139"/>
          </w:tcPr>
          <w:p>
            <w:pPr>
              <w:spacing w:after="0"/>
              <w:jc w:val="right"/>
            </w:pPr>
            <w:r>
              <w:rPr>
                <w:sz w:val="16"/>
              </w:rPr>
              <w:t>$273,071</w:t>
            </w:r>
          </w:p>
        </w:tc>
        <w:tc>
          <w:tcPr>
            <w:tcW w:type="dxa" w:w="1047"/>
          </w:tcPr>
          <w:p>
            <w:pPr>
              <w:spacing w:after="0"/>
              <w:jc w:val="right"/>
            </w:pPr>
            <w:r>
              <w:rPr>
                <w:sz w:val="16"/>
              </w:rPr>
              <w:t>26,728</w:t>
            </w:r>
          </w:p>
        </w:tc>
        <w:tc>
          <w:tcPr>
            <w:tcW w:type="dxa" w:w="1126"/>
          </w:tcPr>
          <w:p>
            <w:pPr>
              <w:spacing w:after="0"/>
              <w:jc w:val="right"/>
            </w:pPr>
            <w:r>
              <w:rPr>
                <w:sz w:val="16"/>
              </w:rPr>
              <w:t>$4,284</w:t>
            </w:r>
          </w:p>
        </w:tc>
        <w:tc>
          <w:tcPr>
            <w:tcW w:type="dxa" w:w="1126"/>
          </w:tcPr>
          <w:p>
            <w:pPr>
              <w:spacing w:after="0"/>
              <w:jc w:val="right"/>
            </w:pPr>
            <w:r>
              <w:rPr>
                <w:sz w:val="16"/>
              </w:rPr>
              <w:t>under $1</w:t>
            </w:r>
          </w:p>
        </w:tc>
        <w:tc>
          <w:tcPr>
            <w:tcW w:type="dxa" w:w="1185"/>
          </w:tcPr>
          <w:p>
            <w:pPr>
              <w:spacing w:after="0"/>
              <w:jc w:val="right"/>
            </w:pPr>
            <w:r>
              <w:rPr>
                <w:sz w:val="16"/>
              </w:rPr>
              <w:t>$104,218</w:t>
            </w:r>
          </w:p>
        </w:tc>
        <w:tc>
          <w:tcPr>
            <w:tcW w:type="dxa" w:w="1055"/>
          </w:tcPr>
          <w:p>
            <w:pPr>
              <w:spacing w:after="0"/>
              <w:jc w:val="right"/>
            </w:pPr>
            <w:r>
              <w:rPr>
                <w:sz w:val="16"/>
              </w:rPr>
              <w:t>0.000107%</w:t>
            </w:r>
          </w:p>
        </w:tc>
        <w:tc>
          <w:tcPr>
            <w:tcW w:type="dxa" w:w="1247"/>
          </w:tcPr>
          <w:p>
            <w:pPr>
              <w:spacing w:after="0"/>
              <w:jc w:val="right"/>
            </w:pPr>
          </w:p>
        </w:tc>
        <w:tc>
          <w:tcPr>
            <w:tcW w:type="dxa" w:w="1124"/>
          </w:tcPr>
          <w:p>
            <w:pPr>
              <w:spacing w:after="0"/>
              <w:jc w:val="right"/>
            </w:pPr>
            <w:r>
              <w:rPr>
                <w:sz w:val="16"/>
              </w:rPr>
              <w:t>$0</w:t>
            </w:r>
          </w:p>
        </w:tc>
        <w:tc>
          <w:tcPr>
            <w:tcW w:type="dxa" w:w="1353"/>
          </w:tcPr>
          <w:p>
            <w:pPr>
              <w:spacing w:after="0"/>
              <w:jc w:val="right"/>
            </w:pPr>
            <w:r>
              <w:rPr>
                <w:sz w:val="16"/>
              </w:rPr>
              <w:t>none found (1 declaration)</w:t>
            </w:r>
          </w:p>
        </w:tc>
        <w:tc>
          <w:tcPr>
            <w:tcW w:type="dxa" w:w="1279"/>
          </w:tcPr>
          <w:p>
            <w:pPr>
              <w:spacing w:after="0"/>
              <w:jc w:val="left"/>
            </w:pPr>
          </w:p>
        </w:tc>
      </w:tr>
    </w:tbl>
    <w:p>
      <w:pPr>
        <w:spacing w:after="40" w:before="60"/>
      </w:pPr>
      <w:r>
        <w:rPr>
          <w:sz w:val="15"/>
        </w:rPr>
        <w:t>Totals since 2022-08-17 (Storm Events through 2026-06-30): 28 county-coded records, 28 with a damage value recorded (including $0), $59,250; 10 zone-level records, 5 with a damage value recorded (including $0), $74,000 reported for the zone; Public Assistance on counted declarations $2,250,367.70 (7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26,728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$4,004,521,524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$273,071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$14,085,252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$3,597,254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545"/>
        <w:gridCol w:w="1626"/>
        <w:gridCol w:w="1626"/>
        <w:gridCol w:w="1626"/>
        <w:gridCol w:w="1626"/>
        <w:gridCol w:w="1626"/>
        <w:gridCol w:w="1626"/>
        <w:gridCol w:w="1810"/>
      </w:tblGrid>
      <w:tr>
        <w:trPr>
          <w:cantSplit/>
          <w:tblHeader/>
        </w:trPr>
        <w:tc>
          <w:tcPr>
            <w:tcW w:type="dxa" w:w="2545"/>
            <w:shd w:val="clear" w:color="auto" w:fill="E8E8E8"/>
          </w:tcPr>
          <w:p>
            <w:pPr>
              <w:spacing w:after="0"/>
              <w:jc w:val="left"/>
            </w:pPr>
            <w:r>
              <w:rPr>
                <w:b/>
                <w:sz w:val="16"/>
              </w:rPr>
              <w:t>Scope</w:t>
            </w:r>
          </w:p>
        </w:tc>
        <w:tc>
          <w:tcPr>
            <w:tcW w:type="dxa" w:w="1626"/>
            <w:shd w:val="clear" w:color="auto" w:fill="E8E8E8"/>
          </w:tcPr>
          <w:p>
            <w:pPr>
              <w:spacing w:after="0"/>
              <w:jc w:val="right"/>
            </w:pPr>
            <w:r>
              <w:rPr>
                <w:b/>
                <w:sz w:val="16"/>
              </w:rPr>
              <w:t>RL, FMA</w:t>
            </w:r>
          </w:p>
          <w:p>
            <w:pPr>
              <w:spacing w:after="0"/>
              <w:jc w:val="right"/>
            </w:pPr>
            <w:r>
              <w:rPr>
                <w:i/>
                <w:color w:val="555555"/>
                <w:sz w:val="14"/>
              </w:rPr>
              <w:t>properties</w:t>
            </w:r>
          </w:p>
        </w:tc>
        <w:tc>
          <w:tcPr>
            <w:tcW w:type="dxa" w:w="1626"/>
            <w:shd w:val="clear" w:color="auto" w:fill="E8E8E8"/>
          </w:tcPr>
          <w:p>
            <w:pPr>
              <w:spacing w:after="0"/>
              <w:jc w:val="right"/>
            </w:pPr>
            <w:r>
              <w:rPr>
                <w:b/>
                <w:sz w:val="16"/>
              </w:rPr>
              <w:t>SRL, FMA</w:t>
            </w:r>
          </w:p>
          <w:p>
            <w:pPr>
              <w:spacing w:after="0"/>
              <w:jc w:val="right"/>
            </w:pPr>
            <w:r>
              <w:rPr>
                <w:i/>
                <w:color w:val="555555"/>
                <w:sz w:val="14"/>
              </w:rPr>
              <w:t>properties</w:t>
            </w:r>
          </w:p>
        </w:tc>
        <w:tc>
          <w:tcPr>
            <w:tcW w:type="dxa" w:w="1626"/>
            <w:shd w:val="clear" w:color="auto" w:fill="E8E8E8"/>
          </w:tcPr>
          <w:p>
            <w:pPr>
              <w:spacing w:after="0"/>
              <w:jc w:val="right"/>
            </w:pPr>
            <w:r>
              <w:rPr>
                <w:b/>
                <w:sz w:val="16"/>
              </w:rPr>
              <w:t>RL, NFIP</w:t>
            </w:r>
          </w:p>
          <w:p>
            <w:pPr>
              <w:spacing w:after="0"/>
              <w:jc w:val="right"/>
            </w:pPr>
            <w:r>
              <w:rPr>
                <w:i/>
                <w:color w:val="555555"/>
                <w:sz w:val="14"/>
              </w:rPr>
              <w:t>properties</w:t>
            </w:r>
          </w:p>
        </w:tc>
        <w:tc>
          <w:tcPr>
            <w:tcW w:type="dxa" w:w="1626"/>
            <w:shd w:val="clear" w:color="auto" w:fill="E8E8E8"/>
          </w:tcPr>
          <w:p>
            <w:pPr>
              <w:spacing w:after="0"/>
              <w:jc w:val="right"/>
            </w:pPr>
            <w:r>
              <w:rPr>
                <w:b/>
                <w:sz w:val="16"/>
              </w:rPr>
              <w:t>SRL, NFIP</w:t>
            </w:r>
          </w:p>
          <w:p>
            <w:pPr>
              <w:spacing w:after="0"/>
              <w:jc w:val="right"/>
            </w:pPr>
            <w:r>
              <w:rPr>
                <w:i/>
                <w:color w:val="555555"/>
                <w:sz w:val="14"/>
              </w:rPr>
              <w:t>properties</w:t>
            </w:r>
          </w:p>
        </w:tc>
        <w:tc>
          <w:tcPr>
            <w:tcW w:type="dxa" w:w="162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26"/>
            <w:shd w:val="clear" w:color="auto" w:fill="E8E8E8"/>
          </w:tcPr>
          <w:p>
            <w:pPr>
              <w:spacing w:after="0"/>
              <w:jc w:val="right"/>
            </w:pPr>
            <w:r>
              <w:rPr>
                <w:b/>
                <w:sz w:val="16"/>
              </w:rPr>
              <w:t>Mitigated</w:t>
            </w:r>
          </w:p>
          <w:p>
            <w:pPr>
              <w:spacing w:after="0"/>
              <w:jc w:val="right"/>
            </w:pPr>
            <w:r>
              <w:rPr>
                <w:i/>
                <w:color w:val="555555"/>
                <w:sz w:val="14"/>
              </w:rPr>
              <w:t>properties</w:t>
            </w:r>
          </w:p>
        </w:tc>
        <w:tc>
          <w:tcPr>
            <w:tcW w:type="dxa" w:w="181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45"/>
          </w:tcPr>
          <w:p>
            <w:pPr>
              <w:spacing w:after="0"/>
              <w:jc w:val="left"/>
            </w:pPr>
            <w:r>
              <w:rPr>
                <w:sz w:val="16"/>
              </w:rPr>
              <w:t>County total</w:t>
            </w:r>
          </w:p>
        </w:tc>
        <w:tc>
          <w:tcPr>
            <w:tcW w:type="dxa" w:w="1626"/>
          </w:tcPr>
          <w:p>
            <w:pPr>
              <w:spacing w:after="0"/>
              <w:jc w:val="right"/>
            </w:pPr>
            <w:r>
              <w:rPr>
                <w:sz w:val="16"/>
              </w:rPr>
              <w:t>1</w:t>
            </w:r>
          </w:p>
        </w:tc>
        <w:tc>
          <w:tcPr>
            <w:tcW w:type="dxa" w:w="1626"/>
          </w:tcPr>
          <w:p>
            <w:pPr>
              <w:spacing w:after="0"/>
              <w:jc w:val="right"/>
            </w:pPr>
            <w:r>
              <w:rPr>
                <w:sz w:val="16"/>
              </w:rPr>
              <w:t>2</w:t>
            </w:r>
          </w:p>
        </w:tc>
        <w:tc>
          <w:tcPr>
            <w:tcW w:type="dxa" w:w="1626"/>
          </w:tcPr>
          <w:p>
            <w:pPr>
              <w:spacing w:after="0"/>
              <w:jc w:val="right"/>
            </w:pPr>
            <w:r>
              <w:rPr>
                <w:sz w:val="16"/>
              </w:rPr>
              <w:t>20</w:t>
            </w:r>
          </w:p>
        </w:tc>
        <w:tc>
          <w:tcPr>
            <w:tcW w:type="dxa" w:w="1626"/>
          </w:tcPr>
          <w:p>
            <w:pPr>
              <w:spacing w:after="0"/>
              <w:jc w:val="right"/>
            </w:pPr>
            <w:r>
              <w:rPr>
                <w:sz w:val="16"/>
              </w:rPr>
              <w:t>2</w:t>
            </w:r>
          </w:p>
        </w:tc>
        <w:tc>
          <w:tcPr>
            <w:tcW w:type="dxa" w:w="1626"/>
          </w:tcPr>
          <w:p>
            <w:pPr>
              <w:spacing w:after="0"/>
              <w:jc w:val="right"/>
            </w:pPr>
            <w:r>
              <w:rPr>
                <w:sz w:val="16"/>
              </w:rPr>
              <w:t>20</w:t>
            </w:r>
          </w:p>
        </w:tc>
        <w:tc>
          <w:tcPr>
            <w:tcW w:type="dxa" w:w="1626"/>
          </w:tcPr>
          <w:p>
            <w:pPr>
              <w:spacing w:after="0"/>
              <w:jc w:val="right"/>
            </w:pPr>
            <w:r>
              <w:rPr>
                <w:sz w:val="16"/>
              </w:rPr>
              <w:t>0</w:t>
            </w:r>
          </w:p>
        </w:tc>
        <w:tc>
          <w:tcPr>
            <w:tcW w:type="dxa" w:w="1810"/>
          </w:tcPr>
          <w:p>
            <w:pPr>
              <w:spacing w:after="0"/>
              <w:jc w:val="right"/>
            </w:pPr>
            <w:r>
              <w:rPr>
                <w:sz w:val="16"/>
              </w:rPr>
              <w:t>3</w:t>
            </w:r>
          </w:p>
        </w:tc>
      </w:tr>
      <w:tr>
        <w:trPr>
          <w:cantSplit/>
        </w:trPr>
        <w:tc>
          <w:tcPr>
            <w:tcW w:type="dxa" w:w="2545"/>
          </w:tcPr>
          <w:p>
            <w:pPr>
              <w:spacing w:after="0"/>
              <w:jc w:val="left"/>
            </w:pPr>
            <w:r>
              <w:rPr>
                <w:sz w:val="16"/>
              </w:rPr>
              <w:t>HARLAN COUNTY *</w:t>
            </w:r>
          </w:p>
        </w:tc>
        <w:tc>
          <w:tcPr>
            <w:tcW w:type="dxa" w:w="1626"/>
          </w:tcPr>
          <w:p>
            <w:pPr>
              <w:spacing w:after="0"/>
              <w:jc w:val="right"/>
            </w:pPr>
            <w:r>
              <w:rPr>
                <w:sz w:val="16"/>
              </w:rPr>
              <w:t>1</w:t>
            </w:r>
          </w:p>
        </w:tc>
        <w:tc>
          <w:tcPr>
            <w:tcW w:type="dxa" w:w="1626"/>
          </w:tcPr>
          <w:p>
            <w:pPr>
              <w:spacing w:after="0"/>
              <w:jc w:val="right"/>
            </w:pPr>
            <w:r>
              <w:rPr>
                <w:sz w:val="16"/>
              </w:rPr>
              <w:t>2</w:t>
            </w:r>
          </w:p>
        </w:tc>
        <w:tc>
          <w:tcPr>
            <w:tcW w:type="dxa" w:w="1626"/>
          </w:tcPr>
          <w:p>
            <w:pPr>
              <w:spacing w:after="0"/>
              <w:jc w:val="right"/>
            </w:pPr>
            <w:r>
              <w:rPr>
                <w:sz w:val="16"/>
              </w:rPr>
              <w:t>16</w:t>
            </w:r>
          </w:p>
        </w:tc>
        <w:tc>
          <w:tcPr>
            <w:tcW w:type="dxa" w:w="1626"/>
          </w:tcPr>
          <w:p>
            <w:pPr>
              <w:spacing w:after="0"/>
              <w:jc w:val="right"/>
            </w:pPr>
            <w:r>
              <w:rPr>
                <w:sz w:val="16"/>
              </w:rPr>
              <w:t>2</w:t>
            </w:r>
          </w:p>
        </w:tc>
        <w:tc>
          <w:tcPr>
            <w:tcW w:type="dxa" w:w="1626"/>
          </w:tcPr>
          <w:p>
            <w:pPr>
              <w:spacing w:after="0"/>
              <w:jc w:val="right"/>
            </w:pPr>
            <w:r>
              <w:rPr>
                <w:sz w:val="16"/>
              </w:rPr>
              <w:t>16</w:t>
            </w:r>
          </w:p>
        </w:tc>
        <w:tc>
          <w:tcPr>
            <w:tcW w:type="dxa" w:w="1626"/>
          </w:tcPr>
          <w:p>
            <w:pPr>
              <w:spacing w:after="0"/>
              <w:jc w:val="right"/>
            </w:pPr>
            <w:r>
              <w:rPr>
                <w:sz w:val="16"/>
              </w:rPr>
              <w:t>0</w:t>
            </w:r>
          </w:p>
        </w:tc>
        <w:tc>
          <w:tcPr>
            <w:tcW w:type="dxa" w:w="1810"/>
          </w:tcPr>
          <w:p>
            <w:pPr>
              <w:spacing w:after="0"/>
              <w:jc w:val="right"/>
            </w:pPr>
            <w:r>
              <w:rPr>
                <w:sz w:val="16"/>
              </w:rPr>
              <w:t>3</w:t>
            </w:r>
          </w:p>
        </w:tc>
      </w:tr>
      <w:tr>
        <w:trPr>
          <w:cantSplit/>
        </w:trPr>
        <w:tc>
          <w:tcPr>
            <w:tcW w:type="dxa" w:w="2545"/>
          </w:tcPr>
          <w:p>
            <w:pPr>
              <w:spacing w:after="0"/>
              <w:jc w:val="left"/>
            </w:pPr>
            <w:r>
              <w:rPr>
                <w:sz w:val="16"/>
              </w:rPr>
              <w:t>CUMBERLAND, CITY OF</w:t>
            </w:r>
          </w:p>
        </w:tc>
        <w:tc>
          <w:tcPr>
            <w:tcW w:type="dxa" w:w="1626"/>
          </w:tcPr>
          <w:p>
            <w:pPr>
              <w:spacing w:after="0"/>
              <w:jc w:val="right"/>
            </w:pPr>
            <w:r>
              <w:rPr>
                <w:sz w:val="16"/>
              </w:rPr>
              <w:t>0</w:t>
            </w:r>
          </w:p>
        </w:tc>
        <w:tc>
          <w:tcPr>
            <w:tcW w:type="dxa" w:w="1626"/>
          </w:tcPr>
          <w:p>
            <w:pPr>
              <w:spacing w:after="0"/>
              <w:jc w:val="right"/>
            </w:pPr>
            <w:r>
              <w:rPr>
                <w:sz w:val="16"/>
              </w:rPr>
              <w:t>0</w:t>
            </w:r>
          </w:p>
        </w:tc>
        <w:tc>
          <w:tcPr>
            <w:tcW w:type="dxa" w:w="1626"/>
          </w:tcPr>
          <w:p>
            <w:pPr>
              <w:spacing w:after="0"/>
              <w:jc w:val="right"/>
            </w:pPr>
            <w:r>
              <w:rPr>
                <w:sz w:val="16"/>
              </w:rPr>
              <w:t>1</w:t>
            </w:r>
          </w:p>
        </w:tc>
        <w:tc>
          <w:tcPr>
            <w:tcW w:type="dxa" w:w="1626"/>
          </w:tcPr>
          <w:p>
            <w:pPr>
              <w:spacing w:after="0"/>
              <w:jc w:val="right"/>
            </w:pPr>
            <w:r>
              <w:rPr>
                <w:sz w:val="16"/>
              </w:rPr>
              <w:t>0</w:t>
            </w:r>
          </w:p>
        </w:tc>
        <w:tc>
          <w:tcPr>
            <w:tcW w:type="dxa" w:w="1626"/>
          </w:tcPr>
          <w:p>
            <w:pPr>
              <w:spacing w:after="0"/>
              <w:jc w:val="right"/>
            </w:pPr>
            <w:r>
              <w:rPr>
                <w:sz w:val="16"/>
              </w:rPr>
              <w:t>1</w:t>
            </w:r>
          </w:p>
        </w:tc>
        <w:tc>
          <w:tcPr>
            <w:tcW w:type="dxa" w:w="1626"/>
          </w:tcPr>
          <w:p>
            <w:pPr>
              <w:spacing w:after="0"/>
              <w:jc w:val="right"/>
            </w:pPr>
            <w:r>
              <w:rPr>
                <w:sz w:val="16"/>
              </w:rPr>
              <w:t>0</w:t>
            </w:r>
          </w:p>
        </w:tc>
        <w:tc>
          <w:tcPr>
            <w:tcW w:type="dxa" w:w="1810"/>
          </w:tcPr>
          <w:p>
            <w:pPr>
              <w:spacing w:after="0"/>
              <w:jc w:val="right"/>
            </w:pPr>
            <w:r>
              <w:rPr>
                <w:sz w:val="16"/>
              </w:rPr>
              <w:t>0</w:t>
            </w:r>
          </w:p>
        </w:tc>
      </w:tr>
      <w:tr>
        <w:trPr>
          <w:cantSplit/>
        </w:trPr>
        <w:tc>
          <w:tcPr>
            <w:tcW w:type="dxa" w:w="2545"/>
          </w:tcPr>
          <w:p>
            <w:pPr>
              <w:spacing w:after="0"/>
              <w:jc w:val="left"/>
            </w:pPr>
            <w:r>
              <w:rPr>
                <w:sz w:val="16"/>
              </w:rPr>
              <w:t>HARLAN, CITY OF</w:t>
            </w:r>
          </w:p>
        </w:tc>
        <w:tc>
          <w:tcPr>
            <w:tcW w:type="dxa" w:w="1626"/>
          </w:tcPr>
          <w:p>
            <w:pPr>
              <w:spacing w:after="0"/>
              <w:jc w:val="right"/>
            </w:pPr>
            <w:r>
              <w:rPr>
                <w:sz w:val="16"/>
              </w:rPr>
              <w:t>0</w:t>
            </w:r>
          </w:p>
        </w:tc>
        <w:tc>
          <w:tcPr>
            <w:tcW w:type="dxa" w:w="1626"/>
          </w:tcPr>
          <w:p>
            <w:pPr>
              <w:spacing w:after="0"/>
              <w:jc w:val="right"/>
            </w:pPr>
            <w:r>
              <w:rPr>
                <w:sz w:val="16"/>
              </w:rPr>
              <w:t>0</w:t>
            </w:r>
          </w:p>
        </w:tc>
        <w:tc>
          <w:tcPr>
            <w:tcW w:type="dxa" w:w="1626"/>
          </w:tcPr>
          <w:p>
            <w:pPr>
              <w:spacing w:after="0"/>
              <w:jc w:val="right"/>
            </w:pPr>
            <w:r>
              <w:rPr>
                <w:sz w:val="16"/>
              </w:rPr>
              <w:t>2</w:t>
            </w:r>
          </w:p>
        </w:tc>
        <w:tc>
          <w:tcPr>
            <w:tcW w:type="dxa" w:w="1626"/>
          </w:tcPr>
          <w:p>
            <w:pPr>
              <w:spacing w:after="0"/>
              <w:jc w:val="right"/>
            </w:pPr>
            <w:r>
              <w:rPr>
                <w:sz w:val="16"/>
              </w:rPr>
              <w:t>0</w:t>
            </w:r>
          </w:p>
        </w:tc>
        <w:tc>
          <w:tcPr>
            <w:tcW w:type="dxa" w:w="1626"/>
          </w:tcPr>
          <w:p>
            <w:pPr>
              <w:spacing w:after="0"/>
              <w:jc w:val="right"/>
            </w:pPr>
            <w:r>
              <w:rPr>
                <w:sz w:val="16"/>
              </w:rPr>
              <w:t>2</w:t>
            </w:r>
          </w:p>
        </w:tc>
        <w:tc>
          <w:tcPr>
            <w:tcW w:type="dxa" w:w="1626"/>
          </w:tcPr>
          <w:p>
            <w:pPr>
              <w:spacing w:after="0"/>
              <w:jc w:val="right"/>
            </w:pPr>
            <w:r>
              <w:rPr>
                <w:sz w:val="16"/>
              </w:rPr>
              <w:t>0</w:t>
            </w:r>
          </w:p>
        </w:tc>
        <w:tc>
          <w:tcPr>
            <w:tcW w:type="dxa" w:w="1810"/>
          </w:tcPr>
          <w:p>
            <w:pPr>
              <w:spacing w:after="0"/>
              <w:jc w:val="right"/>
            </w:pPr>
            <w:r>
              <w:rPr>
                <w:sz w:val="16"/>
              </w:rPr>
              <w:t>0</w:t>
            </w:r>
          </w:p>
        </w:tc>
      </w:tr>
      <w:tr>
        <w:trPr>
          <w:cantSplit/>
        </w:trPr>
        <w:tc>
          <w:tcPr>
            <w:tcW w:type="dxa" w:w="2545"/>
          </w:tcPr>
          <w:p>
            <w:pPr>
              <w:spacing w:after="0"/>
              <w:jc w:val="left"/>
            </w:pPr>
            <w:r>
              <w:rPr>
                <w:sz w:val="16"/>
              </w:rPr>
              <w:t>LOYALL, CITY OF</w:t>
            </w:r>
          </w:p>
        </w:tc>
        <w:tc>
          <w:tcPr>
            <w:tcW w:type="dxa" w:w="1626"/>
          </w:tcPr>
          <w:p>
            <w:pPr>
              <w:spacing w:after="0"/>
              <w:jc w:val="right"/>
            </w:pPr>
            <w:r>
              <w:rPr>
                <w:sz w:val="16"/>
              </w:rPr>
              <w:t>0</w:t>
            </w:r>
          </w:p>
        </w:tc>
        <w:tc>
          <w:tcPr>
            <w:tcW w:type="dxa" w:w="1626"/>
          </w:tcPr>
          <w:p>
            <w:pPr>
              <w:spacing w:after="0"/>
              <w:jc w:val="right"/>
            </w:pPr>
            <w:r>
              <w:rPr>
                <w:sz w:val="16"/>
              </w:rPr>
              <w:t>0</w:t>
            </w:r>
          </w:p>
        </w:tc>
        <w:tc>
          <w:tcPr>
            <w:tcW w:type="dxa" w:w="1626"/>
          </w:tcPr>
          <w:p>
            <w:pPr>
              <w:spacing w:after="0"/>
              <w:jc w:val="right"/>
            </w:pPr>
            <w:r>
              <w:rPr>
                <w:sz w:val="16"/>
              </w:rPr>
              <w:t>1</w:t>
            </w:r>
          </w:p>
        </w:tc>
        <w:tc>
          <w:tcPr>
            <w:tcW w:type="dxa" w:w="1626"/>
          </w:tcPr>
          <w:p>
            <w:pPr>
              <w:spacing w:after="0"/>
              <w:jc w:val="right"/>
            </w:pPr>
            <w:r>
              <w:rPr>
                <w:sz w:val="16"/>
              </w:rPr>
              <w:t>0</w:t>
            </w:r>
          </w:p>
        </w:tc>
        <w:tc>
          <w:tcPr>
            <w:tcW w:type="dxa" w:w="1626"/>
          </w:tcPr>
          <w:p>
            <w:pPr>
              <w:spacing w:after="0"/>
              <w:jc w:val="right"/>
            </w:pPr>
            <w:r>
              <w:rPr>
                <w:sz w:val="16"/>
              </w:rPr>
              <w:t>1</w:t>
            </w:r>
          </w:p>
        </w:tc>
        <w:tc>
          <w:tcPr>
            <w:tcW w:type="dxa" w:w="1626"/>
          </w:tcPr>
          <w:p>
            <w:pPr>
              <w:spacing w:after="0"/>
              <w:jc w:val="right"/>
            </w:pPr>
            <w:r>
              <w:rPr>
                <w:sz w:val="16"/>
              </w:rPr>
              <w:t>0</w:t>
            </w:r>
          </w:p>
        </w:tc>
        <w:tc>
          <w:tcPr>
            <w:tcW w:type="dxa" w:w="1810"/>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Harlan County (unincorporated area)</w:t>
            </w:r>
          </w:p>
        </w:tc>
        <w:tc>
          <w:tcPr>
            <w:tcW w:type="dxa" w:w="1499"/>
          </w:tcPr>
          <w:p>
            <w:pPr>
              <w:spacing w:after="0"/>
              <w:jc w:val="left"/>
            </w:pPr>
            <w:r>
              <w:rPr>
                <w:sz w:val="16"/>
              </w:rPr>
              <w:t>210098</w:t>
            </w:r>
          </w:p>
        </w:tc>
        <w:tc>
          <w:tcPr>
            <w:tcW w:type="dxa" w:w="1347"/>
          </w:tcPr>
          <w:p>
            <w:pPr>
              <w:spacing w:after="0"/>
              <w:jc w:val="right"/>
            </w:pPr>
            <w:r>
              <w:rPr>
                <w:sz w:val="16"/>
              </w:rPr>
              <w:t>1</w:t>
            </w:r>
          </w:p>
        </w:tc>
        <w:tc>
          <w:tcPr>
            <w:tcW w:type="dxa" w:w="1347"/>
          </w:tcPr>
          <w:p>
            <w:pPr>
              <w:spacing w:after="0"/>
              <w:jc w:val="right"/>
            </w:pPr>
            <w:r>
              <w:rPr>
                <w:sz w:val="16"/>
              </w:rPr>
              <w:t>2</w:t>
            </w:r>
          </w:p>
        </w:tc>
        <w:tc>
          <w:tcPr>
            <w:tcW w:type="dxa" w:w="1347"/>
          </w:tcPr>
          <w:p>
            <w:pPr>
              <w:spacing w:after="0"/>
              <w:jc w:val="right"/>
            </w:pPr>
            <w:r>
              <w:rPr>
                <w:sz w:val="16"/>
              </w:rPr>
              <w:t>16</w:t>
            </w:r>
          </w:p>
        </w:tc>
        <w:tc>
          <w:tcPr>
            <w:tcW w:type="dxa" w:w="1347"/>
          </w:tcPr>
          <w:p>
            <w:pPr>
              <w:spacing w:after="0"/>
              <w:jc w:val="right"/>
            </w:pPr>
            <w:r>
              <w:rPr>
                <w:sz w:val="16"/>
              </w:rPr>
              <w:t>2</w:t>
            </w:r>
          </w:p>
        </w:tc>
        <w:tc>
          <w:tcPr>
            <w:tcW w:type="dxa" w:w="1347"/>
          </w:tcPr>
          <w:p>
            <w:pPr>
              <w:spacing w:after="0"/>
              <w:jc w:val="right"/>
            </w:pPr>
            <w:r>
              <w:rPr>
                <w:sz w:val="16"/>
              </w:rPr>
              <w:t>16</w:t>
            </w:r>
          </w:p>
        </w:tc>
        <w:tc>
          <w:tcPr>
            <w:tcW w:type="dxa" w:w="1347"/>
          </w:tcPr>
          <w:p>
            <w:pPr>
              <w:spacing w:after="0"/>
              <w:jc w:val="right"/>
            </w:pPr>
            <w:r>
              <w:rPr>
                <w:sz w:val="16"/>
              </w:rPr>
              <w:t>0</w:t>
            </w:r>
          </w:p>
        </w:tc>
        <w:tc>
          <w:tcPr>
            <w:tcW w:type="dxa" w:w="1499"/>
          </w:tcPr>
          <w:p>
            <w:pPr>
              <w:spacing w:after="0"/>
              <w:jc w:val="right"/>
            </w:pPr>
            <w:r>
              <w:rPr>
                <w:sz w:val="16"/>
              </w:rPr>
              <w:t>3</w:t>
            </w:r>
          </w:p>
        </w:tc>
        <w:tc>
          <w:tcPr>
            <w:tcW w:type="dxa" w:w="921"/>
          </w:tcPr>
          <w:p>
            <w:pPr>
              <w:spacing w:after="0"/>
              <w:jc w:val="left"/>
            </w:pPr>
          </w:p>
        </w:tc>
      </w:tr>
      <w:tr>
        <w:trPr>
          <w:cantSplit/>
        </w:trPr>
        <w:tc>
          <w:tcPr>
            <w:tcW w:type="dxa" w:w="2109"/>
          </w:tcPr>
          <w:p>
            <w:pPr>
              <w:spacing w:after="0"/>
              <w:jc w:val="left"/>
            </w:pPr>
            <w:r>
              <w:rPr>
                <w:sz w:val="16"/>
              </w:rPr>
              <w:t>Benham city</w:t>
            </w:r>
          </w:p>
        </w:tc>
        <w:tc>
          <w:tcPr>
            <w:tcW w:type="dxa" w:w="1499"/>
          </w:tcPr>
          <w:p>
            <w:pPr>
              <w:spacing w:after="0"/>
              <w:jc w:val="left"/>
            </w:pPr>
            <w:r>
              <w:rPr>
                <w:sz w:val="16"/>
              </w:rPr>
              <w:t>210099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Cumberland city</w:t>
            </w:r>
          </w:p>
        </w:tc>
        <w:tc>
          <w:tcPr>
            <w:tcW w:type="dxa" w:w="1499"/>
          </w:tcPr>
          <w:p>
            <w:pPr>
              <w:spacing w:after="0"/>
              <w:jc w:val="left"/>
            </w:pPr>
            <w:r>
              <w:rPr>
                <w:sz w:val="16"/>
              </w:rPr>
              <w:t>210100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Evarts city</w:t>
            </w:r>
          </w:p>
        </w:tc>
        <w:tc>
          <w:tcPr>
            <w:tcW w:type="dxa" w:w="1499"/>
          </w:tcPr>
          <w:p>
            <w:pPr>
              <w:spacing w:after="0"/>
              <w:jc w:val="left"/>
            </w:pPr>
            <w:r>
              <w:rPr>
                <w:sz w:val="16"/>
              </w:rPr>
              <w:t>210101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Harlan city</w:t>
            </w:r>
          </w:p>
        </w:tc>
        <w:tc>
          <w:tcPr>
            <w:tcW w:type="dxa" w:w="1499"/>
          </w:tcPr>
          <w:p>
            <w:pPr>
              <w:spacing w:after="0"/>
              <w:jc w:val="left"/>
            </w:pPr>
            <w:r>
              <w:rPr>
                <w:sz w:val="16"/>
              </w:rPr>
              <w:t>210102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Loyall city</w:t>
            </w:r>
          </w:p>
        </w:tc>
        <w:tc>
          <w:tcPr>
            <w:tcW w:type="dxa" w:w="1499"/>
          </w:tcPr>
          <w:p>
            <w:pPr>
              <w:spacing w:after="0"/>
              <w:jc w:val="left"/>
            </w:pPr>
            <w:r>
              <w:rPr>
                <w:sz w:val="16"/>
              </w:rPr>
              <w:t>215189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Lynch city</w:t>
            </w:r>
          </w:p>
        </w:tc>
        <w:tc>
          <w:tcPr>
            <w:tcW w:type="dxa" w:w="1499"/>
          </w:tcPr>
          <w:p>
            <w:pPr>
              <w:spacing w:after="0"/>
              <w:jc w:val="left"/>
            </w:pPr>
            <w:r>
              <w:rPr>
                <w:sz w:val="16"/>
              </w:rPr>
              <w:t>210104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18</w:t>
            </w:r>
          </w:p>
        </w:tc>
        <w:tc>
          <w:tcPr>
            <w:tcW w:type="dxa" w:w="1496"/>
          </w:tcPr>
          <w:p>
            <w:pPr>
              <w:spacing w:after="0"/>
              <w:jc w:val="right"/>
            </w:pPr>
            <w:r>
              <w:rPr>
                <w:sz w:val="16"/>
              </w:rPr>
              <w:t>1</w:t>
            </w:r>
          </w:p>
        </w:tc>
        <w:tc>
          <w:tcPr>
            <w:tcW w:type="dxa" w:w="1496"/>
          </w:tcPr>
          <w:p>
            <w:pPr>
              <w:spacing w:after="0"/>
              <w:jc w:val="right"/>
            </w:pPr>
            <w:r>
              <w:rPr>
                <w:sz w:val="16"/>
              </w:rPr>
              <w:t>18</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Harlan County, KY: risk-assessment baseline packet, release 2026-10 (data as of 2026-09-28; County area 21095).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hazard-plain_2026-10_KY_21095.docx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Harlan County, KY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Harlan County, KY: Risk-assessment baseline packet</dc:title>
  <dc:subject>Hazard Plain release 2026-10, as of 2026-09-28. Preview: automated baseline</dc:subject>
  <dc:creator>Hazard Plain</dc:creator>
  <cp:keywords>Hazard Plain; hazard mitigation; risk assessment; 21095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