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Fleming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21069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2027-05-23</w:t>
      </w:r>
    </w:p>
    <w:p>
      <w:pPr>
        <w:keepNext/>
        <w:spacing w:after="40" w:before="0"/>
      </w:pPr>
      <w:r>
        <w:rPr>
          <w:b/>
        </w:rPr>
        <w:t xml:space="preserve">Plan: </w:t>
      </w:r>
      <w:r>
        <w:rPr/>
        <w:t>Buffalo Trace ADD Regional (FEMA plan 108105)</w:t>
      </w:r>
    </w:p>
    <w:p>
      <w:pPr>
        <w:keepNext/>
        <w:spacing w:after="40" w:before="0"/>
      </w:pPr>
      <w:r>
        <w:rPr>
          <w:b/>
        </w:rPr>
        <w:t xml:space="preserve">Approved: </w:t>
      </w:r>
      <w:r>
        <w:rPr/>
        <w:t>2022-05-24</w:t>
      </w:r>
    </w:p>
    <w:p>
      <w:pPr>
        <w:keepNext/>
        <w:spacing w:after="40" w:before="0"/>
      </w:pPr>
      <w:r>
        <w:rPr>
          <w:b/>
        </w:rPr>
        <w:t xml:space="preserve">Expires: </w:t>
      </w:r>
      <w:r>
        <w:rPr/>
        <w:t>2027-05-23</w:t>
      </w:r>
    </w:p>
    <w:p>
      <w:pPr>
        <w:keepNext/>
        <w:spacing w:after="40" w:before="0"/>
      </w:pPr>
      <w:r>
        <w:rPr>
          <w:b/>
        </w:rPr>
        <w:t xml:space="preserve">As of: </w:t>
      </w:r>
      <w:r>
        <w:rPr/>
        <w:t>2026-09-28</w:t>
      </w:r>
    </w:p>
    <w:p>
      <w:pPr>
        <w:keepNext/>
        <w:spacing w:after="40" w:before="0"/>
      </w:pPr>
      <w:r>
        <w:rPr>
          <w:b/>
        </w:rPr>
        <w:t xml:space="preserve">Days: </w:t>
      </w:r>
      <w:r>
        <w:rPr/>
        <w:t>237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DR-4848-KY, EM-3624-KY, EM-3626-KY, EM-3633-KY (4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0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38"/>
        <w:gridCol w:w="1394"/>
        <w:gridCol w:w="2431"/>
        <w:gridCol w:w="3724"/>
        <w:gridCol w:w="1037"/>
        <w:gridCol w:w="1037"/>
        <w:gridCol w:w="880"/>
        <w:gridCol w:w="936"/>
        <w:gridCol w:w="1037"/>
      </w:tblGrid>
      <w:tr>
        <w:trPr>
          <w:cantSplit/>
          <w:tblHeader/>
        </w:trPr>
        <w:tc>
          <w:tcPr>
            <w:tcW w:type="dxa" w:w="1638"/>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31"/>
            <w:shd w:val="clear" w:color="auto" w:fill="E8E8E8"/>
          </w:tcPr>
          <w:p>
            <w:pPr>
              <w:spacing w:after="0"/>
              <w:jc w:val="left"/>
            </w:pPr>
            <w:r>
              <w:rPr>
                <w:b/>
                <w:sz w:val="16"/>
              </w:rPr>
              <w:t>Status</w:t>
            </w:r>
          </w:p>
        </w:tc>
        <w:tc>
          <w:tcPr>
            <w:tcW w:type="dxa" w:w="372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6"/>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1638"/>
          </w:tcPr>
          <w:p>
            <w:pPr>
              <w:spacing w:after="0"/>
              <w:jc w:val="left"/>
            </w:pPr>
            <w:r>
              <w:rPr>
                <w:sz w:val="16"/>
              </w:rPr>
              <w:t>Fleming County (unincorporated area)</w:t>
            </w:r>
          </w:p>
        </w:tc>
        <w:tc>
          <w:tcPr>
            <w:tcW w:type="dxa" w:w="1394"/>
          </w:tcPr>
          <w:p>
            <w:pPr>
              <w:spacing w:after="0"/>
              <w:jc w:val="left"/>
            </w:pPr>
            <w:r>
              <w:rPr>
                <w:sz w:val="16"/>
              </w:rPr>
              <w:t>Unincorporated</w:t>
            </w:r>
          </w:p>
        </w:tc>
        <w:tc>
          <w:tcPr>
            <w:tcW w:type="dxa" w:w="2431"/>
          </w:tcPr>
          <w:p>
            <w:pPr>
              <w:spacing w:after="0"/>
              <w:jc w:val="left"/>
            </w:pPr>
            <w:r>
              <w:rPr>
                <w:sz w:val="16"/>
              </w:rPr>
              <w:t>Approved, expires 2027-05-23</w:t>
            </w:r>
          </w:p>
        </w:tc>
        <w:tc>
          <w:tcPr>
            <w:tcW w:type="dxa" w:w="3724"/>
          </w:tcPr>
          <w:p>
            <w:pPr>
              <w:spacing w:after="0"/>
              <w:jc w:val="left"/>
            </w:pPr>
            <w:r>
              <w:rPr>
                <w:sz w:val="16"/>
              </w:rPr>
              <w:t>Buffalo Trace ADD Regional (FEMA plan 108105)</w:t>
            </w:r>
          </w:p>
        </w:tc>
        <w:tc>
          <w:tcPr>
            <w:tcW w:type="dxa" w:w="1037"/>
          </w:tcPr>
          <w:p>
            <w:pPr>
              <w:spacing w:after="0"/>
              <w:jc w:val="left"/>
            </w:pPr>
            <w:r>
              <w:rPr>
                <w:sz w:val="16"/>
              </w:rPr>
              <w:t>2022-05-24</w:t>
            </w:r>
          </w:p>
        </w:tc>
        <w:tc>
          <w:tcPr>
            <w:tcW w:type="dxa" w:w="1037"/>
          </w:tcPr>
          <w:p>
            <w:pPr>
              <w:spacing w:after="0"/>
              <w:jc w:val="left"/>
            </w:pPr>
            <w:r>
              <w:rPr>
                <w:sz w:val="16"/>
              </w:rPr>
              <w:t>2027-05-23</w:t>
            </w:r>
          </w:p>
        </w:tc>
        <w:tc>
          <w:tcPr>
            <w:tcW w:type="dxa" w:w="880"/>
          </w:tcPr>
          <w:p>
            <w:pPr>
              <w:spacing w:after="0"/>
              <w:jc w:val="right"/>
            </w:pPr>
            <w:r>
              <w:rPr>
                <w:sz w:val="16"/>
              </w:rPr>
              <w:t>237</w:t>
            </w:r>
          </w:p>
        </w:tc>
        <w:tc>
          <w:tcPr>
            <w:tcW w:type="dxa" w:w="936"/>
          </w:tcPr>
          <w:p>
            <w:pPr>
              <w:spacing w:after="0"/>
              <w:jc w:val="left"/>
            </w:pPr>
          </w:p>
        </w:tc>
        <w:tc>
          <w:tcPr>
            <w:tcW w:type="dxa" w:w="1037"/>
          </w:tcPr>
          <w:p>
            <w:pPr>
              <w:spacing w:after="0"/>
              <w:jc w:val="left"/>
            </w:pPr>
          </w:p>
        </w:tc>
      </w:tr>
      <w:tr>
        <w:trPr>
          <w:cantSplit/>
        </w:trPr>
        <w:tc>
          <w:tcPr>
            <w:tcW w:type="dxa" w:w="1638"/>
          </w:tcPr>
          <w:p>
            <w:pPr>
              <w:spacing w:after="0"/>
              <w:jc w:val="left"/>
            </w:pPr>
            <w:r>
              <w:rPr>
                <w:sz w:val="16"/>
              </w:rPr>
              <w:t>Ewing city</w:t>
            </w:r>
          </w:p>
        </w:tc>
        <w:tc>
          <w:tcPr>
            <w:tcW w:type="dxa" w:w="1394"/>
          </w:tcPr>
          <w:p>
            <w:pPr>
              <w:spacing w:after="0"/>
              <w:jc w:val="left"/>
            </w:pPr>
            <w:r>
              <w:rPr>
                <w:sz w:val="16"/>
              </w:rPr>
              <w:t>City</w:t>
            </w:r>
          </w:p>
        </w:tc>
        <w:tc>
          <w:tcPr>
            <w:tcW w:type="dxa" w:w="2431"/>
          </w:tcPr>
          <w:p>
            <w:pPr>
              <w:spacing w:after="0"/>
              <w:jc w:val="left"/>
            </w:pPr>
            <w:r>
              <w:rPr>
                <w:sz w:val="16"/>
              </w:rPr>
              <w:t>Approved, expires 2027-05-23</w:t>
            </w:r>
          </w:p>
        </w:tc>
        <w:tc>
          <w:tcPr>
            <w:tcW w:type="dxa" w:w="3724"/>
          </w:tcPr>
          <w:p>
            <w:pPr>
              <w:spacing w:after="0"/>
              <w:jc w:val="left"/>
            </w:pPr>
            <w:r>
              <w:rPr>
                <w:sz w:val="16"/>
              </w:rPr>
              <w:t>Buffalo Trace ADD Regional (FEMA plan 108105)</w:t>
            </w:r>
          </w:p>
        </w:tc>
        <w:tc>
          <w:tcPr>
            <w:tcW w:type="dxa" w:w="1037"/>
          </w:tcPr>
          <w:p>
            <w:pPr>
              <w:spacing w:after="0"/>
              <w:jc w:val="left"/>
            </w:pPr>
            <w:r>
              <w:rPr>
                <w:sz w:val="16"/>
              </w:rPr>
              <w:t>2022-05-24</w:t>
            </w:r>
          </w:p>
        </w:tc>
        <w:tc>
          <w:tcPr>
            <w:tcW w:type="dxa" w:w="1037"/>
          </w:tcPr>
          <w:p>
            <w:pPr>
              <w:spacing w:after="0"/>
              <w:jc w:val="left"/>
            </w:pPr>
            <w:r>
              <w:rPr>
                <w:sz w:val="16"/>
              </w:rPr>
              <w:t>2027-05-23</w:t>
            </w:r>
          </w:p>
        </w:tc>
        <w:tc>
          <w:tcPr>
            <w:tcW w:type="dxa" w:w="880"/>
          </w:tcPr>
          <w:p>
            <w:pPr>
              <w:spacing w:after="0"/>
              <w:jc w:val="right"/>
            </w:pPr>
            <w:r>
              <w:rPr>
                <w:sz w:val="16"/>
              </w:rPr>
              <w:t>237</w:t>
            </w:r>
          </w:p>
        </w:tc>
        <w:tc>
          <w:tcPr>
            <w:tcW w:type="dxa" w:w="936"/>
          </w:tcPr>
          <w:p>
            <w:pPr>
              <w:spacing w:after="0"/>
              <w:jc w:val="left"/>
            </w:pPr>
          </w:p>
        </w:tc>
        <w:tc>
          <w:tcPr>
            <w:tcW w:type="dxa" w:w="1037"/>
          </w:tcPr>
          <w:p>
            <w:pPr>
              <w:spacing w:after="0"/>
              <w:jc w:val="left"/>
            </w:pPr>
            <w:r>
              <w:rPr>
                <w:sz w:val="16"/>
              </w:rPr>
              <w:t>member approved 2023-05-23</w:t>
            </w:r>
          </w:p>
        </w:tc>
      </w:tr>
      <w:tr>
        <w:trPr>
          <w:cantSplit/>
        </w:trPr>
        <w:tc>
          <w:tcPr>
            <w:tcW w:type="dxa" w:w="1638"/>
          </w:tcPr>
          <w:p>
            <w:pPr>
              <w:spacing w:after="0"/>
              <w:jc w:val="left"/>
            </w:pPr>
            <w:r>
              <w:rPr>
                <w:sz w:val="16"/>
              </w:rPr>
              <w:t>Flemingsburg city</w:t>
            </w:r>
          </w:p>
        </w:tc>
        <w:tc>
          <w:tcPr>
            <w:tcW w:type="dxa" w:w="1394"/>
          </w:tcPr>
          <w:p>
            <w:pPr>
              <w:spacing w:after="0"/>
              <w:jc w:val="left"/>
            </w:pPr>
            <w:r>
              <w:rPr>
                <w:sz w:val="16"/>
              </w:rPr>
              <w:t>City</w:t>
            </w:r>
          </w:p>
        </w:tc>
        <w:tc>
          <w:tcPr>
            <w:tcW w:type="dxa" w:w="2431"/>
          </w:tcPr>
          <w:p>
            <w:pPr>
              <w:spacing w:after="0"/>
              <w:jc w:val="left"/>
            </w:pPr>
            <w:r>
              <w:rPr>
                <w:sz w:val="16"/>
              </w:rPr>
              <w:t>Approved, expires 2027-05-23</w:t>
            </w:r>
          </w:p>
        </w:tc>
        <w:tc>
          <w:tcPr>
            <w:tcW w:type="dxa" w:w="3724"/>
          </w:tcPr>
          <w:p>
            <w:pPr>
              <w:spacing w:after="0"/>
              <w:jc w:val="left"/>
            </w:pPr>
            <w:r>
              <w:rPr>
                <w:sz w:val="16"/>
              </w:rPr>
              <w:t>Buffalo Trace ADD Regional (FEMA plan 108105)</w:t>
            </w:r>
          </w:p>
        </w:tc>
        <w:tc>
          <w:tcPr>
            <w:tcW w:type="dxa" w:w="1037"/>
          </w:tcPr>
          <w:p>
            <w:pPr>
              <w:spacing w:after="0"/>
              <w:jc w:val="left"/>
            </w:pPr>
            <w:r>
              <w:rPr>
                <w:sz w:val="16"/>
              </w:rPr>
              <w:t>2022-05-24</w:t>
            </w:r>
          </w:p>
        </w:tc>
        <w:tc>
          <w:tcPr>
            <w:tcW w:type="dxa" w:w="1037"/>
          </w:tcPr>
          <w:p>
            <w:pPr>
              <w:spacing w:after="0"/>
              <w:jc w:val="left"/>
            </w:pPr>
            <w:r>
              <w:rPr>
                <w:sz w:val="16"/>
              </w:rPr>
              <w:t>2027-05-23</w:t>
            </w:r>
          </w:p>
        </w:tc>
        <w:tc>
          <w:tcPr>
            <w:tcW w:type="dxa" w:w="880"/>
          </w:tcPr>
          <w:p>
            <w:pPr>
              <w:spacing w:after="0"/>
              <w:jc w:val="right"/>
            </w:pPr>
            <w:r>
              <w:rPr>
                <w:sz w:val="16"/>
              </w:rPr>
              <w:t>237</w:t>
            </w:r>
          </w:p>
        </w:tc>
        <w:tc>
          <w:tcPr>
            <w:tcW w:type="dxa" w:w="936"/>
          </w:tcPr>
          <w:p>
            <w:pPr>
              <w:spacing w:after="0"/>
              <w:jc w:val="left"/>
            </w:pPr>
          </w:p>
        </w:tc>
        <w:tc>
          <w:tcPr>
            <w:tcW w:type="dxa" w:w="1037"/>
          </w:tcPr>
          <w:p>
            <w:pPr>
              <w:spacing w:after="0"/>
              <w:jc w:val="left"/>
            </w:pPr>
          </w:p>
        </w:tc>
      </w:tr>
    </w:tbl>
    <w:p>
      <w:pPr>
        <w:spacing w:after="40" w:before="60"/>
      </w:pPr>
      <w:r>
        <w:rPr>
          <w:sz w:val="15"/>
        </w:rPr>
        <w:t>Plan 108105 also covers 13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$3,963,045</w:t>
            </w:r>
          </w:p>
        </w:tc>
        <w:tc>
          <w:tcPr>
            <w:tcW w:type="dxa" w:w="1126"/>
          </w:tcPr>
          <w:p>
            <w:pPr>
              <w:spacing w:after="0"/>
              <w:jc w:val="right"/>
            </w:pPr>
            <w:r>
              <w:rPr>
                <w:sz w:val="16"/>
              </w:rPr>
              <w:t>$152</w:t>
            </w:r>
          </w:p>
        </w:tc>
        <w:tc>
          <w:tcPr>
            <w:tcW w:type="dxa" w:w="1297"/>
          </w:tcPr>
          <w:p>
            <w:pPr>
              <w:spacing w:after="0"/>
              <w:jc w:val="right"/>
            </w:pPr>
            <w:r>
              <w:rPr>
                <w:sz w:val="16"/>
              </w:rPr>
              <w:t>$29,293</w:t>
            </w:r>
          </w:p>
        </w:tc>
        <w:tc>
          <w:tcPr>
            <w:tcW w:type="dxa" w:w="1111"/>
          </w:tcPr>
          <w:p>
            <w:pPr>
              <w:spacing w:after="0"/>
              <w:jc w:val="right"/>
            </w:pPr>
            <w:r>
              <w:rPr>
                <w:sz w:val="16"/>
              </w:rPr>
              <w:t>$3,992,489</w:t>
            </w:r>
          </w:p>
        </w:tc>
        <w:tc>
          <w:tcPr>
            <w:tcW w:type="dxa" w:w="1199"/>
          </w:tcPr>
          <w:p>
            <w:pPr>
              <w:spacing w:after="0"/>
              <w:jc w:val="right"/>
            </w:pPr>
            <w:r>
              <w:rPr>
                <w:sz w:val="16"/>
              </w:rPr>
              <w:t>63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$389,138</w:t>
            </w:r>
          </w:p>
        </w:tc>
        <w:tc>
          <w:tcPr>
            <w:tcW w:type="dxa" w:w="1126"/>
          </w:tcPr>
          <w:p>
            <w:pPr>
              <w:spacing w:after="0"/>
              <w:jc w:val="right"/>
            </w:pPr>
            <w:r>
              <w:rPr>
                <w:sz w:val="16"/>
              </w:rPr>
              <w:t>$1,964</w:t>
            </w:r>
          </w:p>
        </w:tc>
        <w:tc>
          <w:tcPr>
            <w:tcW w:type="dxa" w:w="1297"/>
          </w:tcPr>
          <w:p>
            <w:pPr>
              <w:spacing w:after="0"/>
              <w:jc w:val="right"/>
            </w:pPr>
            <w:r>
              <w:rPr>
                <w:sz w:val="16"/>
              </w:rPr>
              <w:t>$549,142</w:t>
            </w:r>
          </w:p>
        </w:tc>
        <w:tc>
          <w:tcPr>
            <w:tcW w:type="dxa" w:w="1111"/>
          </w:tcPr>
          <w:p>
            <w:pPr>
              <w:spacing w:after="0"/>
              <w:jc w:val="right"/>
            </w:pPr>
            <w:r>
              <w:rPr>
                <w:sz w:val="16"/>
              </w:rPr>
              <w:t>$940,243</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$110,666</w:t>
            </w:r>
          </w:p>
        </w:tc>
        <w:tc>
          <w:tcPr>
            <w:tcW w:type="dxa" w:w="1126"/>
          </w:tcPr>
          <w:p>
            <w:pPr>
              <w:spacing w:after="0"/>
              <w:jc w:val="right"/>
            </w:pPr>
            <w:r>
              <w:rPr>
                <w:sz w:val="16"/>
              </w:rPr>
              <w:t>$17,072</w:t>
            </w:r>
          </w:p>
        </w:tc>
        <w:tc>
          <w:tcPr>
            <w:tcW w:type="dxa" w:w="1297"/>
          </w:tcPr>
          <w:p>
            <w:pPr>
              <w:spacing w:after="0"/>
              <w:jc w:val="right"/>
            </w:pPr>
            <w:r>
              <w:rPr>
                <w:sz w:val="16"/>
              </w:rPr>
              <w:t>$690,616</w:t>
            </w:r>
          </w:p>
        </w:tc>
        <w:tc>
          <w:tcPr>
            <w:tcW w:type="dxa" w:w="1111"/>
          </w:tcPr>
          <w:p>
            <w:pPr>
              <w:spacing w:after="0"/>
              <w:jc w:val="right"/>
            </w:pPr>
            <w:r>
              <w:rPr>
                <w:sz w:val="16"/>
              </w:rPr>
              <w:t>$818,354</w:t>
            </w:r>
          </w:p>
        </w:tc>
        <w:tc>
          <w:tcPr>
            <w:tcW w:type="dxa" w:w="1199"/>
          </w:tcPr>
          <w:p>
            <w:pPr>
              <w:spacing w:after="0"/>
              <w:jc w:val="right"/>
            </w:pPr>
            <w:r>
              <w:rPr>
                <w:sz w:val="16"/>
              </w:rPr>
              <w:t>149</w:t>
            </w:r>
          </w:p>
        </w:tc>
        <w:tc>
          <w:tcPr>
            <w:tcW w:type="dxa" w:w="2172"/>
          </w:tcPr>
          <w:p>
            <w:pPr>
              <w:spacing w:after="0"/>
              <w:jc w:val="left"/>
            </w:pPr>
          </w:p>
        </w:tc>
        <w:tc>
          <w:tcPr>
            <w:tcW w:type="dxa" w:w="2080"/>
          </w:tcPr>
          <w:p>
            <w:pPr>
              <w:spacing w:after="0"/>
              <w:jc w:val="left"/>
            </w:pPr>
            <w:r>
              <w:rPr>
                <w:sz w:val="16"/>
              </w:rPr>
              <w:t>Includes 5 High Wind records and 4 Strong Wind records,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$135,334</w:t>
            </w:r>
          </w:p>
        </w:tc>
        <w:tc>
          <w:tcPr>
            <w:tcW w:type="dxa" w:w="1126"/>
          </w:tcPr>
          <w:p>
            <w:pPr>
              <w:spacing w:after="0"/>
              <w:jc w:val="right"/>
            </w:pPr>
          </w:p>
        </w:tc>
        <w:tc>
          <w:tcPr>
            <w:tcW w:type="dxa" w:w="1297"/>
          </w:tcPr>
          <w:p>
            <w:pPr>
              <w:spacing w:after="0"/>
              <w:jc w:val="right"/>
            </w:pPr>
            <w:r>
              <w:rPr>
                <w:sz w:val="16"/>
              </w:rPr>
              <w:t>$37,678</w:t>
            </w:r>
          </w:p>
        </w:tc>
        <w:tc>
          <w:tcPr>
            <w:tcW w:type="dxa" w:w="1111"/>
          </w:tcPr>
          <w:p>
            <w:pPr>
              <w:spacing w:after="0"/>
              <w:jc w:val="right"/>
            </w:pPr>
            <w:r>
              <w:rPr>
                <w:sz w:val="16"/>
              </w:rPr>
              <w:t>$173,012</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$5,153</w:t>
            </w:r>
          </w:p>
        </w:tc>
        <w:tc>
          <w:tcPr>
            <w:tcW w:type="dxa" w:w="1126"/>
          </w:tcPr>
          <w:p>
            <w:pPr>
              <w:spacing w:after="0"/>
              <w:jc w:val="right"/>
            </w:pPr>
          </w:p>
        </w:tc>
        <w:tc>
          <w:tcPr>
            <w:tcW w:type="dxa" w:w="1297"/>
          </w:tcPr>
          <w:p>
            <w:pPr>
              <w:spacing w:after="0"/>
              <w:jc w:val="right"/>
            </w:pPr>
            <w:r>
              <w:rPr>
                <w:sz w:val="16"/>
              </w:rPr>
              <w:t>$167,104</w:t>
            </w:r>
          </w:p>
        </w:tc>
        <w:tc>
          <w:tcPr>
            <w:tcW w:type="dxa" w:w="1111"/>
          </w:tcPr>
          <w:p>
            <w:pPr>
              <w:spacing w:after="0"/>
              <w:jc w:val="right"/>
            </w:pPr>
            <w:r>
              <w:rPr>
                <w:sz w:val="16"/>
              </w:rPr>
              <w:t>$172,257</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$995</w:t>
            </w:r>
          </w:p>
        </w:tc>
        <w:tc>
          <w:tcPr>
            <w:tcW w:type="dxa" w:w="1126"/>
          </w:tcPr>
          <w:p>
            <w:pPr>
              <w:spacing w:after="0"/>
              <w:jc w:val="right"/>
            </w:pPr>
            <w:r>
              <w:rPr>
                <w:sz w:val="16"/>
              </w:rPr>
              <w:t>$30,612</w:t>
            </w:r>
          </w:p>
        </w:tc>
        <w:tc>
          <w:tcPr>
            <w:tcW w:type="dxa" w:w="1297"/>
          </w:tcPr>
          <w:p>
            <w:pPr>
              <w:spacing w:after="0"/>
              <w:jc w:val="right"/>
            </w:pPr>
            <w:r>
              <w:rPr>
                <w:sz w:val="16"/>
              </w:rPr>
              <w:t>$132,366</w:t>
            </w:r>
          </w:p>
        </w:tc>
        <w:tc>
          <w:tcPr>
            <w:tcW w:type="dxa" w:w="1111"/>
          </w:tcPr>
          <w:p>
            <w:pPr>
              <w:spacing w:after="0"/>
              <w:jc w:val="right"/>
            </w:pPr>
            <w:r>
              <w:rPr>
                <w:sz w:val="16"/>
              </w:rPr>
              <w:t>$163,973</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r>
              <w:rPr>
                <w:sz w:val="16"/>
              </w:rPr>
              <w:t>Includes 11 Frost/Freeze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$9</w:t>
            </w:r>
          </w:p>
        </w:tc>
        <w:tc>
          <w:tcPr>
            <w:tcW w:type="dxa" w:w="1126"/>
          </w:tcPr>
          <w:p>
            <w:pPr>
              <w:spacing w:after="0"/>
              <w:jc w:val="right"/>
            </w:pPr>
            <w:r>
              <w:rPr>
                <w:sz w:val="16"/>
              </w:rPr>
              <w:t>$48</w:t>
            </w:r>
          </w:p>
        </w:tc>
        <w:tc>
          <w:tcPr>
            <w:tcW w:type="dxa" w:w="1297"/>
          </w:tcPr>
          <w:p>
            <w:pPr>
              <w:spacing w:after="0"/>
              <w:jc w:val="right"/>
            </w:pPr>
            <w:r>
              <w:rPr>
                <w:sz w:val="16"/>
              </w:rPr>
              <w:t>$146,397</w:t>
            </w:r>
          </w:p>
        </w:tc>
        <w:tc>
          <w:tcPr>
            <w:tcW w:type="dxa" w:w="1111"/>
          </w:tcPr>
          <w:p>
            <w:pPr>
              <w:spacing w:after="0"/>
              <w:jc w:val="right"/>
            </w:pPr>
            <w:r>
              <w:rPr>
                <w:sz w:val="16"/>
              </w:rPr>
              <w:t>$146,453</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$77,766</w:t>
            </w:r>
          </w:p>
        </w:tc>
        <w:tc>
          <w:tcPr>
            <w:tcW w:type="dxa" w:w="1126"/>
          </w:tcPr>
          <w:p>
            <w:pPr>
              <w:spacing w:after="0"/>
              <w:jc w:val="right"/>
            </w:pPr>
            <w:r>
              <w:rPr>
                <w:sz w:val="16"/>
              </w:rPr>
              <w:t>$34,807</w:t>
            </w:r>
          </w:p>
        </w:tc>
        <w:tc>
          <w:tcPr>
            <w:tcW w:type="dxa" w:w="1297"/>
          </w:tcPr>
          <w:p>
            <w:pPr>
              <w:spacing w:after="0"/>
              <w:jc w:val="right"/>
            </w:pPr>
            <w:r>
              <w:rPr>
                <w:sz w:val="16"/>
              </w:rPr>
              <w:t>$11,361</w:t>
            </w:r>
          </w:p>
        </w:tc>
        <w:tc>
          <w:tcPr>
            <w:tcW w:type="dxa" w:w="1111"/>
          </w:tcPr>
          <w:p>
            <w:pPr>
              <w:spacing w:after="0"/>
              <w:jc w:val="right"/>
            </w:pPr>
            <w:r>
              <w:rPr>
                <w:sz w:val="16"/>
              </w:rPr>
              <w:t>$123,934</w:t>
            </w:r>
          </w:p>
        </w:tc>
        <w:tc>
          <w:tcPr>
            <w:tcW w:type="dxa" w:w="1199"/>
          </w:tcPr>
          <w:p>
            <w:pPr>
              <w:spacing w:after="0"/>
              <w:jc w:val="right"/>
            </w:pPr>
            <w:r>
              <w:rPr>
                <w:sz w:val="16"/>
              </w:rPr>
              <w:t>39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$8,512</w:t>
            </w:r>
          </w:p>
        </w:tc>
        <w:tc>
          <w:tcPr>
            <w:tcW w:type="dxa" w:w="1126"/>
          </w:tcPr>
          <w:p>
            <w:pPr>
              <w:spacing w:after="0"/>
              <w:jc w:val="right"/>
            </w:pPr>
            <w:r>
              <w:rPr>
                <w:sz w:val="16"/>
              </w:rPr>
              <w:t>$1</w:t>
            </w:r>
          </w:p>
        </w:tc>
        <w:tc>
          <w:tcPr>
            <w:tcW w:type="dxa" w:w="1297"/>
          </w:tcPr>
          <w:p>
            <w:pPr>
              <w:spacing w:after="0"/>
              <w:jc w:val="right"/>
            </w:pPr>
            <w:r>
              <w:rPr>
                <w:sz w:val="16"/>
              </w:rPr>
              <w:t>$33,708</w:t>
            </w:r>
          </w:p>
        </w:tc>
        <w:tc>
          <w:tcPr>
            <w:tcW w:type="dxa" w:w="1111"/>
          </w:tcPr>
          <w:p>
            <w:pPr>
              <w:spacing w:after="0"/>
              <w:jc w:val="right"/>
            </w:pPr>
            <w:r>
              <w:rPr>
                <w:sz w:val="16"/>
              </w:rPr>
              <w:t>$42,222</w:t>
            </w:r>
          </w:p>
        </w:tc>
        <w:tc>
          <w:tcPr>
            <w:tcW w:type="dxa" w:w="1199"/>
          </w:tcPr>
          <w:p>
            <w:pPr>
              <w:spacing w:after="0"/>
              <w:jc w:val="right"/>
            </w:pPr>
            <w:r>
              <w:rPr>
                <w:sz w:val="16"/>
              </w:rPr>
              <w:t>52</w:t>
            </w:r>
          </w:p>
        </w:tc>
        <w:tc>
          <w:tcPr>
            <w:tcW w:type="dxa" w:w="2172"/>
          </w:tcPr>
          <w:p>
            <w:pPr>
              <w:spacing w:after="0"/>
              <w:jc w:val="left"/>
            </w:pPr>
          </w:p>
        </w:tc>
        <w:tc>
          <w:tcPr>
            <w:tcW w:type="dxa" w:w="2080"/>
          </w:tcPr>
          <w:p>
            <w:pPr>
              <w:spacing w:after="0"/>
              <w:jc w:val="left"/>
            </w:pPr>
            <w:r>
              <w:rPr>
                <w:sz w:val="16"/>
              </w:rPr>
              <w:t>Includes 2 Sleet records, event types the NRI definition of this hazard leaves out.</w:t>
            </w: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$20,763</w:t>
            </w:r>
          </w:p>
        </w:tc>
        <w:tc>
          <w:tcPr>
            <w:tcW w:type="dxa" w:w="1126"/>
          </w:tcPr>
          <w:p>
            <w:pPr>
              <w:spacing w:after="0"/>
              <w:jc w:val="right"/>
            </w:pPr>
          </w:p>
        </w:tc>
        <w:tc>
          <w:tcPr>
            <w:tcW w:type="dxa" w:w="1297"/>
          </w:tcPr>
          <w:p>
            <w:pPr>
              <w:spacing w:after="0"/>
              <w:jc w:val="right"/>
            </w:pPr>
            <w:r>
              <w:rPr>
                <w:sz w:val="16"/>
              </w:rPr>
              <w:t>$8,828</w:t>
            </w:r>
          </w:p>
        </w:tc>
        <w:tc>
          <w:tcPr>
            <w:tcW w:type="dxa" w:w="1111"/>
          </w:tcPr>
          <w:p>
            <w:pPr>
              <w:spacing w:after="0"/>
              <w:jc w:val="right"/>
            </w:pPr>
            <w:r>
              <w:rPr>
                <w:sz w:val="16"/>
              </w:rPr>
              <w:t>$29,592</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$11,435</w:t>
            </w:r>
          </w:p>
        </w:tc>
        <w:tc>
          <w:tcPr>
            <w:tcW w:type="dxa" w:w="1126"/>
          </w:tcPr>
          <w:p>
            <w:pPr>
              <w:spacing w:after="0"/>
              <w:jc w:val="right"/>
            </w:pPr>
            <w:r>
              <w:rPr>
                <w:sz w:val="16"/>
              </w:rPr>
              <w:t>$4,700</w:t>
            </w:r>
          </w:p>
        </w:tc>
        <w:tc>
          <w:tcPr>
            <w:tcW w:type="dxa" w:w="1297"/>
          </w:tcPr>
          <w:p>
            <w:pPr>
              <w:spacing w:after="0"/>
              <w:jc w:val="right"/>
            </w:pPr>
            <w:r>
              <w:rPr>
                <w:sz w:val="16"/>
              </w:rPr>
              <w:t>$113</w:t>
            </w:r>
          </w:p>
        </w:tc>
        <w:tc>
          <w:tcPr>
            <w:tcW w:type="dxa" w:w="1111"/>
          </w:tcPr>
          <w:p>
            <w:pPr>
              <w:spacing w:after="0"/>
              <w:jc w:val="right"/>
            </w:pPr>
            <w:r>
              <w:rPr>
                <w:sz w:val="16"/>
              </w:rPr>
              <w:t>$16,249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w:t>
            </w:r>
          </w:p>
        </w:tc>
      </w:tr>
      <w:tr>
        <w:trPr>
          <w:cantSplit/>
        </w:trPr>
        <w:tc>
          <w:tcPr>
            <w:tcW w:type="dxa" w:w="683"/>
          </w:tcPr>
          <w:p>
            <w:pPr>
              <w:spacing w:after="0"/>
              <w:jc w:val="right"/>
            </w:pPr>
            <w:r>
              <w:rPr>
                <w:sz w:val="16"/>
              </w:rPr>
              <w:t>12</w:t>
            </w:r>
          </w:p>
        </w:tc>
        <w:tc>
          <w:tcPr>
            <w:tcW w:type="dxa" w:w="1037"/>
          </w:tcPr>
          <w:p>
            <w:pPr>
              <w:spacing w:after="0"/>
              <w:jc w:val="left"/>
            </w:pPr>
            <w:r>
              <w:rPr>
                <w:sz w:val="16"/>
              </w:rPr>
              <w:t>Drought</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$15,525</w:t>
            </w:r>
          </w:p>
        </w:tc>
        <w:tc>
          <w:tcPr>
            <w:tcW w:type="dxa" w:w="1297"/>
          </w:tcPr>
          <w:p>
            <w:pPr>
              <w:spacing w:after="0"/>
              <w:jc w:val="right"/>
            </w:pPr>
          </w:p>
        </w:tc>
        <w:tc>
          <w:tcPr>
            <w:tcW w:type="dxa" w:w="1111"/>
          </w:tcPr>
          <w:p>
            <w:pPr>
              <w:spacing w:after="0"/>
              <w:jc w:val="right"/>
            </w:pPr>
            <w:r>
              <w:rPr>
                <w:sz w:val="16"/>
              </w:rPr>
              <w:t>$15,525</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$4,516</w:t>
            </w:r>
          </w:p>
        </w:tc>
        <w:tc>
          <w:tcPr>
            <w:tcW w:type="dxa" w:w="1126"/>
          </w:tcPr>
          <w:p>
            <w:pPr>
              <w:spacing w:after="0"/>
              <w:jc w:val="right"/>
            </w:pPr>
            <w:r>
              <w:rPr>
                <w:sz w:val="16"/>
              </w:rPr>
              <w:t>$24</w:t>
            </w:r>
          </w:p>
        </w:tc>
        <w:tc>
          <w:tcPr>
            <w:tcW w:type="dxa" w:w="1297"/>
          </w:tcPr>
          <w:p>
            <w:pPr>
              <w:spacing w:after="0"/>
              <w:jc w:val="right"/>
            </w:pPr>
            <w:r>
              <w:rPr>
                <w:sz w:val="16"/>
              </w:rPr>
              <w:t>$1,508</w:t>
            </w:r>
          </w:p>
        </w:tc>
        <w:tc>
          <w:tcPr>
            <w:tcW w:type="dxa" w:w="1111"/>
          </w:tcPr>
          <w:p>
            <w:pPr>
              <w:spacing w:after="0"/>
              <w:jc w:val="right"/>
            </w:pPr>
            <w:r>
              <w:rPr>
                <w:sz w:val="16"/>
              </w:rPr>
              <w:t>$6,048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$83</w:t>
            </w:r>
          </w:p>
        </w:tc>
        <w:tc>
          <w:tcPr>
            <w:tcW w:type="dxa" w:w="1126"/>
          </w:tcPr>
          <w:p>
            <w:pPr>
              <w:spacing w:after="0"/>
              <w:jc w:val="right"/>
            </w:pPr>
          </w:p>
        </w:tc>
        <w:tc>
          <w:tcPr>
            <w:tcW w:type="dxa" w:w="1297"/>
          </w:tcPr>
          <w:p>
            <w:pPr>
              <w:spacing w:after="0"/>
              <w:jc w:val="right"/>
            </w:pPr>
            <w:r>
              <w:rPr>
                <w:sz w:val="16"/>
              </w:rPr>
              <w:t>$1,003</w:t>
            </w:r>
          </w:p>
        </w:tc>
        <w:tc>
          <w:tcPr>
            <w:tcW w:type="dxa" w:w="1111"/>
          </w:tcPr>
          <w:p>
            <w:pPr>
              <w:spacing w:after="0"/>
              <w:jc w:val="right"/>
            </w:pPr>
            <w:r>
              <w:rPr>
                <w:sz w:val="16"/>
              </w:rPr>
              <w:t>$1,086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7 times; no Storm Events record of this type.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1"/>
        <w:gridCol w:w="1783"/>
        <w:gridCol w:w="1618"/>
        <w:gridCol w:w="1480"/>
        <w:gridCol w:w="1624"/>
        <w:gridCol w:w="1693"/>
        <w:gridCol w:w="1759"/>
        <w:gridCol w:w="2343"/>
      </w:tblGrid>
      <w:tr>
        <w:trPr>
          <w:cantSplit/>
          <w:tblHeader/>
        </w:trPr>
        <w:tc>
          <w:tcPr>
            <w:tcW w:type="dxa" w:w="1811"/>
            <w:shd w:val="clear" w:color="auto" w:fill="E8E8E8"/>
          </w:tcPr>
          <w:p>
            <w:pPr>
              <w:spacing w:after="0"/>
              <w:jc w:val="left"/>
            </w:pPr>
            <w:r>
              <w:rPr>
                <w:b/>
                <w:sz w:val="16"/>
              </w:rPr>
              <w:t>Hazard</w:t>
            </w:r>
          </w:p>
        </w:tc>
        <w:tc>
          <w:tcPr>
            <w:tcW w:type="dxa" w:w="1783"/>
            <w:shd w:val="clear" w:color="auto" w:fill="E8E8E8"/>
          </w:tcPr>
          <w:p>
            <w:pPr>
              <w:spacing w:after="0"/>
              <w:jc w:val="left"/>
            </w:pPr>
            <w:r>
              <w:rPr>
                <w:b/>
                <w:sz w:val="16"/>
              </w:rPr>
              <w:t>Scale</w:t>
            </w:r>
          </w:p>
        </w:tc>
        <w:tc>
          <w:tcPr>
            <w:tcW w:type="dxa" w:w="1618"/>
            <w:shd w:val="clear" w:color="auto" w:fill="E8E8E8"/>
          </w:tcPr>
          <w:p>
            <w:pPr>
              <w:spacing w:after="0"/>
              <w:jc w:val="right"/>
            </w:pPr>
            <w:r>
              <w:rPr>
                <w:b/>
                <w:sz w:val="16"/>
              </w:rPr>
              <w:t>Records</w:t>
            </w:r>
          </w:p>
          <w:p>
            <w:pPr>
              <w:spacing w:after="0"/>
              <w:jc w:val="right"/>
            </w:pPr>
            <w:r>
              <w:rPr>
                <w:i/>
                <w:color w:val="555555"/>
                <w:sz w:val="14"/>
              </w:rPr>
              <w:t>count, years</w:t>
            </w:r>
          </w:p>
        </w:tc>
        <w:tc>
          <w:tcPr>
            <w:tcW w:type="dxa" w:w="1480"/>
            <w:shd w:val="clear" w:color="auto" w:fill="E8E8E8"/>
          </w:tcPr>
          <w:p>
            <w:pPr>
              <w:spacing w:after="0"/>
              <w:jc w:val="left"/>
            </w:pPr>
            <w:r>
              <w:rPr>
                <w:b/>
                <w:sz w:val="16"/>
              </w:rPr>
              <w:t>Observed range</w:t>
            </w:r>
          </w:p>
        </w:tc>
        <w:tc>
          <w:tcPr>
            <w:tcW w:type="dxa" w:w="1624"/>
            <w:shd w:val="clear" w:color="auto" w:fill="E8E8E8"/>
          </w:tcPr>
          <w:p>
            <w:pPr>
              <w:spacing w:after="0"/>
              <w:jc w:val="left"/>
            </w:pPr>
            <w:r>
              <w:rPr>
                <w:b/>
                <w:sz w:val="16"/>
              </w:rPr>
              <w:t>Worst recorded event</w:t>
            </w:r>
          </w:p>
        </w:tc>
        <w:tc>
          <w:tcPr>
            <w:tcW w:type="dxa" w:w="1693"/>
            <w:shd w:val="clear" w:color="auto" w:fill="E8E8E8"/>
          </w:tcPr>
          <w:p>
            <w:pPr>
              <w:spacing w:after="0"/>
              <w:jc w:val="left"/>
            </w:pPr>
            <w:r>
              <w:rPr>
                <w:b/>
                <w:sz w:val="16"/>
              </w:rPr>
              <w:t>Most damaging (when different)</w:t>
            </w:r>
          </w:p>
        </w:tc>
        <w:tc>
          <w:tcPr>
            <w:tcW w:type="dxa" w:w="1759"/>
            <w:shd w:val="clear" w:color="auto" w:fill="E8E8E8"/>
          </w:tcPr>
          <w:p>
            <w:pPr>
              <w:spacing w:after="0"/>
              <w:jc w:val="left"/>
            </w:pPr>
            <w:r>
              <w:rPr>
                <w:b/>
                <w:sz w:val="16"/>
              </w:rPr>
              <w:t>How it applies to members</w:t>
            </w:r>
          </w:p>
        </w:tc>
        <w:tc>
          <w:tcPr>
            <w:tcW w:type="dxa" w:w="2343"/>
            <w:shd w:val="clear" w:color="auto" w:fill="E8E8E8"/>
          </w:tcPr>
          <w:p>
            <w:pPr>
              <w:spacing w:after="0"/>
              <w:jc w:val="left"/>
            </w:pPr>
            <w:r>
              <w:rPr>
                <w:b/>
                <w:sz w:val="16"/>
              </w:rPr>
              <w:t>Note</w:t>
            </w:r>
          </w:p>
        </w:tc>
      </w:tr>
      <w:tr>
        <w:trPr>
          <w:cantSplit/>
        </w:trPr>
        <w:tc>
          <w:tcPr>
            <w:tcW w:type="dxa" w:w="1811"/>
          </w:tcPr>
          <w:p>
            <w:pPr>
              <w:spacing w:after="0"/>
              <w:jc w:val="left"/>
            </w:pPr>
            <w:r>
              <w:rPr>
                <w:sz w:val="16"/>
              </w:rPr>
              <w:t>Avalanche</w:t>
            </w:r>
          </w:p>
        </w:tc>
        <w:tc>
          <w:tcPr>
            <w:tcW w:type="dxa" w:w="1783"/>
          </w:tcPr>
          <w:p>
            <w:pPr>
              <w:spacing w:after="0"/>
              <w:jc w:val="left"/>
            </w:pPr>
            <w:r>
              <w:rPr>
                <w:sz w:val="16"/>
              </w:rPr>
              <w:t>none (count and damage)</w:t>
            </w:r>
          </w:p>
        </w:tc>
        <w:tc>
          <w:tcPr>
            <w:tcW w:type="dxa" w:w="1618"/>
          </w:tcPr>
          <w:p>
            <w:pPr>
              <w:spacing w:after="0"/>
              <w:jc w:val="right"/>
            </w:pPr>
            <w:r>
              <w:rPr>
                <w:sz w:val="16"/>
              </w:rPr>
              <w:t>0</w:t>
            </w:r>
          </w:p>
        </w:tc>
        <w:tc>
          <w:tcPr>
            <w:tcW w:type="dxa" w:w="1480"/>
          </w:tcPr>
          <w:p>
            <w:pPr>
              <w:spacing w:after="0"/>
              <w:jc w:val="left"/>
            </w:pPr>
          </w:p>
        </w:tc>
        <w:tc>
          <w:tcPr>
            <w:tcW w:type="dxa" w:w="1624"/>
          </w:tcPr>
          <w:p>
            <w:pPr>
              <w:spacing w:after="0"/>
              <w:jc w:val="left"/>
            </w:pPr>
          </w:p>
        </w:tc>
        <w:tc>
          <w:tcPr>
            <w:tcW w:type="dxa" w:w="1693"/>
          </w:tcPr>
          <w:p>
            <w:pPr>
              <w:spacing w:after="0"/>
              <w:jc w:val="left"/>
            </w:pPr>
          </w:p>
        </w:tc>
        <w:tc>
          <w:tcPr>
            <w:tcW w:type="dxa" w:w="1759"/>
          </w:tcPr>
          <w:p>
            <w:pPr>
              <w:spacing w:after="0"/>
              <w:jc w:val="left"/>
            </w:pPr>
          </w:p>
        </w:tc>
        <w:tc>
          <w:tcPr>
            <w:tcW w:type="dxa" w:w="2343"/>
          </w:tcPr>
          <w:p>
            <w:pPr>
              <w:spacing w:after="0"/>
              <w:jc w:val="left"/>
            </w:pPr>
            <w:r>
              <w:rPr>
                <w:sz w:val="16"/>
              </w:rPr>
              <w:t>Physical measure: in event narratives only; local data required.</w:t>
            </w:r>
          </w:p>
        </w:tc>
      </w:tr>
      <w:tr>
        <w:trPr>
          <w:cantSplit/>
        </w:trPr>
        <w:tc>
          <w:tcPr>
            <w:tcW w:type="dxa" w:w="1811"/>
          </w:tcPr>
          <w:p>
            <w:pPr>
              <w:spacing w:after="0"/>
              <w:jc w:val="left"/>
            </w:pPr>
            <w:r>
              <w:rPr>
                <w:sz w:val="16"/>
              </w:rPr>
              <w:t>Coastal Flood, Storm Surge/Tide</w:t>
            </w:r>
          </w:p>
        </w:tc>
        <w:tc>
          <w:tcPr>
            <w:tcW w:type="dxa" w:w="1783"/>
          </w:tcPr>
          <w:p>
            <w:pPr>
              <w:spacing w:after="0"/>
              <w:jc w:val="left"/>
            </w:pPr>
            <w:r>
              <w:rPr>
                <w:sz w:val="16"/>
              </w:rPr>
              <w:t>none in data (FIRM for depth)</w:t>
            </w:r>
          </w:p>
        </w:tc>
        <w:tc>
          <w:tcPr>
            <w:tcW w:type="dxa" w:w="1618"/>
          </w:tcPr>
          <w:p>
            <w:pPr>
              <w:spacing w:after="0"/>
              <w:jc w:val="right"/>
            </w:pPr>
            <w:r>
              <w:rPr>
                <w:sz w:val="16"/>
              </w:rPr>
              <w:t>0</w:t>
            </w:r>
          </w:p>
        </w:tc>
        <w:tc>
          <w:tcPr>
            <w:tcW w:type="dxa" w:w="1480"/>
          </w:tcPr>
          <w:p>
            <w:pPr>
              <w:spacing w:after="0"/>
              <w:jc w:val="left"/>
            </w:pPr>
          </w:p>
        </w:tc>
        <w:tc>
          <w:tcPr>
            <w:tcW w:type="dxa" w:w="1624"/>
          </w:tcPr>
          <w:p>
            <w:pPr>
              <w:spacing w:after="0"/>
              <w:jc w:val="left"/>
            </w:pPr>
          </w:p>
        </w:tc>
        <w:tc>
          <w:tcPr>
            <w:tcW w:type="dxa" w:w="1693"/>
          </w:tcPr>
          <w:p>
            <w:pPr>
              <w:spacing w:after="0"/>
              <w:jc w:val="left"/>
            </w:pPr>
          </w:p>
        </w:tc>
        <w:tc>
          <w:tcPr>
            <w:tcW w:type="dxa" w:w="1759"/>
          </w:tcPr>
          <w:p>
            <w:pPr>
              <w:spacing w:after="0"/>
              <w:jc w:val="left"/>
            </w:pPr>
          </w:p>
        </w:tc>
        <w:tc>
          <w:tcPr>
            <w:tcW w:type="dxa" w:w="2343"/>
          </w:tcPr>
          <w:p>
            <w:pPr>
              <w:spacing w:after="0"/>
              <w:jc w:val="left"/>
            </w:pPr>
            <w:r>
              <w:rPr>
                <w:sz w:val="16"/>
              </w:rPr>
              <w:t>Flood depth: see the FEMA Flood Insurance Rate Map.</w:t>
            </w:r>
          </w:p>
        </w:tc>
      </w:tr>
      <w:tr>
        <w:trPr>
          <w:cantSplit/>
        </w:trPr>
        <w:tc>
          <w:tcPr>
            <w:tcW w:type="dxa" w:w="1811"/>
          </w:tcPr>
          <w:p>
            <w:pPr>
              <w:spacing w:after="0"/>
              <w:jc w:val="left"/>
            </w:pPr>
            <w:r>
              <w:rPr>
                <w:sz w:val="16"/>
              </w:rPr>
              <w:t>Cold/Wind Chill, Extreme Cold/Wind Chill</w:t>
            </w:r>
          </w:p>
        </w:tc>
        <w:tc>
          <w:tcPr>
            <w:tcW w:type="dxa" w:w="1783"/>
          </w:tcPr>
          <w:p>
            <w:pPr>
              <w:spacing w:after="0"/>
              <w:jc w:val="left"/>
            </w:pPr>
            <w:r>
              <w:rPr>
                <w:sz w:val="16"/>
              </w:rPr>
              <w:t>wind chill</w:t>
            </w:r>
          </w:p>
        </w:tc>
        <w:tc>
          <w:tcPr>
            <w:tcW w:type="dxa" w:w="1618"/>
          </w:tcPr>
          <w:p>
            <w:pPr>
              <w:spacing w:after="0"/>
              <w:jc w:val="right"/>
            </w:pPr>
            <w:r>
              <w:rPr>
                <w:sz w:val="16"/>
              </w:rPr>
              <w:t>0</w:t>
            </w:r>
          </w:p>
        </w:tc>
        <w:tc>
          <w:tcPr>
            <w:tcW w:type="dxa" w:w="1480"/>
          </w:tcPr>
          <w:p>
            <w:pPr>
              <w:spacing w:after="0"/>
              <w:jc w:val="left"/>
            </w:pPr>
          </w:p>
        </w:tc>
        <w:tc>
          <w:tcPr>
            <w:tcW w:type="dxa" w:w="1624"/>
          </w:tcPr>
          <w:p>
            <w:pPr>
              <w:spacing w:after="0"/>
              <w:jc w:val="left"/>
            </w:pPr>
          </w:p>
        </w:tc>
        <w:tc>
          <w:tcPr>
            <w:tcW w:type="dxa" w:w="1693"/>
          </w:tcPr>
          <w:p>
            <w:pPr>
              <w:spacing w:after="0"/>
              <w:jc w:val="left"/>
            </w:pPr>
          </w:p>
        </w:tc>
        <w:tc>
          <w:tcPr>
            <w:tcW w:type="dxa" w:w="1759"/>
          </w:tcPr>
          <w:p>
            <w:pPr>
              <w:spacing w:after="0"/>
              <w:jc w:val="left"/>
            </w:pPr>
          </w:p>
        </w:tc>
        <w:tc>
          <w:tcPr>
            <w:tcW w:type="dxa" w:w="2343"/>
          </w:tcPr>
          <w:p>
            <w:pPr>
              <w:spacing w:after="0"/>
              <w:jc w:val="left"/>
            </w:pPr>
            <w:r>
              <w:rPr>
                <w:sz w:val="16"/>
              </w:rPr>
              <w:t>Wind chill: in event narratives only; local data required.</w:t>
            </w:r>
          </w:p>
        </w:tc>
      </w:tr>
      <w:tr>
        <w:trPr>
          <w:cantSplit/>
        </w:trPr>
        <w:tc>
          <w:tcPr>
            <w:tcW w:type="dxa" w:w="1811"/>
          </w:tcPr>
          <w:p>
            <w:pPr>
              <w:spacing w:after="0"/>
              <w:jc w:val="left"/>
            </w:pPr>
            <w:r>
              <w:rPr>
                <w:sz w:val="16"/>
              </w:rPr>
              <w:t>Frost/Freeze (outside NRI Cold Wave definition)</w:t>
            </w:r>
          </w:p>
        </w:tc>
        <w:tc>
          <w:tcPr>
            <w:tcW w:type="dxa" w:w="1783"/>
          </w:tcPr>
          <w:p>
            <w:pPr>
              <w:spacing w:after="0"/>
              <w:jc w:val="left"/>
            </w:pPr>
            <w:r>
              <w:rPr>
                <w:sz w:val="16"/>
              </w:rPr>
              <w:t>crop damage</w:t>
            </w:r>
          </w:p>
        </w:tc>
        <w:tc>
          <w:tcPr>
            <w:tcW w:type="dxa" w:w="1618"/>
          </w:tcPr>
          <w:p>
            <w:pPr>
              <w:spacing w:after="0"/>
              <w:jc w:val="right"/>
            </w:pPr>
            <w:r>
              <w:rPr>
                <w:sz w:val="16"/>
              </w:rPr>
              <w:t>11, 2007 to 2020 (11 zone-level)</w:t>
            </w:r>
          </w:p>
        </w:tc>
        <w:tc>
          <w:tcPr>
            <w:tcW w:type="dxa" w:w="1480"/>
          </w:tcPr>
          <w:p>
            <w:pPr>
              <w:spacing w:after="0"/>
              <w:jc w:val="left"/>
            </w:pPr>
          </w:p>
        </w:tc>
        <w:tc>
          <w:tcPr>
            <w:tcW w:type="dxa" w:w="1624"/>
          </w:tcPr>
          <w:p>
            <w:pPr>
              <w:spacing w:after="0"/>
              <w:jc w:val="left"/>
            </w:pPr>
            <w:r>
              <w:rPr>
                <w:sz w:val="16"/>
              </w:rPr>
              <w:t>No crop damage reported in 11 records.</w:t>
            </w:r>
          </w:p>
        </w:tc>
        <w:tc>
          <w:tcPr>
            <w:tcW w:type="dxa" w:w="1693"/>
          </w:tcPr>
          <w:p>
            <w:pPr>
              <w:spacing w:after="0"/>
              <w:jc w:val="left"/>
            </w:pPr>
          </w:p>
        </w:tc>
        <w:tc>
          <w:tcPr>
            <w:tcW w:type="dxa" w:w="1759"/>
          </w:tcPr>
          <w:p>
            <w:pPr>
              <w:spacing w:after="0"/>
              <w:jc w:val="left"/>
            </w:pPr>
            <w:r>
              <w:rPr>
                <w:sz w:val="16"/>
              </w:rPr>
              <w:t>Zone-level records: applies countywide; national data do not locate these events within the county.</w:t>
            </w:r>
          </w:p>
        </w:tc>
        <w:tc>
          <w:tcPr>
            <w:tcW w:type="dxa" w:w="2343"/>
          </w:tcPr>
          <w:p>
            <w:pPr>
              <w:spacing w:after="0"/>
              <w:jc w:val="left"/>
            </w:pPr>
            <w:r>
              <w:rPr>
                <w:sz w:val="16"/>
              </w:rPr>
              <w:t>Temperature: in event narratives only; local data required.</w:t>
            </w:r>
          </w:p>
        </w:tc>
      </w:tr>
      <w:tr>
        <w:trPr>
          <w:cantSplit/>
        </w:trPr>
        <w:tc>
          <w:tcPr>
            <w:tcW w:type="dxa" w:w="1811"/>
          </w:tcPr>
          <w:p>
            <w:pPr>
              <w:spacing w:after="0"/>
              <w:jc w:val="left"/>
            </w:pPr>
            <w:r>
              <w:rPr>
                <w:sz w:val="16"/>
              </w:rPr>
              <w:t>Drought</w:t>
            </w:r>
          </w:p>
        </w:tc>
        <w:tc>
          <w:tcPr>
            <w:tcW w:type="dxa" w:w="1783"/>
          </w:tcPr>
          <w:p>
            <w:pPr>
              <w:spacing w:after="0"/>
              <w:jc w:val="left"/>
            </w:pPr>
            <w:r>
              <w:rPr>
                <w:sz w:val="16"/>
              </w:rPr>
              <w:t>US Drought Monitor D-scale</w:t>
            </w:r>
          </w:p>
        </w:tc>
        <w:tc>
          <w:tcPr>
            <w:tcW w:type="dxa" w:w="1618"/>
          </w:tcPr>
          <w:p>
            <w:pPr>
              <w:spacing w:after="0"/>
              <w:jc w:val="right"/>
            </w:pPr>
            <w:r>
              <w:rPr>
                <w:sz w:val="16"/>
              </w:rPr>
              <w:t>2, 2016 to 2016 (2 zone-level)</w:t>
            </w:r>
          </w:p>
        </w:tc>
        <w:tc>
          <w:tcPr>
            <w:tcW w:type="dxa" w:w="1480"/>
          </w:tcPr>
          <w:p>
            <w:pPr>
              <w:spacing w:after="0"/>
              <w:jc w:val="left"/>
            </w:pPr>
            <w:r>
              <w:rPr>
                <w:sz w:val="16"/>
              </w:rPr>
              <w:t>36 days; 1 with a recorded value</w:t>
            </w:r>
          </w:p>
        </w:tc>
        <w:tc>
          <w:tcPr>
            <w:tcW w:type="dxa" w:w="1624"/>
          </w:tcPr>
          <w:p>
            <w:pPr>
              <w:spacing w:after="0"/>
              <w:jc w:val="left"/>
            </w:pPr>
            <w:r>
              <w:rPr>
                <w:sz w:val="16"/>
              </w:rPr>
              <w:t>36 days (about 1.2 months), 2016-11-15 to 2016-12-20, a run of 2 consecutive Storm Events drought records, zone-level</w:t>
            </w:r>
          </w:p>
        </w:tc>
        <w:tc>
          <w:tcPr>
            <w:tcW w:type="dxa" w:w="1693"/>
          </w:tcPr>
          <w:p>
            <w:pPr>
              <w:spacing w:after="0"/>
              <w:jc w:val="left"/>
            </w:pPr>
          </w:p>
        </w:tc>
        <w:tc>
          <w:tcPr>
            <w:tcW w:type="dxa" w:w="1759"/>
          </w:tcPr>
          <w:p>
            <w:pPr>
              <w:spacing w:after="0"/>
              <w:jc w:val="left"/>
            </w:pPr>
            <w:r>
              <w:rPr>
                <w:sz w:val="16"/>
              </w:rPr>
              <w:t>Zone-level records: applies countywide; national data do not locate these events within the county.</w:t>
            </w:r>
          </w:p>
        </w:tc>
        <w:tc>
          <w:tcPr>
            <w:tcW w:type="dxa" w:w="234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1"/>
          </w:tcPr>
          <w:p>
            <w:pPr>
              <w:spacing w:after="0"/>
              <w:jc w:val="left"/>
            </w:pPr>
            <w:r>
              <w:rPr>
                <w:sz w:val="16"/>
              </w:rPr>
              <w:t>Earthquake</w:t>
            </w:r>
          </w:p>
        </w:tc>
        <w:tc>
          <w:tcPr>
            <w:tcW w:type="dxa" w:w="1783"/>
          </w:tcPr>
          <w:p>
            <w:pPr>
              <w:spacing w:after="0"/>
              <w:jc w:val="left"/>
            </w:pPr>
            <w:r>
              <w:rPr>
                <w:sz w:val="16"/>
              </w:rPr>
              <w:t>Modified Mercalli (local data)</w:t>
            </w:r>
          </w:p>
        </w:tc>
        <w:tc>
          <w:tcPr>
            <w:tcW w:type="dxa" w:w="1618"/>
          </w:tcPr>
          <w:p>
            <w:pPr>
              <w:spacing w:after="0"/>
              <w:jc w:val="right"/>
            </w:pPr>
            <w:r>
              <w:rPr>
                <w:sz w:val="16"/>
              </w:rPr>
              <w:t>0</w:t>
            </w:r>
          </w:p>
        </w:tc>
        <w:tc>
          <w:tcPr>
            <w:tcW w:type="dxa" w:w="1480"/>
          </w:tcPr>
          <w:p>
            <w:pPr>
              <w:spacing w:after="0"/>
              <w:jc w:val="left"/>
            </w:pPr>
          </w:p>
        </w:tc>
        <w:tc>
          <w:tcPr>
            <w:tcW w:type="dxa" w:w="1624"/>
          </w:tcPr>
          <w:p>
            <w:pPr>
              <w:spacing w:after="0"/>
              <w:jc w:val="left"/>
            </w:pPr>
          </w:p>
        </w:tc>
        <w:tc>
          <w:tcPr>
            <w:tcW w:type="dxa" w:w="1693"/>
          </w:tcPr>
          <w:p>
            <w:pPr>
              <w:spacing w:after="0"/>
              <w:jc w:val="left"/>
            </w:pPr>
          </w:p>
        </w:tc>
        <w:tc>
          <w:tcPr>
            <w:tcW w:type="dxa" w:w="1759"/>
          </w:tcPr>
          <w:p>
            <w:pPr>
              <w:spacing w:after="0"/>
              <w:jc w:val="left"/>
            </w:pPr>
          </w:p>
        </w:tc>
        <w:tc>
          <w:tcPr>
            <w:tcW w:type="dxa" w:w="2343"/>
          </w:tcPr>
          <w:p>
            <w:pPr>
              <w:spacing w:after="0"/>
              <w:jc w:val="left"/>
            </w:pPr>
            <w:r>
              <w:rPr>
                <w:sz w:val="16"/>
              </w:rPr>
              <w:t>No Storm Events record; local data required (e.g., USGS).</w:t>
            </w:r>
          </w:p>
        </w:tc>
      </w:tr>
      <w:tr>
        <w:trPr>
          <w:cantSplit/>
        </w:trPr>
        <w:tc>
          <w:tcPr>
            <w:tcW w:type="dxa" w:w="1811"/>
          </w:tcPr>
          <w:p>
            <w:pPr>
              <w:spacing w:after="0"/>
              <w:jc w:val="left"/>
            </w:pPr>
            <w:r>
              <w:rPr>
                <w:sz w:val="16"/>
              </w:rPr>
              <w:t>Hail</w:t>
            </w:r>
          </w:p>
        </w:tc>
        <w:tc>
          <w:tcPr>
            <w:tcW w:type="dxa" w:w="1783"/>
          </w:tcPr>
          <w:p>
            <w:pPr>
              <w:spacing w:after="0"/>
              <w:jc w:val="left"/>
            </w:pPr>
            <w:r>
              <w:rPr>
                <w:sz w:val="16"/>
              </w:rPr>
              <w:t>hail size (inches)</w:t>
            </w:r>
          </w:p>
        </w:tc>
        <w:tc>
          <w:tcPr>
            <w:tcW w:type="dxa" w:w="1618"/>
          </w:tcPr>
          <w:p>
            <w:pPr>
              <w:spacing w:after="0"/>
              <w:jc w:val="right"/>
            </w:pPr>
            <w:r>
              <w:rPr>
                <w:sz w:val="16"/>
              </w:rPr>
              <w:t>42, 1991 to 2020</w:t>
            </w:r>
          </w:p>
        </w:tc>
        <w:tc>
          <w:tcPr>
            <w:tcW w:type="dxa" w:w="1480"/>
          </w:tcPr>
          <w:p>
            <w:pPr>
              <w:spacing w:after="0"/>
              <w:jc w:val="left"/>
            </w:pPr>
            <w:r>
              <w:rPr>
                <w:sz w:val="16"/>
              </w:rPr>
              <w:t>0.75 in to 2 in (median 1 in); 42 with a recorded value</w:t>
            </w:r>
          </w:p>
        </w:tc>
        <w:tc>
          <w:tcPr>
            <w:tcW w:type="dxa" w:w="1624"/>
          </w:tcPr>
          <w:p>
            <w:pPr>
              <w:spacing w:after="0"/>
              <w:jc w:val="left"/>
            </w:pPr>
            <w:r>
              <w:rPr>
                <w:sz w:val="16"/>
              </w:rPr>
              <w:t>2 in hail, 2010-05-14</w:t>
            </w:r>
          </w:p>
        </w:tc>
        <w:tc>
          <w:tcPr>
            <w:tcW w:type="dxa" w:w="1693"/>
          </w:tcPr>
          <w:p>
            <w:pPr>
              <w:spacing w:after="0"/>
              <w:jc w:val="left"/>
            </w:pPr>
          </w:p>
        </w:tc>
        <w:tc>
          <w:tcPr>
            <w:tcW w:type="dxa" w:w="1759"/>
          </w:tcPr>
          <w:p>
            <w:pPr>
              <w:spacing w:after="0"/>
              <w:jc w:val="left"/>
            </w:pPr>
            <w:r>
              <w:rPr>
                <w:sz w:val="16"/>
              </w:rPr>
              <w:t>Event records naming member places: Flemingsburg city (18 records), Ewing city (2 records).</w:t>
            </w:r>
          </w:p>
        </w:tc>
        <w:tc>
          <w:tcPr>
            <w:tcW w:type="dxa" w:w="2343"/>
          </w:tcPr>
          <w:p>
            <w:pPr>
              <w:spacing w:after="0"/>
              <w:jc w:val="left"/>
            </w:pPr>
          </w:p>
        </w:tc>
      </w:tr>
      <w:tr>
        <w:trPr>
          <w:cantSplit/>
        </w:trPr>
        <w:tc>
          <w:tcPr>
            <w:tcW w:type="dxa" w:w="1811"/>
          </w:tcPr>
          <w:p>
            <w:pPr>
              <w:spacing w:after="0"/>
              <w:jc w:val="left"/>
            </w:pPr>
            <w:r>
              <w:rPr>
                <w:sz w:val="16"/>
              </w:rPr>
              <w:t>Excessive Heat, Heat</w:t>
            </w:r>
          </w:p>
        </w:tc>
        <w:tc>
          <w:tcPr>
            <w:tcW w:type="dxa" w:w="1783"/>
          </w:tcPr>
          <w:p>
            <w:pPr>
              <w:spacing w:after="0"/>
              <w:jc w:val="left"/>
            </w:pPr>
            <w:r>
              <w:rPr>
                <w:sz w:val="16"/>
              </w:rPr>
              <w:t>heat index (narratives)</w:t>
            </w:r>
          </w:p>
        </w:tc>
        <w:tc>
          <w:tcPr>
            <w:tcW w:type="dxa" w:w="1618"/>
          </w:tcPr>
          <w:p>
            <w:pPr>
              <w:spacing w:after="0"/>
              <w:jc w:val="right"/>
            </w:pPr>
            <w:r>
              <w:rPr>
                <w:sz w:val="16"/>
              </w:rPr>
              <w:t>6, 2010 to 2010 (6 zone-level)</w:t>
            </w:r>
          </w:p>
        </w:tc>
        <w:tc>
          <w:tcPr>
            <w:tcW w:type="dxa" w:w="1480"/>
          </w:tcPr>
          <w:p>
            <w:pPr>
              <w:spacing w:after="0"/>
              <w:jc w:val="left"/>
            </w:pPr>
            <w:r>
              <w:rPr>
                <w:sz w:val="16"/>
              </w:rPr>
              <w:t>1 day to 5 days (median 3 days); 2 with a recorded value</w:t>
            </w:r>
          </w:p>
        </w:tc>
        <w:tc>
          <w:tcPr>
            <w:tcW w:type="dxa" w:w="1624"/>
          </w:tcPr>
          <w:p>
            <w:pPr>
              <w:spacing w:after="0"/>
              <w:jc w:val="left"/>
            </w:pPr>
            <w:r>
              <w:rPr>
                <w:sz w:val="16"/>
              </w:rPr>
              <w:t>5 consecutive days, 2010-08-10 to 2010-08-14, zone-level</w:t>
            </w:r>
          </w:p>
        </w:tc>
        <w:tc>
          <w:tcPr>
            <w:tcW w:type="dxa" w:w="1693"/>
          </w:tcPr>
          <w:p>
            <w:pPr>
              <w:spacing w:after="0"/>
              <w:jc w:val="left"/>
            </w:pPr>
          </w:p>
        </w:tc>
        <w:tc>
          <w:tcPr>
            <w:tcW w:type="dxa" w:w="1759"/>
          </w:tcPr>
          <w:p>
            <w:pPr>
              <w:spacing w:after="0"/>
              <w:jc w:val="left"/>
            </w:pPr>
            <w:r>
              <w:rPr>
                <w:sz w:val="16"/>
              </w:rPr>
              <w:t>Zone-level records: applies countywide; national data do not locate these events within the county.</w:t>
            </w:r>
          </w:p>
        </w:tc>
        <w:tc>
          <w:tcPr>
            <w:tcW w:type="dxa" w:w="2343"/>
          </w:tcPr>
          <w:p>
            <w:pPr>
              <w:spacing w:after="0"/>
              <w:jc w:val="left"/>
            </w:pPr>
            <w:r>
              <w:rPr>
                <w:sz w:val="16"/>
              </w:rPr>
              <w:t>Heat index: in event narratives only; local data required.</w:t>
            </w:r>
          </w:p>
        </w:tc>
      </w:tr>
      <w:tr>
        <w:trPr>
          <w:cantSplit/>
        </w:trPr>
        <w:tc>
          <w:tcPr>
            <w:tcW w:type="dxa" w:w="1811"/>
          </w:tcPr>
          <w:p>
            <w:pPr>
              <w:spacing w:after="0"/>
              <w:jc w:val="left"/>
            </w:pPr>
            <w:r>
              <w:rPr>
                <w:sz w:val="16"/>
              </w:rPr>
              <w:t>Hurricane, Tropical Storm, Tropical Depression</w:t>
            </w:r>
          </w:p>
        </w:tc>
        <w:tc>
          <w:tcPr>
            <w:tcW w:type="dxa" w:w="1783"/>
          </w:tcPr>
          <w:p>
            <w:pPr>
              <w:spacing w:after="0"/>
              <w:jc w:val="left"/>
            </w:pPr>
            <w:r>
              <w:rPr>
                <w:sz w:val="16"/>
              </w:rPr>
              <w:t>Saffir-Simpson</w:t>
            </w:r>
          </w:p>
        </w:tc>
        <w:tc>
          <w:tcPr>
            <w:tcW w:type="dxa" w:w="1618"/>
          </w:tcPr>
          <w:p>
            <w:pPr>
              <w:spacing w:after="0"/>
              <w:jc w:val="right"/>
            </w:pPr>
            <w:r>
              <w:rPr>
                <w:sz w:val="16"/>
              </w:rPr>
              <w:t>0</w:t>
            </w:r>
          </w:p>
        </w:tc>
        <w:tc>
          <w:tcPr>
            <w:tcW w:type="dxa" w:w="1480"/>
          </w:tcPr>
          <w:p>
            <w:pPr>
              <w:spacing w:after="0"/>
              <w:jc w:val="left"/>
            </w:pPr>
          </w:p>
        </w:tc>
        <w:tc>
          <w:tcPr>
            <w:tcW w:type="dxa" w:w="1624"/>
          </w:tcPr>
          <w:p>
            <w:pPr>
              <w:spacing w:after="0"/>
              <w:jc w:val="left"/>
            </w:pPr>
          </w:p>
        </w:tc>
        <w:tc>
          <w:tcPr>
            <w:tcW w:type="dxa" w:w="1693"/>
          </w:tcPr>
          <w:p>
            <w:pPr>
              <w:spacing w:after="0"/>
              <w:jc w:val="left"/>
            </w:pPr>
          </w:p>
        </w:tc>
        <w:tc>
          <w:tcPr>
            <w:tcW w:type="dxa" w:w="1759"/>
          </w:tcPr>
          <w:p>
            <w:pPr>
              <w:spacing w:after="0"/>
              <w:jc w:val="left"/>
            </w:pPr>
          </w:p>
        </w:tc>
        <w:tc>
          <w:tcPr>
            <w:tcW w:type="dxa" w:w="234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11"/>
          </w:tcPr>
          <w:p>
            <w:pPr>
              <w:spacing w:after="0"/>
              <w:jc w:val="left"/>
            </w:pPr>
            <w:r>
              <w:rPr>
                <w:sz w:val="16"/>
              </w:rPr>
              <w:t>Ice Storm</w:t>
            </w:r>
          </w:p>
        </w:tc>
        <w:tc>
          <w:tcPr>
            <w:tcW w:type="dxa" w:w="1783"/>
          </w:tcPr>
          <w:p>
            <w:pPr>
              <w:spacing w:after="0"/>
              <w:jc w:val="left"/>
            </w:pPr>
            <w:r>
              <w:rPr>
                <w:sz w:val="16"/>
              </w:rPr>
              <w:t>Sperry-Piltz (local data)</w:t>
            </w:r>
          </w:p>
        </w:tc>
        <w:tc>
          <w:tcPr>
            <w:tcW w:type="dxa" w:w="1618"/>
          </w:tcPr>
          <w:p>
            <w:pPr>
              <w:spacing w:after="0"/>
              <w:jc w:val="right"/>
            </w:pPr>
            <w:r>
              <w:rPr>
                <w:sz w:val="16"/>
              </w:rPr>
              <w:t>9, 1999 to 2022 (9 zone-level)</w:t>
            </w:r>
          </w:p>
        </w:tc>
        <w:tc>
          <w:tcPr>
            <w:tcW w:type="dxa" w:w="1480"/>
          </w:tcPr>
          <w:p>
            <w:pPr>
              <w:spacing w:after="0"/>
              <w:jc w:val="left"/>
            </w:pPr>
          </w:p>
        </w:tc>
        <w:tc>
          <w:tcPr>
            <w:tcW w:type="dxa" w:w="1624"/>
          </w:tcPr>
          <w:p>
            <w:pPr>
              <w:spacing w:after="0"/>
              <w:jc w:val="left"/>
            </w:pPr>
            <w:r>
              <w:rPr>
                <w:sz w:val="16"/>
              </w:rPr>
              <w:t>No damage reported in 9 records.</w:t>
            </w:r>
          </w:p>
        </w:tc>
        <w:tc>
          <w:tcPr>
            <w:tcW w:type="dxa" w:w="1693"/>
          </w:tcPr>
          <w:p>
            <w:pPr>
              <w:spacing w:after="0"/>
              <w:jc w:val="left"/>
            </w:pPr>
          </w:p>
        </w:tc>
        <w:tc>
          <w:tcPr>
            <w:tcW w:type="dxa" w:w="1759"/>
          </w:tcPr>
          <w:p>
            <w:pPr>
              <w:spacing w:after="0"/>
              <w:jc w:val="left"/>
            </w:pPr>
            <w:r>
              <w:rPr>
                <w:sz w:val="16"/>
              </w:rPr>
              <w:t>Zone-level records: applies countywide; national data do not locate these events within the county.</w:t>
            </w:r>
          </w:p>
        </w:tc>
        <w:tc>
          <w:tcPr>
            <w:tcW w:type="dxa" w:w="2343"/>
          </w:tcPr>
          <w:p>
            <w:pPr>
              <w:spacing w:after="0"/>
              <w:jc w:val="left"/>
            </w:pPr>
            <w:r>
              <w:rPr>
                <w:sz w:val="16"/>
              </w:rPr>
              <w:t>Ice thickness: in event narratives only; local data required.</w:t>
            </w:r>
          </w:p>
        </w:tc>
      </w:tr>
      <w:tr>
        <w:trPr>
          <w:cantSplit/>
        </w:trPr>
        <w:tc>
          <w:tcPr>
            <w:tcW w:type="dxa" w:w="1811"/>
          </w:tcPr>
          <w:p>
            <w:pPr>
              <w:spacing w:after="0"/>
              <w:jc w:val="left"/>
            </w:pPr>
            <w:r>
              <w:rPr>
                <w:sz w:val="16"/>
              </w:rPr>
              <w:t>Flash Flood, Flood, Lakeshore Flood</w:t>
            </w:r>
          </w:p>
        </w:tc>
        <w:tc>
          <w:tcPr>
            <w:tcW w:type="dxa" w:w="1783"/>
          </w:tcPr>
          <w:p>
            <w:pPr>
              <w:spacing w:after="0"/>
              <w:jc w:val="left"/>
            </w:pPr>
            <w:r>
              <w:rPr>
                <w:sz w:val="16"/>
              </w:rPr>
              <w:t>damage and flood days (FIRM for depth)</w:t>
            </w:r>
          </w:p>
        </w:tc>
        <w:tc>
          <w:tcPr>
            <w:tcW w:type="dxa" w:w="1618"/>
          </w:tcPr>
          <w:p>
            <w:pPr>
              <w:spacing w:after="0"/>
              <w:jc w:val="right"/>
            </w:pPr>
            <w:r>
              <w:rPr>
                <w:sz w:val="16"/>
              </w:rPr>
              <w:t>63, 1996 to 2021 (7 zone-level)</w:t>
            </w:r>
          </w:p>
        </w:tc>
        <w:tc>
          <w:tcPr>
            <w:tcW w:type="dxa" w:w="1480"/>
          </w:tcPr>
          <w:p>
            <w:pPr>
              <w:spacing w:after="0"/>
              <w:jc w:val="left"/>
            </w:pPr>
          </w:p>
        </w:tc>
        <w:tc>
          <w:tcPr>
            <w:tcW w:type="dxa" w:w="1624"/>
          </w:tcPr>
          <w:p>
            <w:pPr>
              <w:spacing w:after="0"/>
              <w:jc w:val="left"/>
            </w:pPr>
            <w:r>
              <w:rPr>
                <w:sz w:val="16"/>
              </w:rPr>
              <w:t>Flood, 1997-03-01, $3,000,000 property; $0 crops, reported for the zone (1997 dollars); NWS zone KYZ044 (FLEMING), zone-level: may include parts of neighboring counties</w:t>
            </w:r>
          </w:p>
        </w:tc>
        <w:tc>
          <w:tcPr>
            <w:tcW w:type="dxa" w:w="1693"/>
          </w:tcPr>
          <w:p>
            <w:pPr>
              <w:spacing w:after="0"/>
              <w:jc w:val="left"/>
            </w:pPr>
          </w:p>
        </w:tc>
        <w:tc>
          <w:tcPr>
            <w:tcW w:type="dxa" w:w="1759"/>
          </w:tcPr>
          <w:p>
            <w:pPr>
              <w:spacing w:after="0"/>
              <w:jc w:val="left"/>
            </w:pPr>
            <w:r>
              <w:rPr>
                <w:sz w:val="16"/>
              </w:rPr>
              <w:t>Event records naming member places: Flemingsburg city (8 records), Ewing city (4 records). Zone-level records (7) apply countywide.</w:t>
            </w:r>
          </w:p>
        </w:tc>
        <w:tc>
          <w:tcPr>
            <w:tcW w:type="dxa" w:w="234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11"/>
          </w:tcPr>
          <w:p>
            <w:pPr>
              <w:spacing w:after="0"/>
              <w:jc w:val="left"/>
            </w:pPr>
            <w:r>
              <w:rPr>
                <w:sz w:val="16"/>
              </w:rPr>
              <w:t>Debris Flow</w:t>
            </w:r>
          </w:p>
        </w:tc>
        <w:tc>
          <w:tcPr>
            <w:tcW w:type="dxa" w:w="1783"/>
          </w:tcPr>
          <w:p>
            <w:pPr>
              <w:spacing w:after="0"/>
              <w:jc w:val="left"/>
            </w:pPr>
            <w:r>
              <w:rPr>
                <w:sz w:val="16"/>
              </w:rPr>
              <w:t>none (count and damage)</w:t>
            </w:r>
          </w:p>
        </w:tc>
        <w:tc>
          <w:tcPr>
            <w:tcW w:type="dxa" w:w="1618"/>
          </w:tcPr>
          <w:p>
            <w:pPr>
              <w:spacing w:after="0"/>
              <w:jc w:val="right"/>
            </w:pPr>
            <w:r>
              <w:rPr>
                <w:sz w:val="16"/>
              </w:rPr>
              <w:t>0</w:t>
            </w:r>
          </w:p>
        </w:tc>
        <w:tc>
          <w:tcPr>
            <w:tcW w:type="dxa" w:w="1480"/>
          </w:tcPr>
          <w:p>
            <w:pPr>
              <w:spacing w:after="0"/>
              <w:jc w:val="left"/>
            </w:pPr>
          </w:p>
        </w:tc>
        <w:tc>
          <w:tcPr>
            <w:tcW w:type="dxa" w:w="1624"/>
          </w:tcPr>
          <w:p>
            <w:pPr>
              <w:spacing w:after="0"/>
              <w:jc w:val="left"/>
            </w:pPr>
          </w:p>
        </w:tc>
        <w:tc>
          <w:tcPr>
            <w:tcW w:type="dxa" w:w="1693"/>
          </w:tcPr>
          <w:p>
            <w:pPr>
              <w:spacing w:after="0"/>
              <w:jc w:val="left"/>
            </w:pPr>
          </w:p>
        </w:tc>
        <w:tc>
          <w:tcPr>
            <w:tcW w:type="dxa" w:w="1759"/>
          </w:tcPr>
          <w:p>
            <w:pPr>
              <w:spacing w:after="0"/>
              <w:jc w:val="left"/>
            </w:pPr>
          </w:p>
        </w:tc>
        <w:tc>
          <w:tcPr>
            <w:tcW w:type="dxa" w:w="2343"/>
          </w:tcPr>
          <w:p>
            <w:pPr>
              <w:spacing w:after="0"/>
              <w:jc w:val="left"/>
            </w:pPr>
            <w:r>
              <w:rPr>
                <w:sz w:val="16"/>
              </w:rPr>
              <w:t>Physical measure: in event narratives only; local data required.</w:t>
            </w:r>
          </w:p>
        </w:tc>
      </w:tr>
      <w:tr>
        <w:trPr>
          <w:cantSplit/>
        </w:trPr>
        <w:tc>
          <w:tcPr>
            <w:tcW w:type="dxa" w:w="1811"/>
          </w:tcPr>
          <w:p>
            <w:pPr>
              <w:spacing w:after="0"/>
              <w:jc w:val="left"/>
            </w:pPr>
            <w:r>
              <w:rPr>
                <w:sz w:val="16"/>
              </w:rPr>
              <w:t>Lightning</w:t>
            </w:r>
          </w:p>
        </w:tc>
        <w:tc>
          <w:tcPr>
            <w:tcW w:type="dxa" w:w="1783"/>
          </w:tcPr>
          <w:p>
            <w:pPr>
              <w:spacing w:after="0"/>
              <w:jc w:val="left"/>
            </w:pPr>
            <w:r>
              <w:rPr>
                <w:sz w:val="16"/>
              </w:rPr>
              <w:t>annualized frequency (the measure FEMA's Local Mitigation Planning Handbook names)</w:t>
            </w:r>
          </w:p>
        </w:tc>
        <w:tc>
          <w:tcPr>
            <w:tcW w:type="dxa" w:w="1618"/>
          </w:tcPr>
          <w:p>
            <w:pPr>
              <w:spacing w:after="0"/>
              <w:jc w:val="right"/>
            </w:pPr>
            <w:r>
              <w:rPr>
                <w:sz w:val="16"/>
              </w:rPr>
              <w:t>1, 2015 to 2015</w:t>
            </w:r>
          </w:p>
        </w:tc>
        <w:tc>
          <w:tcPr>
            <w:tcW w:type="dxa" w:w="1480"/>
          </w:tcPr>
          <w:p>
            <w:pPr>
              <w:spacing w:after="0"/>
              <w:jc w:val="left"/>
            </w:pPr>
          </w:p>
        </w:tc>
        <w:tc>
          <w:tcPr>
            <w:tcW w:type="dxa" w:w="1624"/>
          </w:tcPr>
          <w:p>
            <w:pPr>
              <w:spacing w:after="0"/>
              <w:jc w:val="left"/>
            </w:pPr>
            <w:r>
              <w:rPr>
                <w:sz w:val="16"/>
              </w:rPr>
              <w:t>Lightning, 2015-07-03, $1,000 property; crops not reported (2015 dollars)</w:t>
            </w:r>
          </w:p>
        </w:tc>
        <w:tc>
          <w:tcPr>
            <w:tcW w:type="dxa" w:w="1693"/>
          </w:tcPr>
          <w:p>
            <w:pPr>
              <w:spacing w:after="0"/>
              <w:jc w:val="left"/>
            </w:pPr>
          </w:p>
        </w:tc>
        <w:tc>
          <w:tcPr>
            <w:tcW w:type="dxa" w:w="1759"/>
          </w:tcPr>
          <w:p>
            <w:pPr>
              <w:spacing w:after="0"/>
              <w:jc w:val="left"/>
            </w:pPr>
            <w:r>
              <w:rPr>
                <w:sz w:val="16"/>
              </w:rPr>
              <w:t>No event record names a member place.</w:t>
            </w:r>
          </w:p>
        </w:tc>
        <w:tc>
          <w:tcPr>
            <w:tcW w:type="dxa" w:w="2343"/>
          </w:tcPr>
          <w:p>
            <w:pPr>
              <w:spacing w:after="0"/>
              <w:jc w:val="left"/>
            </w:pPr>
            <w:r>
              <w:rPr>
                <w:sz w:val="16"/>
              </w:rPr>
              <w:t>Storm Events lists lightning with damage or casualties; physical measure in event narratives only; local data required.</w:t>
            </w:r>
          </w:p>
        </w:tc>
      </w:tr>
      <w:tr>
        <w:trPr>
          <w:cantSplit/>
        </w:trPr>
        <w:tc>
          <w:tcPr>
            <w:tcW w:type="dxa" w:w="1811"/>
          </w:tcPr>
          <w:p>
            <w:pPr>
              <w:spacing w:after="0"/>
              <w:jc w:val="left"/>
            </w:pPr>
            <w:r>
              <w:rPr>
                <w:sz w:val="16"/>
              </w:rPr>
              <w:t>High Wind and Strong Wind (outside NRI Strong Wind definition)</w:t>
            </w:r>
          </w:p>
        </w:tc>
        <w:tc>
          <w:tcPr>
            <w:tcW w:type="dxa" w:w="1783"/>
          </w:tcPr>
          <w:p>
            <w:pPr>
              <w:spacing w:after="0"/>
              <w:jc w:val="left"/>
            </w:pPr>
            <w:r>
              <w:rPr>
                <w:sz w:val="16"/>
              </w:rPr>
              <w:t>wind speed (kt and mph)</w:t>
            </w:r>
          </w:p>
        </w:tc>
        <w:tc>
          <w:tcPr>
            <w:tcW w:type="dxa" w:w="1618"/>
          </w:tcPr>
          <w:p>
            <w:pPr>
              <w:spacing w:after="0"/>
              <w:jc w:val="right"/>
            </w:pPr>
            <w:r>
              <w:rPr>
                <w:sz w:val="16"/>
              </w:rPr>
              <w:t>9, 2008 to 2024 (9 zone-level)</w:t>
            </w:r>
          </w:p>
        </w:tc>
        <w:tc>
          <w:tcPr>
            <w:tcW w:type="dxa" w:w="1480"/>
          </w:tcPr>
          <w:p>
            <w:pPr>
              <w:spacing w:after="0"/>
              <w:jc w:val="left"/>
            </w:pPr>
            <w:r>
              <w:rPr>
                <w:sz w:val="16"/>
              </w:rPr>
              <w:t>35 kt (40 mph) to 52 kt (60 mph) (median 50 kt (58 mph)); 9 with a recorded value</w:t>
            </w:r>
          </w:p>
        </w:tc>
        <w:tc>
          <w:tcPr>
            <w:tcW w:type="dxa" w:w="1624"/>
          </w:tcPr>
          <w:p>
            <w:pPr>
              <w:spacing w:after="0"/>
              <w:jc w:val="left"/>
            </w:pPr>
            <w:r>
              <w:rPr>
                <w:sz w:val="16"/>
              </w:rPr>
              <w:t>52 kt (60 mph) estimated gust, High Wind, 2014-11-24; same speed and measurement basis also recorded on 2009-12-09; NWS zone KYZ044 (FLEMING), zone-level: may include parts of neighboring counties</w:t>
            </w:r>
          </w:p>
        </w:tc>
        <w:tc>
          <w:tcPr>
            <w:tcW w:type="dxa" w:w="1693"/>
          </w:tcPr>
          <w:p>
            <w:pPr>
              <w:spacing w:after="0"/>
              <w:jc w:val="left"/>
            </w:pPr>
            <w:r>
              <w:rPr>
                <w:sz w:val="16"/>
              </w:rPr>
              <w:t>High Wind, 2023-03-03, $15,000 property; $0 crops, reported for the zone (2023 dollars)</w:t>
            </w:r>
          </w:p>
        </w:tc>
        <w:tc>
          <w:tcPr>
            <w:tcW w:type="dxa" w:w="1759"/>
          </w:tcPr>
          <w:p>
            <w:pPr>
              <w:spacing w:after="0"/>
              <w:jc w:val="left"/>
            </w:pPr>
            <w:r>
              <w:rPr>
                <w:sz w:val="16"/>
              </w:rPr>
              <w:t>Zone-level records: applies countywide; national data do not locate these events within the county.</w:t>
            </w:r>
          </w:p>
        </w:tc>
        <w:tc>
          <w:tcPr>
            <w:tcW w:type="dxa" w:w="2343"/>
          </w:tcPr>
          <w:p>
            <w:pPr>
              <w:spacing w:after="0"/>
              <w:jc w:val="left"/>
            </w:pPr>
          </w:p>
        </w:tc>
      </w:tr>
      <w:tr>
        <w:trPr>
          <w:cantSplit/>
        </w:trPr>
        <w:tc>
          <w:tcPr>
            <w:tcW w:type="dxa" w:w="1811"/>
          </w:tcPr>
          <w:p>
            <w:pPr>
              <w:spacing w:after="0"/>
              <w:jc w:val="left"/>
            </w:pPr>
            <w:r>
              <w:rPr>
                <w:sz w:val="16"/>
              </w:rPr>
              <w:t>Thunderstorm Wind</w:t>
            </w:r>
          </w:p>
        </w:tc>
        <w:tc>
          <w:tcPr>
            <w:tcW w:type="dxa" w:w="1783"/>
          </w:tcPr>
          <w:p>
            <w:pPr>
              <w:spacing w:after="0"/>
              <w:jc w:val="left"/>
            </w:pPr>
            <w:r>
              <w:rPr>
                <w:sz w:val="16"/>
              </w:rPr>
              <w:t>wind speed (kt and mph)</w:t>
            </w:r>
          </w:p>
        </w:tc>
        <w:tc>
          <w:tcPr>
            <w:tcW w:type="dxa" w:w="1618"/>
          </w:tcPr>
          <w:p>
            <w:pPr>
              <w:spacing w:after="0"/>
              <w:jc w:val="right"/>
            </w:pPr>
            <w:r>
              <w:rPr>
                <w:sz w:val="16"/>
              </w:rPr>
              <w:t>148, 1974 to 2026</w:t>
            </w:r>
          </w:p>
        </w:tc>
        <w:tc>
          <w:tcPr>
            <w:tcW w:type="dxa" w:w="1480"/>
          </w:tcPr>
          <w:p>
            <w:pPr>
              <w:spacing w:after="0"/>
              <w:jc w:val="left"/>
            </w:pPr>
            <w:r>
              <w:rPr>
                <w:sz w:val="16"/>
              </w:rPr>
              <w:t>50 kt (58 mph) to 87 kt (100 mph) (median 52 kt (60 mph)); 113 with a recorded value</w:t>
            </w:r>
          </w:p>
        </w:tc>
        <w:tc>
          <w:tcPr>
            <w:tcW w:type="dxa" w:w="1624"/>
          </w:tcPr>
          <w:p>
            <w:pPr>
              <w:spacing w:after="0"/>
              <w:jc w:val="left"/>
            </w:pPr>
            <w:r>
              <w:rPr>
                <w:sz w:val="16"/>
              </w:rPr>
              <w:t>87 kt (100 mph) estimated gust, Thunderstorm Wind, 2015-07-14, 4 direct injuries</w:t>
            </w:r>
          </w:p>
        </w:tc>
        <w:tc>
          <w:tcPr>
            <w:tcW w:type="dxa" w:w="1693"/>
          </w:tcPr>
          <w:p>
            <w:pPr>
              <w:spacing w:after="0"/>
              <w:jc w:val="left"/>
            </w:pPr>
            <w:r>
              <w:rPr>
                <w:sz w:val="16"/>
              </w:rPr>
              <w:t>Thunderstorm Wind, 2017-07-22, $250,000 property; crops not reported (2017 dollars)</w:t>
            </w:r>
          </w:p>
        </w:tc>
        <w:tc>
          <w:tcPr>
            <w:tcW w:type="dxa" w:w="1759"/>
          </w:tcPr>
          <w:p>
            <w:pPr>
              <w:spacing w:after="0"/>
              <w:jc w:val="left"/>
            </w:pPr>
            <w:r>
              <w:rPr>
                <w:sz w:val="16"/>
              </w:rPr>
              <w:t>Event records naming member places: Flemingsburg city (33 records), Ewing city (10 records).</w:t>
            </w:r>
          </w:p>
        </w:tc>
        <w:tc>
          <w:tcPr>
            <w:tcW w:type="dxa" w:w="2343"/>
          </w:tcPr>
          <w:p>
            <w:pPr>
              <w:spacing w:after="0"/>
              <w:jc w:val="left"/>
            </w:pPr>
          </w:p>
        </w:tc>
      </w:tr>
      <w:tr>
        <w:trPr>
          <w:cantSplit/>
        </w:trPr>
        <w:tc>
          <w:tcPr>
            <w:tcW w:type="dxa" w:w="1811"/>
          </w:tcPr>
          <w:p>
            <w:pPr>
              <w:spacing w:after="0"/>
              <w:jc w:val="left"/>
            </w:pPr>
            <w:r>
              <w:rPr>
                <w:sz w:val="16"/>
              </w:rPr>
              <w:t>Tornado</w:t>
            </w:r>
          </w:p>
        </w:tc>
        <w:tc>
          <w:tcPr>
            <w:tcW w:type="dxa" w:w="1783"/>
          </w:tcPr>
          <w:p>
            <w:pPr>
              <w:spacing w:after="0"/>
              <w:jc w:val="left"/>
            </w:pPr>
            <w:r>
              <w:rPr>
                <w:sz w:val="16"/>
              </w:rPr>
              <w:t>Enhanced Fujita (F before Feb 2007)</w:t>
            </w:r>
          </w:p>
        </w:tc>
        <w:tc>
          <w:tcPr>
            <w:tcW w:type="dxa" w:w="1618"/>
          </w:tcPr>
          <w:p>
            <w:pPr>
              <w:spacing w:after="0"/>
              <w:jc w:val="right"/>
            </w:pPr>
            <w:r>
              <w:rPr>
                <w:sz w:val="16"/>
              </w:rPr>
              <w:t>10, 1964 to 2023</w:t>
            </w:r>
          </w:p>
        </w:tc>
        <w:tc>
          <w:tcPr>
            <w:tcW w:type="dxa" w:w="1480"/>
          </w:tcPr>
          <w:p>
            <w:pPr>
              <w:spacing w:after="0"/>
              <w:jc w:val="left"/>
            </w:pPr>
            <w:r>
              <w:rPr>
                <w:sz w:val="16"/>
              </w:rPr>
              <w:t>F/EF0 to F/EF2 (median F/EF1); 10 with a recorded value</w:t>
            </w:r>
          </w:p>
        </w:tc>
        <w:tc>
          <w:tcPr>
            <w:tcW w:type="dxa" w:w="1624"/>
          </w:tcPr>
          <w:p>
            <w:pPr>
              <w:spacing w:after="0"/>
              <w:jc w:val="left"/>
            </w:pPr>
            <w:r>
              <w:rPr>
                <w:sz w:val="16"/>
              </w:rPr>
              <w:t>F2 tornado, 1982-06-16, 10 mi path length (records before 1996 may include the whole path; rating and listing come from the county where the tornado began), 30 yd wide, $250,000 property; crops not recorded (1982 dollars), 1 direct injury</w:t>
            </w:r>
          </w:p>
        </w:tc>
        <w:tc>
          <w:tcPr>
            <w:tcW w:type="dxa" w:w="1693"/>
          </w:tcPr>
          <w:p>
            <w:pPr>
              <w:spacing w:after="0"/>
              <w:jc w:val="left"/>
            </w:pPr>
            <w:r>
              <w:rPr>
                <w:sz w:val="16"/>
              </w:rPr>
              <w:t>Tornado, 1993-02-21, $500,000 property; crops not recorded (1993 dollars)</w:t>
            </w:r>
          </w:p>
        </w:tc>
        <w:tc>
          <w:tcPr>
            <w:tcW w:type="dxa" w:w="1759"/>
          </w:tcPr>
          <w:p>
            <w:pPr>
              <w:spacing w:after="0"/>
              <w:jc w:val="left"/>
            </w:pPr>
            <w:r>
              <w:rPr>
                <w:sz w:val="16"/>
              </w:rPr>
              <w:t>No event record names a member place.</w:t>
            </w:r>
          </w:p>
        </w:tc>
        <w:tc>
          <w:tcPr>
            <w:tcW w:type="dxa" w:w="234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11"/>
          </w:tcPr>
          <w:p>
            <w:pPr>
              <w:spacing w:after="0"/>
              <w:jc w:val="left"/>
            </w:pPr>
            <w:r>
              <w:rPr>
                <w:sz w:val="16"/>
              </w:rPr>
              <w:t>Tsunami</w:t>
            </w:r>
          </w:p>
        </w:tc>
        <w:tc>
          <w:tcPr>
            <w:tcW w:type="dxa" w:w="1783"/>
          </w:tcPr>
          <w:p>
            <w:pPr>
              <w:spacing w:after="0"/>
              <w:jc w:val="left"/>
            </w:pPr>
            <w:r>
              <w:rPr>
                <w:sz w:val="16"/>
              </w:rPr>
              <w:t>none (count and damage)</w:t>
            </w:r>
          </w:p>
        </w:tc>
        <w:tc>
          <w:tcPr>
            <w:tcW w:type="dxa" w:w="1618"/>
          </w:tcPr>
          <w:p>
            <w:pPr>
              <w:spacing w:after="0"/>
              <w:jc w:val="right"/>
            </w:pPr>
            <w:r>
              <w:rPr>
                <w:sz w:val="16"/>
              </w:rPr>
              <w:t>0</w:t>
            </w:r>
          </w:p>
        </w:tc>
        <w:tc>
          <w:tcPr>
            <w:tcW w:type="dxa" w:w="1480"/>
          </w:tcPr>
          <w:p>
            <w:pPr>
              <w:spacing w:after="0"/>
              <w:jc w:val="left"/>
            </w:pPr>
          </w:p>
        </w:tc>
        <w:tc>
          <w:tcPr>
            <w:tcW w:type="dxa" w:w="1624"/>
          </w:tcPr>
          <w:p>
            <w:pPr>
              <w:spacing w:after="0"/>
              <w:jc w:val="left"/>
            </w:pPr>
          </w:p>
        </w:tc>
        <w:tc>
          <w:tcPr>
            <w:tcW w:type="dxa" w:w="1693"/>
          </w:tcPr>
          <w:p>
            <w:pPr>
              <w:spacing w:after="0"/>
              <w:jc w:val="left"/>
            </w:pPr>
          </w:p>
        </w:tc>
        <w:tc>
          <w:tcPr>
            <w:tcW w:type="dxa" w:w="1759"/>
          </w:tcPr>
          <w:p>
            <w:pPr>
              <w:spacing w:after="0"/>
              <w:jc w:val="left"/>
            </w:pPr>
          </w:p>
        </w:tc>
        <w:tc>
          <w:tcPr>
            <w:tcW w:type="dxa" w:w="2343"/>
          </w:tcPr>
          <w:p>
            <w:pPr>
              <w:spacing w:after="0"/>
              <w:jc w:val="left"/>
            </w:pPr>
            <w:r>
              <w:rPr>
                <w:sz w:val="16"/>
              </w:rPr>
              <w:t>Physical measure: in event narratives only; local data required.</w:t>
            </w:r>
          </w:p>
        </w:tc>
      </w:tr>
      <w:tr>
        <w:trPr>
          <w:cantSplit/>
        </w:trPr>
        <w:tc>
          <w:tcPr>
            <w:tcW w:type="dxa" w:w="1811"/>
          </w:tcPr>
          <w:p>
            <w:pPr>
              <w:spacing w:after="0"/>
              <w:jc w:val="left"/>
            </w:pPr>
            <w:r>
              <w:rPr>
                <w:sz w:val="16"/>
              </w:rPr>
              <w:t>Volcanic Ash, Volcanic Ashfall</w:t>
            </w:r>
          </w:p>
        </w:tc>
        <w:tc>
          <w:tcPr>
            <w:tcW w:type="dxa" w:w="1783"/>
          </w:tcPr>
          <w:p>
            <w:pPr>
              <w:spacing w:after="0"/>
              <w:jc w:val="left"/>
            </w:pPr>
            <w:r>
              <w:rPr>
                <w:sz w:val="16"/>
              </w:rPr>
              <w:t>Volcanic Explosivity Index (local data)</w:t>
            </w:r>
          </w:p>
        </w:tc>
        <w:tc>
          <w:tcPr>
            <w:tcW w:type="dxa" w:w="1618"/>
          </w:tcPr>
          <w:p>
            <w:pPr>
              <w:spacing w:after="0"/>
              <w:jc w:val="right"/>
            </w:pPr>
            <w:r>
              <w:rPr>
                <w:sz w:val="16"/>
              </w:rPr>
              <w:t>0</w:t>
            </w:r>
          </w:p>
        </w:tc>
        <w:tc>
          <w:tcPr>
            <w:tcW w:type="dxa" w:w="1480"/>
          </w:tcPr>
          <w:p>
            <w:pPr>
              <w:spacing w:after="0"/>
              <w:jc w:val="left"/>
            </w:pPr>
          </w:p>
        </w:tc>
        <w:tc>
          <w:tcPr>
            <w:tcW w:type="dxa" w:w="1624"/>
          </w:tcPr>
          <w:p>
            <w:pPr>
              <w:spacing w:after="0"/>
              <w:jc w:val="left"/>
            </w:pPr>
          </w:p>
        </w:tc>
        <w:tc>
          <w:tcPr>
            <w:tcW w:type="dxa" w:w="1693"/>
          </w:tcPr>
          <w:p>
            <w:pPr>
              <w:spacing w:after="0"/>
              <w:jc w:val="left"/>
            </w:pPr>
          </w:p>
        </w:tc>
        <w:tc>
          <w:tcPr>
            <w:tcW w:type="dxa" w:w="1759"/>
          </w:tcPr>
          <w:p>
            <w:pPr>
              <w:spacing w:after="0"/>
              <w:jc w:val="left"/>
            </w:pPr>
          </w:p>
        </w:tc>
        <w:tc>
          <w:tcPr>
            <w:tcW w:type="dxa" w:w="2343"/>
          </w:tcPr>
          <w:p>
            <w:pPr>
              <w:spacing w:after="0"/>
              <w:jc w:val="left"/>
            </w:pPr>
            <w:r>
              <w:rPr>
                <w:sz w:val="16"/>
              </w:rPr>
              <w:t>Physical measure: in event narratives only; local data required.</w:t>
            </w:r>
          </w:p>
        </w:tc>
      </w:tr>
      <w:tr>
        <w:trPr>
          <w:cantSplit/>
        </w:trPr>
        <w:tc>
          <w:tcPr>
            <w:tcW w:type="dxa" w:w="1811"/>
          </w:tcPr>
          <w:p>
            <w:pPr>
              <w:spacing w:after="0"/>
              <w:jc w:val="left"/>
            </w:pPr>
            <w:r>
              <w:rPr>
                <w:sz w:val="16"/>
              </w:rPr>
              <w:t>Wildfire</w:t>
            </w:r>
          </w:p>
        </w:tc>
        <w:tc>
          <w:tcPr>
            <w:tcW w:type="dxa" w:w="1783"/>
          </w:tcPr>
          <w:p>
            <w:pPr>
              <w:spacing w:after="0"/>
              <w:jc w:val="left"/>
            </w:pPr>
            <w:r>
              <w:rPr>
                <w:sz w:val="16"/>
              </w:rPr>
              <w:t>acres burned (local data)</w:t>
            </w:r>
          </w:p>
        </w:tc>
        <w:tc>
          <w:tcPr>
            <w:tcW w:type="dxa" w:w="1618"/>
          </w:tcPr>
          <w:p>
            <w:pPr>
              <w:spacing w:after="0"/>
              <w:jc w:val="right"/>
            </w:pPr>
            <w:r>
              <w:rPr>
                <w:sz w:val="16"/>
              </w:rPr>
              <w:t>0</w:t>
            </w:r>
          </w:p>
        </w:tc>
        <w:tc>
          <w:tcPr>
            <w:tcW w:type="dxa" w:w="1480"/>
          </w:tcPr>
          <w:p>
            <w:pPr>
              <w:spacing w:after="0"/>
              <w:jc w:val="left"/>
            </w:pPr>
          </w:p>
        </w:tc>
        <w:tc>
          <w:tcPr>
            <w:tcW w:type="dxa" w:w="1624"/>
          </w:tcPr>
          <w:p>
            <w:pPr>
              <w:spacing w:after="0"/>
              <w:jc w:val="left"/>
            </w:pPr>
          </w:p>
        </w:tc>
        <w:tc>
          <w:tcPr>
            <w:tcW w:type="dxa" w:w="1693"/>
          </w:tcPr>
          <w:p>
            <w:pPr>
              <w:spacing w:after="0"/>
              <w:jc w:val="left"/>
            </w:pPr>
          </w:p>
        </w:tc>
        <w:tc>
          <w:tcPr>
            <w:tcW w:type="dxa" w:w="1759"/>
          </w:tcPr>
          <w:p>
            <w:pPr>
              <w:spacing w:after="0"/>
              <w:jc w:val="left"/>
            </w:pPr>
          </w:p>
        </w:tc>
        <w:tc>
          <w:tcPr>
            <w:tcW w:type="dxa" w:w="2343"/>
          </w:tcPr>
          <w:p>
            <w:pPr>
              <w:spacing w:after="0"/>
              <w:jc w:val="left"/>
            </w:pPr>
            <w:r>
              <w:rPr>
                <w:sz w:val="16"/>
              </w:rPr>
              <w:t>Acres burned: in event narratives only; local data required.</w:t>
            </w:r>
          </w:p>
        </w:tc>
      </w:tr>
      <w:tr>
        <w:trPr>
          <w:cantSplit/>
        </w:trPr>
        <w:tc>
          <w:tcPr>
            <w:tcW w:type="dxa" w:w="1811"/>
          </w:tcPr>
          <w:p>
            <w:pPr>
              <w:spacing w:after="0"/>
              <w:jc w:val="left"/>
            </w:pPr>
            <w:r>
              <w:rPr>
                <w:sz w:val="16"/>
              </w:rPr>
              <w:t>Winter Storm, Heavy Snow, Blizzard, Lake-Effect Snow, Winter Weather, Sleet</w:t>
            </w:r>
          </w:p>
        </w:tc>
        <w:tc>
          <w:tcPr>
            <w:tcW w:type="dxa" w:w="1783"/>
          </w:tcPr>
          <w:p>
            <w:pPr>
              <w:spacing w:after="0"/>
              <w:jc w:val="left"/>
            </w:pPr>
            <w:r>
              <w:rPr>
                <w:sz w:val="16"/>
              </w:rPr>
              <w:t>none in data (snowfall local)</w:t>
            </w:r>
          </w:p>
        </w:tc>
        <w:tc>
          <w:tcPr>
            <w:tcW w:type="dxa" w:w="1618"/>
          </w:tcPr>
          <w:p>
            <w:pPr>
              <w:spacing w:after="0"/>
              <w:jc w:val="right"/>
            </w:pPr>
            <w:r>
              <w:rPr>
                <w:sz w:val="16"/>
              </w:rPr>
              <w:t>52, 1996 to 2026 (52 zone-level)</w:t>
            </w:r>
          </w:p>
        </w:tc>
        <w:tc>
          <w:tcPr>
            <w:tcW w:type="dxa" w:w="1480"/>
          </w:tcPr>
          <w:p>
            <w:pPr>
              <w:spacing w:after="0"/>
              <w:jc w:val="left"/>
            </w:pPr>
          </w:p>
        </w:tc>
        <w:tc>
          <w:tcPr>
            <w:tcW w:type="dxa" w:w="1624"/>
          </w:tcPr>
          <w:p>
            <w:pPr>
              <w:spacing w:after="0"/>
              <w:jc w:val="left"/>
            </w:pPr>
            <w:r>
              <w:rPr>
                <w:sz w:val="16"/>
              </w:rPr>
              <w:t>Winter Weather, 2008-12-23, $25,000 property; $0 crops, reported for the zone (2008 dollars); NWS zone KYZ044 (FLEMING), zone-level: may include parts of neighboring counties</w:t>
            </w:r>
          </w:p>
        </w:tc>
        <w:tc>
          <w:tcPr>
            <w:tcW w:type="dxa" w:w="1693"/>
          </w:tcPr>
          <w:p>
            <w:pPr>
              <w:spacing w:after="0"/>
              <w:jc w:val="left"/>
            </w:pPr>
          </w:p>
        </w:tc>
        <w:tc>
          <w:tcPr>
            <w:tcW w:type="dxa" w:w="1759"/>
          </w:tcPr>
          <w:p>
            <w:pPr>
              <w:spacing w:after="0"/>
              <w:jc w:val="left"/>
            </w:pPr>
            <w:r>
              <w:rPr>
                <w:sz w:val="16"/>
              </w:rPr>
              <w:t>Zone-level records: applies countywide; national data do not locate these events within the county.</w:t>
            </w:r>
          </w:p>
        </w:tc>
        <w:tc>
          <w:tcPr>
            <w:tcW w:type="dxa" w:w="234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5"/>
        <w:gridCol w:w="3593"/>
        <w:gridCol w:w="2678"/>
        <w:gridCol w:w="1394"/>
        <w:gridCol w:w="1188"/>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5"/>
            <w:shd w:val="clear" w:color="auto" w:fill="E8E8E8"/>
          </w:tcPr>
          <w:p>
            <w:pPr>
              <w:spacing w:after="0"/>
              <w:jc w:val="left"/>
            </w:pPr>
            <w:r>
              <w:rPr>
                <w:b/>
                <w:sz w:val="16"/>
              </w:rPr>
              <w:t>Type</w:t>
            </w:r>
          </w:p>
        </w:tc>
        <w:tc>
          <w:tcPr>
            <w:tcW w:type="dxa" w:w="3593"/>
            <w:shd w:val="clear" w:color="auto" w:fill="E8E8E8"/>
          </w:tcPr>
          <w:p>
            <w:pPr>
              <w:spacing w:after="0"/>
              <w:jc w:val="left"/>
            </w:pPr>
            <w:r>
              <w:rPr>
                <w:b/>
                <w:sz w:val="16"/>
              </w:rPr>
              <w:t>Title</w:t>
            </w:r>
          </w:p>
        </w:tc>
        <w:tc>
          <w:tcPr>
            <w:tcW w:type="dxa" w:w="2678"/>
            <w:shd w:val="clear" w:color="auto" w:fill="E8E8E8"/>
          </w:tcPr>
          <w:p>
            <w:pPr>
              <w:spacing w:after="0"/>
              <w:jc w:val="left"/>
            </w:pPr>
            <w:r>
              <w:rPr>
                <w:b/>
                <w:sz w:val="16"/>
              </w:rPr>
              <w:t>Mapped hazard</w:t>
            </w:r>
          </w:p>
        </w:tc>
        <w:tc>
          <w:tcPr>
            <w:tcW w:type="dxa" w:w="13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88"/>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265"/>
          </w:tcPr>
          <w:p>
            <w:pPr>
              <w:spacing w:after="0"/>
              <w:jc w:val="left"/>
            </w:pPr>
            <w:r>
              <w:rPr>
                <w:sz w:val="16"/>
              </w:rPr>
              <w:t>Emergency</w:t>
            </w:r>
          </w:p>
        </w:tc>
        <w:tc>
          <w:tcPr>
            <w:tcW w:type="dxa" w:w="3593"/>
          </w:tcPr>
          <w:p>
            <w:pPr>
              <w:spacing w:after="0"/>
              <w:jc w:val="left"/>
            </w:pPr>
            <w:r>
              <w:rPr>
                <w:sz w:val="16"/>
              </w:rPr>
              <w:t>SEVERE WINTER STORM</w:t>
            </w:r>
          </w:p>
        </w:tc>
        <w:tc>
          <w:tcPr>
            <w:tcW w:type="dxa" w:w="2678"/>
          </w:tcPr>
          <w:p>
            <w:pPr>
              <w:spacing w:after="0"/>
              <w:jc w:val="left"/>
            </w:pPr>
            <w:r>
              <w:rPr>
                <w:sz w:val="16"/>
              </w:rPr>
              <w:t>Winter Weather</w:t>
            </w:r>
          </w:p>
        </w:tc>
        <w:tc>
          <w:tcPr>
            <w:tcW w:type="dxa" w:w="1394"/>
          </w:tcPr>
          <w:p>
            <w:pPr>
              <w:spacing w:after="0"/>
              <w:jc w:val="right"/>
            </w:pPr>
            <w:r>
              <w:rPr>
                <w:sz w:val="16"/>
              </w:rPr>
              <w:t>none found</w:t>
            </w:r>
          </w:p>
        </w:tc>
        <w:tc>
          <w:tcPr>
            <w:tcW w:type="dxa" w:w="1188"/>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265"/>
          </w:tcPr>
          <w:p>
            <w:pPr>
              <w:spacing w:after="0"/>
              <w:jc w:val="left"/>
            </w:pPr>
            <w:r>
              <w:rPr>
                <w:sz w:val="16"/>
              </w:rPr>
              <w:t>Emergency</w:t>
            </w:r>
          </w:p>
        </w:tc>
        <w:tc>
          <w:tcPr>
            <w:tcW w:type="dxa" w:w="3593"/>
          </w:tcPr>
          <w:p>
            <w:pPr>
              <w:spacing w:after="0"/>
              <w:jc w:val="left"/>
            </w:pPr>
            <w:r>
              <w:rPr>
                <w:sz w:val="16"/>
              </w:rPr>
              <w:t>SEVERE STORMS, STRAIGHT-LINE WINDS, TORNADOES, AND FLOODING</w:t>
            </w:r>
          </w:p>
        </w:tc>
        <w:tc>
          <w:tcPr>
            <w:tcW w:type="dxa" w:w="2678"/>
          </w:tcPr>
          <w:p>
            <w:pPr>
              <w:spacing w:after="0"/>
              <w:jc w:val="left"/>
            </w:pPr>
            <w:r>
              <w:rPr>
                <w:sz w:val="16"/>
              </w:rPr>
              <w:t>Inland Flooding; Strong Wind; Tornado</w:t>
            </w:r>
          </w:p>
        </w:tc>
        <w:tc>
          <w:tcPr>
            <w:tcW w:type="dxa" w:w="1394"/>
          </w:tcPr>
          <w:p>
            <w:pPr>
              <w:spacing w:after="0"/>
              <w:jc w:val="right"/>
            </w:pPr>
            <w:r>
              <w:rPr>
                <w:sz w:val="16"/>
              </w:rPr>
              <w:t>none found</w:t>
            </w:r>
          </w:p>
        </w:tc>
        <w:tc>
          <w:tcPr>
            <w:tcW w:type="dxa" w:w="1188"/>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265"/>
          </w:tcPr>
          <w:p>
            <w:pPr>
              <w:spacing w:after="0"/>
              <w:jc w:val="left"/>
            </w:pPr>
            <w:r>
              <w:rPr>
                <w:sz w:val="16"/>
              </w:rPr>
              <w:t>Emergency</w:t>
            </w:r>
          </w:p>
        </w:tc>
        <w:tc>
          <w:tcPr>
            <w:tcW w:type="dxa" w:w="3593"/>
          </w:tcPr>
          <w:p>
            <w:pPr>
              <w:spacing w:after="0"/>
              <w:jc w:val="left"/>
            </w:pPr>
            <w:r>
              <w:rPr>
                <w:sz w:val="16"/>
              </w:rPr>
              <w:t>SEVERE STORMS, STRAIGHT-LINE WINDS, FLOODING, AND LANDSLIDES</w:t>
            </w:r>
          </w:p>
        </w:tc>
        <w:tc>
          <w:tcPr>
            <w:tcW w:type="dxa" w:w="2678"/>
          </w:tcPr>
          <w:p>
            <w:pPr>
              <w:spacing w:after="0"/>
              <w:jc w:val="left"/>
            </w:pPr>
            <w:r>
              <w:rPr>
                <w:sz w:val="16"/>
              </w:rPr>
              <w:t>Inland Flooding; Landslide; Strong Wind</w:t>
            </w:r>
          </w:p>
        </w:tc>
        <w:tc>
          <w:tcPr>
            <w:tcW w:type="dxa" w:w="1394"/>
          </w:tcPr>
          <w:p>
            <w:pPr>
              <w:spacing w:after="0"/>
              <w:jc w:val="right"/>
            </w:pPr>
            <w:r>
              <w:rPr>
                <w:sz w:val="16"/>
              </w:rPr>
              <w:t>none found</w:t>
            </w:r>
          </w:p>
        </w:tc>
        <w:tc>
          <w:tcPr>
            <w:tcW w:type="dxa" w:w="1188"/>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2024-11-26</w:t>
            </w:r>
          </w:p>
        </w:tc>
        <w:tc>
          <w:tcPr>
            <w:tcW w:type="dxa" w:w="1037"/>
          </w:tcPr>
          <w:p>
            <w:pPr>
              <w:spacing w:after="0"/>
              <w:jc w:val="left"/>
            </w:pPr>
            <w:r>
              <w:rPr>
                <w:sz w:val="16"/>
              </w:rPr>
              <w:t>2024-09-27</w:t>
            </w:r>
          </w:p>
        </w:tc>
        <w:tc>
          <w:tcPr>
            <w:tcW w:type="dxa" w:w="1037"/>
          </w:tcPr>
          <w:p>
            <w:pPr>
              <w:spacing w:after="0"/>
              <w:jc w:val="left"/>
            </w:pPr>
            <w:r>
              <w:rPr>
                <w:sz w:val="16"/>
              </w:rPr>
              <w:t>DR-4848-KY</w:t>
            </w:r>
          </w:p>
        </w:tc>
        <w:tc>
          <w:tcPr>
            <w:tcW w:type="dxa" w:w="1265"/>
          </w:tcPr>
          <w:p>
            <w:pPr>
              <w:spacing w:after="0"/>
              <w:jc w:val="left"/>
            </w:pPr>
            <w:r>
              <w:rPr>
                <w:sz w:val="16"/>
              </w:rPr>
              <w:t>Major disaster</w:t>
            </w:r>
          </w:p>
        </w:tc>
        <w:tc>
          <w:tcPr>
            <w:tcW w:type="dxa" w:w="3593"/>
          </w:tcPr>
          <w:p>
            <w:pPr>
              <w:spacing w:after="0"/>
              <w:jc w:val="left"/>
            </w:pPr>
            <w:r>
              <w:rPr>
                <w:sz w:val="16"/>
              </w:rPr>
              <w:t>REMNANTS OF HURRICANE HELENE</w:t>
            </w:r>
          </w:p>
        </w:tc>
        <w:tc>
          <w:tcPr>
            <w:tcW w:type="dxa" w:w="2678"/>
          </w:tcPr>
          <w:p>
            <w:pPr>
              <w:spacing w:after="0"/>
              <w:jc w:val="left"/>
            </w:pPr>
            <w:r>
              <w:rPr>
                <w:sz w:val="16"/>
              </w:rPr>
              <w:t>Hurricane (primary); also designated: Inland Flooding, Landslide, Strong Wind</w:t>
            </w:r>
          </w:p>
        </w:tc>
        <w:tc>
          <w:tcPr>
            <w:tcW w:type="dxa" w:w="1394"/>
          </w:tcPr>
          <w:p>
            <w:pPr>
              <w:spacing w:after="0"/>
              <w:jc w:val="right"/>
            </w:pPr>
            <w:r>
              <w:rPr>
                <w:sz w:val="16"/>
              </w:rPr>
              <w:t>none found</w:t>
            </w:r>
          </w:p>
        </w:tc>
        <w:tc>
          <w:tcPr>
            <w:tcW w:type="dxa" w:w="1188"/>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265"/>
          </w:tcPr>
          <w:p>
            <w:pPr>
              <w:spacing w:after="0"/>
              <w:jc w:val="left"/>
            </w:pPr>
            <w:r>
              <w:rPr>
                <w:sz w:val="16"/>
              </w:rPr>
              <w:t>Major disaster</w:t>
            </w:r>
          </w:p>
        </w:tc>
        <w:tc>
          <w:tcPr>
            <w:tcW w:type="dxa" w:w="3593"/>
          </w:tcPr>
          <w:p>
            <w:pPr>
              <w:spacing w:after="0"/>
              <w:jc w:val="left"/>
            </w:pPr>
            <w:r>
              <w:rPr>
                <w:sz w:val="16"/>
              </w:rPr>
              <w:t>SEVERE WINTER STORMS, LANDSLIDES, AND MUDSLIDES</w:t>
            </w:r>
          </w:p>
        </w:tc>
        <w:tc>
          <w:tcPr>
            <w:tcW w:type="dxa" w:w="2678"/>
          </w:tcPr>
          <w:p>
            <w:pPr>
              <w:spacing w:after="0"/>
              <w:jc w:val="left"/>
            </w:pPr>
            <w:r>
              <w:rPr>
                <w:sz w:val="16"/>
              </w:rPr>
              <w:t>Ice Storm</w:t>
            </w:r>
          </w:p>
        </w:tc>
        <w:tc>
          <w:tcPr>
            <w:tcW w:type="dxa" w:w="1394"/>
          </w:tcPr>
          <w:p>
            <w:pPr>
              <w:spacing w:after="0"/>
              <w:jc w:val="right"/>
            </w:pPr>
            <w:r>
              <w:rPr>
                <w:sz w:val="16"/>
              </w:rPr>
              <w:t>none found</w:t>
            </w:r>
          </w:p>
        </w:tc>
        <w:tc>
          <w:tcPr>
            <w:tcW w:type="dxa" w:w="11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265"/>
          </w:tcPr>
          <w:p>
            <w:pPr>
              <w:spacing w:after="0"/>
              <w:jc w:val="left"/>
            </w:pPr>
            <w:r>
              <w:rPr>
                <w:sz w:val="16"/>
              </w:rPr>
              <w:t>Major disaster</w:t>
            </w:r>
          </w:p>
        </w:tc>
        <w:tc>
          <w:tcPr>
            <w:tcW w:type="dxa" w:w="3593"/>
          </w:tcPr>
          <w:p>
            <w:pPr>
              <w:spacing w:after="0"/>
              <w:jc w:val="left"/>
            </w:pPr>
            <w:r>
              <w:rPr>
                <w:sz w:val="16"/>
              </w:rPr>
              <w:t>COVID-19 PANDEMIC</w:t>
            </w:r>
          </w:p>
        </w:tc>
        <w:tc>
          <w:tcPr>
            <w:tcW w:type="dxa" w:w="2678"/>
          </w:tcPr>
          <w:p>
            <w:pPr>
              <w:spacing w:after="0"/>
              <w:jc w:val="left"/>
            </w:pPr>
            <w:r>
              <w:rPr>
                <w:sz w:val="16"/>
              </w:rPr>
              <w:t>Non-natural, not counted</w:t>
            </w:r>
          </w:p>
        </w:tc>
        <w:tc>
          <w:tcPr>
            <w:tcW w:type="dxa" w:w="1394"/>
          </w:tcPr>
          <w:p>
            <w:pPr>
              <w:spacing w:after="0"/>
              <w:jc w:val="right"/>
            </w:pPr>
            <w:r>
              <w:rPr>
                <w:sz w:val="16"/>
              </w:rPr>
              <w:t>none found</w:t>
            </w:r>
          </w:p>
        </w:tc>
        <w:tc>
          <w:tcPr>
            <w:tcW w:type="dxa" w:w="11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265"/>
          </w:tcPr>
          <w:p>
            <w:pPr>
              <w:spacing w:after="0"/>
              <w:jc w:val="left"/>
            </w:pPr>
            <w:r>
              <w:rPr>
                <w:sz w:val="16"/>
              </w:rPr>
              <w:t>Emergency</w:t>
            </w:r>
          </w:p>
        </w:tc>
        <w:tc>
          <w:tcPr>
            <w:tcW w:type="dxa" w:w="3593"/>
          </w:tcPr>
          <w:p>
            <w:pPr>
              <w:spacing w:after="0"/>
              <w:jc w:val="left"/>
            </w:pPr>
            <w:r>
              <w:rPr>
                <w:sz w:val="16"/>
              </w:rPr>
              <w:t>COVID-19</w:t>
            </w:r>
          </w:p>
        </w:tc>
        <w:tc>
          <w:tcPr>
            <w:tcW w:type="dxa" w:w="2678"/>
          </w:tcPr>
          <w:p>
            <w:pPr>
              <w:spacing w:after="0"/>
              <w:jc w:val="left"/>
            </w:pPr>
            <w:r>
              <w:rPr>
                <w:sz w:val="16"/>
              </w:rPr>
              <w:t>Non-natural, not counted</w:t>
            </w:r>
          </w:p>
        </w:tc>
        <w:tc>
          <w:tcPr>
            <w:tcW w:type="dxa" w:w="1394"/>
          </w:tcPr>
          <w:p>
            <w:pPr>
              <w:spacing w:after="0"/>
              <w:jc w:val="right"/>
            </w:pPr>
            <w:r>
              <w:rPr>
                <w:sz w:val="16"/>
              </w:rPr>
              <w:t>none found</w:t>
            </w:r>
          </w:p>
        </w:tc>
        <w:tc>
          <w:tcPr>
            <w:tcW w:type="dxa" w:w="1188"/>
          </w:tcPr>
          <w:p>
            <w:pPr>
              <w:spacing w:after="0"/>
              <w:jc w:val="left"/>
            </w:pPr>
          </w:p>
        </w:tc>
        <w:tc>
          <w:tcPr>
            <w:tcW w:type="dxa" w:w="884"/>
          </w:tcPr>
          <w:p>
            <w:pPr>
              <w:spacing w:after="0"/>
              <w:jc w:val="left"/>
            </w:pPr>
            <w:r>
              <w:rPr>
                <w:sz w:val="16"/>
              </w:rPr>
              <w:t>same incident as DR-4497</w:t>
            </w:r>
          </w:p>
        </w:tc>
      </w:tr>
      <w:tr>
        <w:trPr>
          <w:cantSplit/>
        </w:trPr>
        <w:tc>
          <w:tcPr>
            <w:tcW w:type="dxa" w:w="1037"/>
          </w:tcPr>
          <w:p>
            <w:pPr>
              <w:spacing w:after="0"/>
              <w:jc w:val="left"/>
            </w:pPr>
            <w:r>
              <w:rPr>
                <w:sz w:val="16"/>
              </w:rPr>
              <w:t>2015-08-12</w:t>
            </w:r>
          </w:p>
        </w:tc>
        <w:tc>
          <w:tcPr>
            <w:tcW w:type="dxa" w:w="1037"/>
          </w:tcPr>
          <w:p>
            <w:pPr>
              <w:spacing w:after="0"/>
              <w:jc w:val="left"/>
            </w:pPr>
            <w:r>
              <w:rPr>
                <w:sz w:val="16"/>
              </w:rPr>
              <w:t>2015-07-11</w:t>
            </w:r>
          </w:p>
        </w:tc>
        <w:tc>
          <w:tcPr>
            <w:tcW w:type="dxa" w:w="1037"/>
          </w:tcPr>
          <w:p>
            <w:pPr>
              <w:spacing w:after="0"/>
              <w:jc w:val="left"/>
            </w:pPr>
            <w:r>
              <w:rPr>
                <w:sz w:val="16"/>
              </w:rPr>
              <w:t>DR-4239-KY</w:t>
            </w:r>
          </w:p>
        </w:tc>
        <w:tc>
          <w:tcPr>
            <w:tcW w:type="dxa" w:w="1265"/>
          </w:tcPr>
          <w:p>
            <w:pPr>
              <w:spacing w:after="0"/>
              <w:jc w:val="left"/>
            </w:pPr>
            <w:r>
              <w:rPr>
                <w:sz w:val="16"/>
              </w:rPr>
              <w:t>Major disaster</w:t>
            </w:r>
          </w:p>
        </w:tc>
        <w:tc>
          <w:tcPr>
            <w:tcW w:type="dxa" w:w="3593"/>
          </w:tcPr>
          <w:p>
            <w:pPr>
              <w:spacing w:after="0"/>
              <w:jc w:val="left"/>
            </w:pPr>
            <w:r>
              <w:rPr>
                <w:sz w:val="16"/>
              </w:rPr>
              <w:t>SEVERE STORMS, TORNADOES, STRAIGHT-LINE WINDS, FLOODING, LANDSLIDES, AND MUDSLIDE</w:t>
            </w:r>
          </w:p>
        </w:tc>
        <w:tc>
          <w:tcPr>
            <w:tcW w:type="dxa" w:w="2678"/>
          </w:tcPr>
          <w:p>
            <w:pPr>
              <w:spacing w:after="0"/>
              <w:jc w:val="left"/>
            </w:pPr>
            <w:r>
              <w:rPr>
                <w:sz w:val="16"/>
              </w:rPr>
              <w:t>Inland Flooding; Landslide; Strong Wind; Tornado</w:t>
            </w:r>
          </w:p>
        </w:tc>
        <w:tc>
          <w:tcPr>
            <w:tcW w:type="dxa" w:w="1394"/>
          </w:tcPr>
          <w:p>
            <w:pPr>
              <w:spacing w:after="0"/>
              <w:jc w:val="right"/>
            </w:pPr>
            <w:r>
              <w:rPr>
                <w:sz w:val="16"/>
              </w:rPr>
              <w:t>$63,301.46</w:t>
            </w:r>
          </w:p>
        </w:tc>
        <w:tc>
          <w:tcPr>
            <w:tcW w:type="dxa" w:w="11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265"/>
          </w:tcPr>
          <w:p>
            <w:pPr>
              <w:spacing w:after="0"/>
              <w:jc w:val="left"/>
            </w:pPr>
            <w:r>
              <w:rPr>
                <w:sz w:val="16"/>
              </w:rPr>
              <w:t>Major disaster</w:t>
            </w:r>
          </w:p>
        </w:tc>
        <w:tc>
          <w:tcPr>
            <w:tcW w:type="dxa" w:w="3593"/>
          </w:tcPr>
          <w:p>
            <w:pPr>
              <w:spacing w:after="0"/>
              <w:jc w:val="left"/>
            </w:pPr>
            <w:r>
              <w:rPr>
                <w:sz w:val="16"/>
              </w:rPr>
              <w:t>SEVERE WINTER STORM, SNOWSTORM, FLOODING, LANDSLIDES, AND MUDSLIDES</w:t>
            </w:r>
          </w:p>
        </w:tc>
        <w:tc>
          <w:tcPr>
            <w:tcW w:type="dxa" w:w="2678"/>
          </w:tcPr>
          <w:p>
            <w:pPr>
              <w:spacing w:after="0"/>
              <w:jc w:val="left"/>
            </w:pPr>
            <w:r>
              <w:rPr>
                <w:sz w:val="16"/>
              </w:rPr>
              <w:t>Inland Flooding (primary); also designated: Landslide, Winter Weather</w:t>
            </w:r>
          </w:p>
        </w:tc>
        <w:tc>
          <w:tcPr>
            <w:tcW w:type="dxa" w:w="1394"/>
          </w:tcPr>
          <w:p>
            <w:pPr>
              <w:spacing w:after="0"/>
              <w:jc w:val="right"/>
            </w:pPr>
            <w:r>
              <w:rPr>
                <w:sz w:val="16"/>
              </w:rPr>
              <w:t>$35,204.18</w:t>
            </w:r>
          </w:p>
        </w:tc>
        <w:tc>
          <w:tcPr>
            <w:tcW w:type="dxa" w:w="11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265"/>
          </w:tcPr>
          <w:p>
            <w:pPr>
              <w:spacing w:after="0"/>
              <w:jc w:val="left"/>
            </w:pPr>
            <w:r>
              <w:rPr>
                <w:sz w:val="16"/>
              </w:rPr>
              <w:t>Major disaster</w:t>
            </w:r>
          </w:p>
        </w:tc>
        <w:tc>
          <w:tcPr>
            <w:tcW w:type="dxa" w:w="3593"/>
          </w:tcPr>
          <w:p>
            <w:pPr>
              <w:spacing w:after="0"/>
              <w:jc w:val="left"/>
            </w:pPr>
            <w:r>
              <w:rPr>
                <w:sz w:val="16"/>
              </w:rPr>
              <w:t>SEVERE STORMS, TORNADOES, AND FLOODING</w:t>
            </w:r>
          </w:p>
        </w:tc>
        <w:tc>
          <w:tcPr>
            <w:tcW w:type="dxa" w:w="2678"/>
          </w:tcPr>
          <w:p>
            <w:pPr>
              <w:spacing w:after="0"/>
              <w:jc w:val="left"/>
            </w:pPr>
            <w:r>
              <w:rPr>
                <w:sz w:val="16"/>
              </w:rPr>
              <w:t>Inland Flooding; Tornado</w:t>
            </w:r>
          </w:p>
        </w:tc>
        <w:tc>
          <w:tcPr>
            <w:tcW w:type="dxa" w:w="1394"/>
          </w:tcPr>
          <w:p>
            <w:pPr>
              <w:spacing w:after="0"/>
              <w:jc w:val="right"/>
            </w:pPr>
            <w:r>
              <w:rPr>
                <w:sz w:val="16"/>
              </w:rPr>
              <w:t>$142,681.34</w:t>
            </w:r>
          </w:p>
        </w:tc>
        <w:tc>
          <w:tcPr>
            <w:tcW w:type="dxa" w:w="11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265"/>
          </w:tcPr>
          <w:p>
            <w:pPr>
              <w:spacing w:after="0"/>
              <w:jc w:val="left"/>
            </w:pPr>
            <w:r>
              <w:rPr>
                <w:sz w:val="16"/>
              </w:rPr>
              <w:t>Major disaster</w:t>
            </w:r>
          </w:p>
        </w:tc>
        <w:tc>
          <w:tcPr>
            <w:tcW w:type="dxa" w:w="3593"/>
          </w:tcPr>
          <w:p>
            <w:pPr>
              <w:spacing w:after="0"/>
              <w:jc w:val="left"/>
            </w:pPr>
            <w:r>
              <w:rPr>
                <w:sz w:val="16"/>
              </w:rPr>
              <w:t>SEVERE STORMS, FLOODING, MUDSLIDES, AND TORNADOES</w:t>
            </w:r>
          </w:p>
        </w:tc>
        <w:tc>
          <w:tcPr>
            <w:tcW w:type="dxa" w:w="2678"/>
          </w:tcPr>
          <w:p>
            <w:pPr>
              <w:spacing w:after="0"/>
              <w:jc w:val="left"/>
            </w:pPr>
            <w:r>
              <w:rPr>
                <w:sz w:val="16"/>
              </w:rPr>
              <w:t>Inland Flooding; Landslide; Tornado</w:t>
            </w:r>
          </w:p>
        </w:tc>
        <w:tc>
          <w:tcPr>
            <w:tcW w:type="dxa" w:w="1394"/>
          </w:tcPr>
          <w:p>
            <w:pPr>
              <w:spacing w:after="0"/>
              <w:jc w:val="right"/>
            </w:pPr>
            <w:r>
              <w:rPr>
                <w:sz w:val="16"/>
              </w:rPr>
              <w:t>$102,444.03</w:t>
            </w:r>
          </w:p>
        </w:tc>
        <w:tc>
          <w:tcPr>
            <w:tcW w:type="dxa" w:w="11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265"/>
          </w:tcPr>
          <w:p>
            <w:pPr>
              <w:spacing w:after="0"/>
              <w:jc w:val="left"/>
            </w:pPr>
            <w:r>
              <w:rPr>
                <w:sz w:val="16"/>
              </w:rPr>
              <w:t>Major disaster</w:t>
            </w:r>
          </w:p>
        </w:tc>
        <w:tc>
          <w:tcPr>
            <w:tcW w:type="dxa" w:w="3593"/>
          </w:tcPr>
          <w:p>
            <w:pPr>
              <w:spacing w:after="0"/>
              <w:jc w:val="left"/>
            </w:pPr>
            <w:r>
              <w:rPr>
                <w:sz w:val="16"/>
              </w:rPr>
              <w:t>SEVERE WINTER STORM AND FLOODING</w:t>
            </w:r>
          </w:p>
        </w:tc>
        <w:tc>
          <w:tcPr>
            <w:tcW w:type="dxa" w:w="2678"/>
          </w:tcPr>
          <w:p>
            <w:pPr>
              <w:spacing w:after="0"/>
              <w:jc w:val="left"/>
            </w:pPr>
            <w:r>
              <w:rPr>
                <w:sz w:val="16"/>
              </w:rPr>
              <w:t>Ice Storm</w:t>
            </w:r>
          </w:p>
        </w:tc>
        <w:tc>
          <w:tcPr>
            <w:tcW w:type="dxa" w:w="1394"/>
          </w:tcPr>
          <w:p>
            <w:pPr>
              <w:spacing w:after="0"/>
              <w:jc w:val="right"/>
            </w:pPr>
            <w:r>
              <w:rPr>
                <w:sz w:val="16"/>
              </w:rPr>
              <w:t>$121,888.58</w:t>
            </w:r>
          </w:p>
        </w:tc>
        <w:tc>
          <w:tcPr>
            <w:tcW w:type="dxa" w:w="11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265"/>
          </w:tcPr>
          <w:p>
            <w:pPr>
              <w:spacing w:after="0"/>
              <w:jc w:val="left"/>
            </w:pPr>
            <w:r>
              <w:rPr>
                <w:sz w:val="16"/>
              </w:rPr>
              <w:t>Emergency</w:t>
            </w:r>
          </w:p>
        </w:tc>
        <w:tc>
          <w:tcPr>
            <w:tcW w:type="dxa" w:w="3593"/>
          </w:tcPr>
          <w:p>
            <w:pPr>
              <w:spacing w:after="0"/>
              <w:jc w:val="left"/>
            </w:pPr>
            <w:r>
              <w:rPr>
                <w:sz w:val="16"/>
              </w:rPr>
              <w:t>SEVERE WINTER STORM</w:t>
            </w:r>
          </w:p>
        </w:tc>
        <w:tc>
          <w:tcPr>
            <w:tcW w:type="dxa" w:w="2678"/>
          </w:tcPr>
          <w:p>
            <w:pPr>
              <w:spacing w:after="0"/>
              <w:jc w:val="left"/>
            </w:pPr>
            <w:r>
              <w:rPr>
                <w:sz w:val="16"/>
              </w:rPr>
              <w:t>Ice Storm</w:t>
            </w:r>
          </w:p>
        </w:tc>
        <w:tc>
          <w:tcPr>
            <w:tcW w:type="dxa" w:w="1394"/>
          </w:tcPr>
          <w:p>
            <w:pPr>
              <w:spacing w:after="0"/>
              <w:jc w:val="right"/>
            </w:pPr>
            <w:r>
              <w:rPr>
                <w:sz w:val="16"/>
              </w:rPr>
              <w:t>none found</w:t>
            </w:r>
          </w:p>
        </w:tc>
        <w:tc>
          <w:tcPr>
            <w:tcW w:type="dxa" w:w="1188"/>
          </w:tcPr>
          <w:p>
            <w:pPr>
              <w:spacing w:after="0"/>
              <w:jc w:val="left"/>
            </w:pPr>
          </w:p>
        </w:tc>
        <w:tc>
          <w:tcPr>
            <w:tcW w:type="dxa" w:w="884"/>
          </w:tcPr>
          <w:p>
            <w:pPr>
              <w:spacing w:after="0"/>
              <w:jc w:val="left"/>
            </w:pPr>
            <w:r>
              <w:rPr>
                <w:sz w:val="16"/>
              </w:rPr>
              <w:t>same incident as DR-1818</w:t>
            </w:r>
          </w:p>
        </w:tc>
      </w:tr>
      <w:tr>
        <w:trPr>
          <w:cantSplit/>
        </w:trPr>
        <w:tc>
          <w:tcPr>
            <w:tcW w:type="dxa" w:w="1037"/>
          </w:tcPr>
          <w:p>
            <w:pPr>
              <w:spacing w:after="0"/>
              <w:jc w:val="left"/>
            </w:pPr>
            <w:r>
              <w:rPr>
                <w:sz w:val="16"/>
              </w:rPr>
              <w:t>2008-05-19</w:t>
            </w:r>
          </w:p>
        </w:tc>
        <w:tc>
          <w:tcPr>
            <w:tcW w:type="dxa" w:w="1037"/>
          </w:tcPr>
          <w:p>
            <w:pPr>
              <w:spacing w:after="0"/>
              <w:jc w:val="left"/>
            </w:pPr>
            <w:r>
              <w:rPr>
                <w:sz w:val="16"/>
              </w:rPr>
              <w:t>2008-04-03</w:t>
            </w:r>
          </w:p>
        </w:tc>
        <w:tc>
          <w:tcPr>
            <w:tcW w:type="dxa" w:w="1037"/>
          </w:tcPr>
          <w:p>
            <w:pPr>
              <w:spacing w:after="0"/>
              <w:jc w:val="left"/>
            </w:pPr>
            <w:r>
              <w:rPr>
                <w:sz w:val="16"/>
              </w:rPr>
              <w:t>DR-1757-KY</w:t>
            </w:r>
          </w:p>
        </w:tc>
        <w:tc>
          <w:tcPr>
            <w:tcW w:type="dxa" w:w="1265"/>
          </w:tcPr>
          <w:p>
            <w:pPr>
              <w:spacing w:after="0"/>
              <w:jc w:val="left"/>
            </w:pPr>
            <w:r>
              <w:rPr>
                <w:sz w:val="16"/>
              </w:rPr>
              <w:t>Major disaster</w:t>
            </w:r>
          </w:p>
        </w:tc>
        <w:tc>
          <w:tcPr>
            <w:tcW w:type="dxa" w:w="3593"/>
          </w:tcPr>
          <w:p>
            <w:pPr>
              <w:spacing w:after="0"/>
              <w:jc w:val="left"/>
            </w:pPr>
            <w:r>
              <w:rPr>
                <w:sz w:val="16"/>
              </w:rPr>
              <w:t>SEVERE STORMS, TORNADOES, FLOODING, MUDSLIDES, AND LANDSLIDES</w:t>
            </w:r>
          </w:p>
        </w:tc>
        <w:tc>
          <w:tcPr>
            <w:tcW w:type="dxa" w:w="2678"/>
          </w:tcPr>
          <w:p>
            <w:pPr>
              <w:spacing w:after="0"/>
              <w:jc w:val="left"/>
            </w:pPr>
            <w:r>
              <w:rPr>
                <w:sz w:val="16"/>
              </w:rPr>
              <w:t>Inland Flooding; Landslide; Tornado</w:t>
            </w:r>
          </w:p>
        </w:tc>
        <w:tc>
          <w:tcPr>
            <w:tcW w:type="dxa" w:w="1394"/>
          </w:tcPr>
          <w:p>
            <w:pPr>
              <w:spacing w:after="0"/>
              <w:jc w:val="right"/>
            </w:pPr>
            <w:r>
              <w:rPr>
                <w:sz w:val="16"/>
              </w:rPr>
              <w:t>$74,133.14</w:t>
            </w:r>
          </w:p>
        </w:tc>
        <w:tc>
          <w:tcPr>
            <w:tcW w:type="dxa" w:w="11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265"/>
          </w:tcPr>
          <w:p>
            <w:pPr>
              <w:spacing w:after="0"/>
              <w:jc w:val="left"/>
            </w:pPr>
            <w:r>
              <w:rPr>
                <w:sz w:val="16"/>
              </w:rPr>
              <w:t>Emergency</w:t>
            </w:r>
          </w:p>
        </w:tc>
        <w:tc>
          <w:tcPr>
            <w:tcW w:type="dxa" w:w="3593"/>
          </w:tcPr>
          <w:p>
            <w:pPr>
              <w:spacing w:after="0"/>
              <w:jc w:val="left"/>
            </w:pPr>
            <w:r>
              <w:rPr>
                <w:sz w:val="16"/>
              </w:rPr>
              <w:t>HURRICANE KATRINA</w:t>
            </w:r>
          </w:p>
        </w:tc>
        <w:tc>
          <w:tcPr>
            <w:tcW w:type="dxa" w:w="2678"/>
          </w:tcPr>
          <w:p>
            <w:pPr>
              <w:spacing w:after="0"/>
              <w:jc w:val="left"/>
            </w:pPr>
            <w:r>
              <w:rPr>
                <w:sz w:val="16"/>
              </w:rPr>
              <w:t>Hurricane: evacuation support, not a local hazard event; not counted</w:t>
            </w:r>
          </w:p>
        </w:tc>
        <w:tc>
          <w:tcPr>
            <w:tcW w:type="dxa" w:w="1394"/>
          </w:tcPr>
          <w:p>
            <w:pPr>
              <w:spacing w:after="0"/>
              <w:jc w:val="right"/>
            </w:pPr>
            <w:r>
              <w:rPr>
                <w:sz w:val="16"/>
              </w:rPr>
              <w:t>none found</w:t>
            </w:r>
          </w:p>
        </w:tc>
        <w:tc>
          <w:tcPr>
            <w:tcW w:type="dxa" w:w="11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265"/>
          </w:tcPr>
          <w:p>
            <w:pPr>
              <w:spacing w:after="0"/>
              <w:jc w:val="left"/>
            </w:pPr>
            <w:r>
              <w:rPr>
                <w:sz w:val="16"/>
              </w:rPr>
              <w:t>Major disaster</w:t>
            </w:r>
          </w:p>
        </w:tc>
        <w:tc>
          <w:tcPr>
            <w:tcW w:type="dxa" w:w="3593"/>
          </w:tcPr>
          <w:p>
            <w:pPr>
              <w:spacing w:after="0"/>
              <w:jc w:val="left"/>
            </w:pPr>
            <w:r>
              <w:rPr>
                <w:sz w:val="16"/>
              </w:rPr>
              <w:t>SEVERE STORMS, TORNADOES, FLOODING, AND MUDSLIDES</w:t>
            </w:r>
          </w:p>
        </w:tc>
        <w:tc>
          <w:tcPr>
            <w:tcW w:type="dxa" w:w="2678"/>
          </w:tcPr>
          <w:p>
            <w:pPr>
              <w:spacing w:after="0"/>
              <w:jc w:val="left"/>
            </w:pPr>
            <w:r>
              <w:rPr>
                <w:sz w:val="16"/>
              </w:rPr>
              <w:t>Inland Flooding; Landslide; Tornado</w:t>
            </w:r>
          </w:p>
        </w:tc>
        <w:tc>
          <w:tcPr>
            <w:tcW w:type="dxa" w:w="1394"/>
          </w:tcPr>
          <w:p>
            <w:pPr>
              <w:spacing w:after="0"/>
              <w:jc w:val="right"/>
            </w:pPr>
            <w:r>
              <w:rPr>
                <w:sz w:val="16"/>
              </w:rPr>
              <w:t>$56,135.33</w:t>
            </w:r>
          </w:p>
        </w:tc>
        <w:tc>
          <w:tcPr>
            <w:tcW w:type="dxa" w:w="11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265"/>
          </w:tcPr>
          <w:p>
            <w:pPr>
              <w:spacing w:after="0"/>
              <w:jc w:val="left"/>
            </w:pPr>
            <w:r>
              <w:rPr>
                <w:sz w:val="16"/>
              </w:rPr>
              <w:t>Major disaster</w:t>
            </w:r>
          </w:p>
        </w:tc>
        <w:tc>
          <w:tcPr>
            <w:tcW w:type="dxa" w:w="3593"/>
          </w:tcPr>
          <w:p>
            <w:pPr>
              <w:spacing w:after="0"/>
              <w:jc w:val="left"/>
            </w:pPr>
            <w:r>
              <w:rPr>
                <w:sz w:val="16"/>
              </w:rPr>
              <w:t>SEVERE STORMS, FLOODING, MUD AND ROCK SLIDES, AND TORNADOES</w:t>
            </w:r>
          </w:p>
        </w:tc>
        <w:tc>
          <w:tcPr>
            <w:tcW w:type="dxa" w:w="2678"/>
          </w:tcPr>
          <w:p>
            <w:pPr>
              <w:spacing w:after="0"/>
              <w:jc w:val="left"/>
            </w:pPr>
            <w:r>
              <w:rPr>
                <w:sz w:val="16"/>
              </w:rPr>
              <w:t>Inland Flooding; Tornado</w:t>
            </w:r>
          </w:p>
        </w:tc>
        <w:tc>
          <w:tcPr>
            <w:tcW w:type="dxa" w:w="1394"/>
          </w:tcPr>
          <w:p>
            <w:pPr>
              <w:spacing w:after="0"/>
              <w:jc w:val="right"/>
            </w:pPr>
            <w:r>
              <w:rPr>
                <w:sz w:val="16"/>
              </w:rPr>
              <w:t>$263,499.62</w:t>
            </w:r>
          </w:p>
        </w:tc>
        <w:tc>
          <w:tcPr>
            <w:tcW w:type="dxa" w:w="11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265"/>
          </w:tcPr>
          <w:p>
            <w:pPr>
              <w:spacing w:after="0"/>
              <w:jc w:val="left"/>
            </w:pPr>
            <w:r>
              <w:rPr>
                <w:sz w:val="16"/>
              </w:rPr>
              <w:t>Major disaster</w:t>
            </w:r>
          </w:p>
        </w:tc>
        <w:tc>
          <w:tcPr>
            <w:tcW w:type="dxa" w:w="3593"/>
          </w:tcPr>
          <w:p>
            <w:pPr>
              <w:spacing w:after="0"/>
              <w:jc w:val="left"/>
            </w:pPr>
            <w:r>
              <w:rPr>
                <w:sz w:val="16"/>
              </w:rPr>
              <w:t>SEVERE WINTER ICE AND SNOW STORMS, HEAVY RAIN, FLOODING, TORNADOES, AND MUD AND</w:t>
            </w:r>
          </w:p>
        </w:tc>
        <w:tc>
          <w:tcPr>
            <w:tcW w:type="dxa" w:w="2678"/>
          </w:tcPr>
          <w:p>
            <w:pPr>
              <w:spacing w:after="0"/>
              <w:jc w:val="left"/>
            </w:pPr>
            <w:r>
              <w:rPr>
                <w:sz w:val="16"/>
              </w:rPr>
              <w:t>Inland Flooding; Tornado; Winter Weather</w:t>
            </w:r>
          </w:p>
        </w:tc>
        <w:tc>
          <w:tcPr>
            <w:tcW w:type="dxa" w:w="1394"/>
          </w:tcPr>
          <w:p>
            <w:pPr>
              <w:spacing w:after="0"/>
              <w:jc w:val="right"/>
            </w:pPr>
            <w:r>
              <w:rPr>
                <w:sz w:val="16"/>
              </w:rPr>
              <w:t>$2,718,953.55</w:t>
            </w:r>
          </w:p>
        </w:tc>
        <w:tc>
          <w:tcPr>
            <w:tcW w:type="dxa" w:w="11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2002-04-04</w:t>
            </w:r>
          </w:p>
        </w:tc>
        <w:tc>
          <w:tcPr>
            <w:tcW w:type="dxa" w:w="1037"/>
          </w:tcPr>
          <w:p>
            <w:pPr>
              <w:spacing w:after="0"/>
              <w:jc w:val="left"/>
            </w:pPr>
            <w:r>
              <w:rPr>
                <w:sz w:val="16"/>
              </w:rPr>
              <w:t>2002-03-17</w:t>
            </w:r>
          </w:p>
        </w:tc>
        <w:tc>
          <w:tcPr>
            <w:tcW w:type="dxa" w:w="1037"/>
          </w:tcPr>
          <w:p>
            <w:pPr>
              <w:spacing w:after="0"/>
              <w:jc w:val="left"/>
            </w:pPr>
            <w:r>
              <w:rPr>
                <w:sz w:val="16"/>
              </w:rPr>
              <w:t>DR-1407-KY</w:t>
            </w:r>
          </w:p>
        </w:tc>
        <w:tc>
          <w:tcPr>
            <w:tcW w:type="dxa" w:w="1265"/>
          </w:tcPr>
          <w:p>
            <w:pPr>
              <w:spacing w:after="0"/>
              <w:jc w:val="left"/>
            </w:pPr>
            <w:r>
              <w:rPr>
                <w:sz w:val="16"/>
              </w:rPr>
              <w:t>Major disaster</w:t>
            </w:r>
          </w:p>
        </w:tc>
        <w:tc>
          <w:tcPr>
            <w:tcW w:type="dxa" w:w="3593"/>
          </w:tcPr>
          <w:p>
            <w:pPr>
              <w:spacing w:after="0"/>
              <w:jc w:val="left"/>
            </w:pPr>
            <w:r>
              <w:rPr>
                <w:sz w:val="16"/>
              </w:rPr>
              <w:t>SEVERE STORMS AND FLOODING</w:t>
            </w:r>
          </w:p>
        </w:tc>
        <w:tc>
          <w:tcPr>
            <w:tcW w:type="dxa" w:w="2678"/>
          </w:tcPr>
          <w:p>
            <w:pPr>
              <w:spacing w:after="0"/>
              <w:jc w:val="left"/>
            </w:pPr>
            <w:r>
              <w:rPr>
                <w:sz w:val="16"/>
              </w:rPr>
              <w:t>Inland Flooding</w:t>
            </w:r>
          </w:p>
        </w:tc>
        <w:tc>
          <w:tcPr>
            <w:tcW w:type="dxa" w:w="1394"/>
          </w:tcPr>
          <w:p>
            <w:pPr>
              <w:spacing w:after="0"/>
              <w:jc w:val="right"/>
            </w:pPr>
            <w:r>
              <w:rPr>
                <w:sz w:val="16"/>
              </w:rPr>
              <w:t>$45,301.21</w:t>
            </w:r>
          </w:p>
        </w:tc>
        <w:tc>
          <w:tcPr>
            <w:tcW w:type="dxa" w:w="11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2000-02-18</w:t>
            </w:r>
          </w:p>
        </w:tc>
        <w:tc>
          <w:tcPr>
            <w:tcW w:type="dxa" w:w="1037"/>
          </w:tcPr>
          <w:p>
            <w:pPr>
              <w:spacing w:after="0"/>
              <w:jc w:val="left"/>
            </w:pPr>
            <w:r>
              <w:rPr>
                <w:sz w:val="16"/>
              </w:rPr>
              <w:t>DR-1320-KY</w:t>
            </w:r>
          </w:p>
        </w:tc>
        <w:tc>
          <w:tcPr>
            <w:tcW w:type="dxa" w:w="1265"/>
          </w:tcPr>
          <w:p>
            <w:pPr>
              <w:spacing w:after="0"/>
              <w:jc w:val="left"/>
            </w:pPr>
            <w:r>
              <w:rPr>
                <w:sz w:val="16"/>
              </w:rPr>
              <w:t>Major disaster</w:t>
            </w:r>
          </w:p>
        </w:tc>
        <w:tc>
          <w:tcPr>
            <w:tcW w:type="dxa" w:w="3593"/>
          </w:tcPr>
          <w:p>
            <w:pPr>
              <w:spacing w:after="0"/>
              <w:jc w:val="left"/>
            </w:pPr>
            <w:r>
              <w:rPr>
                <w:sz w:val="16"/>
              </w:rPr>
              <w:t>SEVERE STORMS AND FLOODING</w:t>
            </w:r>
          </w:p>
        </w:tc>
        <w:tc>
          <w:tcPr>
            <w:tcW w:type="dxa" w:w="2678"/>
          </w:tcPr>
          <w:p>
            <w:pPr>
              <w:spacing w:after="0"/>
              <w:jc w:val="left"/>
            </w:pPr>
            <w:r>
              <w:rPr>
                <w:sz w:val="16"/>
              </w:rPr>
              <w:t>Inland Flooding</w:t>
            </w:r>
          </w:p>
        </w:tc>
        <w:tc>
          <w:tcPr>
            <w:tcW w:type="dxa" w:w="1394"/>
          </w:tcPr>
          <w:p>
            <w:pPr>
              <w:spacing w:after="0"/>
              <w:jc w:val="right"/>
            </w:pPr>
            <w:r>
              <w:rPr>
                <w:sz w:val="16"/>
              </w:rPr>
              <w:t>$103,520.90</w:t>
            </w:r>
          </w:p>
        </w:tc>
        <w:tc>
          <w:tcPr>
            <w:tcW w:type="dxa" w:w="11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1998-03-03</w:t>
            </w:r>
          </w:p>
        </w:tc>
        <w:tc>
          <w:tcPr>
            <w:tcW w:type="dxa" w:w="1037"/>
          </w:tcPr>
          <w:p>
            <w:pPr>
              <w:spacing w:after="0"/>
              <w:jc w:val="left"/>
            </w:pPr>
            <w:r>
              <w:rPr>
                <w:sz w:val="16"/>
              </w:rPr>
              <w:t>1998-02-04</w:t>
            </w:r>
          </w:p>
        </w:tc>
        <w:tc>
          <w:tcPr>
            <w:tcW w:type="dxa" w:w="1037"/>
          </w:tcPr>
          <w:p>
            <w:pPr>
              <w:spacing w:after="0"/>
              <w:jc w:val="left"/>
            </w:pPr>
            <w:r>
              <w:rPr>
                <w:sz w:val="16"/>
              </w:rPr>
              <w:t>DR-1207-KY</w:t>
            </w:r>
          </w:p>
        </w:tc>
        <w:tc>
          <w:tcPr>
            <w:tcW w:type="dxa" w:w="1265"/>
          </w:tcPr>
          <w:p>
            <w:pPr>
              <w:spacing w:after="0"/>
              <w:jc w:val="left"/>
            </w:pPr>
            <w:r>
              <w:rPr>
                <w:sz w:val="16"/>
              </w:rPr>
              <w:t>Major disaster</w:t>
            </w:r>
          </w:p>
        </w:tc>
        <w:tc>
          <w:tcPr>
            <w:tcW w:type="dxa" w:w="3593"/>
          </w:tcPr>
          <w:p>
            <w:pPr>
              <w:spacing w:after="0"/>
              <w:jc w:val="left"/>
            </w:pPr>
            <w:r>
              <w:rPr>
                <w:sz w:val="16"/>
              </w:rPr>
              <w:t>SEVERE WINTER STORM</w:t>
            </w:r>
          </w:p>
        </w:tc>
        <w:tc>
          <w:tcPr>
            <w:tcW w:type="dxa" w:w="2678"/>
          </w:tcPr>
          <w:p>
            <w:pPr>
              <w:spacing w:after="0"/>
              <w:jc w:val="left"/>
            </w:pPr>
            <w:r>
              <w:rPr>
                <w:sz w:val="16"/>
              </w:rPr>
              <w:t>Winter Weather</w:t>
            </w:r>
          </w:p>
        </w:tc>
        <w:tc>
          <w:tcPr>
            <w:tcW w:type="dxa" w:w="1394"/>
          </w:tcPr>
          <w:p>
            <w:pPr>
              <w:spacing w:after="0"/>
              <w:jc w:val="right"/>
            </w:pPr>
            <w:r>
              <w:rPr>
                <w:sz w:val="16"/>
              </w:rPr>
              <w:t>none found</w:t>
            </w:r>
          </w:p>
        </w:tc>
        <w:tc>
          <w:tcPr>
            <w:tcW w:type="dxa" w:w="11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265"/>
          </w:tcPr>
          <w:p>
            <w:pPr>
              <w:spacing w:after="0"/>
              <w:jc w:val="left"/>
            </w:pPr>
            <w:r>
              <w:rPr>
                <w:sz w:val="16"/>
              </w:rPr>
              <w:t>Major disaster</w:t>
            </w:r>
          </w:p>
        </w:tc>
        <w:tc>
          <w:tcPr>
            <w:tcW w:type="dxa" w:w="3593"/>
          </w:tcPr>
          <w:p>
            <w:pPr>
              <w:spacing w:after="0"/>
              <w:jc w:val="left"/>
            </w:pPr>
            <w:r>
              <w:rPr>
                <w:sz w:val="16"/>
              </w:rPr>
              <w:t>SEVERE STORM, FLOODING, AND TORNADOES</w:t>
            </w:r>
          </w:p>
        </w:tc>
        <w:tc>
          <w:tcPr>
            <w:tcW w:type="dxa" w:w="2678"/>
          </w:tcPr>
          <w:p>
            <w:pPr>
              <w:spacing w:after="0"/>
              <w:jc w:val="left"/>
            </w:pPr>
            <w:r>
              <w:rPr>
                <w:sz w:val="16"/>
              </w:rPr>
              <w:t>Inland Flooding; Tornado</w:t>
            </w:r>
          </w:p>
        </w:tc>
        <w:tc>
          <w:tcPr>
            <w:tcW w:type="dxa" w:w="1394"/>
          </w:tcPr>
          <w:p>
            <w:pPr>
              <w:spacing w:after="0"/>
              <w:jc w:val="right"/>
            </w:pPr>
            <w:r>
              <w:rPr>
                <w:sz w:val="16"/>
              </w:rPr>
              <w:t>none found</w:t>
            </w:r>
          </w:p>
        </w:tc>
        <w:tc>
          <w:tcPr>
            <w:tcW w:type="dxa" w:w="11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265"/>
          </w:tcPr>
          <w:p>
            <w:pPr>
              <w:spacing w:after="0"/>
              <w:jc w:val="left"/>
            </w:pPr>
            <w:r>
              <w:rPr>
                <w:sz w:val="16"/>
              </w:rPr>
              <w:t>Major disaster</w:t>
            </w:r>
          </w:p>
        </w:tc>
        <w:tc>
          <w:tcPr>
            <w:tcW w:type="dxa" w:w="3593"/>
          </w:tcPr>
          <w:p>
            <w:pPr>
              <w:spacing w:after="0"/>
              <w:jc w:val="left"/>
            </w:pPr>
            <w:r>
              <w:rPr>
                <w:sz w:val="16"/>
              </w:rPr>
              <w:t>BLIZZARD OF 96</w:t>
            </w:r>
          </w:p>
        </w:tc>
        <w:tc>
          <w:tcPr>
            <w:tcW w:type="dxa" w:w="2678"/>
          </w:tcPr>
          <w:p>
            <w:pPr>
              <w:spacing w:after="0"/>
              <w:jc w:val="left"/>
            </w:pPr>
            <w:r>
              <w:rPr>
                <w:sz w:val="16"/>
              </w:rPr>
              <w:t>Winter Weather</w:t>
            </w:r>
          </w:p>
        </w:tc>
        <w:tc>
          <w:tcPr>
            <w:tcW w:type="dxa" w:w="1394"/>
          </w:tcPr>
          <w:p>
            <w:pPr>
              <w:spacing w:after="0"/>
              <w:jc w:val="right"/>
            </w:pPr>
            <w:r>
              <w:rPr>
                <w:sz w:val="16"/>
              </w:rPr>
              <w:t>none found</w:t>
            </w:r>
          </w:p>
        </w:tc>
        <w:tc>
          <w:tcPr>
            <w:tcW w:type="dxa" w:w="11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265"/>
          </w:tcPr>
          <w:p>
            <w:pPr>
              <w:spacing w:after="0"/>
              <w:jc w:val="left"/>
            </w:pPr>
            <w:r>
              <w:rPr>
                <w:sz w:val="16"/>
              </w:rPr>
              <w:t>Emergency</w:t>
            </w:r>
          </w:p>
        </w:tc>
        <w:tc>
          <w:tcPr>
            <w:tcW w:type="dxa" w:w="3593"/>
          </w:tcPr>
          <w:p>
            <w:pPr>
              <w:spacing w:after="0"/>
              <w:jc w:val="left"/>
            </w:pPr>
            <w:r>
              <w:rPr>
                <w:sz w:val="16"/>
              </w:rPr>
              <w:t>SEVERE SNOWFALL &amp; WINTER STORM</w:t>
            </w:r>
          </w:p>
        </w:tc>
        <w:tc>
          <w:tcPr>
            <w:tcW w:type="dxa" w:w="2678"/>
          </w:tcPr>
          <w:p>
            <w:pPr>
              <w:spacing w:after="0"/>
              <w:jc w:val="left"/>
            </w:pPr>
            <w:r>
              <w:rPr>
                <w:sz w:val="16"/>
              </w:rPr>
              <w:t>Winter Weather</w:t>
            </w:r>
          </w:p>
        </w:tc>
        <w:tc>
          <w:tcPr>
            <w:tcW w:type="dxa" w:w="1394"/>
          </w:tcPr>
          <w:p>
            <w:pPr>
              <w:spacing w:after="0"/>
              <w:jc w:val="right"/>
            </w:pPr>
            <w:r>
              <w:rPr>
                <w:sz w:val="16"/>
              </w:rPr>
              <w:t>none found</w:t>
            </w:r>
          </w:p>
        </w:tc>
        <w:tc>
          <w:tcPr>
            <w:tcW w:type="dxa" w:w="11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265"/>
          </w:tcPr>
          <w:p>
            <w:pPr>
              <w:spacing w:after="0"/>
              <w:jc w:val="left"/>
            </w:pPr>
            <w:r>
              <w:rPr>
                <w:sz w:val="16"/>
              </w:rPr>
              <w:t>Major disaster</w:t>
            </w:r>
          </w:p>
        </w:tc>
        <w:tc>
          <w:tcPr>
            <w:tcW w:type="dxa" w:w="3593"/>
          </w:tcPr>
          <w:p>
            <w:pPr>
              <w:spacing w:after="0"/>
              <w:jc w:val="left"/>
            </w:pPr>
            <w:r>
              <w:rPr>
                <w:sz w:val="16"/>
              </w:rPr>
              <w:t>SEVERE STORMS &amp; FLOODING</w:t>
            </w:r>
          </w:p>
        </w:tc>
        <w:tc>
          <w:tcPr>
            <w:tcW w:type="dxa" w:w="2678"/>
          </w:tcPr>
          <w:p>
            <w:pPr>
              <w:spacing w:after="0"/>
              <w:jc w:val="left"/>
            </w:pPr>
            <w:r>
              <w:rPr>
                <w:sz w:val="16"/>
              </w:rPr>
              <w:t>Inland Flooding</w:t>
            </w:r>
          </w:p>
        </w:tc>
        <w:tc>
          <w:tcPr>
            <w:tcW w:type="dxa" w:w="1394"/>
          </w:tcPr>
          <w:p>
            <w:pPr>
              <w:spacing w:after="0"/>
              <w:jc w:val="right"/>
            </w:pPr>
            <w:r>
              <w:rPr>
                <w:sz w:val="16"/>
              </w:rPr>
              <w:t>none found</w:t>
            </w:r>
          </w:p>
        </w:tc>
        <w:tc>
          <w:tcPr>
            <w:tcW w:type="dxa" w:w="11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1978-12-12</w:t>
            </w:r>
          </w:p>
        </w:tc>
        <w:tc>
          <w:tcPr>
            <w:tcW w:type="dxa" w:w="1037"/>
          </w:tcPr>
          <w:p>
            <w:pPr>
              <w:spacing w:after="0"/>
              <w:jc w:val="left"/>
            </w:pPr>
            <w:r>
              <w:rPr>
                <w:sz w:val="16"/>
              </w:rPr>
              <w:t>1978-12-12</w:t>
            </w:r>
          </w:p>
        </w:tc>
        <w:tc>
          <w:tcPr>
            <w:tcW w:type="dxa" w:w="1037"/>
          </w:tcPr>
          <w:p>
            <w:pPr>
              <w:spacing w:after="0"/>
              <w:jc w:val="left"/>
            </w:pPr>
            <w:r>
              <w:rPr>
                <w:sz w:val="16"/>
              </w:rPr>
              <w:t>DR-568-KY</w:t>
            </w:r>
          </w:p>
        </w:tc>
        <w:tc>
          <w:tcPr>
            <w:tcW w:type="dxa" w:w="1265"/>
          </w:tcPr>
          <w:p>
            <w:pPr>
              <w:spacing w:after="0"/>
              <w:jc w:val="left"/>
            </w:pPr>
            <w:r>
              <w:rPr>
                <w:sz w:val="16"/>
              </w:rPr>
              <w:t>Major disaster</w:t>
            </w:r>
          </w:p>
        </w:tc>
        <w:tc>
          <w:tcPr>
            <w:tcW w:type="dxa" w:w="3593"/>
          </w:tcPr>
          <w:p>
            <w:pPr>
              <w:spacing w:after="0"/>
              <w:jc w:val="left"/>
            </w:pPr>
            <w:r>
              <w:rPr>
                <w:sz w:val="16"/>
              </w:rPr>
              <w:t>SEVERE STORMS &amp; FLOODING</w:t>
            </w:r>
          </w:p>
        </w:tc>
        <w:tc>
          <w:tcPr>
            <w:tcW w:type="dxa" w:w="2678"/>
          </w:tcPr>
          <w:p>
            <w:pPr>
              <w:spacing w:after="0"/>
              <w:jc w:val="left"/>
            </w:pPr>
            <w:r>
              <w:rPr>
                <w:sz w:val="16"/>
              </w:rPr>
              <w:t>Inland Flooding</w:t>
            </w:r>
          </w:p>
        </w:tc>
        <w:tc>
          <w:tcPr>
            <w:tcW w:type="dxa" w:w="1394"/>
          </w:tcPr>
          <w:p>
            <w:pPr>
              <w:spacing w:after="0"/>
              <w:jc w:val="right"/>
            </w:pPr>
            <w:r>
              <w:rPr>
                <w:sz w:val="16"/>
              </w:rPr>
              <w:t>none found</w:t>
            </w:r>
          </w:p>
        </w:tc>
        <w:tc>
          <w:tcPr>
            <w:tcW w:type="dxa" w:w="1188"/>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$18,834.78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8,834.78"/>
        <w:tblDescription w:val="Hazard Plain table b1d_pa_other"/>
      </w:tblPr>
      <w:tblGrid>
        <w:gridCol w:w="1260"/>
        <w:gridCol w:w="1260"/>
        <w:gridCol w:w="5600"/>
        <w:gridCol w:w="4732"/>
        <w:gridCol w:w="1260"/>
      </w:tblGrid>
      <w:tr>
        <w:trPr>
          <w:cantSplit/>
          <w:tblHeader/>
        </w:trPr>
        <w:tc>
          <w:tcPr>
            <w:tcW w:type="dxa" w:w="1260"/>
            <w:shd w:val="clear" w:color="auto" w:fill="E8E8E8"/>
          </w:tcPr>
          <w:p>
            <w:pPr>
              <w:spacing w:after="0"/>
              <w:jc w:val="left"/>
            </w:pPr>
            <w:r>
              <w:rPr>
                <w:b/>
                <w:sz w:val="16"/>
              </w:rPr>
              <w:t>FEMA number</w:t>
            </w:r>
          </w:p>
        </w:tc>
        <w:tc>
          <w:tcPr>
            <w:tcW w:type="dxa" w:w="1260"/>
            <w:shd w:val="clear" w:color="auto" w:fill="E8E8E8"/>
          </w:tcPr>
          <w:p>
            <w:pPr>
              <w:spacing w:after="0"/>
              <w:jc w:val="left"/>
            </w:pPr>
            <w:r>
              <w:rPr>
                <w:b/>
                <w:sz w:val="16"/>
              </w:rPr>
              <w:t>Declared</w:t>
            </w:r>
          </w:p>
        </w:tc>
        <w:tc>
          <w:tcPr>
            <w:tcW w:type="dxa" w:w="5600"/>
            <w:shd w:val="clear" w:color="auto" w:fill="E8E8E8"/>
          </w:tcPr>
          <w:p>
            <w:pPr>
              <w:spacing w:after="0"/>
              <w:jc w:val="left"/>
            </w:pPr>
            <w:r>
              <w:rPr>
                <w:b/>
                <w:sz w:val="16"/>
              </w:rPr>
              <w:t>Title</w:t>
            </w:r>
          </w:p>
        </w:tc>
        <w:tc>
          <w:tcPr>
            <w:tcW w:type="dxa" w:w="4732"/>
            <w:shd w:val="clear" w:color="auto" w:fill="E8E8E8"/>
          </w:tcPr>
          <w:p>
            <w:pPr>
              <w:spacing w:after="0"/>
              <w:jc w:val="left"/>
            </w:pPr>
            <w:r>
              <w:rPr>
                <w:b/>
                <w:sz w:val="16"/>
              </w:rPr>
              <w:t>Applicant</w:t>
            </w:r>
          </w:p>
        </w:tc>
        <w:tc>
          <w:tcPr>
            <w:tcW w:type="dxa" w:w="126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60"/>
          </w:tcPr>
          <w:p>
            <w:pPr>
              <w:spacing w:after="0"/>
              <w:jc w:val="left"/>
            </w:pPr>
            <w:r>
              <w:rPr>
                <w:sz w:val="16"/>
              </w:rPr>
              <w:t>DR-1746-KY</w:t>
            </w:r>
          </w:p>
        </w:tc>
        <w:tc>
          <w:tcPr>
            <w:tcW w:type="dxa" w:w="1260"/>
          </w:tcPr>
          <w:p>
            <w:pPr>
              <w:spacing w:after="0"/>
              <w:jc w:val="left"/>
            </w:pPr>
            <w:r>
              <w:rPr>
                <w:sz w:val="16"/>
              </w:rPr>
              <w:t>2008-02-21</w:t>
            </w:r>
          </w:p>
        </w:tc>
        <w:tc>
          <w:tcPr>
            <w:tcW w:type="dxa" w:w="5600"/>
          </w:tcPr>
          <w:p>
            <w:pPr>
              <w:spacing w:after="0"/>
              <w:jc w:val="left"/>
            </w:pPr>
            <w:r>
              <w:rPr>
                <w:sz w:val="16"/>
              </w:rPr>
              <w:t>SEVERE STORMS, TORNADOES, STRAIGHT-LINE WINDS, AND</w:t>
            </w:r>
          </w:p>
        </w:tc>
        <w:tc>
          <w:tcPr>
            <w:tcW w:type="dxa" w:w="4732"/>
          </w:tcPr>
          <w:p>
            <w:pPr>
              <w:spacing w:after="0"/>
              <w:jc w:val="left"/>
            </w:pPr>
            <w:r>
              <w:rPr>
                <w:sz w:val="16"/>
              </w:rPr>
              <w:t>DO NOT USE FLEMING-MASON ENERGY COOP, INC.</w:t>
            </w:r>
          </w:p>
        </w:tc>
        <w:tc>
          <w:tcPr>
            <w:tcW w:type="dxa" w:w="1260"/>
          </w:tcPr>
          <w:p>
            <w:pPr>
              <w:spacing w:after="0"/>
              <w:jc w:val="right"/>
            </w:pPr>
            <w:r>
              <w:rPr>
                <w:sz w:val="16"/>
              </w:rPr>
              <w:t>$18,834.78</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11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16</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7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157</w:t>
            </w:r>
          </w:p>
        </w:tc>
        <w:tc>
          <w:tcPr>
            <w:tcW w:type="dxa" w:w="1422"/>
          </w:tcPr>
          <w:p>
            <w:pPr>
              <w:spacing w:after="0"/>
              <w:jc w:val="right"/>
            </w:pPr>
            <w:r>
              <w:rPr>
                <w:sz w:val="16"/>
              </w:rPr>
              <w:t>28</w:t>
            </w:r>
          </w:p>
        </w:tc>
        <w:tc>
          <w:tcPr>
            <w:tcW w:type="dxa" w:w="1356"/>
          </w:tcPr>
          <w:p>
            <w:pPr>
              <w:spacing w:after="0"/>
              <w:jc w:val="right"/>
            </w:pPr>
            <w:r>
              <w:rPr>
                <w:sz w:val="16"/>
              </w:rPr>
              <w:t>2</w:t>
            </w:r>
          </w:p>
        </w:tc>
        <w:tc>
          <w:tcPr>
            <w:tcW w:type="dxa" w:w="963"/>
          </w:tcPr>
          <w:p>
            <w:pPr>
              <w:spacing w:after="0"/>
              <w:jc w:val="right"/>
            </w:pPr>
            <w:r>
              <w:rPr>
                <w:sz w:val="16"/>
              </w:rPr>
              <w:t>28</w:t>
            </w:r>
          </w:p>
        </w:tc>
        <w:tc>
          <w:tcPr>
            <w:tcW w:type="dxa" w:w="1356"/>
          </w:tcPr>
          <w:p>
            <w:pPr>
              <w:spacing w:after="0"/>
              <w:jc w:val="right"/>
            </w:pPr>
            <w:r>
              <w:rPr>
                <w:sz w:val="16"/>
              </w:rPr>
              <w:t>4</w:t>
            </w:r>
          </w:p>
        </w:tc>
        <w:tc>
          <w:tcPr>
            <w:tcW w:type="dxa" w:w="1684"/>
          </w:tcPr>
          <w:p>
            <w:pPr>
              <w:spacing w:after="0"/>
              <w:jc w:val="right"/>
            </w:pPr>
            <w:r>
              <w:rPr>
                <w:sz w:val="16"/>
              </w:rPr>
              <w:t>3</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9</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52</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2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9"/>
        <w:gridCol w:w="3363"/>
        <w:gridCol w:w="1663"/>
        <w:gridCol w:w="1188"/>
        <w:gridCol w:w="2050"/>
        <w:gridCol w:w="648"/>
        <w:gridCol w:w="2833"/>
      </w:tblGrid>
      <w:tr>
        <w:trPr>
          <w:cantSplit/>
          <w:tblHeader/>
        </w:trPr>
        <w:tc>
          <w:tcPr>
            <w:tcW w:type="dxa" w:w="1037"/>
            <w:shd w:val="clear" w:color="auto" w:fill="E8E8E8"/>
          </w:tcPr>
          <w:p>
            <w:pPr>
              <w:spacing w:after="0"/>
              <w:jc w:val="left"/>
            </w:pPr>
            <w:r>
              <w:rPr>
                <w:b/>
                <w:sz w:val="16"/>
              </w:rPr>
              <w:t>Date</w:t>
            </w:r>
          </w:p>
        </w:tc>
        <w:tc>
          <w:tcPr>
            <w:tcW w:type="dxa" w:w="1329"/>
            <w:shd w:val="clear" w:color="auto" w:fill="E8E8E8"/>
          </w:tcPr>
          <w:p>
            <w:pPr>
              <w:spacing w:after="0"/>
              <w:jc w:val="left"/>
            </w:pPr>
            <w:r>
              <w:rPr>
                <w:b/>
                <w:sz w:val="16"/>
              </w:rPr>
              <w:t>Event type</w:t>
            </w:r>
          </w:p>
        </w:tc>
        <w:tc>
          <w:tcPr>
            <w:tcW w:type="dxa" w:w="3363"/>
            <w:shd w:val="clear" w:color="auto" w:fill="E8E8E8"/>
          </w:tcPr>
          <w:p>
            <w:pPr>
              <w:spacing w:after="0"/>
              <w:jc w:val="left"/>
            </w:pPr>
            <w:r>
              <w:rPr>
                <w:b/>
                <w:sz w:val="16"/>
              </w:rPr>
              <w:t>Magnitude or extent</w:t>
            </w:r>
          </w:p>
        </w:tc>
        <w:tc>
          <w:tcPr>
            <w:tcW w:type="dxa" w:w="1663"/>
            <w:shd w:val="clear" w:color="auto" w:fill="E8E8E8"/>
          </w:tcPr>
          <w:p>
            <w:pPr>
              <w:spacing w:after="0"/>
              <w:jc w:val="left"/>
            </w:pPr>
            <w:r>
              <w:rPr>
                <w:b/>
                <w:sz w:val="16"/>
              </w:rPr>
              <w:t>Damage</w:t>
            </w:r>
          </w:p>
          <w:p>
            <w:pPr>
              <w:spacing w:after="0"/>
              <w:jc w:val="left"/>
            </w:pPr>
            <w:r>
              <w:rPr>
                <w:i/>
                <w:color w:val="555555"/>
                <w:sz w:val="14"/>
              </w:rPr>
              <w:t>nominal dollars</w:t>
            </w:r>
          </w:p>
        </w:tc>
        <w:tc>
          <w:tcPr>
            <w:tcW w:type="dxa" w:w="118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50"/>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83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2016-11-15</w:t>
            </w:r>
          </w:p>
        </w:tc>
        <w:tc>
          <w:tcPr>
            <w:tcW w:type="dxa" w:w="1329"/>
          </w:tcPr>
          <w:p>
            <w:pPr>
              <w:spacing w:after="0"/>
              <w:jc w:val="left"/>
            </w:pPr>
            <w:r>
              <w:rPr>
                <w:sz w:val="16"/>
              </w:rPr>
              <w:t>Drought</w:t>
            </w:r>
          </w:p>
        </w:tc>
        <w:tc>
          <w:tcPr>
            <w:tcW w:type="dxa" w:w="3363"/>
          </w:tcPr>
          <w:p>
            <w:pPr>
              <w:spacing w:after="0"/>
              <w:jc w:val="left"/>
            </w:pPr>
          </w:p>
        </w:tc>
        <w:tc>
          <w:tcPr>
            <w:tcW w:type="dxa" w:w="1663"/>
          </w:tcPr>
          <w:p>
            <w:pPr>
              <w:spacing w:after="0"/>
              <w:jc w:val="left"/>
            </w:pPr>
            <w:r>
              <w:rPr>
                <w:sz w:val="16"/>
              </w:rPr>
              <w:t>damage not reported</w:t>
            </w:r>
          </w:p>
        </w:tc>
        <w:tc>
          <w:tcPr>
            <w:tcW w:type="dxa" w:w="1188"/>
          </w:tcPr>
          <w:p>
            <w:pPr>
              <w:spacing w:after="0"/>
              <w:jc w:val="right"/>
            </w:pPr>
            <w:r>
              <w:rPr>
                <w:sz w:val="16"/>
              </w:rPr>
              <w:t>0, 0</w:t>
            </w:r>
          </w:p>
        </w:tc>
        <w:tc>
          <w:tcPr>
            <w:tcW w:type="dxa" w:w="2050"/>
          </w:tcPr>
          <w:p>
            <w:pPr>
              <w:spacing w:after="0"/>
              <w:jc w:val="left"/>
            </w:pPr>
            <w:r>
              <w:rPr>
                <w:sz w:val="16"/>
              </w:rPr>
              <w:t>NWS zone KYZ044 (FLEMING), zone-level: may include parts of neighboring counties</w:t>
            </w:r>
          </w:p>
        </w:tc>
        <w:tc>
          <w:tcPr>
            <w:tcW w:type="dxa" w:w="648"/>
          </w:tcPr>
          <w:p>
            <w:pPr>
              <w:spacing w:after="0"/>
              <w:jc w:val="left"/>
            </w:pPr>
          </w:p>
        </w:tc>
        <w:tc>
          <w:tcPr>
            <w:tcW w:type="dxa" w:w="2833"/>
          </w:tcPr>
          <w:p>
            <w:pPr>
              <w:spacing w:after="0"/>
              <w:jc w:val="left"/>
            </w:pPr>
            <w:r>
              <w:rPr>
                <w:sz w:val="16"/>
              </w:rPr>
              <w:t>B1-c worst recorded: Drought</w:t>
            </w:r>
          </w:p>
        </w:tc>
      </w:tr>
      <w:tr>
        <w:trPr>
          <w:cantSplit/>
        </w:trPr>
        <w:tc>
          <w:tcPr>
            <w:tcW w:type="dxa" w:w="1037"/>
          </w:tcPr>
          <w:p>
            <w:pPr>
              <w:spacing w:after="0"/>
              <w:jc w:val="left"/>
            </w:pPr>
            <w:r>
              <w:rPr>
                <w:sz w:val="16"/>
              </w:rPr>
              <w:t>2015-07-14</w:t>
            </w:r>
          </w:p>
        </w:tc>
        <w:tc>
          <w:tcPr>
            <w:tcW w:type="dxa" w:w="1329"/>
          </w:tcPr>
          <w:p>
            <w:pPr>
              <w:spacing w:after="0"/>
              <w:jc w:val="left"/>
            </w:pPr>
            <w:r>
              <w:rPr>
                <w:sz w:val="16"/>
              </w:rPr>
              <w:t>Thunderstorm Wind</w:t>
            </w:r>
          </w:p>
        </w:tc>
        <w:tc>
          <w:tcPr>
            <w:tcW w:type="dxa" w:w="3363"/>
          </w:tcPr>
          <w:p>
            <w:pPr>
              <w:spacing w:after="0"/>
              <w:jc w:val="left"/>
            </w:pPr>
            <w:r>
              <w:rPr>
                <w:sz w:val="16"/>
              </w:rPr>
              <w:t>87 kt (100 mph) estimated gust</w:t>
            </w:r>
          </w:p>
        </w:tc>
        <w:tc>
          <w:tcPr>
            <w:tcW w:type="dxa" w:w="1663"/>
          </w:tcPr>
          <w:p>
            <w:pPr>
              <w:spacing w:after="0"/>
              <w:jc w:val="left"/>
            </w:pPr>
            <w:r>
              <w:rPr>
                <w:sz w:val="16"/>
              </w:rPr>
              <w:t>damage not reported</w:t>
            </w:r>
          </w:p>
        </w:tc>
        <w:tc>
          <w:tcPr>
            <w:tcW w:type="dxa" w:w="1188"/>
          </w:tcPr>
          <w:p>
            <w:pPr>
              <w:spacing w:after="0"/>
              <w:jc w:val="right"/>
            </w:pPr>
            <w:r>
              <w:rPr>
                <w:sz w:val="16"/>
              </w:rPr>
              <w:t>0, 4</w:t>
            </w:r>
          </w:p>
        </w:tc>
        <w:tc>
          <w:tcPr>
            <w:tcW w:type="dxa" w:w="2050"/>
          </w:tcPr>
          <w:p>
            <w:pPr>
              <w:spacing w:after="0"/>
              <w:jc w:val="left"/>
            </w:pPr>
            <w:r>
              <w:rPr>
                <w:sz w:val="16"/>
              </w:rPr>
              <w:t>FLEMINGSBURG JCT to BEECHBURG</w:t>
            </w:r>
          </w:p>
        </w:tc>
        <w:tc>
          <w:tcPr>
            <w:tcW w:type="dxa" w:w="648"/>
          </w:tcPr>
          <w:p>
            <w:pPr>
              <w:spacing w:after="0"/>
              <w:jc w:val="left"/>
            </w:pPr>
          </w:p>
        </w:tc>
        <w:tc>
          <w:tcPr>
            <w:tcW w:type="dxa" w:w="2833"/>
          </w:tcPr>
          <w:p>
            <w:pPr>
              <w:spacing w:after="0"/>
              <w:jc w:val="left"/>
            </w:pPr>
            <w:r>
              <w:rPr>
                <w:sz w:val="16"/>
              </w:rPr>
              <w:t>deaths or injuries recorded</w:t>
            </w:r>
          </w:p>
        </w:tc>
      </w:tr>
      <w:tr>
        <w:trPr>
          <w:cantSplit/>
        </w:trPr>
        <w:tc>
          <w:tcPr>
            <w:tcW w:type="dxa" w:w="1037"/>
          </w:tcPr>
          <w:p>
            <w:pPr>
              <w:spacing w:after="0"/>
              <w:jc w:val="left"/>
            </w:pPr>
            <w:r>
              <w:rPr>
                <w:sz w:val="16"/>
              </w:rPr>
              <w:t>2015-07-03</w:t>
            </w:r>
          </w:p>
        </w:tc>
        <w:tc>
          <w:tcPr>
            <w:tcW w:type="dxa" w:w="1329"/>
          </w:tcPr>
          <w:p>
            <w:pPr>
              <w:spacing w:after="0"/>
              <w:jc w:val="left"/>
            </w:pPr>
            <w:r>
              <w:rPr>
                <w:sz w:val="16"/>
              </w:rPr>
              <w:t>Lightning</w:t>
            </w:r>
          </w:p>
        </w:tc>
        <w:tc>
          <w:tcPr>
            <w:tcW w:type="dxa" w:w="3363"/>
          </w:tcPr>
          <w:p>
            <w:pPr>
              <w:spacing w:after="0"/>
              <w:jc w:val="left"/>
            </w:pPr>
          </w:p>
        </w:tc>
        <w:tc>
          <w:tcPr>
            <w:tcW w:type="dxa" w:w="1663"/>
          </w:tcPr>
          <w:p>
            <w:pPr>
              <w:spacing w:after="0"/>
              <w:jc w:val="left"/>
            </w:pPr>
            <w:r>
              <w:rPr>
                <w:sz w:val="16"/>
              </w:rPr>
              <w:t>$1,000 property; crops not reported (2015 dollars)</w:t>
            </w:r>
          </w:p>
        </w:tc>
        <w:tc>
          <w:tcPr>
            <w:tcW w:type="dxa" w:w="1188"/>
          </w:tcPr>
          <w:p>
            <w:pPr>
              <w:spacing w:after="0"/>
              <w:jc w:val="right"/>
            </w:pPr>
            <w:r>
              <w:rPr>
                <w:sz w:val="16"/>
              </w:rPr>
              <w:t>0, 0</w:t>
            </w:r>
          </w:p>
        </w:tc>
        <w:tc>
          <w:tcPr>
            <w:tcW w:type="dxa" w:w="2050"/>
          </w:tcPr>
          <w:p>
            <w:pPr>
              <w:spacing w:after="0"/>
              <w:jc w:val="left"/>
            </w:pPr>
            <w:r>
              <w:rPr>
                <w:sz w:val="16"/>
              </w:rPr>
              <w:t>HILLSBORO</w:t>
            </w:r>
          </w:p>
        </w:tc>
        <w:tc>
          <w:tcPr>
            <w:tcW w:type="dxa" w:w="648"/>
          </w:tcPr>
          <w:p>
            <w:pPr>
              <w:spacing w:after="0"/>
              <w:jc w:val="left"/>
            </w:pPr>
          </w:p>
        </w:tc>
        <w:tc>
          <w:tcPr>
            <w:tcW w:type="dxa" w:w="2833"/>
          </w:tcPr>
          <w:p>
            <w:pPr>
              <w:spacing w:after="0"/>
              <w:jc w:val="left"/>
            </w:pPr>
            <w:r>
              <w:rPr>
                <w:sz w:val="16"/>
              </w:rPr>
              <w:t>B1-c worst recorded: Lightning</w:t>
            </w:r>
          </w:p>
        </w:tc>
      </w:tr>
      <w:tr>
        <w:trPr>
          <w:cantSplit/>
        </w:trPr>
        <w:tc>
          <w:tcPr>
            <w:tcW w:type="dxa" w:w="1037"/>
          </w:tcPr>
          <w:p>
            <w:pPr>
              <w:spacing w:after="0"/>
              <w:jc w:val="left"/>
            </w:pPr>
            <w:r>
              <w:rPr>
                <w:sz w:val="16"/>
              </w:rPr>
              <w:t>2014-11-24</w:t>
            </w:r>
          </w:p>
        </w:tc>
        <w:tc>
          <w:tcPr>
            <w:tcW w:type="dxa" w:w="1329"/>
          </w:tcPr>
          <w:p>
            <w:pPr>
              <w:spacing w:after="0"/>
              <w:jc w:val="left"/>
            </w:pPr>
            <w:r>
              <w:rPr>
                <w:sz w:val="16"/>
              </w:rPr>
              <w:t>High Wind</w:t>
            </w:r>
          </w:p>
        </w:tc>
        <w:tc>
          <w:tcPr>
            <w:tcW w:type="dxa" w:w="3363"/>
          </w:tcPr>
          <w:p>
            <w:pPr>
              <w:spacing w:after="0"/>
              <w:jc w:val="left"/>
            </w:pPr>
            <w:r>
              <w:rPr>
                <w:sz w:val="16"/>
              </w:rPr>
              <w:t>52 kt (60 mph) estimated gust</w:t>
            </w:r>
          </w:p>
        </w:tc>
        <w:tc>
          <w:tcPr>
            <w:tcW w:type="dxa" w:w="1663"/>
          </w:tcPr>
          <w:p>
            <w:pPr>
              <w:spacing w:after="0"/>
              <w:jc w:val="left"/>
            </w:pPr>
            <w:r>
              <w:rPr>
                <w:sz w:val="16"/>
              </w:rPr>
              <w:t>$10,000 property; $0 crops, reported for the zone (2014 dollars)</w:t>
            </w:r>
          </w:p>
        </w:tc>
        <w:tc>
          <w:tcPr>
            <w:tcW w:type="dxa" w:w="1188"/>
          </w:tcPr>
          <w:p>
            <w:pPr>
              <w:spacing w:after="0"/>
              <w:jc w:val="right"/>
            </w:pPr>
            <w:r>
              <w:rPr>
                <w:sz w:val="16"/>
              </w:rPr>
              <w:t>0, 0</w:t>
            </w:r>
          </w:p>
        </w:tc>
        <w:tc>
          <w:tcPr>
            <w:tcW w:type="dxa" w:w="2050"/>
          </w:tcPr>
          <w:p>
            <w:pPr>
              <w:spacing w:after="0"/>
              <w:jc w:val="left"/>
            </w:pPr>
            <w:r>
              <w:rPr>
                <w:sz w:val="16"/>
              </w:rPr>
              <w:t>NWS zone KYZ044 (FLEMING), zone-level: may include parts of neighboring counties</w:t>
            </w:r>
          </w:p>
        </w:tc>
        <w:tc>
          <w:tcPr>
            <w:tcW w:type="dxa" w:w="648"/>
          </w:tcPr>
          <w:p>
            <w:pPr>
              <w:spacing w:after="0"/>
              <w:jc w:val="left"/>
            </w:pPr>
          </w:p>
        </w:tc>
        <w:tc>
          <w:tcPr>
            <w:tcW w:type="dxa" w:w="283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2011-01-31</w:t>
            </w:r>
          </w:p>
        </w:tc>
        <w:tc>
          <w:tcPr>
            <w:tcW w:type="dxa" w:w="1329"/>
          </w:tcPr>
          <w:p>
            <w:pPr>
              <w:spacing w:after="0"/>
              <w:jc w:val="left"/>
            </w:pPr>
            <w:r>
              <w:rPr>
                <w:sz w:val="16"/>
              </w:rPr>
              <w:t>Winter Weather</w:t>
            </w:r>
          </w:p>
        </w:tc>
        <w:tc>
          <w:tcPr>
            <w:tcW w:type="dxa" w:w="3363"/>
          </w:tcPr>
          <w:p>
            <w:pPr>
              <w:spacing w:after="0"/>
              <w:jc w:val="left"/>
            </w:pPr>
          </w:p>
        </w:tc>
        <w:tc>
          <w:tcPr>
            <w:tcW w:type="dxa" w:w="1663"/>
          </w:tcPr>
          <w:p>
            <w:pPr>
              <w:spacing w:after="0"/>
              <w:jc w:val="left"/>
            </w:pPr>
            <w:r>
              <w:rPr>
                <w:sz w:val="16"/>
              </w:rPr>
              <w:t>$5,000 property; $0 crops, reported for the zone (2011 dollars)</w:t>
            </w:r>
          </w:p>
        </w:tc>
        <w:tc>
          <w:tcPr>
            <w:tcW w:type="dxa" w:w="1188"/>
          </w:tcPr>
          <w:p>
            <w:pPr>
              <w:spacing w:after="0"/>
              <w:jc w:val="right"/>
            </w:pPr>
            <w:r>
              <w:rPr>
                <w:sz w:val="16"/>
              </w:rPr>
              <w:t>0, 1</w:t>
            </w:r>
          </w:p>
        </w:tc>
        <w:tc>
          <w:tcPr>
            <w:tcW w:type="dxa" w:w="2050"/>
          </w:tcPr>
          <w:p>
            <w:pPr>
              <w:spacing w:after="0"/>
              <w:jc w:val="left"/>
            </w:pPr>
            <w:r>
              <w:rPr>
                <w:sz w:val="16"/>
              </w:rPr>
              <w:t>NWS zone KYZ044 (FLEMING), zone-level: may include parts of neighboring counties</w:t>
            </w:r>
          </w:p>
        </w:tc>
        <w:tc>
          <w:tcPr>
            <w:tcW w:type="dxa" w:w="648"/>
          </w:tcPr>
          <w:p>
            <w:pPr>
              <w:spacing w:after="0"/>
              <w:jc w:val="left"/>
            </w:pPr>
          </w:p>
        </w:tc>
        <w:tc>
          <w:tcPr>
            <w:tcW w:type="dxa" w:w="2833"/>
          </w:tcPr>
          <w:p>
            <w:pPr>
              <w:spacing w:after="0"/>
              <w:jc w:val="left"/>
            </w:pPr>
            <w:r>
              <w:rPr>
                <w:sz w:val="16"/>
              </w:rPr>
              <w:t>deaths or injuries recorded</w:t>
            </w:r>
          </w:p>
        </w:tc>
      </w:tr>
      <w:tr>
        <w:trPr>
          <w:cantSplit/>
        </w:trPr>
        <w:tc>
          <w:tcPr>
            <w:tcW w:type="dxa" w:w="1037"/>
          </w:tcPr>
          <w:p>
            <w:pPr>
              <w:spacing w:after="0"/>
              <w:jc w:val="left"/>
            </w:pPr>
            <w:r>
              <w:rPr>
                <w:sz w:val="16"/>
              </w:rPr>
              <w:t>2010-08-10</w:t>
            </w:r>
          </w:p>
        </w:tc>
        <w:tc>
          <w:tcPr>
            <w:tcW w:type="dxa" w:w="1329"/>
          </w:tcPr>
          <w:p>
            <w:pPr>
              <w:spacing w:after="0"/>
              <w:jc w:val="left"/>
            </w:pPr>
            <w:r>
              <w:rPr>
                <w:sz w:val="16"/>
              </w:rPr>
              <w:t>Heat</w:t>
            </w:r>
          </w:p>
        </w:tc>
        <w:tc>
          <w:tcPr>
            <w:tcW w:type="dxa" w:w="3363"/>
          </w:tcPr>
          <w:p>
            <w:pPr>
              <w:spacing w:after="0"/>
              <w:jc w:val="left"/>
            </w:pPr>
          </w:p>
        </w:tc>
        <w:tc>
          <w:tcPr>
            <w:tcW w:type="dxa" w:w="1663"/>
          </w:tcPr>
          <w:p>
            <w:pPr>
              <w:spacing w:after="0"/>
              <w:jc w:val="left"/>
            </w:pPr>
            <w:r>
              <w:rPr>
                <w:sz w:val="16"/>
              </w:rPr>
              <w:t>$0 property; $0 crops, reported for the zone (2010 dollars)</w:t>
            </w:r>
          </w:p>
        </w:tc>
        <w:tc>
          <w:tcPr>
            <w:tcW w:type="dxa" w:w="1188"/>
          </w:tcPr>
          <w:p>
            <w:pPr>
              <w:spacing w:after="0"/>
              <w:jc w:val="right"/>
            </w:pPr>
            <w:r>
              <w:rPr>
                <w:sz w:val="16"/>
              </w:rPr>
              <w:t>0, 0</w:t>
            </w:r>
          </w:p>
        </w:tc>
        <w:tc>
          <w:tcPr>
            <w:tcW w:type="dxa" w:w="2050"/>
          </w:tcPr>
          <w:p>
            <w:pPr>
              <w:spacing w:after="0"/>
              <w:jc w:val="left"/>
            </w:pPr>
            <w:r>
              <w:rPr>
                <w:sz w:val="16"/>
              </w:rPr>
              <w:t>NWS zone KYZ044 (FLEMING), zone-level: may include parts of neighboring counties</w:t>
            </w:r>
          </w:p>
        </w:tc>
        <w:tc>
          <w:tcPr>
            <w:tcW w:type="dxa" w:w="648"/>
          </w:tcPr>
          <w:p>
            <w:pPr>
              <w:spacing w:after="0"/>
              <w:jc w:val="left"/>
            </w:pPr>
          </w:p>
        </w:tc>
        <w:tc>
          <w:tcPr>
            <w:tcW w:type="dxa" w:w="2833"/>
          </w:tcPr>
          <w:p>
            <w:pPr>
              <w:spacing w:after="0"/>
              <w:jc w:val="left"/>
            </w:pPr>
            <w:r>
              <w:rPr>
                <w:sz w:val="16"/>
              </w:rPr>
              <w:t>B1-c worst recorded: Excessive Heat, Heat</w:t>
            </w:r>
          </w:p>
        </w:tc>
      </w:tr>
      <w:tr>
        <w:trPr>
          <w:cantSplit/>
        </w:trPr>
        <w:tc>
          <w:tcPr>
            <w:tcW w:type="dxa" w:w="1037"/>
          </w:tcPr>
          <w:p>
            <w:pPr>
              <w:spacing w:after="0"/>
              <w:jc w:val="left"/>
            </w:pPr>
            <w:r>
              <w:rPr>
                <w:sz w:val="16"/>
              </w:rPr>
              <w:t>2010-05-14</w:t>
            </w:r>
          </w:p>
        </w:tc>
        <w:tc>
          <w:tcPr>
            <w:tcW w:type="dxa" w:w="1329"/>
          </w:tcPr>
          <w:p>
            <w:pPr>
              <w:spacing w:after="0"/>
              <w:jc w:val="left"/>
            </w:pPr>
            <w:r>
              <w:rPr>
                <w:sz w:val="16"/>
              </w:rPr>
              <w:t>Hail</w:t>
            </w:r>
          </w:p>
        </w:tc>
        <w:tc>
          <w:tcPr>
            <w:tcW w:type="dxa" w:w="3363"/>
          </w:tcPr>
          <w:p>
            <w:pPr>
              <w:spacing w:after="0"/>
              <w:jc w:val="left"/>
            </w:pPr>
            <w:r>
              <w:rPr>
                <w:sz w:val="16"/>
              </w:rPr>
              <w:t>2 in</w:t>
            </w:r>
          </w:p>
        </w:tc>
        <w:tc>
          <w:tcPr>
            <w:tcW w:type="dxa" w:w="1663"/>
          </w:tcPr>
          <w:p>
            <w:pPr>
              <w:spacing w:after="0"/>
              <w:jc w:val="left"/>
            </w:pPr>
            <w:r>
              <w:rPr>
                <w:sz w:val="16"/>
              </w:rPr>
              <w:t>$0 property; $0 crops (2010 dollars)</w:t>
            </w:r>
          </w:p>
        </w:tc>
        <w:tc>
          <w:tcPr>
            <w:tcW w:type="dxa" w:w="1188"/>
          </w:tcPr>
          <w:p>
            <w:pPr>
              <w:spacing w:after="0"/>
              <w:jc w:val="right"/>
            </w:pPr>
            <w:r>
              <w:rPr>
                <w:sz w:val="16"/>
              </w:rPr>
              <w:t>0, 0</w:t>
            </w:r>
          </w:p>
        </w:tc>
        <w:tc>
          <w:tcPr>
            <w:tcW w:type="dxa" w:w="2050"/>
          </w:tcPr>
          <w:p>
            <w:pPr>
              <w:spacing w:after="0"/>
              <w:jc w:val="left"/>
            </w:pPr>
            <w:r>
              <w:rPr>
                <w:sz w:val="16"/>
              </w:rPr>
              <w:t>FLEMINGSBURG</w:t>
            </w:r>
          </w:p>
        </w:tc>
        <w:tc>
          <w:tcPr>
            <w:tcW w:type="dxa" w:w="648"/>
          </w:tcPr>
          <w:p>
            <w:pPr>
              <w:spacing w:after="0"/>
              <w:jc w:val="left"/>
            </w:pPr>
          </w:p>
        </w:tc>
        <w:tc>
          <w:tcPr>
            <w:tcW w:type="dxa" w:w="2833"/>
          </w:tcPr>
          <w:p>
            <w:pPr>
              <w:spacing w:after="0"/>
              <w:jc w:val="left"/>
            </w:pPr>
            <w:r>
              <w:rPr>
                <w:sz w:val="16"/>
              </w:rPr>
              <w:t>B1-c worst recorded: Hail</w:t>
            </w:r>
          </w:p>
        </w:tc>
      </w:tr>
      <w:tr>
        <w:trPr>
          <w:cantSplit/>
        </w:trPr>
        <w:tc>
          <w:tcPr>
            <w:tcW w:type="dxa" w:w="1037"/>
          </w:tcPr>
          <w:p>
            <w:pPr>
              <w:spacing w:after="0"/>
              <w:jc w:val="left"/>
            </w:pPr>
            <w:r>
              <w:rPr>
                <w:sz w:val="16"/>
              </w:rPr>
              <w:t>2008-12-23</w:t>
            </w:r>
          </w:p>
        </w:tc>
        <w:tc>
          <w:tcPr>
            <w:tcW w:type="dxa" w:w="1329"/>
          </w:tcPr>
          <w:p>
            <w:pPr>
              <w:spacing w:after="0"/>
              <w:jc w:val="left"/>
            </w:pPr>
            <w:r>
              <w:rPr>
                <w:sz w:val="16"/>
              </w:rPr>
              <w:t>Winter Weather</w:t>
            </w:r>
          </w:p>
        </w:tc>
        <w:tc>
          <w:tcPr>
            <w:tcW w:type="dxa" w:w="3363"/>
          </w:tcPr>
          <w:p>
            <w:pPr>
              <w:spacing w:after="0"/>
              <w:jc w:val="left"/>
            </w:pPr>
          </w:p>
        </w:tc>
        <w:tc>
          <w:tcPr>
            <w:tcW w:type="dxa" w:w="1663"/>
          </w:tcPr>
          <w:p>
            <w:pPr>
              <w:spacing w:after="0"/>
              <w:jc w:val="left"/>
            </w:pPr>
            <w:r>
              <w:rPr>
                <w:sz w:val="16"/>
              </w:rPr>
              <w:t>$25,000 property; $0 crops, reported for the zone (2008 dollars)</w:t>
            </w:r>
          </w:p>
        </w:tc>
        <w:tc>
          <w:tcPr>
            <w:tcW w:type="dxa" w:w="1188"/>
          </w:tcPr>
          <w:p>
            <w:pPr>
              <w:spacing w:after="0"/>
              <w:jc w:val="right"/>
            </w:pPr>
            <w:r>
              <w:rPr>
                <w:sz w:val="16"/>
              </w:rPr>
              <w:t>0, 0</w:t>
            </w:r>
          </w:p>
        </w:tc>
        <w:tc>
          <w:tcPr>
            <w:tcW w:type="dxa" w:w="2050"/>
          </w:tcPr>
          <w:p>
            <w:pPr>
              <w:spacing w:after="0"/>
              <w:jc w:val="left"/>
            </w:pPr>
            <w:r>
              <w:rPr>
                <w:sz w:val="16"/>
              </w:rPr>
              <w:t>NWS zone KYZ044 (FLEMING), zone-level: may include parts of neighboring counties</w:t>
            </w:r>
          </w:p>
        </w:tc>
        <w:tc>
          <w:tcPr>
            <w:tcW w:type="dxa" w:w="648"/>
          </w:tcPr>
          <w:p>
            <w:pPr>
              <w:spacing w:after="0"/>
              <w:jc w:val="left"/>
            </w:pPr>
          </w:p>
        </w:tc>
        <w:tc>
          <w:tcPr>
            <w:tcW w:type="dxa" w:w="283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2007-11-05</w:t>
            </w:r>
          </w:p>
        </w:tc>
        <w:tc>
          <w:tcPr>
            <w:tcW w:type="dxa" w:w="1329"/>
          </w:tcPr>
          <w:p>
            <w:pPr>
              <w:spacing w:after="0"/>
              <w:jc w:val="left"/>
            </w:pPr>
            <w:r>
              <w:rPr>
                <w:sz w:val="16"/>
              </w:rPr>
              <w:t>Thunderstorm Wind</w:t>
            </w:r>
          </w:p>
        </w:tc>
        <w:tc>
          <w:tcPr>
            <w:tcW w:type="dxa" w:w="3363"/>
          </w:tcPr>
          <w:p>
            <w:pPr>
              <w:spacing w:after="0"/>
              <w:jc w:val="left"/>
            </w:pPr>
            <w:r>
              <w:rPr>
                <w:sz w:val="16"/>
              </w:rPr>
              <w:t>55 kt (63 mph) estimated gust</w:t>
            </w:r>
          </w:p>
        </w:tc>
        <w:tc>
          <w:tcPr>
            <w:tcW w:type="dxa" w:w="1663"/>
          </w:tcPr>
          <w:p>
            <w:pPr>
              <w:spacing w:after="0"/>
              <w:jc w:val="left"/>
            </w:pPr>
            <w:r>
              <w:rPr>
                <w:sz w:val="16"/>
              </w:rPr>
              <w:t>$3,000 property; $0 crops (2007 dollars)</w:t>
            </w:r>
          </w:p>
        </w:tc>
        <w:tc>
          <w:tcPr>
            <w:tcW w:type="dxa" w:w="1188"/>
          </w:tcPr>
          <w:p>
            <w:pPr>
              <w:spacing w:after="0"/>
              <w:jc w:val="right"/>
            </w:pPr>
            <w:r>
              <w:rPr>
                <w:sz w:val="16"/>
              </w:rPr>
              <w:t>0, 2</w:t>
            </w:r>
          </w:p>
        </w:tc>
        <w:tc>
          <w:tcPr>
            <w:tcW w:type="dxa" w:w="2050"/>
          </w:tcPr>
          <w:p>
            <w:pPr>
              <w:spacing w:after="0"/>
              <w:jc w:val="left"/>
            </w:pPr>
            <w:r>
              <w:rPr>
                <w:sz w:val="16"/>
              </w:rPr>
              <w:t>MT CARMEL</w:t>
            </w:r>
          </w:p>
        </w:tc>
        <w:tc>
          <w:tcPr>
            <w:tcW w:type="dxa" w:w="648"/>
          </w:tcPr>
          <w:p>
            <w:pPr>
              <w:spacing w:after="0"/>
              <w:jc w:val="left"/>
            </w:pPr>
          </w:p>
        </w:tc>
        <w:tc>
          <w:tcPr>
            <w:tcW w:type="dxa" w:w="2833"/>
          </w:tcPr>
          <w:p>
            <w:pPr>
              <w:spacing w:after="0"/>
              <w:jc w:val="left"/>
            </w:pPr>
            <w:r>
              <w:rPr>
                <w:sz w:val="16"/>
              </w:rPr>
              <w:t>deaths or injuries recorded</w:t>
            </w:r>
          </w:p>
        </w:tc>
      </w:tr>
      <w:tr>
        <w:trPr>
          <w:cantSplit/>
        </w:trPr>
        <w:tc>
          <w:tcPr>
            <w:tcW w:type="dxa" w:w="1037"/>
          </w:tcPr>
          <w:p>
            <w:pPr>
              <w:spacing w:after="0"/>
              <w:jc w:val="left"/>
            </w:pPr>
            <w:r>
              <w:rPr>
                <w:sz w:val="16"/>
              </w:rPr>
              <w:t>1997-03-01</w:t>
            </w:r>
          </w:p>
        </w:tc>
        <w:tc>
          <w:tcPr>
            <w:tcW w:type="dxa" w:w="1329"/>
          </w:tcPr>
          <w:p>
            <w:pPr>
              <w:spacing w:after="0"/>
              <w:jc w:val="left"/>
            </w:pPr>
            <w:r>
              <w:rPr>
                <w:sz w:val="16"/>
              </w:rPr>
              <w:t>Flood</w:t>
            </w:r>
          </w:p>
        </w:tc>
        <w:tc>
          <w:tcPr>
            <w:tcW w:type="dxa" w:w="3363"/>
          </w:tcPr>
          <w:p>
            <w:pPr>
              <w:spacing w:after="0"/>
              <w:jc w:val="left"/>
            </w:pPr>
          </w:p>
        </w:tc>
        <w:tc>
          <w:tcPr>
            <w:tcW w:type="dxa" w:w="1663"/>
          </w:tcPr>
          <w:p>
            <w:pPr>
              <w:spacing w:after="0"/>
              <w:jc w:val="left"/>
            </w:pPr>
            <w:r>
              <w:rPr>
                <w:sz w:val="16"/>
              </w:rPr>
              <w:t>$3,000,000 property; $0 crops, reported for the zone (1997 dollars)</w:t>
            </w:r>
          </w:p>
        </w:tc>
        <w:tc>
          <w:tcPr>
            <w:tcW w:type="dxa" w:w="1188"/>
          </w:tcPr>
          <w:p>
            <w:pPr>
              <w:spacing w:after="0"/>
              <w:jc w:val="right"/>
            </w:pPr>
            <w:r>
              <w:rPr>
                <w:sz w:val="16"/>
              </w:rPr>
              <w:t>0, 0</w:t>
            </w:r>
          </w:p>
        </w:tc>
        <w:tc>
          <w:tcPr>
            <w:tcW w:type="dxa" w:w="2050"/>
          </w:tcPr>
          <w:p>
            <w:pPr>
              <w:spacing w:after="0"/>
              <w:jc w:val="left"/>
            </w:pPr>
            <w:r>
              <w:rPr>
                <w:sz w:val="16"/>
              </w:rPr>
              <w:t>NWS zone KYZ044 (FLEMING), zone-level: may include parts of neighboring counties</w:t>
            </w:r>
          </w:p>
        </w:tc>
        <w:tc>
          <w:tcPr>
            <w:tcW w:type="dxa" w:w="648"/>
          </w:tcPr>
          <w:p>
            <w:pPr>
              <w:spacing w:after="0"/>
              <w:jc w:val="left"/>
            </w:pPr>
          </w:p>
        </w:tc>
        <w:tc>
          <w:tcPr>
            <w:tcW w:type="dxa" w:w="283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1993-02-21</w:t>
            </w:r>
          </w:p>
        </w:tc>
        <w:tc>
          <w:tcPr>
            <w:tcW w:type="dxa" w:w="1329"/>
          </w:tcPr>
          <w:p>
            <w:pPr>
              <w:spacing w:after="0"/>
              <w:jc w:val="left"/>
            </w:pPr>
            <w:r>
              <w:rPr>
                <w:sz w:val="16"/>
              </w:rPr>
              <w:t>Tornado</w:t>
            </w:r>
          </w:p>
        </w:tc>
        <w:tc>
          <w:tcPr>
            <w:tcW w:type="dxa" w:w="3363"/>
          </w:tcPr>
          <w:p>
            <w:pPr>
              <w:spacing w:after="0"/>
              <w:jc w:val="left"/>
            </w:pPr>
            <w:r>
              <w:rPr>
                <w:sz w:val="16"/>
              </w:rPr>
              <w:t>F0, 1 mi path length (records before 1996 may include the whole path; rating and listing come from the county where the tornado began), 50 yd wide</w:t>
            </w:r>
          </w:p>
        </w:tc>
        <w:tc>
          <w:tcPr>
            <w:tcW w:type="dxa" w:w="1663"/>
          </w:tcPr>
          <w:p>
            <w:pPr>
              <w:spacing w:after="0"/>
              <w:jc w:val="left"/>
            </w:pPr>
            <w:r>
              <w:rPr>
                <w:sz w:val="16"/>
              </w:rPr>
              <w:t>$500,000 property; crops not recorded (1993 dollars)</w:t>
            </w:r>
          </w:p>
        </w:tc>
        <w:tc>
          <w:tcPr>
            <w:tcW w:type="dxa" w:w="1188"/>
          </w:tcPr>
          <w:p>
            <w:pPr>
              <w:spacing w:after="0"/>
              <w:jc w:val="right"/>
            </w:pPr>
            <w:r>
              <w:rPr>
                <w:sz w:val="16"/>
              </w:rPr>
              <w:t>0, 0</w:t>
            </w:r>
          </w:p>
        </w:tc>
        <w:tc>
          <w:tcPr>
            <w:tcW w:type="dxa" w:w="2050"/>
          </w:tcPr>
          <w:p>
            <w:pPr>
              <w:spacing w:after="0"/>
              <w:jc w:val="left"/>
            </w:pPr>
            <w:r>
              <w:rPr>
                <w:sz w:val="16"/>
              </w:rPr>
              <w:t>location not recorded</w:t>
            </w:r>
          </w:p>
        </w:tc>
        <w:tc>
          <w:tcPr>
            <w:tcW w:type="dxa" w:w="648"/>
          </w:tcPr>
          <w:p>
            <w:pPr>
              <w:spacing w:after="0"/>
              <w:jc w:val="left"/>
            </w:pPr>
          </w:p>
        </w:tc>
        <w:tc>
          <w:tcPr>
            <w:tcW w:type="dxa" w:w="2833"/>
          </w:tcPr>
          <w:p>
            <w:pPr>
              <w:spacing w:after="0"/>
              <w:jc w:val="left"/>
            </w:pPr>
            <w:r>
              <w:rPr>
                <w:sz w:val="16"/>
              </w:rPr>
              <w:t>B1-c most damaging: Tornado</w:t>
            </w:r>
          </w:p>
        </w:tc>
      </w:tr>
      <w:tr>
        <w:trPr>
          <w:cantSplit/>
        </w:trPr>
        <w:tc>
          <w:tcPr>
            <w:tcW w:type="dxa" w:w="1037"/>
          </w:tcPr>
          <w:p>
            <w:pPr>
              <w:spacing w:after="0"/>
              <w:jc w:val="left"/>
            </w:pPr>
            <w:r>
              <w:rPr>
                <w:sz w:val="16"/>
              </w:rPr>
              <w:t>1982-06-16</w:t>
            </w:r>
          </w:p>
        </w:tc>
        <w:tc>
          <w:tcPr>
            <w:tcW w:type="dxa" w:w="1329"/>
          </w:tcPr>
          <w:p>
            <w:pPr>
              <w:spacing w:after="0"/>
              <w:jc w:val="left"/>
            </w:pPr>
            <w:r>
              <w:rPr>
                <w:sz w:val="16"/>
              </w:rPr>
              <w:t>Tornado</w:t>
            </w:r>
          </w:p>
        </w:tc>
        <w:tc>
          <w:tcPr>
            <w:tcW w:type="dxa" w:w="3363"/>
          </w:tcPr>
          <w:p>
            <w:pPr>
              <w:spacing w:after="0"/>
              <w:jc w:val="left"/>
            </w:pPr>
            <w:r>
              <w:rPr>
                <w:sz w:val="16"/>
              </w:rPr>
              <w:t>F2, 10 mi path length (records before 1996 may include the whole path; rating and listing come from the county where the tornado began), 30 yd wide</w:t>
            </w:r>
          </w:p>
        </w:tc>
        <w:tc>
          <w:tcPr>
            <w:tcW w:type="dxa" w:w="1663"/>
          </w:tcPr>
          <w:p>
            <w:pPr>
              <w:spacing w:after="0"/>
              <w:jc w:val="left"/>
            </w:pPr>
            <w:r>
              <w:rPr>
                <w:sz w:val="16"/>
              </w:rPr>
              <w:t>$250,000 property; crops not recorded (1982 dollars)</w:t>
            </w:r>
          </w:p>
        </w:tc>
        <w:tc>
          <w:tcPr>
            <w:tcW w:type="dxa" w:w="1188"/>
          </w:tcPr>
          <w:p>
            <w:pPr>
              <w:spacing w:after="0"/>
              <w:jc w:val="right"/>
            </w:pPr>
            <w:r>
              <w:rPr>
                <w:sz w:val="16"/>
              </w:rPr>
              <w:t>0, 1</w:t>
            </w:r>
          </w:p>
        </w:tc>
        <w:tc>
          <w:tcPr>
            <w:tcW w:type="dxa" w:w="2050"/>
          </w:tcPr>
          <w:p>
            <w:pPr>
              <w:spacing w:after="0"/>
              <w:jc w:val="left"/>
            </w:pPr>
            <w:r>
              <w:rPr>
                <w:sz w:val="16"/>
              </w:rPr>
              <w:t>location not recorded</w:t>
            </w:r>
          </w:p>
        </w:tc>
        <w:tc>
          <w:tcPr>
            <w:tcW w:type="dxa" w:w="648"/>
          </w:tcPr>
          <w:p>
            <w:pPr>
              <w:spacing w:after="0"/>
              <w:jc w:val="left"/>
            </w:pPr>
          </w:p>
        </w:tc>
        <w:tc>
          <w:tcPr>
            <w:tcW w:type="dxa" w:w="2833"/>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(353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65"/>
        <w:gridCol w:w="1037"/>
        <w:gridCol w:w="1761"/>
        <w:gridCol w:w="1520"/>
        <w:gridCol w:w="1501"/>
        <w:gridCol w:w="1037"/>
        <w:gridCol w:w="196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6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1"/>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65"/>
          </w:tcPr>
          <w:p>
            <w:pPr>
              <w:spacing w:after="0"/>
              <w:jc w:val="left"/>
            </w:pPr>
          </w:p>
        </w:tc>
        <w:tc>
          <w:tcPr>
            <w:tcW w:type="dxa" w:w="1037"/>
          </w:tcPr>
          <w:p>
            <w:pPr>
              <w:spacing w:after="0"/>
              <w:jc w:val="left"/>
            </w:pPr>
          </w:p>
        </w:tc>
        <w:tc>
          <w:tcPr>
            <w:tcW w:type="dxa" w:w="1761"/>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6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65"/>
          </w:tcPr>
          <w:p>
            <w:pPr>
              <w:spacing w:after="0"/>
              <w:jc w:val="left"/>
            </w:pPr>
          </w:p>
        </w:tc>
        <w:tc>
          <w:tcPr>
            <w:tcW w:type="dxa" w:w="1037"/>
          </w:tcPr>
          <w:p>
            <w:pPr>
              <w:spacing w:after="0"/>
              <w:jc w:val="left"/>
            </w:pPr>
          </w:p>
        </w:tc>
        <w:tc>
          <w:tcPr>
            <w:tcW w:type="dxa" w:w="1761"/>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1.11</w:t>
            </w:r>
          </w:p>
        </w:tc>
        <w:tc>
          <w:tcPr>
            <w:tcW w:type="dxa" w:w="1448"/>
          </w:tcPr>
          <w:p>
            <w:pPr>
              <w:spacing w:after="0"/>
              <w:jc w:val="left"/>
            </w:pPr>
            <w:r>
              <w:rPr>
                <w:sz w:val="16"/>
              </w:rPr>
              <w:t>event-days per year</w:t>
            </w:r>
          </w:p>
        </w:tc>
        <w:tc>
          <w:tcPr>
            <w:tcW w:type="dxa" w:w="1565"/>
          </w:tcPr>
          <w:p>
            <w:pPr>
              <w:spacing w:after="0"/>
              <w:jc w:val="left"/>
            </w:pPr>
            <w:r>
              <w:rPr>
                <w:sz w:val="16"/>
              </w:rPr>
              <w:t>about 1.11 days per year</w:t>
            </w:r>
          </w:p>
        </w:tc>
        <w:tc>
          <w:tcPr>
            <w:tcW w:type="dxa" w:w="1037"/>
          </w:tcPr>
          <w:p>
            <w:pPr>
              <w:spacing w:after="0"/>
              <w:jc w:val="left"/>
            </w:pPr>
          </w:p>
        </w:tc>
        <w:tc>
          <w:tcPr>
            <w:tcW w:type="dxa" w:w="1761"/>
          </w:tcPr>
          <w:p>
            <w:pPr>
              <w:spacing w:after="0"/>
              <w:jc w:val="left"/>
            </w:pPr>
            <w:r>
              <w:rPr>
                <w:sz w:val="16"/>
              </w:rPr>
              <w:t>event-days in 0 of 30 years, 1996 to 2025 (0%)</w:t>
            </w:r>
          </w:p>
        </w:tc>
        <w:tc>
          <w:tcPr>
            <w:tcW w:type="dxa" w:w="1520"/>
          </w:tcPr>
          <w:p>
            <w:pPr>
              <w:spacing w:after="0"/>
              <w:jc w:val="right"/>
            </w:pPr>
            <w:r>
              <w:rPr>
                <w:sz w:val="16"/>
              </w:rPr>
              <w:t>21</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65"/>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2.77</w:t>
            </w:r>
          </w:p>
        </w:tc>
        <w:tc>
          <w:tcPr>
            <w:tcW w:type="dxa" w:w="1448"/>
          </w:tcPr>
          <w:p>
            <w:pPr>
              <w:spacing w:after="0"/>
              <w:jc w:val="left"/>
            </w:pPr>
            <w:r>
              <w:rPr>
                <w:sz w:val="16"/>
              </w:rPr>
              <w:t>event-days per year</w:t>
            </w:r>
          </w:p>
        </w:tc>
        <w:tc>
          <w:tcPr>
            <w:tcW w:type="dxa" w:w="1565"/>
          </w:tcPr>
          <w:p>
            <w:pPr>
              <w:spacing w:after="0"/>
              <w:jc w:val="left"/>
            </w:pPr>
            <w:r>
              <w:rPr>
                <w:sz w:val="16"/>
              </w:rPr>
              <w:t>about 2.77 days per year</w:t>
            </w:r>
          </w:p>
        </w:tc>
        <w:tc>
          <w:tcPr>
            <w:tcW w:type="dxa" w:w="1037"/>
          </w:tcPr>
          <w:p>
            <w:pPr>
              <w:spacing w:after="0"/>
              <w:jc w:val="left"/>
            </w:pPr>
            <w:r>
              <w:rPr>
                <w:sz w:val="16"/>
              </w:rPr>
              <w:t>Possible</w:t>
            </w:r>
          </w:p>
        </w:tc>
        <w:tc>
          <w:tcPr>
            <w:tcW w:type="dxa" w:w="1761"/>
          </w:tcPr>
          <w:p>
            <w:pPr>
              <w:spacing w:after="0"/>
              <w:jc w:val="left"/>
            </w:pPr>
            <w:r>
              <w:rPr>
                <w:sz w:val="16"/>
              </w:rPr>
              <w:t>event-days in 1 of 30 years, 1996 to 2025 (3.33%)</w:t>
            </w:r>
          </w:p>
        </w:tc>
        <w:tc>
          <w:tcPr>
            <w:tcW w:type="dxa" w:w="1520"/>
          </w:tcPr>
          <w:p>
            <w:pPr>
              <w:spacing w:after="0"/>
              <w:jc w:val="right"/>
            </w:pPr>
            <w:r>
              <w:rPr>
                <w:sz w:val="16"/>
              </w:rPr>
              <w:t>70</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5"/>
          </w:tcPr>
          <w:p>
            <w:pPr>
              <w:spacing w:after="0"/>
              <w:jc w:val="left"/>
            </w:pPr>
            <w:r>
              <w:rPr>
                <w:sz w:val="16"/>
              </w:rPr>
              <w:t>NRI gives about 2.77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0.0018</w:t>
            </w:r>
          </w:p>
        </w:tc>
        <w:tc>
          <w:tcPr>
            <w:tcW w:type="dxa" w:w="1448"/>
          </w:tcPr>
          <w:p>
            <w:pPr>
              <w:spacing w:after="0"/>
              <w:jc w:val="left"/>
            </w:pPr>
            <w:r>
              <w:rPr>
                <w:sz w:val="16"/>
              </w:rPr>
              <w:t>annual probability at a location</w:t>
            </w:r>
          </w:p>
        </w:tc>
        <w:tc>
          <w:tcPr>
            <w:tcW w:type="dxa" w:w="1565"/>
          </w:tcPr>
          <w:p>
            <w:pPr>
              <w:spacing w:after="0"/>
              <w:jc w:val="left"/>
            </w:pPr>
            <w:r>
              <w:rPr>
                <w:sz w:val="16"/>
              </w:rPr>
              <w:t>chance a given location in the county has at least minor-damage shaking in a year: 0.18%</w:t>
            </w:r>
          </w:p>
        </w:tc>
        <w:tc>
          <w:tcPr>
            <w:tcW w:type="dxa" w:w="1037"/>
          </w:tcPr>
          <w:p>
            <w:pPr>
              <w:spacing w:after="0"/>
              <w:jc w:val="left"/>
            </w:pPr>
          </w:p>
        </w:tc>
        <w:tc>
          <w:tcPr>
            <w:tcW w:type="dxa" w:w="1761"/>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3.2</w:t>
            </w:r>
          </w:p>
        </w:tc>
        <w:tc>
          <w:tcPr>
            <w:tcW w:type="dxa" w:w="1448"/>
          </w:tcPr>
          <w:p>
            <w:pPr>
              <w:spacing w:after="0"/>
              <w:jc w:val="left"/>
            </w:pPr>
            <w:r>
              <w:rPr>
                <w:sz w:val="16"/>
              </w:rPr>
              <w:t>events per year</w:t>
            </w:r>
          </w:p>
        </w:tc>
        <w:tc>
          <w:tcPr>
            <w:tcW w:type="dxa" w:w="1565"/>
          </w:tcPr>
          <w:p>
            <w:pPr>
              <w:spacing w:after="0"/>
              <w:jc w:val="left"/>
            </w:pPr>
            <w:r>
              <w:rPr>
                <w:sz w:val="16"/>
              </w:rPr>
              <w:t>about 3.2 per year</w:t>
            </w:r>
          </w:p>
        </w:tc>
        <w:tc>
          <w:tcPr>
            <w:tcW w:type="dxa" w:w="1037"/>
          </w:tcPr>
          <w:p>
            <w:pPr>
              <w:spacing w:after="0"/>
              <w:jc w:val="left"/>
            </w:pPr>
            <w:r>
              <w:rPr>
                <w:sz w:val="16"/>
              </w:rPr>
              <w:t>Highly likely</w:t>
            </w:r>
          </w:p>
        </w:tc>
        <w:tc>
          <w:tcPr>
            <w:tcW w:type="dxa" w:w="1761"/>
          </w:tcPr>
          <w:p>
            <w:pPr>
              <w:spacing w:after="0"/>
              <w:jc w:val="left"/>
            </w:pPr>
            <w:r>
              <w:rPr>
                <w:sz w:val="16"/>
              </w:rPr>
              <w:t>FEMA annualized frequency (modeled)</w:t>
            </w:r>
          </w:p>
        </w:tc>
        <w:tc>
          <w:tcPr>
            <w:tcW w:type="dxa" w:w="1520"/>
          </w:tcPr>
          <w:p>
            <w:pPr>
              <w:spacing w:after="0"/>
              <w:jc w:val="right"/>
            </w:pPr>
            <w:r>
              <w:rPr>
                <w:sz w:val="16"/>
              </w:rPr>
              <w:t>121.7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6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2.79</w:t>
            </w:r>
          </w:p>
        </w:tc>
        <w:tc>
          <w:tcPr>
            <w:tcW w:type="dxa" w:w="1448"/>
          </w:tcPr>
          <w:p>
            <w:pPr>
              <w:spacing w:after="0"/>
              <w:jc w:val="left"/>
            </w:pPr>
            <w:r>
              <w:rPr>
                <w:sz w:val="16"/>
              </w:rPr>
              <w:t>event-days per year</w:t>
            </w:r>
          </w:p>
        </w:tc>
        <w:tc>
          <w:tcPr>
            <w:tcW w:type="dxa" w:w="1565"/>
          </w:tcPr>
          <w:p>
            <w:pPr>
              <w:spacing w:after="0"/>
              <w:jc w:val="left"/>
            </w:pPr>
            <w:r>
              <w:rPr>
                <w:sz w:val="16"/>
              </w:rPr>
              <w:t>about 2.79 days per year</w:t>
            </w:r>
          </w:p>
        </w:tc>
        <w:tc>
          <w:tcPr>
            <w:tcW w:type="dxa" w:w="1037"/>
          </w:tcPr>
          <w:p>
            <w:pPr>
              <w:spacing w:after="0"/>
              <w:jc w:val="left"/>
            </w:pPr>
            <w:r>
              <w:rPr>
                <w:sz w:val="16"/>
              </w:rPr>
              <w:t>Possible</w:t>
            </w:r>
          </w:p>
        </w:tc>
        <w:tc>
          <w:tcPr>
            <w:tcW w:type="dxa" w:w="1761"/>
          </w:tcPr>
          <w:p>
            <w:pPr>
              <w:spacing w:after="0"/>
              <w:jc w:val="left"/>
            </w:pPr>
            <w:r>
              <w:rPr>
                <w:sz w:val="16"/>
              </w:rPr>
              <w:t>event-days in 1 of 30 years, 1996 to 2025 (3.33%)</w:t>
            </w:r>
          </w:p>
        </w:tc>
        <w:tc>
          <w:tcPr>
            <w:tcW w:type="dxa" w:w="1520"/>
          </w:tcPr>
          <w:p>
            <w:pPr>
              <w:spacing w:after="0"/>
              <w:jc w:val="right"/>
            </w:pPr>
            <w:r>
              <w:rPr>
                <w:sz w:val="16"/>
              </w:rPr>
              <w:t>42</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65"/>
          </w:tcPr>
          <w:p>
            <w:pPr>
              <w:spacing w:after="0"/>
              <w:jc w:val="left"/>
            </w:pPr>
            <w:r>
              <w:rPr>
                <w:sz w:val="16"/>
              </w:rPr>
              <w:t>NRI gives about 2.79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0.0136</w:t>
            </w:r>
          </w:p>
        </w:tc>
        <w:tc>
          <w:tcPr>
            <w:tcW w:type="dxa" w:w="1448"/>
          </w:tcPr>
          <w:p>
            <w:pPr>
              <w:spacing w:after="0"/>
              <w:jc w:val="left"/>
            </w:pPr>
            <w:r>
              <w:rPr>
                <w:sz w:val="16"/>
              </w:rPr>
              <w:t>events per year</w:t>
            </w:r>
          </w:p>
        </w:tc>
        <w:tc>
          <w:tcPr>
            <w:tcW w:type="dxa" w:w="1565"/>
          </w:tcPr>
          <w:p>
            <w:pPr>
              <w:spacing w:after="0"/>
              <w:jc w:val="left"/>
            </w:pPr>
            <w:r>
              <w:rPr>
                <w:sz w:val="16"/>
              </w:rPr>
              <w:t>about 1 in 74 years</w:t>
            </w:r>
          </w:p>
        </w:tc>
        <w:tc>
          <w:tcPr>
            <w:tcW w:type="dxa" w:w="1037"/>
          </w:tcPr>
          <w:p>
            <w:pPr>
              <w:spacing w:after="0"/>
              <w:jc w:val="left"/>
            </w:pPr>
            <w:r>
              <w:rPr>
                <w:sz w:val="16"/>
              </w:rPr>
              <w:t>Possible</w:t>
            </w:r>
          </w:p>
        </w:tc>
        <w:tc>
          <w:tcPr>
            <w:tcW w:type="dxa" w:w="1761"/>
          </w:tcPr>
          <w:p>
            <w:pPr>
              <w:spacing w:after="0"/>
              <w:jc w:val="left"/>
            </w:pPr>
            <w:r>
              <w:rPr>
                <w:sz w:val="16"/>
              </w:rPr>
              <w:t>FEMA annualized frequency (modeled)</w:t>
            </w:r>
          </w:p>
        </w:tc>
        <w:tc>
          <w:tcPr>
            <w:tcW w:type="dxa" w:w="1520"/>
          </w:tcPr>
          <w:p>
            <w:pPr>
              <w:spacing w:after="0"/>
              <w:jc w:val="right"/>
            </w:pPr>
            <w:r>
              <w:rPr>
                <w:sz w:val="16"/>
              </w:rPr>
              <w:t>4</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6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0.575</w:t>
            </w:r>
          </w:p>
        </w:tc>
        <w:tc>
          <w:tcPr>
            <w:tcW w:type="dxa" w:w="1448"/>
          </w:tcPr>
          <w:p>
            <w:pPr>
              <w:spacing w:after="0"/>
              <w:jc w:val="left"/>
            </w:pPr>
            <w:r>
              <w:rPr>
                <w:sz w:val="16"/>
              </w:rPr>
              <w:t>event-days per year</w:t>
            </w:r>
          </w:p>
        </w:tc>
        <w:tc>
          <w:tcPr>
            <w:tcW w:type="dxa" w:w="1565"/>
          </w:tcPr>
          <w:p>
            <w:pPr>
              <w:spacing w:after="0"/>
              <w:jc w:val="left"/>
            </w:pPr>
            <w:r>
              <w:rPr>
                <w:sz w:val="16"/>
              </w:rPr>
              <w:t>about 0.575 days per year</w:t>
            </w:r>
          </w:p>
        </w:tc>
        <w:tc>
          <w:tcPr>
            <w:tcW w:type="dxa" w:w="1037"/>
          </w:tcPr>
          <w:p>
            <w:pPr>
              <w:spacing w:after="0"/>
              <w:jc w:val="left"/>
            </w:pPr>
            <w:r>
              <w:rPr>
                <w:sz w:val="16"/>
              </w:rPr>
              <w:t>Likely</w:t>
            </w:r>
          </w:p>
        </w:tc>
        <w:tc>
          <w:tcPr>
            <w:tcW w:type="dxa" w:w="1761"/>
          </w:tcPr>
          <w:p>
            <w:pPr>
              <w:spacing w:after="0"/>
              <w:jc w:val="left"/>
            </w:pPr>
            <w:r>
              <w:rPr>
                <w:sz w:val="16"/>
              </w:rPr>
              <w:t>event-days in 8 of 30 years, 1996 to 2025 (26.7%)</w:t>
            </w:r>
          </w:p>
        </w:tc>
        <w:tc>
          <w:tcPr>
            <w:tcW w:type="dxa" w:w="1520"/>
          </w:tcPr>
          <w:p>
            <w:pPr>
              <w:spacing w:after="0"/>
              <w:jc w:val="right"/>
            </w:pPr>
            <w:r>
              <w:rPr>
                <w:sz w:val="16"/>
              </w:rPr>
              <w:t>39</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6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1.43</w:t>
            </w:r>
          </w:p>
        </w:tc>
        <w:tc>
          <w:tcPr>
            <w:tcW w:type="dxa" w:w="1448"/>
          </w:tcPr>
          <w:p>
            <w:pPr>
              <w:spacing w:after="0"/>
              <w:jc w:val="left"/>
            </w:pPr>
            <w:r>
              <w:rPr>
                <w:sz w:val="16"/>
              </w:rPr>
              <w:t>event-days per year</w:t>
            </w:r>
          </w:p>
        </w:tc>
        <w:tc>
          <w:tcPr>
            <w:tcW w:type="dxa" w:w="1565"/>
          </w:tcPr>
          <w:p>
            <w:pPr>
              <w:spacing w:after="0"/>
              <w:jc w:val="left"/>
            </w:pPr>
            <w:r>
              <w:rPr>
                <w:sz w:val="16"/>
              </w:rPr>
              <w:t>about 1.43 days per year</w:t>
            </w:r>
          </w:p>
        </w:tc>
        <w:tc>
          <w:tcPr>
            <w:tcW w:type="dxa" w:w="1037"/>
          </w:tcPr>
          <w:p>
            <w:pPr>
              <w:spacing w:after="0"/>
              <w:jc w:val="left"/>
            </w:pPr>
            <w:r>
              <w:rPr>
                <w:sz w:val="16"/>
              </w:rPr>
              <w:t>Likely</w:t>
            </w:r>
          </w:p>
        </w:tc>
        <w:tc>
          <w:tcPr>
            <w:tcW w:type="dxa" w:w="1761"/>
          </w:tcPr>
          <w:p>
            <w:pPr>
              <w:spacing w:after="0"/>
              <w:jc w:val="left"/>
            </w:pPr>
            <w:r>
              <w:rPr>
                <w:sz w:val="16"/>
              </w:rPr>
              <w:t>event-days in 20 of 30 years, 1996 to 2025 (66.7%)</w:t>
            </w:r>
          </w:p>
        </w:tc>
        <w:tc>
          <w:tcPr>
            <w:tcW w:type="dxa" w:w="1520"/>
          </w:tcPr>
          <w:p>
            <w:pPr>
              <w:spacing w:after="0"/>
              <w:jc w:val="right"/>
            </w:pPr>
            <w:r>
              <w:rPr>
                <w:sz w:val="16"/>
              </w:rPr>
              <w:t>40</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6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0.608</w:t>
            </w:r>
          </w:p>
        </w:tc>
        <w:tc>
          <w:tcPr>
            <w:tcW w:type="dxa" w:w="1448"/>
          </w:tcPr>
          <w:p>
            <w:pPr>
              <w:spacing w:after="0"/>
              <w:jc w:val="left"/>
            </w:pPr>
            <w:r>
              <w:rPr>
                <w:sz w:val="16"/>
              </w:rPr>
              <w:t>events per year (modeled)</w:t>
            </w:r>
          </w:p>
        </w:tc>
        <w:tc>
          <w:tcPr>
            <w:tcW w:type="dxa" w:w="1565"/>
          </w:tcPr>
          <w:p>
            <w:pPr>
              <w:spacing w:after="0"/>
              <w:jc w:val="left"/>
            </w:pPr>
            <w:r>
              <w:rPr>
                <w:sz w:val="16"/>
              </w:rPr>
              <w:t>about 0.61 per year</w:t>
            </w:r>
          </w:p>
        </w:tc>
        <w:tc>
          <w:tcPr>
            <w:tcW w:type="dxa" w:w="1037"/>
          </w:tcPr>
          <w:p>
            <w:pPr>
              <w:spacing w:after="0"/>
              <w:jc w:val="left"/>
            </w:pPr>
            <w:r>
              <w:rPr>
                <w:sz w:val="16"/>
              </w:rPr>
              <w:t>Likely</w:t>
            </w:r>
          </w:p>
        </w:tc>
        <w:tc>
          <w:tcPr>
            <w:tcW w:type="dxa" w:w="176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50.6</w:t>
            </w:r>
          </w:p>
        </w:tc>
        <w:tc>
          <w:tcPr>
            <w:tcW w:type="dxa" w:w="1448"/>
          </w:tcPr>
          <w:p>
            <w:pPr>
              <w:spacing w:after="0"/>
              <w:jc w:val="left"/>
            </w:pPr>
            <w:r>
              <w:rPr>
                <w:sz w:val="16"/>
              </w:rPr>
              <w:t>days per year with a strike</w:t>
            </w:r>
          </w:p>
        </w:tc>
        <w:tc>
          <w:tcPr>
            <w:tcW w:type="dxa" w:w="1565"/>
          </w:tcPr>
          <w:p>
            <w:pPr>
              <w:spacing w:after="0"/>
              <w:jc w:val="left"/>
            </w:pPr>
            <w:r>
              <w:rPr>
                <w:sz w:val="16"/>
              </w:rPr>
              <w:t>about 50.6 days per year</w:t>
            </w:r>
          </w:p>
        </w:tc>
        <w:tc>
          <w:tcPr>
            <w:tcW w:type="dxa" w:w="1037"/>
          </w:tcPr>
          <w:p>
            <w:pPr>
              <w:spacing w:after="0"/>
              <w:jc w:val="left"/>
            </w:pPr>
            <w:r>
              <w:rPr>
                <w:sz w:val="16"/>
              </w:rPr>
              <w:t>Highly likely</w:t>
            </w:r>
          </w:p>
        </w:tc>
        <w:tc>
          <w:tcPr>
            <w:tcW w:type="dxa" w:w="176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6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4.25</w:t>
            </w:r>
          </w:p>
        </w:tc>
        <w:tc>
          <w:tcPr>
            <w:tcW w:type="dxa" w:w="1448"/>
          </w:tcPr>
          <w:p>
            <w:pPr>
              <w:spacing w:after="0"/>
              <w:jc w:val="left"/>
            </w:pPr>
            <w:r>
              <w:rPr>
                <w:sz w:val="16"/>
              </w:rPr>
              <w:t>events per year</w:t>
            </w:r>
          </w:p>
        </w:tc>
        <w:tc>
          <w:tcPr>
            <w:tcW w:type="dxa" w:w="1565"/>
          </w:tcPr>
          <w:p>
            <w:pPr>
              <w:spacing w:after="0"/>
              <w:jc w:val="left"/>
            </w:pPr>
            <w:r>
              <w:rPr>
                <w:sz w:val="16"/>
              </w:rPr>
              <w:t>about 4.25 per year</w:t>
            </w:r>
          </w:p>
        </w:tc>
        <w:tc>
          <w:tcPr>
            <w:tcW w:type="dxa" w:w="1037"/>
          </w:tcPr>
          <w:p>
            <w:pPr>
              <w:spacing w:after="0"/>
              <w:jc w:val="left"/>
            </w:pPr>
            <w:r>
              <w:rPr>
                <w:sz w:val="16"/>
              </w:rPr>
              <w:t>Highly likely</w:t>
            </w:r>
          </w:p>
        </w:tc>
        <w:tc>
          <w:tcPr>
            <w:tcW w:type="dxa" w:w="1761"/>
          </w:tcPr>
          <w:p>
            <w:pPr>
              <w:spacing w:after="0"/>
              <w:jc w:val="left"/>
            </w:pPr>
            <w:r>
              <w:rPr>
                <w:sz w:val="16"/>
              </w:rPr>
              <w:t>FEMA annualized frequency (modeled)</w:t>
            </w:r>
          </w:p>
        </w:tc>
        <w:tc>
          <w:tcPr>
            <w:tcW w:type="dxa" w:w="1520"/>
          </w:tcPr>
          <w:p>
            <w:pPr>
              <w:spacing w:after="0"/>
              <w:jc w:val="right"/>
            </w:pPr>
            <w:r>
              <w:rPr>
                <w:sz w:val="16"/>
              </w:rPr>
              <w:t>162</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6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0.152</w:t>
            </w:r>
          </w:p>
        </w:tc>
        <w:tc>
          <w:tcPr>
            <w:tcW w:type="dxa" w:w="1448"/>
          </w:tcPr>
          <w:p>
            <w:pPr>
              <w:spacing w:after="0"/>
              <w:jc w:val="left"/>
            </w:pPr>
            <w:r>
              <w:rPr>
                <w:sz w:val="16"/>
              </w:rPr>
              <w:t>events per year</w:t>
            </w:r>
          </w:p>
        </w:tc>
        <w:tc>
          <w:tcPr>
            <w:tcW w:type="dxa" w:w="1565"/>
          </w:tcPr>
          <w:p>
            <w:pPr>
              <w:spacing w:after="0"/>
              <w:jc w:val="left"/>
            </w:pPr>
            <w:r>
              <w:rPr>
                <w:sz w:val="16"/>
              </w:rPr>
              <w:t>about 1 in 7 years</w:t>
            </w:r>
          </w:p>
        </w:tc>
        <w:tc>
          <w:tcPr>
            <w:tcW w:type="dxa" w:w="1037"/>
          </w:tcPr>
          <w:p>
            <w:pPr>
              <w:spacing w:after="0"/>
              <w:jc w:val="left"/>
            </w:pPr>
            <w:r>
              <w:rPr>
                <w:sz w:val="16"/>
              </w:rPr>
              <w:t>Likely</w:t>
            </w:r>
          </w:p>
        </w:tc>
        <w:tc>
          <w:tcPr>
            <w:tcW w:type="dxa" w:w="176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6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65"/>
          </w:tcPr>
          <w:p>
            <w:pPr>
              <w:spacing w:after="0"/>
              <w:jc w:val="left"/>
            </w:pPr>
          </w:p>
        </w:tc>
        <w:tc>
          <w:tcPr>
            <w:tcW w:type="dxa" w:w="1037"/>
          </w:tcPr>
          <w:p>
            <w:pPr>
              <w:spacing w:after="0"/>
              <w:jc w:val="left"/>
            </w:pPr>
          </w:p>
        </w:tc>
        <w:tc>
          <w:tcPr>
            <w:tcW w:type="dxa" w:w="1761"/>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65"/>
          </w:tcPr>
          <w:p>
            <w:pPr>
              <w:spacing w:after="0"/>
              <w:jc w:val="left"/>
            </w:pPr>
          </w:p>
        </w:tc>
        <w:tc>
          <w:tcPr>
            <w:tcW w:type="dxa" w:w="1037"/>
          </w:tcPr>
          <w:p>
            <w:pPr>
              <w:spacing w:after="0"/>
              <w:jc w:val="left"/>
            </w:pPr>
          </w:p>
        </w:tc>
        <w:tc>
          <w:tcPr>
            <w:tcW w:type="dxa" w:w="1761"/>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0.000295</w:t>
            </w:r>
          </w:p>
        </w:tc>
        <w:tc>
          <w:tcPr>
            <w:tcW w:type="dxa" w:w="1448"/>
          </w:tcPr>
          <w:p>
            <w:pPr>
              <w:spacing w:after="0"/>
              <w:jc w:val="left"/>
            </w:pPr>
            <w:r>
              <w:rPr>
                <w:sz w:val="16"/>
              </w:rPr>
              <w:t>annual probability at a location</w:t>
            </w:r>
          </w:p>
        </w:tc>
        <w:tc>
          <w:tcPr>
            <w:tcW w:type="dxa" w:w="1565"/>
          </w:tcPr>
          <w:p>
            <w:pPr>
              <w:spacing w:after="0"/>
              <w:jc w:val="left"/>
            </w:pPr>
            <w:r>
              <w:rPr>
                <w:sz w:val="16"/>
              </w:rPr>
              <w:t>chance a given location in the county burns in a year: 0.0295%</w:t>
            </w:r>
          </w:p>
        </w:tc>
        <w:tc>
          <w:tcPr>
            <w:tcW w:type="dxa" w:w="1037"/>
          </w:tcPr>
          <w:p>
            <w:pPr>
              <w:spacing w:after="0"/>
              <w:jc w:val="left"/>
            </w:pPr>
          </w:p>
        </w:tc>
        <w:tc>
          <w:tcPr>
            <w:tcW w:type="dxa" w:w="1761"/>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12.2</w:t>
            </w:r>
          </w:p>
        </w:tc>
        <w:tc>
          <w:tcPr>
            <w:tcW w:type="dxa" w:w="1448"/>
          </w:tcPr>
          <w:p>
            <w:pPr>
              <w:spacing w:after="0"/>
              <w:jc w:val="left"/>
            </w:pPr>
            <w:r>
              <w:rPr>
                <w:sz w:val="16"/>
              </w:rPr>
              <w:t>event-days per year</w:t>
            </w:r>
          </w:p>
        </w:tc>
        <w:tc>
          <w:tcPr>
            <w:tcW w:type="dxa" w:w="1565"/>
          </w:tcPr>
          <w:p>
            <w:pPr>
              <w:spacing w:after="0"/>
              <w:jc w:val="left"/>
            </w:pPr>
            <w:r>
              <w:rPr>
                <w:sz w:val="16"/>
              </w:rPr>
              <w:t>about 12.2 days per year</w:t>
            </w:r>
          </w:p>
        </w:tc>
        <w:tc>
          <w:tcPr>
            <w:tcW w:type="dxa" w:w="1037"/>
          </w:tcPr>
          <w:p>
            <w:pPr>
              <w:spacing w:after="0"/>
              <w:jc w:val="left"/>
            </w:pPr>
            <w:r>
              <w:rPr>
                <w:sz w:val="16"/>
              </w:rPr>
              <w:t>Likely</w:t>
            </w:r>
          </w:p>
        </w:tc>
        <w:tc>
          <w:tcPr>
            <w:tcW w:type="dxa" w:w="1761"/>
          </w:tcPr>
          <w:p>
            <w:pPr>
              <w:spacing w:after="0"/>
              <w:jc w:val="left"/>
            </w:pPr>
            <w:r>
              <w:rPr>
                <w:sz w:val="16"/>
              </w:rPr>
              <w:t>event-days in 20 of 30 years, 1996 to 2025 (66.7%)</w:t>
            </w:r>
          </w:p>
        </w:tc>
        <w:tc>
          <w:tcPr>
            <w:tcW w:type="dxa" w:w="1520"/>
          </w:tcPr>
          <w:p>
            <w:pPr>
              <w:spacing w:after="0"/>
              <w:jc w:val="right"/>
            </w:pPr>
            <w:r>
              <w:rPr>
                <w:sz w:val="16"/>
              </w:rPr>
              <w:t>231</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6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104</w:t>
            </w:r>
          </w:p>
        </w:tc>
        <w:tc>
          <w:tcPr>
            <w:tcW w:type="dxa" w:w="1476"/>
          </w:tcPr>
          <w:p>
            <w:pPr>
              <w:spacing w:after="0"/>
              <w:jc w:val="right"/>
            </w:pPr>
            <w:r>
              <w:rPr>
                <w:sz w:val="16"/>
              </w:rPr>
              <w:t>30</w:t>
            </w:r>
          </w:p>
        </w:tc>
        <w:tc>
          <w:tcPr>
            <w:tcW w:type="dxa" w:w="1476"/>
          </w:tcPr>
          <w:p>
            <w:pPr>
              <w:spacing w:after="0"/>
              <w:jc w:val="right"/>
            </w:pPr>
            <w:r>
              <w:rPr>
                <w:sz w:val="16"/>
              </w:rPr>
              <w:t>3.47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4 of 4</w:t>
            </w:r>
          </w:p>
        </w:tc>
        <w:tc>
          <w:tcPr>
            <w:tcW w:type="dxa" w:w="934"/>
          </w:tcPr>
          <w:p>
            <w:pPr>
              <w:spacing w:after="0"/>
              <w:jc w:val="right"/>
            </w:pPr>
            <w:r>
              <w:rPr>
                <w:sz w:val="16"/>
              </w:rPr>
              <w:t>44.6</w:t>
            </w:r>
          </w:p>
        </w:tc>
        <w:tc>
          <w:tcPr>
            <w:tcW w:type="dxa" w:w="710"/>
          </w:tcPr>
          <w:p>
            <w:pPr>
              <w:spacing w:after="0"/>
              <w:jc w:val="right"/>
            </w:pPr>
            <w:r>
              <w:rPr>
                <w:sz w:val="16"/>
              </w:rPr>
              <w:t>53.3</w:t>
            </w:r>
          </w:p>
        </w:tc>
        <w:tc>
          <w:tcPr>
            <w:tcW w:type="dxa" w:w="677"/>
          </w:tcPr>
          <w:p>
            <w:pPr>
              <w:spacing w:after="0"/>
              <w:jc w:val="right"/>
            </w:pPr>
            <w:r>
              <w:rPr>
                <w:sz w:val="16"/>
              </w:rPr>
              <w:t>58.7</w:t>
            </w:r>
          </w:p>
        </w:tc>
        <w:tc>
          <w:tcPr>
            <w:tcW w:type="dxa" w:w="2761"/>
          </w:tcPr>
          <w:p>
            <w:pPr>
              <w:spacing w:after="0"/>
              <w:jc w:val="left"/>
            </w:pPr>
            <w:r>
              <w:rPr>
                <w:sz w:val="16"/>
              </w:rPr>
              <w:t>Relatively Moderate 3, Relatively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4 of 4</w:t>
            </w:r>
          </w:p>
        </w:tc>
        <w:tc>
          <w:tcPr>
            <w:tcW w:type="dxa" w:w="934"/>
          </w:tcPr>
          <w:p>
            <w:pPr>
              <w:spacing w:after="0"/>
              <w:jc w:val="right"/>
            </w:pPr>
            <w:r>
              <w:rPr>
                <w:sz w:val="16"/>
              </w:rPr>
              <w:t>82.9</w:t>
            </w:r>
          </w:p>
        </w:tc>
        <w:tc>
          <w:tcPr>
            <w:tcW w:type="dxa" w:w="710"/>
          </w:tcPr>
          <w:p>
            <w:pPr>
              <w:spacing w:after="0"/>
              <w:jc w:val="right"/>
            </w:pPr>
            <w:r>
              <w:rPr>
                <w:sz w:val="16"/>
              </w:rPr>
              <w:t>85.5</w:t>
            </w:r>
          </w:p>
        </w:tc>
        <w:tc>
          <w:tcPr>
            <w:tcW w:type="dxa" w:w="677"/>
          </w:tcPr>
          <w:p>
            <w:pPr>
              <w:spacing w:after="0"/>
              <w:jc w:val="right"/>
            </w:pPr>
            <w:r>
              <w:rPr>
                <w:sz w:val="16"/>
              </w:rPr>
              <w:t>87.1</w:t>
            </w:r>
          </w:p>
        </w:tc>
        <w:tc>
          <w:tcPr>
            <w:tcW w:type="dxa" w:w="2761"/>
          </w:tcPr>
          <w:p>
            <w:pPr>
              <w:spacing w:after="0"/>
              <w:jc w:val="left"/>
            </w:pPr>
            <w:r>
              <w:rPr>
                <w:sz w:val="16"/>
              </w:rPr>
              <w:t>Relatively Low 4</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4 of 4</w:t>
            </w:r>
          </w:p>
        </w:tc>
        <w:tc>
          <w:tcPr>
            <w:tcW w:type="dxa" w:w="934"/>
          </w:tcPr>
          <w:p>
            <w:pPr>
              <w:spacing w:after="0"/>
              <w:jc w:val="right"/>
            </w:pPr>
            <w:r>
              <w:rPr>
                <w:sz w:val="16"/>
              </w:rPr>
              <w:t>49.9</w:t>
            </w:r>
          </w:p>
        </w:tc>
        <w:tc>
          <w:tcPr>
            <w:tcW w:type="dxa" w:w="710"/>
          </w:tcPr>
          <w:p>
            <w:pPr>
              <w:spacing w:after="0"/>
              <w:jc w:val="right"/>
            </w:pPr>
            <w:r>
              <w:rPr>
                <w:sz w:val="16"/>
              </w:rPr>
              <w:t>61.7</w:t>
            </w:r>
          </w:p>
        </w:tc>
        <w:tc>
          <w:tcPr>
            <w:tcW w:type="dxa" w:w="677"/>
          </w:tcPr>
          <w:p>
            <w:pPr>
              <w:spacing w:after="0"/>
              <w:jc w:val="right"/>
            </w:pPr>
            <w:r>
              <w:rPr>
                <w:sz w:val="16"/>
              </w:rPr>
              <w:t>74.1</w:t>
            </w:r>
          </w:p>
        </w:tc>
        <w:tc>
          <w:tcPr>
            <w:tcW w:type="dxa" w:w="2761"/>
          </w:tcPr>
          <w:p>
            <w:pPr>
              <w:spacing w:after="0"/>
              <w:jc w:val="left"/>
            </w:pPr>
            <w:r>
              <w:rPr>
                <w:sz w:val="16"/>
              </w:rPr>
              <w:t>Relatively Low 4</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4 of 4</w:t>
            </w:r>
          </w:p>
        </w:tc>
        <w:tc>
          <w:tcPr>
            <w:tcW w:type="dxa" w:w="934"/>
          </w:tcPr>
          <w:p>
            <w:pPr>
              <w:spacing w:after="0"/>
              <w:jc w:val="right"/>
            </w:pPr>
            <w:r>
              <w:rPr>
                <w:sz w:val="16"/>
              </w:rPr>
              <w:t>75.6</w:t>
            </w:r>
          </w:p>
        </w:tc>
        <w:tc>
          <w:tcPr>
            <w:tcW w:type="dxa" w:w="710"/>
          </w:tcPr>
          <w:p>
            <w:pPr>
              <w:spacing w:after="0"/>
              <w:jc w:val="right"/>
            </w:pPr>
            <w:r>
              <w:rPr>
                <w:sz w:val="16"/>
              </w:rPr>
              <w:t>82.1</w:t>
            </w:r>
          </w:p>
        </w:tc>
        <w:tc>
          <w:tcPr>
            <w:tcW w:type="dxa" w:w="677"/>
          </w:tcPr>
          <w:p>
            <w:pPr>
              <w:spacing w:after="0"/>
              <w:jc w:val="right"/>
            </w:pPr>
            <w:r>
              <w:rPr>
                <w:sz w:val="16"/>
              </w:rPr>
              <w:t>82.4</w:t>
            </w:r>
          </w:p>
        </w:tc>
        <w:tc>
          <w:tcPr>
            <w:tcW w:type="dxa" w:w="2761"/>
          </w:tcPr>
          <w:p>
            <w:pPr>
              <w:spacing w:after="0"/>
              <w:jc w:val="left"/>
            </w:pPr>
            <w:r>
              <w:rPr>
                <w:sz w:val="16"/>
              </w:rPr>
              <w:t>Relatively Moderate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4 of 4</w:t>
            </w:r>
          </w:p>
        </w:tc>
        <w:tc>
          <w:tcPr>
            <w:tcW w:type="dxa" w:w="934"/>
          </w:tcPr>
          <w:p>
            <w:pPr>
              <w:spacing w:after="0"/>
              <w:jc w:val="right"/>
            </w:pPr>
            <w:r>
              <w:rPr>
                <w:sz w:val="16"/>
              </w:rPr>
              <w:t>48.3</w:t>
            </w:r>
          </w:p>
        </w:tc>
        <w:tc>
          <w:tcPr>
            <w:tcW w:type="dxa" w:w="710"/>
          </w:tcPr>
          <w:p>
            <w:pPr>
              <w:spacing w:after="0"/>
              <w:jc w:val="right"/>
            </w:pPr>
            <w:r>
              <w:rPr>
                <w:sz w:val="16"/>
              </w:rPr>
              <w:t>59.3</w:t>
            </w:r>
          </w:p>
        </w:tc>
        <w:tc>
          <w:tcPr>
            <w:tcW w:type="dxa" w:w="677"/>
          </w:tcPr>
          <w:p>
            <w:pPr>
              <w:spacing w:after="0"/>
              <w:jc w:val="right"/>
            </w:pPr>
            <w:r>
              <w:rPr>
                <w:sz w:val="16"/>
              </w:rPr>
              <w:t>67.5</w:t>
            </w:r>
          </w:p>
        </w:tc>
        <w:tc>
          <w:tcPr>
            <w:tcW w:type="dxa" w:w="2761"/>
          </w:tcPr>
          <w:p>
            <w:pPr>
              <w:spacing w:after="0"/>
              <w:jc w:val="left"/>
            </w:pPr>
            <w:r>
              <w:rPr>
                <w:sz w:val="16"/>
              </w:rPr>
              <w:t>Relatively Moderate 2, Relatively Low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4 of 4</w:t>
            </w:r>
          </w:p>
        </w:tc>
        <w:tc>
          <w:tcPr>
            <w:tcW w:type="dxa" w:w="934"/>
          </w:tcPr>
          <w:p>
            <w:pPr>
              <w:spacing w:after="0"/>
              <w:jc w:val="right"/>
            </w:pPr>
            <w:r>
              <w:rPr>
                <w:sz w:val="16"/>
              </w:rPr>
              <w:t>44.6</w:t>
            </w:r>
          </w:p>
        </w:tc>
        <w:tc>
          <w:tcPr>
            <w:tcW w:type="dxa" w:w="710"/>
          </w:tcPr>
          <w:p>
            <w:pPr>
              <w:spacing w:after="0"/>
              <w:jc w:val="right"/>
            </w:pPr>
            <w:r>
              <w:rPr>
                <w:sz w:val="16"/>
              </w:rPr>
              <w:t>48.3</w:t>
            </w:r>
          </w:p>
        </w:tc>
        <w:tc>
          <w:tcPr>
            <w:tcW w:type="dxa" w:w="677"/>
          </w:tcPr>
          <w:p>
            <w:pPr>
              <w:spacing w:after="0"/>
              <w:jc w:val="right"/>
            </w:pPr>
            <w:r>
              <w:rPr>
                <w:sz w:val="16"/>
              </w:rPr>
              <w:t>50.3</w:t>
            </w:r>
          </w:p>
        </w:tc>
        <w:tc>
          <w:tcPr>
            <w:tcW w:type="dxa" w:w="2761"/>
          </w:tcPr>
          <w:p>
            <w:pPr>
              <w:spacing w:after="0"/>
              <w:jc w:val="left"/>
            </w:pPr>
            <w:r>
              <w:rPr>
                <w:sz w:val="16"/>
              </w:rPr>
              <w:t>Very Low 4</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4 of 4</w:t>
            </w:r>
          </w:p>
        </w:tc>
        <w:tc>
          <w:tcPr>
            <w:tcW w:type="dxa" w:w="934"/>
          </w:tcPr>
          <w:p>
            <w:pPr>
              <w:spacing w:after="0"/>
              <w:jc w:val="right"/>
            </w:pPr>
            <w:r>
              <w:rPr>
                <w:sz w:val="16"/>
              </w:rPr>
              <w:t>61.4</w:t>
            </w:r>
          </w:p>
        </w:tc>
        <w:tc>
          <w:tcPr>
            <w:tcW w:type="dxa" w:w="710"/>
          </w:tcPr>
          <w:p>
            <w:pPr>
              <w:spacing w:after="0"/>
              <w:jc w:val="right"/>
            </w:pPr>
            <w:r>
              <w:rPr>
                <w:sz w:val="16"/>
              </w:rPr>
              <w:t>71.8</w:t>
            </w:r>
          </w:p>
        </w:tc>
        <w:tc>
          <w:tcPr>
            <w:tcW w:type="dxa" w:w="677"/>
          </w:tcPr>
          <w:p>
            <w:pPr>
              <w:spacing w:after="0"/>
              <w:jc w:val="right"/>
            </w:pPr>
            <w:r>
              <w:rPr>
                <w:sz w:val="16"/>
              </w:rPr>
              <w:t>73.4</w:t>
            </w:r>
          </w:p>
        </w:tc>
        <w:tc>
          <w:tcPr>
            <w:tcW w:type="dxa" w:w="2761"/>
          </w:tcPr>
          <w:p>
            <w:pPr>
              <w:spacing w:after="0"/>
              <w:jc w:val="left"/>
            </w:pPr>
            <w:r>
              <w:rPr>
                <w:sz w:val="16"/>
              </w:rPr>
              <w:t>Relatively Moderate 3, Relatively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4 of 4</w:t>
            </w:r>
          </w:p>
        </w:tc>
        <w:tc>
          <w:tcPr>
            <w:tcW w:type="dxa" w:w="934"/>
          </w:tcPr>
          <w:p>
            <w:pPr>
              <w:spacing w:after="0"/>
              <w:jc w:val="right"/>
            </w:pPr>
            <w:r>
              <w:rPr>
                <w:sz w:val="16"/>
              </w:rPr>
              <w:t>68.9</w:t>
            </w:r>
          </w:p>
        </w:tc>
        <w:tc>
          <w:tcPr>
            <w:tcW w:type="dxa" w:w="710"/>
          </w:tcPr>
          <w:p>
            <w:pPr>
              <w:spacing w:after="0"/>
              <w:jc w:val="right"/>
            </w:pPr>
            <w:r>
              <w:rPr>
                <w:sz w:val="16"/>
              </w:rPr>
              <w:t>82.8</w:t>
            </w:r>
          </w:p>
        </w:tc>
        <w:tc>
          <w:tcPr>
            <w:tcW w:type="dxa" w:w="677"/>
          </w:tcPr>
          <w:p>
            <w:pPr>
              <w:spacing w:after="0"/>
              <w:jc w:val="right"/>
            </w:pPr>
            <w:r>
              <w:rPr>
                <w:sz w:val="16"/>
              </w:rPr>
              <w:t>95.7</w:t>
            </w:r>
          </w:p>
        </w:tc>
        <w:tc>
          <w:tcPr>
            <w:tcW w:type="dxa" w:w="2761"/>
          </w:tcPr>
          <w:p>
            <w:pPr>
              <w:spacing w:after="0"/>
              <w:jc w:val="left"/>
            </w:pPr>
            <w:r>
              <w:rPr>
                <w:sz w:val="16"/>
              </w:rPr>
              <w:t>Very High 1, Relatively High 1, Relatively Moderate 2</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4 of 4</w:t>
            </w:r>
          </w:p>
        </w:tc>
        <w:tc>
          <w:tcPr>
            <w:tcW w:type="dxa" w:w="934"/>
          </w:tcPr>
          <w:p>
            <w:pPr>
              <w:spacing w:after="0"/>
              <w:jc w:val="right"/>
            </w:pPr>
            <w:r>
              <w:rPr>
                <w:sz w:val="16"/>
              </w:rPr>
              <w:t>60.7</w:t>
            </w:r>
          </w:p>
        </w:tc>
        <w:tc>
          <w:tcPr>
            <w:tcW w:type="dxa" w:w="710"/>
          </w:tcPr>
          <w:p>
            <w:pPr>
              <w:spacing w:after="0"/>
              <w:jc w:val="right"/>
            </w:pPr>
            <w:r>
              <w:rPr>
                <w:sz w:val="16"/>
              </w:rPr>
              <w:t>82.6</w:t>
            </w:r>
          </w:p>
        </w:tc>
        <w:tc>
          <w:tcPr>
            <w:tcW w:type="dxa" w:w="677"/>
          </w:tcPr>
          <w:p>
            <w:pPr>
              <w:spacing w:after="0"/>
              <w:jc w:val="right"/>
            </w:pPr>
            <w:r>
              <w:rPr>
                <w:sz w:val="16"/>
              </w:rPr>
              <w:t>92.7</w:t>
            </w:r>
          </w:p>
        </w:tc>
        <w:tc>
          <w:tcPr>
            <w:tcW w:type="dxa" w:w="2761"/>
          </w:tcPr>
          <w:p>
            <w:pPr>
              <w:spacing w:after="0"/>
              <w:jc w:val="left"/>
            </w:pPr>
            <w:r>
              <w:rPr>
                <w:sz w:val="16"/>
              </w:rPr>
              <w:t>Relatively Low 2, Very Low 2</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4 of 4</w:t>
            </w:r>
          </w:p>
        </w:tc>
        <w:tc>
          <w:tcPr>
            <w:tcW w:type="dxa" w:w="934"/>
          </w:tcPr>
          <w:p>
            <w:pPr>
              <w:spacing w:after="0"/>
              <w:jc w:val="right"/>
            </w:pPr>
            <w:r>
              <w:rPr>
                <w:sz w:val="16"/>
              </w:rPr>
              <w:t>89.0</w:t>
            </w:r>
          </w:p>
        </w:tc>
        <w:tc>
          <w:tcPr>
            <w:tcW w:type="dxa" w:w="710"/>
          </w:tcPr>
          <w:p>
            <w:pPr>
              <w:spacing w:after="0"/>
              <w:jc w:val="right"/>
            </w:pPr>
            <w:r>
              <w:rPr>
                <w:sz w:val="16"/>
              </w:rPr>
              <w:t>94.1</w:t>
            </w:r>
          </w:p>
        </w:tc>
        <w:tc>
          <w:tcPr>
            <w:tcW w:type="dxa" w:w="677"/>
          </w:tcPr>
          <w:p>
            <w:pPr>
              <w:spacing w:after="0"/>
              <w:jc w:val="right"/>
            </w:pPr>
            <w:r>
              <w:rPr>
                <w:sz w:val="16"/>
              </w:rPr>
              <w:t>96.7</w:t>
            </w:r>
          </w:p>
        </w:tc>
        <w:tc>
          <w:tcPr>
            <w:tcW w:type="dxa" w:w="2761"/>
          </w:tcPr>
          <w:p>
            <w:pPr>
              <w:spacing w:after="0"/>
              <w:jc w:val="left"/>
            </w:pPr>
            <w:r>
              <w:rPr>
                <w:sz w:val="16"/>
              </w:rPr>
              <w:t>Very High 2, Relatively High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4 of 4</w:t>
            </w:r>
          </w:p>
        </w:tc>
        <w:tc>
          <w:tcPr>
            <w:tcW w:type="dxa" w:w="934"/>
          </w:tcPr>
          <w:p>
            <w:pPr>
              <w:spacing w:after="0"/>
              <w:jc w:val="right"/>
            </w:pPr>
            <w:r>
              <w:rPr>
                <w:sz w:val="16"/>
              </w:rPr>
              <w:t>97.2</w:t>
            </w:r>
          </w:p>
        </w:tc>
        <w:tc>
          <w:tcPr>
            <w:tcW w:type="dxa" w:w="710"/>
          </w:tcPr>
          <w:p>
            <w:pPr>
              <w:spacing w:after="0"/>
              <w:jc w:val="right"/>
            </w:pPr>
            <w:r>
              <w:rPr>
                <w:sz w:val="16"/>
              </w:rPr>
              <w:t>98.7</w:t>
            </w:r>
          </w:p>
        </w:tc>
        <w:tc>
          <w:tcPr>
            <w:tcW w:type="dxa" w:w="677"/>
          </w:tcPr>
          <w:p>
            <w:pPr>
              <w:spacing w:after="0"/>
              <w:jc w:val="right"/>
            </w:pPr>
            <w:r>
              <w:rPr>
                <w:sz w:val="16"/>
              </w:rPr>
              <w:t>99.2</w:t>
            </w:r>
          </w:p>
        </w:tc>
        <w:tc>
          <w:tcPr>
            <w:tcW w:type="dxa" w:w="2761"/>
          </w:tcPr>
          <w:p>
            <w:pPr>
              <w:spacing w:after="0"/>
              <w:jc w:val="left"/>
            </w:pPr>
            <w:r>
              <w:rPr>
                <w:sz w:val="16"/>
              </w:rPr>
              <w:t>Very High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4 of 4</w:t>
            </w:r>
          </w:p>
        </w:tc>
        <w:tc>
          <w:tcPr>
            <w:tcW w:type="dxa" w:w="934"/>
          </w:tcPr>
          <w:p>
            <w:pPr>
              <w:spacing w:after="0"/>
              <w:jc w:val="right"/>
            </w:pPr>
            <w:r>
              <w:rPr>
                <w:sz w:val="16"/>
              </w:rPr>
              <w:t>79.0</w:t>
            </w:r>
          </w:p>
        </w:tc>
        <w:tc>
          <w:tcPr>
            <w:tcW w:type="dxa" w:w="710"/>
          </w:tcPr>
          <w:p>
            <w:pPr>
              <w:spacing w:after="0"/>
              <w:jc w:val="right"/>
            </w:pPr>
            <w:r>
              <w:rPr>
                <w:sz w:val="16"/>
              </w:rPr>
              <w:t>87.7</w:t>
            </w:r>
          </w:p>
        </w:tc>
        <w:tc>
          <w:tcPr>
            <w:tcW w:type="dxa" w:w="677"/>
          </w:tcPr>
          <w:p>
            <w:pPr>
              <w:spacing w:after="0"/>
              <w:jc w:val="right"/>
            </w:pPr>
            <w:r>
              <w:rPr>
                <w:sz w:val="16"/>
              </w:rPr>
              <w:t>91.4</w:t>
            </w:r>
          </w:p>
        </w:tc>
        <w:tc>
          <w:tcPr>
            <w:tcW w:type="dxa" w:w="2761"/>
          </w:tcPr>
          <w:p>
            <w:pPr>
              <w:spacing w:after="0"/>
              <w:jc w:val="left"/>
            </w:pPr>
            <w:r>
              <w:rPr>
                <w:sz w:val="16"/>
              </w:rPr>
              <w:t>Relatively High 4</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4 of 4</w:t>
            </w:r>
          </w:p>
        </w:tc>
        <w:tc>
          <w:tcPr>
            <w:tcW w:type="dxa" w:w="934"/>
          </w:tcPr>
          <w:p>
            <w:pPr>
              <w:spacing w:after="0"/>
              <w:jc w:val="right"/>
            </w:pPr>
            <w:r>
              <w:rPr>
                <w:sz w:val="16"/>
              </w:rPr>
              <w:t>54.7</w:t>
            </w:r>
          </w:p>
        </w:tc>
        <w:tc>
          <w:tcPr>
            <w:tcW w:type="dxa" w:w="710"/>
          </w:tcPr>
          <w:p>
            <w:pPr>
              <w:spacing w:after="0"/>
              <w:jc w:val="right"/>
            </w:pPr>
            <w:r>
              <w:rPr>
                <w:sz w:val="16"/>
              </w:rPr>
              <w:t>65.8</w:t>
            </w:r>
          </w:p>
        </w:tc>
        <w:tc>
          <w:tcPr>
            <w:tcW w:type="dxa" w:w="677"/>
          </w:tcPr>
          <w:p>
            <w:pPr>
              <w:spacing w:after="0"/>
              <w:jc w:val="right"/>
            </w:pPr>
            <w:r>
              <w:rPr>
                <w:sz w:val="16"/>
              </w:rPr>
              <w:t>79.5</w:t>
            </w:r>
          </w:p>
        </w:tc>
        <w:tc>
          <w:tcPr>
            <w:tcW w:type="dxa" w:w="2761"/>
          </w:tcPr>
          <w:p>
            <w:pPr>
              <w:spacing w:after="0"/>
              <w:jc w:val="left"/>
            </w:pPr>
            <w:r>
              <w:rPr>
                <w:sz w:val="16"/>
              </w:rPr>
              <w:t>Relatively Low 2, Very Low 2</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4 of 4</w:t>
            </w:r>
          </w:p>
        </w:tc>
        <w:tc>
          <w:tcPr>
            <w:tcW w:type="dxa" w:w="934"/>
          </w:tcPr>
          <w:p>
            <w:pPr>
              <w:spacing w:after="0"/>
              <w:jc w:val="right"/>
            </w:pPr>
            <w:r>
              <w:rPr>
                <w:sz w:val="16"/>
              </w:rPr>
              <w:t>82.6</w:t>
            </w:r>
          </w:p>
        </w:tc>
        <w:tc>
          <w:tcPr>
            <w:tcW w:type="dxa" w:w="710"/>
          </w:tcPr>
          <w:p>
            <w:pPr>
              <w:spacing w:after="0"/>
              <w:jc w:val="right"/>
            </w:pPr>
            <w:r>
              <w:rPr>
                <w:sz w:val="16"/>
              </w:rPr>
              <w:t>88.9</w:t>
            </w:r>
          </w:p>
        </w:tc>
        <w:tc>
          <w:tcPr>
            <w:tcW w:type="dxa" w:w="677"/>
          </w:tcPr>
          <w:p>
            <w:pPr>
              <w:spacing w:after="0"/>
              <w:jc w:val="right"/>
            </w:pPr>
            <w:r>
              <w:rPr>
                <w:sz w:val="16"/>
              </w:rPr>
              <w:t>91.5</w:t>
            </w:r>
          </w:p>
        </w:tc>
        <w:tc>
          <w:tcPr>
            <w:tcW w:type="dxa" w:w="2761"/>
          </w:tcPr>
          <w:p>
            <w:pPr>
              <w:spacing w:after="0"/>
              <w:jc w:val="left"/>
            </w:pPr>
            <w:r>
              <w:rPr>
                <w:sz w:val="16"/>
              </w:rPr>
              <w:t>Relatively High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97"/>
        <w:gridCol w:w="1675"/>
        <w:gridCol w:w="3177"/>
        <w:gridCol w:w="2533"/>
        <w:gridCol w:w="1782"/>
        <w:gridCol w:w="2169"/>
        <w:gridCol w:w="779"/>
      </w:tblGrid>
      <w:tr>
        <w:trPr>
          <w:cantSplit/>
          <w:tblHeader/>
        </w:trPr>
        <w:tc>
          <w:tcPr>
            <w:tcW w:type="dxa" w:w="1997"/>
            <w:shd w:val="clear" w:color="auto" w:fill="E8E8E8"/>
          </w:tcPr>
          <w:p>
            <w:pPr>
              <w:spacing w:after="0"/>
              <w:jc w:val="left"/>
            </w:pPr>
            <w:r>
              <w:rPr>
                <w:b/>
                <w:sz w:val="16"/>
              </w:rPr>
              <w:t>Member</w:t>
            </w:r>
          </w:p>
        </w:tc>
        <w:tc>
          <w:tcPr>
            <w:tcW w:type="dxa" w:w="1675"/>
            <w:shd w:val="clear" w:color="auto" w:fill="E8E8E8"/>
          </w:tcPr>
          <w:p>
            <w:pPr>
              <w:spacing w:after="0"/>
              <w:jc w:val="left"/>
            </w:pPr>
            <w:r>
              <w:rPr>
                <w:b/>
                <w:sz w:val="16"/>
              </w:rPr>
              <w:t>Type</w:t>
            </w:r>
          </w:p>
        </w:tc>
        <w:tc>
          <w:tcPr>
            <w:tcW w:type="dxa" w:w="3177"/>
            <w:shd w:val="clear" w:color="auto" w:fill="E8E8E8"/>
          </w:tcPr>
          <w:p>
            <w:pPr>
              <w:spacing w:after="0"/>
              <w:jc w:val="left"/>
            </w:pPr>
            <w:r>
              <w:rPr>
                <w:b/>
                <w:sz w:val="16"/>
              </w:rPr>
              <w:t>Plan status</w:t>
            </w:r>
          </w:p>
        </w:tc>
        <w:tc>
          <w:tcPr>
            <w:tcW w:type="dxa" w:w="253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8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79"/>
            <w:shd w:val="clear" w:color="auto" w:fill="E8E8E8"/>
          </w:tcPr>
          <w:p>
            <w:pPr>
              <w:spacing w:after="0"/>
              <w:jc w:val="left"/>
            </w:pPr>
            <w:r>
              <w:rPr>
                <w:b/>
                <w:sz w:val="16"/>
              </w:rPr>
              <w:t>Notes</w:t>
            </w:r>
          </w:p>
        </w:tc>
      </w:tr>
      <w:tr>
        <w:trPr>
          <w:cantSplit/>
        </w:trPr>
        <w:tc>
          <w:tcPr>
            <w:tcW w:type="dxa" w:w="1997"/>
          </w:tcPr>
          <w:p>
            <w:pPr>
              <w:spacing w:after="0"/>
              <w:jc w:val="left"/>
            </w:pPr>
            <w:r>
              <w:rPr>
                <w:sz w:val="16"/>
              </w:rPr>
              <w:t>Fleming County (unincorporated area)</w:t>
            </w:r>
          </w:p>
        </w:tc>
        <w:tc>
          <w:tcPr>
            <w:tcW w:type="dxa" w:w="1675"/>
          </w:tcPr>
          <w:p>
            <w:pPr>
              <w:spacing w:after="0"/>
              <w:jc w:val="left"/>
            </w:pPr>
            <w:r>
              <w:rPr>
                <w:sz w:val="16"/>
              </w:rPr>
              <w:t>Unincorporated</w:t>
            </w:r>
          </w:p>
        </w:tc>
        <w:tc>
          <w:tcPr>
            <w:tcW w:type="dxa" w:w="3177"/>
          </w:tcPr>
          <w:p>
            <w:pPr>
              <w:spacing w:after="0"/>
              <w:jc w:val="left"/>
            </w:pPr>
            <w:r>
              <w:rPr>
                <w:sz w:val="16"/>
              </w:rPr>
              <w:t>Approved, expires 2027-05-23</w:t>
            </w:r>
          </w:p>
        </w:tc>
        <w:tc>
          <w:tcPr>
            <w:tcW w:type="dxa" w:w="2533"/>
          </w:tcPr>
          <w:p>
            <w:pPr>
              <w:spacing w:after="0"/>
              <w:jc w:val="right"/>
            </w:pPr>
            <w:r>
              <w:rPr>
                <w:sz w:val="16"/>
              </w:rPr>
              <w:t>FMA RL 1, SRL 0; any 5</w:t>
            </w:r>
          </w:p>
        </w:tc>
        <w:tc>
          <w:tcPr>
            <w:tcW w:type="dxa" w:w="1782"/>
          </w:tcPr>
          <w:p>
            <w:pPr>
              <w:spacing w:after="0"/>
              <w:jc w:val="right"/>
            </w:pPr>
            <w:r>
              <w:rPr>
                <w:sz w:val="16"/>
              </w:rPr>
              <w:t>$218,950.10</w:t>
            </w:r>
          </w:p>
        </w:tc>
        <w:tc>
          <w:tcPr>
            <w:tcW w:type="dxa" w:w="2169"/>
          </w:tcPr>
          <w:p>
            <w:pPr>
              <w:spacing w:after="0"/>
              <w:jc w:val="right"/>
            </w:pPr>
            <w:r>
              <w:rPr>
                <w:sz w:val="16"/>
              </w:rPr>
              <w:t>0; 0</w:t>
            </w:r>
          </w:p>
        </w:tc>
        <w:tc>
          <w:tcPr>
            <w:tcW w:type="dxa" w:w="779"/>
          </w:tcPr>
          <w:p>
            <w:pPr>
              <w:spacing w:after="0"/>
              <w:jc w:val="left"/>
            </w:pPr>
          </w:p>
        </w:tc>
      </w:tr>
      <w:tr>
        <w:trPr>
          <w:cantSplit/>
        </w:trPr>
        <w:tc>
          <w:tcPr>
            <w:tcW w:type="dxa" w:w="1997"/>
          </w:tcPr>
          <w:p>
            <w:pPr>
              <w:spacing w:after="0"/>
              <w:jc w:val="left"/>
            </w:pPr>
            <w:r>
              <w:rPr>
                <w:sz w:val="16"/>
              </w:rPr>
              <w:t>Ewing city</w:t>
            </w:r>
          </w:p>
        </w:tc>
        <w:tc>
          <w:tcPr>
            <w:tcW w:type="dxa" w:w="1675"/>
          </w:tcPr>
          <w:p>
            <w:pPr>
              <w:spacing w:after="0"/>
              <w:jc w:val="left"/>
            </w:pPr>
            <w:r>
              <w:rPr>
                <w:sz w:val="16"/>
              </w:rPr>
              <w:t>City</w:t>
            </w:r>
          </w:p>
        </w:tc>
        <w:tc>
          <w:tcPr>
            <w:tcW w:type="dxa" w:w="3177"/>
          </w:tcPr>
          <w:p>
            <w:pPr>
              <w:spacing w:after="0"/>
              <w:jc w:val="left"/>
            </w:pPr>
            <w:r>
              <w:rPr>
                <w:sz w:val="16"/>
              </w:rPr>
              <w:t>Approved, expires 2027-05-23</w:t>
            </w:r>
          </w:p>
        </w:tc>
        <w:tc>
          <w:tcPr>
            <w:tcW w:type="dxa" w:w="2533"/>
          </w:tcPr>
          <w:p>
            <w:pPr>
              <w:spacing w:after="0"/>
              <w:jc w:val="right"/>
            </w:pPr>
            <w:r>
              <w:rPr>
                <w:sz w:val="16"/>
              </w:rPr>
              <w:t>FMA RL 0, SRL 0; any 0</w:t>
            </w:r>
          </w:p>
        </w:tc>
        <w:tc>
          <w:tcPr>
            <w:tcW w:type="dxa" w:w="1782"/>
          </w:tcPr>
          <w:p>
            <w:pPr>
              <w:spacing w:after="0"/>
              <w:jc w:val="right"/>
            </w:pPr>
            <w:r>
              <w:rPr>
                <w:sz w:val="16"/>
              </w:rPr>
              <w:t>none found</w:t>
            </w:r>
          </w:p>
        </w:tc>
        <w:tc>
          <w:tcPr>
            <w:tcW w:type="dxa" w:w="2169"/>
          </w:tcPr>
          <w:p>
            <w:pPr>
              <w:spacing w:after="0"/>
              <w:jc w:val="right"/>
            </w:pPr>
            <w:r>
              <w:rPr>
                <w:sz w:val="16"/>
              </w:rPr>
              <w:t>16; 0</w:t>
            </w:r>
          </w:p>
        </w:tc>
        <w:tc>
          <w:tcPr>
            <w:tcW w:type="dxa" w:w="779"/>
          </w:tcPr>
          <w:p>
            <w:pPr>
              <w:spacing w:after="0"/>
              <w:jc w:val="left"/>
            </w:pPr>
          </w:p>
        </w:tc>
      </w:tr>
      <w:tr>
        <w:trPr>
          <w:cantSplit/>
        </w:trPr>
        <w:tc>
          <w:tcPr>
            <w:tcW w:type="dxa" w:w="1997"/>
          </w:tcPr>
          <w:p>
            <w:pPr>
              <w:spacing w:after="0"/>
              <w:jc w:val="left"/>
            </w:pPr>
            <w:r>
              <w:rPr>
                <w:sz w:val="16"/>
              </w:rPr>
              <w:t>Flemingsburg city</w:t>
            </w:r>
          </w:p>
        </w:tc>
        <w:tc>
          <w:tcPr>
            <w:tcW w:type="dxa" w:w="1675"/>
          </w:tcPr>
          <w:p>
            <w:pPr>
              <w:spacing w:after="0"/>
              <w:jc w:val="left"/>
            </w:pPr>
            <w:r>
              <w:rPr>
                <w:sz w:val="16"/>
              </w:rPr>
              <w:t>City</w:t>
            </w:r>
          </w:p>
        </w:tc>
        <w:tc>
          <w:tcPr>
            <w:tcW w:type="dxa" w:w="3177"/>
          </w:tcPr>
          <w:p>
            <w:pPr>
              <w:spacing w:after="0"/>
              <w:jc w:val="left"/>
            </w:pPr>
            <w:r>
              <w:rPr>
                <w:sz w:val="16"/>
              </w:rPr>
              <w:t>Approved, expires 2027-05-23</w:t>
            </w:r>
          </w:p>
        </w:tc>
        <w:tc>
          <w:tcPr>
            <w:tcW w:type="dxa" w:w="2533"/>
          </w:tcPr>
          <w:p>
            <w:pPr>
              <w:spacing w:after="0"/>
              <w:jc w:val="right"/>
            </w:pPr>
            <w:r>
              <w:rPr>
                <w:sz w:val="16"/>
              </w:rPr>
              <w:t>FMA RL 2, SRL 0; any 4</w:t>
            </w:r>
          </w:p>
        </w:tc>
        <w:tc>
          <w:tcPr>
            <w:tcW w:type="dxa" w:w="1782"/>
          </w:tcPr>
          <w:p>
            <w:pPr>
              <w:spacing w:after="0"/>
              <w:jc w:val="right"/>
            </w:pPr>
            <w:r>
              <w:rPr>
                <w:sz w:val="16"/>
              </w:rPr>
              <w:t>$97,423.21</w:t>
            </w:r>
          </w:p>
        </w:tc>
        <w:tc>
          <w:tcPr>
            <w:tcW w:type="dxa" w:w="2169"/>
          </w:tcPr>
          <w:p>
            <w:pPr>
              <w:spacing w:after="0"/>
              <w:jc w:val="right"/>
            </w:pPr>
            <w:r>
              <w:rPr>
                <w:sz w:val="16"/>
              </w:rPr>
              <w:t>59; 2</w:t>
            </w:r>
          </w:p>
        </w:tc>
        <w:tc>
          <w:tcPr>
            <w:tcW w:type="dxa" w:w="7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037"/>
        <w:gridCol w:w="1126"/>
        <w:gridCol w:w="1159"/>
        <w:gridCol w:w="1305"/>
        <w:gridCol w:w="1185"/>
        <w:gridCol w:w="1085"/>
        <w:gridCol w:w="1398"/>
        <w:gridCol w:w="12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5"/>
            <w:shd w:val="clear" w:color="auto" w:fill="E8E8E8"/>
          </w:tcPr>
          <w:p>
            <w:pPr>
              <w:spacing w:after="0"/>
              <w:jc w:val="right"/>
            </w:pPr>
            <w:r>
              <w:rPr>
                <w:b/>
                <w:sz w:val="16"/>
              </w:rPr>
              <w:t>Storm Events damage since 2022-05-24</w:t>
            </w:r>
          </w:p>
          <w:p>
            <w:pPr>
              <w:spacing w:after="0"/>
              <w:jc w:val="right"/>
            </w:pPr>
            <w:r>
              <w:rPr>
                <w:i/>
                <w:color w:val="555555"/>
                <w:sz w:val="14"/>
              </w:rPr>
              <w:t>county-coded records, property plus crops, nominal dollars</w:t>
            </w:r>
          </w:p>
        </w:tc>
        <w:tc>
          <w:tcPr>
            <w:tcW w:type="dxa" w:w="108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3"/>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59"/>
          </w:tcPr>
          <w:p>
            <w:pPr>
              <w:spacing w:after="0"/>
              <w:jc w:val="right"/>
            </w:pPr>
          </w:p>
        </w:tc>
        <w:tc>
          <w:tcPr>
            <w:tcW w:type="dxa" w:w="1305"/>
          </w:tcPr>
          <w:p>
            <w:pPr>
              <w:spacing w:after="0"/>
              <w:jc w:val="right"/>
            </w:pPr>
          </w:p>
        </w:tc>
        <w:tc>
          <w:tcPr>
            <w:tcW w:type="dxa" w:w="1185"/>
          </w:tcPr>
          <w:p>
            <w:pPr>
              <w:spacing w:after="0"/>
              <w:jc w:val="right"/>
            </w:pPr>
          </w:p>
        </w:tc>
        <w:tc>
          <w:tcPr>
            <w:tcW w:type="dxa" w:w="1085"/>
          </w:tcPr>
          <w:p>
            <w:pPr>
              <w:spacing w:after="0"/>
              <w:jc w:val="right"/>
            </w:pPr>
          </w:p>
        </w:tc>
        <w:tc>
          <w:tcPr>
            <w:tcW w:type="dxa" w:w="1398"/>
          </w:tcPr>
          <w:p>
            <w:pPr>
              <w:spacing w:after="0"/>
              <w:jc w:val="right"/>
            </w:pPr>
          </w:p>
        </w:tc>
        <w:tc>
          <w:tcPr>
            <w:tcW w:type="dxa" w:w="121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3"/>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59"/>
          </w:tcPr>
          <w:p>
            <w:pPr>
              <w:spacing w:after="0"/>
              <w:jc w:val="right"/>
            </w:pPr>
          </w:p>
        </w:tc>
        <w:tc>
          <w:tcPr>
            <w:tcW w:type="dxa" w:w="1305"/>
          </w:tcPr>
          <w:p>
            <w:pPr>
              <w:spacing w:after="0"/>
              <w:jc w:val="right"/>
            </w:pPr>
          </w:p>
        </w:tc>
        <w:tc>
          <w:tcPr>
            <w:tcW w:type="dxa" w:w="1185"/>
          </w:tcPr>
          <w:p>
            <w:pPr>
              <w:spacing w:after="0"/>
              <w:jc w:val="right"/>
            </w:pPr>
          </w:p>
        </w:tc>
        <w:tc>
          <w:tcPr>
            <w:tcW w:type="dxa" w:w="1085"/>
          </w:tcPr>
          <w:p>
            <w:pPr>
              <w:spacing w:after="0"/>
              <w:jc w:val="right"/>
            </w:pPr>
          </w:p>
        </w:tc>
        <w:tc>
          <w:tcPr>
            <w:tcW w:type="dxa" w:w="1398"/>
          </w:tcPr>
          <w:p>
            <w:pPr>
              <w:spacing w:after="0"/>
              <w:jc w:val="right"/>
            </w:pPr>
          </w:p>
        </w:tc>
        <w:tc>
          <w:tcPr>
            <w:tcW w:type="dxa" w:w="121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$3,456,716,055</w:t>
            </w:r>
          </w:p>
        </w:tc>
        <w:tc>
          <w:tcPr>
            <w:tcW w:type="dxa" w:w="1133"/>
          </w:tcPr>
          <w:p>
            <w:pPr>
              <w:spacing w:after="0"/>
              <w:jc w:val="right"/>
            </w:pPr>
            <w:r>
              <w:rPr>
                <w:sz w:val="16"/>
              </w:rPr>
              <w:t>$62,781,190</w:t>
            </w:r>
          </w:p>
        </w:tc>
        <w:tc>
          <w:tcPr>
            <w:tcW w:type="dxa" w:w="1043"/>
          </w:tcPr>
          <w:p>
            <w:pPr>
              <w:spacing w:after="0"/>
              <w:jc w:val="right"/>
            </w:pPr>
            <w:r>
              <w:rPr>
                <w:sz w:val="16"/>
              </w:rPr>
              <w:t>15,067</w:t>
            </w:r>
          </w:p>
        </w:tc>
        <w:tc>
          <w:tcPr>
            <w:tcW w:type="dxa" w:w="1037"/>
          </w:tcPr>
          <w:p>
            <w:pPr>
              <w:spacing w:after="0"/>
              <w:jc w:val="right"/>
            </w:pPr>
            <w:r>
              <w:rPr>
                <w:sz w:val="16"/>
              </w:rPr>
              <w:t>$995</w:t>
            </w:r>
          </w:p>
        </w:tc>
        <w:tc>
          <w:tcPr>
            <w:tcW w:type="dxa" w:w="1126"/>
          </w:tcPr>
          <w:p>
            <w:pPr>
              <w:spacing w:after="0"/>
              <w:jc w:val="right"/>
            </w:pPr>
            <w:r>
              <w:rPr>
                <w:sz w:val="16"/>
              </w:rPr>
              <w:t>$30,612</w:t>
            </w:r>
          </w:p>
        </w:tc>
        <w:tc>
          <w:tcPr>
            <w:tcW w:type="dxa" w:w="1159"/>
          </w:tcPr>
          <w:p>
            <w:pPr>
              <w:spacing w:after="0"/>
              <w:jc w:val="right"/>
            </w:pPr>
            <w:r>
              <w:rPr>
                <w:sz w:val="16"/>
              </w:rPr>
              <w:t>$132,366</w:t>
            </w:r>
          </w:p>
        </w:tc>
        <w:tc>
          <w:tcPr>
            <w:tcW w:type="dxa" w:w="1305"/>
          </w:tcPr>
          <w:p>
            <w:pPr>
              <w:spacing w:after="0"/>
              <w:jc w:val="right"/>
            </w:pPr>
            <w:r>
              <w:rPr>
                <w:sz w:val="16"/>
              </w:rPr>
              <w:t>under 0.0001%</w:t>
            </w:r>
          </w:p>
        </w:tc>
        <w:tc>
          <w:tcPr>
            <w:tcW w:type="dxa" w:w="1185"/>
          </w:tcPr>
          <w:p>
            <w:pPr>
              <w:spacing w:after="0"/>
              <w:jc w:val="right"/>
            </w:pPr>
          </w:p>
        </w:tc>
        <w:tc>
          <w:tcPr>
            <w:tcW w:type="dxa" w:w="1085"/>
          </w:tcPr>
          <w:p>
            <w:pPr>
              <w:spacing w:after="0"/>
              <w:jc w:val="right"/>
            </w:pPr>
          </w:p>
        </w:tc>
        <w:tc>
          <w:tcPr>
            <w:tcW w:type="dxa" w:w="1398"/>
          </w:tcPr>
          <w:p>
            <w:pPr>
              <w:spacing w:after="0"/>
              <w:jc w:val="right"/>
            </w:pPr>
          </w:p>
        </w:tc>
        <w:tc>
          <w:tcPr>
            <w:tcW w:type="dxa" w:w="12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3"/>
          </w:tcPr>
          <w:p>
            <w:pPr>
              <w:spacing w:after="0"/>
              <w:jc w:val="right"/>
            </w:pPr>
            <w:r>
              <w:rPr>
                <w:sz w:val="16"/>
              </w:rPr>
              <w:t>$23,975,317</w:t>
            </w:r>
          </w:p>
        </w:tc>
        <w:tc>
          <w:tcPr>
            <w:tcW w:type="dxa" w:w="1043"/>
          </w:tcPr>
          <w:p>
            <w:pPr>
              <w:spacing w:after="0"/>
              <w:jc w:val="right"/>
            </w:pPr>
          </w:p>
        </w:tc>
        <w:tc>
          <w:tcPr>
            <w:tcW w:type="dxa" w:w="1037"/>
          </w:tcPr>
          <w:p>
            <w:pPr>
              <w:spacing w:after="0"/>
              <w:jc w:val="right"/>
            </w:pPr>
          </w:p>
        </w:tc>
        <w:tc>
          <w:tcPr>
            <w:tcW w:type="dxa" w:w="1126"/>
          </w:tcPr>
          <w:p>
            <w:pPr>
              <w:spacing w:after="0"/>
              <w:jc w:val="right"/>
            </w:pPr>
            <w:r>
              <w:rPr>
                <w:sz w:val="16"/>
              </w:rPr>
              <w:t>$15,525</w:t>
            </w:r>
          </w:p>
        </w:tc>
        <w:tc>
          <w:tcPr>
            <w:tcW w:type="dxa" w:w="1159"/>
          </w:tcPr>
          <w:p>
            <w:pPr>
              <w:spacing w:after="0"/>
              <w:jc w:val="right"/>
            </w:pPr>
          </w:p>
        </w:tc>
        <w:tc>
          <w:tcPr>
            <w:tcW w:type="dxa" w:w="1305"/>
          </w:tcPr>
          <w:p>
            <w:pPr>
              <w:spacing w:after="0"/>
              <w:jc w:val="right"/>
            </w:pPr>
            <w:r>
              <w:rPr>
                <w:sz w:val="16"/>
              </w:rPr>
              <w:t>0.0648% (agriculture)</w:t>
            </w:r>
          </w:p>
        </w:tc>
        <w:tc>
          <w:tcPr>
            <w:tcW w:type="dxa" w:w="1185"/>
          </w:tcPr>
          <w:p>
            <w:pPr>
              <w:spacing w:after="0"/>
              <w:jc w:val="right"/>
            </w:pPr>
          </w:p>
        </w:tc>
        <w:tc>
          <w:tcPr>
            <w:tcW w:type="dxa" w:w="1085"/>
          </w:tcPr>
          <w:p>
            <w:pPr>
              <w:spacing w:after="0"/>
              <w:jc w:val="right"/>
            </w:pPr>
          </w:p>
        </w:tc>
        <w:tc>
          <w:tcPr>
            <w:tcW w:type="dxa" w:w="1398"/>
          </w:tcPr>
          <w:p>
            <w:pPr>
              <w:spacing w:after="0"/>
              <w:jc w:val="right"/>
            </w:pPr>
          </w:p>
        </w:tc>
        <w:tc>
          <w:tcPr>
            <w:tcW w:type="dxa" w:w="12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$6,140,420,435</w:t>
            </w:r>
          </w:p>
        </w:tc>
        <w:tc>
          <w:tcPr>
            <w:tcW w:type="dxa" w:w="1133"/>
          </w:tcPr>
          <w:p>
            <w:pPr>
              <w:spacing w:after="0"/>
              <w:jc w:val="right"/>
            </w:pPr>
          </w:p>
        </w:tc>
        <w:tc>
          <w:tcPr>
            <w:tcW w:type="dxa" w:w="1043"/>
          </w:tcPr>
          <w:p>
            <w:pPr>
              <w:spacing w:after="0"/>
              <w:jc w:val="right"/>
            </w:pPr>
            <w:r>
              <w:rPr>
                <w:sz w:val="16"/>
              </w:rPr>
              <w:t>15,082</w:t>
            </w:r>
          </w:p>
        </w:tc>
        <w:tc>
          <w:tcPr>
            <w:tcW w:type="dxa" w:w="1037"/>
          </w:tcPr>
          <w:p>
            <w:pPr>
              <w:spacing w:after="0"/>
              <w:jc w:val="right"/>
            </w:pPr>
            <w:r>
              <w:rPr>
                <w:sz w:val="16"/>
              </w:rPr>
              <w:t>$135,334</w:t>
            </w:r>
          </w:p>
        </w:tc>
        <w:tc>
          <w:tcPr>
            <w:tcW w:type="dxa" w:w="1126"/>
          </w:tcPr>
          <w:p>
            <w:pPr>
              <w:spacing w:after="0"/>
              <w:jc w:val="right"/>
            </w:pPr>
          </w:p>
        </w:tc>
        <w:tc>
          <w:tcPr>
            <w:tcW w:type="dxa" w:w="1159"/>
          </w:tcPr>
          <w:p>
            <w:pPr>
              <w:spacing w:after="0"/>
              <w:jc w:val="right"/>
            </w:pPr>
            <w:r>
              <w:rPr>
                <w:sz w:val="16"/>
              </w:rPr>
              <w:t>$37,678</w:t>
            </w:r>
          </w:p>
        </w:tc>
        <w:tc>
          <w:tcPr>
            <w:tcW w:type="dxa" w:w="1305"/>
          </w:tcPr>
          <w:p>
            <w:pPr>
              <w:spacing w:after="0"/>
              <w:jc w:val="right"/>
            </w:pPr>
            <w:r>
              <w:rPr>
                <w:sz w:val="16"/>
              </w:rPr>
              <w:t>0.0022%</w:t>
            </w:r>
          </w:p>
        </w:tc>
        <w:tc>
          <w:tcPr>
            <w:tcW w:type="dxa" w:w="1185"/>
          </w:tcPr>
          <w:p>
            <w:pPr>
              <w:spacing w:after="0"/>
              <w:jc w:val="right"/>
            </w:pPr>
          </w:p>
        </w:tc>
        <w:tc>
          <w:tcPr>
            <w:tcW w:type="dxa" w:w="1085"/>
          </w:tcPr>
          <w:p>
            <w:pPr>
              <w:spacing w:after="0"/>
              <w:jc w:val="right"/>
            </w:pPr>
          </w:p>
        </w:tc>
        <w:tc>
          <w:tcPr>
            <w:tcW w:type="dxa" w:w="1398"/>
          </w:tcPr>
          <w:p>
            <w:pPr>
              <w:spacing w:after="0"/>
              <w:jc w:val="right"/>
            </w:pPr>
          </w:p>
        </w:tc>
        <w:tc>
          <w:tcPr>
            <w:tcW w:type="dxa" w:w="12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$3,456,716,055</w:t>
            </w:r>
          </w:p>
        </w:tc>
        <w:tc>
          <w:tcPr>
            <w:tcW w:type="dxa" w:w="1133"/>
          </w:tcPr>
          <w:p>
            <w:pPr>
              <w:spacing w:after="0"/>
              <w:jc w:val="right"/>
            </w:pPr>
            <w:r>
              <w:rPr>
                <w:sz w:val="16"/>
              </w:rPr>
              <w:t>$62,781,190</w:t>
            </w:r>
          </w:p>
        </w:tc>
        <w:tc>
          <w:tcPr>
            <w:tcW w:type="dxa" w:w="1043"/>
          </w:tcPr>
          <w:p>
            <w:pPr>
              <w:spacing w:after="0"/>
              <w:jc w:val="right"/>
            </w:pPr>
            <w:r>
              <w:rPr>
                <w:sz w:val="16"/>
              </w:rPr>
              <w:t>15,067</w:t>
            </w:r>
          </w:p>
        </w:tc>
        <w:tc>
          <w:tcPr>
            <w:tcW w:type="dxa" w:w="1037"/>
          </w:tcPr>
          <w:p>
            <w:pPr>
              <w:spacing w:after="0"/>
              <w:jc w:val="right"/>
            </w:pPr>
            <w:r>
              <w:rPr>
                <w:sz w:val="16"/>
              </w:rPr>
              <w:t>$77,766</w:t>
            </w:r>
          </w:p>
        </w:tc>
        <w:tc>
          <w:tcPr>
            <w:tcW w:type="dxa" w:w="1126"/>
          </w:tcPr>
          <w:p>
            <w:pPr>
              <w:spacing w:after="0"/>
              <w:jc w:val="right"/>
            </w:pPr>
            <w:r>
              <w:rPr>
                <w:sz w:val="16"/>
              </w:rPr>
              <w:t>$34,807</w:t>
            </w:r>
          </w:p>
        </w:tc>
        <w:tc>
          <w:tcPr>
            <w:tcW w:type="dxa" w:w="1159"/>
          </w:tcPr>
          <w:p>
            <w:pPr>
              <w:spacing w:after="0"/>
              <w:jc w:val="right"/>
            </w:pPr>
            <w:r>
              <w:rPr>
                <w:sz w:val="16"/>
              </w:rPr>
              <w:t>$11,361</w:t>
            </w:r>
          </w:p>
        </w:tc>
        <w:tc>
          <w:tcPr>
            <w:tcW w:type="dxa" w:w="1305"/>
          </w:tcPr>
          <w:p>
            <w:pPr>
              <w:spacing w:after="0"/>
              <w:jc w:val="right"/>
            </w:pPr>
            <w:r>
              <w:rPr>
                <w:sz w:val="16"/>
              </w:rPr>
              <w:t>0.00225%</w:t>
            </w:r>
          </w:p>
        </w:tc>
        <w:tc>
          <w:tcPr>
            <w:tcW w:type="dxa" w:w="1185"/>
          </w:tcPr>
          <w:p>
            <w:pPr>
              <w:spacing w:after="0"/>
              <w:jc w:val="right"/>
            </w:pPr>
          </w:p>
        </w:tc>
        <w:tc>
          <w:tcPr>
            <w:tcW w:type="dxa" w:w="1085"/>
          </w:tcPr>
          <w:p>
            <w:pPr>
              <w:spacing w:after="0"/>
              <w:jc w:val="right"/>
            </w:pPr>
          </w:p>
        </w:tc>
        <w:tc>
          <w:tcPr>
            <w:tcW w:type="dxa" w:w="1398"/>
          </w:tcPr>
          <w:p>
            <w:pPr>
              <w:spacing w:after="0"/>
              <w:jc w:val="right"/>
            </w:pPr>
          </w:p>
        </w:tc>
        <w:tc>
          <w:tcPr>
            <w:tcW w:type="dxa" w:w="12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$3,456,716,055</w:t>
            </w:r>
          </w:p>
        </w:tc>
        <w:tc>
          <w:tcPr>
            <w:tcW w:type="dxa" w:w="1133"/>
          </w:tcPr>
          <w:p>
            <w:pPr>
              <w:spacing w:after="0"/>
              <w:jc w:val="right"/>
            </w:pPr>
            <w:r>
              <w:rPr>
                <w:sz w:val="16"/>
              </w:rPr>
              <w:t>$62,781,190</w:t>
            </w:r>
          </w:p>
        </w:tc>
        <w:tc>
          <w:tcPr>
            <w:tcW w:type="dxa" w:w="1043"/>
          </w:tcPr>
          <w:p>
            <w:pPr>
              <w:spacing w:after="0"/>
              <w:jc w:val="right"/>
            </w:pPr>
            <w:r>
              <w:rPr>
                <w:sz w:val="16"/>
              </w:rPr>
              <w:t>15,067</w:t>
            </w:r>
          </w:p>
        </w:tc>
        <w:tc>
          <w:tcPr>
            <w:tcW w:type="dxa" w:w="1037"/>
          </w:tcPr>
          <w:p>
            <w:pPr>
              <w:spacing w:after="0"/>
              <w:jc w:val="right"/>
            </w:pPr>
            <w:r>
              <w:rPr>
                <w:sz w:val="16"/>
              </w:rPr>
              <w:t>$9</w:t>
            </w:r>
          </w:p>
        </w:tc>
        <w:tc>
          <w:tcPr>
            <w:tcW w:type="dxa" w:w="1126"/>
          </w:tcPr>
          <w:p>
            <w:pPr>
              <w:spacing w:after="0"/>
              <w:jc w:val="right"/>
            </w:pPr>
            <w:r>
              <w:rPr>
                <w:sz w:val="16"/>
              </w:rPr>
              <w:t>$48</w:t>
            </w:r>
          </w:p>
        </w:tc>
        <w:tc>
          <w:tcPr>
            <w:tcW w:type="dxa" w:w="1159"/>
          </w:tcPr>
          <w:p>
            <w:pPr>
              <w:spacing w:after="0"/>
              <w:jc w:val="right"/>
            </w:pPr>
            <w:r>
              <w:rPr>
                <w:sz w:val="16"/>
              </w:rPr>
              <w:t>$146,397</w:t>
            </w:r>
          </w:p>
        </w:tc>
        <w:tc>
          <w:tcPr>
            <w:tcW w:type="dxa" w:w="1305"/>
          </w:tcPr>
          <w:p>
            <w:pPr>
              <w:spacing w:after="0"/>
              <w:jc w:val="right"/>
            </w:pPr>
            <w:r>
              <w:rPr>
                <w:sz w:val="16"/>
              </w:rPr>
              <w:t>under 0.0001%</w:t>
            </w:r>
          </w:p>
        </w:tc>
        <w:tc>
          <w:tcPr>
            <w:tcW w:type="dxa" w:w="1185"/>
          </w:tcPr>
          <w:p>
            <w:pPr>
              <w:spacing w:after="0"/>
              <w:jc w:val="right"/>
            </w:pPr>
          </w:p>
        </w:tc>
        <w:tc>
          <w:tcPr>
            <w:tcW w:type="dxa" w:w="1085"/>
          </w:tcPr>
          <w:p>
            <w:pPr>
              <w:spacing w:after="0"/>
              <w:jc w:val="right"/>
            </w:pPr>
          </w:p>
        </w:tc>
        <w:tc>
          <w:tcPr>
            <w:tcW w:type="dxa" w:w="1398"/>
          </w:tcPr>
          <w:p>
            <w:pPr>
              <w:spacing w:after="0"/>
              <w:jc w:val="right"/>
            </w:pPr>
          </w:p>
        </w:tc>
        <w:tc>
          <w:tcPr>
            <w:tcW w:type="dxa" w:w="12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$3,456,716,055</w:t>
            </w:r>
          </w:p>
        </w:tc>
        <w:tc>
          <w:tcPr>
            <w:tcW w:type="dxa" w:w="1133"/>
          </w:tcPr>
          <w:p>
            <w:pPr>
              <w:spacing w:after="0"/>
              <w:jc w:val="right"/>
            </w:pPr>
            <w:r>
              <w:rPr>
                <w:sz w:val="16"/>
              </w:rPr>
              <w:t>$62,679,852</w:t>
            </w:r>
          </w:p>
        </w:tc>
        <w:tc>
          <w:tcPr>
            <w:tcW w:type="dxa" w:w="1043"/>
          </w:tcPr>
          <w:p>
            <w:pPr>
              <w:spacing w:after="0"/>
              <w:jc w:val="right"/>
            </w:pPr>
            <w:r>
              <w:rPr>
                <w:sz w:val="16"/>
              </w:rPr>
              <w:t>15,067</w:t>
            </w:r>
          </w:p>
        </w:tc>
        <w:tc>
          <w:tcPr>
            <w:tcW w:type="dxa" w:w="1037"/>
          </w:tcPr>
          <w:p>
            <w:pPr>
              <w:spacing w:after="0"/>
              <w:jc w:val="right"/>
            </w:pPr>
            <w:r>
              <w:rPr>
                <w:sz w:val="16"/>
              </w:rPr>
              <w:t>$11,435</w:t>
            </w:r>
          </w:p>
        </w:tc>
        <w:tc>
          <w:tcPr>
            <w:tcW w:type="dxa" w:w="1126"/>
          </w:tcPr>
          <w:p>
            <w:pPr>
              <w:spacing w:after="0"/>
              <w:jc w:val="right"/>
            </w:pPr>
            <w:r>
              <w:rPr>
                <w:sz w:val="16"/>
              </w:rPr>
              <w:t>$4,700</w:t>
            </w:r>
          </w:p>
        </w:tc>
        <w:tc>
          <w:tcPr>
            <w:tcW w:type="dxa" w:w="1159"/>
          </w:tcPr>
          <w:p>
            <w:pPr>
              <w:spacing w:after="0"/>
              <w:jc w:val="right"/>
            </w:pPr>
            <w:r>
              <w:rPr>
                <w:sz w:val="16"/>
              </w:rPr>
              <w:t>$113</w:t>
            </w:r>
          </w:p>
        </w:tc>
        <w:tc>
          <w:tcPr>
            <w:tcW w:type="dxa" w:w="1305"/>
          </w:tcPr>
          <w:p>
            <w:pPr>
              <w:spacing w:after="0"/>
              <w:jc w:val="right"/>
            </w:pPr>
            <w:r>
              <w:rPr>
                <w:sz w:val="16"/>
              </w:rPr>
              <w:t>0.000331%</w:t>
            </w:r>
          </w:p>
        </w:tc>
        <w:tc>
          <w:tcPr>
            <w:tcW w:type="dxa" w:w="1185"/>
          </w:tcPr>
          <w:p>
            <w:pPr>
              <w:spacing w:after="0"/>
              <w:jc w:val="right"/>
            </w:pPr>
          </w:p>
        </w:tc>
        <w:tc>
          <w:tcPr>
            <w:tcW w:type="dxa" w:w="1085"/>
          </w:tcPr>
          <w:p>
            <w:pPr>
              <w:spacing w:after="0"/>
              <w:jc w:val="right"/>
            </w:pPr>
          </w:p>
        </w:tc>
        <w:tc>
          <w:tcPr>
            <w:tcW w:type="dxa" w:w="1398"/>
          </w:tcPr>
          <w:p>
            <w:pPr>
              <w:spacing w:after="0"/>
              <w:jc w:val="right"/>
            </w:pPr>
            <w:r>
              <w:rPr>
                <w:sz w:val="16"/>
              </w:rPr>
              <w:t>none found (1 declaration)</w:t>
            </w:r>
          </w:p>
        </w:tc>
        <w:tc>
          <w:tcPr>
            <w:tcW w:type="dxa" w:w="12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$3,456,716,055</w:t>
            </w:r>
          </w:p>
        </w:tc>
        <w:tc>
          <w:tcPr>
            <w:tcW w:type="dxa" w:w="1133"/>
          </w:tcPr>
          <w:p>
            <w:pPr>
              <w:spacing w:after="0"/>
              <w:jc w:val="right"/>
            </w:pPr>
          </w:p>
        </w:tc>
        <w:tc>
          <w:tcPr>
            <w:tcW w:type="dxa" w:w="1043"/>
          </w:tcPr>
          <w:p>
            <w:pPr>
              <w:spacing w:after="0"/>
              <w:jc w:val="right"/>
            </w:pPr>
            <w:r>
              <w:rPr>
                <w:sz w:val="16"/>
              </w:rPr>
              <w:t>15,067</w:t>
            </w:r>
          </w:p>
        </w:tc>
        <w:tc>
          <w:tcPr>
            <w:tcW w:type="dxa" w:w="1037"/>
          </w:tcPr>
          <w:p>
            <w:pPr>
              <w:spacing w:after="0"/>
              <w:jc w:val="right"/>
            </w:pPr>
            <w:r>
              <w:rPr>
                <w:sz w:val="16"/>
              </w:rPr>
              <w:t>$20,763</w:t>
            </w:r>
          </w:p>
        </w:tc>
        <w:tc>
          <w:tcPr>
            <w:tcW w:type="dxa" w:w="1126"/>
          </w:tcPr>
          <w:p>
            <w:pPr>
              <w:spacing w:after="0"/>
              <w:jc w:val="right"/>
            </w:pPr>
          </w:p>
        </w:tc>
        <w:tc>
          <w:tcPr>
            <w:tcW w:type="dxa" w:w="1159"/>
          </w:tcPr>
          <w:p>
            <w:pPr>
              <w:spacing w:after="0"/>
              <w:jc w:val="right"/>
            </w:pPr>
            <w:r>
              <w:rPr>
                <w:sz w:val="16"/>
              </w:rPr>
              <w:t>$8,828</w:t>
            </w:r>
          </w:p>
        </w:tc>
        <w:tc>
          <w:tcPr>
            <w:tcW w:type="dxa" w:w="1305"/>
          </w:tcPr>
          <w:p>
            <w:pPr>
              <w:spacing w:after="0"/>
              <w:jc w:val="right"/>
            </w:pPr>
            <w:r>
              <w:rPr>
                <w:sz w:val="16"/>
              </w:rPr>
              <w:t>0.000601%</w:t>
            </w:r>
          </w:p>
        </w:tc>
        <w:tc>
          <w:tcPr>
            <w:tcW w:type="dxa" w:w="1185"/>
          </w:tcPr>
          <w:p>
            <w:pPr>
              <w:spacing w:after="0"/>
              <w:jc w:val="right"/>
            </w:pPr>
          </w:p>
        </w:tc>
        <w:tc>
          <w:tcPr>
            <w:tcW w:type="dxa" w:w="1085"/>
          </w:tcPr>
          <w:p>
            <w:pPr>
              <w:spacing w:after="0"/>
              <w:jc w:val="right"/>
            </w:pPr>
          </w:p>
        </w:tc>
        <w:tc>
          <w:tcPr>
            <w:tcW w:type="dxa" w:w="1398"/>
          </w:tcPr>
          <w:p>
            <w:pPr>
              <w:spacing w:after="0"/>
              <w:jc w:val="right"/>
            </w:pPr>
          </w:p>
        </w:tc>
        <w:tc>
          <w:tcPr>
            <w:tcW w:type="dxa" w:w="12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$3,454,075,333</w:t>
            </w:r>
          </w:p>
        </w:tc>
        <w:tc>
          <w:tcPr>
            <w:tcW w:type="dxa" w:w="1133"/>
          </w:tcPr>
          <w:p>
            <w:pPr>
              <w:spacing w:after="0"/>
              <w:jc w:val="right"/>
            </w:pPr>
            <w:r>
              <w:rPr>
                <w:sz w:val="16"/>
              </w:rPr>
              <w:t>$4,836,463</w:t>
            </w:r>
          </w:p>
        </w:tc>
        <w:tc>
          <w:tcPr>
            <w:tcW w:type="dxa" w:w="1043"/>
          </w:tcPr>
          <w:p>
            <w:pPr>
              <w:spacing w:after="0"/>
              <w:jc w:val="right"/>
            </w:pPr>
            <w:r>
              <w:rPr>
                <w:sz w:val="16"/>
              </w:rPr>
              <w:t>441</w:t>
            </w:r>
          </w:p>
        </w:tc>
        <w:tc>
          <w:tcPr>
            <w:tcW w:type="dxa" w:w="1037"/>
          </w:tcPr>
          <w:p>
            <w:pPr>
              <w:spacing w:after="0"/>
              <w:jc w:val="right"/>
            </w:pPr>
            <w:r>
              <w:rPr>
                <w:sz w:val="16"/>
              </w:rPr>
              <w:t>$3,963,045</w:t>
            </w:r>
          </w:p>
        </w:tc>
        <w:tc>
          <w:tcPr>
            <w:tcW w:type="dxa" w:w="1126"/>
          </w:tcPr>
          <w:p>
            <w:pPr>
              <w:spacing w:after="0"/>
              <w:jc w:val="right"/>
            </w:pPr>
            <w:r>
              <w:rPr>
                <w:sz w:val="16"/>
              </w:rPr>
              <w:t>$152</w:t>
            </w:r>
          </w:p>
        </w:tc>
        <w:tc>
          <w:tcPr>
            <w:tcW w:type="dxa" w:w="1159"/>
          </w:tcPr>
          <w:p>
            <w:pPr>
              <w:spacing w:after="0"/>
              <w:jc w:val="right"/>
            </w:pPr>
            <w:r>
              <w:rPr>
                <w:sz w:val="16"/>
              </w:rPr>
              <w:t>$29,293</w:t>
            </w:r>
          </w:p>
        </w:tc>
        <w:tc>
          <w:tcPr>
            <w:tcW w:type="dxa" w:w="1305"/>
          </w:tcPr>
          <w:p>
            <w:pPr>
              <w:spacing w:after="0"/>
              <w:jc w:val="right"/>
            </w:pPr>
            <w:r>
              <w:rPr>
                <w:sz w:val="16"/>
              </w:rPr>
              <w:t>n/a (see note)</w:t>
            </w:r>
          </w:p>
        </w:tc>
        <w:tc>
          <w:tcPr>
            <w:tcW w:type="dxa" w:w="1185"/>
          </w:tcPr>
          <w:p>
            <w:pPr>
              <w:spacing w:after="0"/>
              <w:jc w:val="right"/>
            </w:pPr>
          </w:p>
        </w:tc>
        <w:tc>
          <w:tcPr>
            <w:tcW w:type="dxa" w:w="1085"/>
          </w:tcPr>
          <w:p>
            <w:pPr>
              <w:spacing w:after="0"/>
              <w:jc w:val="right"/>
            </w:pPr>
          </w:p>
        </w:tc>
        <w:tc>
          <w:tcPr>
            <w:tcW w:type="dxa" w:w="1398"/>
          </w:tcPr>
          <w:p>
            <w:pPr>
              <w:spacing w:after="0"/>
              <w:jc w:val="right"/>
            </w:pPr>
            <w:r>
              <w:rPr>
                <w:sz w:val="16"/>
              </w:rPr>
              <w:t>none found (3 declarations)</w:t>
            </w:r>
          </w:p>
        </w:tc>
        <w:tc>
          <w:tcPr>
            <w:tcW w:type="dxa" w:w="121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$209,730,686</w:t>
            </w:r>
          </w:p>
        </w:tc>
        <w:tc>
          <w:tcPr>
            <w:tcW w:type="dxa" w:w="1133"/>
          </w:tcPr>
          <w:p>
            <w:pPr>
              <w:spacing w:after="0"/>
              <w:jc w:val="right"/>
            </w:pPr>
          </w:p>
        </w:tc>
        <w:tc>
          <w:tcPr>
            <w:tcW w:type="dxa" w:w="1043"/>
          </w:tcPr>
          <w:p>
            <w:pPr>
              <w:spacing w:after="0"/>
              <w:jc w:val="right"/>
            </w:pPr>
            <w:r>
              <w:rPr>
                <w:sz w:val="16"/>
              </w:rPr>
              <w:t>1,047</w:t>
            </w:r>
          </w:p>
        </w:tc>
        <w:tc>
          <w:tcPr>
            <w:tcW w:type="dxa" w:w="1037"/>
          </w:tcPr>
          <w:p>
            <w:pPr>
              <w:spacing w:after="0"/>
              <w:jc w:val="right"/>
            </w:pPr>
            <w:r>
              <w:rPr>
                <w:sz w:val="16"/>
              </w:rPr>
              <w:t>$83</w:t>
            </w:r>
          </w:p>
        </w:tc>
        <w:tc>
          <w:tcPr>
            <w:tcW w:type="dxa" w:w="1126"/>
          </w:tcPr>
          <w:p>
            <w:pPr>
              <w:spacing w:after="0"/>
              <w:jc w:val="right"/>
            </w:pPr>
          </w:p>
        </w:tc>
        <w:tc>
          <w:tcPr>
            <w:tcW w:type="dxa" w:w="1159"/>
          </w:tcPr>
          <w:p>
            <w:pPr>
              <w:spacing w:after="0"/>
              <w:jc w:val="right"/>
            </w:pPr>
            <w:r>
              <w:rPr>
                <w:sz w:val="16"/>
              </w:rPr>
              <w:t>$1,003</w:t>
            </w:r>
          </w:p>
        </w:tc>
        <w:tc>
          <w:tcPr>
            <w:tcW w:type="dxa" w:w="1305"/>
          </w:tcPr>
          <w:p>
            <w:pPr>
              <w:spacing w:after="0"/>
              <w:jc w:val="right"/>
            </w:pPr>
            <w:r>
              <w:rPr>
                <w:sz w:val="16"/>
              </w:rPr>
              <w:t>under 0.0001%</w:t>
            </w:r>
          </w:p>
        </w:tc>
        <w:tc>
          <w:tcPr>
            <w:tcW w:type="dxa" w:w="1185"/>
          </w:tcPr>
          <w:p>
            <w:pPr>
              <w:spacing w:after="0"/>
              <w:jc w:val="right"/>
            </w:pPr>
          </w:p>
        </w:tc>
        <w:tc>
          <w:tcPr>
            <w:tcW w:type="dxa" w:w="1085"/>
          </w:tcPr>
          <w:p>
            <w:pPr>
              <w:spacing w:after="0"/>
              <w:jc w:val="right"/>
            </w:pPr>
          </w:p>
        </w:tc>
        <w:tc>
          <w:tcPr>
            <w:tcW w:type="dxa" w:w="1398"/>
          </w:tcPr>
          <w:p>
            <w:pPr>
              <w:spacing w:after="0"/>
              <w:jc w:val="right"/>
            </w:pPr>
            <w:r>
              <w:rPr>
                <w:sz w:val="16"/>
              </w:rPr>
              <w:t>none found (2 declarations)</w:t>
            </w:r>
          </w:p>
        </w:tc>
        <w:tc>
          <w:tcPr>
            <w:tcW w:type="dxa" w:w="12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$3,456,716,055</w:t>
            </w:r>
          </w:p>
        </w:tc>
        <w:tc>
          <w:tcPr>
            <w:tcW w:type="dxa" w:w="1133"/>
          </w:tcPr>
          <w:p>
            <w:pPr>
              <w:spacing w:after="0"/>
              <w:jc w:val="right"/>
            </w:pPr>
          </w:p>
        </w:tc>
        <w:tc>
          <w:tcPr>
            <w:tcW w:type="dxa" w:w="1043"/>
          </w:tcPr>
          <w:p>
            <w:pPr>
              <w:spacing w:after="0"/>
              <w:jc w:val="right"/>
            </w:pPr>
            <w:r>
              <w:rPr>
                <w:sz w:val="16"/>
              </w:rPr>
              <w:t>15,067</w:t>
            </w:r>
          </w:p>
        </w:tc>
        <w:tc>
          <w:tcPr>
            <w:tcW w:type="dxa" w:w="1037"/>
          </w:tcPr>
          <w:p>
            <w:pPr>
              <w:spacing w:after="0"/>
              <w:jc w:val="right"/>
            </w:pPr>
            <w:r>
              <w:rPr>
                <w:sz w:val="16"/>
              </w:rPr>
              <w:t>$5,153</w:t>
            </w:r>
          </w:p>
        </w:tc>
        <w:tc>
          <w:tcPr>
            <w:tcW w:type="dxa" w:w="1126"/>
          </w:tcPr>
          <w:p>
            <w:pPr>
              <w:spacing w:after="0"/>
              <w:jc w:val="right"/>
            </w:pPr>
          </w:p>
        </w:tc>
        <w:tc>
          <w:tcPr>
            <w:tcW w:type="dxa" w:w="1159"/>
          </w:tcPr>
          <w:p>
            <w:pPr>
              <w:spacing w:after="0"/>
              <w:jc w:val="right"/>
            </w:pPr>
            <w:r>
              <w:rPr>
                <w:sz w:val="16"/>
              </w:rPr>
              <w:t>$167,104</w:t>
            </w:r>
          </w:p>
        </w:tc>
        <w:tc>
          <w:tcPr>
            <w:tcW w:type="dxa" w:w="1305"/>
          </w:tcPr>
          <w:p>
            <w:pPr>
              <w:spacing w:after="0"/>
              <w:jc w:val="right"/>
            </w:pPr>
            <w:r>
              <w:rPr>
                <w:sz w:val="16"/>
              </w:rPr>
              <w:t>0.000149%</w:t>
            </w:r>
          </w:p>
        </w:tc>
        <w:tc>
          <w:tcPr>
            <w:tcW w:type="dxa" w:w="1185"/>
          </w:tcPr>
          <w:p>
            <w:pPr>
              <w:spacing w:after="0"/>
              <w:jc w:val="right"/>
            </w:pPr>
          </w:p>
        </w:tc>
        <w:tc>
          <w:tcPr>
            <w:tcW w:type="dxa" w:w="1085"/>
          </w:tcPr>
          <w:p>
            <w:pPr>
              <w:spacing w:after="0"/>
              <w:jc w:val="right"/>
            </w:pPr>
          </w:p>
        </w:tc>
        <w:tc>
          <w:tcPr>
            <w:tcW w:type="dxa" w:w="1398"/>
          </w:tcPr>
          <w:p>
            <w:pPr>
              <w:spacing w:after="0"/>
              <w:jc w:val="right"/>
            </w:pPr>
          </w:p>
        </w:tc>
        <w:tc>
          <w:tcPr>
            <w:tcW w:type="dxa" w:w="12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$3,456,716,055</w:t>
            </w:r>
          </w:p>
        </w:tc>
        <w:tc>
          <w:tcPr>
            <w:tcW w:type="dxa" w:w="1133"/>
          </w:tcPr>
          <w:p>
            <w:pPr>
              <w:spacing w:after="0"/>
              <w:jc w:val="right"/>
            </w:pPr>
            <w:r>
              <w:rPr>
                <w:sz w:val="16"/>
              </w:rPr>
              <w:t>$62,781,190</w:t>
            </w:r>
          </w:p>
        </w:tc>
        <w:tc>
          <w:tcPr>
            <w:tcW w:type="dxa" w:w="1043"/>
          </w:tcPr>
          <w:p>
            <w:pPr>
              <w:spacing w:after="0"/>
              <w:jc w:val="right"/>
            </w:pPr>
            <w:r>
              <w:rPr>
                <w:sz w:val="16"/>
              </w:rPr>
              <w:t>15,067</w:t>
            </w:r>
          </w:p>
        </w:tc>
        <w:tc>
          <w:tcPr>
            <w:tcW w:type="dxa" w:w="1037"/>
          </w:tcPr>
          <w:p>
            <w:pPr>
              <w:spacing w:after="0"/>
              <w:jc w:val="right"/>
            </w:pPr>
            <w:r>
              <w:rPr>
                <w:sz w:val="16"/>
              </w:rPr>
              <w:t>$110,666</w:t>
            </w:r>
          </w:p>
        </w:tc>
        <w:tc>
          <w:tcPr>
            <w:tcW w:type="dxa" w:w="1126"/>
          </w:tcPr>
          <w:p>
            <w:pPr>
              <w:spacing w:after="0"/>
              <w:jc w:val="right"/>
            </w:pPr>
            <w:r>
              <w:rPr>
                <w:sz w:val="16"/>
              </w:rPr>
              <w:t>$17,072</w:t>
            </w:r>
          </w:p>
        </w:tc>
        <w:tc>
          <w:tcPr>
            <w:tcW w:type="dxa" w:w="1159"/>
          </w:tcPr>
          <w:p>
            <w:pPr>
              <w:spacing w:after="0"/>
              <w:jc w:val="right"/>
            </w:pPr>
            <w:r>
              <w:rPr>
                <w:sz w:val="16"/>
              </w:rPr>
              <w:t>$690,616</w:t>
            </w:r>
          </w:p>
        </w:tc>
        <w:tc>
          <w:tcPr>
            <w:tcW w:type="dxa" w:w="1305"/>
          </w:tcPr>
          <w:p>
            <w:pPr>
              <w:spacing w:after="0"/>
              <w:jc w:val="right"/>
            </w:pPr>
            <w:r>
              <w:rPr>
                <w:sz w:val="16"/>
              </w:rPr>
              <w:t>0.0032%</w:t>
            </w:r>
          </w:p>
        </w:tc>
        <w:tc>
          <w:tcPr>
            <w:tcW w:type="dxa" w:w="1185"/>
          </w:tcPr>
          <w:p>
            <w:pPr>
              <w:spacing w:after="0"/>
              <w:jc w:val="right"/>
            </w:pPr>
            <w:r>
              <w:rPr>
                <w:sz w:val="16"/>
              </w:rPr>
              <w:t>$82,500</w:t>
            </w:r>
          </w:p>
        </w:tc>
        <w:tc>
          <w:tcPr>
            <w:tcW w:type="dxa" w:w="1085"/>
          </w:tcPr>
          <w:p>
            <w:pPr>
              <w:spacing w:after="0"/>
              <w:jc w:val="right"/>
            </w:pPr>
            <w:r>
              <w:rPr>
                <w:sz w:val="16"/>
              </w:rPr>
              <w:t>$30,000</w:t>
            </w:r>
          </w:p>
        </w:tc>
        <w:tc>
          <w:tcPr>
            <w:tcW w:type="dxa" w:w="1398"/>
          </w:tcPr>
          <w:p>
            <w:pPr>
              <w:spacing w:after="0"/>
              <w:jc w:val="right"/>
            </w:pPr>
            <w:r>
              <w:rPr>
                <w:sz w:val="16"/>
              </w:rPr>
              <w:t>none found (3 declarations)</w:t>
            </w:r>
          </w:p>
        </w:tc>
        <w:tc>
          <w:tcPr>
            <w:tcW w:type="dxa" w:w="1211"/>
          </w:tcPr>
          <w:p>
            <w:pPr>
              <w:spacing w:after="0"/>
              <w:jc w:val="left"/>
            </w:pPr>
            <w:r>
              <w:rPr>
                <w:sz w:val="16"/>
              </w:rPr>
              <w:t>Storm Events damage since the plan includes 3 zone-level High Wind records ($30,000),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$3,456,716,055</w:t>
            </w:r>
          </w:p>
        </w:tc>
        <w:tc>
          <w:tcPr>
            <w:tcW w:type="dxa" w:w="1133"/>
          </w:tcPr>
          <w:p>
            <w:pPr>
              <w:spacing w:after="0"/>
              <w:jc w:val="right"/>
            </w:pPr>
            <w:r>
              <w:rPr>
                <w:sz w:val="16"/>
              </w:rPr>
              <w:t>$62,781,190</w:t>
            </w:r>
          </w:p>
        </w:tc>
        <w:tc>
          <w:tcPr>
            <w:tcW w:type="dxa" w:w="1043"/>
          </w:tcPr>
          <w:p>
            <w:pPr>
              <w:spacing w:after="0"/>
              <w:jc w:val="right"/>
            </w:pPr>
            <w:r>
              <w:rPr>
                <w:sz w:val="16"/>
              </w:rPr>
              <w:t>15,067</w:t>
            </w:r>
          </w:p>
        </w:tc>
        <w:tc>
          <w:tcPr>
            <w:tcW w:type="dxa" w:w="1037"/>
          </w:tcPr>
          <w:p>
            <w:pPr>
              <w:spacing w:after="0"/>
              <w:jc w:val="right"/>
            </w:pPr>
            <w:r>
              <w:rPr>
                <w:sz w:val="16"/>
              </w:rPr>
              <w:t>$389,138</w:t>
            </w:r>
          </w:p>
        </w:tc>
        <w:tc>
          <w:tcPr>
            <w:tcW w:type="dxa" w:w="1126"/>
          </w:tcPr>
          <w:p>
            <w:pPr>
              <w:spacing w:after="0"/>
              <w:jc w:val="right"/>
            </w:pPr>
            <w:r>
              <w:rPr>
                <w:sz w:val="16"/>
              </w:rPr>
              <w:t>$1,964</w:t>
            </w:r>
          </w:p>
        </w:tc>
        <w:tc>
          <w:tcPr>
            <w:tcW w:type="dxa" w:w="1159"/>
          </w:tcPr>
          <w:p>
            <w:pPr>
              <w:spacing w:after="0"/>
              <w:jc w:val="right"/>
            </w:pPr>
            <w:r>
              <w:rPr>
                <w:sz w:val="16"/>
              </w:rPr>
              <w:t>$549,142</w:t>
            </w:r>
          </w:p>
        </w:tc>
        <w:tc>
          <w:tcPr>
            <w:tcW w:type="dxa" w:w="1305"/>
          </w:tcPr>
          <w:p>
            <w:pPr>
              <w:spacing w:after="0"/>
              <w:jc w:val="right"/>
            </w:pPr>
            <w:r>
              <w:rPr>
                <w:sz w:val="16"/>
              </w:rPr>
              <w:t>0.0113%</w:t>
            </w:r>
          </w:p>
        </w:tc>
        <w:tc>
          <w:tcPr>
            <w:tcW w:type="dxa" w:w="1185"/>
          </w:tcPr>
          <w:p>
            <w:pPr>
              <w:spacing w:after="0"/>
              <w:jc w:val="right"/>
            </w:pPr>
            <w:r>
              <w:rPr>
                <w:sz w:val="16"/>
              </w:rPr>
              <w:t>$165,000</w:t>
            </w:r>
          </w:p>
        </w:tc>
        <w:tc>
          <w:tcPr>
            <w:tcW w:type="dxa" w:w="1085"/>
          </w:tcPr>
          <w:p>
            <w:pPr>
              <w:spacing w:after="0"/>
              <w:jc w:val="right"/>
            </w:pPr>
          </w:p>
        </w:tc>
        <w:tc>
          <w:tcPr>
            <w:tcW w:type="dxa" w:w="1398"/>
          </w:tcPr>
          <w:p>
            <w:pPr>
              <w:spacing w:after="0"/>
              <w:jc w:val="right"/>
            </w:pPr>
            <w:r>
              <w:rPr>
                <w:sz w:val="16"/>
              </w:rPr>
              <w:t>none found (1 declaration)</w:t>
            </w:r>
          </w:p>
        </w:tc>
        <w:tc>
          <w:tcPr>
            <w:tcW w:type="dxa" w:w="121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3"/>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59"/>
          </w:tcPr>
          <w:p>
            <w:pPr>
              <w:spacing w:after="0"/>
              <w:jc w:val="right"/>
            </w:pPr>
          </w:p>
        </w:tc>
        <w:tc>
          <w:tcPr>
            <w:tcW w:type="dxa" w:w="1305"/>
          </w:tcPr>
          <w:p>
            <w:pPr>
              <w:spacing w:after="0"/>
              <w:jc w:val="right"/>
            </w:pPr>
          </w:p>
        </w:tc>
        <w:tc>
          <w:tcPr>
            <w:tcW w:type="dxa" w:w="1185"/>
          </w:tcPr>
          <w:p>
            <w:pPr>
              <w:spacing w:after="0"/>
              <w:jc w:val="right"/>
            </w:pPr>
          </w:p>
        </w:tc>
        <w:tc>
          <w:tcPr>
            <w:tcW w:type="dxa" w:w="1085"/>
          </w:tcPr>
          <w:p>
            <w:pPr>
              <w:spacing w:after="0"/>
              <w:jc w:val="right"/>
            </w:pPr>
          </w:p>
        </w:tc>
        <w:tc>
          <w:tcPr>
            <w:tcW w:type="dxa" w:w="1398"/>
          </w:tcPr>
          <w:p>
            <w:pPr>
              <w:spacing w:after="0"/>
              <w:jc w:val="right"/>
            </w:pPr>
          </w:p>
        </w:tc>
        <w:tc>
          <w:tcPr>
            <w:tcW w:type="dxa" w:w="121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3"/>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59"/>
          </w:tcPr>
          <w:p>
            <w:pPr>
              <w:spacing w:after="0"/>
              <w:jc w:val="right"/>
            </w:pPr>
          </w:p>
        </w:tc>
        <w:tc>
          <w:tcPr>
            <w:tcW w:type="dxa" w:w="1305"/>
          </w:tcPr>
          <w:p>
            <w:pPr>
              <w:spacing w:after="0"/>
              <w:jc w:val="right"/>
            </w:pPr>
          </w:p>
        </w:tc>
        <w:tc>
          <w:tcPr>
            <w:tcW w:type="dxa" w:w="1185"/>
          </w:tcPr>
          <w:p>
            <w:pPr>
              <w:spacing w:after="0"/>
              <w:jc w:val="right"/>
            </w:pPr>
          </w:p>
        </w:tc>
        <w:tc>
          <w:tcPr>
            <w:tcW w:type="dxa" w:w="1085"/>
          </w:tcPr>
          <w:p>
            <w:pPr>
              <w:spacing w:after="0"/>
              <w:jc w:val="right"/>
            </w:pPr>
          </w:p>
        </w:tc>
        <w:tc>
          <w:tcPr>
            <w:tcW w:type="dxa" w:w="1398"/>
          </w:tcPr>
          <w:p>
            <w:pPr>
              <w:spacing w:after="0"/>
              <w:jc w:val="right"/>
            </w:pPr>
          </w:p>
        </w:tc>
        <w:tc>
          <w:tcPr>
            <w:tcW w:type="dxa" w:w="121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$167,436,998</w:t>
            </w:r>
          </w:p>
        </w:tc>
        <w:tc>
          <w:tcPr>
            <w:tcW w:type="dxa" w:w="1133"/>
          </w:tcPr>
          <w:p>
            <w:pPr>
              <w:spacing w:after="0"/>
              <w:jc w:val="right"/>
            </w:pPr>
            <w:r>
              <w:rPr>
                <w:sz w:val="16"/>
              </w:rPr>
              <w:t>$11,709,658</w:t>
            </w:r>
          </w:p>
        </w:tc>
        <w:tc>
          <w:tcPr>
            <w:tcW w:type="dxa" w:w="1043"/>
          </w:tcPr>
          <w:p>
            <w:pPr>
              <w:spacing w:after="0"/>
              <w:jc w:val="right"/>
            </w:pPr>
            <w:r>
              <w:rPr>
                <w:sz w:val="16"/>
              </w:rPr>
              <w:t>3,060</w:t>
            </w:r>
          </w:p>
        </w:tc>
        <w:tc>
          <w:tcPr>
            <w:tcW w:type="dxa" w:w="1037"/>
          </w:tcPr>
          <w:p>
            <w:pPr>
              <w:spacing w:after="0"/>
              <w:jc w:val="right"/>
            </w:pPr>
            <w:r>
              <w:rPr>
                <w:sz w:val="16"/>
              </w:rPr>
              <w:t>$4,516</w:t>
            </w:r>
          </w:p>
        </w:tc>
        <w:tc>
          <w:tcPr>
            <w:tcW w:type="dxa" w:w="1126"/>
          </w:tcPr>
          <w:p>
            <w:pPr>
              <w:spacing w:after="0"/>
              <w:jc w:val="right"/>
            </w:pPr>
            <w:r>
              <w:rPr>
                <w:sz w:val="16"/>
              </w:rPr>
              <w:t>$24</w:t>
            </w:r>
          </w:p>
        </w:tc>
        <w:tc>
          <w:tcPr>
            <w:tcW w:type="dxa" w:w="1159"/>
          </w:tcPr>
          <w:p>
            <w:pPr>
              <w:spacing w:after="0"/>
              <w:jc w:val="right"/>
            </w:pPr>
            <w:r>
              <w:rPr>
                <w:sz w:val="16"/>
              </w:rPr>
              <w:t>$1,508</w:t>
            </w:r>
          </w:p>
        </w:tc>
        <w:tc>
          <w:tcPr>
            <w:tcW w:type="dxa" w:w="1305"/>
          </w:tcPr>
          <w:p>
            <w:pPr>
              <w:spacing w:after="0"/>
              <w:jc w:val="right"/>
            </w:pPr>
            <w:r>
              <w:rPr>
                <w:sz w:val="16"/>
              </w:rPr>
              <w:t>0.0027%</w:t>
            </w:r>
          </w:p>
        </w:tc>
        <w:tc>
          <w:tcPr>
            <w:tcW w:type="dxa" w:w="1185"/>
          </w:tcPr>
          <w:p>
            <w:pPr>
              <w:spacing w:after="0"/>
              <w:jc w:val="right"/>
            </w:pPr>
          </w:p>
        </w:tc>
        <w:tc>
          <w:tcPr>
            <w:tcW w:type="dxa" w:w="1085"/>
          </w:tcPr>
          <w:p>
            <w:pPr>
              <w:spacing w:after="0"/>
              <w:jc w:val="right"/>
            </w:pPr>
          </w:p>
        </w:tc>
        <w:tc>
          <w:tcPr>
            <w:tcW w:type="dxa" w:w="1398"/>
          </w:tcPr>
          <w:p>
            <w:pPr>
              <w:spacing w:after="0"/>
              <w:jc w:val="right"/>
            </w:pPr>
          </w:p>
        </w:tc>
        <w:tc>
          <w:tcPr>
            <w:tcW w:type="dxa" w:w="12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$3,456,716,055</w:t>
            </w:r>
          </w:p>
        </w:tc>
        <w:tc>
          <w:tcPr>
            <w:tcW w:type="dxa" w:w="1133"/>
          </w:tcPr>
          <w:p>
            <w:pPr>
              <w:spacing w:after="0"/>
              <w:jc w:val="right"/>
            </w:pPr>
            <w:r>
              <w:rPr>
                <w:sz w:val="16"/>
              </w:rPr>
              <w:t>$62,781,190</w:t>
            </w:r>
          </w:p>
        </w:tc>
        <w:tc>
          <w:tcPr>
            <w:tcW w:type="dxa" w:w="1043"/>
          </w:tcPr>
          <w:p>
            <w:pPr>
              <w:spacing w:after="0"/>
              <w:jc w:val="right"/>
            </w:pPr>
            <w:r>
              <w:rPr>
                <w:sz w:val="16"/>
              </w:rPr>
              <w:t>15,067</w:t>
            </w:r>
          </w:p>
        </w:tc>
        <w:tc>
          <w:tcPr>
            <w:tcW w:type="dxa" w:w="1037"/>
          </w:tcPr>
          <w:p>
            <w:pPr>
              <w:spacing w:after="0"/>
              <w:jc w:val="right"/>
            </w:pPr>
            <w:r>
              <w:rPr>
                <w:sz w:val="16"/>
              </w:rPr>
              <w:t>$8,512</w:t>
            </w:r>
          </w:p>
        </w:tc>
        <w:tc>
          <w:tcPr>
            <w:tcW w:type="dxa" w:w="1126"/>
          </w:tcPr>
          <w:p>
            <w:pPr>
              <w:spacing w:after="0"/>
              <w:jc w:val="right"/>
            </w:pPr>
            <w:r>
              <w:rPr>
                <w:sz w:val="16"/>
              </w:rPr>
              <w:t>$1</w:t>
            </w:r>
          </w:p>
        </w:tc>
        <w:tc>
          <w:tcPr>
            <w:tcW w:type="dxa" w:w="1159"/>
          </w:tcPr>
          <w:p>
            <w:pPr>
              <w:spacing w:after="0"/>
              <w:jc w:val="right"/>
            </w:pPr>
            <w:r>
              <w:rPr>
                <w:sz w:val="16"/>
              </w:rPr>
              <w:t>$33,708</w:t>
            </w:r>
          </w:p>
        </w:tc>
        <w:tc>
          <w:tcPr>
            <w:tcW w:type="dxa" w:w="1305"/>
          </w:tcPr>
          <w:p>
            <w:pPr>
              <w:spacing w:after="0"/>
              <w:jc w:val="right"/>
            </w:pPr>
            <w:r>
              <w:rPr>
                <w:sz w:val="16"/>
              </w:rPr>
              <w:t>0.000246%</w:t>
            </w:r>
          </w:p>
        </w:tc>
        <w:tc>
          <w:tcPr>
            <w:tcW w:type="dxa" w:w="1185"/>
          </w:tcPr>
          <w:p>
            <w:pPr>
              <w:spacing w:after="0"/>
              <w:jc w:val="right"/>
            </w:pPr>
          </w:p>
        </w:tc>
        <w:tc>
          <w:tcPr>
            <w:tcW w:type="dxa" w:w="1085"/>
          </w:tcPr>
          <w:p>
            <w:pPr>
              <w:spacing w:after="0"/>
              <w:jc w:val="right"/>
            </w:pPr>
          </w:p>
        </w:tc>
        <w:tc>
          <w:tcPr>
            <w:tcW w:type="dxa" w:w="1398"/>
          </w:tcPr>
          <w:p>
            <w:pPr>
              <w:spacing w:after="0"/>
              <w:jc w:val="right"/>
            </w:pPr>
            <w:r>
              <w:rPr>
                <w:sz w:val="16"/>
              </w:rPr>
              <w:t>none found (1 declaration)</w:t>
            </w:r>
          </w:p>
        </w:tc>
        <w:tc>
          <w:tcPr>
            <w:tcW w:type="dxa" w:w="1211"/>
          </w:tcPr>
          <w:p>
            <w:pPr>
              <w:spacing w:after="0"/>
              <w:jc w:val="left"/>
            </w:pPr>
          </w:p>
        </w:tc>
      </w:tr>
    </w:tbl>
    <w:p>
      <w:pPr>
        <w:spacing w:after="40" w:before="60"/>
      </w:pPr>
      <w:r>
        <w:rPr>
          <w:sz w:val="15"/>
        </w:rPr>
        <w:t>Totals since 2022-05-24 (Storm Events through 2026-06-30): 26 county-coded records, 26 with a damage value recorded (including $0), $247,500; 5 zone-level records, 3 with a damage value recorded (including $0), $30,000 reported for the zone; Public Assistance on counted declarations none found (4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15,067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$3,456,716,055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$62,781,190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$4,832,321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$1,809,117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70"/>
        <w:gridCol w:w="1609"/>
        <w:gridCol w:w="1609"/>
        <w:gridCol w:w="1609"/>
        <w:gridCol w:w="1609"/>
        <w:gridCol w:w="1609"/>
        <w:gridCol w:w="1609"/>
        <w:gridCol w:w="1791"/>
      </w:tblGrid>
      <w:tr>
        <w:trPr>
          <w:cantSplit/>
          <w:tblHeader/>
        </w:trPr>
        <w:tc>
          <w:tcPr>
            <w:tcW w:type="dxa" w:w="2670"/>
            <w:shd w:val="clear" w:color="auto" w:fill="E8E8E8"/>
          </w:tcPr>
          <w:p>
            <w:pPr>
              <w:spacing w:after="0"/>
              <w:jc w:val="left"/>
            </w:pPr>
            <w:r>
              <w:rPr>
                <w:b/>
                <w:sz w:val="16"/>
              </w:rPr>
              <w:t>Scope</w:t>
            </w:r>
          </w:p>
        </w:tc>
        <w:tc>
          <w:tcPr>
            <w:tcW w:type="dxa" w:w="1609"/>
            <w:shd w:val="clear" w:color="auto" w:fill="E8E8E8"/>
          </w:tcPr>
          <w:p>
            <w:pPr>
              <w:spacing w:after="0"/>
              <w:jc w:val="right"/>
            </w:pPr>
            <w:r>
              <w:rPr>
                <w:b/>
                <w:sz w:val="16"/>
              </w:rPr>
              <w:t>RL, FMA</w:t>
            </w:r>
          </w:p>
          <w:p>
            <w:pPr>
              <w:spacing w:after="0"/>
              <w:jc w:val="right"/>
            </w:pPr>
            <w:r>
              <w:rPr>
                <w:i/>
                <w:color w:val="555555"/>
                <w:sz w:val="14"/>
              </w:rPr>
              <w:t>properties</w:t>
            </w:r>
          </w:p>
        </w:tc>
        <w:tc>
          <w:tcPr>
            <w:tcW w:type="dxa" w:w="1609"/>
            <w:shd w:val="clear" w:color="auto" w:fill="E8E8E8"/>
          </w:tcPr>
          <w:p>
            <w:pPr>
              <w:spacing w:after="0"/>
              <w:jc w:val="right"/>
            </w:pPr>
            <w:r>
              <w:rPr>
                <w:b/>
                <w:sz w:val="16"/>
              </w:rPr>
              <w:t>SRL, FMA</w:t>
            </w:r>
          </w:p>
          <w:p>
            <w:pPr>
              <w:spacing w:after="0"/>
              <w:jc w:val="right"/>
            </w:pPr>
            <w:r>
              <w:rPr>
                <w:i/>
                <w:color w:val="555555"/>
                <w:sz w:val="14"/>
              </w:rPr>
              <w:t>properties</w:t>
            </w:r>
          </w:p>
        </w:tc>
        <w:tc>
          <w:tcPr>
            <w:tcW w:type="dxa" w:w="1609"/>
            <w:shd w:val="clear" w:color="auto" w:fill="E8E8E8"/>
          </w:tcPr>
          <w:p>
            <w:pPr>
              <w:spacing w:after="0"/>
              <w:jc w:val="right"/>
            </w:pPr>
            <w:r>
              <w:rPr>
                <w:b/>
                <w:sz w:val="16"/>
              </w:rPr>
              <w:t>RL, NFIP</w:t>
            </w:r>
          </w:p>
          <w:p>
            <w:pPr>
              <w:spacing w:after="0"/>
              <w:jc w:val="right"/>
            </w:pPr>
            <w:r>
              <w:rPr>
                <w:i/>
                <w:color w:val="555555"/>
                <w:sz w:val="14"/>
              </w:rPr>
              <w:t>properties</w:t>
            </w:r>
          </w:p>
        </w:tc>
        <w:tc>
          <w:tcPr>
            <w:tcW w:type="dxa" w:w="1609"/>
            <w:shd w:val="clear" w:color="auto" w:fill="E8E8E8"/>
          </w:tcPr>
          <w:p>
            <w:pPr>
              <w:spacing w:after="0"/>
              <w:jc w:val="right"/>
            </w:pPr>
            <w:r>
              <w:rPr>
                <w:b/>
                <w:sz w:val="16"/>
              </w:rPr>
              <w:t>SRL, NFIP</w:t>
            </w:r>
          </w:p>
          <w:p>
            <w:pPr>
              <w:spacing w:after="0"/>
              <w:jc w:val="right"/>
            </w:pPr>
            <w:r>
              <w:rPr>
                <w:i/>
                <w:color w:val="555555"/>
                <w:sz w:val="14"/>
              </w:rPr>
              <w:t>properties</w:t>
            </w:r>
          </w:p>
        </w:tc>
        <w:tc>
          <w:tcPr>
            <w:tcW w:type="dxa" w:w="160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9"/>
            <w:shd w:val="clear" w:color="auto" w:fill="E8E8E8"/>
          </w:tcPr>
          <w:p>
            <w:pPr>
              <w:spacing w:after="0"/>
              <w:jc w:val="right"/>
            </w:pPr>
            <w:r>
              <w:rPr>
                <w:b/>
                <w:sz w:val="16"/>
              </w:rPr>
              <w:t>Mitigated</w:t>
            </w:r>
          </w:p>
          <w:p>
            <w:pPr>
              <w:spacing w:after="0"/>
              <w:jc w:val="right"/>
            </w:pPr>
            <w:r>
              <w:rPr>
                <w:i/>
                <w:color w:val="555555"/>
                <w:sz w:val="14"/>
              </w:rPr>
              <w:t>properties</w:t>
            </w:r>
          </w:p>
        </w:tc>
        <w:tc>
          <w:tcPr>
            <w:tcW w:type="dxa" w:w="17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70"/>
          </w:tcPr>
          <w:p>
            <w:pPr>
              <w:spacing w:after="0"/>
              <w:jc w:val="left"/>
            </w:pPr>
            <w:r>
              <w:rPr>
                <w:sz w:val="16"/>
              </w:rPr>
              <w:t>County total</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609"/>
          </w:tcPr>
          <w:p>
            <w:pPr>
              <w:spacing w:after="0"/>
              <w:jc w:val="right"/>
            </w:pPr>
            <w:r>
              <w:rPr>
                <w:sz w:val="16"/>
              </w:rPr>
              <w:t>8</w:t>
            </w:r>
          </w:p>
        </w:tc>
        <w:tc>
          <w:tcPr>
            <w:tcW w:type="dxa" w:w="1609"/>
          </w:tcPr>
          <w:p>
            <w:pPr>
              <w:spacing w:after="0"/>
              <w:jc w:val="right"/>
            </w:pPr>
            <w:r>
              <w:rPr>
                <w:sz w:val="16"/>
              </w:rPr>
              <w:t>0</w:t>
            </w:r>
          </w:p>
        </w:tc>
        <w:tc>
          <w:tcPr>
            <w:tcW w:type="dxa" w:w="1609"/>
          </w:tcPr>
          <w:p>
            <w:pPr>
              <w:spacing w:after="0"/>
              <w:jc w:val="right"/>
            </w:pPr>
            <w:r>
              <w:rPr>
                <w:sz w:val="16"/>
              </w:rPr>
              <w:t>9</w:t>
            </w:r>
          </w:p>
        </w:tc>
        <w:tc>
          <w:tcPr>
            <w:tcW w:type="dxa" w:w="1609"/>
          </w:tcPr>
          <w:p>
            <w:pPr>
              <w:spacing w:after="0"/>
              <w:jc w:val="right"/>
            </w:pPr>
            <w:r>
              <w:rPr>
                <w:sz w:val="16"/>
              </w:rPr>
              <w:t>0</w:t>
            </w:r>
          </w:p>
        </w:tc>
        <w:tc>
          <w:tcPr>
            <w:tcW w:type="dxa" w:w="1791"/>
          </w:tcPr>
          <w:p>
            <w:pPr>
              <w:spacing w:after="0"/>
              <w:jc w:val="right"/>
            </w:pPr>
            <w:r>
              <w:rPr>
                <w:sz w:val="16"/>
              </w:rPr>
              <w:t>2</w:t>
            </w:r>
          </w:p>
        </w:tc>
      </w:tr>
      <w:tr>
        <w:trPr>
          <w:cantSplit/>
        </w:trPr>
        <w:tc>
          <w:tcPr>
            <w:tcW w:type="dxa" w:w="2670"/>
          </w:tcPr>
          <w:p>
            <w:pPr>
              <w:spacing w:after="0"/>
              <w:jc w:val="left"/>
            </w:pPr>
            <w:r>
              <w:rPr>
                <w:sz w:val="16"/>
              </w:rPr>
              <w:t>FLEMINGSBURG, CITY OF</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609"/>
          </w:tcPr>
          <w:p>
            <w:pPr>
              <w:spacing w:after="0"/>
              <w:jc w:val="right"/>
            </w:pPr>
            <w:r>
              <w:rPr>
                <w:sz w:val="16"/>
              </w:rPr>
              <w:t>4</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FLEMING COUNTY *</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5</w:t>
            </w:r>
          </w:p>
        </w:tc>
        <w:tc>
          <w:tcPr>
            <w:tcW w:type="dxa" w:w="1609"/>
          </w:tcPr>
          <w:p>
            <w:pPr>
              <w:spacing w:after="0"/>
              <w:jc w:val="right"/>
            </w:pPr>
            <w:r>
              <w:rPr>
                <w:sz w:val="16"/>
              </w:rPr>
              <w:t>0</w:t>
            </w:r>
          </w:p>
        </w:tc>
        <w:tc>
          <w:tcPr>
            <w:tcW w:type="dxa" w:w="1609"/>
          </w:tcPr>
          <w:p>
            <w:pPr>
              <w:spacing w:after="0"/>
              <w:jc w:val="right"/>
            </w:pPr>
            <w:r>
              <w:rPr>
                <w:sz w:val="16"/>
              </w:rPr>
              <w:t>5</w:t>
            </w:r>
          </w:p>
        </w:tc>
        <w:tc>
          <w:tcPr>
            <w:tcW w:type="dxa" w:w="1609"/>
          </w:tcPr>
          <w:p>
            <w:pPr>
              <w:spacing w:after="0"/>
              <w:jc w:val="right"/>
            </w:pPr>
            <w:r>
              <w:rPr>
                <w:sz w:val="16"/>
              </w:rPr>
              <w:t>0</w:t>
            </w:r>
          </w:p>
        </w:tc>
        <w:tc>
          <w:tcPr>
            <w:tcW w:type="dxa" w:w="1791"/>
          </w:tcPr>
          <w:p>
            <w:pPr>
              <w:spacing w:after="0"/>
              <w:jc w:val="right"/>
            </w:pPr>
            <w:r>
              <w:rPr>
                <w:sz w:val="16"/>
              </w:rPr>
              <w:t>2</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Fleming County (unincorporated area)</w:t>
            </w:r>
          </w:p>
        </w:tc>
        <w:tc>
          <w:tcPr>
            <w:tcW w:type="dxa" w:w="1473"/>
          </w:tcPr>
          <w:p>
            <w:pPr>
              <w:spacing w:after="0"/>
              <w:jc w:val="left"/>
            </w:pPr>
            <w:r>
              <w:rPr>
                <w:sz w:val="16"/>
              </w:rPr>
              <w:t>210335</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5</w:t>
            </w:r>
          </w:p>
        </w:tc>
        <w:tc>
          <w:tcPr>
            <w:tcW w:type="dxa" w:w="1323"/>
          </w:tcPr>
          <w:p>
            <w:pPr>
              <w:spacing w:after="0"/>
              <w:jc w:val="right"/>
            </w:pPr>
            <w:r>
              <w:rPr>
                <w:sz w:val="16"/>
              </w:rPr>
              <w:t>0</w:t>
            </w:r>
          </w:p>
        </w:tc>
        <w:tc>
          <w:tcPr>
            <w:tcW w:type="dxa" w:w="1323"/>
          </w:tcPr>
          <w:p>
            <w:pPr>
              <w:spacing w:after="0"/>
              <w:jc w:val="right"/>
            </w:pPr>
            <w:r>
              <w:rPr>
                <w:sz w:val="16"/>
              </w:rPr>
              <w:t>5</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r>
        <w:trPr>
          <w:cantSplit/>
        </w:trPr>
        <w:tc>
          <w:tcPr>
            <w:tcW w:type="dxa" w:w="2321"/>
          </w:tcPr>
          <w:p>
            <w:pPr>
              <w:spacing w:after="0"/>
              <w:jc w:val="left"/>
            </w:pPr>
            <w:r>
              <w:rPr>
                <w:sz w:val="16"/>
              </w:rPr>
              <w:t>Ewing city</w:t>
            </w:r>
          </w:p>
        </w:tc>
        <w:tc>
          <w:tcPr>
            <w:tcW w:type="dxa" w:w="1473"/>
          </w:tcPr>
          <w:p>
            <w:pPr>
              <w:spacing w:after="0"/>
              <w:jc w:val="left"/>
            </w:pPr>
            <w:r>
              <w:rPr>
                <w:sz w:val="16"/>
              </w:rPr>
              <w:t>210440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Flemingsburg city</w:t>
            </w:r>
          </w:p>
        </w:tc>
        <w:tc>
          <w:tcPr>
            <w:tcW w:type="dxa" w:w="1473"/>
          </w:tcPr>
          <w:p>
            <w:pPr>
              <w:spacing w:after="0"/>
              <w:jc w:val="left"/>
            </w:pPr>
            <w:r>
              <w:rPr>
                <w:sz w:val="16"/>
              </w:rPr>
              <w:t>210068</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323"/>
          </w:tcPr>
          <w:p>
            <w:pPr>
              <w:spacing w:after="0"/>
              <w:jc w:val="right"/>
            </w:pPr>
            <w:r>
              <w:rPr>
                <w:sz w:val="16"/>
              </w:rPr>
              <w:t>4</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Fleming County, KY: risk-assessment baseline packet, release 2026-10 (data as of 2026-09-28; County area 21069).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Fleming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Fleming County, KY: Risk-assessment baseline packet</dc:title>
  <dc:subject>Hazard Plain release 2026-10, as of 2026-09-28. Preview: automated baseline</dc:subject>
  <dc:creator>Hazard Plain</dc:creator>
  <cp:keywords>Hazard Plain; hazard mitigation; risk assessment; 21069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