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Crittenden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21055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2028-04-13</w:t>
      </w:r>
    </w:p>
    <w:p>
      <w:pPr>
        <w:keepNext/>
        <w:spacing w:after="40" w:before="0"/>
      </w:pPr>
      <w:r>
        <w:rPr>
          <w:b/>
        </w:rPr>
        <w:t xml:space="preserve">Plan: </w:t>
      </w:r>
      <w:r>
        <w:rPr/>
        <w:t>Pennyrile ADD Regional (FEMA plan 108982)</w:t>
      </w:r>
    </w:p>
    <w:p>
      <w:pPr>
        <w:keepNext/>
        <w:spacing w:after="40" w:before="0"/>
      </w:pPr>
      <w:r>
        <w:rPr>
          <w:b/>
        </w:rPr>
        <w:t xml:space="preserve">Approved: </w:t>
      </w:r>
      <w:r>
        <w:rPr/>
        <w:t>2023-04-14</w:t>
      </w:r>
    </w:p>
    <w:p>
      <w:pPr>
        <w:keepNext/>
        <w:spacing w:after="40" w:before="0"/>
      </w:pPr>
      <w:r>
        <w:rPr>
          <w:b/>
        </w:rPr>
        <w:t xml:space="preserve">Expires: </w:t>
      </w:r>
      <w:r>
        <w:rPr/>
        <w:t>2028-04-13</w:t>
      </w:r>
    </w:p>
    <w:p>
      <w:pPr>
        <w:keepNext/>
        <w:spacing w:after="40" w:before="0"/>
      </w:pPr>
      <w:r>
        <w:rPr>
          <w:b/>
        </w:rPr>
        <w:t xml:space="preserve">As of: </w:t>
      </w:r>
      <w:r>
        <w:rPr/>
        <w:t>2026-09-28</w:t>
      </w:r>
    </w:p>
    <w:p>
      <w:pPr>
        <w:keepNext/>
        <w:spacing w:after="40" w:before="0"/>
      </w:pPr>
      <w:r>
        <w:rPr>
          <w:b/>
        </w:rPr>
        <w:t xml:space="preserve">Days: </w:t>
      </w:r>
      <w:r>
        <w:rPr/>
        <w:t>563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DR-4804-KY, EM-3624-KY, DR-4860-KY, EM-3626-KY, DR-4864-KY, DR-4875-KY, EM-3633-KY (7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7"/>
        <w:gridCol w:w="1416"/>
        <w:gridCol w:w="2686"/>
        <w:gridCol w:w="3866"/>
        <w:gridCol w:w="1053"/>
        <w:gridCol w:w="1053"/>
        <w:gridCol w:w="908"/>
        <w:gridCol w:w="963"/>
        <w:gridCol w:w="658"/>
      </w:tblGrid>
      <w:tr>
        <w:trPr>
          <w:cantSplit/>
          <w:tblHeader/>
        </w:trPr>
        <w:tc>
          <w:tcPr>
            <w:tcW w:type="dxa" w:w="1507"/>
            <w:shd w:val="clear" w:color="auto" w:fill="E8E8E8"/>
          </w:tcPr>
          <w:p>
            <w:pPr>
              <w:spacing w:after="0"/>
              <w:jc w:val="left"/>
            </w:pPr>
            <w:r>
              <w:rPr>
                <w:b/>
                <w:sz w:val="16"/>
              </w:rPr>
              <w:t>Jurisdiction</w:t>
            </w:r>
          </w:p>
        </w:tc>
        <w:tc>
          <w:tcPr>
            <w:tcW w:type="dxa" w:w="1416"/>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Status</w:t>
            </w:r>
          </w:p>
        </w:tc>
        <w:tc>
          <w:tcPr>
            <w:tcW w:type="dxa" w:w="3866"/>
            <w:shd w:val="clear" w:color="auto" w:fill="E8E8E8"/>
          </w:tcPr>
          <w:p>
            <w:pPr>
              <w:spacing w:after="0"/>
              <w:jc w:val="left"/>
            </w:pPr>
            <w:r>
              <w:rPr>
                <w:b/>
                <w:sz w:val="16"/>
              </w:rPr>
              <w:t>Plan</w:t>
            </w:r>
          </w:p>
        </w:tc>
        <w:tc>
          <w:tcPr>
            <w:tcW w:type="dxa" w:w="1053"/>
            <w:shd w:val="clear" w:color="auto" w:fill="E8E8E8"/>
          </w:tcPr>
          <w:p>
            <w:pPr>
              <w:spacing w:after="0"/>
              <w:jc w:val="left"/>
            </w:pPr>
            <w:r>
              <w:rPr>
                <w:b/>
                <w:sz w:val="16"/>
              </w:rPr>
              <w:t>Approved</w:t>
            </w:r>
          </w:p>
        </w:tc>
        <w:tc>
          <w:tcPr>
            <w:tcW w:type="dxa" w:w="1053"/>
            <w:shd w:val="clear" w:color="auto" w:fill="E8E8E8"/>
          </w:tcPr>
          <w:p>
            <w:pPr>
              <w:spacing w:after="0"/>
              <w:jc w:val="left"/>
            </w:pPr>
            <w:r>
              <w:rPr>
                <w:b/>
                <w:sz w:val="16"/>
              </w:rPr>
              <w:t>Expires</w:t>
            </w:r>
          </w:p>
        </w:tc>
        <w:tc>
          <w:tcPr>
            <w:tcW w:type="dxa" w:w="90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63"/>
            <w:shd w:val="clear" w:color="auto" w:fill="E8E8E8"/>
          </w:tcPr>
          <w:p>
            <w:pPr>
              <w:spacing w:after="0"/>
              <w:jc w:val="left"/>
            </w:pPr>
            <w:r>
              <w:rPr>
                <w:b/>
                <w:sz w:val="16"/>
              </w:rPr>
              <w:t>Update underway</w:t>
            </w:r>
          </w:p>
        </w:tc>
        <w:tc>
          <w:tcPr>
            <w:tcW w:type="dxa" w:w="658"/>
            <w:shd w:val="clear" w:color="auto" w:fill="E8E8E8"/>
          </w:tcPr>
          <w:p>
            <w:pPr>
              <w:spacing w:after="0"/>
              <w:jc w:val="left"/>
            </w:pPr>
            <w:r>
              <w:rPr>
                <w:b/>
                <w:sz w:val="16"/>
              </w:rPr>
              <w:t>Notes</w:t>
            </w:r>
          </w:p>
        </w:tc>
      </w:tr>
      <w:tr>
        <w:trPr>
          <w:cantSplit/>
        </w:trPr>
        <w:tc>
          <w:tcPr>
            <w:tcW w:type="dxa" w:w="1507"/>
          </w:tcPr>
          <w:p>
            <w:pPr>
              <w:spacing w:after="0"/>
              <w:jc w:val="left"/>
            </w:pPr>
            <w:r>
              <w:rPr>
                <w:sz w:val="16"/>
              </w:rPr>
              <w:t>Crittenden County (unincorporated area)</w:t>
            </w:r>
          </w:p>
        </w:tc>
        <w:tc>
          <w:tcPr>
            <w:tcW w:type="dxa" w:w="1416"/>
          </w:tcPr>
          <w:p>
            <w:pPr>
              <w:spacing w:after="0"/>
              <w:jc w:val="left"/>
            </w:pPr>
            <w:r>
              <w:rPr>
                <w:sz w:val="16"/>
              </w:rPr>
              <w:t>Unincorporated</w:t>
            </w:r>
          </w:p>
        </w:tc>
        <w:tc>
          <w:tcPr>
            <w:tcW w:type="dxa" w:w="2686"/>
          </w:tcPr>
          <w:p>
            <w:pPr>
              <w:spacing w:after="0"/>
              <w:jc w:val="left"/>
            </w:pPr>
            <w:r>
              <w:rPr>
                <w:sz w:val="16"/>
              </w:rPr>
              <w:t>Approved, expires 2028-04-13</w:t>
            </w:r>
          </w:p>
        </w:tc>
        <w:tc>
          <w:tcPr>
            <w:tcW w:type="dxa" w:w="3866"/>
          </w:tcPr>
          <w:p>
            <w:pPr>
              <w:spacing w:after="0"/>
              <w:jc w:val="left"/>
            </w:pPr>
            <w:r>
              <w:rPr>
                <w:sz w:val="16"/>
              </w:rPr>
              <w:t>Pennyrile ADD Regional (FEMA plan 108982)</w:t>
            </w:r>
          </w:p>
        </w:tc>
        <w:tc>
          <w:tcPr>
            <w:tcW w:type="dxa" w:w="1053"/>
          </w:tcPr>
          <w:p>
            <w:pPr>
              <w:spacing w:after="0"/>
              <w:jc w:val="left"/>
            </w:pPr>
            <w:r>
              <w:rPr>
                <w:sz w:val="16"/>
              </w:rPr>
              <w:t>2023-04-14</w:t>
            </w:r>
          </w:p>
        </w:tc>
        <w:tc>
          <w:tcPr>
            <w:tcW w:type="dxa" w:w="1053"/>
          </w:tcPr>
          <w:p>
            <w:pPr>
              <w:spacing w:after="0"/>
              <w:jc w:val="left"/>
            </w:pPr>
            <w:r>
              <w:rPr>
                <w:sz w:val="16"/>
              </w:rPr>
              <w:t>2028-04-13</w:t>
            </w:r>
          </w:p>
        </w:tc>
        <w:tc>
          <w:tcPr>
            <w:tcW w:type="dxa" w:w="908"/>
          </w:tcPr>
          <w:p>
            <w:pPr>
              <w:spacing w:after="0"/>
              <w:jc w:val="right"/>
            </w:pPr>
            <w:r>
              <w:rPr>
                <w:sz w:val="16"/>
              </w:rPr>
              <w:t>563</w:t>
            </w:r>
          </w:p>
        </w:tc>
        <w:tc>
          <w:tcPr>
            <w:tcW w:type="dxa" w:w="963"/>
          </w:tcPr>
          <w:p>
            <w:pPr>
              <w:spacing w:after="0"/>
              <w:jc w:val="left"/>
            </w:pPr>
          </w:p>
        </w:tc>
        <w:tc>
          <w:tcPr>
            <w:tcW w:type="dxa" w:w="658"/>
          </w:tcPr>
          <w:p>
            <w:pPr>
              <w:spacing w:after="0"/>
              <w:jc w:val="left"/>
            </w:pPr>
          </w:p>
        </w:tc>
      </w:tr>
      <w:tr>
        <w:trPr>
          <w:cantSplit/>
        </w:trPr>
        <w:tc>
          <w:tcPr>
            <w:tcW w:type="dxa" w:w="1507"/>
          </w:tcPr>
          <w:p>
            <w:pPr>
              <w:spacing w:after="0"/>
              <w:jc w:val="left"/>
            </w:pPr>
            <w:r>
              <w:rPr>
                <w:sz w:val="16"/>
              </w:rPr>
              <w:t>Marion city</w:t>
            </w:r>
          </w:p>
        </w:tc>
        <w:tc>
          <w:tcPr>
            <w:tcW w:type="dxa" w:w="1416"/>
          </w:tcPr>
          <w:p>
            <w:pPr>
              <w:spacing w:after="0"/>
              <w:jc w:val="left"/>
            </w:pPr>
            <w:r>
              <w:rPr>
                <w:sz w:val="16"/>
              </w:rPr>
              <w:t>City</w:t>
            </w:r>
          </w:p>
        </w:tc>
        <w:tc>
          <w:tcPr>
            <w:tcW w:type="dxa" w:w="2686"/>
          </w:tcPr>
          <w:p>
            <w:pPr>
              <w:spacing w:after="0"/>
              <w:jc w:val="left"/>
            </w:pPr>
            <w:r>
              <w:rPr>
                <w:sz w:val="16"/>
              </w:rPr>
              <w:t>Approved, expires 2028-04-13</w:t>
            </w:r>
          </w:p>
        </w:tc>
        <w:tc>
          <w:tcPr>
            <w:tcW w:type="dxa" w:w="3866"/>
          </w:tcPr>
          <w:p>
            <w:pPr>
              <w:spacing w:after="0"/>
              <w:jc w:val="left"/>
            </w:pPr>
            <w:r>
              <w:rPr>
                <w:sz w:val="16"/>
              </w:rPr>
              <w:t>Pennyrile ADD Regional (FEMA plan 108982)</w:t>
            </w:r>
          </w:p>
        </w:tc>
        <w:tc>
          <w:tcPr>
            <w:tcW w:type="dxa" w:w="1053"/>
          </w:tcPr>
          <w:p>
            <w:pPr>
              <w:spacing w:after="0"/>
              <w:jc w:val="left"/>
            </w:pPr>
            <w:r>
              <w:rPr>
                <w:sz w:val="16"/>
              </w:rPr>
              <w:t>2023-04-14</w:t>
            </w:r>
          </w:p>
        </w:tc>
        <w:tc>
          <w:tcPr>
            <w:tcW w:type="dxa" w:w="1053"/>
          </w:tcPr>
          <w:p>
            <w:pPr>
              <w:spacing w:after="0"/>
              <w:jc w:val="left"/>
            </w:pPr>
            <w:r>
              <w:rPr>
                <w:sz w:val="16"/>
              </w:rPr>
              <w:t>2028-04-13</w:t>
            </w:r>
          </w:p>
        </w:tc>
        <w:tc>
          <w:tcPr>
            <w:tcW w:type="dxa" w:w="908"/>
          </w:tcPr>
          <w:p>
            <w:pPr>
              <w:spacing w:after="0"/>
              <w:jc w:val="right"/>
            </w:pPr>
            <w:r>
              <w:rPr>
                <w:sz w:val="16"/>
              </w:rPr>
              <w:t>563</w:t>
            </w:r>
          </w:p>
        </w:tc>
        <w:tc>
          <w:tcPr>
            <w:tcW w:type="dxa" w:w="963"/>
          </w:tcPr>
          <w:p>
            <w:pPr>
              <w:spacing w:after="0"/>
              <w:jc w:val="left"/>
            </w:pPr>
          </w:p>
        </w:tc>
        <w:tc>
          <w:tcPr>
            <w:tcW w:type="dxa" w:w="658"/>
          </w:tcPr>
          <w:p>
            <w:pPr>
              <w:spacing w:after="0"/>
              <w:jc w:val="left"/>
            </w:pPr>
          </w:p>
        </w:tc>
      </w:tr>
    </w:tbl>
    <w:p>
      <w:pPr>
        <w:spacing w:after="40" w:before="60"/>
      </w:pPr>
      <w:r>
        <w:rPr>
          <w:sz w:val="15"/>
        </w:rPr>
        <w:t>Plan 108982 lists 40 other participants not on this page, 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$2,472,050</w:t>
            </w:r>
          </w:p>
        </w:tc>
        <w:tc>
          <w:tcPr>
            <w:tcW w:type="dxa" w:w="1126"/>
          </w:tcPr>
          <w:p>
            <w:pPr>
              <w:spacing w:after="0"/>
              <w:jc w:val="right"/>
            </w:pPr>
            <w:r>
              <w:rPr>
                <w:sz w:val="16"/>
              </w:rPr>
              <w:t>$18,412</w:t>
            </w:r>
          </w:p>
        </w:tc>
        <w:tc>
          <w:tcPr>
            <w:tcW w:type="dxa" w:w="1297"/>
          </w:tcPr>
          <w:p>
            <w:pPr>
              <w:spacing w:after="0"/>
              <w:jc w:val="right"/>
            </w:pPr>
            <w:r>
              <w:rPr>
                <w:sz w:val="16"/>
              </w:rPr>
              <w:t>$176,090</w:t>
            </w:r>
          </w:p>
        </w:tc>
        <w:tc>
          <w:tcPr>
            <w:tcW w:type="dxa" w:w="1111"/>
          </w:tcPr>
          <w:p>
            <w:pPr>
              <w:spacing w:after="0"/>
              <w:jc w:val="right"/>
            </w:pPr>
            <w:r>
              <w:rPr>
                <w:sz w:val="16"/>
              </w:rPr>
              <w:t>$2,666,552</w:t>
            </w:r>
          </w:p>
        </w:tc>
        <w:tc>
          <w:tcPr>
            <w:tcW w:type="dxa" w:w="1199"/>
          </w:tcPr>
          <w:p>
            <w:pPr>
              <w:spacing w:after="0"/>
              <w:jc w:val="right"/>
            </w:pPr>
            <w:r>
              <w:rPr>
                <w:sz w:val="16"/>
              </w:rPr>
              <w:t>66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$914,578</w:t>
            </w:r>
          </w:p>
        </w:tc>
        <w:tc>
          <w:tcPr>
            <w:tcW w:type="dxa" w:w="1126"/>
          </w:tcPr>
          <w:p>
            <w:pPr>
              <w:spacing w:after="0"/>
              <w:jc w:val="right"/>
            </w:pPr>
          </w:p>
        </w:tc>
        <w:tc>
          <w:tcPr>
            <w:tcW w:type="dxa" w:w="1297"/>
          </w:tcPr>
          <w:p>
            <w:pPr>
              <w:spacing w:after="0"/>
              <w:jc w:val="right"/>
            </w:pPr>
            <w:r>
              <w:rPr>
                <w:sz w:val="16"/>
              </w:rPr>
              <w:t>$518,837</w:t>
            </w:r>
          </w:p>
        </w:tc>
        <w:tc>
          <w:tcPr>
            <w:tcW w:type="dxa" w:w="1111"/>
          </w:tcPr>
          <w:p>
            <w:pPr>
              <w:spacing w:after="0"/>
              <w:jc w:val="right"/>
            </w:pPr>
            <w:r>
              <w:rPr>
                <w:sz w:val="16"/>
              </w:rPr>
              <w:t>$1,433,415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$365,033</w:t>
            </w:r>
          </w:p>
        </w:tc>
        <w:tc>
          <w:tcPr>
            <w:tcW w:type="dxa" w:w="1126"/>
          </w:tcPr>
          <w:p>
            <w:pPr>
              <w:spacing w:after="0"/>
              <w:jc w:val="right"/>
            </w:pPr>
            <w:r>
              <w:rPr>
                <w:sz w:val="16"/>
              </w:rPr>
              <w:t>$2,430</w:t>
            </w:r>
          </w:p>
        </w:tc>
        <w:tc>
          <w:tcPr>
            <w:tcW w:type="dxa" w:w="1297"/>
          </w:tcPr>
          <w:p>
            <w:pPr>
              <w:spacing w:after="0"/>
              <w:jc w:val="right"/>
            </w:pPr>
            <w:r>
              <w:rPr>
                <w:sz w:val="16"/>
              </w:rPr>
              <w:t>$480,901</w:t>
            </w:r>
          </w:p>
        </w:tc>
        <w:tc>
          <w:tcPr>
            <w:tcW w:type="dxa" w:w="1111"/>
          </w:tcPr>
          <w:p>
            <w:pPr>
              <w:spacing w:after="0"/>
              <w:jc w:val="right"/>
            </w:pPr>
            <w:r>
              <w:rPr>
                <w:sz w:val="16"/>
              </w:rPr>
              <w:t>$848,363</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$287,092</w:t>
            </w:r>
          </w:p>
        </w:tc>
        <w:tc>
          <w:tcPr>
            <w:tcW w:type="dxa" w:w="1126"/>
          </w:tcPr>
          <w:p>
            <w:pPr>
              <w:spacing w:after="0"/>
              <w:jc w:val="right"/>
            </w:pPr>
            <w:r>
              <w:rPr>
                <w:sz w:val="16"/>
              </w:rPr>
              <w:t>$186,087</w:t>
            </w:r>
          </w:p>
        </w:tc>
        <w:tc>
          <w:tcPr>
            <w:tcW w:type="dxa" w:w="1297"/>
          </w:tcPr>
          <w:p>
            <w:pPr>
              <w:spacing w:after="0"/>
              <w:jc w:val="right"/>
            </w:pPr>
            <w:r>
              <w:rPr>
                <w:sz w:val="16"/>
              </w:rPr>
              <w:t>$123,577</w:t>
            </w:r>
          </w:p>
        </w:tc>
        <w:tc>
          <w:tcPr>
            <w:tcW w:type="dxa" w:w="1111"/>
          </w:tcPr>
          <w:p>
            <w:pPr>
              <w:spacing w:after="0"/>
              <w:jc w:val="right"/>
            </w:pPr>
            <w:r>
              <w:rPr>
                <w:sz w:val="16"/>
              </w:rPr>
              <w:t>$596,756</w:t>
            </w:r>
          </w:p>
        </w:tc>
        <w:tc>
          <w:tcPr>
            <w:tcW w:type="dxa" w:w="1199"/>
          </w:tcPr>
          <w:p>
            <w:pPr>
              <w:spacing w:after="0"/>
              <w:jc w:val="right"/>
            </w:pPr>
            <w:r>
              <w:rPr>
                <w:sz w:val="16"/>
              </w:rPr>
              <w:t>117</w:t>
            </w:r>
          </w:p>
        </w:tc>
        <w:tc>
          <w:tcPr>
            <w:tcW w:type="dxa" w:w="2172"/>
          </w:tcPr>
          <w:p>
            <w:pPr>
              <w:spacing w:after="0"/>
              <w:jc w:val="left"/>
            </w:pPr>
          </w:p>
        </w:tc>
        <w:tc>
          <w:tcPr>
            <w:tcW w:type="dxa" w:w="2080"/>
          </w:tcPr>
          <w:p>
            <w:pPr>
              <w:spacing w:after="0"/>
              <w:jc w:val="left"/>
            </w:pPr>
            <w:r>
              <w:rPr>
                <w:sz w:val="16"/>
              </w:rPr>
              <w:t>Includes 9 High Wind records and 64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Ice Storm</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037"/>
          </w:tcPr>
          <w:p>
            <w:pPr>
              <w:spacing w:after="0"/>
              <w:jc w:val="right"/>
            </w:pPr>
            <w:r>
              <w:rPr>
                <w:sz w:val="16"/>
              </w:rPr>
              <w:t>$525,675</w:t>
            </w:r>
          </w:p>
        </w:tc>
        <w:tc>
          <w:tcPr>
            <w:tcW w:type="dxa" w:w="1126"/>
          </w:tcPr>
          <w:p>
            <w:pPr>
              <w:spacing w:after="0"/>
              <w:jc w:val="right"/>
            </w:pPr>
          </w:p>
        </w:tc>
        <w:tc>
          <w:tcPr>
            <w:tcW w:type="dxa" w:w="1297"/>
          </w:tcPr>
          <w:p>
            <w:pPr>
              <w:spacing w:after="0"/>
              <w:jc w:val="right"/>
            </w:pPr>
            <w:r>
              <w:rPr>
                <w:sz w:val="16"/>
              </w:rPr>
              <w:t>$29,661</w:t>
            </w:r>
          </w:p>
        </w:tc>
        <w:tc>
          <w:tcPr>
            <w:tcW w:type="dxa" w:w="1111"/>
          </w:tcPr>
          <w:p>
            <w:pPr>
              <w:spacing w:after="0"/>
              <w:jc w:val="right"/>
            </w:pPr>
            <w:r>
              <w:rPr>
                <w:sz w:val="16"/>
              </w:rPr>
              <w:t>$555,336</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$24</w:t>
            </w:r>
          </w:p>
        </w:tc>
        <w:tc>
          <w:tcPr>
            <w:tcW w:type="dxa" w:w="1126"/>
          </w:tcPr>
          <w:p>
            <w:pPr>
              <w:spacing w:after="0"/>
              <w:jc w:val="right"/>
            </w:pPr>
            <w:r>
              <w:rPr>
                <w:sz w:val="16"/>
              </w:rPr>
              <w:t>$34,971</w:t>
            </w:r>
          </w:p>
        </w:tc>
        <w:tc>
          <w:tcPr>
            <w:tcW w:type="dxa" w:w="1297"/>
          </w:tcPr>
          <w:p>
            <w:pPr>
              <w:spacing w:after="0"/>
              <w:jc w:val="right"/>
            </w:pPr>
            <w:r>
              <w:rPr>
                <w:sz w:val="16"/>
              </w:rPr>
              <w:t>$371,988</w:t>
            </w:r>
          </w:p>
        </w:tc>
        <w:tc>
          <w:tcPr>
            <w:tcW w:type="dxa" w:w="1111"/>
          </w:tcPr>
          <w:p>
            <w:pPr>
              <w:spacing w:after="0"/>
              <w:jc w:val="right"/>
            </w:pPr>
            <w:r>
              <w:rPr>
                <w:sz w:val="16"/>
              </w:rPr>
              <w:t>$406,984</w:t>
            </w:r>
          </w:p>
        </w:tc>
        <w:tc>
          <w:tcPr>
            <w:tcW w:type="dxa" w:w="1199"/>
          </w:tcPr>
          <w:p>
            <w:pPr>
              <w:spacing w:after="0"/>
              <w:jc w:val="right"/>
            </w:pPr>
            <w:r>
              <w:rPr>
                <w:sz w:val="16"/>
              </w:rPr>
              <w:t>67</w:t>
            </w:r>
          </w:p>
        </w:tc>
        <w:tc>
          <w:tcPr>
            <w:tcW w:type="dxa" w:w="2172"/>
          </w:tcPr>
          <w:p>
            <w:pPr>
              <w:spacing w:after="0"/>
              <w:jc w:val="left"/>
            </w:pPr>
          </w:p>
        </w:tc>
        <w:tc>
          <w:tcPr>
            <w:tcW w:type="dxa" w:w="2080"/>
          </w:tcPr>
          <w:p>
            <w:pPr>
              <w:spacing w:after="0"/>
              <w:jc w:val="left"/>
            </w:pPr>
            <w:r>
              <w:rPr>
                <w:sz w:val="16"/>
              </w:rPr>
              <w:t>Includes 48 Frost/Freeze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$334,640</w:t>
            </w:r>
          </w:p>
        </w:tc>
        <w:tc>
          <w:tcPr>
            <w:tcW w:type="dxa" w:w="1297"/>
          </w:tcPr>
          <w:p>
            <w:pPr>
              <w:spacing w:after="0"/>
              <w:jc w:val="right"/>
            </w:pPr>
          </w:p>
        </w:tc>
        <w:tc>
          <w:tcPr>
            <w:tcW w:type="dxa" w:w="1111"/>
          </w:tcPr>
          <w:p>
            <w:pPr>
              <w:spacing w:after="0"/>
              <w:jc w:val="right"/>
            </w:pPr>
            <w:r>
              <w:rPr>
                <w:sz w:val="16"/>
              </w:rPr>
              <w:t>$334,640</w:t>
            </w:r>
          </w:p>
        </w:tc>
        <w:tc>
          <w:tcPr>
            <w:tcW w:type="dxa" w:w="1199"/>
          </w:tcPr>
          <w:p>
            <w:pPr>
              <w:spacing w:after="0"/>
              <w:jc w:val="right"/>
            </w:pPr>
            <w:r>
              <w:rPr>
                <w:sz w:val="16"/>
              </w:rPr>
              <w:t>35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w:t>
            </w:r>
          </w:p>
        </w:tc>
        <w:tc>
          <w:tcPr>
            <w:tcW w:type="dxa" w:w="1126"/>
          </w:tcPr>
          <w:p>
            <w:pPr>
              <w:spacing w:after="0"/>
              <w:jc w:val="right"/>
            </w:pPr>
            <w:r>
              <w:rPr>
                <w:sz w:val="16"/>
              </w:rPr>
              <w:t>$125</w:t>
            </w:r>
          </w:p>
        </w:tc>
        <w:tc>
          <w:tcPr>
            <w:tcW w:type="dxa" w:w="1297"/>
          </w:tcPr>
          <w:p>
            <w:pPr>
              <w:spacing w:after="0"/>
              <w:jc w:val="right"/>
            </w:pPr>
            <w:r>
              <w:rPr>
                <w:sz w:val="16"/>
              </w:rPr>
              <w:t>$263,953</w:t>
            </w:r>
          </w:p>
        </w:tc>
        <w:tc>
          <w:tcPr>
            <w:tcW w:type="dxa" w:w="1111"/>
          </w:tcPr>
          <w:p>
            <w:pPr>
              <w:spacing w:after="0"/>
              <w:jc w:val="right"/>
            </w:pPr>
            <w:r>
              <w:rPr>
                <w:sz w:val="16"/>
              </w:rPr>
              <w:t>$264,092</w:t>
            </w:r>
          </w:p>
        </w:tc>
        <w:tc>
          <w:tcPr>
            <w:tcW w:type="dxa" w:w="1199"/>
          </w:tcPr>
          <w:p>
            <w:pPr>
              <w:spacing w:after="0"/>
              <w:jc w:val="right"/>
            </w:pPr>
            <w:r>
              <w:rPr>
                <w:sz w:val="16"/>
              </w:rPr>
              <w:t>78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$101,442</w:t>
            </w:r>
          </w:p>
        </w:tc>
        <w:tc>
          <w:tcPr>
            <w:tcW w:type="dxa" w:w="1126"/>
          </w:tcPr>
          <w:p>
            <w:pPr>
              <w:spacing w:after="0"/>
              <w:jc w:val="right"/>
            </w:pPr>
            <w:r>
              <w:rPr>
                <w:sz w:val="16"/>
              </w:rPr>
              <w:t>$1,363</w:t>
            </w:r>
          </w:p>
        </w:tc>
        <w:tc>
          <w:tcPr>
            <w:tcW w:type="dxa" w:w="1297"/>
          </w:tcPr>
          <w:p>
            <w:pPr>
              <w:spacing w:after="0"/>
              <w:jc w:val="right"/>
            </w:pPr>
            <w:r>
              <w:rPr>
                <w:sz w:val="16"/>
              </w:rPr>
              <w:t>$1,020</w:t>
            </w:r>
          </w:p>
        </w:tc>
        <w:tc>
          <w:tcPr>
            <w:tcW w:type="dxa" w:w="1111"/>
          </w:tcPr>
          <w:p>
            <w:pPr>
              <w:spacing w:after="0"/>
              <w:jc w:val="right"/>
            </w:pPr>
            <w:r>
              <w:rPr>
                <w:sz w:val="16"/>
              </w:rPr>
              <w:t>$103,825</w:t>
            </w:r>
          </w:p>
        </w:tc>
        <w:tc>
          <w:tcPr>
            <w:tcW w:type="dxa" w:w="1199"/>
          </w:tcPr>
          <w:p>
            <w:pPr>
              <w:spacing w:after="0"/>
              <w:jc w:val="right"/>
            </w:pPr>
            <w:r>
              <w:rPr>
                <w:sz w:val="16"/>
              </w:rPr>
              <w:t>20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$2,322</w:t>
            </w:r>
          </w:p>
        </w:tc>
        <w:tc>
          <w:tcPr>
            <w:tcW w:type="dxa" w:w="1126"/>
          </w:tcPr>
          <w:p>
            <w:pPr>
              <w:spacing w:after="0"/>
              <w:jc w:val="right"/>
            </w:pPr>
          </w:p>
        </w:tc>
        <w:tc>
          <w:tcPr>
            <w:tcW w:type="dxa" w:w="1297"/>
          </w:tcPr>
          <w:p>
            <w:pPr>
              <w:spacing w:after="0"/>
              <w:jc w:val="right"/>
            </w:pPr>
            <w:r>
              <w:rPr>
                <w:sz w:val="16"/>
              </w:rPr>
              <w:t>$60,681</w:t>
            </w:r>
          </w:p>
        </w:tc>
        <w:tc>
          <w:tcPr>
            <w:tcW w:type="dxa" w:w="1111"/>
          </w:tcPr>
          <w:p>
            <w:pPr>
              <w:spacing w:after="0"/>
              <w:jc w:val="right"/>
            </w:pPr>
            <w:r>
              <w:rPr>
                <w:sz w:val="16"/>
              </w:rPr>
              <w:t>$63,003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$35,066</w:t>
            </w:r>
          </w:p>
        </w:tc>
        <w:tc>
          <w:tcPr>
            <w:tcW w:type="dxa" w:w="1126"/>
          </w:tcPr>
          <w:p>
            <w:pPr>
              <w:spacing w:after="0"/>
              <w:jc w:val="right"/>
            </w:pPr>
            <w:r>
              <w:rPr>
                <w:sz w:val="16"/>
              </w:rPr>
              <w:t>$196</w:t>
            </w:r>
          </w:p>
        </w:tc>
        <w:tc>
          <w:tcPr>
            <w:tcW w:type="dxa" w:w="1297"/>
          </w:tcPr>
          <w:p>
            <w:pPr>
              <w:spacing w:after="0"/>
              <w:jc w:val="right"/>
            </w:pPr>
            <w:r>
              <w:rPr>
                <w:sz w:val="16"/>
              </w:rPr>
              <w:t>$8,170</w:t>
            </w:r>
          </w:p>
        </w:tc>
        <w:tc>
          <w:tcPr>
            <w:tcW w:type="dxa" w:w="1111"/>
          </w:tcPr>
          <w:p>
            <w:pPr>
              <w:spacing w:after="0"/>
              <w:jc w:val="right"/>
            </w:pPr>
            <w:r>
              <w:rPr>
                <w:sz w:val="16"/>
              </w:rPr>
              <w:t>$43,431</w:t>
            </w:r>
          </w:p>
        </w:tc>
        <w:tc>
          <w:tcPr>
            <w:tcW w:type="dxa" w:w="1199"/>
          </w:tcPr>
          <w:p>
            <w:pPr>
              <w:spacing w:after="0"/>
              <w:jc w:val="right"/>
            </w:pPr>
            <w:r>
              <w:rPr>
                <w:sz w:val="16"/>
              </w:rPr>
              <w:t>102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$3,979</w:t>
            </w:r>
          </w:p>
        </w:tc>
        <w:tc>
          <w:tcPr>
            <w:tcW w:type="dxa" w:w="1126"/>
          </w:tcPr>
          <w:p>
            <w:pPr>
              <w:spacing w:after="0"/>
              <w:jc w:val="right"/>
            </w:pPr>
            <w:r>
              <w:rPr>
                <w:sz w:val="16"/>
              </w:rPr>
              <w:t>$2,540</w:t>
            </w:r>
          </w:p>
        </w:tc>
        <w:tc>
          <w:tcPr>
            <w:tcW w:type="dxa" w:w="1297"/>
          </w:tcPr>
          <w:p>
            <w:pPr>
              <w:spacing w:after="0"/>
              <w:jc w:val="right"/>
            </w:pPr>
            <w:r>
              <w:rPr>
                <w:sz w:val="16"/>
              </w:rPr>
              <w:t>$28</w:t>
            </w:r>
          </w:p>
        </w:tc>
        <w:tc>
          <w:tcPr>
            <w:tcW w:type="dxa" w:w="1111"/>
          </w:tcPr>
          <w:p>
            <w:pPr>
              <w:spacing w:after="0"/>
              <w:jc w:val="right"/>
            </w:pPr>
            <w:r>
              <w:rPr>
                <w:sz w:val="16"/>
              </w:rPr>
              <w:t>$6,547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$1,742</w:t>
            </w:r>
          </w:p>
        </w:tc>
        <w:tc>
          <w:tcPr>
            <w:tcW w:type="dxa" w:w="1126"/>
          </w:tcPr>
          <w:p>
            <w:pPr>
              <w:spacing w:after="0"/>
              <w:jc w:val="right"/>
            </w:pPr>
            <w:r>
              <w:rPr>
                <w:sz w:val="16"/>
              </w:rPr>
              <w:t>$9</w:t>
            </w:r>
          </w:p>
        </w:tc>
        <w:tc>
          <w:tcPr>
            <w:tcW w:type="dxa" w:w="1297"/>
          </w:tcPr>
          <w:p>
            <w:pPr>
              <w:spacing w:after="0"/>
              <w:jc w:val="right"/>
            </w:pPr>
            <w:r>
              <w:rPr>
                <w:sz w:val="16"/>
              </w:rPr>
              <w:t>$337</w:t>
            </w:r>
          </w:p>
        </w:tc>
        <w:tc>
          <w:tcPr>
            <w:tcW w:type="dxa" w:w="1111"/>
          </w:tcPr>
          <w:p>
            <w:pPr>
              <w:spacing w:after="0"/>
              <w:jc w:val="right"/>
            </w:pPr>
            <w:r>
              <w:rPr>
                <w:sz w:val="16"/>
              </w:rPr>
              <w:t>$2,088</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$51</w:t>
            </w:r>
          </w:p>
        </w:tc>
        <w:tc>
          <w:tcPr>
            <w:tcW w:type="dxa" w:w="1126"/>
          </w:tcPr>
          <w:p>
            <w:pPr>
              <w:spacing w:after="0"/>
              <w:jc w:val="right"/>
            </w:pPr>
          </w:p>
        </w:tc>
        <w:tc>
          <w:tcPr>
            <w:tcW w:type="dxa" w:w="1297"/>
          </w:tcPr>
          <w:p>
            <w:pPr>
              <w:spacing w:after="0"/>
              <w:jc w:val="right"/>
            </w:pPr>
            <w:r>
              <w:rPr>
                <w:sz w:val="16"/>
              </w:rPr>
              <w:t>$326</w:t>
            </w:r>
          </w:p>
        </w:tc>
        <w:tc>
          <w:tcPr>
            <w:tcW w:type="dxa" w:w="1111"/>
          </w:tcPr>
          <w:p>
            <w:pPr>
              <w:spacing w:after="0"/>
              <w:jc w:val="right"/>
            </w:pPr>
            <w:r>
              <w:rPr>
                <w:sz w:val="16"/>
              </w:rPr>
              <w:t>$377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12 times;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4"/>
        <w:gridCol w:w="1699"/>
        <w:gridCol w:w="1554"/>
        <w:gridCol w:w="1816"/>
        <w:gridCol w:w="1956"/>
        <w:gridCol w:w="1670"/>
        <w:gridCol w:w="1574"/>
        <w:gridCol w:w="2159"/>
      </w:tblGrid>
      <w:tr>
        <w:trPr>
          <w:cantSplit/>
          <w:tblHeader/>
        </w:trPr>
        <w:tc>
          <w:tcPr>
            <w:tcW w:type="dxa" w:w="1684"/>
            <w:shd w:val="clear" w:color="auto" w:fill="E8E8E8"/>
          </w:tcPr>
          <w:p>
            <w:pPr>
              <w:spacing w:after="0"/>
              <w:jc w:val="left"/>
            </w:pPr>
            <w:r>
              <w:rPr>
                <w:b/>
                <w:sz w:val="16"/>
              </w:rPr>
              <w:t>Hazard</w:t>
            </w:r>
          </w:p>
        </w:tc>
        <w:tc>
          <w:tcPr>
            <w:tcW w:type="dxa" w:w="1699"/>
            <w:shd w:val="clear" w:color="auto" w:fill="E8E8E8"/>
          </w:tcPr>
          <w:p>
            <w:pPr>
              <w:spacing w:after="0"/>
              <w:jc w:val="left"/>
            </w:pPr>
            <w:r>
              <w:rPr>
                <w:b/>
                <w:sz w:val="16"/>
              </w:rPr>
              <w:t>Scale</w:t>
            </w:r>
          </w:p>
        </w:tc>
        <w:tc>
          <w:tcPr>
            <w:tcW w:type="dxa" w:w="1554"/>
            <w:shd w:val="clear" w:color="auto" w:fill="E8E8E8"/>
          </w:tcPr>
          <w:p>
            <w:pPr>
              <w:spacing w:after="0"/>
              <w:jc w:val="right"/>
            </w:pPr>
            <w:r>
              <w:rPr>
                <w:b/>
                <w:sz w:val="16"/>
              </w:rPr>
              <w:t>Records</w:t>
            </w:r>
          </w:p>
          <w:p>
            <w:pPr>
              <w:spacing w:after="0"/>
              <w:jc w:val="right"/>
            </w:pPr>
            <w:r>
              <w:rPr>
                <w:i/>
                <w:color w:val="555555"/>
                <w:sz w:val="14"/>
              </w:rPr>
              <w:t>count, years</w:t>
            </w:r>
          </w:p>
        </w:tc>
        <w:tc>
          <w:tcPr>
            <w:tcW w:type="dxa" w:w="1816"/>
            <w:shd w:val="clear" w:color="auto" w:fill="E8E8E8"/>
          </w:tcPr>
          <w:p>
            <w:pPr>
              <w:spacing w:after="0"/>
              <w:jc w:val="left"/>
            </w:pPr>
            <w:r>
              <w:rPr>
                <w:b/>
                <w:sz w:val="16"/>
              </w:rPr>
              <w:t>Observed range</w:t>
            </w:r>
          </w:p>
        </w:tc>
        <w:tc>
          <w:tcPr>
            <w:tcW w:type="dxa" w:w="1956"/>
            <w:shd w:val="clear" w:color="auto" w:fill="E8E8E8"/>
          </w:tcPr>
          <w:p>
            <w:pPr>
              <w:spacing w:after="0"/>
              <w:jc w:val="left"/>
            </w:pPr>
            <w:r>
              <w:rPr>
                <w:b/>
                <w:sz w:val="16"/>
              </w:rPr>
              <w:t>Worst recorded event</w:t>
            </w:r>
          </w:p>
        </w:tc>
        <w:tc>
          <w:tcPr>
            <w:tcW w:type="dxa" w:w="1670"/>
            <w:shd w:val="clear" w:color="auto" w:fill="E8E8E8"/>
          </w:tcPr>
          <w:p>
            <w:pPr>
              <w:spacing w:after="0"/>
              <w:jc w:val="left"/>
            </w:pPr>
            <w:r>
              <w:rPr>
                <w:b/>
                <w:sz w:val="16"/>
              </w:rPr>
              <w:t>Most damaging (when different)</w:t>
            </w:r>
          </w:p>
        </w:tc>
        <w:tc>
          <w:tcPr>
            <w:tcW w:type="dxa" w:w="1574"/>
            <w:shd w:val="clear" w:color="auto" w:fill="E8E8E8"/>
          </w:tcPr>
          <w:p>
            <w:pPr>
              <w:spacing w:after="0"/>
              <w:jc w:val="left"/>
            </w:pPr>
            <w:r>
              <w:rPr>
                <w:b/>
                <w:sz w:val="16"/>
              </w:rPr>
              <w:t>How it applies to members</w:t>
            </w:r>
          </w:p>
        </w:tc>
        <w:tc>
          <w:tcPr>
            <w:tcW w:type="dxa" w:w="2159"/>
            <w:shd w:val="clear" w:color="auto" w:fill="E8E8E8"/>
          </w:tcPr>
          <w:p>
            <w:pPr>
              <w:spacing w:after="0"/>
              <w:jc w:val="left"/>
            </w:pPr>
            <w:r>
              <w:rPr>
                <w:b/>
                <w:sz w:val="16"/>
              </w:rPr>
              <w:t>Note</w:t>
            </w:r>
          </w:p>
        </w:tc>
      </w:tr>
      <w:tr>
        <w:trPr>
          <w:cantSplit/>
        </w:trPr>
        <w:tc>
          <w:tcPr>
            <w:tcW w:type="dxa" w:w="1684"/>
          </w:tcPr>
          <w:p>
            <w:pPr>
              <w:spacing w:after="0"/>
              <w:jc w:val="left"/>
            </w:pPr>
            <w:r>
              <w:rPr>
                <w:sz w:val="16"/>
              </w:rPr>
              <w:t>Avalanche</w:t>
            </w:r>
          </w:p>
        </w:tc>
        <w:tc>
          <w:tcPr>
            <w:tcW w:type="dxa" w:w="1699"/>
          </w:tcPr>
          <w:p>
            <w:pPr>
              <w:spacing w:after="0"/>
              <w:jc w:val="left"/>
            </w:pPr>
            <w:r>
              <w:rPr>
                <w:sz w:val="16"/>
              </w:rPr>
              <w:t>none (count and damage)</w:t>
            </w:r>
          </w:p>
        </w:tc>
        <w:tc>
          <w:tcPr>
            <w:tcW w:type="dxa" w:w="1554"/>
          </w:tcPr>
          <w:p>
            <w:pPr>
              <w:spacing w:after="0"/>
              <w:jc w:val="right"/>
            </w:pPr>
            <w:r>
              <w:rPr>
                <w:sz w:val="16"/>
              </w:rPr>
              <w:t>0</w:t>
            </w:r>
          </w:p>
        </w:tc>
        <w:tc>
          <w:tcPr>
            <w:tcW w:type="dxa" w:w="1816"/>
          </w:tcPr>
          <w:p>
            <w:pPr>
              <w:spacing w:after="0"/>
              <w:jc w:val="left"/>
            </w:pPr>
          </w:p>
        </w:tc>
        <w:tc>
          <w:tcPr>
            <w:tcW w:type="dxa" w:w="1956"/>
          </w:tcPr>
          <w:p>
            <w:pPr>
              <w:spacing w:after="0"/>
              <w:jc w:val="left"/>
            </w:pPr>
          </w:p>
        </w:tc>
        <w:tc>
          <w:tcPr>
            <w:tcW w:type="dxa" w:w="1670"/>
          </w:tcPr>
          <w:p>
            <w:pPr>
              <w:spacing w:after="0"/>
              <w:jc w:val="left"/>
            </w:pPr>
          </w:p>
        </w:tc>
        <w:tc>
          <w:tcPr>
            <w:tcW w:type="dxa" w:w="1574"/>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Coastal Flood, Storm Surge/Tide</w:t>
            </w:r>
          </w:p>
        </w:tc>
        <w:tc>
          <w:tcPr>
            <w:tcW w:type="dxa" w:w="1699"/>
          </w:tcPr>
          <w:p>
            <w:pPr>
              <w:spacing w:after="0"/>
              <w:jc w:val="left"/>
            </w:pPr>
            <w:r>
              <w:rPr>
                <w:sz w:val="16"/>
              </w:rPr>
              <w:t>none in data (FIRM for depth)</w:t>
            </w:r>
          </w:p>
        </w:tc>
        <w:tc>
          <w:tcPr>
            <w:tcW w:type="dxa" w:w="1554"/>
          </w:tcPr>
          <w:p>
            <w:pPr>
              <w:spacing w:after="0"/>
              <w:jc w:val="right"/>
            </w:pPr>
            <w:r>
              <w:rPr>
                <w:sz w:val="16"/>
              </w:rPr>
              <w:t>0</w:t>
            </w:r>
          </w:p>
        </w:tc>
        <w:tc>
          <w:tcPr>
            <w:tcW w:type="dxa" w:w="1816"/>
          </w:tcPr>
          <w:p>
            <w:pPr>
              <w:spacing w:after="0"/>
              <w:jc w:val="left"/>
            </w:pPr>
          </w:p>
        </w:tc>
        <w:tc>
          <w:tcPr>
            <w:tcW w:type="dxa" w:w="1956"/>
          </w:tcPr>
          <w:p>
            <w:pPr>
              <w:spacing w:after="0"/>
              <w:jc w:val="left"/>
            </w:pPr>
          </w:p>
        </w:tc>
        <w:tc>
          <w:tcPr>
            <w:tcW w:type="dxa" w:w="1670"/>
          </w:tcPr>
          <w:p>
            <w:pPr>
              <w:spacing w:after="0"/>
              <w:jc w:val="left"/>
            </w:pPr>
          </w:p>
        </w:tc>
        <w:tc>
          <w:tcPr>
            <w:tcW w:type="dxa" w:w="1574"/>
          </w:tcPr>
          <w:p>
            <w:pPr>
              <w:spacing w:after="0"/>
              <w:jc w:val="left"/>
            </w:pPr>
          </w:p>
        </w:tc>
        <w:tc>
          <w:tcPr>
            <w:tcW w:type="dxa" w:w="2159"/>
          </w:tcPr>
          <w:p>
            <w:pPr>
              <w:spacing w:after="0"/>
              <w:jc w:val="left"/>
            </w:pPr>
            <w:r>
              <w:rPr>
                <w:sz w:val="16"/>
              </w:rPr>
              <w:t>Flood depth: see the FEMA Flood Insurance Rate Map.</w:t>
            </w:r>
          </w:p>
        </w:tc>
      </w:tr>
      <w:tr>
        <w:trPr>
          <w:cantSplit/>
        </w:trPr>
        <w:tc>
          <w:tcPr>
            <w:tcW w:type="dxa" w:w="1684"/>
          </w:tcPr>
          <w:p>
            <w:pPr>
              <w:spacing w:after="0"/>
              <w:jc w:val="left"/>
            </w:pPr>
            <w:r>
              <w:rPr>
                <w:sz w:val="16"/>
              </w:rPr>
              <w:t>Cold/Wind Chill, Extreme Cold/Wind Chill</w:t>
            </w:r>
          </w:p>
        </w:tc>
        <w:tc>
          <w:tcPr>
            <w:tcW w:type="dxa" w:w="1699"/>
          </w:tcPr>
          <w:p>
            <w:pPr>
              <w:spacing w:after="0"/>
              <w:jc w:val="left"/>
            </w:pPr>
            <w:r>
              <w:rPr>
                <w:sz w:val="16"/>
              </w:rPr>
              <w:t>wind chill</w:t>
            </w:r>
          </w:p>
        </w:tc>
        <w:tc>
          <w:tcPr>
            <w:tcW w:type="dxa" w:w="1554"/>
          </w:tcPr>
          <w:p>
            <w:pPr>
              <w:spacing w:after="0"/>
              <w:jc w:val="right"/>
            </w:pPr>
            <w:r>
              <w:rPr>
                <w:sz w:val="16"/>
              </w:rPr>
              <w:t>19, 1996 to 2026 (19 zone-level)</w:t>
            </w:r>
          </w:p>
        </w:tc>
        <w:tc>
          <w:tcPr>
            <w:tcW w:type="dxa" w:w="1816"/>
          </w:tcPr>
          <w:p>
            <w:pPr>
              <w:spacing w:after="0"/>
              <w:jc w:val="left"/>
            </w:pPr>
            <w:r>
              <w:rPr>
                <w:sz w:val="16"/>
              </w:rPr>
              <w:t>1 day to 24 days (median 2 days); 18 with a recorded value</w:t>
            </w:r>
          </w:p>
        </w:tc>
        <w:tc>
          <w:tcPr>
            <w:tcW w:type="dxa" w:w="1956"/>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670"/>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Wind chill: in event narratives only; local data required.</w:t>
            </w:r>
          </w:p>
        </w:tc>
      </w:tr>
      <w:tr>
        <w:trPr>
          <w:cantSplit/>
        </w:trPr>
        <w:tc>
          <w:tcPr>
            <w:tcW w:type="dxa" w:w="1684"/>
          </w:tcPr>
          <w:p>
            <w:pPr>
              <w:spacing w:after="0"/>
              <w:jc w:val="left"/>
            </w:pPr>
            <w:r>
              <w:rPr>
                <w:sz w:val="16"/>
              </w:rPr>
              <w:t>Frost/Freeze (outside NRI Cold Wave definition)</w:t>
            </w:r>
          </w:p>
        </w:tc>
        <w:tc>
          <w:tcPr>
            <w:tcW w:type="dxa" w:w="1699"/>
          </w:tcPr>
          <w:p>
            <w:pPr>
              <w:spacing w:after="0"/>
              <w:jc w:val="left"/>
            </w:pPr>
            <w:r>
              <w:rPr>
                <w:sz w:val="16"/>
              </w:rPr>
              <w:t>crop damage</w:t>
            </w:r>
          </w:p>
        </w:tc>
        <w:tc>
          <w:tcPr>
            <w:tcW w:type="dxa" w:w="1554"/>
          </w:tcPr>
          <w:p>
            <w:pPr>
              <w:spacing w:after="0"/>
              <w:jc w:val="right"/>
            </w:pPr>
            <w:r>
              <w:rPr>
                <w:sz w:val="16"/>
              </w:rPr>
              <w:t>48, 1997 to 2024 (48 zone-level)</w:t>
            </w:r>
          </w:p>
        </w:tc>
        <w:tc>
          <w:tcPr>
            <w:tcW w:type="dxa" w:w="1816"/>
          </w:tcPr>
          <w:p>
            <w:pPr>
              <w:spacing w:after="0"/>
              <w:jc w:val="left"/>
            </w:pPr>
          </w:p>
        </w:tc>
        <w:tc>
          <w:tcPr>
            <w:tcW w:type="dxa" w:w="1956"/>
          </w:tcPr>
          <w:p>
            <w:pPr>
              <w:spacing w:after="0"/>
              <w:jc w:val="left"/>
            </w:pPr>
            <w:r>
              <w:rPr>
                <w:sz w:val="16"/>
              </w:rPr>
              <w:t>Frost/Freeze, 2007-04-08, $600,000 crop damage, reported for the zone (2007 dollars); NWS zone KYZ010 (CRITTENDEN), zone-level: may include parts of neighboring counties</w:t>
            </w:r>
          </w:p>
        </w:tc>
        <w:tc>
          <w:tcPr>
            <w:tcW w:type="dxa" w:w="1670"/>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Temperature: in event narratives only; local data required.</w:t>
            </w:r>
          </w:p>
        </w:tc>
      </w:tr>
      <w:tr>
        <w:trPr>
          <w:cantSplit/>
        </w:trPr>
        <w:tc>
          <w:tcPr>
            <w:tcW w:type="dxa" w:w="1684"/>
          </w:tcPr>
          <w:p>
            <w:pPr>
              <w:spacing w:after="0"/>
              <w:jc w:val="left"/>
            </w:pPr>
            <w:r>
              <w:rPr>
                <w:sz w:val="16"/>
              </w:rPr>
              <w:t>Drought</w:t>
            </w:r>
          </w:p>
        </w:tc>
        <w:tc>
          <w:tcPr>
            <w:tcW w:type="dxa" w:w="1699"/>
          </w:tcPr>
          <w:p>
            <w:pPr>
              <w:spacing w:after="0"/>
              <w:jc w:val="left"/>
            </w:pPr>
            <w:r>
              <w:rPr>
                <w:sz w:val="16"/>
              </w:rPr>
              <w:t>US Drought Monitor D-scale</w:t>
            </w:r>
          </w:p>
        </w:tc>
        <w:tc>
          <w:tcPr>
            <w:tcW w:type="dxa" w:w="1554"/>
          </w:tcPr>
          <w:p>
            <w:pPr>
              <w:spacing w:after="0"/>
              <w:jc w:val="right"/>
            </w:pPr>
            <w:r>
              <w:rPr>
                <w:sz w:val="16"/>
              </w:rPr>
              <w:t>35, 1996 to 2026 (35 zone-level)</w:t>
            </w:r>
          </w:p>
        </w:tc>
        <w:tc>
          <w:tcPr>
            <w:tcW w:type="dxa" w:w="1816"/>
          </w:tcPr>
          <w:p>
            <w:pPr>
              <w:spacing w:after="0"/>
              <w:jc w:val="left"/>
            </w:pPr>
            <w:r>
              <w:rPr>
                <w:sz w:val="16"/>
              </w:rPr>
              <w:t>9 days to 217 days (median 30 days); 14 with a recorded value</w:t>
            </w:r>
          </w:p>
        </w:tc>
        <w:tc>
          <w:tcPr>
            <w:tcW w:type="dxa" w:w="1956"/>
          </w:tcPr>
          <w:p>
            <w:pPr>
              <w:spacing w:after="0"/>
              <w:jc w:val="left"/>
            </w:pPr>
            <w:r>
              <w:rPr>
                <w:sz w:val="16"/>
              </w:rPr>
              <w:t>217 days (about 7.1 months), 2012-05-12 to 2012-12-14, a run of 8 consecutive Storm Events drought records, zone-level</w:t>
            </w:r>
          </w:p>
        </w:tc>
        <w:tc>
          <w:tcPr>
            <w:tcW w:type="dxa" w:w="1670"/>
          </w:tcPr>
          <w:p>
            <w:pPr>
              <w:spacing w:after="0"/>
              <w:jc w:val="left"/>
            </w:pPr>
            <w:r>
              <w:rPr>
                <w:sz w:val="16"/>
              </w:rPr>
              <w:t>Drought, 1999-09-01, property not reported; $7,000,000 crops, reported for the zone (1999 dollars)</w:t>
            </w: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4"/>
          </w:tcPr>
          <w:p>
            <w:pPr>
              <w:spacing w:after="0"/>
              <w:jc w:val="left"/>
            </w:pPr>
            <w:r>
              <w:rPr>
                <w:sz w:val="16"/>
              </w:rPr>
              <w:t>Earthquake</w:t>
            </w:r>
          </w:p>
        </w:tc>
        <w:tc>
          <w:tcPr>
            <w:tcW w:type="dxa" w:w="1699"/>
          </w:tcPr>
          <w:p>
            <w:pPr>
              <w:spacing w:after="0"/>
              <w:jc w:val="left"/>
            </w:pPr>
            <w:r>
              <w:rPr>
                <w:sz w:val="16"/>
              </w:rPr>
              <w:t>Modified Mercalli (local data)</w:t>
            </w:r>
          </w:p>
        </w:tc>
        <w:tc>
          <w:tcPr>
            <w:tcW w:type="dxa" w:w="1554"/>
          </w:tcPr>
          <w:p>
            <w:pPr>
              <w:spacing w:after="0"/>
              <w:jc w:val="right"/>
            </w:pPr>
            <w:r>
              <w:rPr>
                <w:sz w:val="16"/>
              </w:rPr>
              <w:t>0</w:t>
            </w:r>
          </w:p>
        </w:tc>
        <w:tc>
          <w:tcPr>
            <w:tcW w:type="dxa" w:w="1816"/>
          </w:tcPr>
          <w:p>
            <w:pPr>
              <w:spacing w:after="0"/>
              <w:jc w:val="left"/>
            </w:pPr>
          </w:p>
        </w:tc>
        <w:tc>
          <w:tcPr>
            <w:tcW w:type="dxa" w:w="1956"/>
          </w:tcPr>
          <w:p>
            <w:pPr>
              <w:spacing w:after="0"/>
              <w:jc w:val="left"/>
            </w:pPr>
          </w:p>
        </w:tc>
        <w:tc>
          <w:tcPr>
            <w:tcW w:type="dxa" w:w="1670"/>
          </w:tcPr>
          <w:p>
            <w:pPr>
              <w:spacing w:after="0"/>
              <w:jc w:val="left"/>
            </w:pPr>
          </w:p>
        </w:tc>
        <w:tc>
          <w:tcPr>
            <w:tcW w:type="dxa" w:w="1574"/>
          </w:tcPr>
          <w:p>
            <w:pPr>
              <w:spacing w:after="0"/>
              <w:jc w:val="left"/>
            </w:pPr>
          </w:p>
        </w:tc>
        <w:tc>
          <w:tcPr>
            <w:tcW w:type="dxa" w:w="2159"/>
          </w:tcPr>
          <w:p>
            <w:pPr>
              <w:spacing w:after="0"/>
              <w:jc w:val="left"/>
            </w:pPr>
            <w:r>
              <w:rPr>
                <w:sz w:val="16"/>
              </w:rPr>
              <w:t>No Storm Events record; local data required (e.g., USGS).</w:t>
            </w:r>
          </w:p>
        </w:tc>
      </w:tr>
      <w:tr>
        <w:trPr>
          <w:cantSplit/>
        </w:trPr>
        <w:tc>
          <w:tcPr>
            <w:tcW w:type="dxa" w:w="1684"/>
          </w:tcPr>
          <w:p>
            <w:pPr>
              <w:spacing w:after="0"/>
              <w:jc w:val="left"/>
            </w:pPr>
            <w:r>
              <w:rPr>
                <w:sz w:val="16"/>
              </w:rPr>
              <w:t>Hail</w:t>
            </w:r>
          </w:p>
        </w:tc>
        <w:tc>
          <w:tcPr>
            <w:tcW w:type="dxa" w:w="1699"/>
          </w:tcPr>
          <w:p>
            <w:pPr>
              <w:spacing w:after="0"/>
              <w:jc w:val="left"/>
            </w:pPr>
            <w:r>
              <w:rPr>
                <w:sz w:val="16"/>
              </w:rPr>
              <w:t>hail size (inches)</w:t>
            </w:r>
          </w:p>
        </w:tc>
        <w:tc>
          <w:tcPr>
            <w:tcW w:type="dxa" w:w="1554"/>
          </w:tcPr>
          <w:p>
            <w:pPr>
              <w:spacing w:after="0"/>
              <w:jc w:val="right"/>
            </w:pPr>
            <w:r>
              <w:rPr>
                <w:sz w:val="16"/>
              </w:rPr>
              <w:t>29, 1981 to 2023</w:t>
            </w:r>
          </w:p>
        </w:tc>
        <w:tc>
          <w:tcPr>
            <w:tcW w:type="dxa" w:w="1816"/>
          </w:tcPr>
          <w:p>
            <w:pPr>
              <w:spacing w:after="0"/>
              <w:jc w:val="left"/>
            </w:pPr>
            <w:r>
              <w:rPr>
                <w:sz w:val="16"/>
              </w:rPr>
              <w:t>0.75 in to 2 in (median 1 in); 28 with a recorded value</w:t>
            </w:r>
          </w:p>
        </w:tc>
        <w:tc>
          <w:tcPr>
            <w:tcW w:type="dxa" w:w="1956"/>
          </w:tcPr>
          <w:p>
            <w:pPr>
              <w:spacing w:after="0"/>
              <w:jc w:val="left"/>
            </w:pPr>
            <w:r>
              <w:rPr>
                <w:sz w:val="16"/>
              </w:rPr>
              <w:t>2 in hail, 2009-05-08</w:t>
            </w:r>
          </w:p>
        </w:tc>
        <w:tc>
          <w:tcPr>
            <w:tcW w:type="dxa" w:w="1670"/>
          </w:tcPr>
          <w:p>
            <w:pPr>
              <w:spacing w:after="0"/>
              <w:jc w:val="left"/>
            </w:pPr>
            <w:r>
              <w:rPr>
                <w:sz w:val="16"/>
              </w:rPr>
              <w:t>Hail, 2009-08-04, $250,000 property; $30,000 crops (2009 dollars)</w:t>
            </w:r>
          </w:p>
        </w:tc>
        <w:tc>
          <w:tcPr>
            <w:tcW w:type="dxa" w:w="1574"/>
          </w:tcPr>
          <w:p>
            <w:pPr>
              <w:spacing w:after="0"/>
              <w:jc w:val="left"/>
            </w:pPr>
            <w:r>
              <w:rPr>
                <w:sz w:val="16"/>
              </w:rPr>
              <w:t>Event records naming member places: Marion city (10 records).</w:t>
            </w:r>
          </w:p>
        </w:tc>
        <w:tc>
          <w:tcPr>
            <w:tcW w:type="dxa" w:w="2159"/>
          </w:tcPr>
          <w:p>
            <w:pPr>
              <w:spacing w:after="0"/>
              <w:jc w:val="left"/>
            </w:pPr>
          </w:p>
        </w:tc>
      </w:tr>
      <w:tr>
        <w:trPr>
          <w:cantSplit/>
        </w:trPr>
        <w:tc>
          <w:tcPr>
            <w:tcW w:type="dxa" w:w="1684"/>
          </w:tcPr>
          <w:p>
            <w:pPr>
              <w:spacing w:after="0"/>
              <w:jc w:val="left"/>
            </w:pPr>
            <w:r>
              <w:rPr>
                <w:sz w:val="16"/>
              </w:rPr>
              <w:t>Excessive Heat, Heat</w:t>
            </w:r>
          </w:p>
        </w:tc>
        <w:tc>
          <w:tcPr>
            <w:tcW w:type="dxa" w:w="1699"/>
          </w:tcPr>
          <w:p>
            <w:pPr>
              <w:spacing w:after="0"/>
              <w:jc w:val="left"/>
            </w:pPr>
            <w:r>
              <w:rPr>
                <w:sz w:val="16"/>
              </w:rPr>
              <w:t>heat index (narratives)</w:t>
            </w:r>
          </w:p>
        </w:tc>
        <w:tc>
          <w:tcPr>
            <w:tcW w:type="dxa" w:w="1554"/>
          </w:tcPr>
          <w:p>
            <w:pPr>
              <w:spacing w:after="0"/>
              <w:jc w:val="right"/>
            </w:pPr>
            <w:r>
              <w:rPr>
                <w:sz w:val="16"/>
              </w:rPr>
              <w:t>78, 1997 to 2025 (78 zone-level)</w:t>
            </w:r>
          </w:p>
        </w:tc>
        <w:tc>
          <w:tcPr>
            <w:tcW w:type="dxa" w:w="1816"/>
          </w:tcPr>
          <w:p>
            <w:pPr>
              <w:spacing w:after="0"/>
              <w:jc w:val="left"/>
            </w:pPr>
            <w:r>
              <w:rPr>
                <w:sz w:val="16"/>
              </w:rPr>
              <w:t>1 day to 14 days (median 2 days); 69 with a recorded value</w:t>
            </w:r>
          </w:p>
        </w:tc>
        <w:tc>
          <w:tcPr>
            <w:tcW w:type="dxa" w:w="1956"/>
          </w:tcPr>
          <w:p>
            <w:pPr>
              <w:spacing w:after="0"/>
              <w:jc w:val="left"/>
            </w:pPr>
            <w:r>
              <w:rPr>
                <w:sz w:val="16"/>
              </w:rPr>
              <w:t>14 consecutive days, 1999-07-18 to 1999-07-31, zone-level</w:t>
            </w:r>
          </w:p>
        </w:tc>
        <w:tc>
          <w:tcPr>
            <w:tcW w:type="dxa" w:w="1670"/>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4"/>
          </w:tcPr>
          <w:p>
            <w:pPr>
              <w:spacing w:after="0"/>
              <w:jc w:val="left"/>
            </w:pPr>
            <w:r>
              <w:rPr>
                <w:sz w:val="16"/>
              </w:rPr>
              <w:t>Hurricane, Tropical Storm, Tropical Depression</w:t>
            </w:r>
          </w:p>
        </w:tc>
        <w:tc>
          <w:tcPr>
            <w:tcW w:type="dxa" w:w="1699"/>
          </w:tcPr>
          <w:p>
            <w:pPr>
              <w:spacing w:after="0"/>
              <w:jc w:val="left"/>
            </w:pPr>
            <w:r>
              <w:rPr>
                <w:sz w:val="16"/>
              </w:rPr>
              <w:t>Saffir-Simpson</w:t>
            </w:r>
          </w:p>
        </w:tc>
        <w:tc>
          <w:tcPr>
            <w:tcW w:type="dxa" w:w="1554"/>
          </w:tcPr>
          <w:p>
            <w:pPr>
              <w:spacing w:after="0"/>
              <w:jc w:val="right"/>
            </w:pPr>
            <w:r>
              <w:rPr>
                <w:sz w:val="16"/>
              </w:rPr>
              <w:t>0</w:t>
            </w:r>
          </w:p>
        </w:tc>
        <w:tc>
          <w:tcPr>
            <w:tcW w:type="dxa" w:w="1816"/>
          </w:tcPr>
          <w:p>
            <w:pPr>
              <w:spacing w:after="0"/>
              <w:jc w:val="left"/>
            </w:pPr>
          </w:p>
        </w:tc>
        <w:tc>
          <w:tcPr>
            <w:tcW w:type="dxa" w:w="1956"/>
          </w:tcPr>
          <w:p>
            <w:pPr>
              <w:spacing w:after="0"/>
              <w:jc w:val="left"/>
            </w:pPr>
          </w:p>
        </w:tc>
        <w:tc>
          <w:tcPr>
            <w:tcW w:type="dxa" w:w="1670"/>
          </w:tcPr>
          <w:p>
            <w:pPr>
              <w:spacing w:after="0"/>
              <w:jc w:val="left"/>
            </w:pPr>
          </w:p>
        </w:tc>
        <w:tc>
          <w:tcPr>
            <w:tcW w:type="dxa" w:w="1574"/>
          </w:tcPr>
          <w:p>
            <w:pPr>
              <w:spacing w:after="0"/>
              <w:jc w:val="left"/>
            </w:pPr>
          </w:p>
        </w:tc>
        <w:tc>
          <w:tcPr>
            <w:tcW w:type="dxa" w:w="215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4"/>
          </w:tcPr>
          <w:p>
            <w:pPr>
              <w:spacing w:after="0"/>
              <w:jc w:val="left"/>
            </w:pPr>
            <w:r>
              <w:rPr>
                <w:sz w:val="16"/>
              </w:rPr>
              <w:t>Ice Storm</w:t>
            </w:r>
          </w:p>
        </w:tc>
        <w:tc>
          <w:tcPr>
            <w:tcW w:type="dxa" w:w="1699"/>
          </w:tcPr>
          <w:p>
            <w:pPr>
              <w:spacing w:after="0"/>
              <w:jc w:val="left"/>
            </w:pPr>
            <w:r>
              <w:rPr>
                <w:sz w:val="16"/>
              </w:rPr>
              <w:t>Sperry-Piltz (local data)</w:t>
            </w:r>
          </w:p>
        </w:tc>
        <w:tc>
          <w:tcPr>
            <w:tcW w:type="dxa" w:w="1554"/>
          </w:tcPr>
          <w:p>
            <w:pPr>
              <w:spacing w:after="0"/>
              <w:jc w:val="right"/>
            </w:pPr>
            <w:r>
              <w:rPr>
                <w:sz w:val="16"/>
              </w:rPr>
              <w:t>7, 1997 to 2025 (7 zone-level)</w:t>
            </w:r>
          </w:p>
        </w:tc>
        <w:tc>
          <w:tcPr>
            <w:tcW w:type="dxa" w:w="1816"/>
          </w:tcPr>
          <w:p>
            <w:pPr>
              <w:spacing w:after="0"/>
              <w:jc w:val="left"/>
            </w:pPr>
          </w:p>
        </w:tc>
        <w:tc>
          <w:tcPr>
            <w:tcW w:type="dxa" w:w="1956"/>
          </w:tcPr>
          <w:p>
            <w:pPr>
              <w:spacing w:after="0"/>
              <w:jc w:val="left"/>
            </w:pPr>
            <w:r>
              <w:rPr>
                <w:sz w:val="16"/>
              </w:rPr>
              <w:t>Ice Storm, 2009-01-26, $11,200,000 property; $0 crops, reported for the zone (2009 dollars); NWS zone KYZ010 (CRITTENDEN), zone-level: may include parts of neighboring counties</w:t>
            </w:r>
          </w:p>
        </w:tc>
        <w:tc>
          <w:tcPr>
            <w:tcW w:type="dxa" w:w="1670"/>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Ice thickness: in event narratives only; local data required.</w:t>
            </w:r>
          </w:p>
        </w:tc>
      </w:tr>
      <w:tr>
        <w:trPr>
          <w:cantSplit/>
        </w:trPr>
        <w:tc>
          <w:tcPr>
            <w:tcW w:type="dxa" w:w="1684"/>
          </w:tcPr>
          <w:p>
            <w:pPr>
              <w:spacing w:after="0"/>
              <w:jc w:val="left"/>
            </w:pPr>
            <w:r>
              <w:rPr>
                <w:sz w:val="16"/>
              </w:rPr>
              <w:t>Flash Flood, Flood, Lakeshore Flood</w:t>
            </w:r>
          </w:p>
        </w:tc>
        <w:tc>
          <w:tcPr>
            <w:tcW w:type="dxa" w:w="1699"/>
          </w:tcPr>
          <w:p>
            <w:pPr>
              <w:spacing w:after="0"/>
              <w:jc w:val="left"/>
            </w:pPr>
            <w:r>
              <w:rPr>
                <w:sz w:val="16"/>
              </w:rPr>
              <w:t>damage and flood days (FIRM for depth)</w:t>
            </w:r>
          </w:p>
        </w:tc>
        <w:tc>
          <w:tcPr>
            <w:tcW w:type="dxa" w:w="1554"/>
          </w:tcPr>
          <w:p>
            <w:pPr>
              <w:spacing w:after="0"/>
              <w:jc w:val="right"/>
            </w:pPr>
            <w:r>
              <w:rPr>
                <w:sz w:val="16"/>
              </w:rPr>
              <w:t>66, 1996 to 2025 (19 zone-level)</w:t>
            </w:r>
          </w:p>
        </w:tc>
        <w:tc>
          <w:tcPr>
            <w:tcW w:type="dxa" w:w="1816"/>
          </w:tcPr>
          <w:p>
            <w:pPr>
              <w:spacing w:after="0"/>
              <w:jc w:val="left"/>
            </w:pPr>
          </w:p>
        </w:tc>
        <w:tc>
          <w:tcPr>
            <w:tcW w:type="dxa" w:w="1956"/>
          </w:tcPr>
          <w:p>
            <w:pPr>
              <w:spacing w:after="0"/>
              <w:jc w:val="left"/>
            </w:pPr>
            <w:r>
              <w:rPr>
                <w:sz w:val="16"/>
              </w:rPr>
              <w:t>Flash Flood, 2003-05-10, $400,000 property; crops not reported (2003 dollars)</w:t>
            </w:r>
          </w:p>
        </w:tc>
        <w:tc>
          <w:tcPr>
            <w:tcW w:type="dxa" w:w="1670"/>
          </w:tcPr>
          <w:p>
            <w:pPr>
              <w:spacing w:after="0"/>
              <w:jc w:val="left"/>
            </w:pPr>
          </w:p>
        </w:tc>
        <w:tc>
          <w:tcPr>
            <w:tcW w:type="dxa" w:w="1574"/>
          </w:tcPr>
          <w:p>
            <w:pPr>
              <w:spacing w:after="0"/>
              <w:jc w:val="left"/>
            </w:pPr>
            <w:r>
              <w:rPr>
                <w:sz w:val="16"/>
              </w:rPr>
              <w:t>Event records naming member places: Marion city (13 records). Zone-level records (19) apply countywide.</w:t>
            </w:r>
          </w:p>
        </w:tc>
        <w:tc>
          <w:tcPr>
            <w:tcW w:type="dxa" w:w="215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4"/>
          </w:tcPr>
          <w:p>
            <w:pPr>
              <w:spacing w:after="0"/>
              <w:jc w:val="left"/>
            </w:pPr>
            <w:r>
              <w:rPr>
                <w:sz w:val="16"/>
              </w:rPr>
              <w:t>Debris Flow</w:t>
            </w:r>
          </w:p>
        </w:tc>
        <w:tc>
          <w:tcPr>
            <w:tcW w:type="dxa" w:w="1699"/>
          </w:tcPr>
          <w:p>
            <w:pPr>
              <w:spacing w:after="0"/>
              <w:jc w:val="left"/>
            </w:pPr>
            <w:r>
              <w:rPr>
                <w:sz w:val="16"/>
              </w:rPr>
              <w:t>none (count and damage)</w:t>
            </w:r>
          </w:p>
        </w:tc>
        <w:tc>
          <w:tcPr>
            <w:tcW w:type="dxa" w:w="1554"/>
          </w:tcPr>
          <w:p>
            <w:pPr>
              <w:spacing w:after="0"/>
              <w:jc w:val="right"/>
            </w:pPr>
            <w:r>
              <w:rPr>
                <w:sz w:val="16"/>
              </w:rPr>
              <w:t>0</w:t>
            </w:r>
          </w:p>
        </w:tc>
        <w:tc>
          <w:tcPr>
            <w:tcW w:type="dxa" w:w="1816"/>
          </w:tcPr>
          <w:p>
            <w:pPr>
              <w:spacing w:after="0"/>
              <w:jc w:val="left"/>
            </w:pPr>
          </w:p>
        </w:tc>
        <w:tc>
          <w:tcPr>
            <w:tcW w:type="dxa" w:w="1956"/>
          </w:tcPr>
          <w:p>
            <w:pPr>
              <w:spacing w:after="0"/>
              <w:jc w:val="left"/>
            </w:pPr>
          </w:p>
        </w:tc>
        <w:tc>
          <w:tcPr>
            <w:tcW w:type="dxa" w:w="1670"/>
          </w:tcPr>
          <w:p>
            <w:pPr>
              <w:spacing w:after="0"/>
              <w:jc w:val="left"/>
            </w:pPr>
          </w:p>
        </w:tc>
        <w:tc>
          <w:tcPr>
            <w:tcW w:type="dxa" w:w="1574"/>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Lightning</w:t>
            </w:r>
          </w:p>
        </w:tc>
        <w:tc>
          <w:tcPr>
            <w:tcW w:type="dxa" w:w="1699"/>
          </w:tcPr>
          <w:p>
            <w:pPr>
              <w:spacing w:after="0"/>
              <w:jc w:val="left"/>
            </w:pPr>
            <w:r>
              <w:rPr>
                <w:sz w:val="16"/>
              </w:rPr>
              <w:t>annualized frequency (the measure FEMA's Local Mitigation Planning Handbook names)</w:t>
            </w:r>
          </w:p>
        </w:tc>
        <w:tc>
          <w:tcPr>
            <w:tcW w:type="dxa" w:w="1554"/>
          </w:tcPr>
          <w:p>
            <w:pPr>
              <w:spacing w:after="0"/>
              <w:jc w:val="right"/>
            </w:pPr>
            <w:r>
              <w:rPr>
                <w:sz w:val="16"/>
              </w:rPr>
              <w:t>0</w:t>
            </w:r>
          </w:p>
        </w:tc>
        <w:tc>
          <w:tcPr>
            <w:tcW w:type="dxa" w:w="1816"/>
          </w:tcPr>
          <w:p>
            <w:pPr>
              <w:spacing w:after="0"/>
              <w:jc w:val="left"/>
            </w:pPr>
          </w:p>
        </w:tc>
        <w:tc>
          <w:tcPr>
            <w:tcW w:type="dxa" w:w="1956"/>
          </w:tcPr>
          <w:p>
            <w:pPr>
              <w:spacing w:after="0"/>
              <w:jc w:val="left"/>
            </w:pPr>
          </w:p>
        </w:tc>
        <w:tc>
          <w:tcPr>
            <w:tcW w:type="dxa" w:w="1670"/>
          </w:tcPr>
          <w:p>
            <w:pPr>
              <w:spacing w:after="0"/>
              <w:jc w:val="left"/>
            </w:pPr>
          </w:p>
        </w:tc>
        <w:tc>
          <w:tcPr>
            <w:tcW w:type="dxa" w:w="1574"/>
          </w:tcPr>
          <w:p>
            <w:pPr>
              <w:spacing w:after="0"/>
              <w:jc w:val="left"/>
            </w:pPr>
          </w:p>
        </w:tc>
        <w:tc>
          <w:tcPr>
            <w:tcW w:type="dxa" w:w="2159"/>
          </w:tcPr>
          <w:p>
            <w:pPr>
              <w:spacing w:after="0"/>
              <w:jc w:val="left"/>
            </w:pPr>
            <w:r>
              <w:rPr>
                <w:sz w:val="16"/>
              </w:rPr>
              <w:t>Storm Events lists lightning with damage or casualties; physical measure in event narratives only; local data required.</w:t>
            </w:r>
          </w:p>
        </w:tc>
      </w:tr>
      <w:tr>
        <w:trPr>
          <w:cantSplit/>
        </w:trPr>
        <w:tc>
          <w:tcPr>
            <w:tcW w:type="dxa" w:w="1684"/>
          </w:tcPr>
          <w:p>
            <w:pPr>
              <w:spacing w:after="0"/>
              <w:jc w:val="left"/>
            </w:pPr>
            <w:r>
              <w:rPr>
                <w:sz w:val="16"/>
              </w:rPr>
              <w:t>High Wind and Strong Wind (outside NRI Strong Wind definition)</w:t>
            </w:r>
          </w:p>
        </w:tc>
        <w:tc>
          <w:tcPr>
            <w:tcW w:type="dxa" w:w="1699"/>
          </w:tcPr>
          <w:p>
            <w:pPr>
              <w:spacing w:after="0"/>
              <w:jc w:val="left"/>
            </w:pPr>
            <w:r>
              <w:rPr>
                <w:sz w:val="16"/>
              </w:rPr>
              <w:t>wind speed (kt and mph)</w:t>
            </w:r>
          </w:p>
        </w:tc>
        <w:tc>
          <w:tcPr>
            <w:tcW w:type="dxa" w:w="1554"/>
          </w:tcPr>
          <w:p>
            <w:pPr>
              <w:spacing w:after="0"/>
              <w:jc w:val="right"/>
            </w:pPr>
            <w:r>
              <w:rPr>
                <w:sz w:val="16"/>
              </w:rPr>
              <w:t>73, 1997 to 2026 (73 zone-level)</w:t>
            </w:r>
          </w:p>
        </w:tc>
        <w:tc>
          <w:tcPr>
            <w:tcW w:type="dxa" w:w="1816"/>
          </w:tcPr>
          <w:p>
            <w:pPr>
              <w:spacing w:after="0"/>
              <w:jc w:val="left"/>
            </w:pPr>
            <w:r>
              <w:rPr>
                <w:sz w:val="16"/>
              </w:rPr>
              <w:t>26 kt (30 mph) to 56 kt (64 mph) (median 39 kt (45 mph)); 67 with a recorded value</w:t>
            </w:r>
          </w:p>
        </w:tc>
        <w:tc>
          <w:tcPr>
            <w:tcW w:type="dxa" w:w="1956"/>
          </w:tcPr>
          <w:p>
            <w:pPr>
              <w:spacing w:after="0"/>
              <w:jc w:val="left"/>
            </w:pPr>
            <w:r>
              <w:rPr>
                <w:sz w:val="16"/>
              </w:rPr>
              <w:t>56 kt (64 mph) estimated gust, High Wind, 2008-09-14; NWS zone KYZ010 (CRITTENDEN), zone-level: may include parts of neighboring counties</w:t>
            </w:r>
          </w:p>
        </w:tc>
        <w:tc>
          <w:tcPr>
            <w:tcW w:type="dxa" w:w="1670"/>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p>
        </w:tc>
      </w:tr>
      <w:tr>
        <w:trPr>
          <w:cantSplit/>
        </w:trPr>
        <w:tc>
          <w:tcPr>
            <w:tcW w:type="dxa" w:w="1684"/>
          </w:tcPr>
          <w:p>
            <w:pPr>
              <w:spacing w:after="0"/>
              <w:jc w:val="left"/>
            </w:pPr>
            <w:r>
              <w:rPr>
                <w:sz w:val="16"/>
              </w:rPr>
              <w:t>Thunderstorm Wind</w:t>
            </w:r>
          </w:p>
        </w:tc>
        <w:tc>
          <w:tcPr>
            <w:tcW w:type="dxa" w:w="1699"/>
          </w:tcPr>
          <w:p>
            <w:pPr>
              <w:spacing w:after="0"/>
              <w:jc w:val="left"/>
            </w:pPr>
            <w:r>
              <w:rPr>
                <w:sz w:val="16"/>
              </w:rPr>
              <w:t>wind speed (kt and mph)</w:t>
            </w:r>
          </w:p>
        </w:tc>
        <w:tc>
          <w:tcPr>
            <w:tcW w:type="dxa" w:w="1554"/>
          </w:tcPr>
          <w:p>
            <w:pPr>
              <w:spacing w:after="0"/>
              <w:jc w:val="right"/>
            </w:pPr>
            <w:r>
              <w:rPr>
                <w:sz w:val="16"/>
              </w:rPr>
              <w:t>63, 1958 to 2025</w:t>
            </w:r>
          </w:p>
        </w:tc>
        <w:tc>
          <w:tcPr>
            <w:tcW w:type="dxa" w:w="1816"/>
          </w:tcPr>
          <w:p>
            <w:pPr>
              <w:spacing w:after="0"/>
              <w:jc w:val="left"/>
            </w:pPr>
            <w:r>
              <w:rPr>
                <w:sz w:val="16"/>
              </w:rPr>
              <w:t>50 kt (58 mph) to 78 kt (90 mph) (median 52 kt (60 mph)); 42 with a recorded value</w:t>
            </w:r>
          </w:p>
        </w:tc>
        <w:tc>
          <w:tcPr>
            <w:tcW w:type="dxa" w:w="1956"/>
          </w:tcPr>
          <w:p>
            <w:pPr>
              <w:spacing w:after="0"/>
              <w:jc w:val="left"/>
            </w:pPr>
            <w:r>
              <w:rPr>
                <w:sz w:val="16"/>
              </w:rPr>
              <w:t>78 kt (90 mph) estimated gust, Thunderstorm Wind, 2025-10-18</w:t>
            </w:r>
          </w:p>
        </w:tc>
        <w:tc>
          <w:tcPr>
            <w:tcW w:type="dxa" w:w="1670"/>
          </w:tcPr>
          <w:p>
            <w:pPr>
              <w:spacing w:after="0"/>
              <w:jc w:val="left"/>
            </w:pPr>
            <w:r>
              <w:rPr>
                <w:sz w:val="16"/>
              </w:rPr>
              <w:t>Thunderstorm Wind, 2011-09-25, $100,000 property; $0 crops (2011 dollars)</w:t>
            </w:r>
          </w:p>
        </w:tc>
        <w:tc>
          <w:tcPr>
            <w:tcW w:type="dxa" w:w="1574"/>
          </w:tcPr>
          <w:p>
            <w:pPr>
              <w:spacing w:after="0"/>
              <w:jc w:val="left"/>
            </w:pPr>
            <w:r>
              <w:rPr>
                <w:sz w:val="16"/>
              </w:rPr>
              <w:t>Event records naming member places: Marion city (20 records).</w:t>
            </w:r>
          </w:p>
        </w:tc>
        <w:tc>
          <w:tcPr>
            <w:tcW w:type="dxa" w:w="2159"/>
          </w:tcPr>
          <w:p>
            <w:pPr>
              <w:spacing w:after="0"/>
              <w:jc w:val="left"/>
            </w:pPr>
          </w:p>
        </w:tc>
      </w:tr>
      <w:tr>
        <w:trPr>
          <w:cantSplit/>
        </w:trPr>
        <w:tc>
          <w:tcPr>
            <w:tcW w:type="dxa" w:w="1684"/>
          </w:tcPr>
          <w:p>
            <w:pPr>
              <w:spacing w:after="0"/>
              <w:jc w:val="left"/>
            </w:pPr>
            <w:r>
              <w:rPr>
                <w:sz w:val="16"/>
              </w:rPr>
              <w:t>Tornado</w:t>
            </w:r>
          </w:p>
        </w:tc>
        <w:tc>
          <w:tcPr>
            <w:tcW w:type="dxa" w:w="1699"/>
          </w:tcPr>
          <w:p>
            <w:pPr>
              <w:spacing w:after="0"/>
              <w:jc w:val="left"/>
            </w:pPr>
            <w:r>
              <w:rPr>
                <w:sz w:val="16"/>
              </w:rPr>
              <w:t>Enhanced Fujita (F before Feb 2007)</w:t>
            </w:r>
          </w:p>
        </w:tc>
        <w:tc>
          <w:tcPr>
            <w:tcW w:type="dxa" w:w="1554"/>
          </w:tcPr>
          <w:p>
            <w:pPr>
              <w:spacing w:after="0"/>
              <w:jc w:val="right"/>
            </w:pPr>
            <w:r>
              <w:rPr>
                <w:sz w:val="16"/>
              </w:rPr>
              <w:t>12, 1967 to 2006</w:t>
            </w:r>
          </w:p>
        </w:tc>
        <w:tc>
          <w:tcPr>
            <w:tcW w:type="dxa" w:w="1816"/>
          </w:tcPr>
          <w:p>
            <w:pPr>
              <w:spacing w:after="0"/>
              <w:jc w:val="left"/>
            </w:pPr>
            <w:r>
              <w:rPr>
                <w:sz w:val="16"/>
              </w:rPr>
              <w:t>F/EF1 to F/EF3 (median F/EF2); 12 with a recorded value</w:t>
            </w:r>
          </w:p>
        </w:tc>
        <w:tc>
          <w:tcPr>
            <w:tcW w:type="dxa" w:w="1956"/>
          </w:tcPr>
          <w:p>
            <w:pPr>
              <w:spacing w:after="0"/>
              <w:jc w:val="left"/>
            </w:pPr>
            <w:r>
              <w:rPr>
                <w:sz w:val="16"/>
              </w:rPr>
              <w:t>F3 tornado, 2005-11-06, 6.2 mi within this county, 150 yd wide, $300,000 property; crops not reported (2005 dollars), 5 direct injuries</w:t>
            </w:r>
          </w:p>
        </w:tc>
        <w:tc>
          <w:tcPr>
            <w:tcW w:type="dxa" w:w="1670"/>
          </w:tcPr>
          <w:p>
            <w:pPr>
              <w:spacing w:after="0"/>
              <w:jc w:val="left"/>
            </w:pPr>
            <w:r>
              <w:rPr>
                <w:sz w:val="16"/>
              </w:rPr>
              <w:t>Tornado, 2000-01-03, $5,000,000 property; crops not reported (2000 dollars)</w:t>
            </w:r>
          </w:p>
        </w:tc>
        <w:tc>
          <w:tcPr>
            <w:tcW w:type="dxa" w:w="1574"/>
          </w:tcPr>
          <w:p>
            <w:pPr>
              <w:spacing w:after="0"/>
              <w:jc w:val="left"/>
            </w:pPr>
            <w:r>
              <w:rPr>
                <w:sz w:val="16"/>
              </w:rPr>
              <w:t>Event records naming member places: Marion city (1 record).</w:t>
            </w:r>
          </w:p>
        </w:tc>
        <w:tc>
          <w:tcPr>
            <w:tcW w:type="dxa" w:w="215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4"/>
          </w:tcPr>
          <w:p>
            <w:pPr>
              <w:spacing w:after="0"/>
              <w:jc w:val="left"/>
            </w:pPr>
            <w:r>
              <w:rPr>
                <w:sz w:val="16"/>
              </w:rPr>
              <w:t>Tsunami</w:t>
            </w:r>
          </w:p>
        </w:tc>
        <w:tc>
          <w:tcPr>
            <w:tcW w:type="dxa" w:w="1699"/>
          </w:tcPr>
          <w:p>
            <w:pPr>
              <w:spacing w:after="0"/>
              <w:jc w:val="left"/>
            </w:pPr>
            <w:r>
              <w:rPr>
                <w:sz w:val="16"/>
              </w:rPr>
              <w:t>none (count and damage)</w:t>
            </w:r>
          </w:p>
        </w:tc>
        <w:tc>
          <w:tcPr>
            <w:tcW w:type="dxa" w:w="1554"/>
          </w:tcPr>
          <w:p>
            <w:pPr>
              <w:spacing w:after="0"/>
              <w:jc w:val="right"/>
            </w:pPr>
            <w:r>
              <w:rPr>
                <w:sz w:val="16"/>
              </w:rPr>
              <w:t>0</w:t>
            </w:r>
          </w:p>
        </w:tc>
        <w:tc>
          <w:tcPr>
            <w:tcW w:type="dxa" w:w="1816"/>
          </w:tcPr>
          <w:p>
            <w:pPr>
              <w:spacing w:after="0"/>
              <w:jc w:val="left"/>
            </w:pPr>
          </w:p>
        </w:tc>
        <w:tc>
          <w:tcPr>
            <w:tcW w:type="dxa" w:w="1956"/>
          </w:tcPr>
          <w:p>
            <w:pPr>
              <w:spacing w:after="0"/>
              <w:jc w:val="left"/>
            </w:pPr>
          </w:p>
        </w:tc>
        <w:tc>
          <w:tcPr>
            <w:tcW w:type="dxa" w:w="1670"/>
          </w:tcPr>
          <w:p>
            <w:pPr>
              <w:spacing w:after="0"/>
              <w:jc w:val="left"/>
            </w:pPr>
          </w:p>
        </w:tc>
        <w:tc>
          <w:tcPr>
            <w:tcW w:type="dxa" w:w="1574"/>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Volcanic Ash, Volcanic Ashfall</w:t>
            </w:r>
          </w:p>
        </w:tc>
        <w:tc>
          <w:tcPr>
            <w:tcW w:type="dxa" w:w="1699"/>
          </w:tcPr>
          <w:p>
            <w:pPr>
              <w:spacing w:after="0"/>
              <w:jc w:val="left"/>
            </w:pPr>
            <w:r>
              <w:rPr>
                <w:sz w:val="16"/>
              </w:rPr>
              <w:t>Volcanic Explosivity Index (local data)</w:t>
            </w:r>
          </w:p>
        </w:tc>
        <w:tc>
          <w:tcPr>
            <w:tcW w:type="dxa" w:w="1554"/>
          </w:tcPr>
          <w:p>
            <w:pPr>
              <w:spacing w:after="0"/>
              <w:jc w:val="right"/>
            </w:pPr>
            <w:r>
              <w:rPr>
                <w:sz w:val="16"/>
              </w:rPr>
              <w:t>0</w:t>
            </w:r>
          </w:p>
        </w:tc>
        <w:tc>
          <w:tcPr>
            <w:tcW w:type="dxa" w:w="1816"/>
          </w:tcPr>
          <w:p>
            <w:pPr>
              <w:spacing w:after="0"/>
              <w:jc w:val="left"/>
            </w:pPr>
          </w:p>
        </w:tc>
        <w:tc>
          <w:tcPr>
            <w:tcW w:type="dxa" w:w="1956"/>
          </w:tcPr>
          <w:p>
            <w:pPr>
              <w:spacing w:after="0"/>
              <w:jc w:val="left"/>
            </w:pPr>
          </w:p>
        </w:tc>
        <w:tc>
          <w:tcPr>
            <w:tcW w:type="dxa" w:w="1670"/>
          </w:tcPr>
          <w:p>
            <w:pPr>
              <w:spacing w:after="0"/>
              <w:jc w:val="left"/>
            </w:pPr>
          </w:p>
        </w:tc>
        <w:tc>
          <w:tcPr>
            <w:tcW w:type="dxa" w:w="1574"/>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Wildfire</w:t>
            </w:r>
          </w:p>
        </w:tc>
        <w:tc>
          <w:tcPr>
            <w:tcW w:type="dxa" w:w="1699"/>
          </w:tcPr>
          <w:p>
            <w:pPr>
              <w:spacing w:after="0"/>
              <w:jc w:val="left"/>
            </w:pPr>
            <w:r>
              <w:rPr>
                <w:sz w:val="16"/>
              </w:rPr>
              <w:t>acres burned (local data)</w:t>
            </w:r>
          </w:p>
        </w:tc>
        <w:tc>
          <w:tcPr>
            <w:tcW w:type="dxa" w:w="1554"/>
          </w:tcPr>
          <w:p>
            <w:pPr>
              <w:spacing w:after="0"/>
              <w:jc w:val="right"/>
            </w:pPr>
            <w:r>
              <w:rPr>
                <w:sz w:val="16"/>
              </w:rPr>
              <w:t>1, 2004 to 2004 (1 zone-level)</w:t>
            </w:r>
          </w:p>
        </w:tc>
        <w:tc>
          <w:tcPr>
            <w:tcW w:type="dxa" w:w="1816"/>
          </w:tcPr>
          <w:p>
            <w:pPr>
              <w:spacing w:after="0"/>
              <w:jc w:val="left"/>
            </w:pPr>
          </w:p>
        </w:tc>
        <w:tc>
          <w:tcPr>
            <w:tcW w:type="dxa" w:w="1956"/>
          </w:tcPr>
          <w:p>
            <w:pPr>
              <w:spacing w:after="0"/>
              <w:jc w:val="left"/>
            </w:pPr>
            <w:r>
              <w:rPr>
                <w:sz w:val="16"/>
              </w:rPr>
              <w:t>No damage reported in 1 records.</w:t>
            </w:r>
          </w:p>
        </w:tc>
        <w:tc>
          <w:tcPr>
            <w:tcW w:type="dxa" w:w="1670"/>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Acres burned: in event narratives only; local data required.</w:t>
            </w:r>
          </w:p>
        </w:tc>
      </w:tr>
      <w:tr>
        <w:trPr>
          <w:cantSplit/>
        </w:trPr>
        <w:tc>
          <w:tcPr>
            <w:tcW w:type="dxa" w:w="1684"/>
          </w:tcPr>
          <w:p>
            <w:pPr>
              <w:spacing w:after="0"/>
              <w:jc w:val="left"/>
            </w:pPr>
            <w:r>
              <w:rPr>
                <w:sz w:val="16"/>
              </w:rPr>
              <w:t>Winter Storm, Heavy Snow, Blizzard, Lake-Effect Snow, Winter Weather, Sleet</w:t>
            </w:r>
          </w:p>
        </w:tc>
        <w:tc>
          <w:tcPr>
            <w:tcW w:type="dxa" w:w="1699"/>
          </w:tcPr>
          <w:p>
            <w:pPr>
              <w:spacing w:after="0"/>
              <w:jc w:val="left"/>
            </w:pPr>
            <w:r>
              <w:rPr>
                <w:sz w:val="16"/>
              </w:rPr>
              <w:t>none in data (snowfall local)</w:t>
            </w:r>
          </w:p>
        </w:tc>
        <w:tc>
          <w:tcPr>
            <w:tcW w:type="dxa" w:w="1554"/>
          </w:tcPr>
          <w:p>
            <w:pPr>
              <w:spacing w:after="0"/>
              <w:jc w:val="right"/>
            </w:pPr>
            <w:r>
              <w:rPr>
                <w:sz w:val="16"/>
              </w:rPr>
              <w:t>102, 1996 to 2026 (102 zone-level)</w:t>
            </w:r>
          </w:p>
        </w:tc>
        <w:tc>
          <w:tcPr>
            <w:tcW w:type="dxa" w:w="1816"/>
          </w:tcPr>
          <w:p>
            <w:pPr>
              <w:spacing w:after="0"/>
              <w:jc w:val="left"/>
            </w:pPr>
          </w:p>
        </w:tc>
        <w:tc>
          <w:tcPr>
            <w:tcW w:type="dxa" w:w="1956"/>
          </w:tcPr>
          <w:p>
            <w:pPr>
              <w:spacing w:after="0"/>
              <w:jc w:val="left"/>
            </w:pPr>
            <w:r>
              <w:rPr>
                <w:sz w:val="16"/>
              </w:rPr>
              <w:t>Winter Storm, 2008-02-11, $1,500,000 property; $0 crops, reported for the zone (2008 dollars); NWS zone KYZ010 (CRITTENDEN), zone-level: may include parts of neighboring counties</w:t>
            </w:r>
          </w:p>
        </w:tc>
        <w:tc>
          <w:tcPr>
            <w:tcW w:type="dxa" w:w="1670"/>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0"/>
        <w:gridCol w:w="1763"/>
        <w:gridCol w:w="2901"/>
        <w:gridCol w:w="1338"/>
        <w:gridCol w:w="2856"/>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0"/>
            <w:shd w:val="clear" w:color="auto" w:fill="E8E8E8"/>
          </w:tcPr>
          <w:p>
            <w:pPr>
              <w:spacing w:after="0"/>
              <w:jc w:val="left"/>
            </w:pPr>
            <w:r>
              <w:rPr>
                <w:b/>
                <w:sz w:val="16"/>
              </w:rPr>
              <w:t>Type</w:t>
            </w:r>
          </w:p>
        </w:tc>
        <w:tc>
          <w:tcPr>
            <w:tcW w:type="dxa" w:w="1763"/>
            <w:shd w:val="clear" w:color="auto" w:fill="E8E8E8"/>
          </w:tcPr>
          <w:p>
            <w:pPr>
              <w:spacing w:after="0"/>
              <w:jc w:val="left"/>
            </w:pPr>
            <w:r>
              <w:rPr>
                <w:b/>
                <w:sz w:val="16"/>
              </w:rPr>
              <w:t>Title</w:t>
            </w:r>
          </w:p>
        </w:tc>
        <w:tc>
          <w:tcPr>
            <w:tcW w:type="dxa" w:w="2901"/>
            <w:shd w:val="clear" w:color="auto" w:fill="E8E8E8"/>
          </w:tcPr>
          <w:p>
            <w:pPr>
              <w:spacing w:after="0"/>
              <w:jc w:val="left"/>
            </w:pPr>
            <w:r>
              <w:rPr>
                <w:b/>
                <w:sz w:val="16"/>
              </w:rPr>
              <w:t>Mapped hazard</w:t>
            </w:r>
          </w:p>
        </w:tc>
        <w:tc>
          <w:tcPr>
            <w:tcW w:type="dxa" w:w="13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856"/>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60"/>
          </w:tcPr>
          <w:p>
            <w:pPr>
              <w:spacing w:after="0"/>
              <w:jc w:val="left"/>
            </w:pPr>
            <w:r>
              <w:rPr>
                <w:sz w:val="16"/>
              </w:rPr>
              <w:t>Emergency</w:t>
            </w:r>
          </w:p>
        </w:tc>
        <w:tc>
          <w:tcPr>
            <w:tcW w:type="dxa" w:w="1763"/>
          </w:tcPr>
          <w:p>
            <w:pPr>
              <w:spacing w:after="0"/>
              <w:jc w:val="left"/>
            </w:pPr>
            <w:r>
              <w:rPr>
                <w:sz w:val="16"/>
              </w:rPr>
              <w:t>SEVERE WINTER STORM</w:t>
            </w:r>
          </w:p>
        </w:tc>
        <w:tc>
          <w:tcPr>
            <w:tcW w:type="dxa" w:w="2901"/>
          </w:tcPr>
          <w:p>
            <w:pPr>
              <w:spacing w:after="0"/>
              <w:jc w:val="left"/>
            </w:pPr>
            <w:r>
              <w:rPr>
                <w:sz w:val="16"/>
              </w:rPr>
              <w:t>Winter Weather</w:t>
            </w:r>
          </w:p>
        </w:tc>
        <w:tc>
          <w:tcPr>
            <w:tcW w:type="dxa" w:w="1338"/>
          </w:tcPr>
          <w:p>
            <w:pPr>
              <w:spacing w:after="0"/>
              <w:jc w:val="right"/>
            </w:pPr>
            <w:r>
              <w:rPr>
                <w:sz w:val="16"/>
              </w:rPr>
              <w:t>none found</w:t>
            </w:r>
          </w:p>
        </w:tc>
        <w:tc>
          <w:tcPr>
            <w:tcW w:type="dxa" w:w="2856"/>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260"/>
          </w:tcPr>
          <w:p>
            <w:pPr>
              <w:spacing w:after="0"/>
              <w:jc w:val="left"/>
            </w:pPr>
            <w:r>
              <w:rPr>
                <w:sz w:val="16"/>
              </w:rPr>
              <w:t>Major disaster</w:t>
            </w:r>
          </w:p>
        </w:tc>
        <w:tc>
          <w:tcPr>
            <w:tcW w:type="dxa" w:w="1763"/>
          </w:tcPr>
          <w:p>
            <w:pPr>
              <w:spacing w:after="0"/>
              <w:jc w:val="left"/>
            </w:pPr>
            <w:r>
              <w:rPr>
                <w:sz w:val="16"/>
              </w:rPr>
              <w:t>SEVERE STORMS, STRAIGHT-LINE WINDS, AND TORNADOES</w:t>
            </w:r>
          </w:p>
        </w:tc>
        <w:tc>
          <w:tcPr>
            <w:tcW w:type="dxa" w:w="2901"/>
          </w:tcPr>
          <w:p>
            <w:pPr>
              <w:spacing w:after="0"/>
              <w:jc w:val="left"/>
            </w:pPr>
            <w:r>
              <w:rPr>
                <w:sz w:val="16"/>
              </w:rPr>
              <w:t>Inland Flooding; Landslide; Strong Wind; Tornado</w:t>
            </w:r>
          </w:p>
        </w:tc>
        <w:tc>
          <w:tcPr>
            <w:tcW w:type="dxa" w:w="1338"/>
          </w:tcPr>
          <w:p>
            <w:pPr>
              <w:spacing w:after="0"/>
              <w:jc w:val="right"/>
            </w:pPr>
            <w:r>
              <w:rPr>
                <w:sz w:val="16"/>
              </w:rPr>
              <w:t>$3,781.41</w:t>
            </w:r>
          </w:p>
        </w:tc>
        <w:tc>
          <w:tcPr>
            <w:tcW w:type="dxa" w:w="2856"/>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260"/>
          </w:tcPr>
          <w:p>
            <w:pPr>
              <w:spacing w:after="0"/>
              <w:jc w:val="left"/>
            </w:pPr>
            <w:r>
              <w:rPr>
                <w:sz w:val="16"/>
              </w:rPr>
              <w:t>Major disaster</w:t>
            </w:r>
          </w:p>
        </w:tc>
        <w:tc>
          <w:tcPr>
            <w:tcW w:type="dxa" w:w="1763"/>
          </w:tcPr>
          <w:p>
            <w:pPr>
              <w:spacing w:after="0"/>
              <w:jc w:val="left"/>
            </w:pPr>
            <w:r>
              <w:rPr>
                <w:sz w:val="16"/>
              </w:rPr>
              <w:t>SEVERE STORMS, STRAIGHT-LINE WINDS, TORNADOES, FLOODING, LANDSLIDES, AND MUDSLIDES</w:t>
            </w:r>
          </w:p>
        </w:tc>
        <w:tc>
          <w:tcPr>
            <w:tcW w:type="dxa" w:w="2901"/>
          </w:tcPr>
          <w:p>
            <w:pPr>
              <w:spacing w:after="0"/>
              <w:jc w:val="left"/>
            </w:pPr>
            <w:r>
              <w:rPr>
                <w:sz w:val="16"/>
              </w:rPr>
              <w:t>Inland Flooding; Landslide; Strong Wind; Tornado</w:t>
            </w:r>
          </w:p>
        </w:tc>
        <w:tc>
          <w:tcPr>
            <w:tcW w:type="dxa" w:w="1338"/>
          </w:tcPr>
          <w:p>
            <w:pPr>
              <w:spacing w:after="0"/>
              <w:jc w:val="right"/>
            </w:pPr>
            <w:r>
              <w:rPr>
                <w:sz w:val="16"/>
              </w:rPr>
              <w:t>$648,595</w:t>
            </w:r>
          </w:p>
        </w:tc>
        <w:tc>
          <w:tcPr>
            <w:tcW w:type="dxa" w:w="2856"/>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60"/>
          </w:tcPr>
          <w:p>
            <w:pPr>
              <w:spacing w:after="0"/>
              <w:jc w:val="left"/>
            </w:pPr>
            <w:r>
              <w:rPr>
                <w:sz w:val="16"/>
              </w:rPr>
              <w:t>Emergency</w:t>
            </w:r>
          </w:p>
        </w:tc>
        <w:tc>
          <w:tcPr>
            <w:tcW w:type="dxa" w:w="1763"/>
          </w:tcPr>
          <w:p>
            <w:pPr>
              <w:spacing w:after="0"/>
              <w:jc w:val="left"/>
            </w:pPr>
            <w:r>
              <w:rPr>
                <w:sz w:val="16"/>
              </w:rPr>
              <w:t>SEVERE STORMS, STRAIGHT-LINE WINDS, TORNADOES, AND FLOODING</w:t>
            </w:r>
          </w:p>
        </w:tc>
        <w:tc>
          <w:tcPr>
            <w:tcW w:type="dxa" w:w="2901"/>
          </w:tcPr>
          <w:p>
            <w:pPr>
              <w:spacing w:after="0"/>
              <w:jc w:val="left"/>
            </w:pPr>
            <w:r>
              <w:rPr>
                <w:sz w:val="16"/>
              </w:rPr>
              <w:t>Inland Flooding; Strong Wind; Tornado</w:t>
            </w:r>
          </w:p>
        </w:tc>
        <w:tc>
          <w:tcPr>
            <w:tcW w:type="dxa" w:w="1338"/>
          </w:tcPr>
          <w:p>
            <w:pPr>
              <w:spacing w:after="0"/>
              <w:jc w:val="right"/>
            </w:pPr>
            <w:r>
              <w:rPr>
                <w:sz w:val="16"/>
              </w:rPr>
              <w:t>none found</w:t>
            </w:r>
          </w:p>
        </w:tc>
        <w:tc>
          <w:tcPr>
            <w:tcW w:type="dxa" w:w="2856"/>
          </w:tcPr>
          <w:p>
            <w:pPr>
              <w:spacing w:after="0"/>
              <w:jc w:val="left"/>
            </w:pPr>
            <w:r>
              <w:rPr>
                <w:sz w:val="16"/>
              </w:rPr>
              <w:t>new since last plan; within last 5 years</w:t>
            </w:r>
          </w:p>
        </w:tc>
        <w:tc>
          <w:tcPr>
            <w:tcW w:type="dxa" w:w="883"/>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260"/>
          </w:tcPr>
          <w:p>
            <w:pPr>
              <w:spacing w:after="0"/>
              <w:jc w:val="left"/>
            </w:pPr>
            <w:r>
              <w:rPr>
                <w:sz w:val="16"/>
              </w:rPr>
              <w:t>Major disaster</w:t>
            </w:r>
          </w:p>
        </w:tc>
        <w:tc>
          <w:tcPr>
            <w:tcW w:type="dxa" w:w="1763"/>
          </w:tcPr>
          <w:p>
            <w:pPr>
              <w:spacing w:after="0"/>
              <w:jc w:val="left"/>
            </w:pPr>
            <w:r>
              <w:rPr>
                <w:sz w:val="16"/>
              </w:rPr>
              <w:t>SEVERE STORMS, STRAIGHT-LINE WINDS, FLOODING, LANDSLIDES, AND MUDSLIDES</w:t>
            </w:r>
          </w:p>
        </w:tc>
        <w:tc>
          <w:tcPr>
            <w:tcW w:type="dxa" w:w="2901"/>
          </w:tcPr>
          <w:p>
            <w:pPr>
              <w:spacing w:after="0"/>
              <w:jc w:val="left"/>
            </w:pPr>
            <w:r>
              <w:rPr>
                <w:sz w:val="16"/>
              </w:rPr>
              <w:t>Inland Flooding; Landslide; Strong Wind</w:t>
            </w:r>
          </w:p>
        </w:tc>
        <w:tc>
          <w:tcPr>
            <w:tcW w:type="dxa" w:w="1338"/>
          </w:tcPr>
          <w:p>
            <w:pPr>
              <w:spacing w:after="0"/>
              <w:jc w:val="right"/>
            </w:pPr>
            <w:r>
              <w:rPr>
                <w:sz w:val="16"/>
              </w:rPr>
              <w:t>$76,232.02</w:t>
            </w:r>
          </w:p>
        </w:tc>
        <w:tc>
          <w:tcPr>
            <w:tcW w:type="dxa" w:w="2856"/>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60"/>
          </w:tcPr>
          <w:p>
            <w:pPr>
              <w:spacing w:after="0"/>
              <w:jc w:val="left"/>
            </w:pPr>
            <w:r>
              <w:rPr>
                <w:sz w:val="16"/>
              </w:rPr>
              <w:t>Emergency</w:t>
            </w:r>
          </w:p>
        </w:tc>
        <w:tc>
          <w:tcPr>
            <w:tcW w:type="dxa" w:w="1763"/>
          </w:tcPr>
          <w:p>
            <w:pPr>
              <w:spacing w:after="0"/>
              <w:jc w:val="left"/>
            </w:pPr>
            <w:r>
              <w:rPr>
                <w:sz w:val="16"/>
              </w:rPr>
              <w:t>SEVERE STORMS, STRAIGHT-LINE WINDS, FLOODING, AND LANDSLIDES</w:t>
            </w:r>
          </w:p>
        </w:tc>
        <w:tc>
          <w:tcPr>
            <w:tcW w:type="dxa" w:w="2901"/>
          </w:tcPr>
          <w:p>
            <w:pPr>
              <w:spacing w:after="0"/>
              <w:jc w:val="left"/>
            </w:pPr>
            <w:r>
              <w:rPr>
                <w:sz w:val="16"/>
              </w:rPr>
              <w:t>Inland Flooding; Landslide; Strong Wind</w:t>
            </w:r>
          </w:p>
        </w:tc>
        <w:tc>
          <w:tcPr>
            <w:tcW w:type="dxa" w:w="1338"/>
          </w:tcPr>
          <w:p>
            <w:pPr>
              <w:spacing w:after="0"/>
              <w:jc w:val="right"/>
            </w:pPr>
            <w:r>
              <w:rPr>
                <w:sz w:val="16"/>
              </w:rPr>
              <w:t>none found</w:t>
            </w:r>
          </w:p>
        </w:tc>
        <w:tc>
          <w:tcPr>
            <w:tcW w:type="dxa" w:w="2856"/>
          </w:tcPr>
          <w:p>
            <w:pPr>
              <w:spacing w:after="0"/>
              <w:jc w:val="left"/>
            </w:pPr>
            <w:r>
              <w:rPr>
                <w:sz w:val="16"/>
              </w:rPr>
              <w:t>new since last plan; within last 5 years</w:t>
            </w:r>
          </w:p>
        </w:tc>
        <w:tc>
          <w:tcPr>
            <w:tcW w:type="dxa" w:w="883"/>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260"/>
          </w:tcPr>
          <w:p>
            <w:pPr>
              <w:spacing w:after="0"/>
              <w:jc w:val="left"/>
            </w:pPr>
            <w:r>
              <w:rPr>
                <w:sz w:val="16"/>
              </w:rPr>
              <w:t>Major disaster</w:t>
            </w:r>
          </w:p>
        </w:tc>
        <w:tc>
          <w:tcPr>
            <w:tcW w:type="dxa" w:w="1763"/>
          </w:tcPr>
          <w:p>
            <w:pPr>
              <w:spacing w:after="0"/>
              <w:jc w:val="left"/>
            </w:pPr>
            <w:r>
              <w:rPr>
                <w:sz w:val="16"/>
              </w:rPr>
              <w:t>SEVERE STORMS, STRAIGHT-LINE WINDS, TORNADOES, LANDSLIDES, AND MUDSLIDES</w:t>
            </w:r>
          </w:p>
        </w:tc>
        <w:tc>
          <w:tcPr>
            <w:tcW w:type="dxa" w:w="2901"/>
          </w:tcPr>
          <w:p>
            <w:pPr>
              <w:spacing w:after="0"/>
              <w:jc w:val="left"/>
            </w:pPr>
            <w:r>
              <w:rPr>
                <w:sz w:val="16"/>
              </w:rPr>
              <w:t>Landslide; Strong Wind; Tornado</w:t>
            </w:r>
          </w:p>
        </w:tc>
        <w:tc>
          <w:tcPr>
            <w:tcW w:type="dxa" w:w="1338"/>
          </w:tcPr>
          <w:p>
            <w:pPr>
              <w:spacing w:after="0"/>
              <w:jc w:val="right"/>
            </w:pPr>
            <w:r>
              <w:rPr>
                <w:sz w:val="16"/>
              </w:rPr>
              <w:t>$36,917.70</w:t>
            </w:r>
          </w:p>
        </w:tc>
        <w:tc>
          <w:tcPr>
            <w:tcW w:type="dxa" w:w="2856"/>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260"/>
          </w:tcPr>
          <w:p>
            <w:pPr>
              <w:spacing w:after="0"/>
              <w:jc w:val="left"/>
            </w:pPr>
            <w:r>
              <w:rPr>
                <w:sz w:val="16"/>
              </w:rPr>
              <w:t>Major disaster</w:t>
            </w:r>
          </w:p>
        </w:tc>
        <w:tc>
          <w:tcPr>
            <w:tcW w:type="dxa" w:w="1763"/>
          </w:tcPr>
          <w:p>
            <w:pPr>
              <w:spacing w:after="0"/>
              <w:jc w:val="left"/>
            </w:pPr>
            <w:r>
              <w:rPr>
                <w:sz w:val="16"/>
              </w:rPr>
              <w:t>SEVERE STORMS, STRAIGHT-LINE WINDS, TORNADOES, FLOODING, LANDSLIDES, AND MUDSLIDES</w:t>
            </w:r>
          </w:p>
        </w:tc>
        <w:tc>
          <w:tcPr>
            <w:tcW w:type="dxa" w:w="2901"/>
          </w:tcPr>
          <w:p>
            <w:pPr>
              <w:spacing w:after="0"/>
              <w:jc w:val="left"/>
            </w:pPr>
            <w:r>
              <w:rPr>
                <w:sz w:val="16"/>
              </w:rPr>
              <w:t>Inland Flooding; Landslide; Strong Wind; Tornado</w:t>
            </w:r>
          </w:p>
        </w:tc>
        <w:tc>
          <w:tcPr>
            <w:tcW w:type="dxa" w:w="1338"/>
          </w:tcPr>
          <w:p>
            <w:pPr>
              <w:spacing w:after="0"/>
              <w:jc w:val="right"/>
            </w:pPr>
            <w:r>
              <w:rPr>
                <w:sz w:val="16"/>
              </w:rPr>
              <w:t>$18,458.48</w:t>
            </w:r>
          </w:p>
        </w:tc>
        <w:tc>
          <w:tcPr>
            <w:tcW w:type="dxa" w:w="2856"/>
          </w:tcPr>
          <w:p>
            <w:pPr>
              <w:spacing w:after="0"/>
              <w:jc w:val="left"/>
            </w:pPr>
            <w:r>
              <w:rPr>
                <w:sz w:val="16"/>
              </w:rPr>
              <w:t>during plan review, check whether your last plan included it; within last 5 years</w:t>
            </w:r>
          </w:p>
        </w:tc>
        <w:tc>
          <w:tcPr>
            <w:tcW w:type="dxa" w:w="883"/>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60"/>
          </w:tcPr>
          <w:p>
            <w:pPr>
              <w:spacing w:after="0"/>
              <w:jc w:val="left"/>
            </w:pPr>
            <w:r>
              <w:rPr>
                <w:sz w:val="16"/>
              </w:rPr>
              <w:t>Major disaster</w:t>
            </w:r>
          </w:p>
        </w:tc>
        <w:tc>
          <w:tcPr>
            <w:tcW w:type="dxa" w:w="1763"/>
          </w:tcPr>
          <w:p>
            <w:pPr>
              <w:spacing w:after="0"/>
              <w:jc w:val="left"/>
            </w:pPr>
            <w:r>
              <w:rPr>
                <w:sz w:val="16"/>
              </w:rPr>
              <w:t>COVID-19 PANDEMIC</w:t>
            </w:r>
          </w:p>
        </w:tc>
        <w:tc>
          <w:tcPr>
            <w:tcW w:type="dxa" w:w="2901"/>
          </w:tcPr>
          <w:p>
            <w:pPr>
              <w:spacing w:after="0"/>
              <w:jc w:val="left"/>
            </w:pPr>
            <w:r>
              <w:rPr>
                <w:sz w:val="16"/>
              </w:rPr>
              <w:t>Non-natural, not counted</w:t>
            </w:r>
          </w:p>
        </w:tc>
        <w:tc>
          <w:tcPr>
            <w:tcW w:type="dxa" w:w="1338"/>
          </w:tcPr>
          <w:p>
            <w:pPr>
              <w:spacing w:after="0"/>
              <w:jc w:val="right"/>
            </w:pPr>
            <w:r>
              <w:rPr>
                <w:sz w:val="16"/>
              </w:rPr>
              <w:t>none found</w:t>
            </w:r>
          </w:p>
        </w:tc>
        <w:tc>
          <w:tcPr>
            <w:tcW w:type="dxa" w:w="28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60"/>
          </w:tcPr>
          <w:p>
            <w:pPr>
              <w:spacing w:after="0"/>
              <w:jc w:val="left"/>
            </w:pPr>
            <w:r>
              <w:rPr>
                <w:sz w:val="16"/>
              </w:rPr>
              <w:t>Emergency</w:t>
            </w:r>
          </w:p>
        </w:tc>
        <w:tc>
          <w:tcPr>
            <w:tcW w:type="dxa" w:w="1763"/>
          </w:tcPr>
          <w:p>
            <w:pPr>
              <w:spacing w:after="0"/>
              <w:jc w:val="left"/>
            </w:pPr>
            <w:r>
              <w:rPr>
                <w:sz w:val="16"/>
              </w:rPr>
              <w:t>COVID-19</w:t>
            </w:r>
          </w:p>
        </w:tc>
        <w:tc>
          <w:tcPr>
            <w:tcW w:type="dxa" w:w="2901"/>
          </w:tcPr>
          <w:p>
            <w:pPr>
              <w:spacing w:after="0"/>
              <w:jc w:val="left"/>
            </w:pPr>
            <w:r>
              <w:rPr>
                <w:sz w:val="16"/>
              </w:rPr>
              <w:t>Non-natural, not counted</w:t>
            </w:r>
          </w:p>
        </w:tc>
        <w:tc>
          <w:tcPr>
            <w:tcW w:type="dxa" w:w="1338"/>
          </w:tcPr>
          <w:p>
            <w:pPr>
              <w:spacing w:after="0"/>
              <w:jc w:val="right"/>
            </w:pPr>
            <w:r>
              <w:rPr>
                <w:sz w:val="16"/>
              </w:rPr>
              <w:t>none found</w:t>
            </w:r>
          </w:p>
        </w:tc>
        <w:tc>
          <w:tcPr>
            <w:tcW w:type="dxa" w:w="2856"/>
          </w:tcPr>
          <w:p>
            <w:pPr>
              <w:spacing w:after="0"/>
              <w:jc w:val="left"/>
            </w:pPr>
          </w:p>
        </w:tc>
        <w:tc>
          <w:tcPr>
            <w:tcW w:type="dxa" w:w="883"/>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260"/>
          </w:tcPr>
          <w:p>
            <w:pPr>
              <w:spacing w:after="0"/>
              <w:jc w:val="left"/>
            </w:pPr>
            <w:r>
              <w:rPr>
                <w:sz w:val="16"/>
              </w:rPr>
              <w:t>Major disaster</w:t>
            </w:r>
          </w:p>
        </w:tc>
        <w:tc>
          <w:tcPr>
            <w:tcW w:type="dxa" w:w="1763"/>
          </w:tcPr>
          <w:p>
            <w:pPr>
              <w:spacing w:after="0"/>
              <w:jc w:val="left"/>
            </w:pPr>
            <w:r>
              <w:rPr>
                <w:sz w:val="16"/>
              </w:rPr>
              <w:t>SEVERE STORMS, STRAIGHT-LINE WINDS, FLOODING, LANDSLIDES, AND MUDSLIDES</w:t>
            </w:r>
          </w:p>
        </w:tc>
        <w:tc>
          <w:tcPr>
            <w:tcW w:type="dxa" w:w="2901"/>
          </w:tcPr>
          <w:p>
            <w:pPr>
              <w:spacing w:after="0"/>
              <w:jc w:val="left"/>
            </w:pPr>
            <w:r>
              <w:rPr>
                <w:sz w:val="16"/>
              </w:rPr>
              <w:t>Inland Flooding; Landslide; Strong Wind</w:t>
            </w:r>
          </w:p>
        </w:tc>
        <w:tc>
          <w:tcPr>
            <w:tcW w:type="dxa" w:w="1338"/>
          </w:tcPr>
          <w:p>
            <w:pPr>
              <w:spacing w:after="0"/>
              <w:jc w:val="right"/>
            </w:pPr>
            <w:r>
              <w:rPr>
                <w:sz w:val="16"/>
              </w:rPr>
              <w:t>$38,957.30</w:t>
            </w:r>
          </w:p>
        </w:tc>
        <w:tc>
          <w:tcPr>
            <w:tcW w:type="dxa" w:w="28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260"/>
          </w:tcPr>
          <w:p>
            <w:pPr>
              <w:spacing w:after="0"/>
              <w:jc w:val="left"/>
            </w:pPr>
            <w:r>
              <w:rPr>
                <w:sz w:val="16"/>
              </w:rPr>
              <w:t>Major disaster</w:t>
            </w:r>
          </w:p>
        </w:tc>
        <w:tc>
          <w:tcPr>
            <w:tcW w:type="dxa" w:w="1763"/>
          </w:tcPr>
          <w:p>
            <w:pPr>
              <w:spacing w:after="0"/>
              <w:jc w:val="left"/>
            </w:pPr>
            <w:r>
              <w:rPr>
                <w:sz w:val="16"/>
              </w:rPr>
              <w:t>SEVERE STORMS, TORNADOES, FLOODING, LANDSLIDES, AND MUDSLIDES</w:t>
            </w:r>
          </w:p>
        </w:tc>
        <w:tc>
          <w:tcPr>
            <w:tcW w:type="dxa" w:w="2901"/>
          </w:tcPr>
          <w:p>
            <w:pPr>
              <w:spacing w:after="0"/>
              <w:jc w:val="left"/>
            </w:pPr>
            <w:r>
              <w:rPr>
                <w:sz w:val="16"/>
              </w:rPr>
              <w:t>Inland Flooding (primary); also designated: Landslide, Tornado</w:t>
            </w:r>
          </w:p>
        </w:tc>
        <w:tc>
          <w:tcPr>
            <w:tcW w:type="dxa" w:w="1338"/>
          </w:tcPr>
          <w:p>
            <w:pPr>
              <w:spacing w:after="0"/>
              <w:jc w:val="right"/>
            </w:pPr>
            <w:r>
              <w:rPr>
                <w:sz w:val="16"/>
              </w:rPr>
              <w:t>$127,791.31</w:t>
            </w:r>
          </w:p>
        </w:tc>
        <w:tc>
          <w:tcPr>
            <w:tcW w:type="dxa" w:w="28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2016-08-26</w:t>
            </w:r>
          </w:p>
        </w:tc>
        <w:tc>
          <w:tcPr>
            <w:tcW w:type="dxa" w:w="1037"/>
          </w:tcPr>
          <w:p>
            <w:pPr>
              <w:spacing w:after="0"/>
              <w:jc w:val="left"/>
            </w:pPr>
            <w:r>
              <w:rPr>
                <w:sz w:val="16"/>
              </w:rPr>
              <w:t>2016-07-02</w:t>
            </w:r>
          </w:p>
        </w:tc>
        <w:tc>
          <w:tcPr>
            <w:tcW w:type="dxa" w:w="1037"/>
          </w:tcPr>
          <w:p>
            <w:pPr>
              <w:spacing w:after="0"/>
              <w:jc w:val="left"/>
            </w:pPr>
            <w:r>
              <w:rPr>
                <w:sz w:val="16"/>
              </w:rPr>
              <w:t>DR-4278-KY</w:t>
            </w:r>
          </w:p>
        </w:tc>
        <w:tc>
          <w:tcPr>
            <w:tcW w:type="dxa" w:w="1260"/>
          </w:tcPr>
          <w:p>
            <w:pPr>
              <w:spacing w:after="0"/>
              <w:jc w:val="left"/>
            </w:pPr>
            <w:r>
              <w:rPr>
                <w:sz w:val="16"/>
              </w:rPr>
              <w:t>Major disaster</w:t>
            </w:r>
          </w:p>
        </w:tc>
        <w:tc>
          <w:tcPr>
            <w:tcW w:type="dxa" w:w="1763"/>
          </w:tcPr>
          <w:p>
            <w:pPr>
              <w:spacing w:after="0"/>
              <w:jc w:val="left"/>
            </w:pPr>
            <w:r>
              <w:rPr>
                <w:sz w:val="16"/>
              </w:rPr>
              <w:t>SEVERE STORM, TORNADOES, FLOODING, LANDSLIDES, AND MUDSLIDES</w:t>
            </w:r>
          </w:p>
        </w:tc>
        <w:tc>
          <w:tcPr>
            <w:tcW w:type="dxa" w:w="2901"/>
          </w:tcPr>
          <w:p>
            <w:pPr>
              <w:spacing w:after="0"/>
              <w:jc w:val="left"/>
            </w:pPr>
            <w:r>
              <w:rPr>
                <w:sz w:val="16"/>
              </w:rPr>
              <w:t>Inland Flooding; Landslide; Tornado</w:t>
            </w:r>
          </w:p>
        </w:tc>
        <w:tc>
          <w:tcPr>
            <w:tcW w:type="dxa" w:w="1338"/>
          </w:tcPr>
          <w:p>
            <w:pPr>
              <w:spacing w:after="0"/>
              <w:jc w:val="right"/>
            </w:pPr>
            <w:r>
              <w:rPr>
                <w:sz w:val="16"/>
              </w:rPr>
              <w:t>$545,770.21</w:t>
            </w:r>
          </w:p>
        </w:tc>
        <w:tc>
          <w:tcPr>
            <w:tcW w:type="dxa" w:w="28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260"/>
          </w:tcPr>
          <w:p>
            <w:pPr>
              <w:spacing w:after="0"/>
              <w:jc w:val="left"/>
            </w:pPr>
            <w:r>
              <w:rPr>
                <w:sz w:val="16"/>
              </w:rPr>
              <w:t>Major disaster</w:t>
            </w:r>
          </w:p>
        </w:tc>
        <w:tc>
          <w:tcPr>
            <w:tcW w:type="dxa" w:w="1763"/>
          </w:tcPr>
          <w:p>
            <w:pPr>
              <w:spacing w:after="0"/>
              <w:jc w:val="left"/>
            </w:pPr>
            <w:r>
              <w:rPr>
                <w:sz w:val="16"/>
              </w:rPr>
              <w:t>SEVERE STORMS, TORNADOES, AND FLOODING</w:t>
            </w:r>
          </w:p>
        </w:tc>
        <w:tc>
          <w:tcPr>
            <w:tcW w:type="dxa" w:w="2901"/>
          </w:tcPr>
          <w:p>
            <w:pPr>
              <w:spacing w:after="0"/>
              <w:jc w:val="left"/>
            </w:pPr>
            <w:r>
              <w:rPr>
                <w:sz w:val="16"/>
              </w:rPr>
              <w:t>Inland Flooding; Tornado</w:t>
            </w:r>
          </w:p>
        </w:tc>
        <w:tc>
          <w:tcPr>
            <w:tcW w:type="dxa" w:w="1338"/>
          </w:tcPr>
          <w:p>
            <w:pPr>
              <w:spacing w:after="0"/>
              <w:jc w:val="right"/>
            </w:pPr>
            <w:r>
              <w:rPr>
                <w:sz w:val="16"/>
              </w:rPr>
              <w:t>$67,312.55</w:t>
            </w:r>
          </w:p>
        </w:tc>
        <w:tc>
          <w:tcPr>
            <w:tcW w:type="dxa" w:w="28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260"/>
          </w:tcPr>
          <w:p>
            <w:pPr>
              <w:spacing w:after="0"/>
              <w:jc w:val="left"/>
            </w:pPr>
            <w:r>
              <w:rPr>
                <w:sz w:val="16"/>
              </w:rPr>
              <w:t>Major disaster</w:t>
            </w:r>
          </w:p>
        </w:tc>
        <w:tc>
          <w:tcPr>
            <w:tcW w:type="dxa" w:w="1763"/>
          </w:tcPr>
          <w:p>
            <w:pPr>
              <w:spacing w:after="0"/>
              <w:jc w:val="left"/>
            </w:pPr>
            <w:r>
              <w:rPr>
                <w:sz w:val="16"/>
              </w:rPr>
              <w:t>SEVERE STORMS, FLOODING, MUDSLIDES, AND TORNADOES</w:t>
            </w:r>
          </w:p>
        </w:tc>
        <w:tc>
          <w:tcPr>
            <w:tcW w:type="dxa" w:w="2901"/>
          </w:tcPr>
          <w:p>
            <w:pPr>
              <w:spacing w:after="0"/>
              <w:jc w:val="left"/>
            </w:pPr>
            <w:r>
              <w:rPr>
                <w:sz w:val="16"/>
              </w:rPr>
              <w:t>Inland Flooding; Landslide; Tornado</w:t>
            </w:r>
          </w:p>
        </w:tc>
        <w:tc>
          <w:tcPr>
            <w:tcW w:type="dxa" w:w="1338"/>
          </w:tcPr>
          <w:p>
            <w:pPr>
              <w:spacing w:after="0"/>
              <w:jc w:val="right"/>
            </w:pPr>
            <w:r>
              <w:rPr>
                <w:sz w:val="16"/>
              </w:rPr>
              <w:t>$74,838.29</w:t>
            </w:r>
          </w:p>
        </w:tc>
        <w:tc>
          <w:tcPr>
            <w:tcW w:type="dxa" w:w="28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2009-05-29</w:t>
            </w:r>
          </w:p>
        </w:tc>
        <w:tc>
          <w:tcPr>
            <w:tcW w:type="dxa" w:w="1037"/>
          </w:tcPr>
          <w:p>
            <w:pPr>
              <w:spacing w:after="0"/>
              <w:jc w:val="left"/>
            </w:pPr>
            <w:r>
              <w:rPr>
                <w:sz w:val="16"/>
              </w:rPr>
              <w:t>2009-05-03</w:t>
            </w:r>
          </w:p>
        </w:tc>
        <w:tc>
          <w:tcPr>
            <w:tcW w:type="dxa" w:w="1037"/>
          </w:tcPr>
          <w:p>
            <w:pPr>
              <w:spacing w:after="0"/>
              <w:jc w:val="left"/>
            </w:pPr>
            <w:r>
              <w:rPr>
                <w:sz w:val="16"/>
              </w:rPr>
              <w:t>DR-1841-KY</w:t>
            </w:r>
          </w:p>
        </w:tc>
        <w:tc>
          <w:tcPr>
            <w:tcW w:type="dxa" w:w="1260"/>
          </w:tcPr>
          <w:p>
            <w:pPr>
              <w:spacing w:after="0"/>
              <w:jc w:val="left"/>
            </w:pPr>
            <w:r>
              <w:rPr>
                <w:sz w:val="16"/>
              </w:rPr>
              <w:t>Major disaster</w:t>
            </w:r>
          </w:p>
        </w:tc>
        <w:tc>
          <w:tcPr>
            <w:tcW w:type="dxa" w:w="1763"/>
          </w:tcPr>
          <w:p>
            <w:pPr>
              <w:spacing w:after="0"/>
              <w:jc w:val="left"/>
            </w:pPr>
            <w:r>
              <w:rPr>
                <w:sz w:val="16"/>
              </w:rPr>
              <w:t>SEVERE STORMS, TORNADOES, FLOODING AND MUDSLIDES</w:t>
            </w:r>
          </w:p>
        </w:tc>
        <w:tc>
          <w:tcPr>
            <w:tcW w:type="dxa" w:w="2901"/>
          </w:tcPr>
          <w:p>
            <w:pPr>
              <w:spacing w:after="0"/>
              <w:jc w:val="left"/>
            </w:pPr>
            <w:r>
              <w:rPr>
                <w:sz w:val="16"/>
              </w:rPr>
              <w:t>Inland Flooding; Landslide; Tornado</w:t>
            </w:r>
          </w:p>
        </w:tc>
        <w:tc>
          <w:tcPr>
            <w:tcW w:type="dxa" w:w="1338"/>
          </w:tcPr>
          <w:p>
            <w:pPr>
              <w:spacing w:after="0"/>
              <w:jc w:val="right"/>
            </w:pPr>
            <w:r>
              <w:rPr>
                <w:sz w:val="16"/>
              </w:rPr>
              <w:t>$70,404.47</w:t>
            </w:r>
          </w:p>
        </w:tc>
        <w:tc>
          <w:tcPr>
            <w:tcW w:type="dxa" w:w="28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60"/>
          </w:tcPr>
          <w:p>
            <w:pPr>
              <w:spacing w:after="0"/>
              <w:jc w:val="left"/>
            </w:pPr>
            <w:r>
              <w:rPr>
                <w:sz w:val="16"/>
              </w:rPr>
              <w:t>Major disaster</w:t>
            </w:r>
          </w:p>
        </w:tc>
        <w:tc>
          <w:tcPr>
            <w:tcW w:type="dxa" w:w="1763"/>
          </w:tcPr>
          <w:p>
            <w:pPr>
              <w:spacing w:after="0"/>
              <w:jc w:val="left"/>
            </w:pPr>
            <w:r>
              <w:rPr>
                <w:sz w:val="16"/>
              </w:rPr>
              <w:t>SEVERE WINTER STORM AND FLOODING</w:t>
            </w:r>
          </w:p>
        </w:tc>
        <w:tc>
          <w:tcPr>
            <w:tcW w:type="dxa" w:w="2901"/>
          </w:tcPr>
          <w:p>
            <w:pPr>
              <w:spacing w:after="0"/>
              <w:jc w:val="left"/>
            </w:pPr>
            <w:r>
              <w:rPr>
                <w:sz w:val="16"/>
              </w:rPr>
              <w:t>Ice Storm</w:t>
            </w:r>
          </w:p>
        </w:tc>
        <w:tc>
          <w:tcPr>
            <w:tcW w:type="dxa" w:w="1338"/>
          </w:tcPr>
          <w:p>
            <w:pPr>
              <w:spacing w:after="0"/>
              <w:jc w:val="right"/>
            </w:pPr>
            <w:r>
              <w:rPr>
                <w:sz w:val="16"/>
              </w:rPr>
              <w:t>$838,882.29</w:t>
            </w:r>
          </w:p>
        </w:tc>
        <w:tc>
          <w:tcPr>
            <w:tcW w:type="dxa" w:w="28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60"/>
          </w:tcPr>
          <w:p>
            <w:pPr>
              <w:spacing w:after="0"/>
              <w:jc w:val="left"/>
            </w:pPr>
            <w:r>
              <w:rPr>
                <w:sz w:val="16"/>
              </w:rPr>
              <w:t>Emergency</w:t>
            </w:r>
          </w:p>
        </w:tc>
        <w:tc>
          <w:tcPr>
            <w:tcW w:type="dxa" w:w="1763"/>
          </w:tcPr>
          <w:p>
            <w:pPr>
              <w:spacing w:after="0"/>
              <w:jc w:val="left"/>
            </w:pPr>
            <w:r>
              <w:rPr>
                <w:sz w:val="16"/>
              </w:rPr>
              <w:t>SEVERE WINTER STORM</w:t>
            </w:r>
          </w:p>
        </w:tc>
        <w:tc>
          <w:tcPr>
            <w:tcW w:type="dxa" w:w="2901"/>
          </w:tcPr>
          <w:p>
            <w:pPr>
              <w:spacing w:after="0"/>
              <w:jc w:val="left"/>
            </w:pPr>
            <w:r>
              <w:rPr>
                <w:sz w:val="16"/>
              </w:rPr>
              <w:t>Ice Storm</w:t>
            </w:r>
          </w:p>
        </w:tc>
        <w:tc>
          <w:tcPr>
            <w:tcW w:type="dxa" w:w="1338"/>
          </w:tcPr>
          <w:p>
            <w:pPr>
              <w:spacing w:after="0"/>
              <w:jc w:val="right"/>
            </w:pPr>
            <w:r>
              <w:rPr>
                <w:sz w:val="16"/>
              </w:rPr>
              <w:t>none found</w:t>
            </w:r>
          </w:p>
        </w:tc>
        <w:tc>
          <w:tcPr>
            <w:tcW w:type="dxa" w:w="2856"/>
          </w:tcPr>
          <w:p>
            <w:pPr>
              <w:spacing w:after="0"/>
              <w:jc w:val="left"/>
            </w:pPr>
          </w:p>
        </w:tc>
        <w:tc>
          <w:tcPr>
            <w:tcW w:type="dxa" w:w="883"/>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260"/>
          </w:tcPr>
          <w:p>
            <w:pPr>
              <w:spacing w:after="0"/>
              <w:jc w:val="left"/>
            </w:pPr>
            <w:r>
              <w:rPr>
                <w:sz w:val="16"/>
              </w:rPr>
              <w:t>Major disaster</w:t>
            </w:r>
          </w:p>
        </w:tc>
        <w:tc>
          <w:tcPr>
            <w:tcW w:type="dxa" w:w="1763"/>
          </w:tcPr>
          <w:p>
            <w:pPr>
              <w:spacing w:after="0"/>
              <w:jc w:val="left"/>
            </w:pPr>
            <w:r>
              <w:rPr>
                <w:sz w:val="16"/>
              </w:rPr>
              <w:t>SEVERE WIND STORM ASSOCIATED WITH TROPICAL DEPRESSION IKE</w:t>
            </w:r>
          </w:p>
        </w:tc>
        <w:tc>
          <w:tcPr>
            <w:tcW w:type="dxa" w:w="2901"/>
          </w:tcPr>
          <w:p>
            <w:pPr>
              <w:spacing w:after="0"/>
              <w:jc w:val="left"/>
            </w:pPr>
            <w:r>
              <w:rPr>
                <w:sz w:val="16"/>
              </w:rPr>
              <w:t>Hurricane; Strong Wind</w:t>
            </w:r>
          </w:p>
        </w:tc>
        <w:tc>
          <w:tcPr>
            <w:tcW w:type="dxa" w:w="1338"/>
          </w:tcPr>
          <w:p>
            <w:pPr>
              <w:spacing w:after="0"/>
              <w:jc w:val="right"/>
            </w:pPr>
            <w:r>
              <w:rPr>
                <w:sz w:val="16"/>
              </w:rPr>
              <w:t>$67,107.68</w:t>
            </w:r>
          </w:p>
        </w:tc>
        <w:tc>
          <w:tcPr>
            <w:tcW w:type="dxa" w:w="28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2008-05-19</w:t>
            </w:r>
          </w:p>
        </w:tc>
        <w:tc>
          <w:tcPr>
            <w:tcW w:type="dxa" w:w="1037"/>
          </w:tcPr>
          <w:p>
            <w:pPr>
              <w:spacing w:after="0"/>
              <w:jc w:val="left"/>
            </w:pPr>
            <w:r>
              <w:rPr>
                <w:sz w:val="16"/>
              </w:rPr>
              <w:t>2008-04-03</w:t>
            </w:r>
          </w:p>
        </w:tc>
        <w:tc>
          <w:tcPr>
            <w:tcW w:type="dxa" w:w="1037"/>
          </w:tcPr>
          <w:p>
            <w:pPr>
              <w:spacing w:after="0"/>
              <w:jc w:val="left"/>
            </w:pPr>
            <w:r>
              <w:rPr>
                <w:sz w:val="16"/>
              </w:rPr>
              <w:t>DR-1757-KY</w:t>
            </w:r>
          </w:p>
        </w:tc>
        <w:tc>
          <w:tcPr>
            <w:tcW w:type="dxa" w:w="1260"/>
          </w:tcPr>
          <w:p>
            <w:pPr>
              <w:spacing w:after="0"/>
              <w:jc w:val="left"/>
            </w:pPr>
            <w:r>
              <w:rPr>
                <w:sz w:val="16"/>
              </w:rPr>
              <w:t>Major disaster</w:t>
            </w:r>
          </w:p>
        </w:tc>
        <w:tc>
          <w:tcPr>
            <w:tcW w:type="dxa" w:w="1763"/>
          </w:tcPr>
          <w:p>
            <w:pPr>
              <w:spacing w:after="0"/>
              <w:jc w:val="left"/>
            </w:pPr>
            <w:r>
              <w:rPr>
                <w:sz w:val="16"/>
              </w:rPr>
              <w:t>SEVERE STORMS, TORNADOES, FLOODING, MUDSLIDES, AND LANDSLIDES</w:t>
            </w:r>
          </w:p>
        </w:tc>
        <w:tc>
          <w:tcPr>
            <w:tcW w:type="dxa" w:w="2901"/>
          </w:tcPr>
          <w:p>
            <w:pPr>
              <w:spacing w:after="0"/>
              <w:jc w:val="left"/>
            </w:pPr>
            <w:r>
              <w:rPr>
                <w:sz w:val="16"/>
              </w:rPr>
              <w:t>Inland Flooding; Landslide; Tornado</w:t>
            </w:r>
          </w:p>
        </w:tc>
        <w:tc>
          <w:tcPr>
            <w:tcW w:type="dxa" w:w="1338"/>
          </w:tcPr>
          <w:p>
            <w:pPr>
              <w:spacing w:after="0"/>
              <w:jc w:val="right"/>
            </w:pPr>
            <w:r>
              <w:rPr>
                <w:sz w:val="16"/>
              </w:rPr>
              <w:t>$376,932.36</w:t>
            </w:r>
          </w:p>
        </w:tc>
        <w:tc>
          <w:tcPr>
            <w:tcW w:type="dxa" w:w="28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60"/>
          </w:tcPr>
          <w:p>
            <w:pPr>
              <w:spacing w:after="0"/>
              <w:jc w:val="left"/>
            </w:pPr>
            <w:r>
              <w:rPr>
                <w:sz w:val="16"/>
              </w:rPr>
              <w:t>Emergency</w:t>
            </w:r>
          </w:p>
        </w:tc>
        <w:tc>
          <w:tcPr>
            <w:tcW w:type="dxa" w:w="1763"/>
          </w:tcPr>
          <w:p>
            <w:pPr>
              <w:spacing w:after="0"/>
              <w:jc w:val="left"/>
            </w:pPr>
            <w:r>
              <w:rPr>
                <w:sz w:val="16"/>
              </w:rPr>
              <w:t>HURRICANE KATRINA</w:t>
            </w:r>
          </w:p>
        </w:tc>
        <w:tc>
          <w:tcPr>
            <w:tcW w:type="dxa" w:w="2901"/>
          </w:tcPr>
          <w:p>
            <w:pPr>
              <w:spacing w:after="0"/>
              <w:jc w:val="left"/>
            </w:pPr>
            <w:r>
              <w:rPr>
                <w:sz w:val="16"/>
              </w:rPr>
              <w:t>Hurricane: evacuation support, not a local hazard event; not counted</w:t>
            </w:r>
          </w:p>
        </w:tc>
        <w:tc>
          <w:tcPr>
            <w:tcW w:type="dxa" w:w="1338"/>
          </w:tcPr>
          <w:p>
            <w:pPr>
              <w:spacing w:after="0"/>
              <w:jc w:val="right"/>
            </w:pPr>
            <w:r>
              <w:rPr>
                <w:sz w:val="16"/>
              </w:rPr>
              <w:t>none found</w:t>
            </w:r>
          </w:p>
        </w:tc>
        <w:tc>
          <w:tcPr>
            <w:tcW w:type="dxa" w:w="28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260"/>
          </w:tcPr>
          <w:p>
            <w:pPr>
              <w:spacing w:after="0"/>
              <w:jc w:val="left"/>
            </w:pPr>
            <w:r>
              <w:rPr>
                <w:sz w:val="16"/>
              </w:rPr>
              <w:t>Major disaster</w:t>
            </w:r>
          </w:p>
        </w:tc>
        <w:tc>
          <w:tcPr>
            <w:tcW w:type="dxa" w:w="1763"/>
          </w:tcPr>
          <w:p>
            <w:pPr>
              <w:spacing w:after="0"/>
              <w:jc w:val="left"/>
            </w:pPr>
            <w:r>
              <w:rPr>
                <w:sz w:val="16"/>
              </w:rPr>
              <w:t>SEVERE WINTER STORM AND RECORD SNOW</w:t>
            </w:r>
          </w:p>
        </w:tc>
        <w:tc>
          <w:tcPr>
            <w:tcW w:type="dxa" w:w="2901"/>
          </w:tcPr>
          <w:p>
            <w:pPr>
              <w:spacing w:after="0"/>
              <w:jc w:val="left"/>
            </w:pPr>
            <w:r>
              <w:rPr>
                <w:sz w:val="16"/>
              </w:rPr>
              <w:t>Winter Weather</w:t>
            </w:r>
          </w:p>
        </w:tc>
        <w:tc>
          <w:tcPr>
            <w:tcW w:type="dxa" w:w="1338"/>
          </w:tcPr>
          <w:p>
            <w:pPr>
              <w:spacing w:after="0"/>
              <w:jc w:val="right"/>
            </w:pPr>
            <w:r>
              <w:rPr>
                <w:sz w:val="16"/>
              </w:rPr>
              <w:t>$19,985.25</w:t>
            </w:r>
          </w:p>
        </w:tc>
        <w:tc>
          <w:tcPr>
            <w:tcW w:type="dxa" w:w="28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60"/>
          </w:tcPr>
          <w:p>
            <w:pPr>
              <w:spacing w:after="0"/>
              <w:jc w:val="left"/>
            </w:pPr>
            <w:r>
              <w:rPr>
                <w:sz w:val="16"/>
              </w:rPr>
              <w:t>Major disaster</w:t>
            </w:r>
          </w:p>
        </w:tc>
        <w:tc>
          <w:tcPr>
            <w:tcW w:type="dxa" w:w="1763"/>
          </w:tcPr>
          <w:p>
            <w:pPr>
              <w:spacing w:after="0"/>
              <w:jc w:val="left"/>
            </w:pPr>
            <w:r>
              <w:rPr>
                <w:sz w:val="16"/>
              </w:rPr>
              <w:t>SEVERE STORMS, TORNADOES, FLOODING, AND MUDSLIDES</w:t>
            </w:r>
          </w:p>
        </w:tc>
        <w:tc>
          <w:tcPr>
            <w:tcW w:type="dxa" w:w="2901"/>
          </w:tcPr>
          <w:p>
            <w:pPr>
              <w:spacing w:after="0"/>
              <w:jc w:val="left"/>
            </w:pPr>
            <w:r>
              <w:rPr>
                <w:sz w:val="16"/>
              </w:rPr>
              <w:t>Inland Flooding; Landslide; Tornado</w:t>
            </w:r>
          </w:p>
        </w:tc>
        <w:tc>
          <w:tcPr>
            <w:tcW w:type="dxa" w:w="1338"/>
          </w:tcPr>
          <w:p>
            <w:pPr>
              <w:spacing w:after="0"/>
              <w:jc w:val="right"/>
            </w:pPr>
            <w:r>
              <w:rPr>
                <w:sz w:val="16"/>
              </w:rPr>
              <w:t>PA not declared for this county</w:t>
            </w:r>
          </w:p>
        </w:tc>
        <w:tc>
          <w:tcPr>
            <w:tcW w:type="dxa" w:w="28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260"/>
          </w:tcPr>
          <w:p>
            <w:pPr>
              <w:spacing w:after="0"/>
              <w:jc w:val="left"/>
            </w:pPr>
            <w:r>
              <w:rPr>
                <w:sz w:val="16"/>
              </w:rPr>
              <w:t>Major disaster</w:t>
            </w:r>
          </w:p>
        </w:tc>
        <w:tc>
          <w:tcPr>
            <w:tcW w:type="dxa" w:w="1763"/>
          </w:tcPr>
          <w:p>
            <w:pPr>
              <w:spacing w:after="0"/>
              <w:jc w:val="left"/>
            </w:pPr>
            <w:r>
              <w:rPr>
                <w:sz w:val="16"/>
              </w:rPr>
              <w:t>SEVERE STORMS, FLOODING, MUD AND ROCK SLIDES, AND TORNADOES</w:t>
            </w:r>
          </w:p>
        </w:tc>
        <w:tc>
          <w:tcPr>
            <w:tcW w:type="dxa" w:w="2901"/>
          </w:tcPr>
          <w:p>
            <w:pPr>
              <w:spacing w:after="0"/>
              <w:jc w:val="left"/>
            </w:pPr>
            <w:r>
              <w:rPr>
                <w:sz w:val="16"/>
              </w:rPr>
              <w:t>Inland Flooding; Tornado</w:t>
            </w:r>
          </w:p>
        </w:tc>
        <w:tc>
          <w:tcPr>
            <w:tcW w:type="dxa" w:w="1338"/>
          </w:tcPr>
          <w:p>
            <w:pPr>
              <w:spacing w:after="0"/>
              <w:jc w:val="right"/>
            </w:pPr>
            <w:r>
              <w:rPr>
                <w:sz w:val="16"/>
              </w:rPr>
              <w:t>$65,295.61</w:t>
            </w:r>
          </w:p>
        </w:tc>
        <w:tc>
          <w:tcPr>
            <w:tcW w:type="dxa" w:w="28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260"/>
          </w:tcPr>
          <w:p>
            <w:pPr>
              <w:spacing w:after="0"/>
              <w:jc w:val="left"/>
            </w:pPr>
            <w:r>
              <w:rPr>
                <w:sz w:val="16"/>
              </w:rPr>
              <w:t>Major disaster</w:t>
            </w:r>
          </w:p>
        </w:tc>
        <w:tc>
          <w:tcPr>
            <w:tcW w:type="dxa" w:w="1763"/>
          </w:tcPr>
          <w:p>
            <w:pPr>
              <w:spacing w:after="0"/>
              <w:jc w:val="left"/>
            </w:pPr>
            <w:r>
              <w:rPr>
                <w:sz w:val="16"/>
              </w:rPr>
              <w:t>SEVERE STORMS, TORNADOES AND FLOODING</w:t>
            </w:r>
          </w:p>
        </w:tc>
        <w:tc>
          <w:tcPr>
            <w:tcW w:type="dxa" w:w="2901"/>
          </w:tcPr>
          <w:p>
            <w:pPr>
              <w:spacing w:after="0"/>
              <w:jc w:val="left"/>
            </w:pPr>
            <w:r>
              <w:rPr>
                <w:sz w:val="16"/>
              </w:rPr>
              <w:t>Inland Flooding; Tornado</w:t>
            </w:r>
          </w:p>
        </w:tc>
        <w:tc>
          <w:tcPr>
            <w:tcW w:type="dxa" w:w="1338"/>
          </w:tcPr>
          <w:p>
            <w:pPr>
              <w:spacing w:after="0"/>
              <w:jc w:val="right"/>
            </w:pPr>
            <w:r>
              <w:rPr>
                <w:sz w:val="16"/>
              </w:rPr>
              <w:t>PA not declared for this county</w:t>
            </w:r>
          </w:p>
        </w:tc>
        <w:tc>
          <w:tcPr>
            <w:tcW w:type="dxa" w:w="28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2000-01-10</w:t>
            </w:r>
          </w:p>
        </w:tc>
        <w:tc>
          <w:tcPr>
            <w:tcW w:type="dxa" w:w="1037"/>
          </w:tcPr>
          <w:p>
            <w:pPr>
              <w:spacing w:after="0"/>
              <w:jc w:val="left"/>
            </w:pPr>
            <w:r>
              <w:rPr>
                <w:sz w:val="16"/>
              </w:rPr>
              <w:t>2000-01-03</w:t>
            </w:r>
          </w:p>
        </w:tc>
        <w:tc>
          <w:tcPr>
            <w:tcW w:type="dxa" w:w="1037"/>
          </w:tcPr>
          <w:p>
            <w:pPr>
              <w:spacing w:after="0"/>
              <w:jc w:val="left"/>
            </w:pPr>
            <w:r>
              <w:rPr>
                <w:sz w:val="16"/>
              </w:rPr>
              <w:t>DR-1310-KY</w:t>
            </w:r>
          </w:p>
        </w:tc>
        <w:tc>
          <w:tcPr>
            <w:tcW w:type="dxa" w:w="1260"/>
          </w:tcPr>
          <w:p>
            <w:pPr>
              <w:spacing w:after="0"/>
              <w:jc w:val="left"/>
            </w:pPr>
            <w:r>
              <w:rPr>
                <w:sz w:val="16"/>
              </w:rPr>
              <w:t>Major disaster</w:t>
            </w:r>
          </w:p>
        </w:tc>
        <w:tc>
          <w:tcPr>
            <w:tcW w:type="dxa" w:w="1763"/>
          </w:tcPr>
          <w:p>
            <w:pPr>
              <w:spacing w:after="0"/>
              <w:jc w:val="left"/>
            </w:pPr>
            <w:r>
              <w:rPr>
                <w:sz w:val="16"/>
              </w:rPr>
              <w:t>TORNADOES, SEVERE STORMS, TORRENTIAL RAINS, AND FLASH FLOODING</w:t>
            </w:r>
          </w:p>
        </w:tc>
        <w:tc>
          <w:tcPr>
            <w:tcW w:type="dxa" w:w="2901"/>
          </w:tcPr>
          <w:p>
            <w:pPr>
              <w:spacing w:after="0"/>
              <w:jc w:val="left"/>
            </w:pPr>
            <w:r>
              <w:rPr>
                <w:sz w:val="16"/>
              </w:rPr>
              <w:t>Tornado (primary); also designated: Inland Flooding</w:t>
            </w:r>
          </w:p>
        </w:tc>
        <w:tc>
          <w:tcPr>
            <w:tcW w:type="dxa" w:w="1338"/>
          </w:tcPr>
          <w:p>
            <w:pPr>
              <w:spacing w:after="0"/>
              <w:jc w:val="right"/>
            </w:pPr>
            <w:r>
              <w:rPr>
                <w:sz w:val="16"/>
              </w:rPr>
              <w:t>$536,494.37</w:t>
            </w:r>
          </w:p>
        </w:tc>
        <w:tc>
          <w:tcPr>
            <w:tcW w:type="dxa" w:w="28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60"/>
          </w:tcPr>
          <w:p>
            <w:pPr>
              <w:spacing w:after="0"/>
              <w:jc w:val="left"/>
            </w:pPr>
            <w:r>
              <w:rPr>
                <w:sz w:val="16"/>
              </w:rPr>
              <w:t>Major disaster</w:t>
            </w:r>
          </w:p>
        </w:tc>
        <w:tc>
          <w:tcPr>
            <w:tcW w:type="dxa" w:w="1763"/>
          </w:tcPr>
          <w:p>
            <w:pPr>
              <w:spacing w:after="0"/>
              <w:jc w:val="left"/>
            </w:pPr>
            <w:r>
              <w:rPr>
                <w:sz w:val="16"/>
              </w:rPr>
              <w:t>SEVERE STORM, FLOODING, AND TORNADOES</w:t>
            </w:r>
          </w:p>
        </w:tc>
        <w:tc>
          <w:tcPr>
            <w:tcW w:type="dxa" w:w="2901"/>
          </w:tcPr>
          <w:p>
            <w:pPr>
              <w:spacing w:after="0"/>
              <w:jc w:val="left"/>
            </w:pPr>
            <w:r>
              <w:rPr>
                <w:sz w:val="16"/>
              </w:rPr>
              <w:t>Inland Flooding; Tornado</w:t>
            </w:r>
          </w:p>
        </w:tc>
        <w:tc>
          <w:tcPr>
            <w:tcW w:type="dxa" w:w="1338"/>
          </w:tcPr>
          <w:p>
            <w:pPr>
              <w:spacing w:after="0"/>
              <w:jc w:val="right"/>
            </w:pPr>
            <w:r>
              <w:rPr>
                <w:sz w:val="16"/>
              </w:rPr>
              <w:t>none found</w:t>
            </w:r>
          </w:p>
        </w:tc>
        <w:tc>
          <w:tcPr>
            <w:tcW w:type="dxa" w:w="28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60"/>
          </w:tcPr>
          <w:p>
            <w:pPr>
              <w:spacing w:after="0"/>
              <w:jc w:val="left"/>
            </w:pPr>
            <w:r>
              <w:rPr>
                <w:sz w:val="16"/>
              </w:rPr>
              <w:t>Major disaster</w:t>
            </w:r>
          </w:p>
        </w:tc>
        <w:tc>
          <w:tcPr>
            <w:tcW w:type="dxa" w:w="1763"/>
          </w:tcPr>
          <w:p>
            <w:pPr>
              <w:spacing w:after="0"/>
              <w:jc w:val="left"/>
            </w:pPr>
            <w:r>
              <w:rPr>
                <w:sz w:val="16"/>
              </w:rPr>
              <w:t>BLIZZARD OF 96</w:t>
            </w:r>
          </w:p>
        </w:tc>
        <w:tc>
          <w:tcPr>
            <w:tcW w:type="dxa" w:w="2901"/>
          </w:tcPr>
          <w:p>
            <w:pPr>
              <w:spacing w:after="0"/>
              <w:jc w:val="left"/>
            </w:pPr>
            <w:r>
              <w:rPr>
                <w:sz w:val="16"/>
              </w:rPr>
              <w:t>Winter Weather</w:t>
            </w:r>
          </w:p>
        </w:tc>
        <w:tc>
          <w:tcPr>
            <w:tcW w:type="dxa" w:w="1338"/>
          </w:tcPr>
          <w:p>
            <w:pPr>
              <w:spacing w:after="0"/>
              <w:jc w:val="right"/>
            </w:pPr>
            <w:r>
              <w:rPr>
                <w:sz w:val="16"/>
              </w:rPr>
              <w:t>none found</w:t>
            </w:r>
          </w:p>
        </w:tc>
        <w:tc>
          <w:tcPr>
            <w:tcW w:type="dxa" w:w="2856"/>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67</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35</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29</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78</w:t>
            </w:r>
          </w:p>
        </w:tc>
        <w:tc>
          <w:tcPr>
            <w:tcW w:type="dxa" w:w="1422"/>
          </w:tcPr>
          <w:p>
            <w:pPr>
              <w:spacing w:after="0"/>
              <w:jc w:val="right"/>
            </w:pPr>
            <w:r>
              <w:rPr>
                <w:sz w:val="16"/>
              </w:rPr>
              <w:t>13</w:t>
            </w:r>
          </w:p>
        </w:tc>
        <w:tc>
          <w:tcPr>
            <w:tcW w:type="dxa" w:w="1356"/>
          </w:tcPr>
          <w:p>
            <w:pPr>
              <w:spacing w:after="0"/>
              <w:jc w:val="right"/>
            </w:pPr>
            <w:r>
              <w:rPr>
                <w:sz w:val="16"/>
              </w:rPr>
              <w:t>5</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16</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136</w:t>
            </w:r>
          </w:p>
        </w:tc>
        <w:tc>
          <w:tcPr>
            <w:tcW w:type="dxa" w:w="1422"/>
          </w:tcPr>
          <w:p>
            <w:pPr>
              <w:spacing w:after="0"/>
              <w:jc w:val="right"/>
            </w:pPr>
            <w:r>
              <w:rPr>
                <w:sz w:val="16"/>
              </w:rPr>
              <w:t>14</w:t>
            </w:r>
          </w:p>
        </w:tc>
        <w:tc>
          <w:tcPr>
            <w:tcW w:type="dxa" w:w="1356"/>
          </w:tcPr>
          <w:p>
            <w:pPr>
              <w:spacing w:after="0"/>
              <w:jc w:val="right"/>
            </w:pPr>
            <w:r>
              <w:rPr>
                <w:sz w:val="16"/>
              </w:rPr>
              <w:t>10</w:t>
            </w:r>
          </w:p>
        </w:tc>
        <w:tc>
          <w:tcPr>
            <w:tcW w:type="dxa" w:w="963"/>
          </w:tcPr>
          <w:p>
            <w:pPr>
              <w:spacing w:after="0"/>
              <w:jc w:val="right"/>
            </w:pPr>
            <w:r>
              <w:rPr>
                <w:sz w:val="16"/>
              </w:rPr>
              <w:t>27</w:t>
            </w:r>
          </w:p>
        </w:tc>
        <w:tc>
          <w:tcPr>
            <w:tcW w:type="dxa" w:w="1356"/>
          </w:tcPr>
          <w:p>
            <w:pPr>
              <w:spacing w:after="0"/>
              <w:jc w:val="right"/>
            </w:pPr>
            <w:r>
              <w:rPr>
                <w:sz w:val="16"/>
              </w:rPr>
              <w:t>7</w:t>
            </w:r>
          </w:p>
        </w:tc>
        <w:tc>
          <w:tcPr>
            <w:tcW w:type="dxa" w:w="1684"/>
          </w:tcPr>
          <w:p>
            <w:pPr>
              <w:spacing w:after="0"/>
              <w:jc w:val="right"/>
            </w:pPr>
            <w:r>
              <w:rPr>
                <w:sz w:val="16"/>
              </w:rPr>
              <w:t>4</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64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15</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102</w:t>
            </w:r>
          </w:p>
        </w:tc>
        <w:tc>
          <w:tcPr>
            <w:tcW w:type="dxa" w:w="1422"/>
          </w:tcPr>
          <w:p>
            <w:pPr>
              <w:spacing w:after="0"/>
              <w:jc w:val="right"/>
            </w:pPr>
            <w:r>
              <w:rPr>
                <w:sz w:val="16"/>
              </w:rPr>
              <w:t>8</w:t>
            </w:r>
          </w:p>
        </w:tc>
        <w:tc>
          <w:tcPr>
            <w:tcW w:type="dxa" w:w="1356"/>
          </w:tcPr>
          <w:p>
            <w:pPr>
              <w:spacing w:after="0"/>
              <w:jc w:val="right"/>
            </w:pPr>
            <w:r>
              <w:rPr>
                <w:sz w:val="16"/>
              </w:rPr>
              <w:t>4</w:t>
            </w:r>
          </w:p>
        </w:tc>
        <w:tc>
          <w:tcPr>
            <w:tcW w:type="dxa" w:w="963"/>
          </w:tcPr>
          <w:p>
            <w:pPr>
              <w:spacing w:after="0"/>
              <w:jc w:val="right"/>
            </w:pPr>
            <w:r>
              <w:rPr>
                <w:sz w:val="16"/>
              </w:rPr>
              <w:t>16</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63"/>
        <w:gridCol w:w="3084"/>
        <w:gridCol w:w="1095"/>
        <w:gridCol w:w="1903"/>
        <w:gridCol w:w="1006"/>
        <w:gridCol w:w="301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63"/>
            <w:shd w:val="clear" w:color="auto" w:fill="E8E8E8"/>
          </w:tcPr>
          <w:p>
            <w:pPr>
              <w:spacing w:after="0"/>
              <w:jc w:val="left"/>
            </w:pPr>
            <w:r>
              <w:rPr>
                <w:b/>
                <w:sz w:val="16"/>
              </w:rPr>
              <w:t>Magnitude or extent</w:t>
            </w:r>
          </w:p>
        </w:tc>
        <w:tc>
          <w:tcPr>
            <w:tcW w:type="dxa" w:w="3084"/>
            <w:shd w:val="clear" w:color="auto" w:fill="E8E8E8"/>
          </w:tcPr>
          <w:p>
            <w:pPr>
              <w:spacing w:after="0"/>
              <w:jc w:val="left"/>
            </w:pPr>
            <w:r>
              <w:rPr>
                <w:b/>
                <w:sz w:val="16"/>
              </w:rPr>
              <w:t>Damage</w:t>
            </w:r>
          </w:p>
          <w:p>
            <w:pPr>
              <w:spacing w:after="0"/>
              <w:jc w:val="left"/>
            </w:pPr>
            <w:r>
              <w:rPr>
                <w:i/>
                <w:color w:val="555555"/>
                <w:sz w:val="14"/>
              </w:rPr>
              <w:t>nominal dollars</w:t>
            </w:r>
          </w:p>
        </w:tc>
        <w:tc>
          <w:tcPr>
            <w:tcW w:type="dxa" w:w="109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3"/>
            <w:shd w:val="clear" w:color="auto" w:fill="E8E8E8"/>
          </w:tcPr>
          <w:p>
            <w:pPr>
              <w:spacing w:after="0"/>
              <w:jc w:val="left"/>
            </w:pPr>
            <w:r>
              <w:rPr>
                <w:b/>
                <w:sz w:val="16"/>
              </w:rPr>
              <w:t>Location</w:t>
            </w:r>
          </w:p>
        </w:tc>
        <w:tc>
          <w:tcPr>
            <w:tcW w:type="dxa" w:w="1006"/>
            <w:shd w:val="clear" w:color="auto" w:fill="E8E8E8"/>
          </w:tcPr>
          <w:p>
            <w:pPr>
              <w:spacing w:after="0"/>
              <w:jc w:val="left"/>
            </w:pPr>
            <w:r>
              <w:rPr>
                <w:b/>
                <w:sz w:val="16"/>
              </w:rPr>
              <w:t>Flags</w:t>
            </w:r>
          </w:p>
        </w:tc>
        <w:tc>
          <w:tcPr>
            <w:tcW w:type="dxa" w:w="301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2025-10-18</w:t>
            </w:r>
          </w:p>
        </w:tc>
        <w:tc>
          <w:tcPr>
            <w:tcW w:type="dxa" w:w="1215"/>
          </w:tcPr>
          <w:p>
            <w:pPr>
              <w:spacing w:after="0"/>
              <w:jc w:val="left"/>
            </w:pPr>
            <w:r>
              <w:rPr>
                <w:sz w:val="16"/>
              </w:rPr>
              <w:t>Thunderstorm Wind</w:t>
            </w:r>
          </w:p>
        </w:tc>
        <w:tc>
          <w:tcPr>
            <w:tcW w:type="dxa" w:w="1763"/>
          </w:tcPr>
          <w:p>
            <w:pPr>
              <w:spacing w:after="0"/>
              <w:jc w:val="left"/>
            </w:pPr>
            <w:r>
              <w:rPr>
                <w:sz w:val="16"/>
              </w:rPr>
              <w:t>78 kt (90 mph) estimated gust</w:t>
            </w:r>
          </w:p>
        </w:tc>
        <w:tc>
          <w:tcPr>
            <w:tcW w:type="dxa" w:w="3084"/>
          </w:tcPr>
          <w:p>
            <w:pPr>
              <w:spacing w:after="0"/>
              <w:jc w:val="left"/>
            </w:pPr>
            <w:r>
              <w:rPr>
                <w:sz w:val="16"/>
              </w:rPr>
              <w:t>$40,000 property; $0 crops (2025 dollars)</w:t>
            </w:r>
          </w:p>
        </w:tc>
        <w:tc>
          <w:tcPr>
            <w:tcW w:type="dxa" w:w="1095"/>
          </w:tcPr>
          <w:p>
            <w:pPr>
              <w:spacing w:after="0"/>
              <w:jc w:val="right"/>
            </w:pPr>
            <w:r>
              <w:rPr>
                <w:sz w:val="16"/>
              </w:rPr>
              <w:t>0, 0</w:t>
            </w:r>
          </w:p>
        </w:tc>
        <w:tc>
          <w:tcPr>
            <w:tcW w:type="dxa" w:w="1903"/>
          </w:tcPr>
          <w:p>
            <w:pPr>
              <w:spacing w:after="0"/>
              <w:jc w:val="left"/>
            </w:pPr>
            <w:r>
              <w:rPr>
                <w:sz w:val="16"/>
              </w:rPr>
              <w:t>MARION</w:t>
            </w:r>
          </w:p>
        </w:tc>
        <w:tc>
          <w:tcPr>
            <w:tcW w:type="dxa" w:w="1006"/>
          </w:tcPr>
          <w:p>
            <w:pPr>
              <w:spacing w:after="0"/>
              <w:jc w:val="left"/>
            </w:pPr>
            <w:r>
              <w:rPr>
                <w:sz w:val="16"/>
              </w:rPr>
              <w:t>new since last plan; within last 5 years</w:t>
            </w:r>
          </w:p>
        </w:tc>
        <w:tc>
          <w:tcPr>
            <w:tcW w:type="dxa" w:w="3010"/>
          </w:tcPr>
          <w:p>
            <w:pPr>
              <w:spacing w:after="0"/>
              <w:jc w:val="left"/>
            </w:pPr>
            <w:r>
              <w:rPr>
                <w:sz w:val="16"/>
              </w:rPr>
              <w:t>B1-c worst recorded: Thunderstorm Wind</w:t>
            </w:r>
          </w:p>
        </w:tc>
      </w:tr>
      <w:tr>
        <w:trPr>
          <w:cantSplit/>
        </w:trPr>
        <w:tc>
          <w:tcPr>
            <w:tcW w:type="dxa" w:w="1037"/>
          </w:tcPr>
          <w:p>
            <w:pPr>
              <w:spacing w:after="0"/>
              <w:jc w:val="left"/>
            </w:pPr>
            <w:r>
              <w:rPr>
                <w:sz w:val="16"/>
              </w:rPr>
              <w:t>2012-05-12</w:t>
            </w:r>
          </w:p>
        </w:tc>
        <w:tc>
          <w:tcPr>
            <w:tcW w:type="dxa" w:w="1215"/>
          </w:tcPr>
          <w:p>
            <w:pPr>
              <w:spacing w:after="0"/>
              <w:jc w:val="left"/>
            </w:pPr>
            <w:r>
              <w:rPr>
                <w:sz w:val="16"/>
              </w:rPr>
              <w:t>Drought</w:t>
            </w:r>
          </w:p>
        </w:tc>
        <w:tc>
          <w:tcPr>
            <w:tcW w:type="dxa" w:w="1763"/>
          </w:tcPr>
          <w:p>
            <w:pPr>
              <w:spacing w:after="0"/>
              <w:jc w:val="left"/>
            </w:pPr>
          </w:p>
        </w:tc>
        <w:tc>
          <w:tcPr>
            <w:tcW w:type="dxa" w:w="3084"/>
          </w:tcPr>
          <w:p>
            <w:pPr>
              <w:spacing w:after="0"/>
              <w:jc w:val="left"/>
            </w:pPr>
            <w:r>
              <w:rPr>
                <w:sz w:val="16"/>
              </w:rPr>
              <w:t>$0 property; $0 crops, reported for the zone (2012 dollars)</w:t>
            </w:r>
          </w:p>
        </w:tc>
        <w:tc>
          <w:tcPr>
            <w:tcW w:type="dxa" w:w="1095"/>
          </w:tcPr>
          <w:p>
            <w:pPr>
              <w:spacing w:after="0"/>
              <w:jc w:val="right"/>
            </w:pPr>
            <w:r>
              <w:rPr>
                <w:sz w:val="16"/>
              </w:rPr>
              <w:t>0, 0</w:t>
            </w:r>
          </w:p>
        </w:tc>
        <w:tc>
          <w:tcPr>
            <w:tcW w:type="dxa" w:w="1903"/>
          </w:tcPr>
          <w:p>
            <w:pPr>
              <w:spacing w:after="0"/>
              <w:jc w:val="left"/>
            </w:pPr>
            <w:r>
              <w:rPr>
                <w:sz w:val="16"/>
              </w:rPr>
              <w:t>NWS zone KYZ010 (CRITTENDEN), zone-level: may include parts of neighboring counties</w:t>
            </w:r>
          </w:p>
        </w:tc>
        <w:tc>
          <w:tcPr>
            <w:tcW w:type="dxa" w:w="1006"/>
          </w:tcPr>
          <w:p>
            <w:pPr>
              <w:spacing w:after="0"/>
              <w:jc w:val="left"/>
            </w:pPr>
          </w:p>
        </w:tc>
        <w:tc>
          <w:tcPr>
            <w:tcW w:type="dxa" w:w="3010"/>
          </w:tcPr>
          <w:p>
            <w:pPr>
              <w:spacing w:after="0"/>
              <w:jc w:val="left"/>
            </w:pPr>
            <w:r>
              <w:rPr>
                <w:sz w:val="16"/>
              </w:rPr>
              <w:t>B1-c worst recorded: Drought</w:t>
            </w:r>
          </w:p>
        </w:tc>
      </w:tr>
      <w:tr>
        <w:trPr>
          <w:cantSplit/>
        </w:trPr>
        <w:tc>
          <w:tcPr>
            <w:tcW w:type="dxa" w:w="1037"/>
          </w:tcPr>
          <w:p>
            <w:pPr>
              <w:spacing w:after="0"/>
              <w:jc w:val="left"/>
            </w:pPr>
            <w:r>
              <w:rPr>
                <w:sz w:val="16"/>
              </w:rPr>
              <w:t>2009-05-08</w:t>
            </w:r>
          </w:p>
        </w:tc>
        <w:tc>
          <w:tcPr>
            <w:tcW w:type="dxa" w:w="1215"/>
          </w:tcPr>
          <w:p>
            <w:pPr>
              <w:spacing w:after="0"/>
              <w:jc w:val="left"/>
            </w:pPr>
            <w:r>
              <w:rPr>
                <w:sz w:val="16"/>
              </w:rPr>
              <w:t>Hail</w:t>
            </w:r>
          </w:p>
        </w:tc>
        <w:tc>
          <w:tcPr>
            <w:tcW w:type="dxa" w:w="1763"/>
          </w:tcPr>
          <w:p>
            <w:pPr>
              <w:spacing w:after="0"/>
              <w:jc w:val="left"/>
            </w:pPr>
            <w:r>
              <w:rPr>
                <w:sz w:val="16"/>
              </w:rPr>
              <w:t>2 in</w:t>
            </w:r>
          </w:p>
        </w:tc>
        <w:tc>
          <w:tcPr>
            <w:tcW w:type="dxa" w:w="3084"/>
          </w:tcPr>
          <w:p>
            <w:pPr>
              <w:spacing w:after="0"/>
              <w:jc w:val="left"/>
            </w:pPr>
            <w:r>
              <w:rPr>
                <w:sz w:val="16"/>
              </w:rPr>
              <w:t>property not reported; $0 crops (2009 dollars)</w:t>
            </w:r>
          </w:p>
        </w:tc>
        <w:tc>
          <w:tcPr>
            <w:tcW w:type="dxa" w:w="1095"/>
          </w:tcPr>
          <w:p>
            <w:pPr>
              <w:spacing w:after="0"/>
              <w:jc w:val="right"/>
            </w:pPr>
            <w:r>
              <w:rPr>
                <w:sz w:val="16"/>
              </w:rPr>
              <w:t>0, 0</w:t>
            </w:r>
          </w:p>
        </w:tc>
        <w:tc>
          <w:tcPr>
            <w:tcW w:type="dxa" w:w="1903"/>
          </w:tcPr>
          <w:p>
            <w:pPr>
              <w:spacing w:after="0"/>
              <w:jc w:val="left"/>
            </w:pPr>
            <w:r>
              <w:rPr>
                <w:sz w:val="16"/>
              </w:rPr>
              <w:t>TOLU to MARION</w:t>
            </w:r>
          </w:p>
        </w:tc>
        <w:tc>
          <w:tcPr>
            <w:tcW w:type="dxa" w:w="1006"/>
          </w:tcPr>
          <w:p>
            <w:pPr>
              <w:spacing w:after="0"/>
              <w:jc w:val="left"/>
            </w:pPr>
          </w:p>
        </w:tc>
        <w:tc>
          <w:tcPr>
            <w:tcW w:type="dxa" w:w="3010"/>
          </w:tcPr>
          <w:p>
            <w:pPr>
              <w:spacing w:after="0"/>
              <w:jc w:val="left"/>
            </w:pPr>
            <w:r>
              <w:rPr>
                <w:sz w:val="16"/>
              </w:rPr>
              <w:t>B1-c worst recorded: Hail</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763"/>
          </w:tcPr>
          <w:p>
            <w:pPr>
              <w:spacing w:after="0"/>
              <w:jc w:val="left"/>
            </w:pPr>
          </w:p>
        </w:tc>
        <w:tc>
          <w:tcPr>
            <w:tcW w:type="dxa" w:w="3084"/>
          </w:tcPr>
          <w:p>
            <w:pPr>
              <w:spacing w:after="0"/>
              <w:jc w:val="left"/>
            </w:pPr>
            <w:r>
              <w:rPr>
                <w:sz w:val="16"/>
              </w:rPr>
              <w:t>$11,200,000 property; $0 crops, reported for the zone (2009 dollars)</w:t>
            </w:r>
          </w:p>
        </w:tc>
        <w:tc>
          <w:tcPr>
            <w:tcW w:type="dxa" w:w="1095"/>
          </w:tcPr>
          <w:p>
            <w:pPr>
              <w:spacing w:after="0"/>
              <w:jc w:val="right"/>
            </w:pPr>
            <w:r>
              <w:rPr>
                <w:sz w:val="16"/>
              </w:rPr>
              <w:t>0, 0</w:t>
            </w:r>
          </w:p>
        </w:tc>
        <w:tc>
          <w:tcPr>
            <w:tcW w:type="dxa" w:w="1903"/>
          </w:tcPr>
          <w:p>
            <w:pPr>
              <w:spacing w:after="0"/>
              <w:jc w:val="left"/>
            </w:pPr>
            <w:r>
              <w:rPr>
                <w:sz w:val="16"/>
              </w:rPr>
              <w:t>NWS zone KYZ010 (CRITTENDEN), zone-level: may include parts of neighboring counties</w:t>
            </w:r>
          </w:p>
        </w:tc>
        <w:tc>
          <w:tcPr>
            <w:tcW w:type="dxa" w:w="1006"/>
          </w:tcPr>
          <w:p>
            <w:pPr>
              <w:spacing w:after="0"/>
              <w:jc w:val="left"/>
            </w:pPr>
          </w:p>
        </w:tc>
        <w:tc>
          <w:tcPr>
            <w:tcW w:type="dxa" w:w="3010"/>
          </w:tcPr>
          <w:p>
            <w:pPr>
              <w:spacing w:after="0"/>
              <w:jc w:val="left"/>
            </w:pPr>
            <w:r>
              <w:rPr>
                <w:sz w:val="16"/>
              </w:rPr>
              <w:t>B1-c worst recorded: Ice Storm</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763"/>
          </w:tcPr>
          <w:p>
            <w:pPr>
              <w:spacing w:after="0"/>
              <w:jc w:val="left"/>
            </w:pPr>
            <w:r>
              <w:rPr>
                <w:sz w:val="16"/>
              </w:rPr>
              <w:t>56 kt (64 mph) estimated gust</w:t>
            </w:r>
          </w:p>
        </w:tc>
        <w:tc>
          <w:tcPr>
            <w:tcW w:type="dxa" w:w="3084"/>
          </w:tcPr>
          <w:p>
            <w:pPr>
              <w:spacing w:after="0"/>
              <w:jc w:val="left"/>
            </w:pPr>
            <w:r>
              <w:rPr>
                <w:sz w:val="16"/>
              </w:rPr>
              <w:t>$4,200,000 property; $3,500,000 crops, reported for the zone (2008 dollars)</w:t>
            </w:r>
          </w:p>
        </w:tc>
        <w:tc>
          <w:tcPr>
            <w:tcW w:type="dxa" w:w="1095"/>
          </w:tcPr>
          <w:p>
            <w:pPr>
              <w:spacing w:after="0"/>
              <w:jc w:val="right"/>
            </w:pPr>
            <w:r>
              <w:rPr>
                <w:sz w:val="16"/>
              </w:rPr>
              <w:t>0, 0</w:t>
            </w:r>
          </w:p>
        </w:tc>
        <w:tc>
          <w:tcPr>
            <w:tcW w:type="dxa" w:w="1903"/>
          </w:tcPr>
          <w:p>
            <w:pPr>
              <w:spacing w:after="0"/>
              <w:jc w:val="left"/>
            </w:pPr>
            <w:r>
              <w:rPr>
                <w:sz w:val="16"/>
              </w:rPr>
              <w:t>NWS zone KYZ010 (CRITTENDEN), zone-level: may include parts of neighboring counties</w:t>
            </w:r>
          </w:p>
        </w:tc>
        <w:tc>
          <w:tcPr>
            <w:tcW w:type="dxa" w:w="1006"/>
          </w:tcPr>
          <w:p>
            <w:pPr>
              <w:spacing w:after="0"/>
              <w:jc w:val="left"/>
            </w:pPr>
          </w:p>
        </w:tc>
        <w:tc>
          <w:tcPr>
            <w:tcW w:type="dxa" w:w="301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2008-04-04</w:t>
            </w:r>
          </w:p>
        </w:tc>
        <w:tc>
          <w:tcPr>
            <w:tcW w:type="dxa" w:w="1215"/>
          </w:tcPr>
          <w:p>
            <w:pPr>
              <w:spacing w:after="0"/>
              <w:jc w:val="left"/>
            </w:pPr>
            <w:r>
              <w:rPr>
                <w:sz w:val="16"/>
              </w:rPr>
              <w:t>Flood</w:t>
            </w:r>
          </w:p>
        </w:tc>
        <w:tc>
          <w:tcPr>
            <w:tcW w:type="dxa" w:w="1763"/>
          </w:tcPr>
          <w:p>
            <w:pPr>
              <w:spacing w:after="0"/>
              <w:jc w:val="left"/>
            </w:pPr>
          </w:p>
        </w:tc>
        <w:tc>
          <w:tcPr>
            <w:tcW w:type="dxa" w:w="3084"/>
          </w:tcPr>
          <w:p>
            <w:pPr>
              <w:spacing w:after="0"/>
              <w:jc w:val="left"/>
            </w:pPr>
            <w:r>
              <w:rPr>
                <w:sz w:val="16"/>
              </w:rPr>
              <w:t>$20,000 property; $0 crops (2008 dollars)</w:t>
            </w:r>
          </w:p>
        </w:tc>
        <w:tc>
          <w:tcPr>
            <w:tcW w:type="dxa" w:w="1095"/>
          </w:tcPr>
          <w:p>
            <w:pPr>
              <w:spacing w:after="0"/>
              <w:jc w:val="right"/>
            </w:pPr>
            <w:r>
              <w:rPr>
                <w:sz w:val="16"/>
              </w:rPr>
              <w:t>1, 0</w:t>
            </w:r>
          </w:p>
        </w:tc>
        <w:tc>
          <w:tcPr>
            <w:tcW w:type="dxa" w:w="1903"/>
          </w:tcPr>
          <w:p>
            <w:pPr>
              <w:spacing w:after="0"/>
              <w:jc w:val="left"/>
            </w:pPr>
            <w:r>
              <w:rPr>
                <w:sz w:val="16"/>
              </w:rPr>
              <w:t>FRANCES</w:t>
            </w:r>
          </w:p>
        </w:tc>
        <w:tc>
          <w:tcPr>
            <w:tcW w:type="dxa" w:w="1006"/>
          </w:tcPr>
          <w:p>
            <w:pPr>
              <w:spacing w:after="0"/>
              <w:jc w:val="left"/>
            </w:pPr>
          </w:p>
        </w:tc>
        <w:tc>
          <w:tcPr>
            <w:tcW w:type="dxa" w:w="3010"/>
          </w:tcPr>
          <w:p>
            <w:pPr>
              <w:spacing w:after="0"/>
              <w:jc w:val="left"/>
            </w:pPr>
            <w:r>
              <w:rPr>
                <w:sz w:val="16"/>
              </w:rPr>
              <w:t>deaths or injuries recorded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1763"/>
          </w:tcPr>
          <w:p>
            <w:pPr>
              <w:spacing w:after="0"/>
              <w:jc w:val="left"/>
            </w:pPr>
          </w:p>
        </w:tc>
        <w:tc>
          <w:tcPr>
            <w:tcW w:type="dxa" w:w="3084"/>
          </w:tcPr>
          <w:p>
            <w:pPr>
              <w:spacing w:after="0"/>
              <w:jc w:val="left"/>
            </w:pPr>
            <w:r>
              <w:rPr>
                <w:sz w:val="16"/>
              </w:rPr>
              <w:t>$0 property; $600,000 crops, reported for the zone (2007 dollars)</w:t>
            </w:r>
          </w:p>
        </w:tc>
        <w:tc>
          <w:tcPr>
            <w:tcW w:type="dxa" w:w="1095"/>
          </w:tcPr>
          <w:p>
            <w:pPr>
              <w:spacing w:after="0"/>
              <w:jc w:val="right"/>
            </w:pPr>
            <w:r>
              <w:rPr>
                <w:sz w:val="16"/>
              </w:rPr>
              <w:t>0, 0</w:t>
            </w:r>
          </w:p>
        </w:tc>
        <w:tc>
          <w:tcPr>
            <w:tcW w:type="dxa" w:w="1903"/>
          </w:tcPr>
          <w:p>
            <w:pPr>
              <w:spacing w:after="0"/>
              <w:jc w:val="left"/>
            </w:pPr>
            <w:r>
              <w:rPr>
                <w:sz w:val="16"/>
              </w:rPr>
              <w:t>NWS zone KYZ010 (CRITTENDEN), zone-level: may include parts of neighboring counties</w:t>
            </w:r>
          </w:p>
        </w:tc>
        <w:tc>
          <w:tcPr>
            <w:tcW w:type="dxa" w:w="1006"/>
          </w:tcPr>
          <w:p>
            <w:pPr>
              <w:spacing w:after="0"/>
              <w:jc w:val="left"/>
            </w:pPr>
          </w:p>
        </w:tc>
        <w:tc>
          <w:tcPr>
            <w:tcW w:type="dxa" w:w="301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2005-11-06</w:t>
            </w:r>
          </w:p>
        </w:tc>
        <w:tc>
          <w:tcPr>
            <w:tcW w:type="dxa" w:w="1215"/>
          </w:tcPr>
          <w:p>
            <w:pPr>
              <w:spacing w:after="0"/>
              <w:jc w:val="left"/>
            </w:pPr>
            <w:r>
              <w:rPr>
                <w:sz w:val="16"/>
              </w:rPr>
              <w:t>Tornado</w:t>
            </w:r>
          </w:p>
        </w:tc>
        <w:tc>
          <w:tcPr>
            <w:tcW w:type="dxa" w:w="1763"/>
          </w:tcPr>
          <w:p>
            <w:pPr>
              <w:spacing w:after="0"/>
              <w:jc w:val="left"/>
            </w:pPr>
            <w:r>
              <w:rPr>
                <w:sz w:val="16"/>
              </w:rPr>
              <w:t>F3, 6.2 mi within this county, 150 yd wide</w:t>
            </w:r>
          </w:p>
        </w:tc>
        <w:tc>
          <w:tcPr>
            <w:tcW w:type="dxa" w:w="3084"/>
          </w:tcPr>
          <w:p>
            <w:pPr>
              <w:spacing w:after="0"/>
              <w:jc w:val="left"/>
            </w:pPr>
            <w:r>
              <w:rPr>
                <w:sz w:val="16"/>
              </w:rPr>
              <w:t>$300,000 property; crops not reported (2005 dollars)</w:t>
            </w:r>
          </w:p>
        </w:tc>
        <w:tc>
          <w:tcPr>
            <w:tcW w:type="dxa" w:w="1095"/>
          </w:tcPr>
          <w:p>
            <w:pPr>
              <w:spacing w:after="0"/>
              <w:jc w:val="right"/>
            </w:pPr>
            <w:r>
              <w:rPr>
                <w:sz w:val="16"/>
              </w:rPr>
              <w:t>0, 5</w:t>
            </w:r>
          </w:p>
        </w:tc>
        <w:tc>
          <w:tcPr>
            <w:tcW w:type="dxa" w:w="1903"/>
          </w:tcPr>
          <w:p>
            <w:pPr>
              <w:spacing w:after="0"/>
              <w:jc w:val="left"/>
            </w:pPr>
            <w:r>
              <w:rPr>
                <w:sz w:val="16"/>
              </w:rPr>
              <w:t>MATTOON</w:t>
            </w:r>
          </w:p>
        </w:tc>
        <w:tc>
          <w:tcPr>
            <w:tcW w:type="dxa" w:w="1006"/>
          </w:tcPr>
          <w:p>
            <w:pPr>
              <w:spacing w:after="0"/>
              <w:jc w:val="left"/>
            </w:pPr>
          </w:p>
        </w:tc>
        <w:tc>
          <w:tcPr>
            <w:tcW w:type="dxa" w:w="3010"/>
          </w:tcPr>
          <w:p>
            <w:pPr>
              <w:spacing w:after="0"/>
              <w:jc w:val="left"/>
            </w:pPr>
            <w:r>
              <w:rPr>
                <w:sz w:val="16"/>
              </w:rPr>
              <w:t>deaths or injuries recorded</w:t>
            </w:r>
          </w:p>
        </w:tc>
      </w:tr>
      <w:tr>
        <w:trPr>
          <w:cantSplit/>
        </w:trPr>
        <w:tc>
          <w:tcPr>
            <w:tcW w:type="dxa" w:w="1037"/>
          </w:tcPr>
          <w:p>
            <w:pPr>
              <w:spacing w:after="0"/>
              <w:jc w:val="left"/>
            </w:pPr>
            <w:r>
              <w:rPr>
                <w:sz w:val="16"/>
              </w:rPr>
              <w:t>2003-05-10</w:t>
            </w:r>
          </w:p>
        </w:tc>
        <w:tc>
          <w:tcPr>
            <w:tcW w:type="dxa" w:w="1215"/>
          </w:tcPr>
          <w:p>
            <w:pPr>
              <w:spacing w:after="0"/>
              <w:jc w:val="left"/>
            </w:pPr>
            <w:r>
              <w:rPr>
                <w:sz w:val="16"/>
              </w:rPr>
              <w:t>Flash Flood</w:t>
            </w:r>
          </w:p>
        </w:tc>
        <w:tc>
          <w:tcPr>
            <w:tcW w:type="dxa" w:w="1763"/>
          </w:tcPr>
          <w:p>
            <w:pPr>
              <w:spacing w:after="0"/>
              <w:jc w:val="left"/>
            </w:pPr>
          </w:p>
        </w:tc>
        <w:tc>
          <w:tcPr>
            <w:tcW w:type="dxa" w:w="3084"/>
          </w:tcPr>
          <w:p>
            <w:pPr>
              <w:spacing w:after="0"/>
              <w:jc w:val="left"/>
            </w:pPr>
            <w:r>
              <w:rPr>
                <w:sz w:val="16"/>
              </w:rPr>
              <w:t>$400,000 property; crops not reported (2003 dollars)</w:t>
            </w:r>
          </w:p>
        </w:tc>
        <w:tc>
          <w:tcPr>
            <w:tcW w:type="dxa" w:w="1095"/>
          </w:tcPr>
          <w:p>
            <w:pPr>
              <w:spacing w:after="0"/>
              <w:jc w:val="right"/>
            </w:pPr>
            <w:r>
              <w:rPr>
                <w:sz w:val="16"/>
              </w:rPr>
              <w:t>0, 0</w:t>
            </w:r>
          </w:p>
        </w:tc>
        <w:tc>
          <w:tcPr>
            <w:tcW w:type="dxa" w:w="1903"/>
          </w:tcPr>
          <w:p>
            <w:pPr>
              <w:spacing w:after="0"/>
              <w:jc w:val="left"/>
            </w:pPr>
            <w:r>
              <w:rPr>
                <w:sz w:val="16"/>
              </w:rPr>
              <w:t>COUNTYWIDE</w:t>
            </w:r>
          </w:p>
        </w:tc>
        <w:tc>
          <w:tcPr>
            <w:tcW w:type="dxa" w:w="1006"/>
          </w:tcPr>
          <w:p>
            <w:pPr>
              <w:spacing w:after="0"/>
              <w:jc w:val="left"/>
            </w:pPr>
          </w:p>
        </w:tc>
        <w:tc>
          <w:tcPr>
            <w:tcW w:type="dxa" w:w="301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763"/>
          </w:tcPr>
          <w:p>
            <w:pPr>
              <w:spacing w:after="0"/>
              <w:jc w:val="left"/>
            </w:pPr>
          </w:p>
        </w:tc>
        <w:tc>
          <w:tcPr>
            <w:tcW w:type="dxa" w:w="3084"/>
          </w:tcPr>
          <w:p>
            <w:pPr>
              <w:spacing w:after="0"/>
              <w:jc w:val="left"/>
            </w:pPr>
            <w:r>
              <w:rPr>
                <w:sz w:val="16"/>
              </w:rPr>
              <w:t>damage not reported</w:t>
            </w:r>
          </w:p>
        </w:tc>
        <w:tc>
          <w:tcPr>
            <w:tcW w:type="dxa" w:w="1095"/>
          </w:tcPr>
          <w:p>
            <w:pPr>
              <w:spacing w:after="0"/>
              <w:jc w:val="right"/>
            </w:pPr>
            <w:r>
              <w:rPr>
                <w:sz w:val="16"/>
              </w:rPr>
              <w:t>0, 0</w:t>
            </w:r>
          </w:p>
        </w:tc>
        <w:tc>
          <w:tcPr>
            <w:tcW w:type="dxa" w:w="1903"/>
          </w:tcPr>
          <w:p>
            <w:pPr>
              <w:spacing w:after="0"/>
              <w:jc w:val="left"/>
            </w:pPr>
            <w:r>
              <w:rPr>
                <w:sz w:val="16"/>
              </w:rPr>
              <w:t>NWS zone KYZ010 (CRITTENDEN), zone-level: may include parts of neighboring counties</w:t>
            </w:r>
          </w:p>
        </w:tc>
        <w:tc>
          <w:tcPr>
            <w:tcW w:type="dxa" w:w="1006"/>
          </w:tcPr>
          <w:p>
            <w:pPr>
              <w:spacing w:after="0"/>
              <w:jc w:val="left"/>
            </w:pPr>
          </w:p>
        </w:tc>
        <w:tc>
          <w:tcPr>
            <w:tcW w:type="dxa" w:w="301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2000-01-03</w:t>
            </w:r>
          </w:p>
        </w:tc>
        <w:tc>
          <w:tcPr>
            <w:tcW w:type="dxa" w:w="1215"/>
          </w:tcPr>
          <w:p>
            <w:pPr>
              <w:spacing w:after="0"/>
              <w:jc w:val="left"/>
            </w:pPr>
            <w:r>
              <w:rPr>
                <w:sz w:val="16"/>
              </w:rPr>
              <w:t>Tornado</w:t>
            </w:r>
          </w:p>
        </w:tc>
        <w:tc>
          <w:tcPr>
            <w:tcW w:type="dxa" w:w="1763"/>
          </w:tcPr>
          <w:p>
            <w:pPr>
              <w:spacing w:after="0"/>
              <w:jc w:val="left"/>
            </w:pPr>
            <w:r>
              <w:rPr>
                <w:sz w:val="16"/>
              </w:rPr>
              <w:t>F3, 15 mi within this county, 440 yd wide</w:t>
            </w:r>
          </w:p>
        </w:tc>
        <w:tc>
          <w:tcPr>
            <w:tcW w:type="dxa" w:w="3084"/>
          </w:tcPr>
          <w:p>
            <w:pPr>
              <w:spacing w:after="0"/>
              <w:jc w:val="left"/>
            </w:pPr>
            <w:r>
              <w:rPr>
                <w:sz w:val="16"/>
              </w:rPr>
              <w:t>$5,000,000 property; crops not reported (2000 dollars)</w:t>
            </w:r>
          </w:p>
        </w:tc>
        <w:tc>
          <w:tcPr>
            <w:tcW w:type="dxa" w:w="1095"/>
          </w:tcPr>
          <w:p>
            <w:pPr>
              <w:spacing w:after="0"/>
              <w:jc w:val="right"/>
            </w:pPr>
            <w:r>
              <w:rPr>
                <w:sz w:val="16"/>
              </w:rPr>
              <w:t>0, 3</w:t>
            </w:r>
          </w:p>
        </w:tc>
        <w:tc>
          <w:tcPr>
            <w:tcW w:type="dxa" w:w="1903"/>
          </w:tcPr>
          <w:p>
            <w:pPr>
              <w:spacing w:after="0"/>
              <w:jc w:val="left"/>
            </w:pPr>
            <w:r>
              <w:rPr>
                <w:sz w:val="16"/>
              </w:rPr>
              <w:t>CRAYNE</w:t>
            </w:r>
          </w:p>
        </w:tc>
        <w:tc>
          <w:tcPr>
            <w:tcW w:type="dxa" w:w="1006"/>
          </w:tcPr>
          <w:p>
            <w:pPr>
              <w:spacing w:after="0"/>
              <w:jc w:val="left"/>
            </w:pPr>
          </w:p>
        </w:tc>
        <w:tc>
          <w:tcPr>
            <w:tcW w:type="dxa" w:w="3010"/>
          </w:tcPr>
          <w:p>
            <w:pPr>
              <w:spacing w:after="0"/>
              <w:jc w:val="left"/>
            </w:pPr>
            <w:r>
              <w:rPr>
                <w:sz w:val="16"/>
              </w:rPr>
              <w:t>deaths or injuries recorded</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763"/>
          </w:tcPr>
          <w:p>
            <w:pPr>
              <w:spacing w:after="0"/>
              <w:jc w:val="left"/>
            </w:pPr>
          </w:p>
        </w:tc>
        <w:tc>
          <w:tcPr>
            <w:tcW w:type="dxa" w:w="3084"/>
          </w:tcPr>
          <w:p>
            <w:pPr>
              <w:spacing w:after="0"/>
              <w:jc w:val="left"/>
            </w:pPr>
            <w:r>
              <w:rPr>
                <w:sz w:val="16"/>
              </w:rPr>
              <w:t>damage not reported</w:t>
            </w:r>
          </w:p>
        </w:tc>
        <w:tc>
          <w:tcPr>
            <w:tcW w:type="dxa" w:w="1095"/>
          </w:tcPr>
          <w:p>
            <w:pPr>
              <w:spacing w:after="0"/>
              <w:jc w:val="right"/>
            </w:pPr>
            <w:r>
              <w:rPr>
                <w:sz w:val="16"/>
              </w:rPr>
              <w:t>0, 0</w:t>
            </w:r>
          </w:p>
        </w:tc>
        <w:tc>
          <w:tcPr>
            <w:tcW w:type="dxa" w:w="1903"/>
          </w:tcPr>
          <w:p>
            <w:pPr>
              <w:spacing w:after="0"/>
              <w:jc w:val="left"/>
            </w:pPr>
            <w:r>
              <w:rPr>
                <w:sz w:val="16"/>
              </w:rPr>
              <w:t>NWS zone KYZ010 (CRITTENDEN), zone-level: may include parts of neighboring counties</w:t>
            </w:r>
          </w:p>
        </w:tc>
        <w:tc>
          <w:tcPr>
            <w:tcW w:type="dxa" w:w="1006"/>
          </w:tcPr>
          <w:p>
            <w:pPr>
              <w:spacing w:after="0"/>
              <w:jc w:val="left"/>
            </w:pPr>
          </w:p>
        </w:tc>
        <w:tc>
          <w:tcPr>
            <w:tcW w:type="dxa" w:w="3010"/>
          </w:tcPr>
          <w:p>
            <w:pPr>
              <w:spacing w:after="0"/>
              <w:jc w:val="left"/>
            </w:pPr>
            <w:r>
              <w:rPr>
                <w:sz w:val="16"/>
              </w:rPr>
              <w:t>B1-c worst recorded: Excessive Heat, Heat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(533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5"/>
        <w:gridCol w:w="1567"/>
        <w:gridCol w:w="1037"/>
        <w:gridCol w:w="1772"/>
        <w:gridCol w:w="1519"/>
        <w:gridCol w:w="1496"/>
        <w:gridCol w:w="1037"/>
        <w:gridCol w:w="1962"/>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5"/>
            <w:shd w:val="clear" w:color="auto" w:fill="E8E8E8"/>
          </w:tcPr>
          <w:p>
            <w:pPr>
              <w:spacing w:after="0"/>
              <w:jc w:val="left"/>
            </w:pPr>
            <w:r>
              <w:rPr>
                <w:b/>
                <w:sz w:val="16"/>
              </w:rPr>
              <w:t>Unit</w:t>
            </w:r>
          </w:p>
        </w:tc>
        <w:tc>
          <w:tcPr>
            <w:tcW w:type="dxa" w:w="156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2"/>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5"/>
          </w:tcPr>
          <w:p>
            <w:pPr>
              <w:spacing w:after="0"/>
              <w:jc w:val="left"/>
            </w:pPr>
            <w:r>
              <w:rPr>
                <w:sz w:val="16"/>
              </w:rPr>
              <w:t>events per year</w:t>
            </w:r>
          </w:p>
        </w:tc>
        <w:tc>
          <w:tcPr>
            <w:tcW w:type="dxa" w:w="1567"/>
          </w:tcPr>
          <w:p>
            <w:pPr>
              <w:spacing w:after="0"/>
              <w:jc w:val="left"/>
            </w:pPr>
          </w:p>
        </w:tc>
        <w:tc>
          <w:tcPr>
            <w:tcW w:type="dxa" w:w="1037"/>
          </w:tcPr>
          <w:p>
            <w:pPr>
              <w:spacing w:after="0"/>
              <w:jc w:val="left"/>
            </w:pPr>
          </w:p>
        </w:tc>
        <w:tc>
          <w:tcPr>
            <w:tcW w:type="dxa" w:w="1772"/>
          </w:tcPr>
          <w:p>
            <w:pPr>
              <w:spacing w:after="0"/>
              <w:jc w:val="left"/>
            </w:pPr>
          </w:p>
        </w:tc>
        <w:tc>
          <w:tcPr>
            <w:tcW w:type="dxa" w:w="1519"/>
          </w:tcPr>
          <w:p>
            <w:pPr>
              <w:spacing w:after="0"/>
              <w:jc w:val="right"/>
            </w:pPr>
          </w:p>
        </w:tc>
        <w:tc>
          <w:tcPr>
            <w:tcW w:type="dxa" w:w="1496"/>
          </w:tcPr>
          <w:p>
            <w:pPr>
              <w:spacing w:after="0"/>
              <w:jc w:val="left"/>
            </w:pPr>
            <w:r>
              <w:rPr>
                <w:sz w:val="16"/>
              </w:rPr>
              <w:t>1994 to 2023 (30 years)</w:t>
            </w:r>
          </w:p>
        </w:tc>
        <w:tc>
          <w:tcPr>
            <w:tcW w:type="dxa" w:w="1037"/>
          </w:tcPr>
          <w:p>
            <w:pPr>
              <w:spacing w:after="0"/>
              <w:jc w:val="left"/>
            </w:pPr>
            <w:r>
              <w:rPr>
                <w:sz w:val="16"/>
              </w:rPr>
              <w:t>see B1-f</w:t>
            </w:r>
          </w:p>
        </w:tc>
        <w:tc>
          <w:tcPr>
            <w:tcW w:type="dxa" w:w="196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5"/>
          </w:tcPr>
          <w:p>
            <w:pPr>
              <w:spacing w:after="0"/>
              <w:jc w:val="left"/>
            </w:pPr>
            <w:r>
              <w:rPr>
                <w:sz w:val="16"/>
              </w:rPr>
              <w:t>events per year at a location (modeled)</w:t>
            </w:r>
          </w:p>
        </w:tc>
        <w:tc>
          <w:tcPr>
            <w:tcW w:type="dxa" w:w="1567"/>
          </w:tcPr>
          <w:p>
            <w:pPr>
              <w:spacing w:after="0"/>
              <w:jc w:val="left"/>
            </w:pPr>
          </w:p>
        </w:tc>
        <w:tc>
          <w:tcPr>
            <w:tcW w:type="dxa" w:w="1037"/>
          </w:tcPr>
          <w:p>
            <w:pPr>
              <w:spacing w:after="0"/>
              <w:jc w:val="left"/>
            </w:pPr>
          </w:p>
        </w:tc>
        <w:tc>
          <w:tcPr>
            <w:tcW w:type="dxa" w:w="1772"/>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6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1</w:t>
            </w:r>
          </w:p>
        </w:tc>
        <w:tc>
          <w:tcPr>
            <w:tcW w:type="dxa" w:w="1445"/>
          </w:tcPr>
          <w:p>
            <w:pPr>
              <w:spacing w:after="0"/>
              <w:jc w:val="left"/>
            </w:pPr>
            <w:r>
              <w:rPr>
                <w:sz w:val="16"/>
              </w:rPr>
              <w:t>event-days per year</w:t>
            </w:r>
          </w:p>
        </w:tc>
        <w:tc>
          <w:tcPr>
            <w:tcW w:type="dxa" w:w="1567"/>
          </w:tcPr>
          <w:p>
            <w:pPr>
              <w:spacing w:after="0"/>
              <w:jc w:val="left"/>
            </w:pPr>
            <w:r>
              <w:rPr>
                <w:sz w:val="16"/>
              </w:rPr>
              <w:t>about 1 days per year</w:t>
            </w:r>
          </w:p>
        </w:tc>
        <w:tc>
          <w:tcPr>
            <w:tcW w:type="dxa" w:w="1037"/>
          </w:tcPr>
          <w:p>
            <w:pPr>
              <w:spacing w:after="0"/>
              <w:jc w:val="left"/>
            </w:pPr>
            <w:r>
              <w:rPr>
                <w:sz w:val="16"/>
              </w:rPr>
              <w:t>Likely</w:t>
            </w:r>
          </w:p>
        </w:tc>
        <w:tc>
          <w:tcPr>
            <w:tcW w:type="dxa" w:w="1772"/>
          </w:tcPr>
          <w:p>
            <w:pPr>
              <w:spacing w:after="0"/>
              <w:jc w:val="left"/>
            </w:pPr>
            <w:r>
              <w:rPr>
                <w:sz w:val="16"/>
              </w:rPr>
              <w:t>event-days in 13 of 30 years, 1996 to 2025 (43.3%)</w:t>
            </w:r>
          </w:p>
        </w:tc>
        <w:tc>
          <w:tcPr>
            <w:tcW w:type="dxa" w:w="1519"/>
          </w:tcPr>
          <w:p>
            <w:pPr>
              <w:spacing w:after="0"/>
              <w:jc w:val="right"/>
            </w:pPr>
            <w:r>
              <w:rPr>
                <w:sz w:val="16"/>
              </w:rPr>
              <w:t>19</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62"/>
          </w:tcPr>
          <w:p>
            <w:pPr>
              <w:spacing w:after="0"/>
              <w:jc w:val="left"/>
            </w:pPr>
            <w:r>
              <w:rPr>
                <w:sz w:val="16"/>
              </w:rPr>
              <w:t>NRI gives about 1 cold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5.61</w:t>
            </w:r>
          </w:p>
        </w:tc>
        <w:tc>
          <w:tcPr>
            <w:tcW w:type="dxa" w:w="1445"/>
          </w:tcPr>
          <w:p>
            <w:pPr>
              <w:spacing w:after="0"/>
              <w:jc w:val="left"/>
            </w:pPr>
            <w:r>
              <w:rPr>
                <w:sz w:val="16"/>
              </w:rPr>
              <w:t>event-days per year</w:t>
            </w:r>
          </w:p>
        </w:tc>
        <w:tc>
          <w:tcPr>
            <w:tcW w:type="dxa" w:w="1567"/>
          </w:tcPr>
          <w:p>
            <w:pPr>
              <w:spacing w:after="0"/>
              <w:jc w:val="left"/>
            </w:pPr>
            <w:r>
              <w:rPr>
                <w:sz w:val="16"/>
              </w:rPr>
              <w:t>about 5.61 days per year</w:t>
            </w:r>
          </w:p>
        </w:tc>
        <w:tc>
          <w:tcPr>
            <w:tcW w:type="dxa" w:w="1037"/>
          </w:tcPr>
          <w:p>
            <w:pPr>
              <w:spacing w:after="0"/>
              <w:jc w:val="left"/>
            </w:pPr>
            <w:r>
              <w:rPr>
                <w:sz w:val="16"/>
              </w:rPr>
              <w:t>Likely</w:t>
            </w:r>
          </w:p>
        </w:tc>
        <w:tc>
          <w:tcPr>
            <w:tcW w:type="dxa" w:w="1772"/>
          </w:tcPr>
          <w:p>
            <w:pPr>
              <w:spacing w:after="0"/>
              <w:jc w:val="left"/>
            </w:pPr>
            <w:r>
              <w:rPr>
                <w:sz w:val="16"/>
              </w:rPr>
              <w:t>event-days in 13 of 30 years, 1996 to 2025 (43.3%)</w:t>
            </w:r>
          </w:p>
        </w:tc>
        <w:tc>
          <w:tcPr>
            <w:tcW w:type="dxa" w:w="1519"/>
          </w:tcPr>
          <w:p>
            <w:pPr>
              <w:spacing w:after="0"/>
              <w:jc w:val="right"/>
            </w:pPr>
            <w:r>
              <w:rPr>
                <w:sz w:val="16"/>
              </w:rPr>
              <w:t>147</w:t>
            </w:r>
          </w:p>
        </w:tc>
        <w:tc>
          <w:tcPr>
            <w:tcW w:type="dxa" w:w="149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2"/>
          </w:tcPr>
          <w:p>
            <w:pPr>
              <w:spacing w:after="0"/>
              <w:jc w:val="left"/>
            </w:pPr>
            <w:r>
              <w:rPr>
                <w:sz w:val="16"/>
              </w:rPr>
              <w:t>NRI gives about 5.61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0.00729</w:t>
            </w:r>
          </w:p>
        </w:tc>
        <w:tc>
          <w:tcPr>
            <w:tcW w:type="dxa" w:w="1445"/>
          </w:tcPr>
          <w:p>
            <w:pPr>
              <w:spacing w:after="0"/>
              <w:jc w:val="left"/>
            </w:pPr>
            <w:r>
              <w:rPr>
                <w:sz w:val="16"/>
              </w:rPr>
              <w:t>annual probability at a location</w:t>
            </w:r>
          </w:p>
        </w:tc>
        <w:tc>
          <w:tcPr>
            <w:tcW w:type="dxa" w:w="1567"/>
          </w:tcPr>
          <w:p>
            <w:pPr>
              <w:spacing w:after="0"/>
              <w:jc w:val="left"/>
            </w:pPr>
            <w:r>
              <w:rPr>
                <w:sz w:val="16"/>
              </w:rPr>
              <w:t>chance a given location in the county has at least minor-damage shaking in a year: 0.729%</w:t>
            </w:r>
          </w:p>
        </w:tc>
        <w:tc>
          <w:tcPr>
            <w:tcW w:type="dxa" w:w="1037"/>
          </w:tcPr>
          <w:p>
            <w:pPr>
              <w:spacing w:after="0"/>
              <w:jc w:val="left"/>
            </w:pPr>
          </w:p>
        </w:tc>
        <w:tc>
          <w:tcPr>
            <w:tcW w:type="dxa" w:w="1772"/>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6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2.98</w:t>
            </w:r>
          </w:p>
        </w:tc>
        <w:tc>
          <w:tcPr>
            <w:tcW w:type="dxa" w:w="1445"/>
          </w:tcPr>
          <w:p>
            <w:pPr>
              <w:spacing w:after="0"/>
              <w:jc w:val="left"/>
            </w:pPr>
            <w:r>
              <w:rPr>
                <w:sz w:val="16"/>
              </w:rPr>
              <w:t>events per year</w:t>
            </w:r>
          </w:p>
        </w:tc>
        <w:tc>
          <w:tcPr>
            <w:tcW w:type="dxa" w:w="1567"/>
          </w:tcPr>
          <w:p>
            <w:pPr>
              <w:spacing w:after="0"/>
              <w:jc w:val="left"/>
            </w:pPr>
            <w:r>
              <w:rPr>
                <w:sz w:val="16"/>
              </w:rPr>
              <w:t>about 2.98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19"/>
          </w:tcPr>
          <w:p>
            <w:pPr>
              <w:spacing w:after="0"/>
              <w:jc w:val="right"/>
            </w:pPr>
            <w:r>
              <w:rPr>
                <w:sz w:val="16"/>
              </w:rPr>
              <w:t>113.1 (modeled)</w:t>
            </w:r>
          </w:p>
        </w:tc>
        <w:tc>
          <w:tcPr>
            <w:tcW w:type="dxa" w:w="1496"/>
          </w:tcPr>
          <w:p>
            <w:pPr>
              <w:spacing w:after="0"/>
              <w:jc w:val="left"/>
            </w:pPr>
            <w:r>
              <w:rPr>
                <w:sz w:val="16"/>
              </w:rPr>
              <w:t>1986 to 2023 (38 years)</w:t>
            </w:r>
          </w:p>
        </w:tc>
        <w:tc>
          <w:tcPr>
            <w:tcW w:type="dxa" w:w="1037"/>
          </w:tcPr>
          <w:p>
            <w:pPr>
              <w:spacing w:after="0"/>
              <w:jc w:val="left"/>
            </w:pPr>
            <w:r>
              <w:rPr>
                <w:sz w:val="16"/>
              </w:rPr>
              <w:t>countywide</w:t>
            </w:r>
          </w:p>
        </w:tc>
        <w:tc>
          <w:tcPr>
            <w:tcW w:type="dxa" w:w="1962"/>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9.11</w:t>
            </w:r>
          </w:p>
        </w:tc>
        <w:tc>
          <w:tcPr>
            <w:tcW w:type="dxa" w:w="1445"/>
          </w:tcPr>
          <w:p>
            <w:pPr>
              <w:spacing w:after="0"/>
              <w:jc w:val="left"/>
            </w:pPr>
            <w:r>
              <w:rPr>
                <w:sz w:val="16"/>
              </w:rPr>
              <w:t>event-days per year</w:t>
            </w:r>
          </w:p>
        </w:tc>
        <w:tc>
          <w:tcPr>
            <w:tcW w:type="dxa" w:w="1567"/>
          </w:tcPr>
          <w:p>
            <w:pPr>
              <w:spacing w:after="0"/>
              <w:jc w:val="left"/>
            </w:pPr>
            <w:r>
              <w:rPr>
                <w:sz w:val="16"/>
              </w:rPr>
              <w:t>about 9.11 days per year</w:t>
            </w:r>
          </w:p>
        </w:tc>
        <w:tc>
          <w:tcPr>
            <w:tcW w:type="dxa" w:w="1037"/>
          </w:tcPr>
          <w:p>
            <w:pPr>
              <w:spacing w:after="0"/>
              <w:jc w:val="left"/>
            </w:pPr>
            <w:r>
              <w:rPr>
                <w:sz w:val="16"/>
              </w:rPr>
              <w:t>Likely</w:t>
            </w:r>
          </w:p>
        </w:tc>
        <w:tc>
          <w:tcPr>
            <w:tcW w:type="dxa" w:w="1772"/>
          </w:tcPr>
          <w:p>
            <w:pPr>
              <w:spacing w:after="0"/>
              <w:jc w:val="left"/>
            </w:pPr>
            <w:r>
              <w:rPr>
                <w:sz w:val="16"/>
              </w:rPr>
              <w:t>event-days in 26 of 30 years, 1996 to 2025 (86.7%)</w:t>
            </w:r>
          </w:p>
        </w:tc>
        <w:tc>
          <w:tcPr>
            <w:tcW w:type="dxa" w:w="1519"/>
          </w:tcPr>
          <w:p>
            <w:pPr>
              <w:spacing w:after="0"/>
              <w:jc w:val="right"/>
            </w:pPr>
            <w:r>
              <w:rPr>
                <w:sz w:val="16"/>
              </w:rPr>
              <w:t>128</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62"/>
          </w:tcPr>
          <w:p>
            <w:pPr>
              <w:spacing w:after="0"/>
              <w:jc w:val="left"/>
            </w:pPr>
          </w:p>
        </w:tc>
      </w:tr>
      <w:tr>
        <w:trPr>
          <w:cantSplit/>
        </w:trPr>
        <w:tc>
          <w:tcPr>
            <w:tcW w:type="dxa" w:w="1037"/>
          </w:tcPr>
          <w:p>
            <w:pPr>
              <w:spacing w:after="0"/>
              <w:jc w:val="left"/>
            </w:pPr>
            <w:r>
              <w:rPr>
                <w:sz w:val="16"/>
              </w:rPr>
              <w:t>Hurricane</w:t>
            </w:r>
          </w:p>
        </w:tc>
        <w:tc>
          <w:tcPr>
            <w:tcW w:type="dxa" w:w="1239"/>
          </w:tcPr>
          <w:p>
            <w:pPr>
              <w:spacing w:after="0"/>
              <w:jc w:val="right"/>
            </w:pPr>
            <w:r>
              <w:rPr>
                <w:sz w:val="16"/>
              </w:rPr>
              <w:t>0.00951</w:t>
            </w:r>
          </w:p>
        </w:tc>
        <w:tc>
          <w:tcPr>
            <w:tcW w:type="dxa" w:w="1445"/>
          </w:tcPr>
          <w:p>
            <w:pPr>
              <w:spacing w:after="0"/>
              <w:jc w:val="left"/>
            </w:pPr>
            <w:r>
              <w:rPr>
                <w:sz w:val="16"/>
              </w:rPr>
              <w:t>events per year</w:t>
            </w:r>
          </w:p>
        </w:tc>
        <w:tc>
          <w:tcPr>
            <w:tcW w:type="dxa" w:w="1567"/>
          </w:tcPr>
          <w:p>
            <w:pPr>
              <w:spacing w:after="0"/>
              <w:jc w:val="left"/>
            </w:pPr>
            <w:r>
              <w:rPr>
                <w:sz w:val="16"/>
              </w:rPr>
              <w:t>about 1 in 105 years</w:t>
            </w:r>
          </w:p>
        </w:tc>
        <w:tc>
          <w:tcPr>
            <w:tcW w:type="dxa" w:w="1037"/>
          </w:tcPr>
          <w:p>
            <w:pPr>
              <w:spacing w:after="0"/>
              <w:jc w:val="left"/>
            </w:pPr>
            <w:r>
              <w:rPr>
                <w:sz w:val="16"/>
              </w:rPr>
              <w:t>Unlikely</w:t>
            </w:r>
          </w:p>
        </w:tc>
        <w:tc>
          <w:tcPr>
            <w:tcW w:type="dxa" w:w="1772"/>
          </w:tcPr>
          <w:p>
            <w:pPr>
              <w:spacing w:after="0"/>
              <w:jc w:val="left"/>
            </w:pPr>
            <w:r>
              <w:rPr>
                <w:sz w:val="16"/>
              </w:rPr>
              <w:t>FEMA annualized frequency (modeled)</w:t>
            </w:r>
          </w:p>
        </w:tc>
        <w:tc>
          <w:tcPr>
            <w:tcW w:type="dxa" w:w="1519"/>
          </w:tcPr>
          <w:p>
            <w:pPr>
              <w:spacing w:after="0"/>
              <w:jc w:val="right"/>
            </w:pPr>
            <w:r>
              <w:rPr>
                <w:sz w:val="16"/>
              </w:rPr>
              <w:t>1</w:t>
            </w:r>
          </w:p>
        </w:tc>
        <w:tc>
          <w:tcPr>
            <w:tcW w:type="dxa" w:w="1496"/>
          </w:tcPr>
          <w:p>
            <w:pPr>
              <w:spacing w:after="0"/>
              <w:jc w:val="left"/>
            </w:pPr>
            <w:r>
              <w:rPr>
                <w:sz w:val="16"/>
              </w:rPr>
              <w:t>1851 to 2024 (Atlantic)</w:t>
            </w:r>
          </w:p>
        </w:tc>
        <w:tc>
          <w:tcPr>
            <w:tcW w:type="dxa" w:w="1037"/>
          </w:tcPr>
          <w:p>
            <w:pPr>
              <w:spacing w:after="0"/>
              <w:jc w:val="left"/>
            </w:pPr>
            <w:r>
              <w:rPr>
                <w:sz w:val="16"/>
              </w:rPr>
              <w:t>see B1-f</w:t>
            </w:r>
          </w:p>
        </w:tc>
        <w:tc>
          <w:tcPr>
            <w:tcW w:type="dxa" w:w="196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1.3</w:t>
            </w:r>
          </w:p>
        </w:tc>
        <w:tc>
          <w:tcPr>
            <w:tcW w:type="dxa" w:w="1445"/>
          </w:tcPr>
          <w:p>
            <w:pPr>
              <w:spacing w:after="0"/>
              <w:jc w:val="left"/>
            </w:pPr>
            <w:r>
              <w:rPr>
                <w:sz w:val="16"/>
              </w:rPr>
              <w:t>event-days per year</w:t>
            </w:r>
          </w:p>
        </w:tc>
        <w:tc>
          <w:tcPr>
            <w:tcW w:type="dxa" w:w="1567"/>
          </w:tcPr>
          <w:p>
            <w:pPr>
              <w:spacing w:after="0"/>
              <w:jc w:val="left"/>
            </w:pPr>
            <w:r>
              <w:rPr>
                <w:sz w:val="16"/>
              </w:rPr>
              <w:t>about 1.3 days per year</w:t>
            </w:r>
          </w:p>
        </w:tc>
        <w:tc>
          <w:tcPr>
            <w:tcW w:type="dxa" w:w="1037"/>
          </w:tcPr>
          <w:p>
            <w:pPr>
              <w:spacing w:after="0"/>
              <w:jc w:val="left"/>
            </w:pPr>
            <w:r>
              <w:rPr>
                <w:sz w:val="16"/>
              </w:rPr>
              <w:t>Likely</w:t>
            </w:r>
          </w:p>
        </w:tc>
        <w:tc>
          <w:tcPr>
            <w:tcW w:type="dxa" w:w="1772"/>
          </w:tcPr>
          <w:p>
            <w:pPr>
              <w:spacing w:after="0"/>
              <w:jc w:val="left"/>
            </w:pPr>
            <w:r>
              <w:rPr>
                <w:sz w:val="16"/>
              </w:rPr>
              <w:t>event-days in 6 of 30 years, 1996 to 2025 (20%)</w:t>
            </w:r>
          </w:p>
        </w:tc>
        <w:tc>
          <w:tcPr>
            <w:tcW w:type="dxa" w:w="1519"/>
          </w:tcPr>
          <w:p>
            <w:pPr>
              <w:spacing w:after="0"/>
              <w:jc w:val="right"/>
            </w:pPr>
            <w:r>
              <w:rPr>
                <w:sz w:val="16"/>
              </w:rPr>
              <w:t>87</w:t>
            </w:r>
          </w:p>
        </w:tc>
        <w:tc>
          <w:tcPr>
            <w:tcW w:type="dxa" w:w="1496"/>
          </w:tcPr>
          <w:p>
            <w:pPr>
              <w:spacing w:after="0"/>
              <w:jc w:val="left"/>
            </w:pPr>
            <w:r>
              <w:rPr>
                <w:sz w:val="16"/>
              </w:rPr>
              <w:t>1946-12-31 to 2014-02-12 (67 years)</w:t>
            </w:r>
          </w:p>
        </w:tc>
        <w:tc>
          <w:tcPr>
            <w:tcW w:type="dxa" w:w="1037"/>
          </w:tcPr>
          <w:p>
            <w:pPr>
              <w:spacing w:after="0"/>
              <w:jc w:val="left"/>
            </w:pPr>
            <w:r>
              <w:rPr>
                <w:sz w:val="16"/>
              </w:rPr>
              <w:t>countywide</w:t>
            </w:r>
          </w:p>
        </w:tc>
        <w:tc>
          <w:tcPr>
            <w:tcW w:type="dxa" w:w="1962"/>
          </w:tcPr>
          <w:p>
            <w:pPr>
              <w:spacing w:after="0"/>
              <w:jc w:val="left"/>
            </w:pPr>
            <w:r>
              <w:rPr>
                <w:sz w:val="16"/>
              </w:rPr>
              <w:t>NRI gives about 1.3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2.14</w:t>
            </w:r>
          </w:p>
        </w:tc>
        <w:tc>
          <w:tcPr>
            <w:tcW w:type="dxa" w:w="1445"/>
          </w:tcPr>
          <w:p>
            <w:pPr>
              <w:spacing w:after="0"/>
              <w:jc w:val="left"/>
            </w:pPr>
            <w:r>
              <w:rPr>
                <w:sz w:val="16"/>
              </w:rPr>
              <w:t>event-days per year</w:t>
            </w:r>
          </w:p>
        </w:tc>
        <w:tc>
          <w:tcPr>
            <w:tcW w:type="dxa" w:w="1567"/>
          </w:tcPr>
          <w:p>
            <w:pPr>
              <w:spacing w:after="0"/>
              <w:jc w:val="left"/>
            </w:pPr>
            <w:r>
              <w:rPr>
                <w:sz w:val="16"/>
              </w:rPr>
              <w:t>about 2.14 days per year</w:t>
            </w:r>
          </w:p>
        </w:tc>
        <w:tc>
          <w:tcPr>
            <w:tcW w:type="dxa" w:w="1037"/>
          </w:tcPr>
          <w:p>
            <w:pPr>
              <w:spacing w:after="0"/>
              <w:jc w:val="left"/>
            </w:pPr>
            <w:r>
              <w:rPr>
                <w:sz w:val="16"/>
              </w:rPr>
              <w:t>Likely</w:t>
            </w:r>
          </w:p>
        </w:tc>
        <w:tc>
          <w:tcPr>
            <w:tcW w:type="dxa" w:w="1772"/>
          </w:tcPr>
          <w:p>
            <w:pPr>
              <w:spacing w:after="0"/>
              <w:jc w:val="left"/>
            </w:pPr>
            <w:r>
              <w:rPr>
                <w:sz w:val="16"/>
              </w:rPr>
              <w:t>event-days in 23 of 30 years, 1996 to 2025 (76.7%)</w:t>
            </w:r>
          </w:p>
        </w:tc>
        <w:tc>
          <w:tcPr>
            <w:tcW w:type="dxa" w:w="1519"/>
          </w:tcPr>
          <w:p>
            <w:pPr>
              <w:spacing w:after="0"/>
              <w:jc w:val="right"/>
            </w:pPr>
            <w:r>
              <w:rPr>
                <w:sz w:val="16"/>
              </w:rPr>
              <w:t>60</w:t>
            </w:r>
          </w:p>
        </w:tc>
        <w:tc>
          <w:tcPr>
            <w:tcW w:type="dxa" w:w="1496"/>
          </w:tcPr>
          <w:p>
            <w:pPr>
              <w:spacing w:after="0"/>
              <w:jc w:val="left"/>
            </w:pPr>
            <w:r>
              <w:rPr>
                <w:sz w:val="16"/>
              </w:rPr>
              <w:t>1996 to 2023 (28 years)</w:t>
            </w:r>
          </w:p>
        </w:tc>
        <w:tc>
          <w:tcPr>
            <w:tcW w:type="dxa" w:w="1037"/>
          </w:tcPr>
          <w:p>
            <w:pPr>
              <w:spacing w:after="0"/>
              <w:jc w:val="left"/>
            </w:pPr>
            <w:r>
              <w:rPr>
                <w:sz w:val="16"/>
              </w:rPr>
              <w:t>see B1-f</w:t>
            </w:r>
          </w:p>
        </w:tc>
        <w:tc>
          <w:tcPr>
            <w:tcW w:type="dxa" w:w="1962"/>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0.906</w:t>
            </w:r>
          </w:p>
        </w:tc>
        <w:tc>
          <w:tcPr>
            <w:tcW w:type="dxa" w:w="1445"/>
          </w:tcPr>
          <w:p>
            <w:pPr>
              <w:spacing w:after="0"/>
              <w:jc w:val="left"/>
            </w:pPr>
            <w:r>
              <w:rPr>
                <w:sz w:val="16"/>
              </w:rPr>
              <w:t>events per year (modeled)</w:t>
            </w:r>
          </w:p>
        </w:tc>
        <w:tc>
          <w:tcPr>
            <w:tcW w:type="dxa" w:w="1567"/>
          </w:tcPr>
          <w:p>
            <w:pPr>
              <w:spacing w:after="0"/>
              <w:jc w:val="left"/>
            </w:pPr>
            <w:r>
              <w:rPr>
                <w:sz w:val="16"/>
              </w:rPr>
              <w:t>about 0.91 per year</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62"/>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54.1</w:t>
            </w:r>
          </w:p>
        </w:tc>
        <w:tc>
          <w:tcPr>
            <w:tcW w:type="dxa" w:w="1445"/>
          </w:tcPr>
          <w:p>
            <w:pPr>
              <w:spacing w:after="0"/>
              <w:jc w:val="left"/>
            </w:pPr>
            <w:r>
              <w:rPr>
                <w:sz w:val="16"/>
              </w:rPr>
              <w:t>days per year with a strike</w:t>
            </w:r>
          </w:p>
        </w:tc>
        <w:tc>
          <w:tcPr>
            <w:tcW w:type="dxa" w:w="1567"/>
          </w:tcPr>
          <w:p>
            <w:pPr>
              <w:spacing w:after="0"/>
              <w:jc w:val="left"/>
            </w:pPr>
            <w:r>
              <w:rPr>
                <w:sz w:val="16"/>
              </w:rPr>
              <w:t>about 54.1 days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1995 to 2023 (29 years; CONUS)</w:t>
            </w:r>
          </w:p>
        </w:tc>
        <w:tc>
          <w:tcPr>
            <w:tcW w:type="dxa" w:w="1037"/>
          </w:tcPr>
          <w:p>
            <w:pPr>
              <w:spacing w:after="0"/>
              <w:jc w:val="left"/>
            </w:pPr>
            <w:r>
              <w:rPr>
                <w:sz w:val="16"/>
              </w:rPr>
              <w:t>countywide</w:t>
            </w:r>
          </w:p>
        </w:tc>
        <w:tc>
          <w:tcPr>
            <w:tcW w:type="dxa" w:w="1962"/>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4.32</w:t>
            </w:r>
          </w:p>
        </w:tc>
        <w:tc>
          <w:tcPr>
            <w:tcW w:type="dxa" w:w="1445"/>
          </w:tcPr>
          <w:p>
            <w:pPr>
              <w:spacing w:after="0"/>
              <w:jc w:val="left"/>
            </w:pPr>
            <w:r>
              <w:rPr>
                <w:sz w:val="16"/>
              </w:rPr>
              <w:t>events per year</w:t>
            </w:r>
          </w:p>
        </w:tc>
        <w:tc>
          <w:tcPr>
            <w:tcW w:type="dxa" w:w="1567"/>
          </w:tcPr>
          <w:p>
            <w:pPr>
              <w:spacing w:after="0"/>
              <w:jc w:val="left"/>
            </w:pPr>
            <w:r>
              <w:rPr>
                <w:sz w:val="16"/>
              </w:rPr>
              <w:t>about 4.32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19"/>
          </w:tcPr>
          <w:p>
            <w:pPr>
              <w:spacing w:after="0"/>
              <w:jc w:val="right"/>
            </w:pPr>
            <w:r>
              <w:rPr>
                <w:sz w:val="16"/>
              </w:rPr>
              <w:t>165</w:t>
            </w:r>
          </w:p>
        </w:tc>
        <w:tc>
          <w:tcPr>
            <w:tcW w:type="dxa" w:w="1496"/>
          </w:tcPr>
          <w:p>
            <w:pPr>
              <w:spacing w:after="0"/>
              <w:jc w:val="left"/>
            </w:pPr>
            <w:r>
              <w:rPr>
                <w:sz w:val="16"/>
              </w:rPr>
              <w:t>1986 to 2023 (38 years)</w:t>
            </w:r>
          </w:p>
        </w:tc>
        <w:tc>
          <w:tcPr>
            <w:tcW w:type="dxa" w:w="1037"/>
          </w:tcPr>
          <w:p>
            <w:pPr>
              <w:spacing w:after="0"/>
              <w:jc w:val="left"/>
            </w:pPr>
            <w:r>
              <w:rPr>
                <w:sz w:val="16"/>
              </w:rPr>
              <w:t>countywide</w:t>
            </w:r>
          </w:p>
        </w:tc>
        <w:tc>
          <w:tcPr>
            <w:tcW w:type="dxa" w:w="1962"/>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0.31</w:t>
            </w:r>
          </w:p>
        </w:tc>
        <w:tc>
          <w:tcPr>
            <w:tcW w:type="dxa" w:w="1445"/>
          </w:tcPr>
          <w:p>
            <w:pPr>
              <w:spacing w:after="0"/>
              <w:jc w:val="left"/>
            </w:pPr>
            <w:r>
              <w:rPr>
                <w:sz w:val="16"/>
              </w:rPr>
              <w:t>events per year</w:t>
            </w:r>
          </w:p>
        </w:tc>
        <w:tc>
          <w:tcPr>
            <w:tcW w:type="dxa" w:w="1567"/>
          </w:tcPr>
          <w:p>
            <w:pPr>
              <w:spacing w:after="0"/>
              <w:jc w:val="left"/>
            </w:pPr>
            <w:r>
              <w:rPr>
                <w:sz w:val="16"/>
              </w:rPr>
              <w:t>about 1 in 3 years</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1950 to 2023 (EF2+); 1986 to 2023 (EF0-1)</w:t>
            </w:r>
          </w:p>
        </w:tc>
        <w:tc>
          <w:tcPr>
            <w:tcW w:type="dxa" w:w="1037"/>
          </w:tcPr>
          <w:p>
            <w:pPr>
              <w:spacing w:after="0"/>
              <w:jc w:val="left"/>
            </w:pPr>
            <w:r>
              <w:rPr>
                <w:sz w:val="16"/>
              </w:rPr>
              <w:t>see B1-f</w:t>
            </w:r>
          </w:p>
        </w:tc>
        <w:tc>
          <w:tcPr>
            <w:tcW w:type="dxa" w:w="1962"/>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5"/>
          </w:tcPr>
          <w:p>
            <w:pPr>
              <w:spacing w:after="0"/>
              <w:jc w:val="left"/>
            </w:pPr>
            <w:r>
              <w:rPr>
                <w:sz w:val="16"/>
              </w:rPr>
              <w:t>annual probability at the most exposed location (used in place of a county value)</w:t>
            </w:r>
          </w:p>
        </w:tc>
        <w:tc>
          <w:tcPr>
            <w:tcW w:type="dxa" w:w="1567"/>
          </w:tcPr>
          <w:p>
            <w:pPr>
              <w:spacing w:after="0"/>
              <w:jc w:val="left"/>
            </w:pPr>
          </w:p>
        </w:tc>
        <w:tc>
          <w:tcPr>
            <w:tcW w:type="dxa" w:w="1037"/>
          </w:tcPr>
          <w:p>
            <w:pPr>
              <w:spacing w:after="0"/>
              <w:jc w:val="left"/>
            </w:pPr>
          </w:p>
        </w:tc>
        <w:tc>
          <w:tcPr>
            <w:tcW w:type="dxa" w:w="1772"/>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6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5"/>
          </w:tcPr>
          <w:p>
            <w:pPr>
              <w:spacing w:after="0"/>
              <w:jc w:val="left"/>
            </w:pPr>
            <w:r>
              <w:rPr>
                <w:sz w:val="16"/>
              </w:rPr>
              <w:t>annual probability</w:t>
            </w:r>
          </w:p>
        </w:tc>
        <w:tc>
          <w:tcPr>
            <w:tcW w:type="dxa" w:w="1567"/>
          </w:tcPr>
          <w:p>
            <w:pPr>
              <w:spacing w:after="0"/>
              <w:jc w:val="left"/>
            </w:pPr>
          </w:p>
        </w:tc>
        <w:tc>
          <w:tcPr>
            <w:tcW w:type="dxa" w:w="1037"/>
          </w:tcPr>
          <w:p>
            <w:pPr>
              <w:spacing w:after="0"/>
              <w:jc w:val="left"/>
            </w:pPr>
          </w:p>
        </w:tc>
        <w:tc>
          <w:tcPr>
            <w:tcW w:type="dxa" w:w="1772"/>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6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0.0000874</w:t>
            </w:r>
          </w:p>
        </w:tc>
        <w:tc>
          <w:tcPr>
            <w:tcW w:type="dxa" w:w="1445"/>
          </w:tcPr>
          <w:p>
            <w:pPr>
              <w:spacing w:after="0"/>
              <w:jc w:val="left"/>
            </w:pPr>
            <w:r>
              <w:rPr>
                <w:sz w:val="16"/>
              </w:rPr>
              <w:t>annual probability at a location</w:t>
            </w:r>
          </w:p>
        </w:tc>
        <w:tc>
          <w:tcPr>
            <w:tcW w:type="dxa" w:w="1567"/>
          </w:tcPr>
          <w:p>
            <w:pPr>
              <w:spacing w:after="0"/>
              <w:jc w:val="left"/>
            </w:pPr>
            <w:r>
              <w:rPr>
                <w:sz w:val="16"/>
              </w:rPr>
              <w:t>chance a given location in the county burns in a year: 0.00874%</w:t>
            </w:r>
          </w:p>
        </w:tc>
        <w:tc>
          <w:tcPr>
            <w:tcW w:type="dxa" w:w="1037"/>
          </w:tcPr>
          <w:p>
            <w:pPr>
              <w:spacing w:after="0"/>
              <w:jc w:val="left"/>
            </w:pPr>
            <w:r>
              <w:rPr>
                <w:sz w:val="16"/>
              </w:rPr>
              <w:t>Possible</w:t>
            </w:r>
          </w:p>
        </w:tc>
        <w:tc>
          <w:tcPr>
            <w:tcW w:type="dxa" w:w="1772"/>
          </w:tcPr>
          <w:p>
            <w:pPr>
              <w:spacing w:after="0"/>
              <w:jc w:val="left"/>
            </w:pPr>
            <w:r>
              <w:rPr>
                <w:sz w:val="16"/>
              </w:rPr>
              <w:t>Storm Events records in 1 of 30 years, 1996 to 2025 (3.33%)</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6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7.16</w:t>
            </w:r>
          </w:p>
        </w:tc>
        <w:tc>
          <w:tcPr>
            <w:tcW w:type="dxa" w:w="1445"/>
          </w:tcPr>
          <w:p>
            <w:pPr>
              <w:spacing w:after="0"/>
              <w:jc w:val="left"/>
            </w:pPr>
            <w:r>
              <w:rPr>
                <w:sz w:val="16"/>
              </w:rPr>
              <w:t>event-days per year</w:t>
            </w:r>
          </w:p>
        </w:tc>
        <w:tc>
          <w:tcPr>
            <w:tcW w:type="dxa" w:w="1567"/>
          </w:tcPr>
          <w:p>
            <w:pPr>
              <w:spacing w:after="0"/>
              <w:jc w:val="left"/>
            </w:pPr>
            <w:r>
              <w:rPr>
                <w:sz w:val="16"/>
              </w:rPr>
              <w:t>about 7.16 days per year</w:t>
            </w:r>
          </w:p>
        </w:tc>
        <w:tc>
          <w:tcPr>
            <w:tcW w:type="dxa" w:w="1037"/>
          </w:tcPr>
          <w:p>
            <w:pPr>
              <w:spacing w:after="0"/>
              <w:jc w:val="left"/>
            </w:pPr>
            <w:r>
              <w:rPr>
                <w:sz w:val="16"/>
              </w:rPr>
              <w:t>Highly likely</w:t>
            </w:r>
          </w:p>
        </w:tc>
        <w:tc>
          <w:tcPr>
            <w:tcW w:type="dxa" w:w="1772"/>
          </w:tcPr>
          <w:p>
            <w:pPr>
              <w:spacing w:after="0"/>
              <w:jc w:val="left"/>
            </w:pPr>
            <w:r>
              <w:rPr>
                <w:sz w:val="16"/>
              </w:rPr>
              <w:t>event-days in 28 of 30 years, 1996 to 2025 (93.3%)</w:t>
            </w:r>
          </w:p>
        </w:tc>
        <w:tc>
          <w:tcPr>
            <w:tcW w:type="dxa" w:w="1519"/>
          </w:tcPr>
          <w:p>
            <w:pPr>
              <w:spacing w:after="0"/>
              <w:jc w:val="right"/>
            </w:pPr>
            <w:r>
              <w:rPr>
                <w:sz w:val="16"/>
              </w:rPr>
              <w:t>136</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6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68.2</w:t>
            </w:r>
          </w:p>
        </w:tc>
        <w:tc>
          <w:tcPr>
            <w:tcW w:type="dxa" w:w="680"/>
          </w:tcPr>
          <w:p>
            <w:pPr>
              <w:spacing w:after="0"/>
              <w:jc w:val="right"/>
            </w:pPr>
            <w:r>
              <w:rPr>
                <w:sz w:val="16"/>
              </w:rPr>
              <w:t>70.5</w:t>
            </w:r>
          </w:p>
        </w:tc>
        <w:tc>
          <w:tcPr>
            <w:tcW w:type="dxa" w:w="648"/>
          </w:tcPr>
          <w:p>
            <w:pPr>
              <w:spacing w:after="0"/>
              <w:jc w:val="right"/>
            </w:pPr>
            <w:r>
              <w:rPr>
                <w:sz w:val="16"/>
              </w:rPr>
              <w:t>82.0</w:t>
            </w:r>
          </w:p>
        </w:tc>
        <w:tc>
          <w:tcPr>
            <w:tcW w:type="dxa" w:w="3512"/>
          </w:tcPr>
          <w:p>
            <w:pPr>
              <w:spacing w:after="0"/>
              <w:jc w:val="left"/>
            </w:pPr>
            <w:r>
              <w:rPr>
                <w:sz w:val="16"/>
              </w:rPr>
              <w:t>Relatively High 1,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90.9</w:t>
            </w:r>
          </w:p>
        </w:tc>
        <w:tc>
          <w:tcPr>
            <w:tcW w:type="dxa" w:w="680"/>
          </w:tcPr>
          <w:p>
            <w:pPr>
              <w:spacing w:after="0"/>
              <w:jc w:val="right"/>
            </w:pPr>
            <w:r>
              <w:rPr>
                <w:sz w:val="16"/>
              </w:rPr>
              <w:t>96.3</w:t>
            </w:r>
          </w:p>
        </w:tc>
        <w:tc>
          <w:tcPr>
            <w:tcW w:type="dxa" w:w="648"/>
          </w:tcPr>
          <w:p>
            <w:pPr>
              <w:spacing w:after="0"/>
              <w:jc w:val="right"/>
            </w:pPr>
            <w:r>
              <w:rPr>
                <w:sz w:val="16"/>
              </w:rPr>
              <w:t>97.2</w:t>
            </w:r>
          </w:p>
        </w:tc>
        <w:tc>
          <w:tcPr>
            <w:tcW w:type="dxa" w:w="3512"/>
          </w:tcPr>
          <w:p>
            <w:pPr>
              <w:spacing w:after="0"/>
              <w:jc w:val="left"/>
            </w:pPr>
            <w:r>
              <w:rPr>
                <w:sz w:val="16"/>
              </w:rPr>
              <w:t>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83.5</w:t>
            </w:r>
          </w:p>
        </w:tc>
        <w:tc>
          <w:tcPr>
            <w:tcW w:type="dxa" w:w="680"/>
          </w:tcPr>
          <w:p>
            <w:pPr>
              <w:spacing w:after="0"/>
              <w:jc w:val="right"/>
            </w:pPr>
            <w:r>
              <w:rPr>
                <w:sz w:val="16"/>
              </w:rPr>
              <w:t>84.3</w:t>
            </w:r>
          </w:p>
        </w:tc>
        <w:tc>
          <w:tcPr>
            <w:tcW w:type="dxa" w:w="648"/>
          </w:tcPr>
          <w:p>
            <w:pPr>
              <w:spacing w:after="0"/>
              <w:jc w:val="right"/>
            </w:pPr>
            <w:r>
              <w:rPr>
                <w:sz w:val="16"/>
              </w:rPr>
              <w:t>88.7</w:t>
            </w:r>
          </w:p>
        </w:tc>
        <w:tc>
          <w:tcPr>
            <w:tcW w:type="dxa" w:w="3512"/>
          </w:tcPr>
          <w:p>
            <w:pPr>
              <w:spacing w:after="0"/>
              <w:jc w:val="left"/>
            </w:pPr>
            <w:r>
              <w:rPr>
                <w:sz w:val="16"/>
              </w:rPr>
              <w:t>Relatively High 1, Relatively Moderate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73.5</w:t>
            </w:r>
          </w:p>
        </w:tc>
        <w:tc>
          <w:tcPr>
            <w:tcW w:type="dxa" w:w="680"/>
          </w:tcPr>
          <w:p>
            <w:pPr>
              <w:spacing w:after="0"/>
              <w:jc w:val="right"/>
            </w:pPr>
            <w:r>
              <w:rPr>
                <w:sz w:val="16"/>
              </w:rPr>
              <w:t>75.2</w:t>
            </w:r>
          </w:p>
        </w:tc>
        <w:tc>
          <w:tcPr>
            <w:tcW w:type="dxa" w:w="648"/>
          </w:tcPr>
          <w:p>
            <w:pPr>
              <w:spacing w:after="0"/>
              <w:jc w:val="right"/>
            </w:pPr>
            <w:r>
              <w:rPr>
                <w:sz w:val="16"/>
              </w:rPr>
              <w:t>82.5</w:t>
            </w:r>
          </w:p>
        </w:tc>
        <w:tc>
          <w:tcPr>
            <w:tcW w:type="dxa" w:w="3512"/>
          </w:tcPr>
          <w:p>
            <w:pPr>
              <w:spacing w:after="0"/>
              <w:jc w:val="left"/>
            </w:pPr>
            <w:r>
              <w:rPr>
                <w:sz w:val="16"/>
              </w:rPr>
              <w:t>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67.1</w:t>
            </w:r>
          </w:p>
        </w:tc>
        <w:tc>
          <w:tcPr>
            <w:tcW w:type="dxa" w:w="680"/>
          </w:tcPr>
          <w:p>
            <w:pPr>
              <w:spacing w:after="0"/>
              <w:jc w:val="right"/>
            </w:pPr>
            <w:r>
              <w:rPr>
                <w:sz w:val="16"/>
              </w:rPr>
              <w:t>69.1</w:t>
            </w:r>
          </w:p>
        </w:tc>
        <w:tc>
          <w:tcPr>
            <w:tcW w:type="dxa" w:w="648"/>
          </w:tcPr>
          <w:p>
            <w:pPr>
              <w:spacing w:after="0"/>
              <w:jc w:val="right"/>
            </w:pPr>
            <w:r>
              <w:rPr>
                <w:sz w:val="16"/>
              </w:rPr>
              <w:t>85.1</w:t>
            </w:r>
          </w:p>
        </w:tc>
        <w:tc>
          <w:tcPr>
            <w:tcW w:type="dxa" w:w="3512"/>
          </w:tcPr>
          <w:p>
            <w:pPr>
              <w:spacing w:after="0"/>
              <w:jc w:val="left"/>
            </w:pPr>
            <w:r>
              <w:rPr>
                <w:sz w:val="16"/>
              </w:rPr>
              <w:t>Relatively High 1,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37.9</w:t>
            </w:r>
          </w:p>
        </w:tc>
        <w:tc>
          <w:tcPr>
            <w:tcW w:type="dxa" w:w="680"/>
          </w:tcPr>
          <w:p>
            <w:pPr>
              <w:spacing w:after="0"/>
              <w:jc w:val="right"/>
            </w:pPr>
            <w:r>
              <w:rPr>
                <w:sz w:val="16"/>
              </w:rPr>
              <w:t>39.3</w:t>
            </w:r>
          </w:p>
        </w:tc>
        <w:tc>
          <w:tcPr>
            <w:tcW w:type="dxa" w:w="648"/>
          </w:tcPr>
          <w:p>
            <w:pPr>
              <w:spacing w:after="0"/>
              <w:jc w:val="right"/>
            </w:pPr>
            <w:r>
              <w:rPr>
                <w:sz w:val="16"/>
              </w:rPr>
              <w:t>45.0</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97.7</w:t>
            </w:r>
          </w:p>
        </w:tc>
        <w:tc>
          <w:tcPr>
            <w:tcW w:type="dxa" w:w="680"/>
          </w:tcPr>
          <w:p>
            <w:pPr>
              <w:spacing w:after="0"/>
              <w:jc w:val="right"/>
            </w:pPr>
            <w:r>
              <w:rPr>
                <w:sz w:val="16"/>
              </w:rPr>
              <w:t>98.6</w:t>
            </w:r>
          </w:p>
        </w:tc>
        <w:tc>
          <w:tcPr>
            <w:tcW w:type="dxa" w:w="648"/>
          </w:tcPr>
          <w:p>
            <w:pPr>
              <w:spacing w:after="0"/>
              <w:jc w:val="right"/>
            </w:pPr>
            <w:r>
              <w:rPr>
                <w:sz w:val="16"/>
              </w:rPr>
              <w:t>99.6</w:t>
            </w:r>
          </w:p>
        </w:tc>
        <w:tc>
          <w:tcPr>
            <w:tcW w:type="dxa" w:w="3512"/>
          </w:tcPr>
          <w:p>
            <w:pPr>
              <w:spacing w:after="0"/>
              <w:jc w:val="left"/>
            </w:pPr>
            <w:r>
              <w:rPr>
                <w:sz w:val="16"/>
              </w:rPr>
              <w:t>Very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50.2</w:t>
            </w:r>
          </w:p>
        </w:tc>
        <w:tc>
          <w:tcPr>
            <w:tcW w:type="dxa" w:w="680"/>
          </w:tcPr>
          <w:p>
            <w:pPr>
              <w:spacing w:after="0"/>
              <w:jc w:val="right"/>
            </w:pPr>
            <w:r>
              <w:rPr>
                <w:sz w:val="16"/>
              </w:rPr>
              <w:t>71.5</w:t>
            </w:r>
          </w:p>
        </w:tc>
        <w:tc>
          <w:tcPr>
            <w:tcW w:type="dxa" w:w="648"/>
          </w:tcPr>
          <w:p>
            <w:pPr>
              <w:spacing w:after="0"/>
              <w:jc w:val="right"/>
            </w:pPr>
            <w:r>
              <w:rPr>
                <w:sz w:val="16"/>
              </w:rPr>
              <w:t>80.3</w:t>
            </w:r>
          </w:p>
        </w:tc>
        <w:tc>
          <w:tcPr>
            <w:tcW w:type="dxa" w:w="3512"/>
          </w:tcPr>
          <w:p>
            <w:pPr>
              <w:spacing w:after="0"/>
              <w:jc w:val="left"/>
            </w:pPr>
            <w:r>
              <w:rPr>
                <w:sz w:val="16"/>
              </w:rPr>
              <w:t>Relatively High 1, Relatively Moderate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74.2</w:t>
            </w:r>
          </w:p>
        </w:tc>
        <w:tc>
          <w:tcPr>
            <w:tcW w:type="dxa" w:w="680"/>
          </w:tcPr>
          <w:p>
            <w:pPr>
              <w:spacing w:after="0"/>
              <w:jc w:val="right"/>
            </w:pPr>
            <w:r>
              <w:rPr>
                <w:sz w:val="16"/>
              </w:rPr>
              <w:t>81.6</w:t>
            </w:r>
          </w:p>
        </w:tc>
        <w:tc>
          <w:tcPr>
            <w:tcW w:type="dxa" w:w="648"/>
          </w:tcPr>
          <w:p>
            <w:pPr>
              <w:spacing w:after="0"/>
              <w:jc w:val="right"/>
            </w:pPr>
            <w:r>
              <w:rPr>
                <w:sz w:val="16"/>
              </w:rPr>
              <w:t>86.5</w:t>
            </w:r>
          </w:p>
        </w:tc>
        <w:tc>
          <w:tcPr>
            <w:tcW w:type="dxa" w:w="3512"/>
          </w:tcPr>
          <w:p>
            <w:pPr>
              <w:spacing w:after="0"/>
              <w:jc w:val="left"/>
            </w:pPr>
            <w:r>
              <w:rPr>
                <w:sz w:val="16"/>
              </w:rPr>
              <w:t>Relatively Low 2, Very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59.2</w:t>
            </w:r>
          </w:p>
        </w:tc>
        <w:tc>
          <w:tcPr>
            <w:tcW w:type="dxa" w:w="680"/>
          </w:tcPr>
          <w:p>
            <w:pPr>
              <w:spacing w:after="0"/>
              <w:jc w:val="right"/>
            </w:pPr>
            <w:r>
              <w:rPr>
                <w:sz w:val="16"/>
              </w:rPr>
              <w:t>61.6</w:t>
            </w:r>
          </w:p>
        </w:tc>
        <w:tc>
          <w:tcPr>
            <w:tcW w:type="dxa" w:w="648"/>
          </w:tcPr>
          <w:p>
            <w:pPr>
              <w:spacing w:after="0"/>
              <w:jc w:val="right"/>
            </w:pPr>
            <w:r>
              <w:rPr>
                <w:sz w:val="16"/>
              </w:rPr>
              <w:t>81.8</w:t>
            </w:r>
          </w:p>
        </w:tc>
        <w:tc>
          <w:tcPr>
            <w:tcW w:type="dxa" w:w="3512"/>
          </w:tcPr>
          <w:p>
            <w:pPr>
              <w:spacing w:after="0"/>
              <w:jc w:val="left"/>
            </w:pPr>
            <w:r>
              <w:rPr>
                <w:sz w:val="16"/>
              </w:rPr>
              <w:t>Relatively High 1,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96.0</w:t>
            </w:r>
          </w:p>
        </w:tc>
        <w:tc>
          <w:tcPr>
            <w:tcW w:type="dxa" w:w="680"/>
          </w:tcPr>
          <w:p>
            <w:pPr>
              <w:spacing w:after="0"/>
              <w:jc w:val="right"/>
            </w:pPr>
            <w:r>
              <w:rPr>
                <w:sz w:val="16"/>
              </w:rPr>
              <w:t>97.1</w:t>
            </w:r>
          </w:p>
        </w:tc>
        <w:tc>
          <w:tcPr>
            <w:tcW w:type="dxa" w:w="648"/>
          </w:tcPr>
          <w:p>
            <w:pPr>
              <w:spacing w:after="0"/>
              <w:jc w:val="right"/>
            </w:pPr>
            <w:r>
              <w:rPr>
                <w:sz w:val="16"/>
              </w:rPr>
              <w:t>97.8</w:t>
            </w:r>
          </w:p>
        </w:tc>
        <w:tc>
          <w:tcPr>
            <w:tcW w:type="dxa" w:w="3512"/>
          </w:tcPr>
          <w:p>
            <w:pPr>
              <w:spacing w:after="0"/>
              <w:jc w:val="left"/>
            </w:pPr>
            <w:r>
              <w:rPr>
                <w:sz w:val="16"/>
              </w:rPr>
              <w:t>Very High 2,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76.0</w:t>
            </w:r>
          </w:p>
        </w:tc>
        <w:tc>
          <w:tcPr>
            <w:tcW w:type="dxa" w:w="680"/>
          </w:tcPr>
          <w:p>
            <w:pPr>
              <w:spacing w:after="0"/>
              <w:jc w:val="right"/>
            </w:pPr>
            <w:r>
              <w:rPr>
                <w:sz w:val="16"/>
              </w:rPr>
              <w:t>78.6</w:t>
            </w:r>
          </w:p>
        </w:tc>
        <w:tc>
          <w:tcPr>
            <w:tcW w:type="dxa" w:w="648"/>
          </w:tcPr>
          <w:p>
            <w:pPr>
              <w:spacing w:after="0"/>
              <w:jc w:val="right"/>
            </w:pPr>
            <w:r>
              <w:rPr>
                <w:sz w:val="16"/>
              </w:rPr>
              <w:t>91.7</w:t>
            </w:r>
          </w:p>
        </w:tc>
        <w:tc>
          <w:tcPr>
            <w:tcW w:type="dxa" w:w="3512"/>
          </w:tcPr>
          <w:p>
            <w:pPr>
              <w:spacing w:after="0"/>
              <w:jc w:val="left"/>
            </w:pPr>
            <w:r>
              <w:rPr>
                <w:sz w:val="16"/>
              </w:rPr>
              <w:t>Relatively High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59.7</w:t>
            </w:r>
          </w:p>
        </w:tc>
        <w:tc>
          <w:tcPr>
            <w:tcW w:type="dxa" w:w="680"/>
          </w:tcPr>
          <w:p>
            <w:pPr>
              <w:spacing w:after="0"/>
              <w:jc w:val="right"/>
            </w:pPr>
            <w:r>
              <w:rPr>
                <w:sz w:val="16"/>
              </w:rPr>
              <w:t>63.0</w:t>
            </w:r>
          </w:p>
        </w:tc>
        <w:tc>
          <w:tcPr>
            <w:tcW w:type="dxa" w:w="648"/>
          </w:tcPr>
          <w:p>
            <w:pPr>
              <w:spacing w:after="0"/>
              <w:jc w:val="right"/>
            </w:pPr>
            <w:r>
              <w:rPr>
                <w:sz w:val="16"/>
              </w:rPr>
              <w:t>66.7</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83.7</w:t>
            </w:r>
          </w:p>
        </w:tc>
        <w:tc>
          <w:tcPr>
            <w:tcW w:type="dxa" w:w="680"/>
          </w:tcPr>
          <w:p>
            <w:pPr>
              <w:spacing w:after="0"/>
              <w:jc w:val="right"/>
            </w:pPr>
            <w:r>
              <w:rPr>
                <w:sz w:val="16"/>
              </w:rPr>
              <w:t>85.0</w:t>
            </w:r>
          </w:p>
        </w:tc>
        <w:tc>
          <w:tcPr>
            <w:tcW w:type="dxa" w:w="648"/>
          </w:tcPr>
          <w:p>
            <w:pPr>
              <w:spacing w:after="0"/>
              <w:jc w:val="right"/>
            </w:pPr>
            <w:r>
              <w:rPr>
                <w:sz w:val="16"/>
              </w:rPr>
              <w:t>93.1</w:t>
            </w:r>
          </w:p>
        </w:tc>
        <w:tc>
          <w:tcPr>
            <w:tcW w:type="dxa" w:w="3512"/>
          </w:tcPr>
          <w:p>
            <w:pPr>
              <w:spacing w:after="0"/>
              <w:jc w:val="left"/>
            </w:pPr>
            <w:r>
              <w:rPr>
                <w:sz w:val="16"/>
              </w:rPr>
              <w:t>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Crittenden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2028-04-13</w:t>
            </w:r>
          </w:p>
        </w:tc>
        <w:tc>
          <w:tcPr>
            <w:tcW w:type="dxa" w:w="2572"/>
          </w:tcPr>
          <w:p>
            <w:pPr>
              <w:spacing w:after="0"/>
              <w:jc w:val="right"/>
            </w:pPr>
            <w:r>
              <w:rPr>
                <w:sz w:val="16"/>
              </w:rPr>
              <w:t>FMA RL 1, SRL 0; any 1</w:t>
            </w:r>
          </w:p>
        </w:tc>
        <w:tc>
          <w:tcPr>
            <w:tcW w:type="dxa" w:w="1810"/>
          </w:tcPr>
          <w:p>
            <w:pPr>
              <w:spacing w:after="0"/>
              <w:jc w:val="right"/>
            </w:pPr>
            <w:r>
              <w:rPr>
                <w:sz w:val="16"/>
              </w:rPr>
              <w:t>$2,960,887.04</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Marion city</w:t>
            </w:r>
          </w:p>
        </w:tc>
        <w:tc>
          <w:tcPr>
            <w:tcW w:type="dxa" w:w="1701"/>
          </w:tcPr>
          <w:p>
            <w:pPr>
              <w:spacing w:after="0"/>
              <w:jc w:val="left"/>
            </w:pPr>
            <w:r>
              <w:rPr>
                <w:sz w:val="16"/>
              </w:rPr>
              <w:t>City</w:t>
            </w:r>
          </w:p>
        </w:tc>
        <w:tc>
          <w:tcPr>
            <w:tcW w:type="dxa" w:w="3226"/>
          </w:tcPr>
          <w:p>
            <w:pPr>
              <w:spacing w:after="0"/>
              <w:jc w:val="left"/>
            </w:pPr>
            <w:r>
              <w:rPr>
                <w:sz w:val="16"/>
              </w:rPr>
              <w:t>Approved, expires 2028-04-13</w:t>
            </w:r>
          </w:p>
        </w:tc>
        <w:tc>
          <w:tcPr>
            <w:tcW w:type="dxa" w:w="2572"/>
          </w:tcPr>
          <w:p>
            <w:pPr>
              <w:spacing w:after="0"/>
              <w:jc w:val="right"/>
            </w:pPr>
            <w:r>
              <w:rPr>
                <w:sz w:val="16"/>
              </w:rPr>
              <w:t>FMA RL 0, SRL 0; any 0</w:t>
            </w:r>
          </w:p>
        </w:tc>
        <w:tc>
          <w:tcPr>
            <w:tcW w:type="dxa" w:w="1810"/>
          </w:tcPr>
          <w:p>
            <w:pPr>
              <w:spacing w:after="0"/>
              <w:jc w:val="right"/>
            </w:pPr>
            <w:r>
              <w:rPr>
                <w:sz w:val="16"/>
              </w:rPr>
              <w:t>$650,994.26</w:t>
            </w:r>
          </w:p>
        </w:tc>
        <w:tc>
          <w:tcPr>
            <w:tcW w:type="dxa" w:w="2202"/>
          </w:tcPr>
          <w:p>
            <w:pPr>
              <w:spacing w:after="0"/>
              <w:jc w:val="right"/>
            </w:pPr>
            <w:r>
              <w:rPr>
                <w:sz w:val="16"/>
              </w:rPr>
              <w:t>44; 2</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2023-04-14</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$2,213,972,939</w:t>
            </w:r>
          </w:p>
        </w:tc>
        <w:tc>
          <w:tcPr>
            <w:tcW w:type="dxa" w:w="1137"/>
          </w:tcPr>
          <w:p>
            <w:pPr>
              <w:spacing w:after="0"/>
              <w:jc w:val="right"/>
            </w:pPr>
            <w:r>
              <w:rPr>
                <w:sz w:val="16"/>
              </w:rPr>
              <w:t>$50,556,655</w:t>
            </w:r>
          </w:p>
        </w:tc>
        <w:tc>
          <w:tcPr>
            <w:tcW w:type="dxa" w:w="1045"/>
          </w:tcPr>
          <w:p>
            <w:pPr>
              <w:spacing w:after="0"/>
              <w:jc w:val="right"/>
            </w:pPr>
            <w:r>
              <w:rPr>
                <w:sz w:val="16"/>
              </w:rPr>
              <w:t>8,989</w:t>
            </w:r>
          </w:p>
        </w:tc>
        <w:tc>
          <w:tcPr>
            <w:tcW w:type="dxa" w:w="1037"/>
          </w:tcPr>
          <w:p>
            <w:pPr>
              <w:spacing w:after="0"/>
              <w:jc w:val="right"/>
            </w:pPr>
            <w:r>
              <w:rPr>
                <w:sz w:val="16"/>
              </w:rPr>
              <w:t>$24</w:t>
            </w:r>
          </w:p>
        </w:tc>
        <w:tc>
          <w:tcPr>
            <w:tcW w:type="dxa" w:w="1126"/>
          </w:tcPr>
          <w:p>
            <w:pPr>
              <w:spacing w:after="0"/>
              <w:jc w:val="right"/>
            </w:pPr>
            <w:r>
              <w:rPr>
                <w:sz w:val="16"/>
              </w:rPr>
              <w:t>$34,971</w:t>
            </w:r>
          </w:p>
        </w:tc>
        <w:tc>
          <w:tcPr>
            <w:tcW w:type="dxa" w:w="1176"/>
          </w:tcPr>
          <w:p>
            <w:pPr>
              <w:spacing w:after="0"/>
              <w:jc w:val="right"/>
            </w:pPr>
            <w:r>
              <w:rPr>
                <w:sz w:val="16"/>
              </w:rPr>
              <w:t>$371,988</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$33,986,609</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$334,640</w:t>
            </w:r>
          </w:p>
        </w:tc>
        <w:tc>
          <w:tcPr>
            <w:tcW w:type="dxa" w:w="1176"/>
          </w:tcPr>
          <w:p>
            <w:pPr>
              <w:spacing w:after="0"/>
              <w:jc w:val="right"/>
            </w:pPr>
          </w:p>
        </w:tc>
        <w:tc>
          <w:tcPr>
            <w:tcW w:type="dxa" w:w="1305"/>
          </w:tcPr>
          <w:p>
            <w:pPr>
              <w:spacing w:after="0"/>
              <w:jc w:val="right"/>
            </w:pPr>
            <w:r>
              <w:rPr>
                <w:sz w:val="16"/>
              </w:rPr>
              <w:t>0.985%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$3,777,708,152</w:t>
            </w:r>
          </w:p>
        </w:tc>
        <w:tc>
          <w:tcPr>
            <w:tcW w:type="dxa" w:w="1137"/>
          </w:tcPr>
          <w:p>
            <w:pPr>
              <w:spacing w:after="0"/>
              <w:jc w:val="right"/>
            </w:pPr>
          </w:p>
        </w:tc>
        <w:tc>
          <w:tcPr>
            <w:tcW w:type="dxa" w:w="1045"/>
          </w:tcPr>
          <w:p>
            <w:pPr>
              <w:spacing w:after="0"/>
              <w:jc w:val="right"/>
            </w:pPr>
            <w:r>
              <w:rPr>
                <w:sz w:val="16"/>
              </w:rPr>
              <w:t>8,990</w:t>
            </w:r>
          </w:p>
        </w:tc>
        <w:tc>
          <w:tcPr>
            <w:tcW w:type="dxa" w:w="1037"/>
          </w:tcPr>
          <w:p>
            <w:pPr>
              <w:spacing w:after="0"/>
              <w:jc w:val="right"/>
            </w:pPr>
            <w:r>
              <w:rPr>
                <w:sz w:val="16"/>
              </w:rPr>
              <w:t>$914,578</w:t>
            </w:r>
          </w:p>
        </w:tc>
        <w:tc>
          <w:tcPr>
            <w:tcW w:type="dxa" w:w="1126"/>
          </w:tcPr>
          <w:p>
            <w:pPr>
              <w:spacing w:after="0"/>
              <w:jc w:val="right"/>
            </w:pPr>
          </w:p>
        </w:tc>
        <w:tc>
          <w:tcPr>
            <w:tcW w:type="dxa" w:w="1176"/>
          </w:tcPr>
          <w:p>
            <w:pPr>
              <w:spacing w:after="0"/>
              <w:jc w:val="right"/>
            </w:pPr>
            <w:r>
              <w:rPr>
                <w:sz w:val="16"/>
              </w:rPr>
              <w:t>$518,837</w:t>
            </w:r>
          </w:p>
        </w:tc>
        <w:tc>
          <w:tcPr>
            <w:tcW w:type="dxa" w:w="1305"/>
          </w:tcPr>
          <w:p>
            <w:pPr>
              <w:spacing w:after="0"/>
              <w:jc w:val="right"/>
            </w:pPr>
            <w:r>
              <w:rPr>
                <w:sz w:val="16"/>
              </w:rPr>
              <w:t>0.0242%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$2,213,972,939</w:t>
            </w:r>
          </w:p>
        </w:tc>
        <w:tc>
          <w:tcPr>
            <w:tcW w:type="dxa" w:w="1137"/>
          </w:tcPr>
          <w:p>
            <w:pPr>
              <w:spacing w:after="0"/>
              <w:jc w:val="right"/>
            </w:pPr>
            <w:r>
              <w:rPr>
                <w:sz w:val="16"/>
              </w:rPr>
              <w:t>$50,556,655</w:t>
            </w:r>
          </w:p>
        </w:tc>
        <w:tc>
          <w:tcPr>
            <w:tcW w:type="dxa" w:w="1045"/>
          </w:tcPr>
          <w:p>
            <w:pPr>
              <w:spacing w:after="0"/>
              <w:jc w:val="right"/>
            </w:pPr>
            <w:r>
              <w:rPr>
                <w:sz w:val="16"/>
              </w:rPr>
              <w:t>8,989</w:t>
            </w:r>
          </w:p>
        </w:tc>
        <w:tc>
          <w:tcPr>
            <w:tcW w:type="dxa" w:w="1037"/>
          </w:tcPr>
          <w:p>
            <w:pPr>
              <w:spacing w:after="0"/>
              <w:jc w:val="right"/>
            </w:pPr>
            <w:r>
              <w:rPr>
                <w:sz w:val="16"/>
              </w:rPr>
              <w:t>$101,442</w:t>
            </w:r>
          </w:p>
        </w:tc>
        <w:tc>
          <w:tcPr>
            <w:tcW w:type="dxa" w:w="1126"/>
          </w:tcPr>
          <w:p>
            <w:pPr>
              <w:spacing w:after="0"/>
              <w:jc w:val="right"/>
            </w:pPr>
            <w:r>
              <w:rPr>
                <w:sz w:val="16"/>
              </w:rPr>
              <w:t>$1,363</w:t>
            </w:r>
          </w:p>
        </w:tc>
        <w:tc>
          <w:tcPr>
            <w:tcW w:type="dxa" w:w="1176"/>
          </w:tcPr>
          <w:p>
            <w:pPr>
              <w:spacing w:after="0"/>
              <w:jc w:val="right"/>
            </w:pPr>
            <w:r>
              <w:rPr>
                <w:sz w:val="16"/>
              </w:rPr>
              <w:t>$1,020</w:t>
            </w:r>
          </w:p>
        </w:tc>
        <w:tc>
          <w:tcPr>
            <w:tcW w:type="dxa" w:w="1305"/>
          </w:tcPr>
          <w:p>
            <w:pPr>
              <w:spacing w:after="0"/>
              <w:jc w:val="right"/>
            </w:pPr>
            <w:r>
              <w:rPr>
                <w:sz w:val="16"/>
              </w:rPr>
              <w:t>0.00458%</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$2,213,972,939</w:t>
            </w:r>
          </w:p>
        </w:tc>
        <w:tc>
          <w:tcPr>
            <w:tcW w:type="dxa" w:w="1137"/>
          </w:tcPr>
          <w:p>
            <w:pPr>
              <w:spacing w:after="0"/>
              <w:jc w:val="right"/>
            </w:pPr>
            <w:r>
              <w:rPr>
                <w:sz w:val="16"/>
              </w:rPr>
              <w:t>$50,556,655</w:t>
            </w:r>
          </w:p>
        </w:tc>
        <w:tc>
          <w:tcPr>
            <w:tcW w:type="dxa" w:w="1045"/>
          </w:tcPr>
          <w:p>
            <w:pPr>
              <w:spacing w:after="0"/>
              <w:jc w:val="right"/>
            </w:pPr>
            <w:r>
              <w:rPr>
                <w:sz w:val="16"/>
              </w:rPr>
              <w:t>8,989</w:t>
            </w:r>
          </w:p>
        </w:tc>
        <w:tc>
          <w:tcPr>
            <w:tcW w:type="dxa" w:w="1037"/>
          </w:tcPr>
          <w:p>
            <w:pPr>
              <w:spacing w:after="0"/>
              <w:jc w:val="right"/>
            </w:pPr>
            <w:r>
              <w:rPr>
                <w:sz w:val="16"/>
              </w:rPr>
              <w:t>$13</w:t>
            </w:r>
          </w:p>
        </w:tc>
        <w:tc>
          <w:tcPr>
            <w:tcW w:type="dxa" w:w="1126"/>
          </w:tcPr>
          <w:p>
            <w:pPr>
              <w:spacing w:after="0"/>
              <w:jc w:val="right"/>
            </w:pPr>
            <w:r>
              <w:rPr>
                <w:sz w:val="16"/>
              </w:rPr>
              <w:t>$125</w:t>
            </w:r>
          </w:p>
        </w:tc>
        <w:tc>
          <w:tcPr>
            <w:tcW w:type="dxa" w:w="1176"/>
          </w:tcPr>
          <w:p>
            <w:pPr>
              <w:spacing w:after="0"/>
              <w:jc w:val="right"/>
            </w:pPr>
            <w:r>
              <w:rPr>
                <w:sz w:val="16"/>
              </w:rPr>
              <w:t>$263,953</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$2,210,001,238</w:t>
            </w:r>
          </w:p>
        </w:tc>
        <w:tc>
          <w:tcPr>
            <w:tcW w:type="dxa" w:w="1137"/>
          </w:tcPr>
          <w:p>
            <w:pPr>
              <w:spacing w:after="0"/>
              <w:jc w:val="right"/>
            </w:pPr>
            <w:r>
              <w:rPr>
                <w:sz w:val="16"/>
              </w:rPr>
              <w:t>$50,019,964</w:t>
            </w:r>
          </w:p>
        </w:tc>
        <w:tc>
          <w:tcPr>
            <w:tcW w:type="dxa" w:w="1045"/>
          </w:tcPr>
          <w:p>
            <w:pPr>
              <w:spacing w:after="0"/>
              <w:jc w:val="right"/>
            </w:pPr>
            <w:r>
              <w:rPr>
                <w:sz w:val="16"/>
              </w:rPr>
              <w:t>8,966</w:t>
            </w:r>
          </w:p>
        </w:tc>
        <w:tc>
          <w:tcPr>
            <w:tcW w:type="dxa" w:w="1037"/>
          </w:tcPr>
          <w:p>
            <w:pPr>
              <w:spacing w:after="0"/>
              <w:jc w:val="right"/>
            </w:pPr>
            <w:r>
              <w:rPr>
                <w:sz w:val="16"/>
              </w:rPr>
              <w:t>$3,979</w:t>
            </w:r>
          </w:p>
        </w:tc>
        <w:tc>
          <w:tcPr>
            <w:tcW w:type="dxa" w:w="1126"/>
          </w:tcPr>
          <w:p>
            <w:pPr>
              <w:spacing w:after="0"/>
              <w:jc w:val="right"/>
            </w:pPr>
            <w:r>
              <w:rPr>
                <w:sz w:val="16"/>
              </w:rPr>
              <w:t>$2,540</w:t>
            </w:r>
          </w:p>
        </w:tc>
        <w:tc>
          <w:tcPr>
            <w:tcW w:type="dxa" w:w="1176"/>
          </w:tcPr>
          <w:p>
            <w:pPr>
              <w:spacing w:after="0"/>
              <w:jc w:val="right"/>
            </w:pPr>
            <w:r>
              <w:rPr>
                <w:sz w:val="16"/>
              </w:rPr>
              <w:t>$28</w:t>
            </w:r>
          </w:p>
        </w:tc>
        <w:tc>
          <w:tcPr>
            <w:tcW w:type="dxa" w:w="1305"/>
          </w:tcPr>
          <w:p>
            <w:pPr>
              <w:spacing w:after="0"/>
              <w:jc w:val="right"/>
            </w:pPr>
            <w:r>
              <w:rPr>
                <w:sz w:val="16"/>
              </w:rPr>
              <w:t>0.00018%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$2,213,972,939</w:t>
            </w:r>
          </w:p>
        </w:tc>
        <w:tc>
          <w:tcPr>
            <w:tcW w:type="dxa" w:w="1137"/>
          </w:tcPr>
          <w:p>
            <w:pPr>
              <w:spacing w:after="0"/>
              <w:jc w:val="right"/>
            </w:pPr>
          </w:p>
        </w:tc>
        <w:tc>
          <w:tcPr>
            <w:tcW w:type="dxa" w:w="1045"/>
          </w:tcPr>
          <w:p>
            <w:pPr>
              <w:spacing w:after="0"/>
              <w:jc w:val="right"/>
            </w:pPr>
            <w:r>
              <w:rPr>
                <w:sz w:val="16"/>
              </w:rPr>
              <w:t>8,989</w:t>
            </w:r>
          </w:p>
        </w:tc>
        <w:tc>
          <w:tcPr>
            <w:tcW w:type="dxa" w:w="1037"/>
          </w:tcPr>
          <w:p>
            <w:pPr>
              <w:spacing w:after="0"/>
              <w:jc w:val="right"/>
            </w:pPr>
            <w:r>
              <w:rPr>
                <w:sz w:val="16"/>
              </w:rPr>
              <w:t>$525,675</w:t>
            </w:r>
          </w:p>
        </w:tc>
        <w:tc>
          <w:tcPr>
            <w:tcW w:type="dxa" w:w="1126"/>
          </w:tcPr>
          <w:p>
            <w:pPr>
              <w:spacing w:after="0"/>
              <w:jc w:val="right"/>
            </w:pPr>
          </w:p>
        </w:tc>
        <w:tc>
          <w:tcPr>
            <w:tcW w:type="dxa" w:w="1176"/>
          </w:tcPr>
          <w:p>
            <w:pPr>
              <w:spacing w:after="0"/>
              <w:jc w:val="right"/>
            </w:pPr>
            <w:r>
              <w:rPr>
                <w:sz w:val="16"/>
              </w:rPr>
              <w:t>$29,661</w:t>
            </w:r>
          </w:p>
        </w:tc>
        <w:tc>
          <w:tcPr>
            <w:tcW w:type="dxa" w:w="1305"/>
          </w:tcPr>
          <w:p>
            <w:pPr>
              <w:spacing w:after="0"/>
              <w:jc w:val="right"/>
            </w:pPr>
            <w:r>
              <w:rPr>
                <w:sz w:val="16"/>
              </w:rPr>
              <w:t>0.0237%</w:t>
            </w:r>
          </w:p>
        </w:tc>
        <w:tc>
          <w:tcPr>
            <w:tcW w:type="dxa" w:w="1225"/>
          </w:tcPr>
          <w:p>
            <w:pPr>
              <w:spacing w:after="0"/>
              <w:jc w:val="right"/>
            </w:pPr>
          </w:p>
        </w:tc>
        <w:tc>
          <w:tcPr>
            <w:tcW w:type="dxa" w:w="1110"/>
          </w:tcPr>
          <w:p>
            <w:pPr>
              <w:spacing w:after="0"/>
              <w:jc w:val="right"/>
            </w:pPr>
            <w:r>
              <w:rPr>
                <w:sz w:val="16"/>
              </w:rPr>
              <w:t>$90,000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$2,212,718,466</w:t>
            </w:r>
          </w:p>
        </w:tc>
        <w:tc>
          <w:tcPr>
            <w:tcW w:type="dxa" w:w="1137"/>
          </w:tcPr>
          <w:p>
            <w:pPr>
              <w:spacing w:after="0"/>
              <w:jc w:val="right"/>
            </w:pPr>
            <w:r>
              <w:rPr>
                <w:sz w:val="16"/>
              </w:rPr>
              <w:t>$10,710,382</w:t>
            </w:r>
          </w:p>
        </w:tc>
        <w:tc>
          <w:tcPr>
            <w:tcW w:type="dxa" w:w="1045"/>
          </w:tcPr>
          <w:p>
            <w:pPr>
              <w:spacing w:after="0"/>
              <w:jc w:val="right"/>
            </w:pPr>
            <w:r>
              <w:rPr>
                <w:sz w:val="16"/>
              </w:rPr>
              <w:t>254</w:t>
            </w:r>
          </w:p>
        </w:tc>
        <w:tc>
          <w:tcPr>
            <w:tcW w:type="dxa" w:w="1037"/>
          </w:tcPr>
          <w:p>
            <w:pPr>
              <w:spacing w:after="0"/>
              <w:jc w:val="right"/>
            </w:pPr>
            <w:r>
              <w:rPr>
                <w:sz w:val="16"/>
              </w:rPr>
              <w:t>$2,472,050</w:t>
            </w:r>
          </w:p>
        </w:tc>
        <w:tc>
          <w:tcPr>
            <w:tcW w:type="dxa" w:w="1126"/>
          </w:tcPr>
          <w:p>
            <w:pPr>
              <w:spacing w:after="0"/>
              <w:jc w:val="right"/>
            </w:pPr>
            <w:r>
              <w:rPr>
                <w:sz w:val="16"/>
              </w:rPr>
              <w:t>$18,412</w:t>
            </w:r>
          </w:p>
        </w:tc>
        <w:tc>
          <w:tcPr>
            <w:tcW w:type="dxa" w:w="1176"/>
          </w:tcPr>
          <w:p>
            <w:pPr>
              <w:spacing w:after="0"/>
              <w:jc w:val="right"/>
            </w:pPr>
            <w:r>
              <w:rPr>
                <w:sz w:val="16"/>
              </w:rPr>
              <w:t>$176,090</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r>
              <w:rPr>
                <w:sz w:val="16"/>
              </w:rPr>
              <w:t>$728,608.43</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$86,419,581</w:t>
            </w:r>
          </w:p>
        </w:tc>
        <w:tc>
          <w:tcPr>
            <w:tcW w:type="dxa" w:w="1137"/>
          </w:tcPr>
          <w:p>
            <w:pPr>
              <w:spacing w:after="0"/>
              <w:jc w:val="right"/>
            </w:pPr>
          </w:p>
        </w:tc>
        <w:tc>
          <w:tcPr>
            <w:tcW w:type="dxa" w:w="1045"/>
          </w:tcPr>
          <w:p>
            <w:pPr>
              <w:spacing w:after="0"/>
              <w:jc w:val="right"/>
            </w:pPr>
            <w:r>
              <w:rPr>
                <w:sz w:val="16"/>
              </w:rPr>
              <w:t>338</w:t>
            </w:r>
          </w:p>
        </w:tc>
        <w:tc>
          <w:tcPr>
            <w:tcW w:type="dxa" w:w="1037"/>
          </w:tcPr>
          <w:p>
            <w:pPr>
              <w:spacing w:after="0"/>
              <w:jc w:val="right"/>
            </w:pPr>
            <w:r>
              <w:rPr>
                <w:sz w:val="16"/>
              </w:rPr>
              <w:t>$51</w:t>
            </w:r>
          </w:p>
        </w:tc>
        <w:tc>
          <w:tcPr>
            <w:tcW w:type="dxa" w:w="1126"/>
          </w:tcPr>
          <w:p>
            <w:pPr>
              <w:spacing w:after="0"/>
              <w:jc w:val="right"/>
            </w:pPr>
          </w:p>
        </w:tc>
        <w:tc>
          <w:tcPr>
            <w:tcW w:type="dxa" w:w="1176"/>
          </w:tcPr>
          <w:p>
            <w:pPr>
              <w:spacing w:after="0"/>
              <w:jc w:val="right"/>
            </w:pPr>
            <w:r>
              <w:rPr>
                <w:sz w:val="16"/>
              </w:rPr>
              <w:t>$326</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$765,526.13</w:t>
            </w: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$2,213,972,939</w:t>
            </w:r>
          </w:p>
        </w:tc>
        <w:tc>
          <w:tcPr>
            <w:tcW w:type="dxa" w:w="1137"/>
          </w:tcPr>
          <w:p>
            <w:pPr>
              <w:spacing w:after="0"/>
              <w:jc w:val="right"/>
            </w:pPr>
          </w:p>
        </w:tc>
        <w:tc>
          <w:tcPr>
            <w:tcW w:type="dxa" w:w="1045"/>
          </w:tcPr>
          <w:p>
            <w:pPr>
              <w:spacing w:after="0"/>
              <w:jc w:val="right"/>
            </w:pPr>
            <w:r>
              <w:rPr>
                <w:sz w:val="16"/>
              </w:rPr>
              <w:t>8,989</w:t>
            </w:r>
          </w:p>
        </w:tc>
        <w:tc>
          <w:tcPr>
            <w:tcW w:type="dxa" w:w="1037"/>
          </w:tcPr>
          <w:p>
            <w:pPr>
              <w:spacing w:after="0"/>
              <w:jc w:val="right"/>
            </w:pPr>
            <w:r>
              <w:rPr>
                <w:sz w:val="16"/>
              </w:rPr>
              <w:t>$2,322</w:t>
            </w:r>
          </w:p>
        </w:tc>
        <w:tc>
          <w:tcPr>
            <w:tcW w:type="dxa" w:w="1126"/>
          </w:tcPr>
          <w:p>
            <w:pPr>
              <w:spacing w:after="0"/>
              <w:jc w:val="right"/>
            </w:pPr>
          </w:p>
        </w:tc>
        <w:tc>
          <w:tcPr>
            <w:tcW w:type="dxa" w:w="1176"/>
          </w:tcPr>
          <w:p>
            <w:pPr>
              <w:spacing w:after="0"/>
              <w:jc w:val="right"/>
            </w:pPr>
            <w:r>
              <w:rPr>
                <w:sz w:val="16"/>
              </w:rPr>
              <w:t>$60,681</w:t>
            </w:r>
          </w:p>
        </w:tc>
        <w:tc>
          <w:tcPr>
            <w:tcW w:type="dxa" w:w="1305"/>
          </w:tcPr>
          <w:p>
            <w:pPr>
              <w:spacing w:after="0"/>
              <w:jc w:val="right"/>
            </w:pPr>
            <w:r>
              <w:rPr>
                <w:sz w:val="16"/>
              </w:rPr>
              <w:t>0.000105%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$2,213,972,939</w:t>
            </w:r>
          </w:p>
        </w:tc>
        <w:tc>
          <w:tcPr>
            <w:tcW w:type="dxa" w:w="1137"/>
          </w:tcPr>
          <w:p>
            <w:pPr>
              <w:spacing w:after="0"/>
              <w:jc w:val="right"/>
            </w:pPr>
            <w:r>
              <w:rPr>
                <w:sz w:val="16"/>
              </w:rPr>
              <w:t>$50,556,655</w:t>
            </w:r>
          </w:p>
        </w:tc>
        <w:tc>
          <w:tcPr>
            <w:tcW w:type="dxa" w:w="1045"/>
          </w:tcPr>
          <w:p>
            <w:pPr>
              <w:spacing w:after="0"/>
              <w:jc w:val="right"/>
            </w:pPr>
            <w:r>
              <w:rPr>
                <w:sz w:val="16"/>
              </w:rPr>
              <w:t>8,989</w:t>
            </w:r>
          </w:p>
        </w:tc>
        <w:tc>
          <w:tcPr>
            <w:tcW w:type="dxa" w:w="1037"/>
          </w:tcPr>
          <w:p>
            <w:pPr>
              <w:spacing w:after="0"/>
              <w:jc w:val="right"/>
            </w:pPr>
            <w:r>
              <w:rPr>
                <w:sz w:val="16"/>
              </w:rPr>
              <w:t>$287,092</w:t>
            </w:r>
          </w:p>
        </w:tc>
        <w:tc>
          <w:tcPr>
            <w:tcW w:type="dxa" w:w="1126"/>
          </w:tcPr>
          <w:p>
            <w:pPr>
              <w:spacing w:after="0"/>
              <w:jc w:val="right"/>
            </w:pPr>
            <w:r>
              <w:rPr>
                <w:sz w:val="16"/>
              </w:rPr>
              <w:t>$186,087</w:t>
            </w:r>
          </w:p>
        </w:tc>
        <w:tc>
          <w:tcPr>
            <w:tcW w:type="dxa" w:w="1176"/>
          </w:tcPr>
          <w:p>
            <w:pPr>
              <w:spacing w:after="0"/>
              <w:jc w:val="right"/>
            </w:pPr>
            <w:r>
              <w:rPr>
                <w:sz w:val="16"/>
              </w:rPr>
              <w:t>$123,577</w:t>
            </w:r>
          </w:p>
        </w:tc>
        <w:tc>
          <w:tcPr>
            <w:tcW w:type="dxa" w:w="1305"/>
          </w:tcPr>
          <w:p>
            <w:pPr>
              <w:spacing w:after="0"/>
              <w:jc w:val="right"/>
            </w:pPr>
            <w:r>
              <w:rPr>
                <w:sz w:val="16"/>
              </w:rPr>
              <w:t>0.013%</w:t>
            </w:r>
          </w:p>
        </w:tc>
        <w:tc>
          <w:tcPr>
            <w:tcW w:type="dxa" w:w="1225"/>
          </w:tcPr>
          <w:p>
            <w:pPr>
              <w:spacing w:after="0"/>
              <w:jc w:val="right"/>
            </w:pPr>
            <w:r>
              <w:rPr>
                <w:sz w:val="16"/>
              </w:rPr>
              <w:t>$41,000</w:t>
            </w:r>
          </w:p>
        </w:tc>
        <w:tc>
          <w:tcPr>
            <w:tcW w:type="dxa" w:w="1110"/>
          </w:tcPr>
          <w:p>
            <w:pPr>
              <w:spacing w:after="0"/>
              <w:jc w:val="right"/>
            </w:pPr>
            <w:r>
              <w:rPr>
                <w:sz w:val="16"/>
              </w:rPr>
              <w:t>$12,000</w:t>
            </w:r>
          </w:p>
        </w:tc>
        <w:tc>
          <w:tcPr>
            <w:tcW w:type="dxa" w:w="1267"/>
          </w:tcPr>
          <w:p>
            <w:pPr>
              <w:spacing w:after="0"/>
              <w:jc w:val="right"/>
            </w:pPr>
            <w:r>
              <w:rPr>
                <w:sz w:val="16"/>
              </w:rPr>
              <w:t>$765,526.13</w:t>
            </w:r>
          </w:p>
        </w:tc>
        <w:tc>
          <w:tcPr>
            <w:tcW w:type="dxa" w:w="1254"/>
          </w:tcPr>
          <w:p>
            <w:pPr>
              <w:spacing w:after="0"/>
              <w:jc w:val="left"/>
            </w:pPr>
            <w:r>
              <w:rPr>
                <w:sz w:val="16"/>
              </w:rPr>
              <w:t>Storm Events damage since the plan includes 12 zone-level Strong Wind records ($12,000),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$2,213,972,939</w:t>
            </w:r>
          </w:p>
        </w:tc>
        <w:tc>
          <w:tcPr>
            <w:tcW w:type="dxa" w:w="1137"/>
          </w:tcPr>
          <w:p>
            <w:pPr>
              <w:spacing w:after="0"/>
              <w:jc w:val="right"/>
            </w:pPr>
            <w:r>
              <w:rPr>
                <w:sz w:val="16"/>
              </w:rPr>
              <w:t>$50,556,655</w:t>
            </w:r>
          </w:p>
        </w:tc>
        <w:tc>
          <w:tcPr>
            <w:tcW w:type="dxa" w:w="1045"/>
          </w:tcPr>
          <w:p>
            <w:pPr>
              <w:spacing w:after="0"/>
              <w:jc w:val="right"/>
            </w:pPr>
            <w:r>
              <w:rPr>
                <w:sz w:val="16"/>
              </w:rPr>
              <w:t>8,989</w:t>
            </w:r>
          </w:p>
        </w:tc>
        <w:tc>
          <w:tcPr>
            <w:tcW w:type="dxa" w:w="1037"/>
          </w:tcPr>
          <w:p>
            <w:pPr>
              <w:spacing w:after="0"/>
              <w:jc w:val="right"/>
            </w:pPr>
            <w:r>
              <w:rPr>
                <w:sz w:val="16"/>
              </w:rPr>
              <w:t>$365,033</w:t>
            </w:r>
          </w:p>
        </w:tc>
        <w:tc>
          <w:tcPr>
            <w:tcW w:type="dxa" w:w="1126"/>
          </w:tcPr>
          <w:p>
            <w:pPr>
              <w:spacing w:after="0"/>
              <w:jc w:val="right"/>
            </w:pPr>
            <w:r>
              <w:rPr>
                <w:sz w:val="16"/>
              </w:rPr>
              <w:t>$2,430</w:t>
            </w:r>
          </w:p>
        </w:tc>
        <w:tc>
          <w:tcPr>
            <w:tcW w:type="dxa" w:w="1176"/>
          </w:tcPr>
          <w:p>
            <w:pPr>
              <w:spacing w:after="0"/>
              <w:jc w:val="right"/>
            </w:pPr>
            <w:r>
              <w:rPr>
                <w:sz w:val="16"/>
              </w:rPr>
              <w:t>$480,901</w:t>
            </w:r>
          </w:p>
        </w:tc>
        <w:tc>
          <w:tcPr>
            <w:tcW w:type="dxa" w:w="1305"/>
          </w:tcPr>
          <w:p>
            <w:pPr>
              <w:spacing w:after="0"/>
              <w:jc w:val="right"/>
            </w:pPr>
            <w:r>
              <w:rPr>
                <w:sz w:val="16"/>
              </w:rPr>
              <w:t>0.0165%</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$689,294.11</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$949,290,133</w:t>
            </w:r>
          </w:p>
        </w:tc>
        <w:tc>
          <w:tcPr>
            <w:tcW w:type="dxa" w:w="1137"/>
          </w:tcPr>
          <w:p>
            <w:pPr>
              <w:spacing w:after="0"/>
              <w:jc w:val="right"/>
            </w:pPr>
            <w:r>
              <w:rPr>
                <w:sz w:val="16"/>
              </w:rPr>
              <w:t>$13,777,221</w:t>
            </w:r>
          </w:p>
        </w:tc>
        <w:tc>
          <w:tcPr>
            <w:tcW w:type="dxa" w:w="1045"/>
          </w:tcPr>
          <w:p>
            <w:pPr>
              <w:spacing w:after="0"/>
              <w:jc w:val="right"/>
            </w:pPr>
            <w:r>
              <w:rPr>
                <w:sz w:val="16"/>
              </w:rPr>
              <w:t>4,263</w:t>
            </w:r>
          </w:p>
        </w:tc>
        <w:tc>
          <w:tcPr>
            <w:tcW w:type="dxa" w:w="1037"/>
          </w:tcPr>
          <w:p>
            <w:pPr>
              <w:spacing w:after="0"/>
              <w:jc w:val="right"/>
            </w:pPr>
            <w:r>
              <w:rPr>
                <w:sz w:val="16"/>
              </w:rPr>
              <w:t>$1,742</w:t>
            </w:r>
          </w:p>
        </w:tc>
        <w:tc>
          <w:tcPr>
            <w:tcW w:type="dxa" w:w="1126"/>
          </w:tcPr>
          <w:p>
            <w:pPr>
              <w:spacing w:after="0"/>
              <w:jc w:val="right"/>
            </w:pPr>
            <w:r>
              <w:rPr>
                <w:sz w:val="16"/>
              </w:rPr>
              <w:t>$9</w:t>
            </w:r>
          </w:p>
        </w:tc>
        <w:tc>
          <w:tcPr>
            <w:tcW w:type="dxa" w:w="1176"/>
          </w:tcPr>
          <w:p>
            <w:pPr>
              <w:spacing w:after="0"/>
              <w:jc w:val="right"/>
            </w:pPr>
            <w:r>
              <w:rPr>
                <w:sz w:val="16"/>
              </w:rPr>
              <w:t>$337</w:t>
            </w:r>
          </w:p>
        </w:tc>
        <w:tc>
          <w:tcPr>
            <w:tcW w:type="dxa" w:w="1305"/>
          </w:tcPr>
          <w:p>
            <w:pPr>
              <w:spacing w:after="0"/>
              <w:jc w:val="right"/>
            </w:pPr>
            <w:r>
              <w:rPr>
                <w:sz w:val="16"/>
              </w:rPr>
              <w:t>0.000183%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$2,213,972,939</w:t>
            </w:r>
          </w:p>
        </w:tc>
        <w:tc>
          <w:tcPr>
            <w:tcW w:type="dxa" w:w="1137"/>
          </w:tcPr>
          <w:p>
            <w:pPr>
              <w:spacing w:after="0"/>
              <w:jc w:val="right"/>
            </w:pPr>
            <w:r>
              <w:rPr>
                <w:sz w:val="16"/>
              </w:rPr>
              <w:t>$50,556,655</w:t>
            </w:r>
          </w:p>
        </w:tc>
        <w:tc>
          <w:tcPr>
            <w:tcW w:type="dxa" w:w="1045"/>
          </w:tcPr>
          <w:p>
            <w:pPr>
              <w:spacing w:after="0"/>
              <w:jc w:val="right"/>
            </w:pPr>
            <w:r>
              <w:rPr>
                <w:sz w:val="16"/>
              </w:rPr>
              <w:t>8,989</w:t>
            </w:r>
          </w:p>
        </w:tc>
        <w:tc>
          <w:tcPr>
            <w:tcW w:type="dxa" w:w="1037"/>
          </w:tcPr>
          <w:p>
            <w:pPr>
              <w:spacing w:after="0"/>
              <w:jc w:val="right"/>
            </w:pPr>
            <w:r>
              <w:rPr>
                <w:sz w:val="16"/>
              </w:rPr>
              <w:t>$35,066</w:t>
            </w:r>
          </w:p>
        </w:tc>
        <w:tc>
          <w:tcPr>
            <w:tcW w:type="dxa" w:w="1126"/>
          </w:tcPr>
          <w:p>
            <w:pPr>
              <w:spacing w:after="0"/>
              <w:jc w:val="right"/>
            </w:pPr>
            <w:r>
              <w:rPr>
                <w:sz w:val="16"/>
              </w:rPr>
              <w:t>$196</w:t>
            </w:r>
          </w:p>
        </w:tc>
        <w:tc>
          <w:tcPr>
            <w:tcW w:type="dxa" w:w="1176"/>
          </w:tcPr>
          <w:p>
            <w:pPr>
              <w:spacing w:after="0"/>
              <w:jc w:val="right"/>
            </w:pPr>
            <w:r>
              <w:rPr>
                <w:sz w:val="16"/>
              </w:rPr>
              <w:t>$8,170</w:t>
            </w:r>
          </w:p>
        </w:tc>
        <w:tc>
          <w:tcPr>
            <w:tcW w:type="dxa" w:w="1305"/>
          </w:tcPr>
          <w:p>
            <w:pPr>
              <w:spacing w:after="0"/>
              <w:jc w:val="right"/>
            </w:pPr>
            <w:r>
              <w:rPr>
                <w:sz w:val="16"/>
              </w:rPr>
              <w:t>0.00158%</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2023-04-14 (Storm Events through 2026-06-30): 7 county-coded records, 7 with a damage value recorded (including $0), $41,000; 43 zone-level records, 43 with a damage value recorded (including $0), $102,000 reported for the zone; Public Assistance on counted declarations $765,526.13 (7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8,989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$2,213,972,939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$50,556,655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$5,289,840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$2,035,568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1</w:t>
            </w:r>
          </w:p>
        </w:tc>
      </w:tr>
      <w:tr>
        <w:trPr>
          <w:cantSplit/>
        </w:trPr>
        <w:tc>
          <w:tcPr>
            <w:tcW w:type="dxa" w:w="2156"/>
          </w:tcPr>
          <w:p>
            <w:pPr>
              <w:spacing w:after="0"/>
              <w:jc w:val="left"/>
            </w:pPr>
            <w:r>
              <w:rPr>
                <w:sz w:val="16"/>
              </w:rPr>
              <w:t>CRITTENDEN COUNTY *</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Crittenden County (unincorporated area)</w:t>
            </w:r>
          </w:p>
        </w:tc>
        <w:tc>
          <w:tcPr>
            <w:tcW w:type="dxa" w:w="1499"/>
          </w:tcPr>
          <w:p>
            <w:pPr>
              <w:spacing w:after="0"/>
              <w:jc w:val="left"/>
            </w:pPr>
            <w:r>
              <w:rPr>
                <w:sz w:val="16"/>
              </w:rPr>
              <w:t>210254</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Marion city</w:t>
            </w:r>
          </w:p>
        </w:tc>
        <w:tc>
          <w:tcPr>
            <w:tcW w:type="dxa" w:w="1499"/>
          </w:tcPr>
          <w:p>
            <w:pPr>
              <w:spacing w:after="0"/>
              <w:jc w:val="left"/>
            </w:pPr>
            <w:r>
              <w:rPr>
                <w:sz w:val="16"/>
              </w:rPr>
              <w:t>210323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Crittenden County, KY: risk-assessment baseline packet, release 2026-10 (data as of 2026-09-28; County area 21055).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Crittenden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Crittenden County, KY: Risk-assessment baseline packet</dc:title>
  <dc:subject>Hazard Plain release 2026-10, as of 2026-09-28. Preview: automated baseline</dc:subject>
  <dc:creator>Hazard Plain</dc:creator>
  <cp:keywords>Hazard Plain; hazard mitigation; risk assessment; 21055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