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Clinton County, KY</w:t>
      </w:r>
    </w:p>
    <w:p>
      <w:pPr>
        <w:spacing w:after="120" w:before="0"/>
      </w:pPr>
      <w:r>
        <w:rPr>
          <w:color w:val="555555"/>
          <w:sz w:val="24"/>
        </w:rPr>
        <w:t>Risk-assessment baseline packet</w:t>
      </w:r>
    </w:p>
    <w:p>
      <w:pPr>
        <w:spacing w:after="120" w:before="0"/>
      </w:pPr>
      <w:r>
        <w:rPr>
          <w:b/>
          <w:sz w:val="18"/>
        </w:rPr>
        <w:t xml:space="preserve">County FIPS: </w:t>
      </w:r>
      <w:r>
        <w:rPr>
          <w:sz w:val="18"/>
        </w:rPr>
        <w:t>21053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2023-04-09. Plan: Lake Cumberland ADD Regional (FEMA plan 104734), approved 2018-04-10.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2018-04-10: 9 new hazard declarations (8 incidents) and 48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($3,418,290 a year), Tornado ($742,627) and Cold Wave ($688,296).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21053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Expired on 2023-04-09</w:t>
      </w:r>
    </w:p>
    <w:p>
      <w:pPr>
        <w:keepNext/>
        <w:spacing w:after="40" w:before="0"/>
      </w:pPr>
      <w:r>
        <w:rPr>
          <w:b/>
        </w:rPr>
        <w:t xml:space="preserve">Plan: </w:t>
      </w:r>
      <w:r>
        <w:rPr/>
        <w:t>Lake Cumberland ADD Regional (FEMA plan 104734)</w:t>
      </w:r>
    </w:p>
    <w:p>
      <w:pPr>
        <w:keepNext/>
        <w:spacing w:after="40" w:before="0"/>
      </w:pPr>
      <w:r>
        <w:rPr>
          <w:b/>
        </w:rPr>
        <w:t xml:space="preserve">Approved: </w:t>
      </w:r>
      <w:r>
        <w:rPr/>
        <w:t>2018-04-10</w:t>
      </w:r>
    </w:p>
    <w:p>
      <w:pPr>
        <w:keepNext/>
        <w:spacing w:after="40" w:before="0"/>
      </w:pPr>
      <w:r>
        <w:rPr>
          <w:b/>
        </w:rPr>
        <w:t xml:space="preserve">Days since expiry: </w:t>
      </w:r>
      <w:r>
        <w:rPr/>
        <w:t>1,270</w:t>
      </w:r>
    </w:p>
    <w:p>
      <w:pPr>
        <w:keepNext/>
        <w:spacing w:after="40" w:before="0"/>
      </w:pPr>
      <w:r>
        <w:rPr>
          <w:b/>
        </w:rPr>
        <w:t xml:space="preserve">Update underway: </w:t>
      </w:r>
      <w:r>
        <w:rPr/>
        <w:t>none recorded in FEMA's plan tracker</w:t>
      </w:r>
    </w:p>
    <w:p>
      <w:pPr>
        <w:spacing w:after="80" w:before="0"/>
      </w:pPr>
      <w:r>
        <w:rPr/>
        <w:t>Until a new plan is approved, FEMA mitigation project grants (HMGP, FMA) need a FEMA exception (44 CFR 201.6(a)(3)).</w:t>
      </w:r>
    </w:p>
    <w:p>
      <w:pPr>
        <w:spacing w:after="80" w:before="0"/>
      </w:pPr>
      <w:r>
        <w:rPr>
          <w:color w:val="555555"/>
          <w:sz w:val="17"/>
        </w:rPr>
        <w:t>Every jurisdiction listed on this page (2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2018-04-10)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9 new hazard declarations (8 incidents): DR-4592-KY (Severe Winter Storms, Landslides, and Mudslides), DR-4702-KY (Severe Storms, Straight-Line Winds, Tornadoes, Flooding, Landslides, and Mudslides), DR-4804-KY (Severe Storms, Straight-Line Winds, Tornadoes, Landslides, and Mudslides), EM-3624-KY (Severe Storms, Straight-Line Winds, Flooding, and Landslides), EM-3626-KY (Severe Storms, Straight-Line Winds, Tornadoes, and Flooding), DR-4875-KY (Severe Storms, Straight-Line Winds, and Tornadoes), EM-3633-KY (Severe Winter Storm), DR-4913-KY (Severe Winter Storm), DR-4937-KY (Severe Storms, Straight-Line Winds, Flooding, Landslides, and Mudslides); also 2 COVID-19 declarations (not counted)</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48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715"/>
        <w:gridCol w:w="1612"/>
        <w:gridCol w:w="2335"/>
        <w:gridCol w:w="5019"/>
        <w:gridCol w:w="1199"/>
        <w:gridCol w:w="1199"/>
        <w:gridCol w:w="1034"/>
      </w:tblGrid>
      <w:tr>
        <w:trPr>
          <w:cantSplit/>
          <w:tblHeader/>
        </w:trPr>
        <w:tc>
          <w:tcPr>
            <w:tcW w:type="dxa" w:w="1715"/>
            <w:shd w:val="clear" w:color="auto" w:fill="E8E8E8"/>
          </w:tcPr>
          <w:p>
            <w:pPr>
              <w:spacing w:after="0"/>
              <w:jc w:val="left"/>
            </w:pPr>
            <w:r>
              <w:rPr>
                <w:b/>
                <w:sz w:val="16"/>
              </w:rPr>
              <w:t>Jurisdiction</w:t>
            </w:r>
          </w:p>
        </w:tc>
        <w:tc>
          <w:tcPr>
            <w:tcW w:type="dxa" w:w="1612"/>
            <w:shd w:val="clear" w:color="auto" w:fill="E8E8E8"/>
          </w:tcPr>
          <w:p>
            <w:pPr>
              <w:spacing w:after="0"/>
              <w:jc w:val="left"/>
            </w:pPr>
            <w:r>
              <w:rPr>
                <w:b/>
                <w:sz w:val="16"/>
              </w:rPr>
              <w:t>Type</w:t>
            </w:r>
          </w:p>
        </w:tc>
        <w:tc>
          <w:tcPr>
            <w:tcW w:type="dxa" w:w="2335"/>
            <w:shd w:val="clear" w:color="auto" w:fill="E8E8E8"/>
          </w:tcPr>
          <w:p>
            <w:pPr>
              <w:spacing w:after="0"/>
              <w:jc w:val="left"/>
            </w:pPr>
            <w:r>
              <w:rPr>
                <w:b/>
                <w:sz w:val="16"/>
              </w:rPr>
              <w:t>Status</w:t>
            </w:r>
          </w:p>
        </w:tc>
        <w:tc>
          <w:tcPr>
            <w:tcW w:type="dxa" w:w="5019"/>
            <w:shd w:val="clear" w:color="auto" w:fill="E8E8E8"/>
          </w:tcPr>
          <w:p>
            <w:pPr>
              <w:spacing w:after="0"/>
              <w:jc w:val="left"/>
            </w:pPr>
            <w:r>
              <w:rPr>
                <w:b/>
                <w:sz w:val="16"/>
              </w:rPr>
              <w:t>Plan</w:t>
            </w:r>
          </w:p>
        </w:tc>
        <w:tc>
          <w:tcPr>
            <w:tcW w:type="dxa" w:w="1199"/>
            <w:shd w:val="clear" w:color="auto" w:fill="E8E8E8"/>
          </w:tcPr>
          <w:p>
            <w:pPr>
              <w:spacing w:after="0"/>
              <w:jc w:val="left"/>
            </w:pPr>
            <w:r>
              <w:rPr>
                <w:b/>
                <w:sz w:val="16"/>
              </w:rPr>
              <w:t>Approved</w:t>
            </w:r>
          </w:p>
        </w:tc>
        <w:tc>
          <w:tcPr>
            <w:tcW w:type="dxa" w:w="1199"/>
            <w:shd w:val="clear" w:color="auto" w:fill="E8E8E8"/>
          </w:tcPr>
          <w:p>
            <w:pPr>
              <w:spacing w:after="0"/>
              <w:jc w:val="left"/>
            </w:pPr>
            <w:r>
              <w:rPr>
                <w:b/>
                <w:sz w:val="16"/>
              </w:rPr>
              <w:t>Expires</w:t>
            </w:r>
          </w:p>
        </w:tc>
        <w:tc>
          <w:tcPr>
            <w:tcW w:type="dxa" w:w="1034"/>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715"/>
          </w:tcPr>
          <w:p>
            <w:pPr>
              <w:spacing w:after="0"/>
              <w:jc w:val="left"/>
            </w:pPr>
            <w:r>
              <w:rPr>
                <w:sz w:val="16"/>
              </w:rPr>
              <w:t>Clinton County (unincorporated area)</w:t>
            </w:r>
          </w:p>
        </w:tc>
        <w:tc>
          <w:tcPr>
            <w:tcW w:type="dxa" w:w="1612"/>
          </w:tcPr>
          <w:p>
            <w:pPr>
              <w:spacing w:after="0"/>
              <w:jc w:val="left"/>
            </w:pPr>
            <w:r>
              <w:rPr>
                <w:sz w:val="16"/>
              </w:rPr>
              <w:t>Unincorporated</w:t>
            </w:r>
          </w:p>
        </w:tc>
        <w:tc>
          <w:tcPr>
            <w:tcW w:type="dxa" w:w="2335"/>
          </w:tcPr>
          <w:p>
            <w:pPr>
              <w:spacing w:after="0"/>
              <w:jc w:val="left"/>
            </w:pPr>
            <w:r>
              <w:rPr>
                <w:sz w:val="16"/>
              </w:rPr>
              <w:t>Expired on 2023-04-09</w:t>
            </w:r>
          </w:p>
        </w:tc>
        <w:tc>
          <w:tcPr>
            <w:tcW w:type="dxa" w:w="5019"/>
          </w:tcPr>
          <w:p>
            <w:pPr>
              <w:spacing w:after="0"/>
              <w:jc w:val="left"/>
            </w:pPr>
            <w:r>
              <w:rPr>
                <w:sz w:val="16"/>
              </w:rPr>
              <w:t>Lake Cumberland ADD Regional (FEMA plan 104734)</w:t>
            </w:r>
          </w:p>
        </w:tc>
        <w:tc>
          <w:tcPr>
            <w:tcW w:type="dxa" w:w="1199"/>
          </w:tcPr>
          <w:p>
            <w:pPr>
              <w:spacing w:after="0"/>
              <w:jc w:val="left"/>
            </w:pPr>
            <w:r>
              <w:rPr>
                <w:sz w:val="16"/>
              </w:rPr>
              <w:t>2018-04-10</w:t>
            </w:r>
          </w:p>
        </w:tc>
        <w:tc>
          <w:tcPr>
            <w:tcW w:type="dxa" w:w="1199"/>
          </w:tcPr>
          <w:p>
            <w:pPr>
              <w:spacing w:after="0"/>
              <w:jc w:val="left"/>
            </w:pPr>
            <w:r>
              <w:rPr>
                <w:sz w:val="16"/>
              </w:rPr>
              <w:t>2023-04-09</w:t>
            </w:r>
          </w:p>
        </w:tc>
        <w:tc>
          <w:tcPr>
            <w:tcW w:type="dxa" w:w="1034"/>
          </w:tcPr>
          <w:p>
            <w:pPr>
              <w:spacing w:after="0"/>
              <w:jc w:val="right"/>
            </w:pPr>
            <w:r>
              <w:rPr>
                <w:sz w:val="16"/>
              </w:rPr>
              <w:t>-1,270</w:t>
            </w:r>
          </w:p>
        </w:tc>
      </w:tr>
      <w:tr>
        <w:trPr>
          <w:cantSplit/>
        </w:trPr>
        <w:tc>
          <w:tcPr>
            <w:tcW w:type="dxa" w:w="1715"/>
          </w:tcPr>
          <w:p>
            <w:pPr>
              <w:spacing w:after="0"/>
              <w:jc w:val="left"/>
            </w:pPr>
            <w:r>
              <w:rPr>
                <w:sz w:val="16"/>
              </w:rPr>
              <w:t>Albany city</w:t>
            </w:r>
          </w:p>
        </w:tc>
        <w:tc>
          <w:tcPr>
            <w:tcW w:type="dxa" w:w="1612"/>
          </w:tcPr>
          <w:p>
            <w:pPr>
              <w:spacing w:after="0"/>
              <w:jc w:val="left"/>
            </w:pPr>
            <w:r>
              <w:rPr>
                <w:sz w:val="16"/>
              </w:rPr>
              <w:t>City</w:t>
            </w:r>
          </w:p>
        </w:tc>
        <w:tc>
          <w:tcPr>
            <w:tcW w:type="dxa" w:w="2335"/>
          </w:tcPr>
          <w:p>
            <w:pPr>
              <w:spacing w:after="0"/>
              <w:jc w:val="left"/>
            </w:pPr>
            <w:r>
              <w:rPr>
                <w:sz w:val="16"/>
              </w:rPr>
              <w:t>Expired on 2023-04-09</w:t>
            </w:r>
          </w:p>
        </w:tc>
        <w:tc>
          <w:tcPr>
            <w:tcW w:type="dxa" w:w="5019"/>
          </w:tcPr>
          <w:p>
            <w:pPr>
              <w:spacing w:after="0"/>
              <w:jc w:val="left"/>
            </w:pPr>
            <w:r>
              <w:rPr>
                <w:sz w:val="16"/>
              </w:rPr>
              <w:t>Lake Cumberland ADD Regional (FEMA plan 104734)</w:t>
            </w:r>
          </w:p>
        </w:tc>
        <w:tc>
          <w:tcPr>
            <w:tcW w:type="dxa" w:w="1199"/>
          </w:tcPr>
          <w:p>
            <w:pPr>
              <w:spacing w:after="0"/>
              <w:jc w:val="left"/>
            </w:pPr>
            <w:r>
              <w:rPr>
                <w:sz w:val="16"/>
              </w:rPr>
              <w:t>2018-04-10</w:t>
            </w:r>
          </w:p>
        </w:tc>
        <w:tc>
          <w:tcPr>
            <w:tcW w:type="dxa" w:w="1199"/>
          </w:tcPr>
          <w:p>
            <w:pPr>
              <w:spacing w:after="0"/>
              <w:jc w:val="left"/>
            </w:pPr>
            <w:r>
              <w:rPr>
                <w:sz w:val="16"/>
              </w:rPr>
              <w:t>2023-04-09</w:t>
            </w:r>
          </w:p>
        </w:tc>
        <w:tc>
          <w:tcPr>
            <w:tcW w:type="dxa" w:w="1034"/>
          </w:tcPr>
          <w:p>
            <w:pPr>
              <w:spacing w:after="0"/>
              <w:jc w:val="right"/>
            </w:pPr>
            <w:r>
              <w:rPr>
                <w:sz w:val="16"/>
              </w:rPr>
              <w:t>-1,270</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104734 lists 22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4"/>
        <w:gridCol w:w="1037"/>
        <w:gridCol w:w="1354"/>
        <w:gridCol w:w="1354"/>
        <w:gridCol w:w="1037"/>
        <w:gridCol w:w="1126"/>
        <w:gridCol w:w="1935"/>
        <w:gridCol w:w="1195"/>
        <w:gridCol w:w="2145"/>
        <w:gridCol w:w="2206"/>
      </w:tblGrid>
      <w:tr>
        <w:trPr>
          <w:cantSplit/>
          <w:tblHeader/>
        </w:trPr>
        <w:tc>
          <w:tcPr>
            <w:tcW w:type="dxa" w:w="72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54"/>
            <w:shd w:val="clear" w:color="auto" w:fill="E8E8E8"/>
          </w:tcPr>
          <w:p>
            <w:pPr>
              <w:spacing w:after="0"/>
              <w:jc w:val="left"/>
            </w:pPr>
            <w:r>
              <w:rPr>
                <w:b/>
                <w:sz w:val="16"/>
              </w:rPr>
              <w:t>NRI risk rating</w:t>
            </w:r>
          </w:p>
        </w:tc>
        <w:tc>
          <w:tcPr>
            <w:tcW w:type="dxa" w:w="1354"/>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3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4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206"/>
            <w:shd w:val="clear" w:color="auto" w:fill="E8E8E8"/>
          </w:tcPr>
          <w:p>
            <w:pPr>
              <w:spacing w:after="0"/>
              <w:jc w:val="left"/>
            </w:pPr>
            <w:r>
              <w:rPr>
                <w:b/>
                <w:sz w:val="16"/>
              </w:rPr>
              <w:t>Storm Events coverage note</w:t>
            </w:r>
          </w:p>
        </w:tc>
      </w:tr>
      <w:tr>
        <w:trPr>
          <w:cantSplit/>
        </w:trPr>
        <w:tc>
          <w:tcPr>
            <w:tcW w:type="dxa" w:w="724"/>
          </w:tcPr>
          <w:p>
            <w:pPr>
              <w:spacing w:after="0"/>
              <w:jc w:val="right"/>
            </w:pPr>
            <w:r>
              <w:rPr>
                <w:sz w:val="16"/>
              </w:rPr>
              <w:t>1</w:t>
            </w:r>
          </w:p>
        </w:tc>
        <w:tc>
          <w:tcPr>
            <w:tcW w:type="dxa" w:w="1037"/>
          </w:tcPr>
          <w:p>
            <w:pPr>
              <w:spacing w:after="0"/>
              <w:jc w:val="left"/>
            </w:pPr>
            <w:r>
              <w:rPr>
                <w:sz w:val="16"/>
              </w:rPr>
              <w:t>Inland Flooding</w:t>
            </w:r>
          </w:p>
        </w:tc>
        <w:tc>
          <w:tcPr>
            <w:tcW w:type="dxa" w:w="1354"/>
          </w:tcPr>
          <w:p>
            <w:pPr>
              <w:spacing w:after="0"/>
              <w:jc w:val="left"/>
            </w:pPr>
            <w:r>
              <w:rPr>
                <w:sz w:val="16"/>
              </w:rPr>
              <w:t>Relatively Low</w:t>
            </w:r>
          </w:p>
        </w:tc>
        <w:tc>
          <w:tcPr>
            <w:tcW w:type="dxa" w:w="1354"/>
          </w:tcPr>
          <w:p>
            <w:pPr>
              <w:spacing w:after="0"/>
              <w:jc w:val="left"/>
            </w:pPr>
            <w:r>
              <w:rPr>
                <w:sz w:val="16"/>
              </w:rPr>
              <w:t>Very Low</w:t>
            </w:r>
          </w:p>
        </w:tc>
        <w:tc>
          <w:tcPr>
            <w:tcW w:type="dxa" w:w="1037"/>
          </w:tcPr>
          <w:p>
            <w:pPr>
              <w:spacing w:after="0"/>
              <w:jc w:val="right"/>
            </w:pPr>
            <w:r>
              <w:rPr>
                <w:sz w:val="16"/>
              </w:rPr>
              <w:t>$3,408,393</w:t>
            </w:r>
          </w:p>
        </w:tc>
        <w:tc>
          <w:tcPr>
            <w:tcW w:type="dxa" w:w="1126"/>
          </w:tcPr>
          <w:p>
            <w:pPr>
              <w:spacing w:after="0"/>
              <w:jc w:val="right"/>
            </w:pPr>
            <w:r>
              <w:rPr>
                <w:sz w:val="16"/>
              </w:rPr>
              <w:t>$6,803</w:t>
            </w:r>
          </w:p>
        </w:tc>
        <w:tc>
          <w:tcPr>
            <w:tcW w:type="dxa" w:w="1935"/>
          </w:tcPr>
          <w:p>
            <w:pPr>
              <w:spacing w:after="0"/>
              <w:jc w:val="right"/>
            </w:pPr>
            <w:r>
              <w:rPr>
                <w:sz w:val="16"/>
              </w:rPr>
              <w:t>$3,093</w:t>
            </w:r>
          </w:p>
        </w:tc>
        <w:tc>
          <w:tcPr>
            <w:tcW w:type="dxa" w:w="1195"/>
          </w:tcPr>
          <w:p>
            <w:pPr>
              <w:spacing w:after="0"/>
              <w:jc w:val="right"/>
            </w:pPr>
            <w:r>
              <w:rPr>
                <w:sz w:val="16"/>
              </w:rPr>
              <w:t>$3,418,290</w:t>
            </w:r>
          </w:p>
        </w:tc>
        <w:tc>
          <w:tcPr>
            <w:tcW w:type="dxa" w:w="2145"/>
          </w:tcPr>
          <w:p>
            <w:pPr>
              <w:spacing w:after="0"/>
              <w:jc w:val="right"/>
            </w:pPr>
            <w:r>
              <w:rPr>
                <w:sz w:val="16"/>
              </w:rPr>
              <w:t>19</w:t>
            </w:r>
          </w:p>
        </w:tc>
        <w:tc>
          <w:tcPr>
            <w:tcW w:type="dxa" w:w="2206"/>
          </w:tcPr>
          <w:p>
            <w:pPr>
              <w:spacing w:after="0"/>
              <w:jc w:val="left"/>
            </w:pPr>
          </w:p>
        </w:tc>
      </w:tr>
      <w:tr>
        <w:trPr>
          <w:cantSplit/>
        </w:trPr>
        <w:tc>
          <w:tcPr>
            <w:tcW w:type="dxa" w:w="724"/>
          </w:tcPr>
          <w:p>
            <w:pPr>
              <w:spacing w:after="0"/>
              <w:jc w:val="right"/>
            </w:pPr>
            <w:r>
              <w:rPr>
                <w:sz w:val="16"/>
              </w:rPr>
              <w:t>2</w:t>
            </w:r>
          </w:p>
        </w:tc>
        <w:tc>
          <w:tcPr>
            <w:tcW w:type="dxa" w:w="1037"/>
          </w:tcPr>
          <w:p>
            <w:pPr>
              <w:spacing w:after="0"/>
              <w:jc w:val="left"/>
            </w:pPr>
            <w:r>
              <w:rPr>
                <w:sz w:val="16"/>
              </w:rPr>
              <w:t>Tornado</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$327,234</w:t>
            </w:r>
          </w:p>
        </w:tc>
        <w:tc>
          <w:tcPr>
            <w:tcW w:type="dxa" w:w="1126"/>
          </w:tcPr>
          <w:p>
            <w:pPr>
              <w:spacing w:after="0"/>
              <w:jc w:val="right"/>
            </w:pPr>
            <w:r>
              <w:rPr>
                <w:sz w:val="16"/>
              </w:rPr>
              <w:t>$2,887</w:t>
            </w:r>
          </w:p>
        </w:tc>
        <w:tc>
          <w:tcPr>
            <w:tcW w:type="dxa" w:w="1935"/>
          </w:tcPr>
          <w:p>
            <w:pPr>
              <w:spacing w:after="0"/>
              <w:jc w:val="right"/>
            </w:pPr>
            <w:r>
              <w:rPr>
                <w:sz w:val="16"/>
              </w:rPr>
              <w:t>$412,506</w:t>
            </w:r>
          </w:p>
        </w:tc>
        <w:tc>
          <w:tcPr>
            <w:tcW w:type="dxa" w:w="1195"/>
          </w:tcPr>
          <w:p>
            <w:pPr>
              <w:spacing w:after="0"/>
              <w:jc w:val="right"/>
            </w:pPr>
            <w:r>
              <w:rPr>
                <w:sz w:val="16"/>
              </w:rPr>
              <w:t>$742,627</w:t>
            </w:r>
          </w:p>
        </w:tc>
        <w:tc>
          <w:tcPr>
            <w:tcW w:type="dxa" w:w="2145"/>
          </w:tcPr>
          <w:p>
            <w:pPr>
              <w:spacing w:after="0"/>
              <w:jc w:val="right"/>
            </w:pPr>
            <w:r>
              <w:rPr>
                <w:sz w:val="16"/>
              </w:rPr>
              <w:t>15</w:t>
            </w:r>
          </w:p>
        </w:tc>
        <w:tc>
          <w:tcPr>
            <w:tcW w:type="dxa" w:w="2206"/>
          </w:tcPr>
          <w:p>
            <w:pPr>
              <w:spacing w:after="0"/>
              <w:jc w:val="left"/>
            </w:pPr>
          </w:p>
        </w:tc>
      </w:tr>
      <w:tr>
        <w:trPr>
          <w:cantSplit/>
        </w:trPr>
        <w:tc>
          <w:tcPr>
            <w:tcW w:type="dxa" w:w="724"/>
          </w:tcPr>
          <w:p>
            <w:pPr>
              <w:spacing w:after="0"/>
              <w:jc w:val="right"/>
            </w:pPr>
            <w:r>
              <w:rPr>
                <w:sz w:val="16"/>
              </w:rPr>
              <w:t>3</w:t>
            </w:r>
          </w:p>
        </w:tc>
        <w:tc>
          <w:tcPr>
            <w:tcW w:type="dxa" w:w="1037"/>
          </w:tcPr>
          <w:p>
            <w:pPr>
              <w:spacing w:after="0"/>
              <w:jc w:val="left"/>
            </w:pPr>
            <w:r>
              <w:rPr>
                <w:sz w:val="16"/>
              </w:rPr>
              <w:t>Cold Wave</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$1,200</w:t>
            </w:r>
          </w:p>
        </w:tc>
        <w:tc>
          <w:tcPr>
            <w:tcW w:type="dxa" w:w="1126"/>
          </w:tcPr>
          <w:p>
            <w:pPr>
              <w:spacing w:after="0"/>
              <w:jc w:val="right"/>
            </w:pPr>
            <w:r>
              <w:rPr>
                <w:sz w:val="16"/>
              </w:rPr>
              <w:t>$14</w:t>
            </w:r>
          </w:p>
        </w:tc>
        <w:tc>
          <w:tcPr>
            <w:tcW w:type="dxa" w:w="1935"/>
          </w:tcPr>
          <w:p>
            <w:pPr>
              <w:spacing w:after="0"/>
              <w:jc w:val="right"/>
            </w:pPr>
            <w:r>
              <w:rPr>
                <w:sz w:val="16"/>
              </w:rPr>
              <w:t>$687,082</w:t>
            </w:r>
          </w:p>
        </w:tc>
        <w:tc>
          <w:tcPr>
            <w:tcW w:type="dxa" w:w="1195"/>
          </w:tcPr>
          <w:p>
            <w:pPr>
              <w:spacing w:after="0"/>
              <w:jc w:val="right"/>
            </w:pPr>
            <w:r>
              <w:rPr>
                <w:sz w:val="16"/>
              </w:rPr>
              <w:t>$688,296</w:t>
            </w:r>
          </w:p>
        </w:tc>
        <w:tc>
          <w:tcPr>
            <w:tcW w:type="dxa" w:w="2145"/>
          </w:tcPr>
          <w:p>
            <w:pPr>
              <w:spacing w:after="0"/>
              <w:jc w:val="right"/>
            </w:pPr>
            <w:r>
              <w:rPr>
                <w:sz w:val="16"/>
              </w:rPr>
              <w:t>4</w:t>
            </w:r>
          </w:p>
        </w:tc>
        <w:tc>
          <w:tcPr>
            <w:tcW w:type="dxa" w:w="2206"/>
          </w:tcPr>
          <w:p>
            <w:pPr>
              <w:spacing w:after="0"/>
              <w:jc w:val="left"/>
            </w:pPr>
            <w:r>
              <w:rPr>
                <w:sz w:val="16"/>
              </w:rPr>
              <w:t>Includes 4 Frost/Freeze records (outside NRI's Cold Wave definition; counted in this table and in B1-d, not in the B1-e descriptor).</w:t>
            </w:r>
          </w:p>
        </w:tc>
      </w:tr>
      <w:tr>
        <w:trPr>
          <w:cantSplit/>
        </w:trPr>
        <w:tc>
          <w:tcPr>
            <w:tcW w:type="dxa" w:w="724"/>
          </w:tcPr>
          <w:p>
            <w:pPr>
              <w:spacing w:after="0"/>
              <w:jc w:val="right"/>
            </w:pPr>
            <w:r>
              <w:rPr>
                <w:sz w:val="16"/>
              </w:rPr>
              <w:t>4</w:t>
            </w:r>
          </w:p>
        </w:tc>
        <w:tc>
          <w:tcPr>
            <w:tcW w:type="dxa" w:w="1037"/>
          </w:tcPr>
          <w:p>
            <w:pPr>
              <w:spacing w:after="0"/>
              <w:jc w:val="left"/>
            </w:pPr>
            <w:r>
              <w:rPr>
                <w:sz w:val="16"/>
              </w:rPr>
              <w:t>Strong Wind</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$90,328</w:t>
            </w:r>
          </w:p>
        </w:tc>
        <w:tc>
          <w:tcPr>
            <w:tcW w:type="dxa" w:w="1126"/>
          </w:tcPr>
          <w:p>
            <w:pPr>
              <w:spacing w:after="0"/>
              <w:jc w:val="right"/>
            </w:pPr>
            <w:r>
              <w:rPr>
                <w:sz w:val="16"/>
              </w:rPr>
              <w:t>$49,611</w:t>
            </w:r>
          </w:p>
        </w:tc>
        <w:tc>
          <w:tcPr>
            <w:tcW w:type="dxa" w:w="1935"/>
          </w:tcPr>
          <w:p>
            <w:pPr>
              <w:spacing w:after="0"/>
              <w:jc w:val="right"/>
            </w:pPr>
            <w:r>
              <w:rPr>
                <w:sz w:val="16"/>
              </w:rPr>
              <w:t>$138,588</w:t>
            </w:r>
          </w:p>
        </w:tc>
        <w:tc>
          <w:tcPr>
            <w:tcW w:type="dxa" w:w="1195"/>
          </w:tcPr>
          <w:p>
            <w:pPr>
              <w:spacing w:after="0"/>
              <w:jc w:val="right"/>
            </w:pPr>
            <w:r>
              <w:rPr>
                <w:sz w:val="16"/>
              </w:rPr>
              <w:t>$278,528</w:t>
            </w:r>
          </w:p>
        </w:tc>
        <w:tc>
          <w:tcPr>
            <w:tcW w:type="dxa" w:w="2145"/>
          </w:tcPr>
          <w:p>
            <w:pPr>
              <w:spacing w:after="0"/>
              <w:jc w:val="right"/>
            </w:pPr>
            <w:r>
              <w:rPr>
                <w:sz w:val="16"/>
              </w:rPr>
              <w:t>98</w:t>
            </w:r>
          </w:p>
        </w:tc>
        <w:tc>
          <w:tcPr>
            <w:tcW w:type="dxa" w:w="2206"/>
          </w:tcPr>
          <w:p>
            <w:pPr>
              <w:spacing w:after="0"/>
              <w:jc w:val="left"/>
            </w:pPr>
            <w:r>
              <w:rPr>
                <w:sz w:val="16"/>
              </w:rPr>
              <w:t>Includes 1 High Wind record (a NOAA non-thunderstorm wind type, outside NRI's Strong Wind definition).</w:t>
            </w:r>
          </w:p>
        </w:tc>
      </w:tr>
      <w:tr>
        <w:trPr>
          <w:cantSplit/>
        </w:trPr>
        <w:tc>
          <w:tcPr>
            <w:tcW w:type="dxa" w:w="724"/>
          </w:tcPr>
          <w:p>
            <w:pPr>
              <w:spacing w:after="0"/>
              <w:jc w:val="right"/>
            </w:pPr>
            <w:r>
              <w:rPr>
                <w:sz w:val="16"/>
              </w:rPr>
              <w:t>5</w:t>
            </w:r>
          </w:p>
        </w:tc>
        <w:tc>
          <w:tcPr>
            <w:tcW w:type="dxa" w:w="1037"/>
          </w:tcPr>
          <w:p>
            <w:pPr>
              <w:spacing w:after="0"/>
              <w:jc w:val="left"/>
            </w:pPr>
            <w:r>
              <w:rPr>
                <w:sz w:val="16"/>
              </w:rPr>
              <w:t>Hail</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$124,661</w:t>
            </w:r>
          </w:p>
        </w:tc>
        <w:tc>
          <w:tcPr>
            <w:tcW w:type="dxa" w:w="1126"/>
          </w:tcPr>
          <w:p>
            <w:pPr>
              <w:spacing w:after="0"/>
              <w:jc w:val="right"/>
            </w:pPr>
            <w:r>
              <w:rPr>
                <w:sz w:val="16"/>
              </w:rPr>
              <w:t>$32,410</w:t>
            </w:r>
          </w:p>
        </w:tc>
        <w:tc>
          <w:tcPr>
            <w:tcW w:type="dxa" w:w="1935"/>
          </w:tcPr>
          <w:p>
            <w:pPr>
              <w:spacing w:after="0"/>
              <w:jc w:val="right"/>
            </w:pPr>
            <w:r>
              <w:rPr>
                <w:sz w:val="16"/>
              </w:rPr>
              <w:t>$12,553</w:t>
            </w:r>
          </w:p>
        </w:tc>
        <w:tc>
          <w:tcPr>
            <w:tcW w:type="dxa" w:w="1195"/>
          </w:tcPr>
          <w:p>
            <w:pPr>
              <w:spacing w:after="0"/>
              <w:jc w:val="right"/>
            </w:pPr>
            <w:r>
              <w:rPr>
                <w:sz w:val="16"/>
              </w:rPr>
              <w:t>$169,624</w:t>
            </w:r>
          </w:p>
        </w:tc>
        <w:tc>
          <w:tcPr>
            <w:tcW w:type="dxa" w:w="2145"/>
          </w:tcPr>
          <w:p>
            <w:pPr>
              <w:spacing w:after="0"/>
              <w:jc w:val="right"/>
            </w:pPr>
            <w:r>
              <w:rPr>
                <w:sz w:val="16"/>
              </w:rPr>
              <w:t>23</w:t>
            </w:r>
          </w:p>
        </w:tc>
        <w:tc>
          <w:tcPr>
            <w:tcW w:type="dxa" w:w="2206"/>
          </w:tcPr>
          <w:p>
            <w:pPr>
              <w:spacing w:after="0"/>
              <w:jc w:val="left"/>
            </w:pPr>
          </w:p>
        </w:tc>
      </w:tr>
      <w:tr>
        <w:trPr>
          <w:cantSplit/>
        </w:trPr>
        <w:tc>
          <w:tcPr>
            <w:tcW w:type="dxa" w:w="724"/>
          </w:tcPr>
          <w:p>
            <w:pPr>
              <w:spacing w:after="0"/>
              <w:jc w:val="right"/>
            </w:pPr>
            <w:r>
              <w:rPr>
                <w:sz w:val="16"/>
              </w:rPr>
              <w:t>6</w:t>
            </w:r>
          </w:p>
        </w:tc>
        <w:tc>
          <w:tcPr>
            <w:tcW w:type="dxa" w:w="1037"/>
          </w:tcPr>
          <w:p>
            <w:pPr>
              <w:spacing w:after="0"/>
              <w:jc w:val="left"/>
            </w:pPr>
            <w:r>
              <w:rPr>
                <w:sz w:val="16"/>
              </w:rPr>
              <w:t>Lightning</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$5,497</w:t>
            </w:r>
          </w:p>
        </w:tc>
        <w:tc>
          <w:tcPr>
            <w:tcW w:type="dxa" w:w="1126"/>
          </w:tcPr>
          <w:p>
            <w:pPr>
              <w:spacing w:after="0"/>
              <w:jc w:val="right"/>
            </w:pPr>
            <w:r>
              <w:rPr>
                <w:sz w:val="16"/>
              </w:rPr>
              <w:t>n/a</w:t>
            </w:r>
          </w:p>
        </w:tc>
        <w:tc>
          <w:tcPr>
            <w:tcW w:type="dxa" w:w="1935"/>
          </w:tcPr>
          <w:p>
            <w:pPr>
              <w:spacing w:after="0"/>
              <w:jc w:val="right"/>
            </w:pPr>
            <w:r>
              <w:rPr>
                <w:sz w:val="16"/>
              </w:rPr>
              <w:t>$102,022</w:t>
            </w:r>
          </w:p>
        </w:tc>
        <w:tc>
          <w:tcPr>
            <w:tcW w:type="dxa" w:w="1195"/>
          </w:tcPr>
          <w:p>
            <w:pPr>
              <w:spacing w:after="0"/>
              <w:jc w:val="right"/>
            </w:pPr>
            <w:r>
              <w:rPr>
                <w:sz w:val="16"/>
              </w:rPr>
              <w:t>$107,519</w:t>
            </w:r>
          </w:p>
        </w:tc>
        <w:tc>
          <w:tcPr>
            <w:tcW w:type="dxa" w:w="2145"/>
          </w:tcPr>
          <w:p>
            <w:pPr>
              <w:spacing w:after="0"/>
              <w:jc w:val="right"/>
            </w:pPr>
            <w:r>
              <w:rPr>
                <w:sz w:val="16"/>
              </w:rPr>
              <w:t>1</w:t>
            </w:r>
          </w:p>
        </w:tc>
        <w:tc>
          <w:tcPr>
            <w:tcW w:type="dxa" w:w="2206"/>
          </w:tcPr>
          <w:p>
            <w:pPr>
              <w:spacing w:after="0"/>
              <w:jc w:val="left"/>
            </w:pPr>
          </w:p>
        </w:tc>
      </w:tr>
      <w:tr>
        <w:trPr>
          <w:cantSplit/>
        </w:trPr>
        <w:tc>
          <w:tcPr>
            <w:tcW w:type="dxa" w:w="724"/>
          </w:tcPr>
          <w:p>
            <w:pPr>
              <w:spacing w:after="0"/>
              <w:jc w:val="right"/>
            </w:pPr>
            <w:r>
              <w:rPr>
                <w:sz w:val="16"/>
              </w:rPr>
              <w:t>7</w:t>
            </w:r>
          </w:p>
        </w:tc>
        <w:tc>
          <w:tcPr>
            <w:tcW w:type="dxa" w:w="1037"/>
          </w:tcPr>
          <w:p>
            <w:pPr>
              <w:spacing w:after="0"/>
              <w:jc w:val="left"/>
            </w:pPr>
            <w:r>
              <w:rPr>
                <w:sz w:val="16"/>
              </w:rPr>
              <w:t>Earthquake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$70,358</w:t>
            </w:r>
          </w:p>
        </w:tc>
        <w:tc>
          <w:tcPr>
            <w:tcW w:type="dxa" w:w="1126"/>
          </w:tcPr>
          <w:p>
            <w:pPr>
              <w:spacing w:after="0"/>
              <w:jc w:val="right"/>
            </w:pPr>
            <w:r>
              <w:rPr>
                <w:sz w:val="16"/>
              </w:rPr>
              <w:t>n/a</w:t>
            </w:r>
          </w:p>
        </w:tc>
        <w:tc>
          <w:tcPr>
            <w:tcW w:type="dxa" w:w="1935"/>
          </w:tcPr>
          <w:p>
            <w:pPr>
              <w:spacing w:after="0"/>
              <w:jc w:val="right"/>
            </w:pPr>
            <w:r>
              <w:rPr>
                <w:sz w:val="16"/>
              </w:rPr>
              <w:t>$10,778</w:t>
            </w:r>
          </w:p>
        </w:tc>
        <w:tc>
          <w:tcPr>
            <w:tcW w:type="dxa" w:w="1195"/>
          </w:tcPr>
          <w:p>
            <w:pPr>
              <w:spacing w:after="0"/>
              <w:jc w:val="right"/>
            </w:pPr>
            <w:r>
              <w:rPr>
                <w:sz w:val="16"/>
              </w:rPr>
              <w:t>$81,135</w:t>
            </w:r>
          </w:p>
        </w:tc>
        <w:tc>
          <w:tcPr>
            <w:tcW w:type="dxa" w:w="2145"/>
          </w:tcPr>
          <w:p>
            <w:pPr>
              <w:spacing w:after="0"/>
              <w:jc w:val="right"/>
            </w:pPr>
          </w:p>
        </w:tc>
        <w:tc>
          <w:tcPr>
            <w:tcW w:type="dxa" w:w="2206"/>
          </w:tcPr>
          <w:p>
            <w:pPr>
              <w:spacing w:after="0"/>
              <w:jc w:val="left"/>
            </w:pPr>
            <w:r>
              <w:rPr>
                <w:sz w:val="16"/>
              </w:rPr>
              <w:t>Storm Events does not record earthquakes.</w:t>
            </w:r>
          </w:p>
        </w:tc>
      </w:tr>
      <w:tr>
        <w:trPr>
          <w:cantSplit/>
        </w:trPr>
        <w:tc>
          <w:tcPr>
            <w:tcW w:type="dxa" w:w="724"/>
          </w:tcPr>
          <w:p>
            <w:pPr>
              <w:spacing w:after="0"/>
              <w:jc w:val="right"/>
            </w:pPr>
            <w:r>
              <w:rPr>
                <w:sz w:val="16"/>
              </w:rPr>
              <w:t>8</w:t>
            </w:r>
          </w:p>
        </w:tc>
        <w:tc>
          <w:tcPr>
            <w:tcW w:type="dxa" w:w="1037"/>
          </w:tcPr>
          <w:p>
            <w:pPr>
              <w:spacing w:after="0"/>
              <w:jc w:val="left"/>
            </w:pPr>
            <w:r>
              <w:rPr>
                <w:sz w:val="16"/>
              </w:rPr>
              <w:t>Heat Wave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$5</w:t>
            </w:r>
          </w:p>
        </w:tc>
        <w:tc>
          <w:tcPr>
            <w:tcW w:type="dxa" w:w="1126"/>
          </w:tcPr>
          <w:p>
            <w:pPr>
              <w:spacing w:after="0"/>
              <w:jc w:val="right"/>
            </w:pPr>
            <w:r>
              <w:rPr>
                <w:sz w:val="16"/>
              </w:rPr>
              <w:t>$40</w:t>
            </w:r>
          </w:p>
        </w:tc>
        <w:tc>
          <w:tcPr>
            <w:tcW w:type="dxa" w:w="1935"/>
          </w:tcPr>
          <w:p>
            <w:pPr>
              <w:spacing w:after="0"/>
              <w:jc w:val="right"/>
            </w:pPr>
            <w:r>
              <w:rPr>
                <w:sz w:val="16"/>
              </w:rPr>
              <w:t>$59,589</w:t>
            </w:r>
          </w:p>
        </w:tc>
        <w:tc>
          <w:tcPr>
            <w:tcW w:type="dxa" w:w="1195"/>
          </w:tcPr>
          <w:p>
            <w:pPr>
              <w:spacing w:after="0"/>
              <w:jc w:val="right"/>
            </w:pPr>
            <w:r>
              <w:rPr>
                <w:sz w:val="16"/>
              </w:rPr>
              <w:t>$59,634</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9</w:t>
            </w:r>
          </w:p>
        </w:tc>
        <w:tc>
          <w:tcPr>
            <w:tcW w:type="dxa" w:w="1037"/>
          </w:tcPr>
          <w:p>
            <w:pPr>
              <w:spacing w:after="0"/>
              <w:jc w:val="left"/>
            </w:pPr>
            <w:r>
              <w:rPr>
                <w:sz w:val="16"/>
              </w:rPr>
              <w:t>Winter Weather</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$25,779</w:t>
            </w:r>
          </w:p>
        </w:tc>
        <w:tc>
          <w:tcPr>
            <w:tcW w:type="dxa" w:w="1126"/>
          </w:tcPr>
          <w:p>
            <w:pPr>
              <w:spacing w:after="0"/>
              <w:jc w:val="right"/>
            </w:pPr>
            <w:r>
              <w:rPr>
                <w:sz w:val="16"/>
              </w:rPr>
              <w:t>$2</w:t>
            </w:r>
          </w:p>
        </w:tc>
        <w:tc>
          <w:tcPr>
            <w:tcW w:type="dxa" w:w="1935"/>
          </w:tcPr>
          <w:p>
            <w:pPr>
              <w:spacing w:after="0"/>
              <w:jc w:val="right"/>
            </w:pPr>
            <w:r>
              <w:rPr>
                <w:sz w:val="16"/>
              </w:rPr>
              <w:t>$20,986</w:t>
            </w:r>
          </w:p>
        </w:tc>
        <w:tc>
          <w:tcPr>
            <w:tcW w:type="dxa" w:w="1195"/>
          </w:tcPr>
          <w:p>
            <w:pPr>
              <w:spacing w:after="0"/>
              <w:jc w:val="right"/>
            </w:pPr>
            <w:r>
              <w:rPr>
                <w:sz w:val="16"/>
              </w:rPr>
              <w:t>$46,767</w:t>
            </w:r>
          </w:p>
        </w:tc>
        <w:tc>
          <w:tcPr>
            <w:tcW w:type="dxa" w:w="2145"/>
          </w:tcPr>
          <w:p>
            <w:pPr>
              <w:spacing w:after="0"/>
              <w:jc w:val="right"/>
            </w:pPr>
            <w:r>
              <w:rPr>
                <w:sz w:val="16"/>
              </w:rPr>
              <w:t>19</w:t>
            </w:r>
          </w:p>
        </w:tc>
        <w:tc>
          <w:tcPr>
            <w:tcW w:type="dxa" w:w="2206"/>
          </w:tcPr>
          <w:p>
            <w:pPr>
              <w:spacing w:after="0"/>
              <w:jc w:val="left"/>
            </w:pPr>
          </w:p>
        </w:tc>
      </w:tr>
      <w:tr>
        <w:trPr>
          <w:cantSplit/>
        </w:trPr>
        <w:tc>
          <w:tcPr>
            <w:tcW w:type="dxa" w:w="724"/>
          </w:tcPr>
          <w:p>
            <w:pPr>
              <w:spacing w:after="0"/>
              <w:jc w:val="right"/>
            </w:pPr>
            <w:r>
              <w:rPr>
                <w:sz w:val="16"/>
              </w:rPr>
              <w:t>10</w:t>
            </w:r>
          </w:p>
        </w:tc>
        <w:tc>
          <w:tcPr>
            <w:tcW w:type="dxa" w:w="1037"/>
          </w:tcPr>
          <w:p>
            <w:pPr>
              <w:spacing w:after="0"/>
              <w:jc w:val="left"/>
            </w:pPr>
            <w:r>
              <w:rPr>
                <w:sz w:val="16"/>
              </w:rPr>
              <w:t>Hurricane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$21,289</w:t>
            </w:r>
          </w:p>
        </w:tc>
        <w:tc>
          <w:tcPr>
            <w:tcW w:type="dxa" w:w="1126"/>
          </w:tcPr>
          <w:p>
            <w:pPr>
              <w:spacing w:after="0"/>
              <w:jc w:val="right"/>
            </w:pPr>
            <w:r>
              <w:rPr>
                <w:sz w:val="16"/>
              </w:rPr>
              <w:t>$10,963</w:t>
            </w:r>
          </w:p>
        </w:tc>
        <w:tc>
          <w:tcPr>
            <w:tcW w:type="dxa" w:w="1935"/>
          </w:tcPr>
          <w:p>
            <w:pPr>
              <w:spacing w:after="0"/>
              <w:jc w:val="right"/>
            </w:pPr>
            <w:r>
              <w:rPr>
                <w:sz w:val="16"/>
              </w:rPr>
              <w:t>$224</w:t>
            </w:r>
          </w:p>
        </w:tc>
        <w:tc>
          <w:tcPr>
            <w:tcW w:type="dxa" w:w="1195"/>
          </w:tcPr>
          <w:p>
            <w:pPr>
              <w:spacing w:after="0"/>
              <w:jc w:val="right"/>
            </w:pPr>
            <w:r>
              <w:rPr>
                <w:sz w:val="16"/>
              </w:rPr>
              <w:t>$32,476</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11</w:t>
            </w:r>
          </w:p>
        </w:tc>
        <w:tc>
          <w:tcPr>
            <w:tcW w:type="dxa" w:w="1037"/>
          </w:tcPr>
          <w:p>
            <w:pPr>
              <w:spacing w:after="0"/>
              <w:jc w:val="left"/>
            </w:pPr>
            <w:r>
              <w:rPr>
                <w:sz w:val="16"/>
              </w:rPr>
              <w:t>Ice Storm</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$25,031</w:t>
            </w:r>
          </w:p>
        </w:tc>
        <w:tc>
          <w:tcPr>
            <w:tcW w:type="dxa" w:w="1126"/>
          </w:tcPr>
          <w:p>
            <w:pPr>
              <w:spacing w:after="0"/>
              <w:jc w:val="right"/>
            </w:pPr>
            <w:r>
              <w:rPr>
                <w:sz w:val="16"/>
              </w:rPr>
              <w:t>n/a</w:t>
            </w:r>
          </w:p>
        </w:tc>
        <w:tc>
          <w:tcPr>
            <w:tcW w:type="dxa" w:w="1935"/>
          </w:tcPr>
          <w:p>
            <w:pPr>
              <w:spacing w:after="0"/>
              <w:jc w:val="right"/>
            </w:pPr>
            <w:r>
              <w:rPr>
                <w:sz w:val="16"/>
              </w:rPr>
              <w:t>$5,936</w:t>
            </w:r>
          </w:p>
        </w:tc>
        <w:tc>
          <w:tcPr>
            <w:tcW w:type="dxa" w:w="1195"/>
          </w:tcPr>
          <w:p>
            <w:pPr>
              <w:spacing w:after="0"/>
              <w:jc w:val="right"/>
            </w:pPr>
            <w:r>
              <w:rPr>
                <w:sz w:val="16"/>
              </w:rPr>
              <w:t>$30,967</w:t>
            </w:r>
          </w:p>
        </w:tc>
        <w:tc>
          <w:tcPr>
            <w:tcW w:type="dxa" w:w="2145"/>
          </w:tcPr>
          <w:p>
            <w:pPr>
              <w:spacing w:after="0"/>
              <w:jc w:val="right"/>
            </w:pPr>
            <w:r>
              <w:rPr>
                <w:sz w:val="16"/>
              </w:rPr>
              <w:t>2</w:t>
            </w:r>
          </w:p>
        </w:tc>
        <w:tc>
          <w:tcPr>
            <w:tcW w:type="dxa" w:w="2206"/>
          </w:tcPr>
          <w:p>
            <w:pPr>
              <w:spacing w:after="0"/>
              <w:jc w:val="left"/>
            </w:pPr>
          </w:p>
        </w:tc>
      </w:tr>
      <w:tr>
        <w:trPr>
          <w:cantSplit/>
        </w:trPr>
        <w:tc>
          <w:tcPr>
            <w:tcW w:type="dxa" w:w="724"/>
          </w:tcPr>
          <w:p>
            <w:pPr>
              <w:spacing w:after="0"/>
              <w:jc w:val="right"/>
            </w:pPr>
            <w:r>
              <w:rPr>
                <w:sz w:val="16"/>
              </w:rPr>
              <w:t>12</w:t>
            </w:r>
          </w:p>
        </w:tc>
        <w:tc>
          <w:tcPr>
            <w:tcW w:type="dxa" w:w="1037"/>
          </w:tcPr>
          <w:p>
            <w:pPr>
              <w:spacing w:after="0"/>
              <w:jc w:val="left"/>
            </w:pPr>
            <w:r>
              <w:rPr>
                <w:sz w:val="16"/>
              </w:rPr>
              <w:t>Wildfire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$9,606</w:t>
            </w:r>
          </w:p>
        </w:tc>
        <w:tc>
          <w:tcPr>
            <w:tcW w:type="dxa" w:w="1126"/>
          </w:tcPr>
          <w:p>
            <w:pPr>
              <w:spacing w:after="0"/>
              <w:jc w:val="right"/>
            </w:pPr>
            <w:r>
              <w:rPr>
                <w:sz w:val="16"/>
              </w:rPr>
              <w:t>$80</w:t>
            </w:r>
          </w:p>
        </w:tc>
        <w:tc>
          <w:tcPr>
            <w:tcW w:type="dxa" w:w="1935"/>
          </w:tcPr>
          <w:p>
            <w:pPr>
              <w:spacing w:after="0"/>
              <w:jc w:val="right"/>
            </w:pPr>
            <w:r>
              <w:rPr>
                <w:sz w:val="16"/>
              </w:rPr>
              <w:t>$2,446</w:t>
            </w:r>
          </w:p>
        </w:tc>
        <w:tc>
          <w:tcPr>
            <w:tcW w:type="dxa" w:w="1195"/>
          </w:tcPr>
          <w:p>
            <w:pPr>
              <w:spacing w:after="0"/>
              <w:jc w:val="right"/>
            </w:pPr>
            <w:r>
              <w:rPr>
                <w:sz w:val="16"/>
              </w:rPr>
              <w:t>$12,131</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13</w:t>
            </w:r>
          </w:p>
        </w:tc>
        <w:tc>
          <w:tcPr>
            <w:tcW w:type="dxa" w:w="1037"/>
          </w:tcPr>
          <w:p>
            <w:pPr>
              <w:spacing w:after="0"/>
              <w:jc w:val="left"/>
            </w:pPr>
            <w:r>
              <w:rPr>
                <w:sz w:val="16"/>
              </w:rPr>
              <w:t>Drought</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n/a</w:t>
            </w:r>
          </w:p>
        </w:tc>
        <w:tc>
          <w:tcPr>
            <w:tcW w:type="dxa" w:w="1126"/>
          </w:tcPr>
          <w:p>
            <w:pPr>
              <w:spacing w:after="0"/>
              <w:jc w:val="right"/>
            </w:pPr>
            <w:r>
              <w:rPr>
                <w:sz w:val="16"/>
              </w:rPr>
              <w:t>$6,055</w:t>
            </w:r>
          </w:p>
        </w:tc>
        <w:tc>
          <w:tcPr>
            <w:tcW w:type="dxa" w:w="1935"/>
          </w:tcPr>
          <w:p>
            <w:pPr>
              <w:spacing w:after="0"/>
              <w:jc w:val="right"/>
            </w:pPr>
            <w:r>
              <w:rPr>
                <w:sz w:val="16"/>
              </w:rPr>
              <w:t>n/a</w:t>
            </w:r>
          </w:p>
        </w:tc>
        <w:tc>
          <w:tcPr>
            <w:tcW w:type="dxa" w:w="1195"/>
          </w:tcPr>
          <w:p>
            <w:pPr>
              <w:spacing w:after="0"/>
              <w:jc w:val="right"/>
            </w:pPr>
            <w:r>
              <w:rPr>
                <w:sz w:val="16"/>
              </w:rPr>
              <w:t>$6,055</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14</w:t>
            </w:r>
          </w:p>
        </w:tc>
        <w:tc>
          <w:tcPr>
            <w:tcW w:type="dxa" w:w="1037"/>
          </w:tcPr>
          <w:p>
            <w:pPr>
              <w:spacing w:after="0"/>
              <w:jc w:val="left"/>
            </w:pPr>
            <w:r>
              <w:rPr>
                <w:sz w:val="16"/>
              </w:rPr>
              <w:t>Landslide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$43</w:t>
            </w:r>
          </w:p>
        </w:tc>
        <w:tc>
          <w:tcPr>
            <w:tcW w:type="dxa" w:w="1126"/>
          </w:tcPr>
          <w:p>
            <w:pPr>
              <w:spacing w:after="0"/>
              <w:jc w:val="right"/>
            </w:pPr>
            <w:r>
              <w:rPr>
                <w:sz w:val="16"/>
              </w:rPr>
              <w:t>n/a</w:t>
            </w:r>
          </w:p>
        </w:tc>
        <w:tc>
          <w:tcPr>
            <w:tcW w:type="dxa" w:w="1935"/>
          </w:tcPr>
          <w:p>
            <w:pPr>
              <w:spacing w:after="0"/>
              <w:jc w:val="right"/>
            </w:pPr>
            <w:r>
              <w:rPr>
                <w:sz w:val="16"/>
              </w:rPr>
              <w:t>$385</w:t>
            </w:r>
          </w:p>
        </w:tc>
        <w:tc>
          <w:tcPr>
            <w:tcW w:type="dxa" w:w="1195"/>
          </w:tcPr>
          <w:p>
            <w:pPr>
              <w:spacing w:after="0"/>
              <w:jc w:val="right"/>
            </w:pPr>
            <w:r>
              <w:rPr>
                <w:sz w:val="16"/>
              </w:rPr>
              <w:t>$428</w:t>
            </w:r>
          </w:p>
        </w:tc>
        <w:tc>
          <w:tcPr>
            <w:tcW w:type="dxa" w:w="2145"/>
          </w:tcPr>
          <w:p>
            <w:pPr>
              <w:spacing w:after="0"/>
              <w:jc w:val="right"/>
            </w:pPr>
            <w:r>
              <w:rPr>
                <w:sz w:val="16"/>
              </w:rPr>
              <w:t>0</w:t>
            </w:r>
          </w:p>
        </w:tc>
        <w:tc>
          <w:tcPr>
            <w:tcW w:type="dxa" w:w="2206"/>
          </w:tcPr>
          <w:p>
            <w:pPr>
              <w:spacing w:after="0"/>
              <w:jc w:val="left"/>
            </w:pPr>
            <w:r>
              <w:rPr>
                <w:sz w:val="16"/>
              </w:rPr>
              <w:t>Declared 6 times; no Storm Events record of this type.</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07"/>
        <w:gridCol w:w="10805"/>
      </w:tblGrid>
      <w:tr>
        <w:trPr>
          <w:cantSplit/>
          <w:tblHeader/>
        </w:trPr>
        <w:tc>
          <w:tcPr>
            <w:tcW w:type="dxa" w:w="3307"/>
            <w:shd w:val="clear" w:color="auto" w:fill="E8E8E8"/>
          </w:tcPr>
          <w:p>
            <w:pPr>
              <w:spacing w:after="0"/>
              <w:jc w:val="left"/>
            </w:pPr>
            <w:r>
              <w:rPr>
                <w:b/>
                <w:sz w:val="16"/>
              </w:rPr>
              <w:t>Hazard</w:t>
            </w:r>
          </w:p>
        </w:tc>
        <w:tc>
          <w:tcPr>
            <w:tcW w:type="dxa" w:w="10805"/>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07"/>
          </w:tcPr>
          <w:p>
            <w:pPr>
              <w:spacing w:after="0"/>
              <w:jc w:val="left"/>
            </w:pPr>
            <w:r>
              <w:rPr>
                <w:sz w:val="16"/>
              </w:rPr>
              <w:t>Earthquake</w:t>
            </w:r>
          </w:p>
        </w:tc>
        <w:tc>
          <w:tcPr>
            <w:tcW w:type="dxa" w:w="10805"/>
          </w:tcPr>
          <w:p>
            <w:pPr>
              <w:spacing w:after="0"/>
              <w:jc w:val="left"/>
            </w:pPr>
            <w:r>
              <w:rPr>
                <w:sz w:val="16"/>
              </w:rPr>
              <w:t>tract 9702.02 (Relatively Low, 59.4); tract 9702.04 (Relatively Low, 50.8); tract 9701 (Very Low, 39.5)</w:t>
            </w:r>
          </w:p>
        </w:tc>
      </w:tr>
      <w:tr>
        <w:trPr>
          <w:cantSplit/>
        </w:trPr>
        <w:tc>
          <w:tcPr>
            <w:tcW w:type="dxa" w:w="3307"/>
          </w:tcPr>
          <w:p>
            <w:pPr>
              <w:spacing w:after="0"/>
              <w:jc w:val="left"/>
            </w:pPr>
            <w:r>
              <w:rPr>
                <w:sz w:val="16"/>
              </w:rPr>
              <w:t>Hurricane</w:t>
            </w:r>
          </w:p>
        </w:tc>
        <w:tc>
          <w:tcPr>
            <w:tcW w:type="dxa" w:w="10805"/>
          </w:tcPr>
          <w:p>
            <w:pPr>
              <w:spacing w:after="0"/>
              <w:jc w:val="left"/>
            </w:pPr>
            <w:r>
              <w:rPr>
                <w:sz w:val="16"/>
              </w:rPr>
              <w:t>tract 9702.02 (Relatively Low, 56.0); tract 9701 (Relatively Low, 52.9); tract 9702.04 (Very Low, 50.9)</w:t>
            </w:r>
          </w:p>
        </w:tc>
      </w:tr>
      <w:tr>
        <w:trPr>
          <w:cantSplit/>
        </w:trPr>
        <w:tc>
          <w:tcPr>
            <w:tcW w:type="dxa" w:w="3307"/>
          </w:tcPr>
          <w:p>
            <w:pPr>
              <w:spacing w:after="0"/>
              <w:jc w:val="left"/>
            </w:pPr>
            <w:r>
              <w:rPr>
                <w:sz w:val="16"/>
              </w:rPr>
              <w:t>Landslide</w:t>
            </w:r>
          </w:p>
        </w:tc>
        <w:tc>
          <w:tcPr>
            <w:tcW w:type="dxa" w:w="10805"/>
          </w:tcPr>
          <w:p>
            <w:pPr>
              <w:spacing w:after="0"/>
              <w:jc w:val="left"/>
            </w:pPr>
            <w:r>
              <w:rPr>
                <w:sz w:val="16"/>
              </w:rPr>
              <w:t>tract 9701 (Relatively Low, 86.9); tract 9702.02 (Relatively Low, 84.7); tract 9702.03 (Relatively Low, 81.1)</w:t>
            </w:r>
          </w:p>
        </w:tc>
      </w:tr>
      <w:tr>
        <w:trPr>
          <w:cantSplit/>
        </w:trPr>
        <w:tc>
          <w:tcPr>
            <w:tcW w:type="dxa" w:w="3307"/>
          </w:tcPr>
          <w:p>
            <w:pPr>
              <w:spacing w:after="0"/>
              <w:jc w:val="left"/>
            </w:pPr>
            <w:r>
              <w:rPr>
                <w:sz w:val="16"/>
              </w:rPr>
              <w:t>Tornado</w:t>
            </w:r>
          </w:p>
        </w:tc>
        <w:tc>
          <w:tcPr>
            <w:tcW w:type="dxa" w:w="10805"/>
          </w:tcPr>
          <w:p>
            <w:pPr>
              <w:spacing w:after="0"/>
              <w:jc w:val="left"/>
            </w:pPr>
            <w:r>
              <w:rPr>
                <w:sz w:val="16"/>
              </w:rPr>
              <w:t>tract 9702.02 (Relatively High, 91.3); tract 9701 (Relatively High, 81.2); tract 9702.04 (Relatively Moderate, 73.3)</w:t>
            </w:r>
          </w:p>
        </w:tc>
      </w:tr>
      <w:tr>
        <w:trPr>
          <w:cantSplit/>
        </w:trPr>
        <w:tc>
          <w:tcPr>
            <w:tcW w:type="dxa" w:w="3307"/>
          </w:tcPr>
          <w:p>
            <w:pPr>
              <w:spacing w:after="0"/>
              <w:jc w:val="left"/>
            </w:pPr>
            <w:r>
              <w:rPr>
                <w:sz w:val="16"/>
              </w:rPr>
              <w:t>Wildfire</w:t>
            </w:r>
          </w:p>
        </w:tc>
        <w:tc>
          <w:tcPr>
            <w:tcW w:type="dxa" w:w="10805"/>
          </w:tcPr>
          <w:p>
            <w:pPr>
              <w:spacing w:after="0"/>
              <w:jc w:val="left"/>
            </w:pPr>
            <w:r>
              <w:rPr>
                <w:sz w:val="16"/>
              </w:rPr>
              <w:t>tract 9702.02 (Relatively Low, 81.4); tract 9702.04 (Relatively Low, 78.0); tract 9701 (Relatively Low, 77.9)</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9702.02 is Census Tract 9702.02).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87"/>
        <w:gridCol w:w="1973"/>
        <w:gridCol w:w="1622"/>
        <w:gridCol w:w="1429"/>
        <w:gridCol w:w="1463"/>
        <w:gridCol w:w="1685"/>
        <w:gridCol w:w="2297"/>
        <w:gridCol w:w="1656"/>
      </w:tblGrid>
      <w:tr>
        <w:trPr>
          <w:cantSplit/>
          <w:tblHeader/>
        </w:trPr>
        <w:tc>
          <w:tcPr>
            <w:tcW w:type="dxa" w:w="1987"/>
            <w:shd w:val="clear" w:color="auto" w:fill="E8E8E8"/>
          </w:tcPr>
          <w:p>
            <w:pPr>
              <w:spacing w:after="0"/>
              <w:jc w:val="left"/>
            </w:pPr>
            <w:r>
              <w:rPr>
                <w:b/>
                <w:sz w:val="16"/>
              </w:rPr>
              <w:t>Hazard</w:t>
            </w:r>
          </w:p>
        </w:tc>
        <w:tc>
          <w:tcPr>
            <w:tcW w:type="dxa" w:w="1973"/>
            <w:shd w:val="clear" w:color="auto" w:fill="E8E8E8"/>
          </w:tcPr>
          <w:p>
            <w:pPr>
              <w:spacing w:after="0"/>
              <w:jc w:val="left"/>
            </w:pPr>
            <w:r>
              <w:rPr>
                <w:b/>
                <w:sz w:val="16"/>
              </w:rPr>
              <w:t>Scale</w:t>
            </w:r>
          </w:p>
        </w:tc>
        <w:tc>
          <w:tcPr>
            <w:tcW w:type="dxa" w:w="1622"/>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429"/>
            <w:shd w:val="clear" w:color="auto" w:fill="E8E8E8"/>
          </w:tcPr>
          <w:p>
            <w:pPr>
              <w:spacing w:after="0"/>
              <w:jc w:val="left"/>
            </w:pPr>
            <w:r>
              <w:rPr>
                <w:b/>
                <w:sz w:val="16"/>
              </w:rPr>
              <w:t>Observed range</w:t>
            </w:r>
          </w:p>
        </w:tc>
        <w:tc>
          <w:tcPr>
            <w:tcW w:type="dxa" w:w="1463"/>
            <w:shd w:val="clear" w:color="auto" w:fill="E8E8E8"/>
          </w:tcPr>
          <w:p>
            <w:pPr>
              <w:spacing w:after="0"/>
              <w:jc w:val="left"/>
            </w:pPr>
            <w:r>
              <w:rPr>
                <w:b/>
                <w:sz w:val="16"/>
              </w:rPr>
              <w:t>Worst recorded event</w:t>
            </w:r>
          </w:p>
        </w:tc>
        <w:tc>
          <w:tcPr>
            <w:tcW w:type="dxa" w:w="1685"/>
            <w:shd w:val="clear" w:color="auto" w:fill="E8E8E8"/>
          </w:tcPr>
          <w:p>
            <w:pPr>
              <w:spacing w:after="0"/>
              <w:jc w:val="left"/>
            </w:pPr>
            <w:r>
              <w:rPr>
                <w:b/>
                <w:sz w:val="16"/>
              </w:rPr>
              <w:t>Most damaging (when different)</w:t>
            </w:r>
          </w:p>
        </w:tc>
        <w:tc>
          <w:tcPr>
            <w:tcW w:type="dxa" w:w="2297"/>
            <w:shd w:val="clear" w:color="auto" w:fill="E8E8E8"/>
          </w:tcPr>
          <w:p>
            <w:pPr>
              <w:spacing w:after="0"/>
              <w:jc w:val="left"/>
            </w:pPr>
            <w:r>
              <w:rPr>
                <w:b/>
                <w:sz w:val="16"/>
              </w:rPr>
              <w:t>How it applies to jurisdictions</w:t>
            </w:r>
          </w:p>
        </w:tc>
        <w:tc>
          <w:tcPr>
            <w:tcW w:type="dxa" w:w="1656"/>
            <w:shd w:val="clear" w:color="auto" w:fill="E8E8E8"/>
          </w:tcPr>
          <w:p>
            <w:pPr>
              <w:spacing w:after="0"/>
              <w:jc w:val="left"/>
            </w:pPr>
            <w:r>
              <w:rPr>
                <w:b/>
                <w:sz w:val="16"/>
              </w:rPr>
              <w:t>Note</w:t>
            </w:r>
          </w:p>
        </w:tc>
      </w:tr>
      <w:tr>
        <w:trPr>
          <w:cantSplit/>
        </w:trPr>
        <w:tc>
          <w:tcPr>
            <w:tcW w:type="dxa" w:w="1987"/>
          </w:tcPr>
          <w:p>
            <w:pPr>
              <w:spacing w:after="0"/>
              <w:jc w:val="left"/>
            </w:pPr>
            <w:r>
              <w:rPr>
                <w:sz w:val="16"/>
              </w:rPr>
              <w:t>Cold/Wind Chill, Extreme Cold/Wind Chill</w:t>
            </w:r>
          </w:p>
        </w:tc>
        <w:tc>
          <w:tcPr>
            <w:tcW w:type="dxa" w:w="1973"/>
          </w:tcPr>
          <w:p>
            <w:pPr>
              <w:spacing w:after="0"/>
              <w:jc w:val="left"/>
            </w:pPr>
            <w:r>
              <w:rPr>
                <w:sz w:val="16"/>
              </w:rPr>
              <w:t>wind chill</w:t>
            </w:r>
          </w:p>
        </w:tc>
        <w:tc>
          <w:tcPr>
            <w:tcW w:type="dxa" w:w="1622"/>
          </w:tcPr>
          <w:p>
            <w:pPr>
              <w:spacing w:after="0"/>
              <w:jc w:val="right"/>
            </w:pPr>
            <w:r>
              <w:rPr>
                <w:sz w:val="16"/>
              </w:rPr>
              <w:t>0</w:t>
            </w:r>
          </w:p>
        </w:tc>
        <w:tc>
          <w:tcPr>
            <w:tcW w:type="dxa" w:w="1429"/>
          </w:tcPr>
          <w:p>
            <w:pPr>
              <w:spacing w:after="0"/>
              <w:jc w:val="left"/>
            </w:pPr>
          </w:p>
        </w:tc>
        <w:tc>
          <w:tcPr>
            <w:tcW w:type="dxa" w:w="1463"/>
          </w:tcPr>
          <w:p>
            <w:pPr>
              <w:spacing w:after="0"/>
              <w:jc w:val="left"/>
            </w:pPr>
          </w:p>
        </w:tc>
        <w:tc>
          <w:tcPr>
            <w:tcW w:type="dxa" w:w="1685"/>
          </w:tcPr>
          <w:p>
            <w:pPr>
              <w:spacing w:after="0"/>
              <w:jc w:val="left"/>
            </w:pPr>
          </w:p>
        </w:tc>
        <w:tc>
          <w:tcPr>
            <w:tcW w:type="dxa" w:w="2297"/>
          </w:tcPr>
          <w:p>
            <w:pPr>
              <w:spacing w:after="0"/>
              <w:jc w:val="left"/>
            </w:pPr>
          </w:p>
        </w:tc>
        <w:tc>
          <w:tcPr>
            <w:tcW w:type="dxa" w:w="1656"/>
          </w:tcPr>
          <w:p>
            <w:pPr>
              <w:spacing w:after="0"/>
              <w:jc w:val="left"/>
            </w:pPr>
          </w:p>
        </w:tc>
      </w:tr>
      <w:tr>
        <w:trPr>
          <w:cantSplit/>
        </w:trPr>
        <w:tc>
          <w:tcPr>
            <w:tcW w:type="dxa" w:w="1987"/>
          </w:tcPr>
          <w:p>
            <w:pPr>
              <w:spacing w:after="0"/>
              <w:jc w:val="left"/>
            </w:pPr>
            <w:r>
              <w:rPr>
                <w:sz w:val="16"/>
              </w:rPr>
              <w:t>Frost/Freeze (outside NRI's Cold Wave definition)</w:t>
            </w:r>
          </w:p>
        </w:tc>
        <w:tc>
          <w:tcPr>
            <w:tcW w:type="dxa" w:w="1973"/>
          </w:tcPr>
          <w:p>
            <w:pPr>
              <w:spacing w:after="0"/>
              <w:jc w:val="left"/>
            </w:pPr>
            <w:r>
              <w:rPr>
                <w:sz w:val="16"/>
              </w:rPr>
              <w:t>crop damage</w:t>
            </w:r>
          </w:p>
        </w:tc>
        <w:tc>
          <w:tcPr>
            <w:tcW w:type="dxa" w:w="1622"/>
          </w:tcPr>
          <w:p>
            <w:pPr>
              <w:spacing w:after="0"/>
              <w:jc w:val="right"/>
            </w:pPr>
            <w:r>
              <w:rPr>
                <w:sz w:val="16"/>
              </w:rPr>
              <w:t>4 records, 2016 to 2025 (4 zone-level)</w:t>
            </w:r>
          </w:p>
        </w:tc>
        <w:tc>
          <w:tcPr>
            <w:tcW w:type="dxa" w:w="1429"/>
          </w:tcPr>
          <w:p>
            <w:pPr>
              <w:spacing w:after="0"/>
              <w:jc w:val="left"/>
            </w:pPr>
          </w:p>
        </w:tc>
        <w:tc>
          <w:tcPr>
            <w:tcW w:type="dxa" w:w="1463"/>
          </w:tcPr>
          <w:p>
            <w:pPr>
              <w:spacing w:after="0"/>
              <w:jc w:val="left"/>
            </w:pPr>
            <w:r>
              <w:rPr>
                <w:sz w:val="16"/>
              </w:rPr>
              <w:t>No crop damage reported in 4 records.</w:t>
            </w:r>
          </w:p>
        </w:tc>
        <w:tc>
          <w:tcPr>
            <w:tcW w:type="dxa" w:w="1685"/>
          </w:tcPr>
          <w:p>
            <w:pPr>
              <w:spacing w:after="0"/>
              <w:jc w:val="left"/>
            </w:pPr>
          </w:p>
        </w:tc>
        <w:tc>
          <w:tcPr>
            <w:tcW w:type="dxa" w:w="2297"/>
          </w:tcPr>
          <w:p>
            <w:pPr>
              <w:spacing w:after="0"/>
              <w:jc w:val="left"/>
            </w:pPr>
            <w:r>
              <w:rPr>
                <w:sz w:val="16"/>
              </w:rPr>
              <w:t>Countywide (zone-level records).</w:t>
            </w:r>
          </w:p>
        </w:tc>
        <w:tc>
          <w:tcPr>
            <w:tcW w:type="dxa" w:w="1656"/>
          </w:tcPr>
          <w:p>
            <w:pPr>
              <w:spacing w:after="0"/>
              <w:jc w:val="left"/>
            </w:pPr>
          </w:p>
        </w:tc>
      </w:tr>
      <w:tr>
        <w:trPr>
          <w:cantSplit/>
        </w:trPr>
        <w:tc>
          <w:tcPr>
            <w:tcW w:type="dxa" w:w="1987"/>
          </w:tcPr>
          <w:p>
            <w:pPr>
              <w:spacing w:after="0"/>
              <w:jc w:val="left"/>
            </w:pPr>
            <w:r>
              <w:rPr>
                <w:sz w:val="16"/>
              </w:rPr>
              <w:t>Drought</w:t>
            </w:r>
          </w:p>
        </w:tc>
        <w:tc>
          <w:tcPr>
            <w:tcW w:type="dxa" w:w="1973"/>
          </w:tcPr>
          <w:p>
            <w:pPr>
              <w:spacing w:after="0"/>
              <w:jc w:val="left"/>
            </w:pPr>
            <w:r>
              <w:rPr>
                <w:sz w:val="16"/>
              </w:rPr>
              <w:t>U.S. Drought Monitor scale (D0 to D4)</w:t>
            </w:r>
          </w:p>
        </w:tc>
        <w:tc>
          <w:tcPr>
            <w:tcW w:type="dxa" w:w="1622"/>
          </w:tcPr>
          <w:p>
            <w:pPr>
              <w:spacing w:after="0"/>
              <w:jc w:val="right"/>
            </w:pPr>
            <w:r>
              <w:rPr>
                <w:sz w:val="16"/>
              </w:rPr>
              <w:t>0</w:t>
            </w:r>
          </w:p>
        </w:tc>
        <w:tc>
          <w:tcPr>
            <w:tcW w:type="dxa" w:w="1429"/>
          </w:tcPr>
          <w:p>
            <w:pPr>
              <w:spacing w:after="0"/>
              <w:jc w:val="left"/>
            </w:pPr>
          </w:p>
        </w:tc>
        <w:tc>
          <w:tcPr>
            <w:tcW w:type="dxa" w:w="1463"/>
          </w:tcPr>
          <w:p>
            <w:pPr>
              <w:spacing w:after="0"/>
              <w:jc w:val="left"/>
            </w:pPr>
          </w:p>
        </w:tc>
        <w:tc>
          <w:tcPr>
            <w:tcW w:type="dxa" w:w="1685"/>
          </w:tcPr>
          <w:p>
            <w:pPr>
              <w:spacing w:after="0"/>
              <w:jc w:val="left"/>
            </w:pPr>
          </w:p>
        </w:tc>
        <w:tc>
          <w:tcPr>
            <w:tcW w:type="dxa" w:w="2297"/>
          </w:tcPr>
          <w:p>
            <w:pPr>
              <w:spacing w:after="0"/>
              <w:jc w:val="left"/>
            </w:pPr>
          </w:p>
        </w:tc>
        <w:tc>
          <w:tcPr>
            <w:tcW w:type="dxa" w:w="165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87"/>
          </w:tcPr>
          <w:p>
            <w:pPr>
              <w:spacing w:after="0"/>
              <w:jc w:val="left"/>
            </w:pPr>
            <w:r>
              <w:rPr>
                <w:sz w:val="16"/>
              </w:rPr>
              <w:t>Earthquake</w:t>
            </w:r>
          </w:p>
        </w:tc>
        <w:tc>
          <w:tcPr>
            <w:tcW w:type="dxa" w:w="1973"/>
          </w:tcPr>
          <w:p>
            <w:pPr>
              <w:spacing w:after="0"/>
              <w:jc w:val="left"/>
            </w:pPr>
            <w:r>
              <w:rPr>
                <w:sz w:val="16"/>
              </w:rPr>
              <w:t>Modified Mercalli (local data)</w:t>
            </w:r>
          </w:p>
        </w:tc>
        <w:tc>
          <w:tcPr>
            <w:tcW w:type="dxa" w:w="1622"/>
          </w:tcPr>
          <w:p>
            <w:pPr>
              <w:spacing w:after="0"/>
              <w:jc w:val="right"/>
            </w:pPr>
            <w:r>
              <w:rPr>
                <w:sz w:val="16"/>
              </w:rPr>
              <w:t>0</w:t>
            </w:r>
          </w:p>
        </w:tc>
        <w:tc>
          <w:tcPr>
            <w:tcW w:type="dxa" w:w="1429"/>
          </w:tcPr>
          <w:p>
            <w:pPr>
              <w:spacing w:after="0"/>
              <w:jc w:val="left"/>
            </w:pPr>
          </w:p>
        </w:tc>
        <w:tc>
          <w:tcPr>
            <w:tcW w:type="dxa" w:w="1463"/>
          </w:tcPr>
          <w:p>
            <w:pPr>
              <w:spacing w:after="0"/>
              <w:jc w:val="left"/>
            </w:pPr>
          </w:p>
        </w:tc>
        <w:tc>
          <w:tcPr>
            <w:tcW w:type="dxa" w:w="1685"/>
          </w:tcPr>
          <w:p>
            <w:pPr>
              <w:spacing w:after="0"/>
              <w:jc w:val="left"/>
            </w:pPr>
          </w:p>
        </w:tc>
        <w:tc>
          <w:tcPr>
            <w:tcW w:type="dxa" w:w="2297"/>
          </w:tcPr>
          <w:p>
            <w:pPr>
              <w:spacing w:after="0"/>
              <w:jc w:val="left"/>
            </w:pPr>
          </w:p>
        </w:tc>
        <w:tc>
          <w:tcPr>
            <w:tcW w:type="dxa" w:w="1656"/>
          </w:tcPr>
          <w:p>
            <w:pPr>
              <w:spacing w:after="0"/>
              <w:jc w:val="left"/>
            </w:pPr>
            <w:r>
              <w:rPr>
                <w:sz w:val="16"/>
              </w:rPr>
              <w:t>Storm Events does not record earthquakes; the USGS earthquake catalog is the source.</w:t>
            </w:r>
          </w:p>
        </w:tc>
      </w:tr>
      <w:tr>
        <w:trPr>
          <w:cantSplit/>
        </w:trPr>
        <w:tc>
          <w:tcPr>
            <w:tcW w:type="dxa" w:w="1987"/>
          </w:tcPr>
          <w:p>
            <w:pPr>
              <w:spacing w:after="0"/>
              <w:jc w:val="left"/>
            </w:pPr>
            <w:r>
              <w:rPr>
                <w:sz w:val="16"/>
              </w:rPr>
              <w:t>Hail</w:t>
            </w:r>
          </w:p>
        </w:tc>
        <w:tc>
          <w:tcPr>
            <w:tcW w:type="dxa" w:w="1973"/>
          </w:tcPr>
          <w:p>
            <w:pPr>
              <w:spacing w:after="0"/>
              <w:jc w:val="left"/>
            </w:pPr>
            <w:r>
              <w:rPr>
                <w:sz w:val="16"/>
              </w:rPr>
              <w:t>hail size (inches)</w:t>
            </w:r>
          </w:p>
        </w:tc>
        <w:tc>
          <w:tcPr>
            <w:tcW w:type="dxa" w:w="1622"/>
          </w:tcPr>
          <w:p>
            <w:pPr>
              <w:spacing w:after="0"/>
              <w:jc w:val="right"/>
            </w:pPr>
            <w:r>
              <w:rPr>
                <w:sz w:val="16"/>
              </w:rPr>
              <w:t>28 records, 1968 to 2024</w:t>
            </w:r>
          </w:p>
        </w:tc>
        <w:tc>
          <w:tcPr>
            <w:tcW w:type="dxa" w:w="1429"/>
          </w:tcPr>
          <w:p>
            <w:pPr>
              <w:spacing w:after="0"/>
              <w:jc w:val="left"/>
            </w:pPr>
            <w:r>
              <w:rPr>
                <w:sz w:val="16"/>
              </w:rPr>
              <w:t>0.75 in to 2.75 in (median 1.12 in); 28 with a recorded value</w:t>
            </w:r>
          </w:p>
        </w:tc>
        <w:tc>
          <w:tcPr>
            <w:tcW w:type="dxa" w:w="1463"/>
          </w:tcPr>
          <w:p>
            <w:pPr>
              <w:spacing w:after="0"/>
              <w:jc w:val="left"/>
            </w:pPr>
            <w:r>
              <w:rPr>
                <w:sz w:val="16"/>
              </w:rPr>
              <w:t>2.75 in hail, 2008-04-11; same size also recorded on 2003-03-19</w:t>
            </w:r>
          </w:p>
        </w:tc>
        <w:tc>
          <w:tcPr>
            <w:tcW w:type="dxa" w:w="1685"/>
          </w:tcPr>
          <w:p>
            <w:pPr>
              <w:spacing w:after="0"/>
              <w:jc w:val="left"/>
            </w:pPr>
          </w:p>
        </w:tc>
        <w:tc>
          <w:tcPr>
            <w:tcW w:type="dxa" w:w="2297"/>
          </w:tcPr>
          <w:p>
            <w:pPr>
              <w:spacing w:after="0"/>
              <w:jc w:val="left"/>
            </w:pPr>
            <w:r>
              <w:rPr>
                <w:sz w:val="16"/>
              </w:rPr>
              <w:t>Event records naming jurisdictions in the plan: Albany city (13 records).</w:t>
            </w:r>
          </w:p>
        </w:tc>
        <w:tc>
          <w:tcPr>
            <w:tcW w:type="dxa" w:w="1656"/>
          </w:tcPr>
          <w:p>
            <w:pPr>
              <w:spacing w:after="0"/>
              <w:jc w:val="left"/>
            </w:pPr>
          </w:p>
        </w:tc>
      </w:tr>
      <w:tr>
        <w:trPr>
          <w:cantSplit/>
        </w:trPr>
        <w:tc>
          <w:tcPr>
            <w:tcW w:type="dxa" w:w="1987"/>
          </w:tcPr>
          <w:p>
            <w:pPr>
              <w:spacing w:after="0"/>
              <w:jc w:val="left"/>
            </w:pPr>
            <w:r>
              <w:rPr>
                <w:sz w:val="16"/>
              </w:rPr>
              <w:t>Excessive Heat, Heat</w:t>
            </w:r>
          </w:p>
        </w:tc>
        <w:tc>
          <w:tcPr>
            <w:tcW w:type="dxa" w:w="1973"/>
          </w:tcPr>
          <w:p>
            <w:pPr>
              <w:spacing w:after="0"/>
              <w:jc w:val="left"/>
            </w:pPr>
            <w:r>
              <w:rPr>
                <w:sz w:val="16"/>
              </w:rPr>
              <w:t>heat index (in event narratives)</w:t>
            </w:r>
          </w:p>
        </w:tc>
        <w:tc>
          <w:tcPr>
            <w:tcW w:type="dxa" w:w="1622"/>
          </w:tcPr>
          <w:p>
            <w:pPr>
              <w:spacing w:after="0"/>
              <w:jc w:val="right"/>
            </w:pPr>
            <w:r>
              <w:rPr>
                <w:sz w:val="16"/>
              </w:rPr>
              <w:t>0</w:t>
            </w:r>
          </w:p>
        </w:tc>
        <w:tc>
          <w:tcPr>
            <w:tcW w:type="dxa" w:w="1429"/>
          </w:tcPr>
          <w:p>
            <w:pPr>
              <w:spacing w:after="0"/>
              <w:jc w:val="left"/>
            </w:pPr>
          </w:p>
        </w:tc>
        <w:tc>
          <w:tcPr>
            <w:tcW w:type="dxa" w:w="1463"/>
          </w:tcPr>
          <w:p>
            <w:pPr>
              <w:spacing w:after="0"/>
              <w:jc w:val="left"/>
            </w:pPr>
          </w:p>
        </w:tc>
        <w:tc>
          <w:tcPr>
            <w:tcW w:type="dxa" w:w="1685"/>
          </w:tcPr>
          <w:p>
            <w:pPr>
              <w:spacing w:after="0"/>
              <w:jc w:val="left"/>
            </w:pPr>
          </w:p>
        </w:tc>
        <w:tc>
          <w:tcPr>
            <w:tcW w:type="dxa" w:w="2297"/>
          </w:tcPr>
          <w:p>
            <w:pPr>
              <w:spacing w:after="0"/>
              <w:jc w:val="left"/>
            </w:pPr>
          </w:p>
        </w:tc>
        <w:tc>
          <w:tcPr>
            <w:tcW w:type="dxa" w:w="1656"/>
          </w:tcPr>
          <w:p>
            <w:pPr>
              <w:spacing w:after="0"/>
              <w:jc w:val="left"/>
            </w:pPr>
          </w:p>
        </w:tc>
      </w:tr>
      <w:tr>
        <w:trPr>
          <w:cantSplit/>
        </w:trPr>
        <w:tc>
          <w:tcPr>
            <w:tcW w:type="dxa" w:w="1987"/>
          </w:tcPr>
          <w:p>
            <w:pPr>
              <w:spacing w:after="0"/>
              <w:jc w:val="left"/>
            </w:pPr>
            <w:r>
              <w:rPr>
                <w:sz w:val="16"/>
              </w:rPr>
              <w:t>Hurricane, Tropical Storm, Tropical Depression</w:t>
            </w:r>
          </w:p>
        </w:tc>
        <w:tc>
          <w:tcPr>
            <w:tcW w:type="dxa" w:w="1973"/>
          </w:tcPr>
          <w:p>
            <w:pPr>
              <w:spacing w:after="0"/>
              <w:jc w:val="left"/>
            </w:pPr>
            <w:r>
              <w:rPr>
                <w:sz w:val="16"/>
              </w:rPr>
              <w:t>Saffir-Simpson</w:t>
            </w:r>
          </w:p>
        </w:tc>
        <w:tc>
          <w:tcPr>
            <w:tcW w:type="dxa" w:w="1622"/>
          </w:tcPr>
          <w:p>
            <w:pPr>
              <w:spacing w:after="0"/>
              <w:jc w:val="right"/>
            </w:pPr>
            <w:r>
              <w:rPr>
                <w:sz w:val="16"/>
              </w:rPr>
              <w:t>0</w:t>
            </w:r>
          </w:p>
        </w:tc>
        <w:tc>
          <w:tcPr>
            <w:tcW w:type="dxa" w:w="1429"/>
          </w:tcPr>
          <w:p>
            <w:pPr>
              <w:spacing w:after="0"/>
              <w:jc w:val="left"/>
            </w:pPr>
          </w:p>
        </w:tc>
        <w:tc>
          <w:tcPr>
            <w:tcW w:type="dxa" w:w="1463"/>
          </w:tcPr>
          <w:p>
            <w:pPr>
              <w:spacing w:after="0"/>
              <w:jc w:val="left"/>
            </w:pPr>
          </w:p>
        </w:tc>
        <w:tc>
          <w:tcPr>
            <w:tcW w:type="dxa" w:w="1685"/>
          </w:tcPr>
          <w:p>
            <w:pPr>
              <w:spacing w:after="0"/>
              <w:jc w:val="left"/>
            </w:pPr>
          </w:p>
        </w:tc>
        <w:tc>
          <w:tcPr>
            <w:tcW w:type="dxa" w:w="2297"/>
          </w:tcPr>
          <w:p>
            <w:pPr>
              <w:spacing w:after="0"/>
              <w:jc w:val="left"/>
            </w:pPr>
          </w:p>
        </w:tc>
        <w:tc>
          <w:tcPr>
            <w:tcW w:type="dxa" w:w="1656"/>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87"/>
          </w:tcPr>
          <w:p>
            <w:pPr>
              <w:spacing w:after="0"/>
              <w:jc w:val="left"/>
            </w:pPr>
            <w:r>
              <w:rPr>
                <w:sz w:val="16"/>
              </w:rPr>
              <w:t>Ice Storm</w:t>
            </w:r>
          </w:p>
        </w:tc>
        <w:tc>
          <w:tcPr>
            <w:tcW w:type="dxa" w:w="1973"/>
          </w:tcPr>
          <w:p>
            <w:pPr>
              <w:spacing w:after="0"/>
              <w:jc w:val="left"/>
            </w:pPr>
            <w:r>
              <w:rPr>
                <w:sz w:val="16"/>
              </w:rPr>
              <w:t>Sperry-Piltz ice scale (local data)</w:t>
            </w:r>
          </w:p>
        </w:tc>
        <w:tc>
          <w:tcPr>
            <w:tcW w:type="dxa" w:w="1622"/>
          </w:tcPr>
          <w:p>
            <w:pPr>
              <w:spacing w:after="0"/>
              <w:jc w:val="right"/>
            </w:pPr>
            <w:r>
              <w:rPr>
                <w:sz w:val="16"/>
              </w:rPr>
              <w:t>2 records, 2013 to 2021 (2 zone-level)</w:t>
            </w:r>
          </w:p>
        </w:tc>
        <w:tc>
          <w:tcPr>
            <w:tcW w:type="dxa" w:w="1429"/>
          </w:tcPr>
          <w:p>
            <w:pPr>
              <w:spacing w:after="0"/>
              <w:jc w:val="left"/>
            </w:pPr>
          </w:p>
        </w:tc>
        <w:tc>
          <w:tcPr>
            <w:tcW w:type="dxa" w:w="1463"/>
          </w:tcPr>
          <w:p>
            <w:pPr>
              <w:spacing w:after="0"/>
              <w:jc w:val="left"/>
            </w:pPr>
            <w:r>
              <w:rPr>
                <w:sz w:val="16"/>
              </w:rPr>
              <w:t>No damage reported in 2 records.</w:t>
            </w:r>
          </w:p>
        </w:tc>
        <w:tc>
          <w:tcPr>
            <w:tcW w:type="dxa" w:w="1685"/>
          </w:tcPr>
          <w:p>
            <w:pPr>
              <w:spacing w:after="0"/>
              <w:jc w:val="left"/>
            </w:pPr>
          </w:p>
        </w:tc>
        <w:tc>
          <w:tcPr>
            <w:tcW w:type="dxa" w:w="2297"/>
          </w:tcPr>
          <w:p>
            <w:pPr>
              <w:spacing w:after="0"/>
              <w:jc w:val="left"/>
            </w:pPr>
            <w:r>
              <w:rPr>
                <w:sz w:val="16"/>
              </w:rPr>
              <w:t>Countywide (zone-level records).</w:t>
            </w:r>
          </w:p>
        </w:tc>
        <w:tc>
          <w:tcPr>
            <w:tcW w:type="dxa" w:w="1656"/>
          </w:tcPr>
          <w:p>
            <w:pPr>
              <w:spacing w:after="0"/>
              <w:jc w:val="left"/>
            </w:pPr>
          </w:p>
        </w:tc>
      </w:tr>
      <w:tr>
        <w:trPr>
          <w:cantSplit/>
        </w:trPr>
        <w:tc>
          <w:tcPr>
            <w:tcW w:type="dxa" w:w="1987"/>
          </w:tcPr>
          <w:p>
            <w:pPr>
              <w:spacing w:after="0"/>
              <w:jc w:val="left"/>
            </w:pPr>
            <w:r>
              <w:rPr>
                <w:sz w:val="16"/>
              </w:rPr>
              <w:t>Flash Flood, Flood, Lakeshore Flood</w:t>
            </w:r>
          </w:p>
        </w:tc>
        <w:tc>
          <w:tcPr>
            <w:tcW w:type="dxa" w:w="1973"/>
          </w:tcPr>
          <w:p>
            <w:pPr>
              <w:spacing w:after="0"/>
              <w:jc w:val="left"/>
            </w:pPr>
            <w:r>
              <w:rPr>
                <w:sz w:val="16"/>
              </w:rPr>
              <w:t>damage and flood days (flood depth: FIRM)</w:t>
            </w:r>
          </w:p>
        </w:tc>
        <w:tc>
          <w:tcPr>
            <w:tcW w:type="dxa" w:w="1622"/>
          </w:tcPr>
          <w:p>
            <w:pPr>
              <w:spacing w:after="0"/>
              <w:jc w:val="right"/>
            </w:pPr>
            <w:r>
              <w:rPr>
                <w:sz w:val="16"/>
              </w:rPr>
              <w:t>19 records, 1997 to 2026 (2 zone-level)</w:t>
            </w:r>
          </w:p>
        </w:tc>
        <w:tc>
          <w:tcPr>
            <w:tcW w:type="dxa" w:w="1429"/>
          </w:tcPr>
          <w:p>
            <w:pPr>
              <w:spacing w:after="0"/>
              <w:jc w:val="left"/>
            </w:pPr>
          </w:p>
        </w:tc>
        <w:tc>
          <w:tcPr>
            <w:tcW w:type="dxa" w:w="1463"/>
          </w:tcPr>
          <w:p>
            <w:pPr>
              <w:spacing w:after="0"/>
              <w:jc w:val="left"/>
            </w:pPr>
            <w:r>
              <w:rPr>
                <w:sz w:val="16"/>
              </w:rPr>
              <w:t>Flash Flood, 2010-05-02, $100,000 property; $0 crops (2010 dollars)</w:t>
            </w:r>
          </w:p>
        </w:tc>
        <w:tc>
          <w:tcPr>
            <w:tcW w:type="dxa" w:w="1685"/>
          </w:tcPr>
          <w:p>
            <w:pPr>
              <w:spacing w:after="0"/>
              <w:jc w:val="left"/>
            </w:pPr>
          </w:p>
        </w:tc>
        <w:tc>
          <w:tcPr>
            <w:tcW w:type="dxa" w:w="2297"/>
          </w:tcPr>
          <w:p>
            <w:pPr>
              <w:spacing w:after="0"/>
              <w:jc w:val="left"/>
            </w:pPr>
            <w:r>
              <w:rPr>
                <w:sz w:val="16"/>
              </w:rPr>
              <w:t>Event records naming jurisdictions in the plan: Albany city (7 records). Zone-level records (2) apply countywide.</w:t>
            </w:r>
          </w:p>
        </w:tc>
        <w:tc>
          <w:tcPr>
            <w:tcW w:type="dxa" w:w="1656"/>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87"/>
          </w:tcPr>
          <w:p>
            <w:pPr>
              <w:spacing w:after="0"/>
              <w:jc w:val="left"/>
            </w:pPr>
            <w:r>
              <w:rPr>
                <w:sz w:val="16"/>
              </w:rPr>
              <w:t>Debris Flow</w:t>
            </w:r>
          </w:p>
        </w:tc>
        <w:tc>
          <w:tcPr>
            <w:tcW w:type="dxa" w:w="1973"/>
          </w:tcPr>
          <w:p>
            <w:pPr>
              <w:spacing w:after="0"/>
              <w:jc w:val="left"/>
            </w:pPr>
            <w:r>
              <w:rPr>
                <w:sz w:val="16"/>
              </w:rPr>
              <w:t>none (count and damage only)</w:t>
            </w:r>
          </w:p>
        </w:tc>
        <w:tc>
          <w:tcPr>
            <w:tcW w:type="dxa" w:w="1622"/>
          </w:tcPr>
          <w:p>
            <w:pPr>
              <w:spacing w:after="0"/>
              <w:jc w:val="right"/>
            </w:pPr>
            <w:r>
              <w:rPr>
                <w:sz w:val="16"/>
              </w:rPr>
              <w:t>0</w:t>
            </w:r>
          </w:p>
        </w:tc>
        <w:tc>
          <w:tcPr>
            <w:tcW w:type="dxa" w:w="1429"/>
          </w:tcPr>
          <w:p>
            <w:pPr>
              <w:spacing w:after="0"/>
              <w:jc w:val="left"/>
            </w:pPr>
          </w:p>
        </w:tc>
        <w:tc>
          <w:tcPr>
            <w:tcW w:type="dxa" w:w="1463"/>
          </w:tcPr>
          <w:p>
            <w:pPr>
              <w:spacing w:after="0"/>
              <w:jc w:val="left"/>
            </w:pPr>
          </w:p>
        </w:tc>
        <w:tc>
          <w:tcPr>
            <w:tcW w:type="dxa" w:w="1685"/>
          </w:tcPr>
          <w:p>
            <w:pPr>
              <w:spacing w:after="0"/>
              <w:jc w:val="left"/>
            </w:pPr>
          </w:p>
        </w:tc>
        <w:tc>
          <w:tcPr>
            <w:tcW w:type="dxa" w:w="2297"/>
          </w:tcPr>
          <w:p>
            <w:pPr>
              <w:spacing w:after="0"/>
              <w:jc w:val="left"/>
            </w:pPr>
          </w:p>
        </w:tc>
        <w:tc>
          <w:tcPr>
            <w:tcW w:type="dxa" w:w="1656"/>
          </w:tcPr>
          <w:p>
            <w:pPr>
              <w:spacing w:after="0"/>
              <w:jc w:val="left"/>
            </w:pPr>
          </w:p>
        </w:tc>
      </w:tr>
      <w:tr>
        <w:trPr>
          <w:cantSplit/>
        </w:trPr>
        <w:tc>
          <w:tcPr>
            <w:tcW w:type="dxa" w:w="1987"/>
          </w:tcPr>
          <w:p>
            <w:pPr>
              <w:spacing w:after="0"/>
              <w:jc w:val="left"/>
            </w:pPr>
            <w:r>
              <w:rPr>
                <w:sz w:val="16"/>
              </w:rPr>
              <w:t>Lightning</w:t>
            </w:r>
          </w:p>
        </w:tc>
        <w:tc>
          <w:tcPr>
            <w:tcW w:type="dxa" w:w="1973"/>
          </w:tcPr>
          <w:p>
            <w:pPr>
              <w:spacing w:after="0"/>
              <w:jc w:val="left"/>
            </w:pPr>
            <w:r>
              <w:rPr>
                <w:sz w:val="16"/>
              </w:rPr>
              <w:t>annualized frequency (the measure FEMA's Local Mitigation Planning Handbook names)</w:t>
            </w:r>
          </w:p>
        </w:tc>
        <w:tc>
          <w:tcPr>
            <w:tcW w:type="dxa" w:w="1622"/>
          </w:tcPr>
          <w:p>
            <w:pPr>
              <w:spacing w:after="0"/>
              <w:jc w:val="right"/>
            </w:pPr>
            <w:r>
              <w:rPr>
                <w:sz w:val="16"/>
              </w:rPr>
              <w:t>1 record, 2000</w:t>
            </w:r>
          </w:p>
        </w:tc>
        <w:tc>
          <w:tcPr>
            <w:tcW w:type="dxa" w:w="1429"/>
          </w:tcPr>
          <w:p>
            <w:pPr>
              <w:spacing w:after="0"/>
              <w:jc w:val="left"/>
            </w:pPr>
          </w:p>
        </w:tc>
        <w:tc>
          <w:tcPr>
            <w:tcW w:type="dxa" w:w="1463"/>
          </w:tcPr>
          <w:p>
            <w:pPr>
              <w:spacing w:after="0"/>
              <w:jc w:val="left"/>
            </w:pPr>
            <w:r>
              <w:rPr>
                <w:sz w:val="16"/>
              </w:rPr>
              <w:t>Lightning, 2000-08-08, $80,000 property; crops not reported (2000 dollars)</w:t>
            </w:r>
          </w:p>
        </w:tc>
        <w:tc>
          <w:tcPr>
            <w:tcW w:type="dxa" w:w="1685"/>
          </w:tcPr>
          <w:p>
            <w:pPr>
              <w:spacing w:after="0"/>
              <w:jc w:val="left"/>
            </w:pPr>
          </w:p>
        </w:tc>
        <w:tc>
          <w:tcPr>
            <w:tcW w:type="dxa" w:w="2297"/>
          </w:tcPr>
          <w:p>
            <w:pPr>
              <w:spacing w:after="0"/>
              <w:jc w:val="left"/>
            </w:pPr>
            <w:r>
              <w:rPr>
                <w:sz w:val="16"/>
              </w:rPr>
              <w:t>No event record names a jurisdiction in the plan.</w:t>
            </w:r>
          </w:p>
        </w:tc>
        <w:tc>
          <w:tcPr>
            <w:tcW w:type="dxa" w:w="1656"/>
          </w:tcPr>
          <w:p>
            <w:pPr>
              <w:spacing w:after="0"/>
              <w:jc w:val="left"/>
            </w:pPr>
            <w:r>
              <w:rPr>
                <w:sz w:val="16"/>
              </w:rPr>
              <w:t>Storm Events lists lightning with damage or casualties.</w:t>
            </w:r>
          </w:p>
        </w:tc>
      </w:tr>
      <w:tr>
        <w:trPr>
          <w:cantSplit/>
        </w:trPr>
        <w:tc>
          <w:tcPr>
            <w:tcW w:type="dxa" w:w="1987"/>
          </w:tcPr>
          <w:p>
            <w:pPr>
              <w:spacing w:after="0"/>
              <w:jc w:val="left"/>
            </w:pPr>
            <w:r>
              <w:rPr>
                <w:sz w:val="16"/>
              </w:rPr>
              <w:t>High Wind and Strong Wind (outside NRI's Strong Wind definition)</w:t>
            </w:r>
          </w:p>
        </w:tc>
        <w:tc>
          <w:tcPr>
            <w:tcW w:type="dxa" w:w="1973"/>
          </w:tcPr>
          <w:p>
            <w:pPr>
              <w:spacing w:after="0"/>
              <w:jc w:val="left"/>
            </w:pPr>
            <w:r>
              <w:rPr>
                <w:sz w:val="16"/>
              </w:rPr>
              <w:t>wind speed (kt and mph)</w:t>
            </w:r>
          </w:p>
        </w:tc>
        <w:tc>
          <w:tcPr>
            <w:tcW w:type="dxa" w:w="1622"/>
          </w:tcPr>
          <w:p>
            <w:pPr>
              <w:spacing w:after="0"/>
              <w:jc w:val="right"/>
            </w:pPr>
            <w:r>
              <w:rPr>
                <w:sz w:val="16"/>
              </w:rPr>
              <w:t>1 record, 2023 (1 zone-level)</w:t>
            </w:r>
          </w:p>
        </w:tc>
        <w:tc>
          <w:tcPr>
            <w:tcW w:type="dxa" w:w="1429"/>
          </w:tcPr>
          <w:p>
            <w:pPr>
              <w:spacing w:after="0"/>
              <w:jc w:val="left"/>
            </w:pPr>
            <w:r>
              <w:rPr>
                <w:sz w:val="16"/>
              </w:rPr>
              <w:t>52 kt (60 mph); 1 with a recorded value</w:t>
            </w:r>
          </w:p>
        </w:tc>
        <w:tc>
          <w:tcPr>
            <w:tcW w:type="dxa" w:w="1463"/>
          </w:tcPr>
          <w:p>
            <w:pPr>
              <w:spacing w:after="0"/>
              <w:jc w:val="left"/>
            </w:pPr>
            <w:r>
              <w:rPr>
                <w:sz w:val="16"/>
              </w:rPr>
              <w:t>52 kt (60 mph) estimated gust, High Wind, 2023-03-03; NWS zone KYZ082</w:t>
            </w:r>
          </w:p>
        </w:tc>
        <w:tc>
          <w:tcPr>
            <w:tcW w:type="dxa" w:w="1685"/>
          </w:tcPr>
          <w:p>
            <w:pPr>
              <w:spacing w:after="0"/>
              <w:jc w:val="left"/>
            </w:pPr>
          </w:p>
        </w:tc>
        <w:tc>
          <w:tcPr>
            <w:tcW w:type="dxa" w:w="2297"/>
          </w:tcPr>
          <w:p>
            <w:pPr>
              <w:spacing w:after="0"/>
              <w:jc w:val="left"/>
            </w:pPr>
            <w:r>
              <w:rPr>
                <w:sz w:val="16"/>
              </w:rPr>
              <w:t>Countywide (zone-level records).</w:t>
            </w:r>
          </w:p>
        </w:tc>
        <w:tc>
          <w:tcPr>
            <w:tcW w:type="dxa" w:w="1656"/>
          </w:tcPr>
          <w:p>
            <w:pPr>
              <w:spacing w:after="0"/>
              <w:jc w:val="left"/>
            </w:pPr>
          </w:p>
        </w:tc>
      </w:tr>
      <w:tr>
        <w:trPr>
          <w:cantSplit/>
        </w:trPr>
        <w:tc>
          <w:tcPr>
            <w:tcW w:type="dxa" w:w="1987"/>
          </w:tcPr>
          <w:p>
            <w:pPr>
              <w:spacing w:after="0"/>
              <w:jc w:val="left"/>
            </w:pPr>
            <w:r>
              <w:rPr>
                <w:sz w:val="16"/>
              </w:rPr>
              <w:t>Thunderstorm Wind</w:t>
            </w:r>
          </w:p>
        </w:tc>
        <w:tc>
          <w:tcPr>
            <w:tcW w:type="dxa" w:w="1973"/>
          </w:tcPr>
          <w:p>
            <w:pPr>
              <w:spacing w:after="0"/>
              <w:jc w:val="left"/>
            </w:pPr>
            <w:r>
              <w:rPr>
                <w:sz w:val="16"/>
              </w:rPr>
              <w:t>wind speed (kt and mph)</w:t>
            </w:r>
          </w:p>
        </w:tc>
        <w:tc>
          <w:tcPr>
            <w:tcW w:type="dxa" w:w="1622"/>
          </w:tcPr>
          <w:p>
            <w:pPr>
              <w:spacing w:after="0"/>
              <w:jc w:val="right"/>
            </w:pPr>
            <w:r>
              <w:rPr>
                <w:sz w:val="16"/>
              </w:rPr>
              <w:t>111 records, 1971 to 2026</w:t>
            </w:r>
          </w:p>
        </w:tc>
        <w:tc>
          <w:tcPr>
            <w:tcW w:type="dxa" w:w="1429"/>
          </w:tcPr>
          <w:p>
            <w:pPr>
              <w:spacing w:after="0"/>
              <w:jc w:val="left"/>
            </w:pPr>
            <w:r>
              <w:rPr>
                <w:sz w:val="16"/>
              </w:rPr>
              <w:t>50 kt (58 mph) to 80 kt (92 mph) (median 52 kt (60 mph)); 99 with a recorded value</w:t>
            </w:r>
          </w:p>
        </w:tc>
        <w:tc>
          <w:tcPr>
            <w:tcW w:type="dxa" w:w="1463"/>
          </w:tcPr>
          <w:p>
            <w:pPr>
              <w:spacing w:after="0"/>
              <w:jc w:val="left"/>
            </w:pPr>
            <w:r>
              <w:rPr>
                <w:sz w:val="16"/>
              </w:rPr>
              <w:t>80 kt (92 mph) estimated, Thunderstorm Wind, 2002-05-17</w:t>
            </w:r>
          </w:p>
        </w:tc>
        <w:tc>
          <w:tcPr>
            <w:tcW w:type="dxa" w:w="1685"/>
          </w:tcPr>
          <w:p>
            <w:pPr>
              <w:spacing w:after="0"/>
              <w:jc w:val="left"/>
            </w:pPr>
            <w:r>
              <w:rPr>
                <w:sz w:val="16"/>
              </w:rPr>
              <w:t>Thunderstorm Wind, 1994-06-26, $500,000 property; crops not recorded (1994 dollars)</w:t>
            </w:r>
          </w:p>
        </w:tc>
        <w:tc>
          <w:tcPr>
            <w:tcW w:type="dxa" w:w="2297"/>
          </w:tcPr>
          <w:p>
            <w:pPr>
              <w:spacing w:after="0"/>
              <w:jc w:val="left"/>
            </w:pPr>
            <w:r>
              <w:rPr>
                <w:sz w:val="16"/>
              </w:rPr>
              <w:t>Event records naming jurisdictions in the plan: Albany city (50 records).</w:t>
            </w:r>
          </w:p>
        </w:tc>
        <w:tc>
          <w:tcPr>
            <w:tcW w:type="dxa" w:w="1656"/>
          </w:tcPr>
          <w:p>
            <w:pPr>
              <w:spacing w:after="0"/>
              <w:jc w:val="left"/>
            </w:pPr>
          </w:p>
        </w:tc>
      </w:tr>
      <w:tr>
        <w:trPr>
          <w:cantSplit/>
        </w:trPr>
        <w:tc>
          <w:tcPr>
            <w:tcW w:type="dxa" w:w="1987"/>
          </w:tcPr>
          <w:p>
            <w:pPr>
              <w:spacing w:after="0"/>
              <w:jc w:val="left"/>
            </w:pPr>
            <w:r>
              <w:rPr>
                <w:sz w:val="16"/>
              </w:rPr>
              <w:t>Tornado</w:t>
            </w:r>
          </w:p>
        </w:tc>
        <w:tc>
          <w:tcPr>
            <w:tcW w:type="dxa" w:w="1973"/>
          </w:tcPr>
          <w:p>
            <w:pPr>
              <w:spacing w:after="0"/>
              <w:jc w:val="left"/>
            </w:pPr>
            <w:r>
              <w:rPr>
                <w:sz w:val="16"/>
              </w:rPr>
              <w:t>Enhanced Fujita (Fujita before Feb 2007)</w:t>
            </w:r>
          </w:p>
        </w:tc>
        <w:tc>
          <w:tcPr>
            <w:tcW w:type="dxa" w:w="1622"/>
          </w:tcPr>
          <w:p>
            <w:pPr>
              <w:spacing w:after="0"/>
              <w:jc w:val="right"/>
            </w:pPr>
            <w:r>
              <w:rPr>
                <w:sz w:val="16"/>
              </w:rPr>
              <w:t>18 records, 1974 to 2026</w:t>
            </w:r>
          </w:p>
        </w:tc>
        <w:tc>
          <w:tcPr>
            <w:tcW w:type="dxa" w:w="1429"/>
          </w:tcPr>
          <w:p>
            <w:pPr>
              <w:spacing w:after="0"/>
              <w:jc w:val="left"/>
            </w:pPr>
            <w:r>
              <w:rPr>
                <w:sz w:val="16"/>
              </w:rPr>
              <w:t>F/EF0 to F/EF4 (median F/EF1); 18 with a recorded value</w:t>
            </w:r>
          </w:p>
        </w:tc>
        <w:tc>
          <w:tcPr>
            <w:tcW w:type="dxa" w:w="1463"/>
          </w:tcPr>
          <w:p>
            <w:pPr>
              <w:spacing w:after="0"/>
              <w:jc w:val="left"/>
            </w:pPr>
            <w:r>
              <w:rPr>
                <w:sz w:val="16"/>
              </w:rPr>
              <w:t>F4 tornado, 1974-04-03, 14.6 mi path length (whole path, pre-1996), 33 yd wide, damage not recorded (pre-1996 record), 8 direct deaths, 63 direct injuries</w:t>
            </w:r>
          </w:p>
        </w:tc>
        <w:tc>
          <w:tcPr>
            <w:tcW w:type="dxa" w:w="1685"/>
          </w:tcPr>
          <w:p>
            <w:pPr>
              <w:spacing w:after="0"/>
              <w:jc w:val="left"/>
            </w:pPr>
            <w:r>
              <w:rPr>
                <w:sz w:val="16"/>
              </w:rPr>
              <w:t>Tornado, 2008-04-11, $200,000 property; $0 crops (2008 dollars)</w:t>
            </w:r>
          </w:p>
        </w:tc>
        <w:tc>
          <w:tcPr>
            <w:tcW w:type="dxa" w:w="2297"/>
          </w:tcPr>
          <w:p>
            <w:pPr>
              <w:spacing w:after="0"/>
              <w:jc w:val="left"/>
            </w:pPr>
            <w:r>
              <w:rPr>
                <w:sz w:val="16"/>
              </w:rPr>
              <w:t>Event records naming jurisdictions in the plan: Albany city (3 records).</w:t>
            </w:r>
          </w:p>
        </w:tc>
        <w:tc>
          <w:tcPr>
            <w:tcW w:type="dxa" w:w="1656"/>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87"/>
          </w:tcPr>
          <w:p>
            <w:pPr>
              <w:spacing w:after="0"/>
              <w:jc w:val="left"/>
            </w:pPr>
            <w:r>
              <w:rPr>
                <w:sz w:val="16"/>
              </w:rPr>
              <w:t>Wildfire</w:t>
            </w:r>
          </w:p>
        </w:tc>
        <w:tc>
          <w:tcPr>
            <w:tcW w:type="dxa" w:w="1973"/>
          </w:tcPr>
          <w:p>
            <w:pPr>
              <w:spacing w:after="0"/>
              <w:jc w:val="left"/>
            </w:pPr>
            <w:r>
              <w:rPr>
                <w:sz w:val="16"/>
              </w:rPr>
              <w:t>acres burned (local data)</w:t>
            </w:r>
          </w:p>
        </w:tc>
        <w:tc>
          <w:tcPr>
            <w:tcW w:type="dxa" w:w="1622"/>
          </w:tcPr>
          <w:p>
            <w:pPr>
              <w:spacing w:after="0"/>
              <w:jc w:val="right"/>
            </w:pPr>
            <w:r>
              <w:rPr>
                <w:sz w:val="16"/>
              </w:rPr>
              <w:t>0</w:t>
            </w:r>
          </w:p>
        </w:tc>
        <w:tc>
          <w:tcPr>
            <w:tcW w:type="dxa" w:w="1429"/>
          </w:tcPr>
          <w:p>
            <w:pPr>
              <w:spacing w:after="0"/>
              <w:jc w:val="left"/>
            </w:pPr>
          </w:p>
        </w:tc>
        <w:tc>
          <w:tcPr>
            <w:tcW w:type="dxa" w:w="1463"/>
          </w:tcPr>
          <w:p>
            <w:pPr>
              <w:spacing w:after="0"/>
              <w:jc w:val="left"/>
            </w:pPr>
          </w:p>
        </w:tc>
        <w:tc>
          <w:tcPr>
            <w:tcW w:type="dxa" w:w="1685"/>
          </w:tcPr>
          <w:p>
            <w:pPr>
              <w:spacing w:after="0"/>
              <w:jc w:val="left"/>
            </w:pPr>
          </w:p>
        </w:tc>
        <w:tc>
          <w:tcPr>
            <w:tcW w:type="dxa" w:w="2297"/>
          </w:tcPr>
          <w:p>
            <w:pPr>
              <w:spacing w:after="0"/>
              <w:jc w:val="left"/>
            </w:pPr>
          </w:p>
        </w:tc>
        <w:tc>
          <w:tcPr>
            <w:tcW w:type="dxa" w:w="1656"/>
          </w:tcPr>
          <w:p>
            <w:pPr>
              <w:spacing w:after="0"/>
              <w:jc w:val="left"/>
            </w:pPr>
          </w:p>
        </w:tc>
      </w:tr>
      <w:tr>
        <w:trPr>
          <w:cantSplit/>
        </w:trPr>
        <w:tc>
          <w:tcPr>
            <w:tcW w:type="dxa" w:w="1987"/>
          </w:tcPr>
          <w:p>
            <w:pPr>
              <w:spacing w:after="0"/>
              <w:jc w:val="left"/>
            </w:pPr>
            <w:r>
              <w:rPr>
                <w:sz w:val="16"/>
              </w:rPr>
              <w:t>Winter Storm, Heavy Snow, Blizzard, Lake-Effect Snow, Winter Weather, Sleet</w:t>
            </w:r>
          </w:p>
        </w:tc>
        <w:tc>
          <w:tcPr>
            <w:tcW w:type="dxa" w:w="1973"/>
          </w:tcPr>
          <w:p>
            <w:pPr>
              <w:spacing w:after="0"/>
              <w:jc w:val="left"/>
            </w:pPr>
            <w:r>
              <w:rPr>
                <w:sz w:val="16"/>
              </w:rPr>
              <w:t>none in data (snowfall: local data)</w:t>
            </w:r>
          </w:p>
        </w:tc>
        <w:tc>
          <w:tcPr>
            <w:tcW w:type="dxa" w:w="1622"/>
          </w:tcPr>
          <w:p>
            <w:pPr>
              <w:spacing w:after="0"/>
              <w:jc w:val="right"/>
            </w:pPr>
            <w:r>
              <w:rPr>
                <w:sz w:val="16"/>
              </w:rPr>
              <w:t>19 records, 1996 to 2026 (19 zone-level)</w:t>
            </w:r>
          </w:p>
        </w:tc>
        <w:tc>
          <w:tcPr>
            <w:tcW w:type="dxa" w:w="1429"/>
          </w:tcPr>
          <w:p>
            <w:pPr>
              <w:spacing w:after="0"/>
              <w:jc w:val="left"/>
            </w:pPr>
          </w:p>
        </w:tc>
        <w:tc>
          <w:tcPr>
            <w:tcW w:type="dxa" w:w="1463"/>
          </w:tcPr>
          <w:p>
            <w:pPr>
              <w:spacing w:after="0"/>
              <w:jc w:val="left"/>
            </w:pPr>
            <w:r>
              <w:rPr>
                <w:sz w:val="16"/>
              </w:rPr>
              <w:t>No damage reported in 19 records.</w:t>
            </w:r>
          </w:p>
        </w:tc>
        <w:tc>
          <w:tcPr>
            <w:tcW w:type="dxa" w:w="1685"/>
          </w:tcPr>
          <w:p>
            <w:pPr>
              <w:spacing w:after="0"/>
              <w:jc w:val="left"/>
            </w:pPr>
          </w:p>
        </w:tc>
        <w:tc>
          <w:tcPr>
            <w:tcW w:type="dxa" w:w="2297"/>
          </w:tcPr>
          <w:p>
            <w:pPr>
              <w:spacing w:after="0"/>
              <w:jc w:val="left"/>
            </w:pPr>
            <w:r>
              <w:rPr>
                <w:sz w:val="16"/>
              </w:rPr>
              <w:t>Countywide (zone-level records).</w:t>
            </w:r>
          </w:p>
        </w:tc>
        <w:tc>
          <w:tcPr>
            <w:tcW w:type="dxa" w:w="1656"/>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19 declarations covering 15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51"/>
        <w:gridCol w:w="2771"/>
        <w:gridCol w:w="2233"/>
        <w:gridCol w:w="1908"/>
        <w:gridCol w:w="2064"/>
        <w:gridCol w:w="875"/>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51"/>
            <w:shd w:val="clear" w:color="auto" w:fill="E8E8E8"/>
          </w:tcPr>
          <w:p>
            <w:pPr>
              <w:spacing w:after="0"/>
              <w:jc w:val="left"/>
            </w:pPr>
            <w:r>
              <w:rPr>
                <w:b/>
                <w:sz w:val="16"/>
              </w:rPr>
              <w:t>Type</w:t>
            </w:r>
          </w:p>
        </w:tc>
        <w:tc>
          <w:tcPr>
            <w:tcW w:type="dxa" w:w="2771"/>
            <w:shd w:val="clear" w:color="auto" w:fill="E8E8E8"/>
          </w:tcPr>
          <w:p>
            <w:pPr>
              <w:spacing w:after="0"/>
              <w:jc w:val="left"/>
            </w:pPr>
            <w:r>
              <w:rPr>
                <w:b/>
                <w:sz w:val="16"/>
              </w:rPr>
              <w:t>Title</w:t>
            </w:r>
          </w:p>
        </w:tc>
        <w:tc>
          <w:tcPr>
            <w:tcW w:type="dxa" w:w="2233"/>
            <w:shd w:val="clear" w:color="auto" w:fill="E8E8E8"/>
          </w:tcPr>
          <w:p>
            <w:pPr>
              <w:spacing w:after="0"/>
              <w:jc w:val="left"/>
            </w:pPr>
            <w:r>
              <w:rPr>
                <w:b/>
                <w:sz w:val="16"/>
              </w:rPr>
              <w:t>Mapped hazard</w:t>
            </w:r>
          </w:p>
        </w:tc>
        <w:tc>
          <w:tcPr>
            <w:tcW w:type="dxa" w:w="190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064"/>
            <w:shd w:val="clear" w:color="auto" w:fill="E8E8E8"/>
          </w:tcPr>
          <w:p>
            <w:pPr>
              <w:spacing w:after="0"/>
              <w:jc w:val="left"/>
            </w:pPr>
            <w:r>
              <w:rPr>
                <w:b/>
                <w:sz w:val="16"/>
              </w:rPr>
              <w:t>Flags</w:t>
            </w:r>
          </w:p>
        </w:tc>
        <w:tc>
          <w:tcPr>
            <w:tcW w:type="dxa" w:w="875"/>
            <w:shd w:val="clear" w:color="auto" w:fill="E8E8E8"/>
          </w:tcPr>
          <w:p>
            <w:pPr>
              <w:spacing w:after="0"/>
              <w:jc w:val="left"/>
            </w:pPr>
            <w:r>
              <w:rPr>
                <w:b/>
                <w:sz w:val="16"/>
              </w:rPr>
              <w:t>Notes</w:t>
            </w:r>
          </w:p>
        </w:tc>
      </w:tr>
      <w:tr>
        <w:trPr>
          <w:cantSplit/>
        </w:trPr>
        <w:tc>
          <w:tcPr>
            <w:tcW w:type="dxa" w:w="1037"/>
          </w:tcPr>
          <w:p>
            <w:pPr>
              <w:spacing w:after="0"/>
              <w:jc w:val="left"/>
            </w:pPr>
            <w:r>
              <w:rPr>
                <w:sz w:val="16"/>
              </w:rPr>
              <w:t>2026-09-01</w:t>
            </w:r>
          </w:p>
        </w:tc>
        <w:tc>
          <w:tcPr>
            <w:tcW w:type="dxa" w:w="1037"/>
          </w:tcPr>
          <w:p>
            <w:pPr>
              <w:spacing w:after="0"/>
              <w:jc w:val="left"/>
            </w:pPr>
            <w:r>
              <w:rPr>
                <w:sz w:val="16"/>
              </w:rPr>
              <w:t>2026-06-26</w:t>
            </w:r>
          </w:p>
        </w:tc>
        <w:tc>
          <w:tcPr>
            <w:tcW w:type="dxa" w:w="1037"/>
          </w:tcPr>
          <w:p>
            <w:pPr>
              <w:spacing w:after="0"/>
              <w:jc w:val="left"/>
            </w:pPr>
            <w:r>
              <w:rPr>
                <w:sz w:val="16"/>
              </w:rPr>
              <w:t>DR-4937-KY</w:t>
            </w:r>
          </w:p>
        </w:tc>
        <w:tc>
          <w:tcPr>
            <w:tcW w:type="dxa" w:w="1151"/>
          </w:tcPr>
          <w:p>
            <w:pPr>
              <w:spacing w:after="0"/>
              <w:jc w:val="left"/>
            </w:pPr>
            <w:r>
              <w:rPr>
                <w:sz w:val="16"/>
              </w:rPr>
              <w:t>Major disaster</w:t>
            </w:r>
          </w:p>
        </w:tc>
        <w:tc>
          <w:tcPr>
            <w:tcW w:type="dxa" w:w="2771"/>
          </w:tcPr>
          <w:p>
            <w:pPr>
              <w:spacing w:after="0"/>
              <w:jc w:val="left"/>
            </w:pPr>
            <w:r>
              <w:rPr>
                <w:sz w:val="16"/>
              </w:rPr>
              <w:t>Severe Storms, Straight-Line Winds, Flooding, Landslides, and Mudslides</w:t>
            </w:r>
          </w:p>
        </w:tc>
        <w:tc>
          <w:tcPr>
            <w:tcW w:type="dxa" w:w="2233"/>
          </w:tcPr>
          <w:p>
            <w:pPr>
              <w:spacing w:after="0"/>
              <w:jc w:val="left"/>
            </w:pPr>
            <w:r>
              <w:rPr>
                <w:sz w:val="16"/>
              </w:rPr>
              <w:t>Inland Flooding; Landslide; Strong Wind</w:t>
            </w:r>
          </w:p>
        </w:tc>
        <w:tc>
          <w:tcPr>
            <w:tcW w:type="dxa" w:w="1908"/>
          </w:tcPr>
          <w:p>
            <w:pPr>
              <w:spacing w:after="0"/>
              <w:jc w:val="right"/>
            </w:pPr>
            <w:r>
              <w:rPr>
                <w:sz w:val="16"/>
              </w:rPr>
              <w:t>not yet in FEMA's PA summaries (they cover declarations through 2026-06-30)</w:t>
            </w:r>
          </w:p>
        </w:tc>
        <w:tc>
          <w:tcPr>
            <w:tcW w:type="dxa" w:w="2064"/>
          </w:tcPr>
          <w:p>
            <w:pPr>
              <w:spacing w:after="0"/>
              <w:jc w:val="left"/>
            </w:pPr>
            <w:r>
              <w:rPr>
                <w:sz w:val="16"/>
              </w:rPr>
              <w:t>new since last plan; within last 5 years</w:t>
            </w:r>
          </w:p>
        </w:tc>
        <w:tc>
          <w:tcPr>
            <w:tcW w:type="dxa" w:w="875"/>
          </w:tcPr>
          <w:p>
            <w:pPr>
              <w:spacing w:after="0"/>
              <w:jc w:val="left"/>
            </w:pPr>
          </w:p>
        </w:tc>
      </w:tr>
      <w:tr>
        <w:trPr>
          <w:cantSplit/>
        </w:trPr>
        <w:tc>
          <w:tcPr>
            <w:tcW w:type="dxa" w:w="1037"/>
          </w:tcPr>
          <w:p>
            <w:pPr>
              <w:spacing w:after="0"/>
              <w:jc w:val="left"/>
            </w:pPr>
            <w:r>
              <w:rPr>
                <w:sz w:val="16"/>
              </w:rPr>
              <w:t>2026-05-29</w:t>
            </w:r>
          </w:p>
        </w:tc>
        <w:tc>
          <w:tcPr>
            <w:tcW w:type="dxa" w:w="1037"/>
          </w:tcPr>
          <w:p>
            <w:pPr>
              <w:spacing w:after="0"/>
              <w:jc w:val="left"/>
            </w:pPr>
            <w:r>
              <w:rPr>
                <w:sz w:val="16"/>
              </w:rPr>
              <w:t>2026-01-23</w:t>
            </w:r>
          </w:p>
        </w:tc>
        <w:tc>
          <w:tcPr>
            <w:tcW w:type="dxa" w:w="1037"/>
          </w:tcPr>
          <w:p>
            <w:pPr>
              <w:spacing w:after="0"/>
              <w:jc w:val="left"/>
            </w:pPr>
            <w:r>
              <w:rPr>
                <w:sz w:val="16"/>
              </w:rPr>
              <w:t>DR-4913-KY</w:t>
            </w:r>
          </w:p>
        </w:tc>
        <w:tc>
          <w:tcPr>
            <w:tcW w:type="dxa" w:w="1151"/>
          </w:tcPr>
          <w:p>
            <w:pPr>
              <w:spacing w:after="0"/>
              <w:jc w:val="left"/>
            </w:pPr>
            <w:r>
              <w:rPr>
                <w:sz w:val="16"/>
              </w:rPr>
              <w:t>Major disaster</w:t>
            </w:r>
          </w:p>
        </w:tc>
        <w:tc>
          <w:tcPr>
            <w:tcW w:type="dxa" w:w="2771"/>
          </w:tcPr>
          <w:p>
            <w:pPr>
              <w:spacing w:after="0"/>
              <w:jc w:val="left"/>
            </w:pPr>
            <w:r>
              <w:rPr>
                <w:sz w:val="16"/>
              </w:rPr>
              <w:t>Severe Winter Storm</w:t>
            </w:r>
          </w:p>
        </w:tc>
        <w:tc>
          <w:tcPr>
            <w:tcW w:type="dxa" w:w="2233"/>
          </w:tcPr>
          <w:p>
            <w:pPr>
              <w:spacing w:after="0"/>
              <w:jc w:val="left"/>
            </w:pPr>
            <w:r>
              <w:rPr>
                <w:sz w:val="16"/>
              </w:rPr>
              <w:t>Winter Weather</w:t>
            </w:r>
          </w:p>
        </w:tc>
        <w:tc>
          <w:tcPr>
            <w:tcW w:type="dxa" w:w="1908"/>
          </w:tcPr>
          <w:p>
            <w:pPr>
              <w:spacing w:after="0"/>
              <w:jc w:val="right"/>
            </w:pPr>
            <w:r>
              <w:rPr>
                <w:sz w:val="16"/>
              </w:rPr>
              <w:t>no Public Assistance recorded</w:t>
            </w:r>
          </w:p>
        </w:tc>
        <w:tc>
          <w:tcPr>
            <w:tcW w:type="dxa" w:w="2064"/>
          </w:tcPr>
          <w:p>
            <w:pPr>
              <w:spacing w:after="0"/>
              <w:jc w:val="left"/>
            </w:pPr>
            <w:r>
              <w:rPr>
                <w:sz w:val="16"/>
              </w:rPr>
              <w:t>new since last plan; within last 5 years</w:t>
            </w:r>
          </w:p>
        </w:tc>
        <w:tc>
          <w:tcPr>
            <w:tcW w:type="dxa" w:w="875"/>
          </w:tcPr>
          <w:p>
            <w:pPr>
              <w:spacing w:after="0"/>
              <w:jc w:val="left"/>
            </w:pP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EM-3633-KY</w:t>
            </w:r>
          </w:p>
        </w:tc>
        <w:tc>
          <w:tcPr>
            <w:tcW w:type="dxa" w:w="1151"/>
          </w:tcPr>
          <w:p>
            <w:pPr>
              <w:spacing w:after="0"/>
              <w:jc w:val="left"/>
            </w:pPr>
            <w:r>
              <w:rPr>
                <w:sz w:val="16"/>
              </w:rPr>
              <w:t>Emergency</w:t>
            </w:r>
          </w:p>
        </w:tc>
        <w:tc>
          <w:tcPr>
            <w:tcW w:type="dxa" w:w="2771"/>
          </w:tcPr>
          <w:p>
            <w:pPr>
              <w:spacing w:after="0"/>
              <w:jc w:val="left"/>
            </w:pPr>
            <w:r>
              <w:rPr>
                <w:sz w:val="16"/>
              </w:rPr>
              <w:t>Severe Winter Storm</w:t>
            </w:r>
          </w:p>
        </w:tc>
        <w:tc>
          <w:tcPr>
            <w:tcW w:type="dxa" w:w="2233"/>
          </w:tcPr>
          <w:p>
            <w:pPr>
              <w:spacing w:after="0"/>
              <w:jc w:val="left"/>
            </w:pPr>
            <w:r>
              <w:rPr>
                <w:sz w:val="16"/>
              </w:rPr>
              <w:t>Winter Weather</w:t>
            </w:r>
          </w:p>
        </w:tc>
        <w:tc>
          <w:tcPr>
            <w:tcW w:type="dxa" w:w="1908"/>
          </w:tcPr>
          <w:p>
            <w:pPr>
              <w:spacing w:after="0"/>
              <w:jc w:val="right"/>
            </w:pPr>
            <w:r>
              <w:rPr>
                <w:sz w:val="16"/>
              </w:rPr>
              <w:t>no Public Assistance recorded</w:t>
            </w:r>
          </w:p>
        </w:tc>
        <w:tc>
          <w:tcPr>
            <w:tcW w:type="dxa" w:w="2064"/>
          </w:tcPr>
          <w:p>
            <w:pPr>
              <w:spacing w:after="0"/>
              <w:jc w:val="left"/>
            </w:pPr>
            <w:r>
              <w:rPr>
                <w:sz w:val="16"/>
              </w:rPr>
              <w:t>new since last plan; within last 5 years</w:t>
            </w:r>
          </w:p>
        </w:tc>
        <w:tc>
          <w:tcPr>
            <w:tcW w:type="dxa" w:w="875"/>
          </w:tcPr>
          <w:p>
            <w:pPr>
              <w:spacing w:after="0"/>
              <w:jc w:val="left"/>
            </w:pPr>
            <w:r>
              <w:rPr>
                <w:sz w:val="16"/>
              </w:rPr>
              <w:t>same incident as DR-4913</w:t>
            </w:r>
          </w:p>
        </w:tc>
      </w:tr>
      <w:tr>
        <w:trPr>
          <w:cantSplit/>
        </w:trPr>
        <w:tc>
          <w:tcPr>
            <w:tcW w:type="dxa" w:w="1037"/>
          </w:tcPr>
          <w:p>
            <w:pPr>
              <w:spacing w:after="0"/>
              <w:jc w:val="left"/>
            </w:pPr>
            <w:r>
              <w:rPr>
                <w:sz w:val="16"/>
              </w:rPr>
              <w:t>2025-05-23</w:t>
            </w:r>
          </w:p>
        </w:tc>
        <w:tc>
          <w:tcPr>
            <w:tcW w:type="dxa" w:w="1037"/>
          </w:tcPr>
          <w:p>
            <w:pPr>
              <w:spacing w:after="0"/>
              <w:jc w:val="left"/>
            </w:pPr>
            <w:r>
              <w:rPr>
                <w:sz w:val="16"/>
              </w:rPr>
              <w:t>2025-05-16</w:t>
            </w:r>
          </w:p>
        </w:tc>
        <w:tc>
          <w:tcPr>
            <w:tcW w:type="dxa" w:w="1037"/>
          </w:tcPr>
          <w:p>
            <w:pPr>
              <w:spacing w:after="0"/>
              <w:jc w:val="left"/>
            </w:pPr>
            <w:r>
              <w:rPr>
                <w:sz w:val="16"/>
              </w:rPr>
              <w:t>DR-4875-KY</w:t>
            </w:r>
          </w:p>
        </w:tc>
        <w:tc>
          <w:tcPr>
            <w:tcW w:type="dxa" w:w="1151"/>
          </w:tcPr>
          <w:p>
            <w:pPr>
              <w:spacing w:after="0"/>
              <w:jc w:val="left"/>
            </w:pPr>
            <w:r>
              <w:rPr>
                <w:sz w:val="16"/>
              </w:rPr>
              <w:t>Major disaster</w:t>
            </w:r>
          </w:p>
        </w:tc>
        <w:tc>
          <w:tcPr>
            <w:tcW w:type="dxa" w:w="2771"/>
          </w:tcPr>
          <w:p>
            <w:pPr>
              <w:spacing w:after="0"/>
              <w:jc w:val="left"/>
            </w:pPr>
            <w:r>
              <w:rPr>
                <w:sz w:val="16"/>
              </w:rPr>
              <w:t>Severe Storms, Straight-Line Winds, and Tornadoes</w:t>
            </w:r>
          </w:p>
        </w:tc>
        <w:tc>
          <w:tcPr>
            <w:tcW w:type="dxa" w:w="2233"/>
          </w:tcPr>
          <w:p>
            <w:pPr>
              <w:spacing w:after="0"/>
              <w:jc w:val="left"/>
            </w:pPr>
            <w:r>
              <w:rPr>
                <w:sz w:val="16"/>
              </w:rPr>
              <w:t>Inland Flooding; Landslide; Strong Wind; Tornado</w:t>
            </w:r>
          </w:p>
        </w:tc>
        <w:tc>
          <w:tcPr>
            <w:tcW w:type="dxa" w:w="1908"/>
          </w:tcPr>
          <w:p>
            <w:pPr>
              <w:spacing w:after="0"/>
              <w:jc w:val="right"/>
            </w:pPr>
            <w:r>
              <w:rPr>
                <w:sz w:val="16"/>
              </w:rPr>
              <w:t>no Public Assistance recorded</w:t>
            </w:r>
          </w:p>
        </w:tc>
        <w:tc>
          <w:tcPr>
            <w:tcW w:type="dxa" w:w="2064"/>
          </w:tcPr>
          <w:p>
            <w:pPr>
              <w:spacing w:after="0"/>
              <w:jc w:val="left"/>
            </w:pPr>
            <w:r>
              <w:rPr>
                <w:sz w:val="16"/>
              </w:rPr>
              <w:t>new since last plan; within last 5 years</w:t>
            </w:r>
          </w:p>
        </w:tc>
        <w:tc>
          <w:tcPr>
            <w:tcW w:type="dxa" w:w="875"/>
          </w:tcPr>
          <w:p>
            <w:pPr>
              <w:spacing w:after="0"/>
              <w:jc w:val="left"/>
            </w:pPr>
          </w:p>
        </w:tc>
      </w:tr>
      <w:tr>
        <w:trPr>
          <w:cantSplit/>
        </w:trPr>
        <w:tc>
          <w:tcPr>
            <w:tcW w:type="dxa" w:w="1037"/>
          </w:tcPr>
          <w:p>
            <w:pPr>
              <w:spacing w:after="0"/>
              <w:jc w:val="left"/>
            </w:pPr>
            <w:r>
              <w:rPr>
                <w:sz w:val="16"/>
              </w:rPr>
              <w:t>2025-04-03</w:t>
            </w:r>
          </w:p>
        </w:tc>
        <w:tc>
          <w:tcPr>
            <w:tcW w:type="dxa" w:w="1037"/>
          </w:tcPr>
          <w:p>
            <w:pPr>
              <w:spacing w:after="0"/>
              <w:jc w:val="left"/>
            </w:pPr>
            <w:r>
              <w:rPr>
                <w:sz w:val="16"/>
              </w:rPr>
              <w:t>2025-04-02</w:t>
            </w:r>
          </w:p>
        </w:tc>
        <w:tc>
          <w:tcPr>
            <w:tcW w:type="dxa" w:w="1037"/>
          </w:tcPr>
          <w:p>
            <w:pPr>
              <w:spacing w:after="0"/>
              <w:jc w:val="left"/>
            </w:pPr>
            <w:r>
              <w:rPr>
                <w:sz w:val="16"/>
              </w:rPr>
              <w:t>EM-3626-KY</w:t>
            </w:r>
          </w:p>
        </w:tc>
        <w:tc>
          <w:tcPr>
            <w:tcW w:type="dxa" w:w="1151"/>
          </w:tcPr>
          <w:p>
            <w:pPr>
              <w:spacing w:after="0"/>
              <w:jc w:val="left"/>
            </w:pPr>
            <w:r>
              <w:rPr>
                <w:sz w:val="16"/>
              </w:rPr>
              <w:t>Emergency</w:t>
            </w:r>
          </w:p>
        </w:tc>
        <w:tc>
          <w:tcPr>
            <w:tcW w:type="dxa" w:w="2771"/>
          </w:tcPr>
          <w:p>
            <w:pPr>
              <w:spacing w:after="0"/>
              <w:jc w:val="left"/>
            </w:pPr>
            <w:r>
              <w:rPr>
                <w:sz w:val="16"/>
              </w:rPr>
              <w:t>Severe Storms, Straight-Line Winds, Tornadoes, and Flooding</w:t>
            </w:r>
          </w:p>
        </w:tc>
        <w:tc>
          <w:tcPr>
            <w:tcW w:type="dxa" w:w="2233"/>
          </w:tcPr>
          <w:p>
            <w:pPr>
              <w:spacing w:after="0"/>
              <w:jc w:val="left"/>
            </w:pPr>
            <w:r>
              <w:rPr>
                <w:sz w:val="16"/>
              </w:rPr>
              <w:t>Inland Flooding; Strong Wind; Tornado</w:t>
            </w:r>
          </w:p>
        </w:tc>
        <w:tc>
          <w:tcPr>
            <w:tcW w:type="dxa" w:w="1908"/>
          </w:tcPr>
          <w:p>
            <w:pPr>
              <w:spacing w:after="0"/>
              <w:jc w:val="right"/>
            </w:pPr>
            <w:r>
              <w:rPr>
                <w:sz w:val="16"/>
              </w:rPr>
              <w:t>no Public Assistance recorded</w:t>
            </w:r>
          </w:p>
        </w:tc>
        <w:tc>
          <w:tcPr>
            <w:tcW w:type="dxa" w:w="2064"/>
          </w:tcPr>
          <w:p>
            <w:pPr>
              <w:spacing w:after="0"/>
              <w:jc w:val="left"/>
            </w:pPr>
            <w:r>
              <w:rPr>
                <w:sz w:val="16"/>
              </w:rPr>
              <w:t>new since last plan; within last 5 years</w:t>
            </w:r>
          </w:p>
        </w:tc>
        <w:tc>
          <w:tcPr>
            <w:tcW w:type="dxa" w:w="875"/>
          </w:tcPr>
          <w:p>
            <w:pPr>
              <w:spacing w:after="0"/>
              <w:jc w:val="left"/>
            </w:pPr>
          </w:p>
        </w:tc>
      </w:tr>
      <w:tr>
        <w:trPr>
          <w:cantSplit/>
        </w:trPr>
        <w:tc>
          <w:tcPr>
            <w:tcW w:type="dxa" w:w="1037"/>
          </w:tcPr>
          <w:p>
            <w:pPr>
              <w:spacing w:after="0"/>
              <w:jc w:val="left"/>
            </w:pPr>
            <w:r>
              <w:rPr>
                <w:sz w:val="16"/>
              </w:rPr>
              <w:t>2025-02-16</w:t>
            </w:r>
          </w:p>
        </w:tc>
        <w:tc>
          <w:tcPr>
            <w:tcW w:type="dxa" w:w="1037"/>
          </w:tcPr>
          <w:p>
            <w:pPr>
              <w:spacing w:after="0"/>
              <w:jc w:val="left"/>
            </w:pPr>
            <w:r>
              <w:rPr>
                <w:sz w:val="16"/>
              </w:rPr>
              <w:t>2025-02-14</w:t>
            </w:r>
          </w:p>
        </w:tc>
        <w:tc>
          <w:tcPr>
            <w:tcW w:type="dxa" w:w="1037"/>
          </w:tcPr>
          <w:p>
            <w:pPr>
              <w:spacing w:after="0"/>
              <w:jc w:val="left"/>
            </w:pPr>
            <w:r>
              <w:rPr>
                <w:sz w:val="16"/>
              </w:rPr>
              <w:t>EM-3624-KY</w:t>
            </w:r>
          </w:p>
        </w:tc>
        <w:tc>
          <w:tcPr>
            <w:tcW w:type="dxa" w:w="1151"/>
          </w:tcPr>
          <w:p>
            <w:pPr>
              <w:spacing w:after="0"/>
              <w:jc w:val="left"/>
            </w:pPr>
            <w:r>
              <w:rPr>
                <w:sz w:val="16"/>
              </w:rPr>
              <w:t>Emergency</w:t>
            </w:r>
          </w:p>
        </w:tc>
        <w:tc>
          <w:tcPr>
            <w:tcW w:type="dxa" w:w="2771"/>
          </w:tcPr>
          <w:p>
            <w:pPr>
              <w:spacing w:after="0"/>
              <w:jc w:val="left"/>
            </w:pPr>
            <w:r>
              <w:rPr>
                <w:sz w:val="16"/>
              </w:rPr>
              <w:t>Severe Storms, Straight-Line Winds, Flooding, and Landslides</w:t>
            </w:r>
          </w:p>
        </w:tc>
        <w:tc>
          <w:tcPr>
            <w:tcW w:type="dxa" w:w="2233"/>
          </w:tcPr>
          <w:p>
            <w:pPr>
              <w:spacing w:after="0"/>
              <w:jc w:val="left"/>
            </w:pPr>
            <w:r>
              <w:rPr>
                <w:sz w:val="16"/>
              </w:rPr>
              <w:t>Inland Flooding; Landslide; Strong Wind</w:t>
            </w:r>
          </w:p>
        </w:tc>
        <w:tc>
          <w:tcPr>
            <w:tcW w:type="dxa" w:w="1908"/>
          </w:tcPr>
          <w:p>
            <w:pPr>
              <w:spacing w:after="0"/>
              <w:jc w:val="right"/>
            </w:pPr>
            <w:r>
              <w:rPr>
                <w:sz w:val="16"/>
              </w:rPr>
              <w:t>no Public Assistance recorded</w:t>
            </w:r>
          </w:p>
        </w:tc>
        <w:tc>
          <w:tcPr>
            <w:tcW w:type="dxa" w:w="2064"/>
          </w:tcPr>
          <w:p>
            <w:pPr>
              <w:spacing w:after="0"/>
              <w:jc w:val="left"/>
            </w:pPr>
            <w:r>
              <w:rPr>
                <w:sz w:val="16"/>
              </w:rPr>
              <w:t>new since last plan; within last 5 years</w:t>
            </w:r>
          </w:p>
        </w:tc>
        <w:tc>
          <w:tcPr>
            <w:tcW w:type="dxa" w:w="875"/>
          </w:tcPr>
          <w:p>
            <w:pPr>
              <w:spacing w:after="0"/>
              <w:jc w:val="left"/>
            </w:pPr>
          </w:p>
        </w:tc>
      </w:tr>
      <w:tr>
        <w:trPr>
          <w:cantSplit/>
        </w:trPr>
        <w:tc>
          <w:tcPr>
            <w:tcW w:type="dxa" w:w="1037"/>
          </w:tcPr>
          <w:p>
            <w:pPr>
              <w:spacing w:after="0"/>
              <w:jc w:val="left"/>
            </w:pPr>
            <w:r>
              <w:rPr>
                <w:sz w:val="16"/>
              </w:rPr>
              <w:t>2024-07-23</w:t>
            </w:r>
          </w:p>
        </w:tc>
        <w:tc>
          <w:tcPr>
            <w:tcW w:type="dxa" w:w="1037"/>
          </w:tcPr>
          <w:p>
            <w:pPr>
              <w:spacing w:after="0"/>
              <w:jc w:val="left"/>
            </w:pPr>
            <w:r>
              <w:rPr>
                <w:sz w:val="16"/>
              </w:rPr>
              <w:t>2024-05-21</w:t>
            </w:r>
          </w:p>
        </w:tc>
        <w:tc>
          <w:tcPr>
            <w:tcW w:type="dxa" w:w="1037"/>
          </w:tcPr>
          <w:p>
            <w:pPr>
              <w:spacing w:after="0"/>
              <w:jc w:val="left"/>
            </w:pPr>
            <w:r>
              <w:rPr>
                <w:sz w:val="16"/>
              </w:rPr>
              <w:t>DR-4804-KY</w:t>
            </w:r>
          </w:p>
        </w:tc>
        <w:tc>
          <w:tcPr>
            <w:tcW w:type="dxa" w:w="1151"/>
          </w:tcPr>
          <w:p>
            <w:pPr>
              <w:spacing w:after="0"/>
              <w:jc w:val="left"/>
            </w:pPr>
            <w:r>
              <w:rPr>
                <w:sz w:val="16"/>
              </w:rPr>
              <w:t>Major disaster</w:t>
            </w:r>
          </w:p>
        </w:tc>
        <w:tc>
          <w:tcPr>
            <w:tcW w:type="dxa" w:w="2771"/>
          </w:tcPr>
          <w:p>
            <w:pPr>
              <w:spacing w:after="0"/>
              <w:jc w:val="left"/>
            </w:pPr>
            <w:r>
              <w:rPr>
                <w:sz w:val="16"/>
              </w:rPr>
              <w:t>Severe Storms, Straight-Line Winds, Tornadoes, Landslides, and Mudslides</w:t>
            </w:r>
          </w:p>
        </w:tc>
        <w:tc>
          <w:tcPr>
            <w:tcW w:type="dxa" w:w="2233"/>
          </w:tcPr>
          <w:p>
            <w:pPr>
              <w:spacing w:after="0"/>
              <w:jc w:val="left"/>
            </w:pPr>
            <w:r>
              <w:rPr>
                <w:sz w:val="16"/>
              </w:rPr>
              <w:t>Landslide; Strong Wind; Tornado</w:t>
            </w:r>
          </w:p>
        </w:tc>
        <w:tc>
          <w:tcPr>
            <w:tcW w:type="dxa" w:w="1908"/>
          </w:tcPr>
          <w:p>
            <w:pPr>
              <w:spacing w:after="0"/>
              <w:jc w:val="right"/>
            </w:pPr>
            <w:r>
              <w:rPr>
                <w:sz w:val="16"/>
              </w:rPr>
              <w:t>no Public Assistance recorded</w:t>
            </w:r>
          </w:p>
        </w:tc>
        <w:tc>
          <w:tcPr>
            <w:tcW w:type="dxa" w:w="2064"/>
          </w:tcPr>
          <w:p>
            <w:pPr>
              <w:spacing w:after="0"/>
              <w:jc w:val="left"/>
            </w:pPr>
            <w:r>
              <w:rPr>
                <w:sz w:val="16"/>
              </w:rPr>
              <w:t>new since last plan; within last 5 years</w:t>
            </w:r>
          </w:p>
        </w:tc>
        <w:tc>
          <w:tcPr>
            <w:tcW w:type="dxa" w:w="875"/>
          </w:tcPr>
          <w:p>
            <w:pPr>
              <w:spacing w:after="0"/>
              <w:jc w:val="left"/>
            </w:pPr>
          </w:p>
        </w:tc>
      </w:tr>
      <w:tr>
        <w:trPr>
          <w:cantSplit/>
        </w:trPr>
        <w:tc>
          <w:tcPr>
            <w:tcW w:type="dxa" w:w="1037"/>
          </w:tcPr>
          <w:p>
            <w:pPr>
              <w:spacing w:after="0"/>
              <w:jc w:val="left"/>
            </w:pPr>
            <w:r>
              <w:rPr>
                <w:sz w:val="16"/>
              </w:rPr>
              <w:t>2023-04-10</w:t>
            </w:r>
          </w:p>
        </w:tc>
        <w:tc>
          <w:tcPr>
            <w:tcW w:type="dxa" w:w="1037"/>
          </w:tcPr>
          <w:p>
            <w:pPr>
              <w:spacing w:after="0"/>
              <w:jc w:val="left"/>
            </w:pPr>
            <w:r>
              <w:rPr>
                <w:sz w:val="16"/>
              </w:rPr>
              <w:t>2023-03-03</w:t>
            </w:r>
          </w:p>
        </w:tc>
        <w:tc>
          <w:tcPr>
            <w:tcW w:type="dxa" w:w="1037"/>
          </w:tcPr>
          <w:p>
            <w:pPr>
              <w:spacing w:after="0"/>
              <w:jc w:val="left"/>
            </w:pPr>
            <w:r>
              <w:rPr>
                <w:sz w:val="16"/>
              </w:rPr>
              <w:t>DR-4702-KY</w:t>
            </w:r>
          </w:p>
        </w:tc>
        <w:tc>
          <w:tcPr>
            <w:tcW w:type="dxa" w:w="1151"/>
          </w:tcPr>
          <w:p>
            <w:pPr>
              <w:spacing w:after="0"/>
              <w:jc w:val="left"/>
            </w:pPr>
            <w:r>
              <w:rPr>
                <w:sz w:val="16"/>
              </w:rPr>
              <w:t>Major disaster</w:t>
            </w:r>
          </w:p>
        </w:tc>
        <w:tc>
          <w:tcPr>
            <w:tcW w:type="dxa" w:w="2771"/>
          </w:tcPr>
          <w:p>
            <w:pPr>
              <w:spacing w:after="0"/>
              <w:jc w:val="left"/>
            </w:pPr>
            <w:r>
              <w:rPr>
                <w:sz w:val="16"/>
              </w:rPr>
              <w:t>Severe Storms, Straight-Line Winds, Tornadoes, Flooding, Landslides, and Mudslides</w:t>
            </w:r>
          </w:p>
        </w:tc>
        <w:tc>
          <w:tcPr>
            <w:tcW w:type="dxa" w:w="2233"/>
          </w:tcPr>
          <w:p>
            <w:pPr>
              <w:spacing w:after="0"/>
              <w:jc w:val="left"/>
            </w:pPr>
            <w:r>
              <w:rPr>
                <w:sz w:val="16"/>
              </w:rPr>
              <w:t>Inland Flooding; Landslide; Strong Wind; Tornado</w:t>
            </w:r>
          </w:p>
        </w:tc>
        <w:tc>
          <w:tcPr>
            <w:tcW w:type="dxa" w:w="1908"/>
          </w:tcPr>
          <w:p>
            <w:pPr>
              <w:spacing w:after="0"/>
              <w:jc w:val="right"/>
            </w:pPr>
            <w:r>
              <w:rPr>
                <w:sz w:val="16"/>
              </w:rPr>
              <w:t>no Public Assistance recorded</w:t>
            </w:r>
          </w:p>
        </w:tc>
        <w:tc>
          <w:tcPr>
            <w:tcW w:type="dxa" w:w="2064"/>
          </w:tcPr>
          <w:p>
            <w:pPr>
              <w:spacing w:after="0"/>
              <w:jc w:val="left"/>
            </w:pPr>
            <w:r>
              <w:rPr>
                <w:sz w:val="16"/>
              </w:rPr>
              <w:t>new since last plan; within last 5 years</w:t>
            </w:r>
          </w:p>
        </w:tc>
        <w:tc>
          <w:tcPr>
            <w:tcW w:type="dxa" w:w="875"/>
          </w:tcPr>
          <w:p>
            <w:pPr>
              <w:spacing w:after="0"/>
              <w:jc w:val="left"/>
            </w:pPr>
          </w:p>
        </w:tc>
      </w:tr>
      <w:tr>
        <w:trPr>
          <w:cantSplit/>
        </w:trPr>
        <w:tc>
          <w:tcPr>
            <w:tcW w:type="dxa" w:w="1037"/>
          </w:tcPr>
          <w:p>
            <w:pPr>
              <w:spacing w:after="0"/>
              <w:jc w:val="left"/>
            </w:pPr>
            <w:r>
              <w:rPr>
                <w:sz w:val="16"/>
              </w:rPr>
              <w:t>2021-03-31</w:t>
            </w:r>
          </w:p>
        </w:tc>
        <w:tc>
          <w:tcPr>
            <w:tcW w:type="dxa" w:w="1037"/>
          </w:tcPr>
          <w:p>
            <w:pPr>
              <w:spacing w:after="0"/>
              <w:jc w:val="left"/>
            </w:pPr>
            <w:r>
              <w:rPr>
                <w:sz w:val="16"/>
              </w:rPr>
              <w:t>2021-02-08</w:t>
            </w:r>
          </w:p>
        </w:tc>
        <w:tc>
          <w:tcPr>
            <w:tcW w:type="dxa" w:w="1037"/>
          </w:tcPr>
          <w:p>
            <w:pPr>
              <w:spacing w:after="0"/>
              <w:jc w:val="left"/>
            </w:pPr>
            <w:r>
              <w:rPr>
                <w:sz w:val="16"/>
              </w:rPr>
              <w:t>DR-4592-KY</w:t>
            </w:r>
          </w:p>
        </w:tc>
        <w:tc>
          <w:tcPr>
            <w:tcW w:type="dxa" w:w="1151"/>
          </w:tcPr>
          <w:p>
            <w:pPr>
              <w:spacing w:after="0"/>
              <w:jc w:val="left"/>
            </w:pPr>
            <w:r>
              <w:rPr>
                <w:sz w:val="16"/>
              </w:rPr>
              <w:t>Major disaster</w:t>
            </w:r>
          </w:p>
        </w:tc>
        <w:tc>
          <w:tcPr>
            <w:tcW w:type="dxa" w:w="2771"/>
          </w:tcPr>
          <w:p>
            <w:pPr>
              <w:spacing w:after="0"/>
              <w:jc w:val="left"/>
            </w:pPr>
            <w:r>
              <w:rPr>
                <w:sz w:val="16"/>
              </w:rPr>
              <w:t>Severe Winter Storms, Landslides, and Mudslides</w:t>
            </w:r>
          </w:p>
        </w:tc>
        <w:tc>
          <w:tcPr>
            <w:tcW w:type="dxa" w:w="2233"/>
          </w:tcPr>
          <w:p>
            <w:pPr>
              <w:spacing w:after="0"/>
              <w:jc w:val="left"/>
            </w:pPr>
            <w:r>
              <w:rPr>
                <w:sz w:val="16"/>
              </w:rPr>
              <w:t>Ice Storm</w:t>
            </w:r>
          </w:p>
        </w:tc>
        <w:tc>
          <w:tcPr>
            <w:tcW w:type="dxa" w:w="1908"/>
          </w:tcPr>
          <w:p>
            <w:pPr>
              <w:spacing w:after="0"/>
              <w:jc w:val="right"/>
            </w:pPr>
            <w:r>
              <w:rPr>
                <w:sz w:val="16"/>
              </w:rPr>
              <w:t>no Public Assistance recorded</w:t>
            </w:r>
          </w:p>
        </w:tc>
        <w:tc>
          <w:tcPr>
            <w:tcW w:type="dxa" w:w="2064"/>
          </w:tcPr>
          <w:p>
            <w:pPr>
              <w:spacing w:after="0"/>
              <w:jc w:val="left"/>
            </w:pPr>
            <w:r>
              <w:rPr>
                <w:sz w:val="16"/>
              </w:rPr>
              <w:t>new since last plan</w:t>
            </w:r>
          </w:p>
        </w:tc>
        <w:tc>
          <w:tcPr>
            <w:tcW w:type="dxa" w:w="875"/>
          </w:tcPr>
          <w:p>
            <w:pPr>
              <w:spacing w:after="0"/>
              <w:jc w:val="left"/>
            </w:pPr>
          </w:p>
        </w:tc>
      </w:tr>
      <w:tr>
        <w:trPr>
          <w:cantSplit/>
        </w:trPr>
        <w:tc>
          <w:tcPr>
            <w:tcW w:type="dxa" w:w="1037"/>
          </w:tcPr>
          <w:p>
            <w:pPr>
              <w:spacing w:after="0"/>
              <w:jc w:val="left"/>
            </w:pPr>
            <w:r>
              <w:rPr>
                <w:sz w:val="16"/>
              </w:rPr>
              <w:t>2020-03-28</w:t>
            </w:r>
          </w:p>
        </w:tc>
        <w:tc>
          <w:tcPr>
            <w:tcW w:type="dxa" w:w="1037"/>
          </w:tcPr>
          <w:p>
            <w:pPr>
              <w:spacing w:after="0"/>
              <w:jc w:val="left"/>
            </w:pPr>
            <w:r>
              <w:rPr>
                <w:sz w:val="16"/>
              </w:rPr>
              <w:t>2020-01-20</w:t>
            </w:r>
          </w:p>
        </w:tc>
        <w:tc>
          <w:tcPr>
            <w:tcW w:type="dxa" w:w="1037"/>
          </w:tcPr>
          <w:p>
            <w:pPr>
              <w:spacing w:after="0"/>
              <w:jc w:val="left"/>
            </w:pPr>
            <w:r>
              <w:rPr>
                <w:sz w:val="16"/>
              </w:rPr>
              <w:t>DR-4497-KY</w:t>
            </w:r>
          </w:p>
        </w:tc>
        <w:tc>
          <w:tcPr>
            <w:tcW w:type="dxa" w:w="1151"/>
          </w:tcPr>
          <w:p>
            <w:pPr>
              <w:spacing w:after="0"/>
              <w:jc w:val="left"/>
            </w:pPr>
            <w:r>
              <w:rPr>
                <w:sz w:val="16"/>
              </w:rPr>
              <w:t>Major disaster</w:t>
            </w:r>
          </w:p>
        </w:tc>
        <w:tc>
          <w:tcPr>
            <w:tcW w:type="dxa" w:w="2771"/>
          </w:tcPr>
          <w:p>
            <w:pPr>
              <w:spacing w:after="0"/>
              <w:jc w:val="left"/>
            </w:pPr>
            <w:r>
              <w:rPr>
                <w:sz w:val="16"/>
              </w:rPr>
              <w:t>COVID-19 Pandemic</w:t>
            </w:r>
          </w:p>
        </w:tc>
        <w:tc>
          <w:tcPr>
            <w:tcW w:type="dxa" w:w="2233"/>
          </w:tcPr>
          <w:p>
            <w:pPr>
              <w:spacing w:after="0"/>
              <w:jc w:val="left"/>
            </w:pPr>
            <w:r>
              <w:rPr>
                <w:sz w:val="16"/>
              </w:rPr>
              <w:t>Non-natural, not counted</w:t>
            </w:r>
          </w:p>
        </w:tc>
        <w:tc>
          <w:tcPr>
            <w:tcW w:type="dxa" w:w="1908"/>
          </w:tcPr>
          <w:p>
            <w:pPr>
              <w:spacing w:after="0"/>
              <w:jc w:val="right"/>
            </w:pPr>
            <w:r>
              <w:rPr>
                <w:sz w:val="16"/>
              </w:rPr>
              <w:t>no Public Assistance recorded</w:t>
            </w:r>
          </w:p>
        </w:tc>
        <w:tc>
          <w:tcPr>
            <w:tcW w:type="dxa" w:w="2064"/>
          </w:tcPr>
          <w:p>
            <w:pPr>
              <w:spacing w:after="0"/>
              <w:jc w:val="left"/>
            </w:pPr>
            <w:r>
              <w:rPr>
                <w:sz w:val="16"/>
              </w:rPr>
              <w:t>new since last plan</w:t>
            </w:r>
          </w:p>
        </w:tc>
        <w:tc>
          <w:tcPr>
            <w:tcW w:type="dxa" w:w="875"/>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EM-3469-KY</w:t>
            </w:r>
          </w:p>
        </w:tc>
        <w:tc>
          <w:tcPr>
            <w:tcW w:type="dxa" w:w="1151"/>
          </w:tcPr>
          <w:p>
            <w:pPr>
              <w:spacing w:after="0"/>
              <w:jc w:val="left"/>
            </w:pPr>
            <w:r>
              <w:rPr>
                <w:sz w:val="16"/>
              </w:rPr>
              <w:t>Emergency</w:t>
            </w:r>
          </w:p>
        </w:tc>
        <w:tc>
          <w:tcPr>
            <w:tcW w:type="dxa" w:w="2771"/>
          </w:tcPr>
          <w:p>
            <w:pPr>
              <w:spacing w:after="0"/>
              <w:jc w:val="left"/>
            </w:pPr>
            <w:r>
              <w:rPr>
                <w:sz w:val="16"/>
              </w:rPr>
              <w:t>COVID-19</w:t>
            </w:r>
          </w:p>
        </w:tc>
        <w:tc>
          <w:tcPr>
            <w:tcW w:type="dxa" w:w="2233"/>
          </w:tcPr>
          <w:p>
            <w:pPr>
              <w:spacing w:after="0"/>
              <w:jc w:val="left"/>
            </w:pPr>
            <w:r>
              <w:rPr>
                <w:sz w:val="16"/>
              </w:rPr>
              <w:t>Non-natural, not counted</w:t>
            </w:r>
          </w:p>
        </w:tc>
        <w:tc>
          <w:tcPr>
            <w:tcW w:type="dxa" w:w="1908"/>
          </w:tcPr>
          <w:p>
            <w:pPr>
              <w:spacing w:after="0"/>
              <w:jc w:val="right"/>
            </w:pPr>
            <w:r>
              <w:rPr>
                <w:sz w:val="16"/>
              </w:rPr>
              <w:t>no Public Assistance recorded</w:t>
            </w:r>
          </w:p>
        </w:tc>
        <w:tc>
          <w:tcPr>
            <w:tcW w:type="dxa" w:w="2064"/>
          </w:tcPr>
          <w:p>
            <w:pPr>
              <w:spacing w:after="0"/>
              <w:jc w:val="left"/>
            </w:pPr>
            <w:r>
              <w:rPr>
                <w:sz w:val="16"/>
              </w:rPr>
              <w:t>new since last plan</w:t>
            </w:r>
          </w:p>
        </w:tc>
        <w:tc>
          <w:tcPr>
            <w:tcW w:type="dxa" w:w="875"/>
          </w:tcPr>
          <w:p>
            <w:pPr>
              <w:spacing w:after="0"/>
              <w:jc w:val="left"/>
            </w:pPr>
            <w:r>
              <w:rPr>
                <w:sz w:val="16"/>
              </w:rPr>
              <w:t>same incident as DR-4497</w:t>
            </w:r>
          </w:p>
        </w:tc>
      </w:tr>
      <w:tr>
        <w:trPr>
          <w:cantSplit/>
        </w:trPr>
        <w:tc>
          <w:tcPr>
            <w:tcW w:type="dxa" w:w="1037"/>
          </w:tcPr>
          <w:p>
            <w:pPr>
              <w:spacing w:after="0"/>
              <w:jc w:val="left"/>
            </w:pPr>
            <w:r>
              <w:rPr>
                <w:sz w:val="16"/>
              </w:rPr>
              <w:t>2010-05-11</w:t>
            </w:r>
          </w:p>
        </w:tc>
        <w:tc>
          <w:tcPr>
            <w:tcW w:type="dxa" w:w="1037"/>
          </w:tcPr>
          <w:p>
            <w:pPr>
              <w:spacing w:after="0"/>
              <w:jc w:val="left"/>
            </w:pPr>
            <w:r>
              <w:rPr>
                <w:sz w:val="16"/>
              </w:rPr>
              <w:t>2010-05-01</w:t>
            </w:r>
          </w:p>
        </w:tc>
        <w:tc>
          <w:tcPr>
            <w:tcW w:type="dxa" w:w="1037"/>
          </w:tcPr>
          <w:p>
            <w:pPr>
              <w:spacing w:after="0"/>
              <w:jc w:val="left"/>
            </w:pPr>
            <w:r>
              <w:rPr>
                <w:sz w:val="16"/>
              </w:rPr>
              <w:t>DR-1912-KY</w:t>
            </w:r>
          </w:p>
        </w:tc>
        <w:tc>
          <w:tcPr>
            <w:tcW w:type="dxa" w:w="1151"/>
          </w:tcPr>
          <w:p>
            <w:pPr>
              <w:spacing w:after="0"/>
              <w:jc w:val="left"/>
            </w:pPr>
            <w:r>
              <w:rPr>
                <w:sz w:val="16"/>
              </w:rPr>
              <w:t>Major disaster</w:t>
            </w:r>
          </w:p>
        </w:tc>
        <w:tc>
          <w:tcPr>
            <w:tcW w:type="dxa" w:w="2771"/>
          </w:tcPr>
          <w:p>
            <w:pPr>
              <w:spacing w:after="0"/>
              <w:jc w:val="left"/>
            </w:pPr>
            <w:r>
              <w:rPr>
                <w:sz w:val="16"/>
              </w:rPr>
              <w:t>Severe Storms, Flooding, Mudslides, and Tornadoes</w:t>
            </w:r>
          </w:p>
        </w:tc>
        <w:tc>
          <w:tcPr>
            <w:tcW w:type="dxa" w:w="2233"/>
          </w:tcPr>
          <w:p>
            <w:pPr>
              <w:spacing w:after="0"/>
              <w:jc w:val="left"/>
            </w:pPr>
            <w:r>
              <w:rPr>
                <w:sz w:val="16"/>
              </w:rPr>
              <w:t>Inland Flooding; Landslide; Tornado</w:t>
            </w:r>
          </w:p>
        </w:tc>
        <w:tc>
          <w:tcPr>
            <w:tcW w:type="dxa" w:w="1908"/>
          </w:tcPr>
          <w:p>
            <w:pPr>
              <w:spacing w:after="0"/>
              <w:jc w:val="right"/>
            </w:pPr>
            <w:r>
              <w:rPr>
                <w:sz w:val="16"/>
              </w:rPr>
              <w:t>$24,112.31</w:t>
            </w:r>
          </w:p>
        </w:tc>
        <w:tc>
          <w:tcPr>
            <w:tcW w:type="dxa" w:w="2064"/>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EM-3231-KY</w:t>
            </w:r>
          </w:p>
        </w:tc>
        <w:tc>
          <w:tcPr>
            <w:tcW w:type="dxa" w:w="1151"/>
          </w:tcPr>
          <w:p>
            <w:pPr>
              <w:spacing w:after="0"/>
              <w:jc w:val="left"/>
            </w:pPr>
            <w:r>
              <w:rPr>
                <w:sz w:val="16"/>
              </w:rPr>
              <w:t>Emergency</w:t>
            </w:r>
          </w:p>
        </w:tc>
        <w:tc>
          <w:tcPr>
            <w:tcW w:type="dxa" w:w="2771"/>
          </w:tcPr>
          <w:p>
            <w:pPr>
              <w:spacing w:after="0"/>
              <w:jc w:val="left"/>
            </w:pPr>
            <w:r>
              <w:rPr>
                <w:sz w:val="16"/>
              </w:rPr>
              <w:t>Hurricane Katrina</w:t>
            </w:r>
          </w:p>
        </w:tc>
        <w:tc>
          <w:tcPr>
            <w:tcW w:type="dxa" w:w="2233"/>
          </w:tcPr>
          <w:p>
            <w:pPr>
              <w:spacing w:after="0"/>
              <w:jc w:val="left"/>
            </w:pPr>
            <w:r>
              <w:rPr>
                <w:sz w:val="16"/>
              </w:rPr>
              <w:t>Hurricane: evacuation support, not a local hazard event; not counted</w:t>
            </w:r>
          </w:p>
        </w:tc>
        <w:tc>
          <w:tcPr>
            <w:tcW w:type="dxa" w:w="1908"/>
          </w:tcPr>
          <w:p>
            <w:pPr>
              <w:spacing w:after="0"/>
              <w:jc w:val="right"/>
            </w:pPr>
            <w:r>
              <w:rPr>
                <w:sz w:val="16"/>
              </w:rPr>
              <w:t>no Public Assistance recorded</w:t>
            </w:r>
          </w:p>
        </w:tc>
        <w:tc>
          <w:tcPr>
            <w:tcW w:type="dxa" w:w="2064"/>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2004-08-06</w:t>
            </w:r>
          </w:p>
        </w:tc>
        <w:tc>
          <w:tcPr>
            <w:tcW w:type="dxa" w:w="1037"/>
          </w:tcPr>
          <w:p>
            <w:pPr>
              <w:spacing w:after="0"/>
              <w:jc w:val="left"/>
            </w:pPr>
            <w:r>
              <w:rPr>
                <w:sz w:val="16"/>
              </w:rPr>
              <w:t>2004-07-13</w:t>
            </w:r>
          </w:p>
        </w:tc>
        <w:tc>
          <w:tcPr>
            <w:tcW w:type="dxa" w:w="1037"/>
          </w:tcPr>
          <w:p>
            <w:pPr>
              <w:spacing w:after="0"/>
              <w:jc w:val="left"/>
            </w:pPr>
            <w:r>
              <w:rPr>
                <w:sz w:val="16"/>
              </w:rPr>
              <w:t>DR-1537-KY</w:t>
            </w:r>
          </w:p>
        </w:tc>
        <w:tc>
          <w:tcPr>
            <w:tcW w:type="dxa" w:w="1151"/>
          </w:tcPr>
          <w:p>
            <w:pPr>
              <w:spacing w:after="0"/>
              <w:jc w:val="left"/>
            </w:pPr>
            <w:r>
              <w:rPr>
                <w:sz w:val="16"/>
              </w:rPr>
              <w:t>Major disaster</w:t>
            </w:r>
          </w:p>
        </w:tc>
        <w:tc>
          <w:tcPr>
            <w:tcW w:type="dxa" w:w="2771"/>
          </w:tcPr>
          <w:p>
            <w:pPr>
              <w:spacing w:after="0"/>
              <w:jc w:val="left"/>
            </w:pPr>
            <w:r>
              <w:rPr>
                <w:sz w:val="16"/>
              </w:rPr>
              <w:t>Severe Storms and Flooding</w:t>
            </w:r>
          </w:p>
        </w:tc>
        <w:tc>
          <w:tcPr>
            <w:tcW w:type="dxa" w:w="2233"/>
          </w:tcPr>
          <w:p>
            <w:pPr>
              <w:spacing w:after="0"/>
              <w:jc w:val="left"/>
            </w:pPr>
            <w:r>
              <w:rPr>
                <w:sz w:val="16"/>
              </w:rPr>
              <w:t>Inland Flooding</w:t>
            </w:r>
          </w:p>
        </w:tc>
        <w:tc>
          <w:tcPr>
            <w:tcW w:type="dxa" w:w="1908"/>
          </w:tcPr>
          <w:p>
            <w:pPr>
              <w:spacing w:after="0"/>
              <w:jc w:val="right"/>
            </w:pPr>
            <w:r>
              <w:rPr>
                <w:sz w:val="16"/>
              </w:rPr>
              <w:t>$17,473.19</w:t>
            </w:r>
          </w:p>
        </w:tc>
        <w:tc>
          <w:tcPr>
            <w:tcW w:type="dxa" w:w="2064"/>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1998-03-03</w:t>
            </w:r>
          </w:p>
        </w:tc>
        <w:tc>
          <w:tcPr>
            <w:tcW w:type="dxa" w:w="1037"/>
          </w:tcPr>
          <w:p>
            <w:pPr>
              <w:spacing w:after="0"/>
              <w:jc w:val="left"/>
            </w:pPr>
            <w:r>
              <w:rPr>
                <w:sz w:val="16"/>
              </w:rPr>
              <w:t>1998-02-04</w:t>
            </w:r>
          </w:p>
        </w:tc>
        <w:tc>
          <w:tcPr>
            <w:tcW w:type="dxa" w:w="1037"/>
          </w:tcPr>
          <w:p>
            <w:pPr>
              <w:spacing w:after="0"/>
              <w:jc w:val="left"/>
            </w:pPr>
            <w:r>
              <w:rPr>
                <w:sz w:val="16"/>
              </w:rPr>
              <w:t>DR-1207-KY</w:t>
            </w:r>
          </w:p>
        </w:tc>
        <w:tc>
          <w:tcPr>
            <w:tcW w:type="dxa" w:w="1151"/>
          </w:tcPr>
          <w:p>
            <w:pPr>
              <w:spacing w:after="0"/>
              <w:jc w:val="left"/>
            </w:pPr>
            <w:r>
              <w:rPr>
                <w:sz w:val="16"/>
              </w:rPr>
              <w:t>Major disaster</w:t>
            </w:r>
          </w:p>
        </w:tc>
        <w:tc>
          <w:tcPr>
            <w:tcW w:type="dxa" w:w="2771"/>
          </w:tcPr>
          <w:p>
            <w:pPr>
              <w:spacing w:after="0"/>
              <w:jc w:val="left"/>
            </w:pPr>
            <w:r>
              <w:rPr>
                <w:sz w:val="16"/>
              </w:rPr>
              <w:t>Severe Winter Storm</w:t>
            </w:r>
          </w:p>
        </w:tc>
        <w:tc>
          <w:tcPr>
            <w:tcW w:type="dxa" w:w="2233"/>
          </w:tcPr>
          <w:p>
            <w:pPr>
              <w:spacing w:after="0"/>
              <w:jc w:val="left"/>
            </w:pPr>
            <w:r>
              <w:rPr>
                <w:sz w:val="16"/>
              </w:rPr>
              <w:t>Winter Weather</w:t>
            </w:r>
          </w:p>
        </w:tc>
        <w:tc>
          <w:tcPr>
            <w:tcW w:type="dxa" w:w="1908"/>
          </w:tcPr>
          <w:p>
            <w:pPr>
              <w:spacing w:after="0"/>
              <w:jc w:val="right"/>
            </w:pPr>
            <w:r>
              <w:rPr>
                <w:sz w:val="16"/>
              </w:rPr>
              <w:t>no Public Assistance recorded</w:t>
            </w:r>
          </w:p>
        </w:tc>
        <w:tc>
          <w:tcPr>
            <w:tcW w:type="dxa" w:w="2064"/>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1996-01-05</w:t>
            </w:r>
          </w:p>
        </w:tc>
        <w:tc>
          <w:tcPr>
            <w:tcW w:type="dxa" w:w="1037"/>
          </w:tcPr>
          <w:p>
            <w:pPr>
              <w:spacing w:after="0"/>
              <w:jc w:val="left"/>
            </w:pPr>
            <w:r>
              <w:rPr>
                <w:sz w:val="16"/>
              </w:rPr>
              <w:t>DR-1089-KY</w:t>
            </w:r>
          </w:p>
        </w:tc>
        <w:tc>
          <w:tcPr>
            <w:tcW w:type="dxa" w:w="1151"/>
          </w:tcPr>
          <w:p>
            <w:pPr>
              <w:spacing w:after="0"/>
              <w:jc w:val="left"/>
            </w:pPr>
            <w:r>
              <w:rPr>
                <w:sz w:val="16"/>
              </w:rPr>
              <w:t>Major disaster</w:t>
            </w:r>
          </w:p>
        </w:tc>
        <w:tc>
          <w:tcPr>
            <w:tcW w:type="dxa" w:w="2771"/>
          </w:tcPr>
          <w:p>
            <w:pPr>
              <w:spacing w:after="0"/>
              <w:jc w:val="left"/>
            </w:pPr>
            <w:r>
              <w:rPr>
                <w:sz w:val="16"/>
              </w:rPr>
              <w:t>Blizzard of 96</w:t>
            </w:r>
          </w:p>
        </w:tc>
        <w:tc>
          <w:tcPr>
            <w:tcW w:type="dxa" w:w="2233"/>
          </w:tcPr>
          <w:p>
            <w:pPr>
              <w:spacing w:after="0"/>
              <w:jc w:val="left"/>
            </w:pPr>
            <w:r>
              <w:rPr>
                <w:sz w:val="16"/>
              </w:rPr>
              <w:t>Winter Weather</w:t>
            </w:r>
          </w:p>
        </w:tc>
        <w:tc>
          <w:tcPr>
            <w:tcW w:type="dxa" w:w="1908"/>
          </w:tcPr>
          <w:p>
            <w:pPr>
              <w:spacing w:after="0"/>
              <w:jc w:val="right"/>
            </w:pPr>
            <w:r>
              <w:rPr>
                <w:sz w:val="16"/>
              </w:rPr>
              <w:t>no Public Assistance recorded</w:t>
            </w:r>
          </w:p>
        </w:tc>
        <w:tc>
          <w:tcPr>
            <w:tcW w:type="dxa" w:w="2064"/>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1994-03-16</w:t>
            </w:r>
          </w:p>
        </w:tc>
        <w:tc>
          <w:tcPr>
            <w:tcW w:type="dxa" w:w="1037"/>
          </w:tcPr>
          <w:p>
            <w:pPr>
              <w:spacing w:after="0"/>
              <w:jc w:val="left"/>
            </w:pPr>
            <w:r>
              <w:rPr>
                <w:sz w:val="16"/>
              </w:rPr>
              <w:t>1994-02-09</w:t>
            </w:r>
          </w:p>
        </w:tc>
        <w:tc>
          <w:tcPr>
            <w:tcW w:type="dxa" w:w="1037"/>
          </w:tcPr>
          <w:p>
            <w:pPr>
              <w:spacing w:after="0"/>
              <w:jc w:val="left"/>
            </w:pPr>
            <w:r>
              <w:rPr>
                <w:sz w:val="16"/>
              </w:rPr>
              <w:t>DR-1018-KY</w:t>
            </w:r>
          </w:p>
        </w:tc>
        <w:tc>
          <w:tcPr>
            <w:tcW w:type="dxa" w:w="1151"/>
          </w:tcPr>
          <w:p>
            <w:pPr>
              <w:spacing w:after="0"/>
              <w:jc w:val="left"/>
            </w:pPr>
            <w:r>
              <w:rPr>
                <w:sz w:val="16"/>
              </w:rPr>
              <w:t>Major disaster</w:t>
            </w:r>
          </w:p>
        </w:tc>
        <w:tc>
          <w:tcPr>
            <w:tcW w:type="dxa" w:w="2771"/>
          </w:tcPr>
          <w:p>
            <w:pPr>
              <w:spacing w:after="0"/>
              <w:jc w:val="left"/>
            </w:pPr>
            <w:r>
              <w:rPr>
                <w:sz w:val="16"/>
              </w:rPr>
              <w:t>Severe Weather, Freezing Rain, Sleet, Snw</w:t>
            </w:r>
          </w:p>
        </w:tc>
        <w:tc>
          <w:tcPr>
            <w:tcW w:type="dxa" w:w="2233"/>
          </w:tcPr>
          <w:p>
            <w:pPr>
              <w:spacing w:after="0"/>
              <w:jc w:val="left"/>
            </w:pPr>
            <w:r>
              <w:rPr>
                <w:sz w:val="16"/>
              </w:rPr>
              <w:t>Winter Weather</w:t>
            </w:r>
          </w:p>
        </w:tc>
        <w:tc>
          <w:tcPr>
            <w:tcW w:type="dxa" w:w="1908"/>
          </w:tcPr>
          <w:p>
            <w:pPr>
              <w:spacing w:after="0"/>
              <w:jc w:val="right"/>
            </w:pPr>
            <w:r>
              <w:rPr>
                <w:sz w:val="16"/>
              </w:rPr>
              <w:t>no Public Assistance recorded</w:t>
            </w:r>
          </w:p>
        </w:tc>
        <w:tc>
          <w:tcPr>
            <w:tcW w:type="dxa" w:w="2064"/>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1993-03-16</w:t>
            </w:r>
          </w:p>
        </w:tc>
        <w:tc>
          <w:tcPr>
            <w:tcW w:type="dxa" w:w="1037"/>
          </w:tcPr>
          <w:p>
            <w:pPr>
              <w:spacing w:after="0"/>
              <w:jc w:val="left"/>
            </w:pPr>
            <w:r>
              <w:rPr>
                <w:sz w:val="16"/>
              </w:rPr>
              <w:t>1993-03-13</w:t>
            </w:r>
          </w:p>
        </w:tc>
        <w:tc>
          <w:tcPr>
            <w:tcW w:type="dxa" w:w="1037"/>
          </w:tcPr>
          <w:p>
            <w:pPr>
              <w:spacing w:after="0"/>
              <w:jc w:val="left"/>
            </w:pPr>
            <w:r>
              <w:rPr>
                <w:sz w:val="16"/>
              </w:rPr>
              <w:t>EM-3104-KY</w:t>
            </w:r>
          </w:p>
        </w:tc>
        <w:tc>
          <w:tcPr>
            <w:tcW w:type="dxa" w:w="1151"/>
          </w:tcPr>
          <w:p>
            <w:pPr>
              <w:spacing w:after="0"/>
              <w:jc w:val="left"/>
            </w:pPr>
            <w:r>
              <w:rPr>
                <w:sz w:val="16"/>
              </w:rPr>
              <w:t>Emergency</w:t>
            </w:r>
          </w:p>
        </w:tc>
        <w:tc>
          <w:tcPr>
            <w:tcW w:type="dxa" w:w="2771"/>
          </w:tcPr>
          <w:p>
            <w:pPr>
              <w:spacing w:after="0"/>
              <w:jc w:val="left"/>
            </w:pPr>
            <w:r>
              <w:rPr>
                <w:sz w:val="16"/>
              </w:rPr>
              <w:t>Severe Snowfall &amp; Winter Storm</w:t>
            </w:r>
          </w:p>
        </w:tc>
        <w:tc>
          <w:tcPr>
            <w:tcW w:type="dxa" w:w="2233"/>
          </w:tcPr>
          <w:p>
            <w:pPr>
              <w:spacing w:after="0"/>
              <w:jc w:val="left"/>
            </w:pPr>
            <w:r>
              <w:rPr>
                <w:sz w:val="16"/>
              </w:rPr>
              <w:t>Winter Weather</w:t>
            </w:r>
          </w:p>
        </w:tc>
        <w:tc>
          <w:tcPr>
            <w:tcW w:type="dxa" w:w="1908"/>
          </w:tcPr>
          <w:p>
            <w:pPr>
              <w:spacing w:after="0"/>
              <w:jc w:val="right"/>
            </w:pPr>
            <w:r>
              <w:rPr>
                <w:sz w:val="16"/>
              </w:rPr>
              <w:t>no Public Assistance recorded</w:t>
            </w:r>
          </w:p>
        </w:tc>
        <w:tc>
          <w:tcPr>
            <w:tcW w:type="dxa" w:w="2064"/>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1974-04-04</w:t>
            </w:r>
          </w:p>
        </w:tc>
        <w:tc>
          <w:tcPr>
            <w:tcW w:type="dxa" w:w="1037"/>
          </w:tcPr>
          <w:p>
            <w:pPr>
              <w:spacing w:after="0"/>
              <w:jc w:val="left"/>
            </w:pPr>
            <w:r>
              <w:rPr>
                <w:sz w:val="16"/>
              </w:rPr>
              <w:t>1974-04-04</w:t>
            </w:r>
          </w:p>
        </w:tc>
        <w:tc>
          <w:tcPr>
            <w:tcW w:type="dxa" w:w="1037"/>
          </w:tcPr>
          <w:p>
            <w:pPr>
              <w:spacing w:after="0"/>
              <w:jc w:val="left"/>
            </w:pPr>
            <w:r>
              <w:rPr>
                <w:sz w:val="16"/>
              </w:rPr>
              <w:t>DR-420-KY</w:t>
            </w:r>
          </w:p>
        </w:tc>
        <w:tc>
          <w:tcPr>
            <w:tcW w:type="dxa" w:w="1151"/>
          </w:tcPr>
          <w:p>
            <w:pPr>
              <w:spacing w:after="0"/>
              <w:jc w:val="left"/>
            </w:pPr>
            <w:r>
              <w:rPr>
                <w:sz w:val="16"/>
              </w:rPr>
              <w:t>Major disaster</w:t>
            </w:r>
          </w:p>
        </w:tc>
        <w:tc>
          <w:tcPr>
            <w:tcW w:type="dxa" w:w="2771"/>
          </w:tcPr>
          <w:p>
            <w:pPr>
              <w:spacing w:after="0"/>
              <w:jc w:val="left"/>
            </w:pPr>
            <w:r>
              <w:rPr>
                <w:sz w:val="16"/>
              </w:rPr>
              <w:t>Tornadoes</w:t>
            </w:r>
          </w:p>
        </w:tc>
        <w:tc>
          <w:tcPr>
            <w:tcW w:type="dxa" w:w="2233"/>
          </w:tcPr>
          <w:p>
            <w:pPr>
              <w:spacing w:after="0"/>
              <w:jc w:val="left"/>
            </w:pPr>
            <w:r>
              <w:rPr>
                <w:sz w:val="16"/>
              </w:rPr>
              <w:t>Tornado</w:t>
            </w:r>
          </w:p>
        </w:tc>
        <w:tc>
          <w:tcPr>
            <w:tcW w:type="dxa" w:w="1908"/>
          </w:tcPr>
          <w:p>
            <w:pPr>
              <w:spacing w:after="0"/>
              <w:jc w:val="right"/>
            </w:pPr>
            <w:r>
              <w:rPr>
                <w:sz w:val="16"/>
              </w:rPr>
              <w:t>no Public Assistance recorded</w:t>
            </w:r>
          </w:p>
        </w:tc>
        <w:tc>
          <w:tcPr>
            <w:tcW w:type="dxa" w:w="2064"/>
          </w:tcPr>
          <w:p>
            <w:pPr>
              <w:spacing w:after="0"/>
              <w:jc w:val="left"/>
            </w:pPr>
          </w:p>
        </w:tc>
        <w:tc>
          <w:tcPr>
            <w:tcW w:type="dxa" w:w="87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88"/>
        <w:gridCol w:w="1788"/>
        <w:gridCol w:w="1634"/>
        <w:gridCol w:w="2403"/>
        <w:gridCol w:w="3943"/>
        <w:gridCol w:w="2557"/>
      </w:tblGrid>
      <w:tr>
        <w:trPr>
          <w:cantSplit/>
          <w:tblHeader/>
        </w:trPr>
        <w:tc>
          <w:tcPr>
            <w:tcW w:type="dxa" w:w="1788"/>
            <w:shd w:val="clear" w:color="auto" w:fill="E8E8E8"/>
          </w:tcPr>
          <w:p>
            <w:pPr>
              <w:spacing w:after="0"/>
              <w:jc w:val="left"/>
            </w:pPr>
            <w:r>
              <w:rPr>
                <w:b/>
                <w:sz w:val="16"/>
              </w:rPr>
              <w:t>Declared</w:t>
            </w:r>
          </w:p>
        </w:tc>
        <w:tc>
          <w:tcPr>
            <w:tcW w:type="dxa" w:w="1788"/>
            <w:shd w:val="clear" w:color="auto" w:fill="E8E8E8"/>
          </w:tcPr>
          <w:p>
            <w:pPr>
              <w:spacing w:after="0"/>
              <w:jc w:val="left"/>
            </w:pPr>
            <w:r>
              <w:rPr>
                <w:b/>
                <w:sz w:val="16"/>
              </w:rPr>
              <w:t>Incident began</w:t>
            </w:r>
          </w:p>
        </w:tc>
        <w:tc>
          <w:tcPr>
            <w:tcW w:type="dxa" w:w="1634"/>
            <w:shd w:val="clear" w:color="auto" w:fill="E8E8E8"/>
          </w:tcPr>
          <w:p>
            <w:pPr>
              <w:spacing w:after="0"/>
              <w:jc w:val="left"/>
            </w:pPr>
            <w:r>
              <w:rPr>
                <w:b/>
                <w:sz w:val="16"/>
              </w:rPr>
              <w:t>FEMA number</w:t>
            </w:r>
          </w:p>
        </w:tc>
        <w:tc>
          <w:tcPr>
            <w:tcW w:type="dxa" w:w="2403"/>
            <w:shd w:val="clear" w:color="auto" w:fill="E8E8E8"/>
          </w:tcPr>
          <w:p>
            <w:pPr>
              <w:spacing w:after="0"/>
              <w:jc w:val="left"/>
            </w:pPr>
            <w:r>
              <w:rPr>
                <w:b/>
                <w:sz w:val="16"/>
              </w:rPr>
              <w:t>Type</w:t>
            </w:r>
          </w:p>
        </w:tc>
        <w:tc>
          <w:tcPr>
            <w:tcW w:type="dxa" w:w="3943"/>
            <w:shd w:val="clear" w:color="auto" w:fill="E8E8E8"/>
          </w:tcPr>
          <w:p>
            <w:pPr>
              <w:spacing w:after="0"/>
              <w:jc w:val="left"/>
            </w:pPr>
            <w:r>
              <w:rPr>
                <w:b/>
                <w:sz w:val="16"/>
              </w:rPr>
              <w:t>Title</w:t>
            </w:r>
          </w:p>
        </w:tc>
        <w:tc>
          <w:tcPr>
            <w:tcW w:type="dxa" w:w="2557"/>
            <w:shd w:val="clear" w:color="auto" w:fill="E8E8E8"/>
          </w:tcPr>
          <w:p>
            <w:pPr>
              <w:spacing w:after="0"/>
              <w:jc w:val="left"/>
            </w:pPr>
            <w:r>
              <w:rPr>
                <w:b/>
                <w:sz w:val="16"/>
              </w:rPr>
              <w:t>Mapped hazard</w:t>
            </w:r>
          </w:p>
        </w:tc>
      </w:tr>
      <w:tr>
        <w:trPr>
          <w:cantSplit/>
        </w:trPr>
        <w:tc>
          <w:tcPr>
            <w:tcW w:type="dxa" w:w="1788"/>
          </w:tcPr>
          <w:p>
            <w:pPr>
              <w:spacing w:after="0"/>
              <w:jc w:val="left"/>
            </w:pPr>
            <w:r>
              <w:rPr>
                <w:sz w:val="16"/>
              </w:rPr>
              <w:t>1964-03-17</w:t>
            </w:r>
          </w:p>
        </w:tc>
        <w:tc>
          <w:tcPr>
            <w:tcW w:type="dxa" w:w="1788"/>
          </w:tcPr>
          <w:p>
            <w:pPr>
              <w:spacing w:after="0"/>
              <w:jc w:val="left"/>
            </w:pPr>
            <w:r>
              <w:rPr>
                <w:sz w:val="16"/>
              </w:rPr>
              <w:t>1964-03-17</w:t>
            </w:r>
          </w:p>
        </w:tc>
        <w:tc>
          <w:tcPr>
            <w:tcW w:type="dxa" w:w="1634"/>
          </w:tcPr>
          <w:p>
            <w:pPr>
              <w:spacing w:after="0"/>
              <w:jc w:val="left"/>
            </w:pPr>
            <w:r>
              <w:rPr>
                <w:sz w:val="16"/>
              </w:rPr>
              <w:t>DR-163-KY</w:t>
            </w:r>
          </w:p>
        </w:tc>
        <w:tc>
          <w:tcPr>
            <w:tcW w:type="dxa" w:w="2403"/>
          </w:tcPr>
          <w:p>
            <w:pPr>
              <w:spacing w:after="0"/>
              <w:jc w:val="left"/>
            </w:pPr>
            <w:r>
              <w:rPr>
                <w:sz w:val="16"/>
              </w:rPr>
              <w:t>Major disaster</w:t>
            </w:r>
          </w:p>
        </w:tc>
        <w:tc>
          <w:tcPr>
            <w:tcW w:type="dxa" w:w="3943"/>
          </w:tcPr>
          <w:p>
            <w:pPr>
              <w:spacing w:after="0"/>
              <w:jc w:val="left"/>
            </w:pPr>
            <w:r>
              <w:rPr>
                <w:sz w:val="16"/>
              </w:rPr>
              <w:t>Severe Storms &amp; Flooding</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1963-03-13</w:t>
            </w:r>
          </w:p>
        </w:tc>
        <w:tc>
          <w:tcPr>
            <w:tcW w:type="dxa" w:w="1788"/>
          </w:tcPr>
          <w:p>
            <w:pPr>
              <w:spacing w:after="0"/>
              <w:jc w:val="left"/>
            </w:pPr>
            <w:r>
              <w:rPr>
                <w:sz w:val="16"/>
              </w:rPr>
              <w:t>1963-03-13</w:t>
            </w:r>
          </w:p>
        </w:tc>
        <w:tc>
          <w:tcPr>
            <w:tcW w:type="dxa" w:w="1634"/>
          </w:tcPr>
          <w:p>
            <w:pPr>
              <w:spacing w:after="0"/>
              <w:jc w:val="left"/>
            </w:pPr>
            <w:r>
              <w:rPr>
                <w:sz w:val="16"/>
              </w:rPr>
              <w:t>DR-148-KY</w:t>
            </w:r>
          </w:p>
        </w:tc>
        <w:tc>
          <w:tcPr>
            <w:tcW w:type="dxa" w:w="2403"/>
          </w:tcPr>
          <w:p>
            <w:pPr>
              <w:spacing w:after="0"/>
              <w:jc w:val="left"/>
            </w:pPr>
            <w:r>
              <w:rPr>
                <w:sz w:val="16"/>
              </w:rPr>
              <w:t>Major disaster</w:t>
            </w:r>
          </w:p>
        </w:tc>
        <w:tc>
          <w:tcPr>
            <w:tcW w:type="dxa" w:w="3943"/>
          </w:tcPr>
          <w:p>
            <w:pPr>
              <w:spacing w:after="0"/>
              <w:jc w:val="left"/>
            </w:pPr>
            <w:r>
              <w:rPr>
                <w:sz w:val="16"/>
              </w:rPr>
              <w:t>Severe Storms &amp; Flooding</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1962-03-12</w:t>
            </w:r>
          </w:p>
        </w:tc>
        <w:tc>
          <w:tcPr>
            <w:tcW w:type="dxa" w:w="1788"/>
          </w:tcPr>
          <w:p>
            <w:pPr>
              <w:spacing w:after="0"/>
              <w:jc w:val="left"/>
            </w:pPr>
            <w:r>
              <w:rPr>
                <w:sz w:val="16"/>
              </w:rPr>
              <w:t>1962-03-12</w:t>
            </w:r>
          </w:p>
        </w:tc>
        <w:tc>
          <w:tcPr>
            <w:tcW w:type="dxa" w:w="1634"/>
          </w:tcPr>
          <w:p>
            <w:pPr>
              <w:spacing w:after="0"/>
              <w:jc w:val="left"/>
            </w:pPr>
            <w:r>
              <w:rPr>
                <w:sz w:val="16"/>
              </w:rPr>
              <w:t>DR-128-KY</w:t>
            </w:r>
          </w:p>
        </w:tc>
        <w:tc>
          <w:tcPr>
            <w:tcW w:type="dxa" w:w="2403"/>
          </w:tcPr>
          <w:p>
            <w:pPr>
              <w:spacing w:after="0"/>
              <w:jc w:val="left"/>
            </w:pPr>
            <w:r>
              <w:rPr>
                <w:sz w:val="16"/>
              </w:rPr>
              <w:t>Major disaster</w:t>
            </w:r>
          </w:p>
        </w:tc>
        <w:tc>
          <w:tcPr>
            <w:tcW w:type="dxa" w:w="3943"/>
          </w:tcPr>
          <w:p>
            <w:pPr>
              <w:spacing w:after="0"/>
              <w:jc w:val="left"/>
            </w:pPr>
            <w:r>
              <w:rPr>
                <w:sz w:val="16"/>
              </w:rPr>
              <w:t>Floods</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1957-01-31</w:t>
            </w:r>
          </w:p>
        </w:tc>
        <w:tc>
          <w:tcPr>
            <w:tcW w:type="dxa" w:w="1788"/>
          </w:tcPr>
          <w:p>
            <w:pPr>
              <w:spacing w:after="0"/>
              <w:jc w:val="left"/>
            </w:pPr>
            <w:r>
              <w:rPr>
                <w:sz w:val="16"/>
              </w:rPr>
              <w:t>1957-01-31</w:t>
            </w:r>
          </w:p>
        </w:tc>
        <w:tc>
          <w:tcPr>
            <w:tcW w:type="dxa" w:w="1634"/>
          </w:tcPr>
          <w:p>
            <w:pPr>
              <w:spacing w:after="0"/>
              <w:jc w:val="left"/>
            </w:pPr>
            <w:r>
              <w:rPr>
                <w:sz w:val="16"/>
              </w:rPr>
              <w:t>DR-66-KY</w:t>
            </w:r>
          </w:p>
        </w:tc>
        <w:tc>
          <w:tcPr>
            <w:tcW w:type="dxa" w:w="2403"/>
          </w:tcPr>
          <w:p>
            <w:pPr>
              <w:spacing w:after="0"/>
              <w:jc w:val="left"/>
            </w:pPr>
            <w:r>
              <w:rPr>
                <w:sz w:val="16"/>
              </w:rPr>
              <w:t>Major disaster</w:t>
            </w:r>
          </w:p>
        </w:tc>
        <w:tc>
          <w:tcPr>
            <w:tcW w:type="dxa" w:w="3943"/>
          </w:tcPr>
          <w:p>
            <w:pPr>
              <w:spacing w:after="0"/>
              <w:jc w:val="left"/>
            </w:pPr>
            <w:r>
              <w:rPr>
                <w:sz w:val="16"/>
              </w:rPr>
              <w:t>Flood</w:t>
            </w:r>
          </w:p>
        </w:tc>
        <w:tc>
          <w:tcPr>
            <w:tcW w:type="dxa" w:w="2557"/>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4</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4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28</w:t>
            </w:r>
          </w:p>
        </w:tc>
        <w:tc>
          <w:tcPr>
            <w:tcW w:type="dxa" w:w="1159"/>
          </w:tcPr>
          <w:p>
            <w:pPr>
              <w:spacing w:after="0"/>
              <w:jc w:val="right"/>
            </w:pPr>
            <w:r>
              <w:rPr>
                <w:sz w:val="16"/>
              </w:rPr>
              <w:t>4</w:t>
            </w:r>
          </w:p>
        </w:tc>
        <w:tc>
          <w:tcPr>
            <w:tcW w:type="dxa" w:w="2116"/>
          </w:tcPr>
          <w:p>
            <w:pPr>
              <w:spacing w:after="0"/>
              <w:jc w:val="right"/>
            </w:pPr>
            <w:r>
              <w:rPr>
                <w:sz w:val="16"/>
              </w:rPr>
              <w:t>0</w:t>
            </w:r>
          </w:p>
        </w:tc>
        <w:tc>
          <w:tcPr>
            <w:tcW w:type="dxa" w:w="786"/>
          </w:tcPr>
          <w:p>
            <w:pPr>
              <w:spacing w:after="0"/>
              <w:jc w:val="right"/>
            </w:pPr>
            <w:r>
              <w:rPr>
                <w:sz w:val="16"/>
              </w:rPr>
              <w:t>4</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2</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19</w:t>
            </w:r>
          </w:p>
        </w:tc>
        <w:tc>
          <w:tcPr>
            <w:tcW w:type="dxa" w:w="1159"/>
          </w:tcPr>
          <w:p>
            <w:pPr>
              <w:spacing w:after="0"/>
              <w:jc w:val="right"/>
            </w:pPr>
            <w:r>
              <w:rPr>
                <w:sz w:val="16"/>
              </w:rPr>
              <w:t>8</w:t>
            </w:r>
          </w:p>
        </w:tc>
        <w:tc>
          <w:tcPr>
            <w:tcW w:type="dxa" w:w="2116"/>
          </w:tcPr>
          <w:p>
            <w:pPr>
              <w:spacing w:after="0"/>
              <w:jc w:val="right"/>
            </w:pPr>
            <w:r>
              <w:rPr>
                <w:sz w:val="16"/>
              </w:rPr>
              <w:t>2</w:t>
            </w:r>
          </w:p>
        </w:tc>
        <w:tc>
          <w:tcPr>
            <w:tcW w:type="dxa" w:w="786"/>
          </w:tcPr>
          <w:p>
            <w:pPr>
              <w:spacing w:after="0"/>
              <w:jc w:val="right"/>
            </w:pPr>
            <w:r>
              <w:rPr>
                <w:sz w:val="16"/>
              </w:rPr>
              <w:t>3</w:t>
            </w:r>
          </w:p>
        </w:tc>
        <w:tc>
          <w:tcPr>
            <w:tcW w:type="dxa" w:w="1692"/>
          </w:tcPr>
          <w:p>
            <w:pPr>
              <w:spacing w:after="0"/>
              <w:jc w:val="right"/>
            </w:pPr>
            <w:r>
              <w:rPr>
                <w:sz w:val="16"/>
              </w:rPr>
              <w:t>7</w:t>
            </w:r>
          </w:p>
        </w:tc>
        <w:tc>
          <w:tcPr>
            <w:tcW w:type="dxa" w:w="1372"/>
          </w:tcPr>
          <w:p>
            <w:pPr>
              <w:spacing w:after="0"/>
              <w:jc w:val="right"/>
            </w:pPr>
            <w:r>
              <w:rPr>
                <w:sz w:val="16"/>
              </w:rPr>
              <w:t>5</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6</w:t>
            </w:r>
          </w:p>
        </w:tc>
        <w:tc>
          <w:tcPr>
            <w:tcW w:type="dxa" w:w="1372"/>
          </w:tcPr>
          <w:p>
            <w:pPr>
              <w:spacing w:after="0"/>
              <w:jc w:val="right"/>
            </w:pPr>
            <w:r>
              <w:rPr>
                <w:sz w:val="16"/>
              </w:rPr>
              <w:t>5</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6 federal declared incidents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112</w:t>
            </w:r>
          </w:p>
        </w:tc>
        <w:tc>
          <w:tcPr>
            <w:tcW w:type="dxa" w:w="1159"/>
          </w:tcPr>
          <w:p>
            <w:pPr>
              <w:spacing w:after="0"/>
              <w:jc w:val="right"/>
            </w:pPr>
            <w:r>
              <w:rPr>
                <w:sz w:val="16"/>
              </w:rPr>
              <w:t>24</w:t>
            </w:r>
          </w:p>
        </w:tc>
        <w:tc>
          <w:tcPr>
            <w:tcW w:type="dxa" w:w="2116"/>
          </w:tcPr>
          <w:p>
            <w:pPr>
              <w:spacing w:after="0"/>
              <w:jc w:val="right"/>
            </w:pPr>
            <w:r>
              <w:rPr>
                <w:sz w:val="16"/>
              </w:rPr>
              <w:t>3</w:t>
            </w:r>
          </w:p>
        </w:tc>
        <w:tc>
          <w:tcPr>
            <w:tcW w:type="dxa" w:w="786"/>
          </w:tcPr>
          <w:p>
            <w:pPr>
              <w:spacing w:after="0"/>
              <w:jc w:val="right"/>
            </w:pPr>
            <w:r>
              <w:rPr>
                <w:sz w:val="16"/>
              </w:rPr>
              <w:t>16</w:t>
            </w:r>
          </w:p>
        </w:tc>
        <w:tc>
          <w:tcPr>
            <w:tcW w:type="dxa" w:w="1692"/>
          </w:tcPr>
          <w:p>
            <w:pPr>
              <w:spacing w:after="0"/>
              <w:jc w:val="right"/>
            </w:pPr>
            <w:r>
              <w:rPr>
                <w:sz w:val="16"/>
              </w:rPr>
              <w:t>6</w:t>
            </w:r>
          </w:p>
        </w:tc>
        <w:tc>
          <w:tcPr>
            <w:tcW w:type="dxa" w:w="1372"/>
          </w:tcPr>
          <w:p>
            <w:pPr>
              <w:spacing w:after="0"/>
              <w:jc w:val="right"/>
            </w:pPr>
            <w:r>
              <w:rPr>
                <w:sz w:val="16"/>
              </w:rPr>
              <w:t>6</w:t>
            </w:r>
          </w:p>
        </w:tc>
        <w:tc>
          <w:tcPr>
            <w:tcW w:type="dxa" w:w="1745"/>
          </w:tcPr>
          <w:p>
            <w:pPr>
              <w:spacing w:after="0"/>
              <w:jc w:val="left"/>
            </w:pPr>
            <w:r>
              <w:rPr>
                <w:sz w:val="16"/>
              </w:rPr>
              <w:t>1955 to 2026-06-30</w:t>
            </w:r>
          </w:p>
        </w:tc>
        <w:tc>
          <w:tcPr>
            <w:tcW w:type="dxa" w:w="1983"/>
          </w:tcPr>
          <w:p>
            <w:pPr>
              <w:spacing w:after="0"/>
              <w:jc w:val="left"/>
            </w:pPr>
            <w:r>
              <w:rPr>
                <w:sz w:val="16"/>
              </w:rPr>
              <w:t>Includes 1 High Wind record.</w:t>
            </w:r>
          </w:p>
        </w:tc>
      </w:tr>
      <w:tr>
        <w:trPr>
          <w:cantSplit/>
        </w:trPr>
        <w:tc>
          <w:tcPr>
            <w:tcW w:type="dxa" w:w="1037"/>
          </w:tcPr>
          <w:p>
            <w:pPr>
              <w:spacing w:after="0"/>
              <w:jc w:val="left"/>
            </w:pPr>
            <w:r>
              <w:rPr>
                <w:sz w:val="16"/>
              </w:rPr>
              <w:t>Tornado</w:t>
            </w:r>
          </w:p>
        </w:tc>
        <w:tc>
          <w:tcPr>
            <w:tcW w:type="dxa" w:w="2222"/>
          </w:tcPr>
          <w:p>
            <w:pPr>
              <w:spacing w:after="0"/>
              <w:jc w:val="right"/>
            </w:pPr>
            <w:r>
              <w:rPr>
                <w:sz w:val="16"/>
              </w:rPr>
              <w:t>18</w:t>
            </w:r>
          </w:p>
        </w:tc>
        <w:tc>
          <w:tcPr>
            <w:tcW w:type="dxa" w:w="1159"/>
          </w:tcPr>
          <w:p>
            <w:pPr>
              <w:spacing w:after="0"/>
              <w:jc w:val="right"/>
            </w:pPr>
            <w:r>
              <w:rPr>
                <w:sz w:val="16"/>
              </w:rPr>
              <w:t>5</w:t>
            </w:r>
          </w:p>
        </w:tc>
        <w:tc>
          <w:tcPr>
            <w:tcW w:type="dxa" w:w="2116"/>
          </w:tcPr>
          <w:p>
            <w:pPr>
              <w:spacing w:after="0"/>
              <w:jc w:val="right"/>
            </w:pPr>
            <w:r>
              <w:rPr>
                <w:sz w:val="16"/>
              </w:rPr>
              <w:t>0</w:t>
            </w:r>
          </w:p>
        </w:tc>
        <w:tc>
          <w:tcPr>
            <w:tcW w:type="dxa" w:w="786"/>
          </w:tcPr>
          <w:p>
            <w:pPr>
              <w:spacing w:after="0"/>
              <w:jc w:val="right"/>
            </w:pPr>
            <w:r>
              <w:rPr>
                <w:sz w:val="16"/>
              </w:rPr>
              <w:t>4</w:t>
            </w:r>
          </w:p>
        </w:tc>
        <w:tc>
          <w:tcPr>
            <w:tcW w:type="dxa" w:w="1692"/>
          </w:tcPr>
          <w:p>
            <w:pPr>
              <w:spacing w:after="0"/>
              <w:jc w:val="right"/>
            </w:pPr>
            <w:r>
              <w:rPr>
                <w:sz w:val="16"/>
              </w:rPr>
              <w:t>6</w:t>
            </w:r>
          </w:p>
        </w:tc>
        <w:tc>
          <w:tcPr>
            <w:tcW w:type="dxa" w:w="1372"/>
          </w:tcPr>
          <w:p>
            <w:pPr>
              <w:spacing w:after="0"/>
              <w:jc w:val="right"/>
            </w:pPr>
            <w:r>
              <w:rPr>
                <w:sz w:val="16"/>
              </w:rPr>
              <w:t>4</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19</w:t>
            </w:r>
          </w:p>
        </w:tc>
        <w:tc>
          <w:tcPr>
            <w:tcW w:type="dxa" w:w="1159"/>
          </w:tcPr>
          <w:p>
            <w:pPr>
              <w:spacing w:after="0"/>
              <w:jc w:val="right"/>
            </w:pPr>
            <w:r>
              <w:rPr>
                <w:sz w:val="16"/>
              </w:rPr>
              <w:t>5</w:t>
            </w:r>
          </w:p>
        </w:tc>
        <w:tc>
          <w:tcPr>
            <w:tcW w:type="dxa" w:w="2116"/>
          </w:tcPr>
          <w:p>
            <w:pPr>
              <w:spacing w:after="0"/>
              <w:jc w:val="right"/>
            </w:pPr>
            <w:r>
              <w:rPr>
                <w:sz w:val="16"/>
              </w:rPr>
              <w:t>1</w:t>
            </w:r>
          </w:p>
        </w:tc>
        <w:tc>
          <w:tcPr>
            <w:tcW w:type="dxa" w:w="786"/>
          </w:tcPr>
          <w:p>
            <w:pPr>
              <w:spacing w:after="0"/>
              <w:jc w:val="right"/>
            </w:pPr>
            <w:r>
              <w:rPr>
                <w:sz w:val="16"/>
              </w:rPr>
              <w:t>5</w:t>
            </w:r>
          </w:p>
        </w:tc>
        <w:tc>
          <w:tcPr>
            <w:tcW w:type="dxa" w:w="1692"/>
          </w:tcPr>
          <w:p>
            <w:pPr>
              <w:spacing w:after="0"/>
              <w:jc w:val="right"/>
            </w:pPr>
            <w:r>
              <w:rPr>
                <w:sz w:val="16"/>
              </w:rPr>
              <w:t>5</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74"/>
        <w:gridCol w:w="2693"/>
        <w:gridCol w:w="3121"/>
        <w:gridCol w:w="941"/>
        <w:gridCol w:w="1606"/>
        <w:gridCol w:w="1094"/>
        <w:gridCol w:w="2147"/>
      </w:tblGrid>
      <w:tr>
        <w:trPr>
          <w:cantSplit/>
          <w:tblHeader/>
        </w:trPr>
        <w:tc>
          <w:tcPr>
            <w:tcW w:type="dxa" w:w="1037"/>
            <w:shd w:val="clear" w:color="auto" w:fill="E8E8E8"/>
          </w:tcPr>
          <w:p>
            <w:pPr>
              <w:spacing w:after="0"/>
              <w:jc w:val="left"/>
            </w:pPr>
            <w:r>
              <w:rPr>
                <w:b/>
                <w:sz w:val="16"/>
              </w:rPr>
              <w:t>Date</w:t>
            </w:r>
          </w:p>
        </w:tc>
        <w:tc>
          <w:tcPr>
            <w:tcW w:type="dxa" w:w="1474"/>
            <w:shd w:val="clear" w:color="auto" w:fill="E8E8E8"/>
          </w:tcPr>
          <w:p>
            <w:pPr>
              <w:spacing w:after="0"/>
              <w:jc w:val="left"/>
            </w:pPr>
            <w:r>
              <w:rPr>
                <w:b/>
                <w:sz w:val="16"/>
              </w:rPr>
              <w:t>Event type</w:t>
            </w:r>
          </w:p>
        </w:tc>
        <w:tc>
          <w:tcPr>
            <w:tcW w:type="dxa" w:w="2693"/>
            <w:shd w:val="clear" w:color="auto" w:fill="E8E8E8"/>
          </w:tcPr>
          <w:p>
            <w:pPr>
              <w:spacing w:after="0"/>
              <w:jc w:val="left"/>
            </w:pPr>
            <w:r>
              <w:rPr>
                <w:b/>
                <w:sz w:val="16"/>
              </w:rPr>
              <w:t>Magnitude or extent</w:t>
            </w:r>
          </w:p>
        </w:tc>
        <w:tc>
          <w:tcPr>
            <w:tcW w:type="dxa" w:w="3121"/>
            <w:shd w:val="clear" w:color="auto" w:fill="E8E8E8"/>
          </w:tcPr>
          <w:p>
            <w:pPr>
              <w:spacing w:after="0"/>
              <w:jc w:val="left"/>
            </w:pPr>
            <w:r>
              <w:rPr>
                <w:b/>
                <w:sz w:val="16"/>
              </w:rPr>
              <w:t>Damage</w:t>
            </w:r>
          </w:p>
          <w:p>
            <w:pPr>
              <w:spacing w:after="0"/>
              <w:jc w:val="left"/>
            </w:pPr>
            <w:r>
              <w:rPr>
                <w:i/>
                <w:color w:val="555555"/>
                <w:sz w:val="14"/>
              </w:rPr>
              <w:t>nominal dollars</w:t>
            </w:r>
          </w:p>
        </w:tc>
        <w:tc>
          <w:tcPr>
            <w:tcW w:type="dxa" w:w="941"/>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1606"/>
            <w:shd w:val="clear" w:color="auto" w:fill="E8E8E8"/>
          </w:tcPr>
          <w:p>
            <w:pPr>
              <w:spacing w:after="0"/>
              <w:jc w:val="left"/>
            </w:pPr>
            <w:r>
              <w:rPr>
                <w:b/>
                <w:sz w:val="16"/>
              </w:rPr>
              <w:t>Location</w:t>
            </w:r>
          </w:p>
        </w:tc>
        <w:tc>
          <w:tcPr>
            <w:tcW w:type="dxa" w:w="1094"/>
            <w:shd w:val="clear" w:color="auto" w:fill="E8E8E8"/>
          </w:tcPr>
          <w:p>
            <w:pPr>
              <w:spacing w:after="0"/>
              <w:jc w:val="left"/>
            </w:pPr>
            <w:r>
              <w:rPr>
                <w:b/>
                <w:sz w:val="16"/>
              </w:rPr>
              <w:t>Flags</w:t>
            </w:r>
          </w:p>
        </w:tc>
        <w:tc>
          <w:tcPr>
            <w:tcW w:type="dxa" w:w="214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2023-03-03</w:t>
            </w:r>
          </w:p>
        </w:tc>
        <w:tc>
          <w:tcPr>
            <w:tcW w:type="dxa" w:w="1474"/>
          </w:tcPr>
          <w:p>
            <w:pPr>
              <w:spacing w:after="0"/>
              <w:jc w:val="left"/>
            </w:pPr>
            <w:r>
              <w:rPr>
                <w:sz w:val="16"/>
              </w:rPr>
              <w:t>High Wind</w:t>
            </w:r>
          </w:p>
        </w:tc>
        <w:tc>
          <w:tcPr>
            <w:tcW w:type="dxa" w:w="2693"/>
          </w:tcPr>
          <w:p>
            <w:pPr>
              <w:spacing w:after="0"/>
              <w:jc w:val="left"/>
            </w:pPr>
            <w:r>
              <w:rPr>
                <w:sz w:val="16"/>
              </w:rPr>
              <w:t>52 kt (60 mph) estimated gust</w:t>
            </w:r>
          </w:p>
        </w:tc>
        <w:tc>
          <w:tcPr>
            <w:tcW w:type="dxa" w:w="3121"/>
          </w:tcPr>
          <w:p>
            <w:pPr>
              <w:spacing w:after="0"/>
              <w:jc w:val="left"/>
            </w:pPr>
            <w:r>
              <w:rPr>
                <w:sz w:val="16"/>
              </w:rPr>
              <w:t>damage not reported</w:t>
            </w:r>
          </w:p>
        </w:tc>
        <w:tc>
          <w:tcPr>
            <w:tcW w:type="dxa" w:w="941"/>
          </w:tcPr>
          <w:p>
            <w:pPr>
              <w:spacing w:after="0"/>
              <w:jc w:val="right"/>
            </w:pPr>
            <w:r>
              <w:rPr>
                <w:sz w:val="16"/>
              </w:rPr>
              <w:t>0, 0</w:t>
            </w:r>
          </w:p>
        </w:tc>
        <w:tc>
          <w:tcPr>
            <w:tcW w:type="dxa" w:w="1606"/>
          </w:tcPr>
          <w:p>
            <w:pPr>
              <w:spacing w:after="0"/>
              <w:jc w:val="left"/>
            </w:pPr>
            <w:r>
              <w:rPr>
                <w:sz w:val="16"/>
              </w:rPr>
              <w:t>NWS zone KYZ082 (CLINTON), zone-level</w:t>
            </w:r>
          </w:p>
        </w:tc>
        <w:tc>
          <w:tcPr>
            <w:tcW w:type="dxa" w:w="1094"/>
          </w:tcPr>
          <w:p>
            <w:pPr>
              <w:spacing w:after="0"/>
              <w:jc w:val="left"/>
            </w:pPr>
            <w:r>
              <w:rPr>
                <w:sz w:val="16"/>
              </w:rPr>
              <w:t>new since last plan; within last 5 years</w:t>
            </w:r>
          </w:p>
        </w:tc>
        <w:tc>
          <w:tcPr>
            <w:tcW w:type="dxa" w:w="2147"/>
          </w:tcPr>
          <w:p>
            <w:pPr>
              <w:spacing w:after="0"/>
              <w:jc w:val="left"/>
            </w:pPr>
            <w:r>
              <w:rPr>
                <w:sz w:val="16"/>
              </w:rPr>
              <w:t>B1-c worst recorded: High Wind and Strong Wind</w:t>
            </w:r>
          </w:p>
        </w:tc>
      </w:tr>
      <w:tr>
        <w:trPr>
          <w:cantSplit/>
        </w:trPr>
        <w:tc>
          <w:tcPr>
            <w:tcW w:type="dxa" w:w="1037"/>
          </w:tcPr>
          <w:p>
            <w:pPr>
              <w:spacing w:after="0"/>
              <w:jc w:val="left"/>
            </w:pPr>
            <w:r>
              <w:rPr>
                <w:sz w:val="16"/>
              </w:rPr>
              <w:t>2010-05-02</w:t>
            </w:r>
          </w:p>
        </w:tc>
        <w:tc>
          <w:tcPr>
            <w:tcW w:type="dxa" w:w="1474"/>
          </w:tcPr>
          <w:p>
            <w:pPr>
              <w:spacing w:after="0"/>
              <w:jc w:val="left"/>
            </w:pPr>
            <w:r>
              <w:rPr>
                <w:sz w:val="16"/>
              </w:rPr>
              <w:t>Flash Flood</w:t>
            </w:r>
          </w:p>
        </w:tc>
        <w:tc>
          <w:tcPr>
            <w:tcW w:type="dxa" w:w="2693"/>
          </w:tcPr>
          <w:p>
            <w:pPr>
              <w:spacing w:after="0"/>
              <w:jc w:val="left"/>
            </w:pPr>
          </w:p>
        </w:tc>
        <w:tc>
          <w:tcPr>
            <w:tcW w:type="dxa" w:w="3121"/>
          </w:tcPr>
          <w:p>
            <w:pPr>
              <w:spacing w:after="0"/>
              <w:jc w:val="left"/>
            </w:pPr>
            <w:r>
              <w:rPr>
                <w:sz w:val="16"/>
              </w:rPr>
              <w:t>$100,000 property; $0 crops (2010 dollars)</w:t>
            </w:r>
          </w:p>
        </w:tc>
        <w:tc>
          <w:tcPr>
            <w:tcW w:type="dxa" w:w="941"/>
          </w:tcPr>
          <w:p>
            <w:pPr>
              <w:spacing w:after="0"/>
              <w:jc w:val="right"/>
            </w:pPr>
            <w:r>
              <w:rPr>
                <w:sz w:val="16"/>
              </w:rPr>
              <w:t>0, 0</w:t>
            </w:r>
          </w:p>
        </w:tc>
        <w:tc>
          <w:tcPr>
            <w:tcW w:type="dxa" w:w="1606"/>
          </w:tcPr>
          <w:p>
            <w:pPr>
              <w:spacing w:after="0"/>
              <w:jc w:val="left"/>
            </w:pPr>
            <w:r>
              <w:rPr>
                <w:sz w:val="16"/>
              </w:rPr>
              <w:t>WAGO to ALBANY</w:t>
            </w:r>
          </w:p>
        </w:tc>
        <w:tc>
          <w:tcPr>
            <w:tcW w:type="dxa" w:w="1094"/>
          </w:tcPr>
          <w:p>
            <w:pPr>
              <w:spacing w:after="0"/>
              <w:jc w:val="left"/>
            </w:pPr>
          </w:p>
        </w:tc>
        <w:tc>
          <w:tcPr>
            <w:tcW w:type="dxa" w:w="2147"/>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2008-04-11</w:t>
            </w:r>
          </w:p>
        </w:tc>
        <w:tc>
          <w:tcPr>
            <w:tcW w:type="dxa" w:w="1474"/>
          </w:tcPr>
          <w:p>
            <w:pPr>
              <w:spacing w:after="0"/>
              <w:jc w:val="left"/>
            </w:pPr>
            <w:r>
              <w:rPr>
                <w:sz w:val="16"/>
              </w:rPr>
              <w:t>Thunderstorm Wind</w:t>
            </w:r>
          </w:p>
        </w:tc>
        <w:tc>
          <w:tcPr>
            <w:tcW w:type="dxa" w:w="2693"/>
          </w:tcPr>
          <w:p>
            <w:pPr>
              <w:spacing w:after="0"/>
              <w:jc w:val="left"/>
            </w:pPr>
            <w:r>
              <w:rPr>
                <w:sz w:val="16"/>
              </w:rPr>
              <w:t>65 kt (75 mph) estimated gust</w:t>
            </w:r>
          </w:p>
        </w:tc>
        <w:tc>
          <w:tcPr>
            <w:tcW w:type="dxa" w:w="3121"/>
          </w:tcPr>
          <w:p>
            <w:pPr>
              <w:spacing w:after="0"/>
              <w:jc w:val="left"/>
            </w:pPr>
            <w:r>
              <w:rPr>
                <w:sz w:val="16"/>
              </w:rPr>
              <w:t>$200,000 property; $0 crops (2008 dollars)</w:t>
            </w:r>
          </w:p>
        </w:tc>
        <w:tc>
          <w:tcPr>
            <w:tcW w:type="dxa" w:w="941"/>
          </w:tcPr>
          <w:p>
            <w:pPr>
              <w:spacing w:after="0"/>
              <w:jc w:val="right"/>
            </w:pPr>
            <w:r>
              <w:rPr>
                <w:sz w:val="16"/>
              </w:rPr>
              <w:t>0, 0</w:t>
            </w:r>
          </w:p>
        </w:tc>
        <w:tc>
          <w:tcPr>
            <w:tcW w:type="dxa" w:w="1606"/>
          </w:tcPr>
          <w:p>
            <w:pPr>
              <w:spacing w:after="0"/>
              <w:jc w:val="left"/>
            </w:pPr>
            <w:r>
              <w:rPr>
                <w:sz w:val="16"/>
              </w:rPr>
              <w:t>CUMBERLAND CITY</w:t>
            </w:r>
          </w:p>
        </w:tc>
        <w:tc>
          <w:tcPr>
            <w:tcW w:type="dxa" w:w="1094"/>
          </w:tcPr>
          <w:p>
            <w:pPr>
              <w:spacing w:after="0"/>
              <w:jc w:val="left"/>
            </w:pPr>
          </w:p>
        </w:tc>
        <w:tc>
          <w:tcPr>
            <w:tcW w:type="dxa" w:w="2147"/>
          </w:tcPr>
          <w:p>
            <w:pPr>
              <w:spacing w:after="0"/>
              <w:jc w:val="left"/>
            </w:pPr>
            <w:r>
              <w:rPr>
                <w:sz w:val="16"/>
              </w:rPr>
              <w:t>large reported damage</w:t>
            </w:r>
          </w:p>
        </w:tc>
      </w:tr>
      <w:tr>
        <w:trPr>
          <w:cantSplit/>
        </w:trPr>
        <w:tc>
          <w:tcPr>
            <w:tcW w:type="dxa" w:w="1037"/>
          </w:tcPr>
          <w:p>
            <w:pPr>
              <w:spacing w:after="0"/>
              <w:jc w:val="left"/>
            </w:pPr>
            <w:r>
              <w:rPr>
                <w:sz w:val="16"/>
              </w:rPr>
              <w:t>2008-04-11</w:t>
            </w:r>
          </w:p>
        </w:tc>
        <w:tc>
          <w:tcPr>
            <w:tcW w:type="dxa" w:w="1474"/>
          </w:tcPr>
          <w:p>
            <w:pPr>
              <w:spacing w:after="0"/>
              <w:jc w:val="left"/>
            </w:pPr>
            <w:r>
              <w:rPr>
                <w:sz w:val="16"/>
              </w:rPr>
              <w:t>Hail</w:t>
            </w:r>
          </w:p>
        </w:tc>
        <w:tc>
          <w:tcPr>
            <w:tcW w:type="dxa" w:w="2693"/>
          </w:tcPr>
          <w:p>
            <w:pPr>
              <w:spacing w:after="0"/>
              <w:jc w:val="left"/>
            </w:pPr>
            <w:r>
              <w:rPr>
                <w:sz w:val="16"/>
              </w:rPr>
              <w:t>2.75 in</w:t>
            </w:r>
          </w:p>
        </w:tc>
        <w:tc>
          <w:tcPr>
            <w:tcW w:type="dxa" w:w="3121"/>
          </w:tcPr>
          <w:p>
            <w:pPr>
              <w:spacing w:after="0"/>
              <w:jc w:val="left"/>
            </w:pPr>
            <w:r>
              <w:rPr>
                <w:sz w:val="16"/>
              </w:rPr>
              <w:t>$0 property; $10,000 crops (2008 dollars)</w:t>
            </w:r>
          </w:p>
        </w:tc>
        <w:tc>
          <w:tcPr>
            <w:tcW w:type="dxa" w:w="941"/>
          </w:tcPr>
          <w:p>
            <w:pPr>
              <w:spacing w:after="0"/>
              <w:jc w:val="right"/>
            </w:pPr>
            <w:r>
              <w:rPr>
                <w:sz w:val="16"/>
              </w:rPr>
              <w:t>0, 0</w:t>
            </w:r>
          </w:p>
        </w:tc>
        <w:tc>
          <w:tcPr>
            <w:tcW w:type="dxa" w:w="1606"/>
          </w:tcPr>
          <w:p>
            <w:pPr>
              <w:spacing w:after="0"/>
              <w:jc w:val="left"/>
            </w:pPr>
            <w:r>
              <w:rPr>
                <w:sz w:val="16"/>
              </w:rPr>
              <w:t>ALBANY</w:t>
            </w:r>
          </w:p>
        </w:tc>
        <w:tc>
          <w:tcPr>
            <w:tcW w:type="dxa" w:w="1094"/>
          </w:tcPr>
          <w:p>
            <w:pPr>
              <w:spacing w:after="0"/>
              <w:jc w:val="left"/>
            </w:pPr>
          </w:p>
        </w:tc>
        <w:tc>
          <w:tcPr>
            <w:tcW w:type="dxa" w:w="2147"/>
          </w:tcPr>
          <w:p>
            <w:pPr>
              <w:spacing w:after="0"/>
              <w:jc w:val="left"/>
            </w:pPr>
            <w:r>
              <w:rPr>
                <w:sz w:val="16"/>
              </w:rPr>
              <w:t>B1-c worst recorded: Hail</w:t>
            </w:r>
          </w:p>
        </w:tc>
      </w:tr>
      <w:tr>
        <w:trPr>
          <w:cantSplit/>
        </w:trPr>
        <w:tc>
          <w:tcPr>
            <w:tcW w:type="dxa" w:w="1037"/>
          </w:tcPr>
          <w:p>
            <w:pPr>
              <w:spacing w:after="0"/>
              <w:jc w:val="left"/>
            </w:pPr>
            <w:r>
              <w:rPr>
                <w:sz w:val="16"/>
              </w:rPr>
              <w:t>2008-04-11</w:t>
            </w:r>
          </w:p>
        </w:tc>
        <w:tc>
          <w:tcPr>
            <w:tcW w:type="dxa" w:w="1474"/>
          </w:tcPr>
          <w:p>
            <w:pPr>
              <w:spacing w:after="0"/>
              <w:jc w:val="left"/>
            </w:pPr>
            <w:r>
              <w:rPr>
                <w:sz w:val="16"/>
              </w:rPr>
              <w:t>Tornado</w:t>
            </w:r>
          </w:p>
        </w:tc>
        <w:tc>
          <w:tcPr>
            <w:tcW w:type="dxa" w:w="2693"/>
          </w:tcPr>
          <w:p>
            <w:pPr>
              <w:spacing w:after="0"/>
              <w:jc w:val="left"/>
            </w:pPr>
            <w:r>
              <w:rPr>
                <w:sz w:val="16"/>
              </w:rPr>
              <w:t>EF2, 3.14 mi within this county, 300 yd wide</w:t>
            </w:r>
          </w:p>
        </w:tc>
        <w:tc>
          <w:tcPr>
            <w:tcW w:type="dxa" w:w="3121"/>
          </w:tcPr>
          <w:p>
            <w:pPr>
              <w:spacing w:after="0"/>
              <w:jc w:val="left"/>
            </w:pPr>
            <w:r>
              <w:rPr>
                <w:sz w:val="16"/>
              </w:rPr>
              <w:t>$75,000 property; $0 crops (2008 dollars)</w:t>
            </w:r>
          </w:p>
        </w:tc>
        <w:tc>
          <w:tcPr>
            <w:tcW w:type="dxa" w:w="941"/>
          </w:tcPr>
          <w:p>
            <w:pPr>
              <w:spacing w:after="0"/>
              <w:jc w:val="right"/>
            </w:pPr>
            <w:r>
              <w:rPr>
                <w:sz w:val="16"/>
              </w:rPr>
              <w:t>0, 0</w:t>
            </w:r>
          </w:p>
        </w:tc>
        <w:tc>
          <w:tcPr>
            <w:tcW w:type="dxa" w:w="1606"/>
          </w:tcPr>
          <w:p>
            <w:pPr>
              <w:spacing w:after="0"/>
              <w:jc w:val="left"/>
            </w:pPr>
            <w:r>
              <w:rPr>
                <w:sz w:val="16"/>
              </w:rPr>
              <w:t>CARTWRIGHT to NARVEL</w:t>
            </w:r>
          </w:p>
        </w:tc>
        <w:tc>
          <w:tcPr>
            <w:tcW w:type="dxa" w:w="1094"/>
          </w:tcPr>
          <w:p>
            <w:pPr>
              <w:spacing w:after="0"/>
              <w:jc w:val="left"/>
            </w:pPr>
          </w:p>
        </w:tc>
        <w:tc>
          <w:tcPr>
            <w:tcW w:type="dxa" w:w="2147"/>
          </w:tcPr>
          <w:p>
            <w:pPr>
              <w:spacing w:after="0"/>
              <w:jc w:val="left"/>
            </w:pPr>
            <w:r>
              <w:rPr>
                <w:sz w:val="16"/>
              </w:rPr>
              <w:t>large reported damage</w:t>
            </w:r>
          </w:p>
        </w:tc>
      </w:tr>
      <w:tr>
        <w:trPr>
          <w:cantSplit/>
        </w:trPr>
        <w:tc>
          <w:tcPr>
            <w:tcW w:type="dxa" w:w="1037"/>
          </w:tcPr>
          <w:p>
            <w:pPr>
              <w:spacing w:after="0"/>
              <w:jc w:val="left"/>
            </w:pPr>
            <w:r>
              <w:rPr>
                <w:sz w:val="16"/>
              </w:rPr>
              <w:t>2008-04-11</w:t>
            </w:r>
          </w:p>
        </w:tc>
        <w:tc>
          <w:tcPr>
            <w:tcW w:type="dxa" w:w="1474"/>
          </w:tcPr>
          <w:p>
            <w:pPr>
              <w:spacing w:after="0"/>
              <w:jc w:val="left"/>
            </w:pPr>
            <w:r>
              <w:rPr>
                <w:sz w:val="16"/>
              </w:rPr>
              <w:t>Tornado</w:t>
            </w:r>
          </w:p>
        </w:tc>
        <w:tc>
          <w:tcPr>
            <w:tcW w:type="dxa" w:w="2693"/>
          </w:tcPr>
          <w:p>
            <w:pPr>
              <w:spacing w:after="0"/>
              <w:jc w:val="left"/>
            </w:pPr>
            <w:r>
              <w:rPr>
                <w:sz w:val="16"/>
              </w:rPr>
              <w:t>EF2, 1.38 mi within this county, 300 yd wide</w:t>
            </w:r>
          </w:p>
        </w:tc>
        <w:tc>
          <w:tcPr>
            <w:tcW w:type="dxa" w:w="3121"/>
          </w:tcPr>
          <w:p>
            <w:pPr>
              <w:spacing w:after="0"/>
              <w:jc w:val="left"/>
            </w:pPr>
            <w:r>
              <w:rPr>
                <w:sz w:val="16"/>
              </w:rPr>
              <w:t>$200,000 property; $0 crops (2008 dollars)</w:t>
            </w:r>
          </w:p>
        </w:tc>
        <w:tc>
          <w:tcPr>
            <w:tcW w:type="dxa" w:w="941"/>
          </w:tcPr>
          <w:p>
            <w:pPr>
              <w:spacing w:after="0"/>
              <w:jc w:val="right"/>
            </w:pPr>
            <w:r>
              <w:rPr>
                <w:sz w:val="16"/>
              </w:rPr>
              <w:t>0, 0</w:t>
            </w:r>
          </w:p>
        </w:tc>
        <w:tc>
          <w:tcPr>
            <w:tcW w:type="dxa" w:w="1606"/>
          </w:tcPr>
          <w:p>
            <w:pPr>
              <w:spacing w:after="0"/>
              <w:jc w:val="left"/>
            </w:pPr>
            <w:r>
              <w:rPr>
                <w:sz w:val="16"/>
              </w:rPr>
              <w:t>NARVEL to ALPHA</w:t>
            </w:r>
          </w:p>
        </w:tc>
        <w:tc>
          <w:tcPr>
            <w:tcW w:type="dxa" w:w="1094"/>
          </w:tcPr>
          <w:p>
            <w:pPr>
              <w:spacing w:after="0"/>
              <w:jc w:val="left"/>
            </w:pPr>
          </w:p>
        </w:tc>
        <w:tc>
          <w:tcPr>
            <w:tcW w:type="dxa" w:w="2147"/>
          </w:tcPr>
          <w:p>
            <w:pPr>
              <w:spacing w:after="0"/>
              <w:jc w:val="left"/>
            </w:pPr>
            <w:r>
              <w:rPr>
                <w:sz w:val="16"/>
              </w:rPr>
              <w:t>B1-c most damaging: Tornado</w:t>
            </w:r>
          </w:p>
        </w:tc>
      </w:tr>
      <w:tr>
        <w:trPr>
          <w:cantSplit/>
        </w:trPr>
        <w:tc>
          <w:tcPr>
            <w:tcW w:type="dxa" w:w="1037"/>
          </w:tcPr>
          <w:p>
            <w:pPr>
              <w:spacing w:after="0"/>
              <w:jc w:val="left"/>
            </w:pPr>
            <w:r>
              <w:rPr>
                <w:sz w:val="16"/>
              </w:rPr>
              <w:t>2002-05-17</w:t>
            </w:r>
          </w:p>
        </w:tc>
        <w:tc>
          <w:tcPr>
            <w:tcW w:type="dxa" w:w="1474"/>
          </w:tcPr>
          <w:p>
            <w:pPr>
              <w:spacing w:after="0"/>
              <w:jc w:val="left"/>
            </w:pPr>
            <w:r>
              <w:rPr>
                <w:sz w:val="16"/>
              </w:rPr>
              <w:t>Thunderstorm Wind</w:t>
            </w:r>
          </w:p>
        </w:tc>
        <w:tc>
          <w:tcPr>
            <w:tcW w:type="dxa" w:w="2693"/>
          </w:tcPr>
          <w:p>
            <w:pPr>
              <w:spacing w:after="0"/>
              <w:jc w:val="left"/>
            </w:pPr>
            <w:r>
              <w:rPr>
                <w:sz w:val="16"/>
              </w:rPr>
              <w:t>80 kt (92 mph) estimated</w:t>
            </w:r>
          </w:p>
        </w:tc>
        <w:tc>
          <w:tcPr>
            <w:tcW w:type="dxa" w:w="3121"/>
          </w:tcPr>
          <w:p>
            <w:pPr>
              <w:spacing w:after="0"/>
              <w:jc w:val="left"/>
            </w:pPr>
            <w:r>
              <w:rPr>
                <w:sz w:val="16"/>
              </w:rPr>
              <w:t>$50,000 property; crops not reported (2002 dollars)</w:t>
            </w:r>
          </w:p>
        </w:tc>
        <w:tc>
          <w:tcPr>
            <w:tcW w:type="dxa" w:w="941"/>
          </w:tcPr>
          <w:p>
            <w:pPr>
              <w:spacing w:after="0"/>
              <w:jc w:val="right"/>
            </w:pPr>
            <w:r>
              <w:rPr>
                <w:sz w:val="16"/>
              </w:rPr>
              <w:t>0, 0</w:t>
            </w:r>
          </w:p>
        </w:tc>
        <w:tc>
          <w:tcPr>
            <w:tcW w:type="dxa" w:w="1606"/>
          </w:tcPr>
          <w:p>
            <w:pPr>
              <w:spacing w:after="0"/>
              <w:jc w:val="left"/>
            </w:pPr>
            <w:r>
              <w:rPr>
                <w:sz w:val="16"/>
              </w:rPr>
              <w:t>SHIPLEY</w:t>
            </w:r>
          </w:p>
        </w:tc>
        <w:tc>
          <w:tcPr>
            <w:tcW w:type="dxa" w:w="1094"/>
          </w:tcPr>
          <w:p>
            <w:pPr>
              <w:spacing w:after="0"/>
              <w:jc w:val="left"/>
            </w:pPr>
          </w:p>
        </w:tc>
        <w:tc>
          <w:tcPr>
            <w:tcW w:type="dxa" w:w="2147"/>
          </w:tcPr>
          <w:p>
            <w:pPr>
              <w:spacing w:after="0"/>
              <w:jc w:val="left"/>
            </w:pPr>
            <w:r>
              <w:rPr>
                <w:sz w:val="16"/>
              </w:rPr>
              <w:t>B1-c worst recorded: Thunderstorm Wind</w:t>
            </w:r>
          </w:p>
        </w:tc>
      </w:tr>
      <w:tr>
        <w:trPr>
          <w:cantSplit/>
        </w:trPr>
        <w:tc>
          <w:tcPr>
            <w:tcW w:type="dxa" w:w="1037"/>
          </w:tcPr>
          <w:p>
            <w:pPr>
              <w:spacing w:after="0"/>
              <w:jc w:val="left"/>
            </w:pPr>
            <w:r>
              <w:rPr>
                <w:sz w:val="16"/>
              </w:rPr>
              <w:t>2000-08-08</w:t>
            </w:r>
          </w:p>
        </w:tc>
        <w:tc>
          <w:tcPr>
            <w:tcW w:type="dxa" w:w="1474"/>
          </w:tcPr>
          <w:p>
            <w:pPr>
              <w:spacing w:after="0"/>
              <w:jc w:val="left"/>
            </w:pPr>
            <w:r>
              <w:rPr>
                <w:sz w:val="16"/>
              </w:rPr>
              <w:t>Lightning</w:t>
            </w:r>
          </w:p>
        </w:tc>
        <w:tc>
          <w:tcPr>
            <w:tcW w:type="dxa" w:w="2693"/>
          </w:tcPr>
          <w:p>
            <w:pPr>
              <w:spacing w:after="0"/>
              <w:jc w:val="left"/>
            </w:pPr>
          </w:p>
        </w:tc>
        <w:tc>
          <w:tcPr>
            <w:tcW w:type="dxa" w:w="3121"/>
          </w:tcPr>
          <w:p>
            <w:pPr>
              <w:spacing w:after="0"/>
              <w:jc w:val="left"/>
            </w:pPr>
            <w:r>
              <w:rPr>
                <w:sz w:val="16"/>
              </w:rPr>
              <w:t>$80,000 property; crops not reported (2000 dollars)</w:t>
            </w:r>
          </w:p>
        </w:tc>
        <w:tc>
          <w:tcPr>
            <w:tcW w:type="dxa" w:w="941"/>
          </w:tcPr>
          <w:p>
            <w:pPr>
              <w:spacing w:after="0"/>
              <w:jc w:val="right"/>
            </w:pPr>
            <w:r>
              <w:rPr>
                <w:sz w:val="16"/>
              </w:rPr>
              <w:t>0, 0</w:t>
            </w:r>
          </w:p>
        </w:tc>
        <w:tc>
          <w:tcPr>
            <w:tcW w:type="dxa" w:w="1606"/>
          </w:tcPr>
          <w:p>
            <w:pPr>
              <w:spacing w:after="0"/>
              <w:jc w:val="left"/>
            </w:pPr>
            <w:r>
              <w:rPr>
                <w:sz w:val="16"/>
              </w:rPr>
              <w:t>CENTRAL PORTION</w:t>
            </w:r>
          </w:p>
        </w:tc>
        <w:tc>
          <w:tcPr>
            <w:tcW w:type="dxa" w:w="1094"/>
          </w:tcPr>
          <w:p>
            <w:pPr>
              <w:spacing w:after="0"/>
              <w:jc w:val="left"/>
            </w:pPr>
          </w:p>
        </w:tc>
        <w:tc>
          <w:tcPr>
            <w:tcW w:type="dxa" w:w="2147"/>
          </w:tcPr>
          <w:p>
            <w:pPr>
              <w:spacing w:after="0"/>
              <w:jc w:val="left"/>
            </w:pPr>
            <w:r>
              <w:rPr>
                <w:sz w:val="16"/>
              </w:rPr>
              <w:t>B1-c worst recorded: Lightning</w:t>
            </w:r>
          </w:p>
        </w:tc>
      </w:tr>
      <w:tr>
        <w:trPr>
          <w:cantSplit/>
        </w:trPr>
        <w:tc>
          <w:tcPr>
            <w:tcW w:type="dxa" w:w="1037"/>
          </w:tcPr>
          <w:p>
            <w:pPr>
              <w:spacing w:after="0"/>
              <w:jc w:val="left"/>
            </w:pPr>
            <w:r>
              <w:rPr>
                <w:sz w:val="16"/>
              </w:rPr>
              <w:t>1997-01-04</w:t>
            </w:r>
          </w:p>
        </w:tc>
        <w:tc>
          <w:tcPr>
            <w:tcW w:type="dxa" w:w="1474"/>
          </w:tcPr>
          <w:p>
            <w:pPr>
              <w:spacing w:after="0"/>
              <w:jc w:val="left"/>
            </w:pPr>
            <w:r>
              <w:rPr>
                <w:sz w:val="16"/>
              </w:rPr>
              <w:t>Tornado</w:t>
            </w:r>
          </w:p>
        </w:tc>
        <w:tc>
          <w:tcPr>
            <w:tcW w:type="dxa" w:w="2693"/>
          </w:tcPr>
          <w:p>
            <w:pPr>
              <w:spacing w:after="0"/>
              <w:jc w:val="left"/>
            </w:pPr>
            <w:r>
              <w:rPr>
                <w:sz w:val="16"/>
              </w:rPr>
              <w:t>F1, 0.3 mi within this county, 100 yd wide</w:t>
            </w:r>
          </w:p>
        </w:tc>
        <w:tc>
          <w:tcPr>
            <w:tcW w:type="dxa" w:w="3121"/>
          </w:tcPr>
          <w:p>
            <w:pPr>
              <w:spacing w:after="0"/>
              <w:jc w:val="left"/>
            </w:pPr>
            <w:r>
              <w:rPr>
                <w:sz w:val="16"/>
              </w:rPr>
              <w:t>$50,000 property; crops not reported (1997 dollars)</w:t>
            </w:r>
          </w:p>
        </w:tc>
        <w:tc>
          <w:tcPr>
            <w:tcW w:type="dxa" w:w="941"/>
          </w:tcPr>
          <w:p>
            <w:pPr>
              <w:spacing w:after="0"/>
              <w:jc w:val="right"/>
            </w:pPr>
            <w:r>
              <w:rPr>
                <w:sz w:val="16"/>
              </w:rPr>
              <w:t>1, 2</w:t>
            </w:r>
          </w:p>
        </w:tc>
        <w:tc>
          <w:tcPr>
            <w:tcW w:type="dxa" w:w="1606"/>
          </w:tcPr>
          <w:p>
            <w:pPr>
              <w:spacing w:after="0"/>
              <w:jc w:val="left"/>
            </w:pPr>
            <w:r>
              <w:rPr>
                <w:sz w:val="16"/>
              </w:rPr>
              <w:t>ALBANY</w:t>
            </w:r>
          </w:p>
        </w:tc>
        <w:tc>
          <w:tcPr>
            <w:tcW w:type="dxa" w:w="1094"/>
          </w:tcPr>
          <w:p>
            <w:pPr>
              <w:spacing w:after="0"/>
              <w:jc w:val="left"/>
            </w:pPr>
          </w:p>
        </w:tc>
        <w:tc>
          <w:tcPr>
            <w:tcW w:type="dxa" w:w="2147"/>
          </w:tcPr>
          <w:p>
            <w:pPr>
              <w:spacing w:after="0"/>
              <w:jc w:val="left"/>
            </w:pPr>
            <w:r>
              <w:rPr>
                <w:sz w:val="16"/>
              </w:rPr>
              <w:t>deaths or injuries recorded</w:t>
            </w:r>
          </w:p>
        </w:tc>
      </w:tr>
      <w:tr>
        <w:trPr>
          <w:cantSplit/>
        </w:trPr>
        <w:tc>
          <w:tcPr>
            <w:tcW w:type="dxa" w:w="1037"/>
          </w:tcPr>
          <w:p>
            <w:pPr>
              <w:spacing w:after="0"/>
              <w:jc w:val="left"/>
            </w:pPr>
            <w:r>
              <w:rPr>
                <w:sz w:val="16"/>
              </w:rPr>
              <w:t>1994-06-26</w:t>
            </w:r>
          </w:p>
        </w:tc>
        <w:tc>
          <w:tcPr>
            <w:tcW w:type="dxa" w:w="1474"/>
          </w:tcPr>
          <w:p>
            <w:pPr>
              <w:spacing w:after="0"/>
              <w:jc w:val="left"/>
            </w:pPr>
            <w:r>
              <w:rPr>
                <w:sz w:val="16"/>
              </w:rPr>
              <w:t>Thunderstorm Wind</w:t>
            </w:r>
          </w:p>
        </w:tc>
        <w:tc>
          <w:tcPr>
            <w:tcW w:type="dxa" w:w="2693"/>
          </w:tcPr>
          <w:p>
            <w:pPr>
              <w:spacing w:after="0"/>
              <w:jc w:val="left"/>
            </w:pPr>
            <w:r>
              <w:rPr>
                <w:sz w:val="16"/>
              </w:rPr>
              <w:t>speed not recorded</w:t>
            </w:r>
          </w:p>
        </w:tc>
        <w:tc>
          <w:tcPr>
            <w:tcW w:type="dxa" w:w="3121"/>
          </w:tcPr>
          <w:p>
            <w:pPr>
              <w:spacing w:after="0"/>
              <w:jc w:val="left"/>
            </w:pPr>
            <w:r>
              <w:rPr>
                <w:sz w:val="16"/>
              </w:rPr>
              <w:t>$500,000 property; crops not recorded (1994 dollars)</w:t>
            </w:r>
          </w:p>
        </w:tc>
        <w:tc>
          <w:tcPr>
            <w:tcW w:type="dxa" w:w="941"/>
          </w:tcPr>
          <w:p>
            <w:pPr>
              <w:spacing w:after="0"/>
              <w:jc w:val="right"/>
            </w:pPr>
            <w:r>
              <w:rPr>
                <w:sz w:val="16"/>
              </w:rPr>
              <w:t>0, 3</w:t>
            </w:r>
          </w:p>
        </w:tc>
        <w:tc>
          <w:tcPr>
            <w:tcW w:type="dxa" w:w="1606"/>
          </w:tcPr>
          <w:p>
            <w:pPr>
              <w:spacing w:after="0"/>
              <w:jc w:val="left"/>
            </w:pPr>
            <w:r>
              <w:rPr>
                <w:sz w:val="16"/>
              </w:rPr>
              <w:t>location not recorded</w:t>
            </w:r>
          </w:p>
        </w:tc>
        <w:tc>
          <w:tcPr>
            <w:tcW w:type="dxa" w:w="1094"/>
          </w:tcPr>
          <w:p>
            <w:pPr>
              <w:spacing w:after="0"/>
              <w:jc w:val="left"/>
            </w:pPr>
          </w:p>
        </w:tc>
        <w:tc>
          <w:tcPr>
            <w:tcW w:type="dxa" w:w="2147"/>
          </w:tcPr>
          <w:p>
            <w:pPr>
              <w:spacing w:after="0"/>
              <w:jc w:val="left"/>
            </w:pPr>
            <w:r>
              <w:rPr>
                <w:sz w:val="16"/>
              </w:rPr>
              <w:t>deaths or injuries recorded</w:t>
            </w:r>
          </w:p>
        </w:tc>
      </w:tr>
      <w:tr>
        <w:trPr>
          <w:cantSplit/>
        </w:trPr>
        <w:tc>
          <w:tcPr>
            <w:tcW w:type="dxa" w:w="1037"/>
          </w:tcPr>
          <w:p>
            <w:pPr>
              <w:spacing w:after="0"/>
              <w:jc w:val="left"/>
            </w:pPr>
            <w:r>
              <w:rPr>
                <w:sz w:val="16"/>
              </w:rPr>
              <w:t>1994-05-14</w:t>
            </w:r>
          </w:p>
        </w:tc>
        <w:tc>
          <w:tcPr>
            <w:tcW w:type="dxa" w:w="1474"/>
          </w:tcPr>
          <w:p>
            <w:pPr>
              <w:spacing w:after="0"/>
              <w:jc w:val="left"/>
            </w:pPr>
            <w:r>
              <w:rPr>
                <w:sz w:val="16"/>
              </w:rPr>
              <w:t>Thunderstorm Wind</w:t>
            </w:r>
          </w:p>
        </w:tc>
        <w:tc>
          <w:tcPr>
            <w:tcW w:type="dxa" w:w="2693"/>
          </w:tcPr>
          <w:p>
            <w:pPr>
              <w:spacing w:after="0"/>
              <w:jc w:val="left"/>
            </w:pPr>
            <w:r>
              <w:rPr>
                <w:sz w:val="16"/>
              </w:rPr>
              <w:t>speed not recorded</w:t>
            </w:r>
          </w:p>
        </w:tc>
        <w:tc>
          <w:tcPr>
            <w:tcW w:type="dxa" w:w="3121"/>
          </w:tcPr>
          <w:p>
            <w:pPr>
              <w:spacing w:after="0"/>
              <w:jc w:val="left"/>
            </w:pPr>
            <w:r>
              <w:rPr>
                <w:sz w:val="16"/>
              </w:rPr>
              <w:t>$50,000 property; crops not recorded (1994 dollars)</w:t>
            </w:r>
          </w:p>
        </w:tc>
        <w:tc>
          <w:tcPr>
            <w:tcW w:type="dxa" w:w="941"/>
          </w:tcPr>
          <w:p>
            <w:pPr>
              <w:spacing w:after="0"/>
              <w:jc w:val="right"/>
            </w:pPr>
            <w:r>
              <w:rPr>
                <w:sz w:val="16"/>
              </w:rPr>
              <w:t>0, 0</w:t>
            </w:r>
          </w:p>
        </w:tc>
        <w:tc>
          <w:tcPr>
            <w:tcW w:type="dxa" w:w="1606"/>
          </w:tcPr>
          <w:p>
            <w:pPr>
              <w:spacing w:after="0"/>
              <w:jc w:val="left"/>
            </w:pPr>
            <w:r>
              <w:rPr>
                <w:sz w:val="16"/>
              </w:rPr>
              <w:t>location not recorded</w:t>
            </w:r>
          </w:p>
        </w:tc>
        <w:tc>
          <w:tcPr>
            <w:tcW w:type="dxa" w:w="1094"/>
          </w:tcPr>
          <w:p>
            <w:pPr>
              <w:spacing w:after="0"/>
              <w:jc w:val="left"/>
            </w:pPr>
          </w:p>
        </w:tc>
        <w:tc>
          <w:tcPr>
            <w:tcW w:type="dxa" w:w="2147"/>
          </w:tcPr>
          <w:p>
            <w:pPr>
              <w:spacing w:after="0"/>
              <w:jc w:val="left"/>
            </w:pPr>
            <w:r>
              <w:rPr>
                <w:sz w:val="16"/>
              </w:rPr>
              <w:t>large reported damage</w:t>
            </w:r>
          </w:p>
        </w:tc>
      </w:tr>
      <w:tr>
        <w:trPr>
          <w:cantSplit/>
        </w:trPr>
        <w:tc>
          <w:tcPr>
            <w:tcW w:type="dxa" w:w="1037"/>
          </w:tcPr>
          <w:p>
            <w:pPr>
              <w:spacing w:after="0"/>
              <w:jc w:val="left"/>
            </w:pPr>
            <w:r>
              <w:rPr>
                <w:sz w:val="16"/>
              </w:rPr>
              <w:t>1974-04-03</w:t>
            </w:r>
          </w:p>
        </w:tc>
        <w:tc>
          <w:tcPr>
            <w:tcW w:type="dxa" w:w="1474"/>
          </w:tcPr>
          <w:p>
            <w:pPr>
              <w:spacing w:after="0"/>
              <w:jc w:val="left"/>
            </w:pPr>
            <w:r>
              <w:rPr>
                <w:sz w:val="16"/>
              </w:rPr>
              <w:t>Tornado</w:t>
            </w:r>
          </w:p>
        </w:tc>
        <w:tc>
          <w:tcPr>
            <w:tcW w:type="dxa" w:w="2693"/>
          </w:tcPr>
          <w:p>
            <w:pPr>
              <w:spacing w:after="0"/>
              <w:jc w:val="left"/>
            </w:pPr>
            <w:r>
              <w:rPr>
                <w:sz w:val="16"/>
              </w:rPr>
              <w:t>F4, 14.6 mi path length (whole path, pre-1996), 33 yd wide</w:t>
            </w:r>
          </w:p>
        </w:tc>
        <w:tc>
          <w:tcPr>
            <w:tcW w:type="dxa" w:w="3121"/>
          </w:tcPr>
          <w:p>
            <w:pPr>
              <w:spacing w:after="0"/>
              <w:jc w:val="left"/>
            </w:pPr>
            <w:r>
              <w:rPr>
                <w:sz w:val="16"/>
              </w:rPr>
              <w:t>damage not recorded (pre-1996 record)</w:t>
            </w:r>
          </w:p>
        </w:tc>
        <w:tc>
          <w:tcPr>
            <w:tcW w:type="dxa" w:w="941"/>
          </w:tcPr>
          <w:p>
            <w:pPr>
              <w:spacing w:after="0"/>
              <w:jc w:val="right"/>
            </w:pPr>
            <w:r>
              <w:rPr>
                <w:sz w:val="16"/>
              </w:rPr>
              <w:t>8, 63</w:t>
            </w:r>
          </w:p>
        </w:tc>
        <w:tc>
          <w:tcPr>
            <w:tcW w:type="dxa" w:w="1606"/>
          </w:tcPr>
          <w:p>
            <w:pPr>
              <w:spacing w:after="0"/>
              <w:jc w:val="left"/>
            </w:pPr>
            <w:r>
              <w:rPr>
                <w:sz w:val="16"/>
              </w:rPr>
              <w:t>location not recorded</w:t>
            </w:r>
          </w:p>
        </w:tc>
        <w:tc>
          <w:tcPr>
            <w:tcW w:type="dxa" w:w="1094"/>
          </w:tcPr>
          <w:p>
            <w:pPr>
              <w:spacing w:after="0"/>
              <w:jc w:val="left"/>
            </w:pPr>
          </w:p>
        </w:tc>
        <w:tc>
          <w:tcPr>
            <w:tcW w:type="dxa" w:w="2147"/>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(203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3"/>
        <w:gridCol w:w="1276"/>
        <w:gridCol w:w="1575"/>
        <w:gridCol w:w="1037"/>
        <w:gridCol w:w="1956"/>
        <w:gridCol w:w="1522"/>
        <w:gridCol w:w="1506"/>
        <w:gridCol w:w="1037"/>
        <w:gridCol w:w="1924"/>
      </w:tblGrid>
      <w:tr>
        <w:trPr>
          <w:cantSplit/>
          <w:tblHeader/>
        </w:trPr>
        <w:tc>
          <w:tcPr>
            <w:tcW w:type="dxa" w:w="1037"/>
            <w:shd w:val="clear" w:color="auto" w:fill="E8E8E8"/>
          </w:tcPr>
          <w:p>
            <w:pPr>
              <w:spacing w:after="0"/>
              <w:jc w:val="left"/>
            </w:pPr>
            <w:r>
              <w:rPr>
                <w:b/>
                <w:sz w:val="16"/>
              </w:rPr>
              <w:t>Hazard</w:t>
            </w:r>
          </w:p>
        </w:tc>
        <w:tc>
          <w:tcPr>
            <w:tcW w:type="dxa" w:w="124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76"/>
            <w:shd w:val="clear" w:color="auto" w:fill="E8E8E8"/>
          </w:tcPr>
          <w:p>
            <w:pPr>
              <w:spacing w:after="0"/>
              <w:jc w:val="left"/>
            </w:pPr>
            <w:r>
              <w:rPr>
                <w:b/>
                <w:sz w:val="16"/>
              </w:rPr>
              <w:t>Unit</w:t>
            </w:r>
          </w:p>
        </w:tc>
        <w:tc>
          <w:tcPr>
            <w:tcW w:type="dxa" w:w="157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56"/>
            <w:shd w:val="clear" w:color="auto" w:fill="E8E8E8"/>
          </w:tcPr>
          <w:p>
            <w:pPr>
              <w:spacing w:after="0"/>
              <w:jc w:val="left"/>
            </w:pPr>
            <w:r>
              <w:rPr>
                <w:b/>
                <w:sz w:val="16"/>
              </w:rPr>
              <w:t>Descriptor basis</w:t>
            </w:r>
          </w:p>
        </w:tc>
        <w:tc>
          <w:tcPr>
            <w:tcW w:type="dxa" w:w="1522"/>
            <w:shd w:val="clear" w:color="auto" w:fill="E8E8E8"/>
          </w:tcPr>
          <w:p>
            <w:pPr>
              <w:spacing w:after="0"/>
              <w:jc w:val="right"/>
            </w:pPr>
            <w:r>
              <w:rPr>
                <w:b/>
                <w:sz w:val="16"/>
              </w:rPr>
              <w:t>NRI events or days in its record period (hail, wind and tornado are area-weighted, so can be fractional)</w:t>
            </w:r>
          </w:p>
        </w:tc>
        <w:tc>
          <w:tcPr>
            <w:tcW w:type="dxa" w:w="150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2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3"/>
          </w:tcPr>
          <w:p>
            <w:pPr>
              <w:spacing w:after="0"/>
              <w:jc w:val="right"/>
            </w:pPr>
            <w:r>
              <w:rPr>
                <w:sz w:val="16"/>
              </w:rPr>
              <w:t>0.789</w:t>
            </w:r>
          </w:p>
        </w:tc>
        <w:tc>
          <w:tcPr>
            <w:tcW w:type="dxa" w:w="1276"/>
          </w:tcPr>
          <w:p>
            <w:pPr>
              <w:spacing w:after="0"/>
              <w:jc w:val="left"/>
            </w:pPr>
            <w:r>
              <w:rPr>
                <w:sz w:val="16"/>
              </w:rPr>
              <w:t>event-days per year</w:t>
            </w:r>
          </w:p>
        </w:tc>
        <w:tc>
          <w:tcPr>
            <w:tcW w:type="dxa" w:w="1575"/>
          </w:tcPr>
          <w:p>
            <w:pPr>
              <w:spacing w:after="0"/>
              <w:jc w:val="left"/>
            </w:pPr>
            <w:r>
              <w:rPr>
                <w:sz w:val="16"/>
              </w:rPr>
              <w:t>about 0.789 days per year</w:t>
            </w:r>
          </w:p>
        </w:tc>
        <w:tc>
          <w:tcPr>
            <w:tcW w:type="dxa" w:w="1037"/>
          </w:tcPr>
          <w:p>
            <w:pPr>
              <w:spacing w:after="0"/>
              <w:jc w:val="left"/>
            </w:pPr>
          </w:p>
        </w:tc>
        <w:tc>
          <w:tcPr>
            <w:tcW w:type="dxa" w:w="1956"/>
          </w:tcPr>
          <w:p>
            <w:pPr>
              <w:spacing w:after="0"/>
              <w:jc w:val="left"/>
            </w:pPr>
            <w:r>
              <w:rPr>
                <w:sz w:val="16"/>
              </w:rPr>
              <w:t>Storm Events event-days in 0 of 30 years, 1996 to 2025 (0%)</w:t>
            </w:r>
          </w:p>
        </w:tc>
        <w:tc>
          <w:tcPr>
            <w:tcW w:type="dxa" w:w="1522"/>
          </w:tcPr>
          <w:p>
            <w:pPr>
              <w:spacing w:after="0"/>
              <w:jc w:val="right"/>
            </w:pPr>
            <w:r>
              <w:rPr>
                <w:sz w:val="16"/>
              </w:rPr>
              <w:t>15</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24"/>
          </w:tcPr>
          <w:p>
            <w:pPr>
              <w:spacing w:after="0"/>
              <w:jc w:val="left"/>
            </w:pPr>
            <w:r>
              <w:rPr>
                <w:sz w:val="16"/>
              </w:rPr>
              <w:t>No Storm Events cold wave record, 1996 to 2025.</w:t>
            </w:r>
          </w:p>
        </w:tc>
      </w:tr>
      <w:tr>
        <w:trPr>
          <w:cantSplit/>
        </w:trPr>
        <w:tc>
          <w:tcPr>
            <w:tcW w:type="dxa" w:w="1037"/>
          </w:tcPr>
          <w:p>
            <w:pPr>
              <w:spacing w:after="0"/>
              <w:jc w:val="left"/>
            </w:pPr>
            <w:r>
              <w:rPr>
                <w:sz w:val="16"/>
              </w:rPr>
              <w:t>Drought</w:t>
            </w:r>
          </w:p>
        </w:tc>
        <w:tc>
          <w:tcPr>
            <w:tcW w:type="dxa" w:w="1243"/>
          </w:tcPr>
          <w:p>
            <w:pPr>
              <w:spacing w:after="0"/>
              <w:jc w:val="right"/>
            </w:pPr>
            <w:r>
              <w:rPr>
                <w:sz w:val="16"/>
              </w:rPr>
              <w:t>5.79</w:t>
            </w:r>
          </w:p>
        </w:tc>
        <w:tc>
          <w:tcPr>
            <w:tcW w:type="dxa" w:w="1276"/>
          </w:tcPr>
          <w:p>
            <w:pPr>
              <w:spacing w:after="0"/>
              <w:jc w:val="left"/>
            </w:pPr>
            <w:r>
              <w:rPr>
                <w:sz w:val="16"/>
              </w:rPr>
              <w:t>event-days per year</w:t>
            </w:r>
          </w:p>
        </w:tc>
        <w:tc>
          <w:tcPr>
            <w:tcW w:type="dxa" w:w="1575"/>
          </w:tcPr>
          <w:p>
            <w:pPr>
              <w:spacing w:after="0"/>
              <w:jc w:val="left"/>
            </w:pPr>
            <w:r>
              <w:rPr>
                <w:sz w:val="16"/>
              </w:rPr>
              <w:t>about 5.79 days per year</w:t>
            </w:r>
          </w:p>
        </w:tc>
        <w:tc>
          <w:tcPr>
            <w:tcW w:type="dxa" w:w="1037"/>
          </w:tcPr>
          <w:p>
            <w:pPr>
              <w:spacing w:after="0"/>
              <w:jc w:val="left"/>
            </w:pPr>
          </w:p>
        </w:tc>
        <w:tc>
          <w:tcPr>
            <w:tcW w:type="dxa" w:w="1956"/>
          </w:tcPr>
          <w:p>
            <w:pPr>
              <w:spacing w:after="0"/>
              <w:jc w:val="left"/>
            </w:pPr>
            <w:r>
              <w:rPr>
                <w:sz w:val="16"/>
              </w:rPr>
              <w:t>Storm Events event-days in 0 of 30 years, 1996 to 2025 (0%)</w:t>
            </w:r>
          </w:p>
        </w:tc>
        <w:tc>
          <w:tcPr>
            <w:tcW w:type="dxa" w:w="1522"/>
          </w:tcPr>
          <w:p>
            <w:pPr>
              <w:spacing w:after="0"/>
              <w:jc w:val="right"/>
            </w:pPr>
            <w:r>
              <w:rPr>
                <w:sz w:val="16"/>
              </w:rPr>
              <w:t>196</w:t>
            </w:r>
          </w:p>
        </w:tc>
        <w:tc>
          <w:tcPr>
            <w:tcW w:type="dxa" w:w="150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24"/>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43"/>
          </w:tcPr>
          <w:p>
            <w:pPr>
              <w:spacing w:after="0"/>
              <w:jc w:val="right"/>
            </w:pPr>
            <w:r>
              <w:rPr>
                <w:sz w:val="16"/>
              </w:rPr>
              <w:t>0.00225</w:t>
            </w:r>
          </w:p>
        </w:tc>
        <w:tc>
          <w:tcPr>
            <w:tcW w:type="dxa" w:w="1276"/>
          </w:tcPr>
          <w:p>
            <w:pPr>
              <w:spacing w:after="0"/>
              <w:jc w:val="left"/>
            </w:pPr>
            <w:r>
              <w:rPr>
                <w:sz w:val="16"/>
              </w:rPr>
              <w:t>annual probability at a location</w:t>
            </w:r>
          </w:p>
        </w:tc>
        <w:tc>
          <w:tcPr>
            <w:tcW w:type="dxa" w:w="1575"/>
          </w:tcPr>
          <w:p>
            <w:pPr>
              <w:spacing w:after="0"/>
              <w:jc w:val="left"/>
            </w:pPr>
            <w:r>
              <w:rPr>
                <w:sz w:val="16"/>
              </w:rPr>
              <w:t>chance a given location in the county has at least minor-damage shaking in a year: 0.225%</w:t>
            </w:r>
          </w:p>
        </w:tc>
        <w:tc>
          <w:tcPr>
            <w:tcW w:type="dxa" w:w="1037"/>
          </w:tcPr>
          <w:p>
            <w:pPr>
              <w:spacing w:after="0"/>
              <w:jc w:val="left"/>
            </w:pPr>
          </w:p>
        </w:tc>
        <w:tc>
          <w:tcPr>
            <w:tcW w:type="dxa" w:w="1956"/>
          </w:tcPr>
          <w:p>
            <w:pPr>
              <w:spacing w:after="0"/>
              <w:jc w:val="left"/>
            </w:pP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2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3"/>
          </w:tcPr>
          <w:p>
            <w:pPr>
              <w:spacing w:after="0"/>
              <w:jc w:val="right"/>
            </w:pPr>
            <w:r>
              <w:rPr>
                <w:sz w:val="16"/>
              </w:rPr>
              <w:t>2.87</w:t>
            </w:r>
          </w:p>
        </w:tc>
        <w:tc>
          <w:tcPr>
            <w:tcW w:type="dxa" w:w="1276"/>
          </w:tcPr>
          <w:p>
            <w:pPr>
              <w:spacing w:after="0"/>
              <w:jc w:val="left"/>
            </w:pPr>
            <w:r>
              <w:rPr>
                <w:sz w:val="16"/>
              </w:rPr>
              <w:t>events per year</w:t>
            </w:r>
          </w:p>
        </w:tc>
        <w:tc>
          <w:tcPr>
            <w:tcW w:type="dxa" w:w="1575"/>
          </w:tcPr>
          <w:p>
            <w:pPr>
              <w:spacing w:after="0"/>
              <w:jc w:val="left"/>
            </w:pPr>
            <w:r>
              <w:rPr>
                <w:sz w:val="16"/>
              </w:rPr>
              <w:t>about 2.87 per year</w:t>
            </w:r>
          </w:p>
        </w:tc>
        <w:tc>
          <w:tcPr>
            <w:tcW w:type="dxa" w:w="1037"/>
          </w:tcPr>
          <w:p>
            <w:pPr>
              <w:spacing w:after="0"/>
              <w:jc w:val="left"/>
            </w:pPr>
            <w:r>
              <w:rPr>
                <w:sz w:val="16"/>
              </w:rPr>
              <w:t>Highly likely</w:t>
            </w:r>
          </w:p>
        </w:tc>
        <w:tc>
          <w:tcPr>
            <w:tcW w:type="dxa" w:w="1956"/>
          </w:tcPr>
          <w:p>
            <w:pPr>
              <w:spacing w:after="0"/>
              <w:jc w:val="left"/>
            </w:pPr>
            <w:r>
              <w:rPr>
                <w:sz w:val="16"/>
              </w:rPr>
              <w:t>FEMA annualized frequency (modeled)</w:t>
            </w:r>
          </w:p>
        </w:tc>
        <w:tc>
          <w:tcPr>
            <w:tcW w:type="dxa" w:w="1522"/>
          </w:tcPr>
          <w:p>
            <w:pPr>
              <w:spacing w:after="0"/>
              <w:jc w:val="right"/>
            </w:pPr>
            <w:r>
              <w:rPr>
                <w:sz w:val="16"/>
              </w:rPr>
              <w:t>109.2 (modeled)</w:t>
            </w:r>
          </w:p>
        </w:tc>
        <w:tc>
          <w:tcPr>
            <w:tcW w:type="dxa" w:w="1506"/>
          </w:tcPr>
          <w:p>
            <w:pPr>
              <w:spacing w:after="0"/>
              <w:jc w:val="left"/>
            </w:pPr>
            <w:r>
              <w:rPr>
                <w:sz w:val="16"/>
              </w:rPr>
              <w:t>1986 to 2023 (38 years)</w:t>
            </w:r>
          </w:p>
        </w:tc>
        <w:tc>
          <w:tcPr>
            <w:tcW w:type="dxa" w:w="1037"/>
          </w:tcPr>
          <w:p>
            <w:pPr>
              <w:spacing w:after="0"/>
              <w:jc w:val="left"/>
            </w:pPr>
            <w:r>
              <w:rPr>
                <w:sz w:val="16"/>
              </w:rPr>
              <w:t>countywide</w:t>
            </w:r>
          </w:p>
        </w:tc>
        <w:tc>
          <w:tcPr>
            <w:tcW w:type="dxa" w:w="1924"/>
          </w:tcPr>
          <w:p>
            <w:pPr>
              <w:spacing w:after="0"/>
              <w:jc w:val="left"/>
            </w:pPr>
          </w:p>
        </w:tc>
      </w:tr>
      <w:tr>
        <w:trPr>
          <w:cantSplit/>
        </w:trPr>
        <w:tc>
          <w:tcPr>
            <w:tcW w:type="dxa" w:w="1037"/>
          </w:tcPr>
          <w:p>
            <w:pPr>
              <w:spacing w:after="0"/>
              <w:jc w:val="left"/>
            </w:pPr>
            <w:r>
              <w:rPr>
                <w:sz w:val="16"/>
              </w:rPr>
              <w:t>Heat Wave</w:t>
            </w:r>
          </w:p>
        </w:tc>
        <w:tc>
          <w:tcPr>
            <w:tcW w:type="dxa" w:w="1243"/>
          </w:tcPr>
          <w:p>
            <w:pPr>
              <w:spacing w:after="0"/>
              <w:jc w:val="right"/>
            </w:pPr>
            <w:r>
              <w:rPr>
                <w:sz w:val="16"/>
              </w:rPr>
              <w:t>2.79</w:t>
            </w:r>
          </w:p>
        </w:tc>
        <w:tc>
          <w:tcPr>
            <w:tcW w:type="dxa" w:w="1276"/>
          </w:tcPr>
          <w:p>
            <w:pPr>
              <w:spacing w:after="0"/>
              <w:jc w:val="left"/>
            </w:pPr>
            <w:r>
              <w:rPr>
                <w:sz w:val="16"/>
              </w:rPr>
              <w:t>event-days per year</w:t>
            </w:r>
          </w:p>
        </w:tc>
        <w:tc>
          <w:tcPr>
            <w:tcW w:type="dxa" w:w="1575"/>
          </w:tcPr>
          <w:p>
            <w:pPr>
              <w:spacing w:after="0"/>
              <w:jc w:val="left"/>
            </w:pPr>
            <w:r>
              <w:rPr>
                <w:sz w:val="16"/>
              </w:rPr>
              <w:t>about 2.79 days per year</w:t>
            </w:r>
          </w:p>
        </w:tc>
        <w:tc>
          <w:tcPr>
            <w:tcW w:type="dxa" w:w="1037"/>
          </w:tcPr>
          <w:p>
            <w:pPr>
              <w:spacing w:after="0"/>
              <w:jc w:val="left"/>
            </w:pPr>
          </w:p>
        </w:tc>
        <w:tc>
          <w:tcPr>
            <w:tcW w:type="dxa" w:w="1956"/>
          </w:tcPr>
          <w:p>
            <w:pPr>
              <w:spacing w:after="0"/>
              <w:jc w:val="left"/>
            </w:pPr>
            <w:r>
              <w:rPr>
                <w:sz w:val="16"/>
              </w:rPr>
              <w:t>Storm Events event-days in 0 of 30 years, 1996 to 2025 (0%)</w:t>
            </w:r>
          </w:p>
        </w:tc>
        <w:tc>
          <w:tcPr>
            <w:tcW w:type="dxa" w:w="1522"/>
          </w:tcPr>
          <w:p>
            <w:pPr>
              <w:spacing w:after="0"/>
              <w:jc w:val="right"/>
            </w:pPr>
            <w:r>
              <w:rPr>
                <w:sz w:val="16"/>
              </w:rPr>
              <w:t>44</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24"/>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243"/>
          </w:tcPr>
          <w:p>
            <w:pPr>
              <w:spacing w:after="0"/>
              <w:jc w:val="right"/>
            </w:pPr>
            <w:r>
              <w:rPr>
                <w:sz w:val="16"/>
              </w:rPr>
              <w:t>0.0345</w:t>
            </w:r>
          </w:p>
        </w:tc>
        <w:tc>
          <w:tcPr>
            <w:tcW w:type="dxa" w:w="1276"/>
          </w:tcPr>
          <w:p>
            <w:pPr>
              <w:spacing w:after="0"/>
              <w:jc w:val="left"/>
            </w:pPr>
            <w:r>
              <w:rPr>
                <w:sz w:val="16"/>
              </w:rPr>
              <w:t>events per year</w:t>
            </w:r>
          </w:p>
        </w:tc>
        <w:tc>
          <w:tcPr>
            <w:tcW w:type="dxa" w:w="1575"/>
          </w:tcPr>
          <w:p>
            <w:pPr>
              <w:spacing w:after="0"/>
              <w:jc w:val="left"/>
            </w:pPr>
            <w:r>
              <w:rPr>
                <w:sz w:val="16"/>
              </w:rPr>
              <w:t>about 1 in 29 years</w:t>
            </w:r>
          </w:p>
        </w:tc>
        <w:tc>
          <w:tcPr>
            <w:tcW w:type="dxa" w:w="1037"/>
          </w:tcPr>
          <w:p>
            <w:pPr>
              <w:spacing w:after="0"/>
              <w:jc w:val="left"/>
            </w:pPr>
            <w:r>
              <w:rPr>
                <w:sz w:val="16"/>
              </w:rPr>
              <w:t>Possible</w:t>
            </w:r>
          </w:p>
        </w:tc>
        <w:tc>
          <w:tcPr>
            <w:tcW w:type="dxa" w:w="1956"/>
          </w:tcPr>
          <w:p>
            <w:pPr>
              <w:spacing w:after="0"/>
              <w:jc w:val="left"/>
            </w:pPr>
            <w:r>
              <w:rPr>
                <w:sz w:val="16"/>
              </w:rPr>
              <w:t>FEMA annualized frequency (modeled)</w:t>
            </w:r>
          </w:p>
        </w:tc>
        <w:tc>
          <w:tcPr>
            <w:tcW w:type="dxa" w:w="1522"/>
          </w:tcPr>
          <w:p>
            <w:pPr>
              <w:spacing w:after="0"/>
              <w:jc w:val="right"/>
            </w:pPr>
            <w:r>
              <w:rPr>
                <w:sz w:val="16"/>
              </w:rPr>
              <w:t>11</w:t>
            </w:r>
          </w:p>
        </w:tc>
        <w:tc>
          <w:tcPr>
            <w:tcW w:type="dxa" w:w="1506"/>
          </w:tcPr>
          <w:p>
            <w:pPr>
              <w:spacing w:after="0"/>
              <w:jc w:val="left"/>
            </w:pPr>
            <w:r>
              <w:rPr>
                <w:sz w:val="16"/>
              </w:rPr>
              <w:t>1851 to 2024 (Atlantic)</w:t>
            </w:r>
          </w:p>
        </w:tc>
        <w:tc>
          <w:tcPr>
            <w:tcW w:type="dxa" w:w="1037"/>
          </w:tcPr>
          <w:p>
            <w:pPr>
              <w:spacing w:after="0"/>
              <w:jc w:val="left"/>
            </w:pPr>
            <w:r>
              <w:rPr>
                <w:sz w:val="16"/>
              </w:rPr>
              <w:t>see B1-f</w:t>
            </w:r>
          </w:p>
        </w:tc>
        <w:tc>
          <w:tcPr>
            <w:tcW w:type="dxa" w:w="1924"/>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3"/>
          </w:tcPr>
          <w:p>
            <w:pPr>
              <w:spacing w:after="0"/>
              <w:jc w:val="right"/>
            </w:pPr>
            <w:r>
              <w:rPr>
                <w:sz w:val="16"/>
              </w:rPr>
              <w:t>0.604</w:t>
            </w:r>
          </w:p>
        </w:tc>
        <w:tc>
          <w:tcPr>
            <w:tcW w:type="dxa" w:w="1276"/>
          </w:tcPr>
          <w:p>
            <w:pPr>
              <w:spacing w:after="0"/>
              <w:jc w:val="left"/>
            </w:pPr>
            <w:r>
              <w:rPr>
                <w:sz w:val="16"/>
              </w:rPr>
              <w:t>event-days per year</w:t>
            </w:r>
          </w:p>
        </w:tc>
        <w:tc>
          <w:tcPr>
            <w:tcW w:type="dxa" w:w="1575"/>
          </w:tcPr>
          <w:p>
            <w:pPr>
              <w:spacing w:after="0"/>
              <w:jc w:val="left"/>
            </w:pPr>
            <w:r>
              <w:rPr>
                <w:sz w:val="16"/>
              </w:rPr>
              <w:t>about 0.604 days per year</w:t>
            </w:r>
          </w:p>
        </w:tc>
        <w:tc>
          <w:tcPr>
            <w:tcW w:type="dxa" w:w="1037"/>
          </w:tcPr>
          <w:p>
            <w:pPr>
              <w:spacing w:after="0"/>
              <w:jc w:val="left"/>
            </w:pPr>
            <w:r>
              <w:rPr>
                <w:sz w:val="16"/>
              </w:rPr>
              <w:t>Possible</w:t>
            </w:r>
          </w:p>
        </w:tc>
        <w:tc>
          <w:tcPr>
            <w:tcW w:type="dxa" w:w="1956"/>
          </w:tcPr>
          <w:p>
            <w:pPr>
              <w:spacing w:after="0"/>
              <w:jc w:val="left"/>
            </w:pPr>
            <w:r>
              <w:rPr>
                <w:sz w:val="16"/>
              </w:rPr>
              <w:t>Storm Events event-days in 2 of 30 years, 1996 to 2025 (6.67%)</w:t>
            </w:r>
          </w:p>
        </w:tc>
        <w:tc>
          <w:tcPr>
            <w:tcW w:type="dxa" w:w="1522"/>
          </w:tcPr>
          <w:p>
            <w:pPr>
              <w:spacing w:after="0"/>
              <w:jc w:val="right"/>
            </w:pPr>
            <w:r>
              <w:rPr>
                <w:sz w:val="16"/>
              </w:rPr>
              <w:t>41</w:t>
            </w:r>
          </w:p>
        </w:tc>
        <w:tc>
          <w:tcPr>
            <w:tcW w:type="dxa" w:w="1506"/>
          </w:tcPr>
          <w:p>
            <w:pPr>
              <w:spacing w:after="0"/>
              <w:jc w:val="left"/>
            </w:pPr>
            <w:r>
              <w:rPr>
                <w:sz w:val="16"/>
              </w:rPr>
              <w:t>1946-12-31 to 2014-02-12 (67 years)</w:t>
            </w:r>
          </w:p>
        </w:tc>
        <w:tc>
          <w:tcPr>
            <w:tcW w:type="dxa" w:w="1037"/>
          </w:tcPr>
          <w:p>
            <w:pPr>
              <w:spacing w:after="0"/>
              <w:jc w:val="left"/>
            </w:pPr>
            <w:r>
              <w:rPr>
                <w:sz w:val="16"/>
              </w:rPr>
              <w:t>countywide</w:t>
            </w:r>
          </w:p>
        </w:tc>
        <w:tc>
          <w:tcPr>
            <w:tcW w:type="dxa" w:w="1924"/>
          </w:tcPr>
          <w:p>
            <w:pPr>
              <w:spacing w:after="0"/>
              <w:jc w:val="left"/>
            </w:pPr>
          </w:p>
        </w:tc>
      </w:tr>
      <w:tr>
        <w:trPr>
          <w:cantSplit/>
        </w:trPr>
        <w:tc>
          <w:tcPr>
            <w:tcW w:type="dxa" w:w="1037"/>
          </w:tcPr>
          <w:p>
            <w:pPr>
              <w:spacing w:after="0"/>
              <w:jc w:val="left"/>
            </w:pPr>
            <w:r>
              <w:rPr>
                <w:sz w:val="16"/>
              </w:rPr>
              <w:t>Inland Flooding</w:t>
            </w:r>
          </w:p>
        </w:tc>
        <w:tc>
          <w:tcPr>
            <w:tcW w:type="dxa" w:w="1243"/>
          </w:tcPr>
          <w:p>
            <w:pPr>
              <w:spacing w:after="0"/>
              <w:jc w:val="right"/>
            </w:pPr>
            <w:r>
              <w:rPr>
                <w:sz w:val="16"/>
              </w:rPr>
              <w:t>0.5</w:t>
            </w:r>
          </w:p>
        </w:tc>
        <w:tc>
          <w:tcPr>
            <w:tcW w:type="dxa" w:w="1276"/>
          </w:tcPr>
          <w:p>
            <w:pPr>
              <w:spacing w:after="0"/>
              <w:jc w:val="left"/>
            </w:pPr>
            <w:r>
              <w:rPr>
                <w:sz w:val="16"/>
              </w:rPr>
              <w:t>event-days per year</w:t>
            </w:r>
          </w:p>
        </w:tc>
        <w:tc>
          <w:tcPr>
            <w:tcW w:type="dxa" w:w="1575"/>
          </w:tcPr>
          <w:p>
            <w:pPr>
              <w:spacing w:after="0"/>
              <w:jc w:val="left"/>
            </w:pPr>
            <w:r>
              <w:rPr>
                <w:sz w:val="16"/>
              </w:rPr>
              <w:t>about 0.5 days per year</w:t>
            </w:r>
          </w:p>
        </w:tc>
        <w:tc>
          <w:tcPr>
            <w:tcW w:type="dxa" w:w="1037"/>
          </w:tcPr>
          <w:p>
            <w:pPr>
              <w:spacing w:after="0"/>
              <w:jc w:val="left"/>
            </w:pPr>
            <w:r>
              <w:rPr>
                <w:sz w:val="16"/>
              </w:rPr>
              <w:t>Likely</w:t>
            </w:r>
          </w:p>
        </w:tc>
        <w:tc>
          <w:tcPr>
            <w:tcW w:type="dxa" w:w="1956"/>
          </w:tcPr>
          <w:p>
            <w:pPr>
              <w:spacing w:after="0"/>
              <w:jc w:val="left"/>
            </w:pPr>
            <w:r>
              <w:rPr>
                <w:sz w:val="16"/>
              </w:rPr>
              <w:t>Storm Events event-days in 11 of 30 years, 1996 to 2025 (36.7%)</w:t>
            </w:r>
          </w:p>
        </w:tc>
        <w:tc>
          <w:tcPr>
            <w:tcW w:type="dxa" w:w="1522"/>
          </w:tcPr>
          <w:p>
            <w:pPr>
              <w:spacing w:after="0"/>
              <w:jc w:val="right"/>
            </w:pPr>
            <w:r>
              <w:rPr>
                <w:sz w:val="16"/>
              </w:rPr>
              <w:t>14</w:t>
            </w:r>
          </w:p>
        </w:tc>
        <w:tc>
          <w:tcPr>
            <w:tcW w:type="dxa" w:w="1506"/>
          </w:tcPr>
          <w:p>
            <w:pPr>
              <w:spacing w:after="0"/>
              <w:jc w:val="left"/>
            </w:pPr>
            <w:r>
              <w:rPr>
                <w:sz w:val="16"/>
              </w:rPr>
              <w:t>1996 to 2023 (28 years)</w:t>
            </w:r>
          </w:p>
        </w:tc>
        <w:tc>
          <w:tcPr>
            <w:tcW w:type="dxa" w:w="1037"/>
          </w:tcPr>
          <w:p>
            <w:pPr>
              <w:spacing w:after="0"/>
              <w:jc w:val="left"/>
            </w:pPr>
            <w:r>
              <w:rPr>
                <w:sz w:val="16"/>
              </w:rPr>
              <w:t>see B1-f</w:t>
            </w:r>
          </w:p>
        </w:tc>
        <w:tc>
          <w:tcPr>
            <w:tcW w:type="dxa" w:w="1924"/>
          </w:tcPr>
          <w:p>
            <w:pPr>
              <w:spacing w:after="0"/>
              <w:jc w:val="left"/>
            </w:pPr>
          </w:p>
        </w:tc>
      </w:tr>
      <w:tr>
        <w:trPr>
          <w:cantSplit/>
        </w:trPr>
        <w:tc>
          <w:tcPr>
            <w:tcW w:type="dxa" w:w="1037"/>
          </w:tcPr>
          <w:p>
            <w:pPr>
              <w:spacing w:after="0"/>
              <w:jc w:val="left"/>
            </w:pPr>
            <w:r>
              <w:rPr>
                <w:sz w:val="16"/>
              </w:rPr>
              <w:t>Landslide</w:t>
            </w:r>
          </w:p>
        </w:tc>
        <w:tc>
          <w:tcPr>
            <w:tcW w:type="dxa" w:w="1243"/>
          </w:tcPr>
          <w:p>
            <w:pPr>
              <w:spacing w:after="0"/>
              <w:jc w:val="right"/>
            </w:pPr>
            <w:r>
              <w:rPr>
                <w:sz w:val="16"/>
              </w:rPr>
              <w:t>0.417</w:t>
            </w:r>
          </w:p>
        </w:tc>
        <w:tc>
          <w:tcPr>
            <w:tcW w:type="dxa" w:w="1276"/>
          </w:tcPr>
          <w:p>
            <w:pPr>
              <w:spacing w:after="0"/>
              <w:jc w:val="left"/>
            </w:pPr>
            <w:r>
              <w:rPr>
                <w:sz w:val="16"/>
              </w:rPr>
              <w:t>events per year (modeled)</w:t>
            </w:r>
          </w:p>
        </w:tc>
        <w:tc>
          <w:tcPr>
            <w:tcW w:type="dxa" w:w="1575"/>
          </w:tcPr>
          <w:p>
            <w:pPr>
              <w:spacing w:after="0"/>
              <w:jc w:val="left"/>
            </w:pPr>
            <w:r>
              <w:rPr>
                <w:sz w:val="16"/>
              </w:rPr>
              <w:t>about 1 in 2 years</w:t>
            </w:r>
          </w:p>
        </w:tc>
        <w:tc>
          <w:tcPr>
            <w:tcW w:type="dxa" w:w="1037"/>
          </w:tcPr>
          <w:p>
            <w:pPr>
              <w:spacing w:after="0"/>
              <w:jc w:val="left"/>
            </w:pPr>
            <w:r>
              <w:rPr>
                <w:sz w:val="16"/>
              </w:rPr>
              <w:t>Likely</w:t>
            </w:r>
          </w:p>
        </w:tc>
        <w:tc>
          <w:tcPr>
            <w:tcW w:type="dxa" w:w="1956"/>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24"/>
          </w:tcPr>
          <w:p>
            <w:pPr>
              <w:spacing w:after="0"/>
              <w:jc w:val="left"/>
            </w:pPr>
          </w:p>
        </w:tc>
      </w:tr>
      <w:tr>
        <w:trPr>
          <w:cantSplit/>
        </w:trPr>
        <w:tc>
          <w:tcPr>
            <w:tcW w:type="dxa" w:w="1037"/>
          </w:tcPr>
          <w:p>
            <w:pPr>
              <w:spacing w:after="0"/>
              <w:jc w:val="left"/>
            </w:pPr>
            <w:r>
              <w:rPr>
                <w:sz w:val="16"/>
              </w:rPr>
              <w:t>Lightning</w:t>
            </w:r>
          </w:p>
        </w:tc>
        <w:tc>
          <w:tcPr>
            <w:tcW w:type="dxa" w:w="1243"/>
          </w:tcPr>
          <w:p>
            <w:pPr>
              <w:spacing w:after="0"/>
              <w:jc w:val="right"/>
            </w:pPr>
            <w:r>
              <w:rPr>
                <w:sz w:val="16"/>
              </w:rPr>
              <w:t>55.4</w:t>
            </w:r>
          </w:p>
        </w:tc>
        <w:tc>
          <w:tcPr>
            <w:tcW w:type="dxa" w:w="1276"/>
          </w:tcPr>
          <w:p>
            <w:pPr>
              <w:spacing w:after="0"/>
              <w:jc w:val="left"/>
            </w:pPr>
            <w:r>
              <w:rPr>
                <w:sz w:val="16"/>
              </w:rPr>
              <w:t>days per year with a strike</w:t>
            </w:r>
          </w:p>
        </w:tc>
        <w:tc>
          <w:tcPr>
            <w:tcW w:type="dxa" w:w="1575"/>
          </w:tcPr>
          <w:p>
            <w:pPr>
              <w:spacing w:after="0"/>
              <w:jc w:val="left"/>
            </w:pPr>
            <w:r>
              <w:rPr>
                <w:sz w:val="16"/>
              </w:rPr>
              <w:t>about 55.4 days per year</w:t>
            </w:r>
          </w:p>
        </w:tc>
        <w:tc>
          <w:tcPr>
            <w:tcW w:type="dxa" w:w="1037"/>
          </w:tcPr>
          <w:p>
            <w:pPr>
              <w:spacing w:after="0"/>
              <w:jc w:val="left"/>
            </w:pPr>
            <w:r>
              <w:rPr>
                <w:sz w:val="16"/>
              </w:rPr>
              <w:t>Highly likely</w:t>
            </w:r>
          </w:p>
        </w:tc>
        <w:tc>
          <w:tcPr>
            <w:tcW w:type="dxa" w:w="1956"/>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1995 to 2023 (29 years; CONUS)</w:t>
            </w:r>
          </w:p>
        </w:tc>
        <w:tc>
          <w:tcPr>
            <w:tcW w:type="dxa" w:w="1037"/>
          </w:tcPr>
          <w:p>
            <w:pPr>
              <w:spacing w:after="0"/>
              <w:jc w:val="left"/>
            </w:pPr>
            <w:r>
              <w:rPr>
                <w:sz w:val="16"/>
              </w:rPr>
              <w:t>countywide</w:t>
            </w:r>
          </w:p>
        </w:tc>
        <w:tc>
          <w:tcPr>
            <w:tcW w:type="dxa" w:w="1924"/>
          </w:tcPr>
          <w:p>
            <w:pPr>
              <w:spacing w:after="0"/>
              <w:jc w:val="left"/>
            </w:pPr>
          </w:p>
        </w:tc>
      </w:tr>
      <w:tr>
        <w:trPr>
          <w:cantSplit/>
        </w:trPr>
        <w:tc>
          <w:tcPr>
            <w:tcW w:type="dxa" w:w="1037"/>
          </w:tcPr>
          <w:p>
            <w:pPr>
              <w:spacing w:after="0"/>
              <w:jc w:val="left"/>
            </w:pPr>
            <w:r>
              <w:rPr>
                <w:sz w:val="16"/>
              </w:rPr>
              <w:t>Strong Wind</w:t>
            </w:r>
          </w:p>
        </w:tc>
        <w:tc>
          <w:tcPr>
            <w:tcW w:type="dxa" w:w="1243"/>
          </w:tcPr>
          <w:p>
            <w:pPr>
              <w:spacing w:after="0"/>
              <w:jc w:val="right"/>
            </w:pPr>
            <w:r>
              <w:rPr>
                <w:sz w:val="16"/>
              </w:rPr>
              <w:t>5.38</w:t>
            </w:r>
          </w:p>
        </w:tc>
        <w:tc>
          <w:tcPr>
            <w:tcW w:type="dxa" w:w="1276"/>
          </w:tcPr>
          <w:p>
            <w:pPr>
              <w:spacing w:after="0"/>
              <w:jc w:val="left"/>
            </w:pPr>
            <w:r>
              <w:rPr>
                <w:sz w:val="16"/>
              </w:rPr>
              <w:t>events per year</w:t>
            </w:r>
          </w:p>
        </w:tc>
        <w:tc>
          <w:tcPr>
            <w:tcW w:type="dxa" w:w="1575"/>
          </w:tcPr>
          <w:p>
            <w:pPr>
              <w:spacing w:after="0"/>
              <w:jc w:val="left"/>
            </w:pPr>
            <w:r>
              <w:rPr>
                <w:sz w:val="16"/>
              </w:rPr>
              <w:t>about 5.38 per year</w:t>
            </w:r>
          </w:p>
        </w:tc>
        <w:tc>
          <w:tcPr>
            <w:tcW w:type="dxa" w:w="1037"/>
          </w:tcPr>
          <w:p>
            <w:pPr>
              <w:spacing w:after="0"/>
              <w:jc w:val="left"/>
            </w:pPr>
            <w:r>
              <w:rPr>
                <w:sz w:val="16"/>
              </w:rPr>
              <w:t>Highly likely</w:t>
            </w:r>
          </w:p>
        </w:tc>
        <w:tc>
          <w:tcPr>
            <w:tcW w:type="dxa" w:w="1956"/>
          </w:tcPr>
          <w:p>
            <w:pPr>
              <w:spacing w:after="0"/>
              <w:jc w:val="left"/>
            </w:pPr>
            <w:r>
              <w:rPr>
                <w:sz w:val="16"/>
              </w:rPr>
              <w:t>FEMA annualized frequency (modeled)</w:t>
            </w:r>
          </w:p>
        </w:tc>
        <w:tc>
          <w:tcPr>
            <w:tcW w:type="dxa" w:w="1522"/>
          </w:tcPr>
          <w:p>
            <w:pPr>
              <w:spacing w:after="0"/>
              <w:jc w:val="right"/>
            </w:pPr>
            <w:r>
              <w:rPr>
                <w:sz w:val="16"/>
              </w:rPr>
              <w:t>205</w:t>
            </w:r>
          </w:p>
        </w:tc>
        <w:tc>
          <w:tcPr>
            <w:tcW w:type="dxa" w:w="1506"/>
          </w:tcPr>
          <w:p>
            <w:pPr>
              <w:spacing w:after="0"/>
              <w:jc w:val="left"/>
            </w:pPr>
            <w:r>
              <w:rPr>
                <w:sz w:val="16"/>
              </w:rPr>
              <w:t>1986 to 2023 (38 years)</w:t>
            </w:r>
          </w:p>
        </w:tc>
        <w:tc>
          <w:tcPr>
            <w:tcW w:type="dxa" w:w="1037"/>
          </w:tcPr>
          <w:p>
            <w:pPr>
              <w:spacing w:after="0"/>
              <w:jc w:val="left"/>
            </w:pPr>
            <w:r>
              <w:rPr>
                <w:sz w:val="16"/>
              </w:rPr>
              <w:t>countywide</w:t>
            </w:r>
          </w:p>
        </w:tc>
        <w:tc>
          <w:tcPr>
            <w:tcW w:type="dxa" w:w="1924"/>
          </w:tcPr>
          <w:p>
            <w:pPr>
              <w:spacing w:after="0"/>
              <w:jc w:val="left"/>
            </w:pPr>
          </w:p>
        </w:tc>
      </w:tr>
      <w:tr>
        <w:trPr>
          <w:cantSplit/>
        </w:trPr>
        <w:tc>
          <w:tcPr>
            <w:tcW w:type="dxa" w:w="1037"/>
          </w:tcPr>
          <w:p>
            <w:pPr>
              <w:spacing w:after="0"/>
              <w:jc w:val="left"/>
            </w:pPr>
            <w:r>
              <w:rPr>
                <w:sz w:val="16"/>
              </w:rPr>
              <w:t>Tornado</w:t>
            </w:r>
          </w:p>
        </w:tc>
        <w:tc>
          <w:tcPr>
            <w:tcW w:type="dxa" w:w="1243"/>
          </w:tcPr>
          <w:p>
            <w:pPr>
              <w:spacing w:after="0"/>
              <w:jc w:val="right"/>
            </w:pPr>
            <w:r>
              <w:rPr>
                <w:sz w:val="16"/>
              </w:rPr>
              <w:t>0.109</w:t>
            </w:r>
          </w:p>
        </w:tc>
        <w:tc>
          <w:tcPr>
            <w:tcW w:type="dxa" w:w="1276"/>
          </w:tcPr>
          <w:p>
            <w:pPr>
              <w:spacing w:after="0"/>
              <w:jc w:val="left"/>
            </w:pPr>
            <w:r>
              <w:rPr>
                <w:sz w:val="16"/>
              </w:rPr>
              <w:t>events per year</w:t>
            </w:r>
          </w:p>
        </w:tc>
        <w:tc>
          <w:tcPr>
            <w:tcW w:type="dxa" w:w="1575"/>
          </w:tcPr>
          <w:p>
            <w:pPr>
              <w:spacing w:after="0"/>
              <w:jc w:val="left"/>
            </w:pPr>
            <w:r>
              <w:rPr>
                <w:sz w:val="16"/>
              </w:rPr>
              <w:t>about 1 in 9 years</w:t>
            </w:r>
          </w:p>
        </w:tc>
        <w:tc>
          <w:tcPr>
            <w:tcW w:type="dxa" w:w="1037"/>
          </w:tcPr>
          <w:p>
            <w:pPr>
              <w:spacing w:after="0"/>
              <w:jc w:val="left"/>
            </w:pPr>
            <w:r>
              <w:rPr>
                <w:sz w:val="16"/>
              </w:rPr>
              <w:t>Likely</w:t>
            </w:r>
          </w:p>
        </w:tc>
        <w:tc>
          <w:tcPr>
            <w:tcW w:type="dxa" w:w="1956"/>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1950 to 2023 (EF2+); 1986 to 2023 (EF0-1)</w:t>
            </w:r>
          </w:p>
        </w:tc>
        <w:tc>
          <w:tcPr>
            <w:tcW w:type="dxa" w:w="1037"/>
          </w:tcPr>
          <w:p>
            <w:pPr>
              <w:spacing w:after="0"/>
              <w:jc w:val="left"/>
            </w:pPr>
            <w:r>
              <w:rPr>
                <w:sz w:val="16"/>
              </w:rPr>
              <w:t>see B1-f</w:t>
            </w:r>
          </w:p>
        </w:tc>
        <w:tc>
          <w:tcPr>
            <w:tcW w:type="dxa" w:w="1924"/>
          </w:tcPr>
          <w:p>
            <w:pPr>
              <w:spacing w:after="0"/>
              <w:jc w:val="left"/>
            </w:pPr>
          </w:p>
        </w:tc>
      </w:tr>
      <w:tr>
        <w:trPr>
          <w:cantSplit/>
        </w:trPr>
        <w:tc>
          <w:tcPr>
            <w:tcW w:type="dxa" w:w="1037"/>
          </w:tcPr>
          <w:p>
            <w:pPr>
              <w:spacing w:after="0"/>
              <w:jc w:val="left"/>
            </w:pPr>
            <w:r>
              <w:rPr>
                <w:sz w:val="16"/>
              </w:rPr>
              <w:t>Wildfire</w:t>
            </w:r>
          </w:p>
        </w:tc>
        <w:tc>
          <w:tcPr>
            <w:tcW w:type="dxa" w:w="1243"/>
          </w:tcPr>
          <w:p>
            <w:pPr>
              <w:spacing w:after="0"/>
              <w:jc w:val="right"/>
            </w:pPr>
            <w:r>
              <w:rPr>
                <w:sz w:val="16"/>
              </w:rPr>
              <w:t>0.000796</w:t>
            </w:r>
          </w:p>
        </w:tc>
        <w:tc>
          <w:tcPr>
            <w:tcW w:type="dxa" w:w="1276"/>
          </w:tcPr>
          <w:p>
            <w:pPr>
              <w:spacing w:after="0"/>
              <w:jc w:val="left"/>
            </w:pPr>
            <w:r>
              <w:rPr>
                <w:sz w:val="16"/>
              </w:rPr>
              <w:t>annual probability at a location</w:t>
            </w:r>
          </w:p>
        </w:tc>
        <w:tc>
          <w:tcPr>
            <w:tcW w:type="dxa" w:w="1575"/>
          </w:tcPr>
          <w:p>
            <w:pPr>
              <w:spacing w:after="0"/>
              <w:jc w:val="left"/>
            </w:pPr>
            <w:r>
              <w:rPr>
                <w:sz w:val="16"/>
              </w:rPr>
              <w:t>chance a given location in the county burns in a year: 0.0796%</w:t>
            </w:r>
          </w:p>
        </w:tc>
        <w:tc>
          <w:tcPr>
            <w:tcW w:type="dxa" w:w="1037"/>
          </w:tcPr>
          <w:p>
            <w:pPr>
              <w:spacing w:after="0"/>
              <w:jc w:val="left"/>
            </w:pPr>
          </w:p>
        </w:tc>
        <w:tc>
          <w:tcPr>
            <w:tcW w:type="dxa" w:w="1956"/>
          </w:tcPr>
          <w:p>
            <w:pPr>
              <w:spacing w:after="0"/>
              <w:jc w:val="left"/>
            </w:pPr>
            <w:r>
              <w:rPr>
                <w:sz w:val="16"/>
              </w:rPr>
              <w:t>Storm Events records in 0 of 30 years, 1996 to 2025 (0%)</w:t>
            </w: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24"/>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3"/>
          </w:tcPr>
          <w:p>
            <w:pPr>
              <w:spacing w:after="0"/>
              <w:jc w:val="right"/>
            </w:pPr>
            <w:r>
              <w:rPr>
                <w:sz w:val="16"/>
              </w:rPr>
              <w:t>7.58</w:t>
            </w:r>
          </w:p>
        </w:tc>
        <w:tc>
          <w:tcPr>
            <w:tcW w:type="dxa" w:w="1276"/>
          </w:tcPr>
          <w:p>
            <w:pPr>
              <w:spacing w:after="0"/>
              <w:jc w:val="left"/>
            </w:pPr>
            <w:r>
              <w:rPr>
                <w:sz w:val="16"/>
              </w:rPr>
              <w:t>event-days per year</w:t>
            </w:r>
          </w:p>
        </w:tc>
        <w:tc>
          <w:tcPr>
            <w:tcW w:type="dxa" w:w="1575"/>
          </w:tcPr>
          <w:p>
            <w:pPr>
              <w:spacing w:after="0"/>
              <w:jc w:val="left"/>
            </w:pPr>
            <w:r>
              <w:rPr>
                <w:sz w:val="16"/>
              </w:rPr>
              <w:t>about 7.58 days per year</w:t>
            </w:r>
          </w:p>
        </w:tc>
        <w:tc>
          <w:tcPr>
            <w:tcW w:type="dxa" w:w="1037"/>
          </w:tcPr>
          <w:p>
            <w:pPr>
              <w:spacing w:after="0"/>
              <w:jc w:val="left"/>
            </w:pPr>
            <w:r>
              <w:rPr>
                <w:sz w:val="16"/>
              </w:rPr>
              <w:t>Likely</w:t>
            </w:r>
          </w:p>
        </w:tc>
        <w:tc>
          <w:tcPr>
            <w:tcW w:type="dxa" w:w="1956"/>
          </w:tcPr>
          <w:p>
            <w:pPr>
              <w:spacing w:after="0"/>
              <w:jc w:val="left"/>
            </w:pPr>
            <w:r>
              <w:rPr>
                <w:sz w:val="16"/>
              </w:rPr>
              <w:t>Storm Events event-days in 10 of 30 years, 1996 to 2025 (33.3%)</w:t>
            </w:r>
          </w:p>
        </w:tc>
        <w:tc>
          <w:tcPr>
            <w:tcW w:type="dxa" w:w="1522"/>
          </w:tcPr>
          <w:p>
            <w:pPr>
              <w:spacing w:after="0"/>
              <w:jc w:val="right"/>
            </w:pPr>
            <w:r>
              <w:rPr>
                <w:sz w:val="16"/>
              </w:rPr>
              <w:t>144</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2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17</w:t>
            </w:r>
          </w:p>
        </w:tc>
        <w:tc>
          <w:tcPr>
            <w:tcW w:type="dxa" w:w="1381"/>
          </w:tcPr>
          <w:p>
            <w:pPr>
              <w:spacing w:after="0"/>
              <w:jc w:val="right"/>
            </w:pPr>
            <w:r>
              <w:rPr>
                <w:sz w:val="16"/>
              </w:rPr>
              <w:t>30</w:t>
            </w:r>
          </w:p>
        </w:tc>
        <w:tc>
          <w:tcPr>
            <w:tcW w:type="dxa" w:w="1381"/>
          </w:tcPr>
          <w:p>
            <w:pPr>
              <w:spacing w:after="0"/>
              <w:jc w:val="right"/>
            </w:pPr>
            <w:r>
              <w:rPr>
                <w:sz w:val="16"/>
              </w:rPr>
              <w:t>0.567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88</w:t>
            </w:r>
          </w:p>
        </w:tc>
        <w:tc>
          <w:tcPr>
            <w:tcW w:type="dxa" w:w="1381"/>
          </w:tcPr>
          <w:p>
            <w:pPr>
              <w:spacing w:after="0"/>
              <w:jc w:val="right"/>
            </w:pPr>
            <w:r>
              <w:rPr>
                <w:sz w:val="16"/>
              </w:rPr>
              <w:t>30</w:t>
            </w:r>
          </w:p>
        </w:tc>
        <w:tc>
          <w:tcPr>
            <w:tcW w:type="dxa" w:w="1381"/>
          </w:tcPr>
          <w:p>
            <w:pPr>
              <w:spacing w:after="0"/>
              <w:jc w:val="right"/>
            </w:pPr>
            <w:r>
              <w:rPr>
                <w:sz w:val="16"/>
              </w:rPr>
              <w:t>2.93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12</w:t>
            </w:r>
          </w:p>
        </w:tc>
        <w:tc>
          <w:tcPr>
            <w:tcW w:type="dxa" w:w="1381"/>
          </w:tcPr>
          <w:p>
            <w:pPr>
              <w:spacing w:after="0"/>
              <w:jc w:val="right"/>
            </w:pPr>
            <w:r>
              <w:rPr>
                <w:sz w:val="16"/>
              </w:rPr>
              <w:t>30</w:t>
            </w:r>
          </w:p>
        </w:tc>
        <w:tc>
          <w:tcPr>
            <w:tcW w:type="dxa" w:w="1381"/>
          </w:tcPr>
          <w:p>
            <w:pPr>
              <w:spacing w:after="0"/>
              <w:jc w:val="right"/>
            </w:pPr>
            <w:r>
              <w:rPr>
                <w:sz w:val="16"/>
              </w:rPr>
              <w:t>0.4</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99"/>
        <w:gridCol w:w="1311"/>
        <w:gridCol w:w="1250"/>
        <w:gridCol w:w="1311"/>
        <w:gridCol w:w="1250"/>
        <w:gridCol w:w="6992"/>
      </w:tblGrid>
      <w:tr>
        <w:trPr>
          <w:cantSplit/>
          <w:tblHeader/>
        </w:trPr>
        <w:tc>
          <w:tcPr>
            <w:tcW w:type="dxa" w:w="1999"/>
            <w:vMerge w:val="restart"/>
            <w:shd w:val="clear" w:color="auto" w:fill="E8E8E8"/>
          </w:tcPr>
          <w:p>
            <w:pPr>
              <w:spacing w:after="0"/>
              <w:jc w:val="left"/>
            </w:pPr>
            <w:r>
              <w:rPr>
                <w:b/>
                <w:sz w:val="16"/>
              </w:rPr>
              <w:t>Hazard</w:t>
            </w:r>
          </w:p>
        </w:tc>
        <w:tc>
          <w:tcPr>
            <w:tcW w:type="dxa" w:w="131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50"/>
            <w:shd w:val="clear" w:color="auto" w:fill="E8E8E8"/>
          </w:tcPr>
          <w:p>
            <w:pPr>
              <w:spacing w:after="0"/>
              <w:jc w:val="right"/>
            </w:pPr>
            <w:r>
              <w:rPr>
                <w:b/>
                <w:sz w:val="16"/>
              </w:rPr>
              <w:t>Min</w:t>
            </w:r>
          </w:p>
        </w:tc>
        <w:tc>
          <w:tcPr>
            <w:tcW w:type="dxa" w:w="1311"/>
            <w:shd w:val="clear" w:color="auto" w:fill="E8E8E8"/>
          </w:tcPr>
          <w:p>
            <w:pPr>
              <w:spacing w:after="0"/>
              <w:jc w:val="right"/>
            </w:pPr>
            <w:r>
              <w:rPr>
                <w:b/>
                <w:sz w:val="16"/>
              </w:rPr>
              <w:t>Median</w:t>
            </w:r>
          </w:p>
        </w:tc>
        <w:tc>
          <w:tcPr>
            <w:tcW w:type="dxa" w:w="1250"/>
            <w:shd w:val="clear" w:color="auto" w:fill="E8E8E8"/>
          </w:tcPr>
          <w:p>
            <w:pPr>
              <w:spacing w:after="0"/>
              <w:jc w:val="right"/>
            </w:pPr>
            <w:r>
              <w:rPr>
                <w:b/>
                <w:sz w:val="16"/>
              </w:rPr>
              <w:t>Max</w:t>
            </w:r>
          </w:p>
        </w:tc>
        <w:tc>
          <w:tcPr>
            <w:tcW w:type="dxa" w:w="2352"/>
            <w:vMerge/>
          </w:tcPr>
          <w:p/>
        </w:tc>
      </w:tr>
      <w:tr>
        <w:trPr>
          <w:cantSplit/>
        </w:trPr>
        <w:tc>
          <w:tcPr>
            <w:tcW w:type="dxa" w:w="1999"/>
          </w:tcPr>
          <w:p>
            <w:pPr>
              <w:spacing w:after="0"/>
              <w:jc w:val="left"/>
            </w:pPr>
            <w:r>
              <w:rPr>
                <w:sz w:val="16"/>
              </w:rPr>
              <w:t>Cold Wave</w:t>
            </w:r>
          </w:p>
        </w:tc>
        <w:tc>
          <w:tcPr>
            <w:tcW w:type="dxa" w:w="1311"/>
          </w:tcPr>
          <w:p>
            <w:pPr>
              <w:spacing w:after="0"/>
              <w:jc w:val="right"/>
            </w:pPr>
            <w:r>
              <w:rPr>
                <w:sz w:val="16"/>
              </w:rPr>
              <w:t>4 of 4</w:t>
            </w:r>
          </w:p>
        </w:tc>
        <w:tc>
          <w:tcPr>
            <w:tcW w:type="dxa" w:w="1250"/>
          </w:tcPr>
          <w:p>
            <w:pPr>
              <w:spacing w:after="0"/>
              <w:jc w:val="right"/>
            </w:pPr>
            <w:r>
              <w:rPr>
                <w:sz w:val="16"/>
              </w:rPr>
              <w:t>78.0</w:t>
            </w:r>
          </w:p>
        </w:tc>
        <w:tc>
          <w:tcPr>
            <w:tcW w:type="dxa" w:w="1311"/>
          </w:tcPr>
          <w:p>
            <w:pPr>
              <w:spacing w:after="0"/>
              <w:jc w:val="right"/>
            </w:pPr>
            <w:r>
              <w:rPr>
                <w:sz w:val="16"/>
              </w:rPr>
              <w:t>82.8</w:t>
            </w:r>
          </w:p>
        </w:tc>
        <w:tc>
          <w:tcPr>
            <w:tcW w:type="dxa" w:w="1250"/>
          </w:tcPr>
          <w:p>
            <w:pPr>
              <w:spacing w:after="0"/>
              <w:jc w:val="right"/>
            </w:pPr>
            <w:r>
              <w:rPr>
                <w:sz w:val="16"/>
              </w:rPr>
              <w:t>92.2</w:t>
            </w:r>
          </w:p>
        </w:tc>
        <w:tc>
          <w:tcPr>
            <w:tcW w:type="dxa" w:w="6992"/>
          </w:tcPr>
          <w:p>
            <w:pPr>
              <w:spacing w:after="0"/>
              <w:jc w:val="left"/>
            </w:pPr>
            <w:r>
              <w:rPr>
                <w:sz w:val="16"/>
              </w:rPr>
              <w:t>Relatively High 4</w:t>
            </w:r>
          </w:p>
        </w:tc>
      </w:tr>
      <w:tr>
        <w:trPr>
          <w:cantSplit/>
        </w:trPr>
        <w:tc>
          <w:tcPr>
            <w:tcW w:type="dxa" w:w="1999"/>
          </w:tcPr>
          <w:p>
            <w:pPr>
              <w:spacing w:after="0"/>
              <w:jc w:val="left"/>
            </w:pPr>
            <w:r>
              <w:rPr>
                <w:sz w:val="16"/>
              </w:rPr>
              <w:t>Drought</w:t>
            </w:r>
          </w:p>
        </w:tc>
        <w:tc>
          <w:tcPr>
            <w:tcW w:type="dxa" w:w="1311"/>
          </w:tcPr>
          <w:p>
            <w:pPr>
              <w:spacing w:after="0"/>
              <w:jc w:val="right"/>
            </w:pPr>
            <w:r>
              <w:rPr>
                <w:sz w:val="16"/>
              </w:rPr>
              <w:t>4 of 4</w:t>
            </w:r>
          </w:p>
        </w:tc>
        <w:tc>
          <w:tcPr>
            <w:tcW w:type="dxa" w:w="1250"/>
          </w:tcPr>
          <w:p>
            <w:pPr>
              <w:spacing w:after="0"/>
              <w:jc w:val="right"/>
            </w:pPr>
            <w:r>
              <w:rPr>
                <w:sz w:val="16"/>
              </w:rPr>
              <w:t>78.2</w:t>
            </w:r>
          </w:p>
        </w:tc>
        <w:tc>
          <w:tcPr>
            <w:tcW w:type="dxa" w:w="1311"/>
          </w:tcPr>
          <w:p>
            <w:pPr>
              <w:spacing w:after="0"/>
              <w:jc w:val="right"/>
            </w:pPr>
            <w:r>
              <w:rPr>
                <w:sz w:val="16"/>
              </w:rPr>
              <w:t>80.4</w:t>
            </w:r>
          </w:p>
        </w:tc>
        <w:tc>
          <w:tcPr>
            <w:tcW w:type="dxa" w:w="1250"/>
          </w:tcPr>
          <w:p>
            <w:pPr>
              <w:spacing w:after="0"/>
              <w:jc w:val="right"/>
            </w:pPr>
            <w:r>
              <w:rPr>
                <w:sz w:val="16"/>
              </w:rPr>
              <w:t>84.9</w:t>
            </w:r>
          </w:p>
        </w:tc>
        <w:tc>
          <w:tcPr>
            <w:tcW w:type="dxa" w:w="6992"/>
          </w:tcPr>
          <w:p>
            <w:pPr>
              <w:spacing w:after="0"/>
              <w:jc w:val="left"/>
            </w:pPr>
            <w:r>
              <w:rPr>
                <w:sz w:val="16"/>
              </w:rPr>
              <w:t>Relatively Low 2, Very Low 2</w:t>
            </w:r>
          </w:p>
        </w:tc>
      </w:tr>
      <w:tr>
        <w:trPr>
          <w:cantSplit/>
        </w:trPr>
        <w:tc>
          <w:tcPr>
            <w:tcW w:type="dxa" w:w="1999"/>
          </w:tcPr>
          <w:p>
            <w:pPr>
              <w:spacing w:after="0"/>
              <w:jc w:val="left"/>
            </w:pPr>
            <w:r>
              <w:rPr>
                <w:sz w:val="16"/>
              </w:rPr>
              <w:t>Earthquake</w:t>
            </w:r>
          </w:p>
        </w:tc>
        <w:tc>
          <w:tcPr>
            <w:tcW w:type="dxa" w:w="1311"/>
          </w:tcPr>
          <w:p>
            <w:pPr>
              <w:spacing w:after="0"/>
              <w:jc w:val="right"/>
            </w:pPr>
            <w:r>
              <w:rPr>
                <w:sz w:val="16"/>
              </w:rPr>
              <w:t>4 of 4</w:t>
            </w:r>
          </w:p>
        </w:tc>
        <w:tc>
          <w:tcPr>
            <w:tcW w:type="dxa" w:w="1250"/>
          </w:tcPr>
          <w:p>
            <w:pPr>
              <w:spacing w:after="0"/>
              <w:jc w:val="right"/>
            </w:pPr>
            <w:r>
              <w:rPr>
                <w:sz w:val="16"/>
              </w:rPr>
              <w:t>37.1</w:t>
            </w:r>
          </w:p>
        </w:tc>
        <w:tc>
          <w:tcPr>
            <w:tcW w:type="dxa" w:w="1311"/>
          </w:tcPr>
          <w:p>
            <w:pPr>
              <w:spacing w:after="0"/>
              <w:jc w:val="right"/>
            </w:pPr>
            <w:r>
              <w:rPr>
                <w:sz w:val="16"/>
              </w:rPr>
              <w:t>45.1</w:t>
            </w:r>
          </w:p>
        </w:tc>
        <w:tc>
          <w:tcPr>
            <w:tcW w:type="dxa" w:w="1250"/>
          </w:tcPr>
          <w:p>
            <w:pPr>
              <w:spacing w:after="0"/>
              <w:jc w:val="right"/>
            </w:pPr>
            <w:r>
              <w:rPr>
                <w:sz w:val="16"/>
              </w:rPr>
              <w:t>59.4</w:t>
            </w:r>
          </w:p>
        </w:tc>
        <w:tc>
          <w:tcPr>
            <w:tcW w:type="dxa" w:w="6992"/>
          </w:tcPr>
          <w:p>
            <w:pPr>
              <w:spacing w:after="0"/>
              <w:jc w:val="left"/>
            </w:pPr>
            <w:r>
              <w:rPr>
                <w:sz w:val="16"/>
              </w:rPr>
              <w:t>Relatively Low 2, Very Low 2</w:t>
            </w:r>
          </w:p>
        </w:tc>
      </w:tr>
      <w:tr>
        <w:trPr>
          <w:cantSplit/>
        </w:trPr>
        <w:tc>
          <w:tcPr>
            <w:tcW w:type="dxa" w:w="1999"/>
          </w:tcPr>
          <w:p>
            <w:pPr>
              <w:spacing w:after="0"/>
              <w:jc w:val="left"/>
            </w:pPr>
            <w:r>
              <w:rPr>
                <w:sz w:val="16"/>
              </w:rPr>
              <w:t>Hail</w:t>
            </w:r>
          </w:p>
        </w:tc>
        <w:tc>
          <w:tcPr>
            <w:tcW w:type="dxa" w:w="1311"/>
          </w:tcPr>
          <w:p>
            <w:pPr>
              <w:spacing w:after="0"/>
              <w:jc w:val="right"/>
            </w:pPr>
            <w:r>
              <w:rPr>
                <w:sz w:val="16"/>
              </w:rPr>
              <w:t>4 of 4</w:t>
            </w:r>
          </w:p>
        </w:tc>
        <w:tc>
          <w:tcPr>
            <w:tcW w:type="dxa" w:w="1250"/>
          </w:tcPr>
          <w:p>
            <w:pPr>
              <w:spacing w:after="0"/>
              <w:jc w:val="right"/>
            </w:pPr>
            <w:r>
              <w:rPr>
                <w:sz w:val="16"/>
              </w:rPr>
              <w:t>79.2</w:t>
            </w:r>
          </w:p>
        </w:tc>
        <w:tc>
          <w:tcPr>
            <w:tcW w:type="dxa" w:w="1311"/>
          </w:tcPr>
          <w:p>
            <w:pPr>
              <w:spacing w:after="0"/>
              <w:jc w:val="right"/>
            </w:pPr>
            <w:r>
              <w:rPr>
                <w:sz w:val="16"/>
              </w:rPr>
              <w:t>83.0</w:t>
            </w:r>
          </w:p>
        </w:tc>
        <w:tc>
          <w:tcPr>
            <w:tcW w:type="dxa" w:w="1250"/>
          </w:tcPr>
          <w:p>
            <w:pPr>
              <w:spacing w:after="0"/>
              <w:jc w:val="right"/>
            </w:pPr>
            <w:r>
              <w:rPr>
                <w:sz w:val="16"/>
              </w:rPr>
              <w:t>89.9</w:t>
            </w:r>
          </w:p>
        </w:tc>
        <w:tc>
          <w:tcPr>
            <w:tcW w:type="dxa" w:w="6992"/>
          </w:tcPr>
          <w:p>
            <w:pPr>
              <w:spacing w:after="0"/>
              <w:jc w:val="left"/>
            </w:pPr>
            <w:r>
              <w:rPr>
                <w:sz w:val="16"/>
              </w:rPr>
              <w:t>Relatively High 1, Relatively Moderate 3</w:t>
            </w:r>
          </w:p>
        </w:tc>
      </w:tr>
      <w:tr>
        <w:trPr>
          <w:cantSplit/>
        </w:trPr>
        <w:tc>
          <w:tcPr>
            <w:tcW w:type="dxa" w:w="1999"/>
          </w:tcPr>
          <w:p>
            <w:pPr>
              <w:spacing w:after="0"/>
              <w:jc w:val="left"/>
            </w:pPr>
            <w:r>
              <w:rPr>
                <w:sz w:val="16"/>
              </w:rPr>
              <w:t>Heat Wave</w:t>
            </w:r>
          </w:p>
        </w:tc>
        <w:tc>
          <w:tcPr>
            <w:tcW w:type="dxa" w:w="1311"/>
          </w:tcPr>
          <w:p>
            <w:pPr>
              <w:spacing w:after="0"/>
              <w:jc w:val="right"/>
            </w:pPr>
            <w:r>
              <w:rPr>
                <w:sz w:val="16"/>
              </w:rPr>
              <w:t>4 of 4</w:t>
            </w:r>
          </w:p>
        </w:tc>
        <w:tc>
          <w:tcPr>
            <w:tcW w:type="dxa" w:w="1250"/>
          </w:tcPr>
          <w:p>
            <w:pPr>
              <w:spacing w:after="0"/>
              <w:jc w:val="right"/>
            </w:pPr>
            <w:r>
              <w:rPr>
                <w:sz w:val="16"/>
              </w:rPr>
              <w:t>19.1</w:t>
            </w:r>
          </w:p>
        </w:tc>
        <w:tc>
          <w:tcPr>
            <w:tcW w:type="dxa" w:w="1311"/>
          </w:tcPr>
          <w:p>
            <w:pPr>
              <w:spacing w:after="0"/>
              <w:jc w:val="right"/>
            </w:pPr>
            <w:r>
              <w:rPr>
                <w:sz w:val="16"/>
              </w:rPr>
              <w:t>25.7</w:t>
            </w:r>
          </w:p>
        </w:tc>
        <w:tc>
          <w:tcPr>
            <w:tcW w:type="dxa" w:w="1250"/>
          </w:tcPr>
          <w:p>
            <w:pPr>
              <w:spacing w:after="0"/>
              <w:jc w:val="right"/>
            </w:pPr>
            <w:r>
              <w:rPr>
                <w:sz w:val="16"/>
              </w:rPr>
              <w:t>43.4</w:t>
            </w:r>
          </w:p>
        </w:tc>
        <w:tc>
          <w:tcPr>
            <w:tcW w:type="dxa" w:w="6992"/>
          </w:tcPr>
          <w:p>
            <w:pPr>
              <w:spacing w:after="0"/>
              <w:jc w:val="left"/>
            </w:pPr>
            <w:r>
              <w:rPr>
                <w:sz w:val="16"/>
              </w:rPr>
              <w:t>Relatively Low 4</w:t>
            </w:r>
          </w:p>
        </w:tc>
      </w:tr>
      <w:tr>
        <w:trPr>
          <w:cantSplit/>
        </w:trPr>
        <w:tc>
          <w:tcPr>
            <w:tcW w:type="dxa" w:w="1999"/>
          </w:tcPr>
          <w:p>
            <w:pPr>
              <w:spacing w:after="0"/>
              <w:jc w:val="left"/>
            </w:pPr>
            <w:r>
              <w:rPr>
                <w:sz w:val="16"/>
              </w:rPr>
              <w:t>Hurricane</w:t>
            </w:r>
          </w:p>
        </w:tc>
        <w:tc>
          <w:tcPr>
            <w:tcW w:type="dxa" w:w="1311"/>
          </w:tcPr>
          <w:p>
            <w:pPr>
              <w:spacing w:after="0"/>
              <w:jc w:val="right"/>
            </w:pPr>
            <w:r>
              <w:rPr>
                <w:sz w:val="16"/>
              </w:rPr>
              <w:t>4 of 4</w:t>
            </w:r>
          </w:p>
        </w:tc>
        <w:tc>
          <w:tcPr>
            <w:tcW w:type="dxa" w:w="1250"/>
          </w:tcPr>
          <w:p>
            <w:pPr>
              <w:spacing w:after="0"/>
              <w:jc w:val="right"/>
            </w:pPr>
            <w:r>
              <w:rPr>
                <w:sz w:val="16"/>
              </w:rPr>
              <w:t>50.4</w:t>
            </w:r>
          </w:p>
        </w:tc>
        <w:tc>
          <w:tcPr>
            <w:tcW w:type="dxa" w:w="1311"/>
          </w:tcPr>
          <w:p>
            <w:pPr>
              <w:spacing w:after="0"/>
              <w:jc w:val="right"/>
            </w:pPr>
            <w:r>
              <w:rPr>
                <w:sz w:val="16"/>
              </w:rPr>
              <w:t>51.9</w:t>
            </w:r>
          </w:p>
        </w:tc>
        <w:tc>
          <w:tcPr>
            <w:tcW w:type="dxa" w:w="1250"/>
          </w:tcPr>
          <w:p>
            <w:pPr>
              <w:spacing w:after="0"/>
              <w:jc w:val="right"/>
            </w:pPr>
            <w:r>
              <w:rPr>
                <w:sz w:val="16"/>
              </w:rPr>
              <w:t>56.0</w:t>
            </w:r>
          </w:p>
        </w:tc>
        <w:tc>
          <w:tcPr>
            <w:tcW w:type="dxa" w:w="6992"/>
          </w:tcPr>
          <w:p>
            <w:pPr>
              <w:spacing w:after="0"/>
              <w:jc w:val="left"/>
            </w:pPr>
            <w:r>
              <w:rPr>
                <w:sz w:val="16"/>
              </w:rPr>
              <w:t>Relatively Low 2, Very Low 2</w:t>
            </w:r>
          </w:p>
        </w:tc>
      </w:tr>
      <w:tr>
        <w:trPr>
          <w:cantSplit/>
        </w:trPr>
        <w:tc>
          <w:tcPr>
            <w:tcW w:type="dxa" w:w="1999"/>
          </w:tcPr>
          <w:p>
            <w:pPr>
              <w:spacing w:after="0"/>
              <w:jc w:val="left"/>
            </w:pPr>
            <w:r>
              <w:rPr>
                <w:sz w:val="16"/>
              </w:rPr>
              <w:t>Ice Storm</w:t>
            </w:r>
          </w:p>
        </w:tc>
        <w:tc>
          <w:tcPr>
            <w:tcW w:type="dxa" w:w="1311"/>
          </w:tcPr>
          <w:p>
            <w:pPr>
              <w:spacing w:after="0"/>
              <w:jc w:val="right"/>
            </w:pPr>
            <w:r>
              <w:rPr>
                <w:sz w:val="16"/>
              </w:rPr>
              <w:t>4 of 4</w:t>
            </w:r>
          </w:p>
        </w:tc>
        <w:tc>
          <w:tcPr>
            <w:tcW w:type="dxa" w:w="1250"/>
          </w:tcPr>
          <w:p>
            <w:pPr>
              <w:spacing w:after="0"/>
              <w:jc w:val="right"/>
            </w:pPr>
            <w:r>
              <w:rPr>
                <w:sz w:val="16"/>
              </w:rPr>
              <w:t>58.6</w:t>
            </w:r>
          </w:p>
        </w:tc>
        <w:tc>
          <w:tcPr>
            <w:tcW w:type="dxa" w:w="1311"/>
          </w:tcPr>
          <w:p>
            <w:pPr>
              <w:spacing w:after="0"/>
              <w:jc w:val="right"/>
            </w:pPr>
            <w:r>
              <w:rPr>
                <w:sz w:val="16"/>
              </w:rPr>
              <w:t>68.2</w:t>
            </w:r>
          </w:p>
        </w:tc>
        <w:tc>
          <w:tcPr>
            <w:tcW w:type="dxa" w:w="1250"/>
          </w:tcPr>
          <w:p>
            <w:pPr>
              <w:spacing w:after="0"/>
              <w:jc w:val="right"/>
            </w:pPr>
            <w:r>
              <w:rPr>
                <w:sz w:val="16"/>
              </w:rPr>
              <w:t>80.8</w:t>
            </w:r>
          </w:p>
        </w:tc>
        <w:tc>
          <w:tcPr>
            <w:tcW w:type="dxa" w:w="6992"/>
          </w:tcPr>
          <w:p>
            <w:pPr>
              <w:spacing w:after="0"/>
              <w:jc w:val="left"/>
            </w:pPr>
            <w:r>
              <w:rPr>
                <w:sz w:val="16"/>
              </w:rPr>
              <w:t>Relatively Moderate 2, Relatively Low 2</w:t>
            </w:r>
          </w:p>
        </w:tc>
      </w:tr>
      <w:tr>
        <w:trPr>
          <w:cantSplit/>
        </w:trPr>
        <w:tc>
          <w:tcPr>
            <w:tcW w:type="dxa" w:w="1999"/>
          </w:tcPr>
          <w:p>
            <w:pPr>
              <w:spacing w:after="0"/>
              <w:jc w:val="left"/>
            </w:pPr>
            <w:r>
              <w:rPr>
                <w:sz w:val="16"/>
              </w:rPr>
              <w:t>Inland Flooding</w:t>
            </w:r>
          </w:p>
        </w:tc>
        <w:tc>
          <w:tcPr>
            <w:tcW w:type="dxa" w:w="1311"/>
          </w:tcPr>
          <w:p>
            <w:pPr>
              <w:spacing w:after="0"/>
              <w:jc w:val="right"/>
            </w:pPr>
            <w:r>
              <w:rPr>
                <w:sz w:val="16"/>
              </w:rPr>
              <w:t>4 of 4</w:t>
            </w:r>
          </w:p>
        </w:tc>
        <w:tc>
          <w:tcPr>
            <w:tcW w:type="dxa" w:w="1250"/>
          </w:tcPr>
          <w:p>
            <w:pPr>
              <w:spacing w:after="0"/>
              <w:jc w:val="right"/>
            </w:pPr>
            <w:r>
              <w:rPr>
                <w:sz w:val="16"/>
              </w:rPr>
              <w:t>44.6</w:t>
            </w:r>
          </w:p>
        </w:tc>
        <w:tc>
          <w:tcPr>
            <w:tcW w:type="dxa" w:w="1311"/>
          </w:tcPr>
          <w:p>
            <w:pPr>
              <w:spacing w:after="0"/>
              <w:jc w:val="right"/>
            </w:pPr>
            <w:r>
              <w:rPr>
                <w:sz w:val="16"/>
              </w:rPr>
              <w:t>69.0</w:t>
            </w:r>
          </w:p>
        </w:tc>
        <w:tc>
          <w:tcPr>
            <w:tcW w:type="dxa" w:w="1250"/>
          </w:tcPr>
          <w:p>
            <w:pPr>
              <w:spacing w:after="0"/>
              <w:jc w:val="right"/>
            </w:pPr>
            <w:r>
              <w:rPr>
                <w:sz w:val="16"/>
              </w:rPr>
              <w:t>96.8</w:t>
            </w:r>
          </w:p>
        </w:tc>
        <w:tc>
          <w:tcPr>
            <w:tcW w:type="dxa" w:w="6992"/>
          </w:tcPr>
          <w:p>
            <w:pPr>
              <w:spacing w:after="0"/>
              <w:jc w:val="left"/>
            </w:pPr>
            <w:r>
              <w:rPr>
                <w:sz w:val="16"/>
              </w:rPr>
              <w:t>Very High 1, Relatively Moderate 2, Relatively Low 1</w:t>
            </w:r>
          </w:p>
        </w:tc>
      </w:tr>
      <w:tr>
        <w:trPr>
          <w:cantSplit/>
        </w:trPr>
        <w:tc>
          <w:tcPr>
            <w:tcW w:type="dxa" w:w="1999"/>
          </w:tcPr>
          <w:p>
            <w:pPr>
              <w:spacing w:after="0"/>
              <w:jc w:val="left"/>
            </w:pPr>
            <w:r>
              <w:rPr>
                <w:sz w:val="16"/>
              </w:rPr>
              <w:t>Landslide</w:t>
            </w:r>
          </w:p>
        </w:tc>
        <w:tc>
          <w:tcPr>
            <w:tcW w:type="dxa" w:w="1311"/>
          </w:tcPr>
          <w:p>
            <w:pPr>
              <w:spacing w:after="0"/>
              <w:jc w:val="right"/>
            </w:pPr>
            <w:r>
              <w:rPr>
                <w:sz w:val="16"/>
              </w:rPr>
              <w:t>4 of 4</w:t>
            </w:r>
          </w:p>
        </w:tc>
        <w:tc>
          <w:tcPr>
            <w:tcW w:type="dxa" w:w="1250"/>
          </w:tcPr>
          <w:p>
            <w:pPr>
              <w:spacing w:after="0"/>
              <w:jc w:val="right"/>
            </w:pPr>
            <w:r>
              <w:rPr>
                <w:sz w:val="16"/>
              </w:rPr>
              <w:t>52.0</w:t>
            </w:r>
          </w:p>
        </w:tc>
        <w:tc>
          <w:tcPr>
            <w:tcW w:type="dxa" w:w="1311"/>
          </w:tcPr>
          <w:p>
            <w:pPr>
              <w:spacing w:after="0"/>
              <w:jc w:val="right"/>
            </w:pPr>
            <w:r>
              <w:rPr>
                <w:sz w:val="16"/>
              </w:rPr>
              <w:t>82.9</w:t>
            </w:r>
          </w:p>
        </w:tc>
        <w:tc>
          <w:tcPr>
            <w:tcW w:type="dxa" w:w="1250"/>
          </w:tcPr>
          <w:p>
            <w:pPr>
              <w:spacing w:after="0"/>
              <w:jc w:val="right"/>
            </w:pPr>
            <w:r>
              <w:rPr>
                <w:sz w:val="16"/>
              </w:rPr>
              <w:t>86.9</w:t>
            </w:r>
          </w:p>
        </w:tc>
        <w:tc>
          <w:tcPr>
            <w:tcW w:type="dxa" w:w="6992"/>
          </w:tcPr>
          <w:p>
            <w:pPr>
              <w:spacing w:after="0"/>
              <w:jc w:val="left"/>
            </w:pPr>
            <w:r>
              <w:rPr>
                <w:sz w:val="16"/>
              </w:rPr>
              <w:t>Relatively Low 3, Very Low 1</w:t>
            </w:r>
          </w:p>
        </w:tc>
      </w:tr>
      <w:tr>
        <w:trPr>
          <w:cantSplit/>
        </w:trPr>
        <w:tc>
          <w:tcPr>
            <w:tcW w:type="dxa" w:w="1999"/>
          </w:tcPr>
          <w:p>
            <w:pPr>
              <w:spacing w:after="0"/>
              <w:jc w:val="left"/>
            </w:pPr>
            <w:r>
              <w:rPr>
                <w:sz w:val="16"/>
              </w:rPr>
              <w:t>Lightning</w:t>
            </w:r>
          </w:p>
        </w:tc>
        <w:tc>
          <w:tcPr>
            <w:tcW w:type="dxa" w:w="1311"/>
          </w:tcPr>
          <w:p>
            <w:pPr>
              <w:spacing w:after="0"/>
              <w:jc w:val="right"/>
            </w:pPr>
            <w:r>
              <w:rPr>
                <w:sz w:val="16"/>
              </w:rPr>
              <w:t>4 of 4</w:t>
            </w:r>
          </w:p>
        </w:tc>
        <w:tc>
          <w:tcPr>
            <w:tcW w:type="dxa" w:w="1250"/>
          </w:tcPr>
          <w:p>
            <w:pPr>
              <w:spacing w:after="0"/>
              <w:jc w:val="right"/>
            </w:pPr>
            <w:r>
              <w:rPr>
                <w:sz w:val="16"/>
              </w:rPr>
              <w:t>74.3</w:t>
            </w:r>
          </w:p>
        </w:tc>
        <w:tc>
          <w:tcPr>
            <w:tcW w:type="dxa" w:w="1311"/>
          </w:tcPr>
          <w:p>
            <w:pPr>
              <w:spacing w:after="0"/>
              <w:jc w:val="right"/>
            </w:pPr>
            <w:r>
              <w:rPr>
                <w:sz w:val="16"/>
              </w:rPr>
              <w:t>81.4</w:t>
            </w:r>
          </w:p>
        </w:tc>
        <w:tc>
          <w:tcPr>
            <w:tcW w:type="dxa" w:w="1250"/>
          </w:tcPr>
          <w:p>
            <w:pPr>
              <w:spacing w:after="0"/>
              <w:jc w:val="right"/>
            </w:pPr>
            <w:r>
              <w:rPr>
                <w:sz w:val="16"/>
              </w:rPr>
              <w:t>93.8</w:t>
            </w:r>
          </w:p>
        </w:tc>
        <w:tc>
          <w:tcPr>
            <w:tcW w:type="dxa" w:w="6992"/>
          </w:tcPr>
          <w:p>
            <w:pPr>
              <w:spacing w:after="0"/>
              <w:jc w:val="left"/>
            </w:pPr>
            <w:r>
              <w:rPr>
                <w:sz w:val="16"/>
              </w:rPr>
              <w:t>Relatively High 2, Relatively Moderate 2</w:t>
            </w:r>
          </w:p>
        </w:tc>
      </w:tr>
      <w:tr>
        <w:trPr>
          <w:cantSplit/>
        </w:trPr>
        <w:tc>
          <w:tcPr>
            <w:tcW w:type="dxa" w:w="1999"/>
          </w:tcPr>
          <w:p>
            <w:pPr>
              <w:spacing w:after="0"/>
              <w:jc w:val="left"/>
            </w:pPr>
            <w:r>
              <w:rPr>
                <w:sz w:val="16"/>
              </w:rPr>
              <w:t>Strong Wind</w:t>
            </w:r>
          </w:p>
        </w:tc>
        <w:tc>
          <w:tcPr>
            <w:tcW w:type="dxa" w:w="1311"/>
          </w:tcPr>
          <w:p>
            <w:pPr>
              <w:spacing w:after="0"/>
              <w:jc w:val="right"/>
            </w:pPr>
            <w:r>
              <w:rPr>
                <w:sz w:val="16"/>
              </w:rPr>
              <w:t>4 of 4</w:t>
            </w:r>
          </w:p>
        </w:tc>
        <w:tc>
          <w:tcPr>
            <w:tcW w:type="dxa" w:w="1250"/>
          </w:tcPr>
          <w:p>
            <w:pPr>
              <w:spacing w:after="0"/>
              <w:jc w:val="right"/>
            </w:pPr>
            <w:r>
              <w:rPr>
                <w:sz w:val="16"/>
              </w:rPr>
              <w:t>84.0</w:t>
            </w:r>
          </w:p>
        </w:tc>
        <w:tc>
          <w:tcPr>
            <w:tcW w:type="dxa" w:w="1311"/>
          </w:tcPr>
          <w:p>
            <w:pPr>
              <w:spacing w:after="0"/>
              <w:jc w:val="right"/>
            </w:pPr>
            <w:r>
              <w:rPr>
                <w:sz w:val="16"/>
              </w:rPr>
              <w:t>87.8</w:t>
            </w:r>
          </w:p>
        </w:tc>
        <w:tc>
          <w:tcPr>
            <w:tcW w:type="dxa" w:w="1250"/>
          </w:tcPr>
          <w:p>
            <w:pPr>
              <w:spacing w:after="0"/>
              <w:jc w:val="right"/>
            </w:pPr>
            <w:r>
              <w:rPr>
                <w:sz w:val="16"/>
              </w:rPr>
              <w:t>95.1</w:t>
            </w:r>
          </w:p>
        </w:tc>
        <w:tc>
          <w:tcPr>
            <w:tcW w:type="dxa" w:w="6992"/>
          </w:tcPr>
          <w:p>
            <w:pPr>
              <w:spacing w:after="0"/>
              <w:jc w:val="left"/>
            </w:pPr>
            <w:r>
              <w:rPr>
                <w:sz w:val="16"/>
              </w:rPr>
              <w:t>Relatively High 4</w:t>
            </w:r>
          </w:p>
        </w:tc>
      </w:tr>
      <w:tr>
        <w:trPr>
          <w:cantSplit/>
        </w:trPr>
        <w:tc>
          <w:tcPr>
            <w:tcW w:type="dxa" w:w="1999"/>
          </w:tcPr>
          <w:p>
            <w:pPr>
              <w:spacing w:after="0"/>
              <w:jc w:val="left"/>
            </w:pPr>
            <w:r>
              <w:rPr>
                <w:sz w:val="16"/>
              </w:rPr>
              <w:t>Tornado</w:t>
            </w:r>
          </w:p>
        </w:tc>
        <w:tc>
          <w:tcPr>
            <w:tcW w:type="dxa" w:w="1311"/>
          </w:tcPr>
          <w:p>
            <w:pPr>
              <w:spacing w:after="0"/>
              <w:jc w:val="right"/>
            </w:pPr>
            <w:r>
              <w:rPr>
                <w:sz w:val="16"/>
              </w:rPr>
              <w:t>4 of 4</w:t>
            </w:r>
          </w:p>
        </w:tc>
        <w:tc>
          <w:tcPr>
            <w:tcW w:type="dxa" w:w="1250"/>
          </w:tcPr>
          <w:p>
            <w:pPr>
              <w:spacing w:after="0"/>
              <w:jc w:val="right"/>
            </w:pPr>
            <w:r>
              <w:rPr>
                <w:sz w:val="16"/>
              </w:rPr>
              <w:t>69.8</w:t>
            </w:r>
          </w:p>
        </w:tc>
        <w:tc>
          <w:tcPr>
            <w:tcW w:type="dxa" w:w="1311"/>
          </w:tcPr>
          <w:p>
            <w:pPr>
              <w:spacing w:after="0"/>
              <w:jc w:val="right"/>
            </w:pPr>
            <w:r>
              <w:rPr>
                <w:sz w:val="16"/>
              </w:rPr>
              <w:t>77.2</w:t>
            </w:r>
          </w:p>
        </w:tc>
        <w:tc>
          <w:tcPr>
            <w:tcW w:type="dxa" w:w="1250"/>
          </w:tcPr>
          <w:p>
            <w:pPr>
              <w:spacing w:after="0"/>
              <w:jc w:val="right"/>
            </w:pPr>
            <w:r>
              <w:rPr>
                <w:sz w:val="16"/>
              </w:rPr>
              <w:t>91.3</w:t>
            </w:r>
          </w:p>
        </w:tc>
        <w:tc>
          <w:tcPr>
            <w:tcW w:type="dxa" w:w="6992"/>
          </w:tcPr>
          <w:p>
            <w:pPr>
              <w:spacing w:after="0"/>
              <w:jc w:val="left"/>
            </w:pPr>
            <w:r>
              <w:rPr>
                <w:sz w:val="16"/>
              </w:rPr>
              <w:t>Relatively High 2, Relatively Moderate 2</w:t>
            </w:r>
          </w:p>
        </w:tc>
      </w:tr>
      <w:tr>
        <w:trPr>
          <w:cantSplit/>
        </w:trPr>
        <w:tc>
          <w:tcPr>
            <w:tcW w:type="dxa" w:w="1999"/>
          </w:tcPr>
          <w:p>
            <w:pPr>
              <w:spacing w:after="0"/>
              <w:jc w:val="left"/>
            </w:pPr>
            <w:r>
              <w:rPr>
                <w:sz w:val="16"/>
              </w:rPr>
              <w:t>Wildfire</w:t>
            </w:r>
          </w:p>
        </w:tc>
        <w:tc>
          <w:tcPr>
            <w:tcW w:type="dxa" w:w="1311"/>
          </w:tcPr>
          <w:p>
            <w:pPr>
              <w:spacing w:after="0"/>
              <w:jc w:val="right"/>
            </w:pPr>
            <w:r>
              <w:rPr>
                <w:sz w:val="16"/>
              </w:rPr>
              <w:t>4 of 4</w:t>
            </w:r>
          </w:p>
        </w:tc>
        <w:tc>
          <w:tcPr>
            <w:tcW w:type="dxa" w:w="1250"/>
          </w:tcPr>
          <w:p>
            <w:pPr>
              <w:spacing w:after="0"/>
              <w:jc w:val="right"/>
            </w:pPr>
            <w:r>
              <w:rPr>
                <w:sz w:val="16"/>
              </w:rPr>
              <w:t>72.5</w:t>
            </w:r>
          </w:p>
        </w:tc>
        <w:tc>
          <w:tcPr>
            <w:tcW w:type="dxa" w:w="1311"/>
          </w:tcPr>
          <w:p>
            <w:pPr>
              <w:spacing w:after="0"/>
              <w:jc w:val="right"/>
            </w:pPr>
            <w:r>
              <w:rPr>
                <w:sz w:val="16"/>
              </w:rPr>
              <w:t>77.9</w:t>
            </w:r>
          </w:p>
        </w:tc>
        <w:tc>
          <w:tcPr>
            <w:tcW w:type="dxa" w:w="1250"/>
          </w:tcPr>
          <w:p>
            <w:pPr>
              <w:spacing w:after="0"/>
              <w:jc w:val="right"/>
            </w:pPr>
            <w:r>
              <w:rPr>
                <w:sz w:val="16"/>
              </w:rPr>
              <w:t>81.4</w:t>
            </w:r>
          </w:p>
        </w:tc>
        <w:tc>
          <w:tcPr>
            <w:tcW w:type="dxa" w:w="6992"/>
          </w:tcPr>
          <w:p>
            <w:pPr>
              <w:spacing w:after="0"/>
              <w:jc w:val="left"/>
            </w:pPr>
            <w:r>
              <w:rPr>
                <w:sz w:val="16"/>
              </w:rPr>
              <w:t>Relatively Low 4</w:t>
            </w:r>
          </w:p>
        </w:tc>
      </w:tr>
      <w:tr>
        <w:trPr>
          <w:cantSplit/>
        </w:trPr>
        <w:tc>
          <w:tcPr>
            <w:tcW w:type="dxa" w:w="1999"/>
          </w:tcPr>
          <w:p>
            <w:pPr>
              <w:spacing w:after="0"/>
              <w:jc w:val="left"/>
            </w:pPr>
            <w:r>
              <w:rPr>
                <w:sz w:val="16"/>
              </w:rPr>
              <w:t>Winter Weather</w:t>
            </w:r>
          </w:p>
        </w:tc>
        <w:tc>
          <w:tcPr>
            <w:tcW w:type="dxa" w:w="1311"/>
          </w:tcPr>
          <w:p>
            <w:pPr>
              <w:spacing w:after="0"/>
              <w:jc w:val="right"/>
            </w:pPr>
            <w:r>
              <w:rPr>
                <w:sz w:val="16"/>
              </w:rPr>
              <w:t>4 of 4</w:t>
            </w:r>
          </w:p>
        </w:tc>
        <w:tc>
          <w:tcPr>
            <w:tcW w:type="dxa" w:w="1250"/>
          </w:tcPr>
          <w:p>
            <w:pPr>
              <w:spacing w:after="0"/>
              <w:jc w:val="right"/>
            </w:pPr>
            <w:r>
              <w:rPr>
                <w:sz w:val="16"/>
              </w:rPr>
              <w:t>82.3</w:t>
            </w:r>
          </w:p>
        </w:tc>
        <w:tc>
          <w:tcPr>
            <w:tcW w:type="dxa" w:w="1311"/>
          </w:tcPr>
          <w:p>
            <w:pPr>
              <w:spacing w:after="0"/>
              <w:jc w:val="right"/>
            </w:pPr>
            <w:r>
              <w:rPr>
                <w:sz w:val="16"/>
              </w:rPr>
              <w:t>87.8</w:t>
            </w:r>
          </w:p>
        </w:tc>
        <w:tc>
          <w:tcPr>
            <w:tcW w:type="dxa" w:w="1250"/>
          </w:tcPr>
          <w:p>
            <w:pPr>
              <w:spacing w:after="0"/>
              <w:jc w:val="right"/>
            </w:pPr>
            <w:r>
              <w:rPr>
                <w:sz w:val="16"/>
              </w:rPr>
              <w:t>94.8</w:t>
            </w:r>
          </w:p>
        </w:tc>
        <w:tc>
          <w:tcPr>
            <w:tcW w:type="dxa" w:w="6992"/>
          </w:tcPr>
          <w:p>
            <w:pPr>
              <w:spacing w:after="0"/>
              <w:jc w:val="left"/>
            </w:pPr>
            <w:r>
              <w:rPr>
                <w:sz w:val="16"/>
              </w:rPr>
              <w:t>Relatively High 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811"/>
        <w:gridCol w:w="1702"/>
        <w:gridCol w:w="2465"/>
        <w:gridCol w:w="2574"/>
        <w:gridCol w:w="2661"/>
        <w:gridCol w:w="2901"/>
      </w:tblGrid>
      <w:tr>
        <w:trPr>
          <w:cantSplit/>
          <w:tblHeader/>
        </w:trPr>
        <w:tc>
          <w:tcPr>
            <w:tcW w:type="dxa" w:w="1811"/>
            <w:shd w:val="clear" w:color="auto" w:fill="E8E8E8"/>
          </w:tcPr>
          <w:p>
            <w:pPr>
              <w:spacing w:after="0"/>
              <w:jc w:val="left"/>
            </w:pPr>
            <w:r>
              <w:rPr>
                <w:b/>
                <w:sz w:val="16"/>
              </w:rPr>
              <w:t>Jurisdiction</w:t>
            </w:r>
          </w:p>
        </w:tc>
        <w:tc>
          <w:tcPr>
            <w:tcW w:type="dxa" w:w="1702"/>
            <w:shd w:val="clear" w:color="auto" w:fill="E8E8E8"/>
          </w:tcPr>
          <w:p>
            <w:pPr>
              <w:spacing w:after="0"/>
              <w:jc w:val="left"/>
            </w:pPr>
            <w:r>
              <w:rPr>
                <w:b/>
                <w:sz w:val="16"/>
              </w:rPr>
              <w:t>Type</w:t>
            </w:r>
          </w:p>
        </w:tc>
        <w:tc>
          <w:tcPr>
            <w:tcW w:type="dxa" w:w="2465"/>
            <w:shd w:val="clear" w:color="auto" w:fill="E8E8E8"/>
          </w:tcPr>
          <w:p>
            <w:pPr>
              <w:spacing w:after="0"/>
              <w:jc w:val="left"/>
            </w:pPr>
            <w:r>
              <w:rPr>
                <w:b/>
                <w:sz w:val="16"/>
              </w:rPr>
              <w:t>Plan status</w:t>
            </w:r>
          </w:p>
        </w:tc>
        <w:tc>
          <w:tcPr>
            <w:tcW w:type="dxa" w:w="257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661"/>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901"/>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811"/>
          </w:tcPr>
          <w:p>
            <w:pPr>
              <w:spacing w:after="0"/>
              <w:jc w:val="left"/>
            </w:pPr>
            <w:r>
              <w:rPr>
                <w:sz w:val="16"/>
              </w:rPr>
              <w:t>Clinton County (unincorporated area)</w:t>
            </w:r>
          </w:p>
        </w:tc>
        <w:tc>
          <w:tcPr>
            <w:tcW w:type="dxa" w:w="1702"/>
          </w:tcPr>
          <w:p>
            <w:pPr>
              <w:spacing w:after="0"/>
              <w:jc w:val="left"/>
            </w:pPr>
            <w:r>
              <w:rPr>
                <w:sz w:val="16"/>
              </w:rPr>
              <w:t>Unincorporated</w:t>
            </w:r>
          </w:p>
        </w:tc>
        <w:tc>
          <w:tcPr>
            <w:tcW w:type="dxa" w:w="2465"/>
          </w:tcPr>
          <w:p>
            <w:pPr>
              <w:spacing w:after="0"/>
              <w:jc w:val="left"/>
            </w:pPr>
            <w:r>
              <w:rPr>
                <w:sz w:val="16"/>
              </w:rPr>
              <w:t>Expired on 2023-04-09</w:t>
            </w:r>
          </w:p>
        </w:tc>
        <w:tc>
          <w:tcPr>
            <w:tcW w:type="dxa" w:w="2574"/>
          </w:tcPr>
          <w:p>
            <w:pPr>
              <w:spacing w:after="0"/>
              <w:jc w:val="right"/>
            </w:pPr>
            <w:r>
              <w:rPr>
                <w:sz w:val="16"/>
              </w:rPr>
              <w:t>FMA RL 0, SRL 0; any 0</w:t>
            </w:r>
          </w:p>
        </w:tc>
        <w:tc>
          <w:tcPr>
            <w:tcW w:type="dxa" w:w="2661"/>
          </w:tcPr>
          <w:p>
            <w:pPr>
              <w:spacing w:after="0"/>
              <w:jc w:val="right"/>
            </w:pPr>
            <w:r>
              <w:rPr>
                <w:sz w:val="16"/>
              </w:rPr>
              <w:t>no Public Assistance recorded</w:t>
            </w:r>
          </w:p>
        </w:tc>
        <w:tc>
          <w:tcPr>
            <w:tcW w:type="dxa" w:w="2901"/>
          </w:tcPr>
          <w:p>
            <w:pPr>
              <w:spacing w:after="0"/>
              <w:jc w:val="right"/>
            </w:pPr>
            <w:r>
              <w:rPr>
                <w:sz w:val="16"/>
              </w:rPr>
              <w:t>0 total; 0 since its plan</w:t>
            </w:r>
          </w:p>
        </w:tc>
      </w:tr>
      <w:tr>
        <w:trPr>
          <w:cantSplit/>
        </w:trPr>
        <w:tc>
          <w:tcPr>
            <w:tcW w:type="dxa" w:w="1811"/>
          </w:tcPr>
          <w:p>
            <w:pPr>
              <w:spacing w:after="0"/>
              <w:jc w:val="left"/>
            </w:pPr>
            <w:r>
              <w:rPr>
                <w:sz w:val="16"/>
              </w:rPr>
              <w:t>Albany city</w:t>
            </w:r>
          </w:p>
        </w:tc>
        <w:tc>
          <w:tcPr>
            <w:tcW w:type="dxa" w:w="1702"/>
          </w:tcPr>
          <w:p>
            <w:pPr>
              <w:spacing w:after="0"/>
              <w:jc w:val="left"/>
            </w:pPr>
            <w:r>
              <w:rPr>
                <w:sz w:val="16"/>
              </w:rPr>
              <w:t>City</w:t>
            </w:r>
          </w:p>
        </w:tc>
        <w:tc>
          <w:tcPr>
            <w:tcW w:type="dxa" w:w="2465"/>
          </w:tcPr>
          <w:p>
            <w:pPr>
              <w:spacing w:after="0"/>
              <w:jc w:val="left"/>
            </w:pPr>
            <w:r>
              <w:rPr>
                <w:sz w:val="16"/>
              </w:rPr>
              <w:t>Expired on 2023-04-09</w:t>
            </w:r>
          </w:p>
        </w:tc>
        <w:tc>
          <w:tcPr>
            <w:tcW w:type="dxa" w:w="2574"/>
          </w:tcPr>
          <w:p>
            <w:pPr>
              <w:spacing w:after="0"/>
              <w:jc w:val="right"/>
            </w:pPr>
            <w:r>
              <w:rPr>
                <w:sz w:val="16"/>
              </w:rPr>
              <w:t>FMA RL 0, SRL 0; any 0</w:t>
            </w:r>
          </w:p>
        </w:tc>
        <w:tc>
          <w:tcPr>
            <w:tcW w:type="dxa" w:w="2661"/>
          </w:tcPr>
          <w:p>
            <w:pPr>
              <w:spacing w:after="0"/>
              <w:jc w:val="right"/>
            </w:pPr>
            <w:r>
              <w:rPr>
                <w:sz w:val="16"/>
              </w:rPr>
              <w:t>$2,993.50</w:t>
            </w:r>
          </w:p>
        </w:tc>
        <w:tc>
          <w:tcPr>
            <w:tcW w:type="dxa" w:w="2901"/>
          </w:tcPr>
          <w:p>
            <w:pPr>
              <w:spacing w:after="0"/>
              <w:jc w:val="right"/>
            </w:pPr>
            <w:r>
              <w:rPr>
                <w:sz w:val="16"/>
              </w:rPr>
              <w:t>73 total; 14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1"/>
        <w:gridCol w:w="1040"/>
        <w:gridCol w:w="1037"/>
        <w:gridCol w:w="1126"/>
        <w:gridCol w:w="921"/>
        <w:gridCol w:w="1305"/>
        <w:gridCol w:w="1158"/>
        <w:gridCol w:w="1068"/>
        <w:gridCol w:w="1550"/>
        <w:gridCol w:w="1347"/>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1"/>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2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8"/>
            <w:shd w:val="clear" w:color="auto" w:fill="E8E8E8"/>
          </w:tcPr>
          <w:p>
            <w:pPr>
              <w:spacing w:after="0"/>
              <w:jc w:val="right"/>
            </w:pPr>
            <w:r>
              <w:rPr>
                <w:b/>
                <w:sz w:val="16"/>
              </w:rPr>
              <w:t>Storm Events damage since 2018-04-10</w:t>
            </w:r>
          </w:p>
          <w:p>
            <w:pPr>
              <w:spacing w:after="0"/>
              <w:jc w:val="right"/>
            </w:pPr>
            <w:r>
              <w:rPr>
                <w:i/>
                <w:color w:val="555555"/>
                <w:sz w:val="14"/>
              </w:rPr>
              <w:t>county-coded records, property plus crops, nominal dollars</w:t>
            </w:r>
          </w:p>
        </w:tc>
        <w:tc>
          <w:tcPr>
            <w:tcW w:type="dxa" w:w="106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55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47"/>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$2,171,141,918</w:t>
            </w:r>
          </w:p>
        </w:tc>
        <w:tc>
          <w:tcPr>
            <w:tcW w:type="dxa" w:w="1131"/>
          </w:tcPr>
          <w:p>
            <w:pPr>
              <w:spacing w:after="0"/>
              <w:jc w:val="right"/>
            </w:pPr>
            <w:r>
              <w:rPr>
                <w:sz w:val="16"/>
              </w:rPr>
              <w:t>$52,307,141</w:t>
            </w:r>
          </w:p>
        </w:tc>
        <w:tc>
          <w:tcPr>
            <w:tcW w:type="dxa" w:w="1040"/>
          </w:tcPr>
          <w:p>
            <w:pPr>
              <w:spacing w:after="0"/>
              <w:jc w:val="right"/>
            </w:pPr>
            <w:r>
              <w:rPr>
                <w:sz w:val="16"/>
              </w:rPr>
              <w:t>9,252</w:t>
            </w:r>
          </w:p>
        </w:tc>
        <w:tc>
          <w:tcPr>
            <w:tcW w:type="dxa" w:w="1037"/>
          </w:tcPr>
          <w:p>
            <w:pPr>
              <w:spacing w:after="0"/>
              <w:jc w:val="right"/>
            </w:pPr>
            <w:r>
              <w:rPr>
                <w:sz w:val="16"/>
              </w:rPr>
              <w:t>$1,200</w:t>
            </w:r>
          </w:p>
        </w:tc>
        <w:tc>
          <w:tcPr>
            <w:tcW w:type="dxa" w:w="1126"/>
          </w:tcPr>
          <w:p>
            <w:pPr>
              <w:spacing w:after="0"/>
              <w:jc w:val="right"/>
            </w:pPr>
            <w:r>
              <w:rPr>
                <w:sz w:val="16"/>
              </w:rPr>
              <w:t>$14</w:t>
            </w:r>
          </w:p>
        </w:tc>
        <w:tc>
          <w:tcPr>
            <w:tcW w:type="dxa" w:w="921"/>
          </w:tcPr>
          <w:p>
            <w:pPr>
              <w:spacing w:after="0"/>
              <w:jc w:val="right"/>
            </w:pPr>
            <w:r>
              <w:rPr>
                <w:sz w:val="16"/>
              </w:rPr>
              <w:t>$687,082</w:t>
            </w:r>
          </w:p>
        </w:tc>
        <w:tc>
          <w:tcPr>
            <w:tcW w:type="dxa" w:w="1305"/>
          </w:tcPr>
          <w:p>
            <w:pPr>
              <w:spacing w:after="0"/>
              <w:jc w:val="right"/>
            </w:pPr>
            <w:r>
              <w:rPr>
                <w:sz w:val="16"/>
              </w:rPr>
              <w:t>under 0.0001%</w:t>
            </w:r>
          </w:p>
        </w:tc>
        <w:tc>
          <w:tcPr>
            <w:tcW w:type="dxa" w:w="1158"/>
          </w:tcPr>
          <w:p>
            <w:pPr>
              <w:spacing w:after="0"/>
              <w:jc w:val="right"/>
            </w:pPr>
          </w:p>
        </w:tc>
        <w:tc>
          <w:tcPr>
            <w:tcW w:type="dxa" w:w="1068"/>
          </w:tcPr>
          <w:p>
            <w:pPr>
              <w:spacing w:after="0"/>
              <w:jc w:val="right"/>
            </w:pPr>
          </w:p>
        </w:tc>
        <w:tc>
          <w:tcPr>
            <w:tcW w:type="dxa" w:w="1550"/>
          </w:tcPr>
          <w:p>
            <w:pPr>
              <w:spacing w:after="0"/>
              <w:jc w:val="right"/>
            </w:pPr>
          </w:p>
        </w:tc>
        <w:tc>
          <w:tcPr>
            <w:tcW w:type="dxa" w:w="1347"/>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1"/>
          </w:tcPr>
          <w:p>
            <w:pPr>
              <w:spacing w:after="0"/>
              <w:jc w:val="right"/>
            </w:pPr>
            <w:r>
              <w:rPr>
                <w:sz w:val="16"/>
              </w:rPr>
              <w:t>$3,051,902</w:t>
            </w:r>
          </w:p>
        </w:tc>
        <w:tc>
          <w:tcPr>
            <w:tcW w:type="dxa" w:w="1040"/>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$6,055</w:t>
            </w:r>
          </w:p>
        </w:tc>
        <w:tc>
          <w:tcPr>
            <w:tcW w:type="dxa" w:w="921"/>
          </w:tcPr>
          <w:p>
            <w:pPr>
              <w:spacing w:after="0"/>
              <w:jc w:val="right"/>
            </w:pPr>
            <w:r>
              <w:rPr>
                <w:sz w:val="16"/>
              </w:rPr>
              <w:t>n/a</w:t>
            </w:r>
          </w:p>
        </w:tc>
        <w:tc>
          <w:tcPr>
            <w:tcW w:type="dxa" w:w="1305"/>
          </w:tcPr>
          <w:p>
            <w:pPr>
              <w:spacing w:after="0"/>
              <w:jc w:val="right"/>
            </w:pPr>
            <w:r>
              <w:rPr>
                <w:sz w:val="16"/>
              </w:rPr>
              <w:t>0.198% (agriculture)</w:t>
            </w:r>
          </w:p>
        </w:tc>
        <w:tc>
          <w:tcPr>
            <w:tcW w:type="dxa" w:w="1158"/>
          </w:tcPr>
          <w:p>
            <w:pPr>
              <w:spacing w:after="0"/>
              <w:jc w:val="right"/>
            </w:pPr>
          </w:p>
        </w:tc>
        <w:tc>
          <w:tcPr>
            <w:tcW w:type="dxa" w:w="1068"/>
          </w:tcPr>
          <w:p>
            <w:pPr>
              <w:spacing w:after="0"/>
              <w:jc w:val="right"/>
            </w:pPr>
          </w:p>
        </w:tc>
        <w:tc>
          <w:tcPr>
            <w:tcW w:type="dxa" w:w="1550"/>
          </w:tcPr>
          <w:p>
            <w:pPr>
              <w:spacing w:after="0"/>
              <w:jc w:val="right"/>
            </w:pPr>
          </w:p>
        </w:tc>
        <w:tc>
          <w:tcPr>
            <w:tcW w:type="dxa" w:w="1347"/>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$3,464,507,672</w:t>
            </w:r>
          </w:p>
        </w:tc>
        <w:tc>
          <w:tcPr>
            <w:tcW w:type="dxa" w:w="1131"/>
          </w:tcPr>
          <w:p>
            <w:pPr>
              <w:spacing w:after="0"/>
              <w:jc w:val="right"/>
            </w:pPr>
            <w:r>
              <w:rPr>
                <w:sz w:val="16"/>
              </w:rPr>
              <w:t>n/a</w:t>
            </w:r>
          </w:p>
        </w:tc>
        <w:tc>
          <w:tcPr>
            <w:tcW w:type="dxa" w:w="1040"/>
          </w:tcPr>
          <w:p>
            <w:pPr>
              <w:spacing w:after="0"/>
              <w:jc w:val="right"/>
            </w:pPr>
            <w:r>
              <w:rPr>
                <w:sz w:val="16"/>
              </w:rPr>
              <w:t>9,253</w:t>
            </w:r>
          </w:p>
        </w:tc>
        <w:tc>
          <w:tcPr>
            <w:tcW w:type="dxa" w:w="1037"/>
          </w:tcPr>
          <w:p>
            <w:pPr>
              <w:spacing w:after="0"/>
              <w:jc w:val="right"/>
            </w:pPr>
            <w:r>
              <w:rPr>
                <w:sz w:val="16"/>
              </w:rPr>
              <w:t>$70,358</w:t>
            </w:r>
          </w:p>
        </w:tc>
        <w:tc>
          <w:tcPr>
            <w:tcW w:type="dxa" w:w="1126"/>
          </w:tcPr>
          <w:p>
            <w:pPr>
              <w:spacing w:after="0"/>
              <w:jc w:val="right"/>
            </w:pPr>
            <w:r>
              <w:rPr>
                <w:sz w:val="16"/>
              </w:rPr>
              <w:t>n/a</w:t>
            </w:r>
          </w:p>
        </w:tc>
        <w:tc>
          <w:tcPr>
            <w:tcW w:type="dxa" w:w="921"/>
          </w:tcPr>
          <w:p>
            <w:pPr>
              <w:spacing w:after="0"/>
              <w:jc w:val="right"/>
            </w:pPr>
            <w:r>
              <w:rPr>
                <w:sz w:val="16"/>
              </w:rPr>
              <w:t>$10,778</w:t>
            </w:r>
          </w:p>
        </w:tc>
        <w:tc>
          <w:tcPr>
            <w:tcW w:type="dxa" w:w="1305"/>
          </w:tcPr>
          <w:p>
            <w:pPr>
              <w:spacing w:after="0"/>
              <w:jc w:val="right"/>
            </w:pPr>
            <w:r>
              <w:rPr>
                <w:sz w:val="16"/>
              </w:rPr>
              <w:t>0.00203%</w:t>
            </w:r>
          </w:p>
        </w:tc>
        <w:tc>
          <w:tcPr>
            <w:tcW w:type="dxa" w:w="1158"/>
          </w:tcPr>
          <w:p>
            <w:pPr>
              <w:spacing w:after="0"/>
              <w:jc w:val="right"/>
            </w:pPr>
          </w:p>
        </w:tc>
        <w:tc>
          <w:tcPr>
            <w:tcW w:type="dxa" w:w="1068"/>
          </w:tcPr>
          <w:p>
            <w:pPr>
              <w:spacing w:after="0"/>
              <w:jc w:val="right"/>
            </w:pPr>
          </w:p>
        </w:tc>
        <w:tc>
          <w:tcPr>
            <w:tcW w:type="dxa" w:w="1550"/>
          </w:tcPr>
          <w:p>
            <w:pPr>
              <w:spacing w:after="0"/>
              <w:jc w:val="right"/>
            </w:pPr>
          </w:p>
        </w:tc>
        <w:tc>
          <w:tcPr>
            <w:tcW w:type="dxa" w:w="1347"/>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$2,171,141,918</w:t>
            </w:r>
          </w:p>
        </w:tc>
        <w:tc>
          <w:tcPr>
            <w:tcW w:type="dxa" w:w="1131"/>
          </w:tcPr>
          <w:p>
            <w:pPr>
              <w:spacing w:after="0"/>
              <w:jc w:val="right"/>
            </w:pPr>
            <w:r>
              <w:rPr>
                <w:sz w:val="16"/>
              </w:rPr>
              <w:t>$52,307,141</w:t>
            </w:r>
          </w:p>
        </w:tc>
        <w:tc>
          <w:tcPr>
            <w:tcW w:type="dxa" w:w="1040"/>
          </w:tcPr>
          <w:p>
            <w:pPr>
              <w:spacing w:after="0"/>
              <w:jc w:val="right"/>
            </w:pPr>
            <w:r>
              <w:rPr>
                <w:sz w:val="16"/>
              </w:rPr>
              <w:t>9,252</w:t>
            </w:r>
          </w:p>
        </w:tc>
        <w:tc>
          <w:tcPr>
            <w:tcW w:type="dxa" w:w="1037"/>
          </w:tcPr>
          <w:p>
            <w:pPr>
              <w:spacing w:after="0"/>
              <w:jc w:val="right"/>
            </w:pPr>
            <w:r>
              <w:rPr>
                <w:sz w:val="16"/>
              </w:rPr>
              <w:t>$124,661</w:t>
            </w:r>
          </w:p>
        </w:tc>
        <w:tc>
          <w:tcPr>
            <w:tcW w:type="dxa" w:w="1126"/>
          </w:tcPr>
          <w:p>
            <w:pPr>
              <w:spacing w:after="0"/>
              <w:jc w:val="right"/>
            </w:pPr>
            <w:r>
              <w:rPr>
                <w:sz w:val="16"/>
              </w:rPr>
              <w:t>$32,410</w:t>
            </w:r>
          </w:p>
        </w:tc>
        <w:tc>
          <w:tcPr>
            <w:tcW w:type="dxa" w:w="921"/>
          </w:tcPr>
          <w:p>
            <w:pPr>
              <w:spacing w:after="0"/>
              <w:jc w:val="right"/>
            </w:pPr>
            <w:r>
              <w:rPr>
                <w:sz w:val="16"/>
              </w:rPr>
              <w:t>$12,553</w:t>
            </w:r>
          </w:p>
        </w:tc>
        <w:tc>
          <w:tcPr>
            <w:tcW w:type="dxa" w:w="1305"/>
          </w:tcPr>
          <w:p>
            <w:pPr>
              <w:spacing w:after="0"/>
              <w:jc w:val="right"/>
            </w:pPr>
            <w:r>
              <w:rPr>
                <w:sz w:val="16"/>
              </w:rPr>
              <w:t>0.00574%</w:t>
            </w:r>
          </w:p>
        </w:tc>
        <w:tc>
          <w:tcPr>
            <w:tcW w:type="dxa" w:w="1158"/>
          </w:tcPr>
          <w:p>
            <w:pPr>
              <w:spacing w:after="0"/>
              <w:jc w:val="right"/>
            </w:pPr>
            <w:r>
              <w:rPr>
                <w:sz w:val="16"/>
              </w:rPr>
              <w:t>$0</w:t>
            </w:r>
          </w:p>
        </w:tc>
        <w:tc>
          <w:tcPr>
            <w:tcW w:type="dxa" w:w="1068"/>
          </w:tcPr>
          <w:p>
            <w:pPr>
              <w:spacing w:after="0"/>
              <w:jc w:val="right"/>
            </w:pPr>
          </w:p>
        </w:tc>
        <w:tc>
          <w:tcPr>
            <w:tcW w:type="dxa" w:w="1550"/>
          </w:tcPr>
          <w:p>
            <w:pPr>
              <w:spacing w:after="0"/>
              <w:jc w:val="right"/>
            </w:pPr>
          </w:p>
        </w:tc>
        <w:tc>
          <w:tcPr>
            <w:tcW w:type="dxa" w:w="1347"/>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$2,171,141,918</w:t>
            </w:r>
          </w:p>
        </w:tc>
        <w:tc>
          <w:tcPr>
            <w:tcW w:type="dxa" w:w="1131"/>
          </w:tcPr>
          <w:p>
            <w:pPr>
              <w:spacing w:after="0"/>
              <w:jc w:val="right"/>
            </w:pPr>
            <w:r>
              <w:rPr>
                <w:sz w:val="16"/>
              </w:rPr>
              <w:t>$52,307,141</w:t>
            </w:r>
          </w:p>
        </w:tc>
        <w:tc>
          <w:tcPr>
            <w:tcW w:type="dxa" w:w="1040"/>
          </w:tcPr>
          <w:p>
            <w:pPr>
              <w:spacing w:after="0"/>
              <w:jc w:val="right"/>
            </w:pPr>
            <w:r>
              <w:rPr>
                <w:sz w:val="16"/>
              </w:rPr>
              <w:t>9,252</w:t>
            </w:r>
          </w:p>
        </w:tc>
        <w:tc>
          <w:tcPr>
            <w:tcW w:type="dxa" w:w="1037"/>
          </w:tcPr>
          <w:p>
            <w:pPr>
              <w:spacing w:after="0"/>
              <w:jc w:val="right"/>
            </w:pPr>
            <w:r>
              <w:rPr>
                <w:sz w:val="16"/>
              </w:rPr>
              <w:t>$5</w:t>
            </w:r>
          </w:p>
        </w:tc>
        <w:tc>
          <w:tcPr>
            <w:tcW w:type="dxa" w:w="1126"/>
          </w:tcPr>
          <w:p>
            <w:pPr>
              <w:spacing w:after="0"/>
              <w:jc w:val="right"/>
            </w:pPr>
            <w:r>
              <w:rPr>
                <w:sz w:val="16"/>
              </w:rPr>
              <w:t>$40</w:t>
            </w:r>
          </w:p>
        </w:tc>
        <w:tc>
          <w:tcPr>
            <w:tcW w:type="dxa" w:w="921"/>
          </w:tcPr>
          <w:p>
            <w:pPr>
              <w:spacing w:after="0"/>
              <w:jc w:val="right"/>
            </w:pPr>
            <w:r>
              <w:rPr>
                <w:sz w:val="16"/>
              </w:rPr>
              <w:t>$59,589</w:t>
            </w:r>
          </w:p>
        </w:tc>
        <w:tc>
          <w:tcPr>
            <w:tcW w:type="dxa" w:w="1305"/>
          </w:tcPr>
          <w:p>
            <w:pPr>
              <w:spacing w:after="0"/>
              <w:jc w:val="right"/>
            </w:pPr>
            <w:r>
              <w:rPr>
                <w:sz w:val="16"/>
              </w:rPr>
              <w:t>under 0.0001%</w:t>
            </w:r>
          </w:p>
        </w:tc>
        <w:tc>
          <w:tcPr>
            <w:tcW w:type="dxa" w:w="1158"/>
          </w:tcPr>
          <w:p>
            <w:pPr>
              <w:spacing w:after="0"/>
              <w:jc w:val="right"/>
            </w:pPr>
          </w:p>
        </w:tc>
        <w:tc>
          <w:tcPr>
            <w:tcW w:type="dxa" w:w="1068"/>
          </w:tcPr>
          <w:p>
            <w:pPr>
              <w:spacing w:after="0"/>
              <w:jc w:val="right"/>
            </w:pPr>
          </w:p>
        </w:tc>
        <w:tc>
          <w:tcPr>
            <w:tcW w:type="dxa" w:w="1550"/>
          </w:tcPr>
          <w:p>
            <w:pPr>
              <w:spacing w:after="0"/>
              <w:jc w:val="right"/>
            </w:pPr>
          </w:p>
        </w:tc>
        <w:tc>
          <w:tcPr>
            <w:tcW w:type="dxa" w:w="1347"/>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$2,171,141,918</w:t>
            </w:r>
          </w:p>
        </w:tc>
        <w:tc>
          <w:tcPr>
            <w:tcW w:type="dxa" w:w="1131"/>
          </w:tcPr>
          <w:p>
            <w:pPr>
              <w:spacing w:after="0"/>
              <w:jc w:val="right"/>
            </w:pPr>
            <w:r>
              <w:rPr>
                <w:sz w:val="16"/>
              </w:rPr>
              <w:t>$52,007,054</w:t>
            </w:r>
          </w:p>
        </w:tc>
        <w:tc>
          <w:tcPr>
            <w:tcW w:type="dxa" w:w="1040"/>
          </w:tcPr>
          <w:p>
            <w:pPr>
              <w:spacing w:after="0"/>
              <w:jc w:val="right"/>
            </w:pPr>
            <w:r>
              <w:rPr>
                <w:sz w:val="16"/>
              </w:rPr>
              <w:t>9,252</w:t>
            </w:r>
          </w:p>
        </w:tc>
        <w:tc>
          <w:tcPr>
            <w:tcW w:type="dxa" w:w="1037"/>
          </w:tcPr>
          <w:p>
            <w:pPr>
              <w:spacing w:after="0"/>
              <w:jc w:val="right"/>
            </w:pPr>
            <w:r>
              <w:rPr>
                <w:sz w:val="16"/>
              </w:rPr>
              <w:t>$21,289</w:t>
            </w:r>
          </w:p>
        </w:tc>
        <w:tc>
          <w:tcPr>
            <w:tcW w:type="dxa" w:w="1126"/>
          </w:tcPr>
          <w:p>
            <w:pPr>
              <w:spacing w:after="0"/>
              <w:jc w:val="right"/>
            </w:pPr>
            <w:r>
              <w:rPr>
                <w:sz w:val="16"/>
              </w:rPr>
              <w:t>$10,963</w:t>
            </w:r>
          </w:p>
        </w:tc>
        <w:tc>
          <w:tcPr>
            <w:tcW w:type="dxa" w:w="921"/>
          </w:tcPr>
          <w:p>
            <w:pPr>
              <w:spacing w:after="0"/>
              <w:jc w:val="right"/>
            </w:pPr>
            <w:r>
              <w:rPr>
                <w:sz w:val="16"/>
              </w:rPr>
              <w:t>$224</w:t>
            </w:r>
          </w:p>
        </w:tc>
        <w:tc>
          <w:tcPr>
            <w:tcW w:type="dxa" w:w="1305"/>
          </w:tcPr>
          <w:p>
            <w:pPr>
              <w:spacing w:after="0"/>
              <w:jc w:val="right"/>
            </w:pPr>
            <w:r>
              <w:rPr>
                <w:sz w:val="16"/>
              </w:rPr>
              <w:t>0.000981%</w:t>
            </w:r>
          </w:p>
        </w:tc>
        <w:tc>
          <w:tcPr>
            <w:tcW w:type="dxa" w:w="1158"/>
          </w:tcPr>
          <w:p>
            <w:pPr>
              <w:spacing w:after="0"/>
              <w:jc w:val="right"/>
            </w:pPr>
          </w:p>
        </w:tc>
        <w:tc>
          <w:tcPr>
            <w:tcW w:type="dxa" w:w="1068"/>
          </w:tcPr>
          <w:p>
            <w:pPr>
              <w:spacing w:after="0"/>
              <w:jc w:val="right"/>
            </w:pPr>
          </w:p>
        </w:tc>
        <w:tc>
          <w:tcPr>
            <w:tcW w:type="dxa" w:w="1550"/>
          </w:tcPr>
          <w:p>
            <w:pPr>
              <w:spacing w:after="0"/>
              <w:jc w:val="right"/>
            </w:pPr>
          </w:p>
        </w:tc>
        <w:tc>
          <w:tcPr>
            <w:tcW w:type="dxa" w:w="1347"/>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$2,171,141,918</w:t>
            </w:r>
          </w:p>
        </w:tc>
        <w:tc>
          <w:tcPr>
            <w:tcW w:type="dxa" w:w="1131"/>
          </w:tcPr>
          <w:p>
            <w:pPr>
              <w:spacing w:after="0"/>
              <w:jc w:val="right"/>
            </w:pPr>
            <w:r>
              <w:rPr>
                <w:sz w:val="16"/>
              </w:rPr>
              <w:t>n/a</w:t>
            </w:r>
          </w:p>
        </w:tc>
        <w:tc>
          <w:tcPr>
            <w:tcW w:type="dxa" w:w="1040"/>
          </w:tcPr>
          <w:p>
            <w:pPr>
              <w:spacing w:after="0"/>
              <w:jc w:val="right"/>
            </w:pPr>
            <w:r>
              <w:rPr>
                <w:sz w:val="16"/>
              </w:rPr>
              <w:t>9,252</w:t>
            </w:r>
          </w:p>
        </w:tc>
        <w:tc>
          <w:tcPr>
            <w:tcW w:type="dxa" w:w="1037"/>
          </w:tcPr>
          <w:p>
            <w:pPr>
              <w:spacing w:after="0"/>
              <w:jc w:val="right"/>
            </w:pPr>
            <w:r>
              <w:rPr>
                <w:sz w:val="16"/>
              </w:rPr>
              <w:t>$25,031</w:t>
            </w:r>
          </w:p>
        </w:tc>
        <w:tc>
          <w:tcPr>
            <w:tcW w:type="dxa" w:w="1126"/>
          </w:tcPr>
          <w:p>
            <w:pPr>
              <w:spacing w:after="0"/>
              <w:jc w:val="right"/>
            </w:pPr>
            <w:r>
              <w:rPr>
                <w:sz w:val="16"/>
              </w:rPr>
              <w:t>n/a</w:t>
            </w:r>
          </w:p>
        </w:tc>
        <w:tc>
          <w:tcPr>
            <w:tcW w:type="dxa" w:w="921"/>
          </w:tcPr>
          <w:p>
            <w:pPr>
              <w:spacing w:after="0"/>
              <w:jc w:val="right"/>
            </w:pPr>
            <w:r>
              <w:rPr>
                <w:sz w:val="16"/>
              </w:rPr>
              <w:t>$5,936</w:t>
            </w:r>
          </w:p>
        </w:tc>
        <w:tc>
          <w:tcPr>
            <w:tcW w:type="dxa" w:w="1305"/>
          </w:tcPr>
          <w:p>
            <w:pPr>
              <w:spacing w:after="0"/>
              <w:jc w:val="right"/>
            </w:pPr>
            <w:r>
              <w:rPr>
                <w:sz w:val="16"/>
              </w:rPr>
              <w:t>0.00115%</w:t>
            </w:r>
          </w:p>
        </w:tc>
        <w:tc>
          <w:tcPr>
            <w:tcW w:type="dxa" w:w="1158"/>
          </w:tcPr>
          <w:p>
            <w:pPr>
              <w:spacing w:after="0"/>
              <w:jc w:val="right"/>
            </w:pPr>
          </w:p>
        </w:tc>
        <w:tc>
          <w:tcPr>
            <w:tcW w:type="dxa" w:w="1068"/>
          </w:tcPr>
          <w:p>
            <w:pPr>
              <w:spacing w:after="0"/>
              <w:jc w:val="right"/>
            </w:pPr>
          </w:p>
        </w:tc>
        <w:tc>
          <w:tcPr>
            <w:tcW w:type="dxa" w:w="1550"/>
          </w:tcPr>
          <w:p>
            <w:pPr>
              <w:spacing w:after="0"/>
              <w:jc w:val="right"/>
            </w:pPr>
            <w:r>
              <w:rPr>
                <w:sz w:val="16"/>
              </w:rPr>
              <w:t>no Public Assistance recorded (1 declaration)</w:t>
            </w:r>
          </w:p>
        </w:tc>
        <w:tc>
          <w:tcPr>
            <w:tcW w:type="dxa" w:w="1347"/>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$2,170,435,554</w:t>
            </w:r>
          </w:p>
        </w:tc>
        <w:tc>
          <w:tcPr>
            <w:tcW w:type="dxa" w:w="1131"/>
          </w:tcPr>
          <w:p>
            <w:pPr>
              <w:spacing w:after="0"/>
              <w:jc w:val="right"/>
            </w:pPr>
            <w:r>
              <w:rPr>
                <w:sz w:val="16"/>
              </w:rPr>
              <w:t>$1,484,883</w:t>
            </w:r>
          </w:p>
        </w:tc>
        <w:tc>
          <w:tcPr>
            <w:tcW w:type="dxa" w:w="1040"/>
          </w:tcPr>
          <w:p>
            <w:pPr>
              <w:spacing w:after="0"/>
              <w:jc w:val="right"/>
            </w:pPr>
            <w:r>
              <w:rPr>
                <w:sz w:val="16"/>
              </w:rPr>
              <w:t>121</w:t>
            </w:r>
          </w:p>
        </w:tc>
        <w:tc>
          <w:tcPr>
            <w:tcW w:type="dxa" w:w="1037"/>
          </w:tcPr>
          <w:p>
            <w:pPr>
              <w:spacing w:after="0"/>
              <w:jc w:val="right"/>
            </w:pPr>
            <w:r>
              <w:rPr>
                <w:sz w:val="16"/>
              </w:rPr>
              <w:t>$3,408,393</w:t>
            </w:r>
          </w:p>
        </w:tc>
        <w:tc>
          <w:tcPr>
            <w:tcW w:type="dxa" w:w="1126"/>
          </w:tcPr>
          <w:p>
            <w:pPr>
              <w:spacing w:after="0"/>
              <w:jc w:val="right"/>
            </w:pPr>
            <w:r>
              <w:rPr>
                <w:sz w:val="16"/>
              </w:rPr>
              <w:t>$6,803</w:t>
            </w:r>
          </w:p>
        </w:tc>
        <w:tc>
          <w:tcPr>
            <w:tcW w:type="dxa" w:w="921"/>
          </w:tcPr>
          <w:p>
            <w:pPr>
              <w:spacing w:after="0"/>
              <w:jc w:val="right"/>
            </w:pPr>
            <w:r>
              <w:rPr>
                <w:sz w:val="16"/>
              </w:rPr>
              <w:t>$3,093</w:t>
            </w:r>
          </w:p>
        </w:tc>
        <w:tc>
          <w:tcPr>
            <w:tcW w:type="dxa" w:w="1305"/>
          </w:tcPr>
          <w:p>
            <w:pPr>
              <w:spacing w:after="0"/>
              <w:jc w:val="right"/>
            </w:pPr>
            <w:r>
              <w:rPr>
                <w:sz w:val="16"/>
              </w:rPr>
              <w:t>n/a (see note)</w:t>
            </w:r>
          </w:p>
        </w:tc>
        <w:tc>
          <w:tcPr>
            <w:tcW w:type="dxa" w:w="1158"/>
          </w:tcPr>
          <w:p>
            <w:pPr>
              <w:spacing w:after="0"/>
              <w:jc w:val="right"/>
            </w:pPr>
            <w:r>
              <w:rPr>
                <w:sz w:val="16"/>
              </w:rPr>
              <w:t>$0</w:t>
            </w:r>
          </w:p>
        </w:tc>
        <w:tc>
          <w:tcPr>
            <w:tcW w:type="dxa" w:w="1068"/>
          </w:tcPr>
          <w:p>
            <w:pPr>
              <w:spacing w:after="0"/>
              <w:jc w:val="right"/>
            </w:pPr>
          </w:p>
        </w:tc>
        <w:tc>
          <w:tcPr>
            <w:tcW w:type="dxa" w:w="1550"/>
          </w:tcPr>
          <w:p>
            <w:pPr>
              <w:spacing w:after="0"/>
              <w:jc w:val="right"/>
            </w:pPr>
            <w:r>
              <w:rPr>
                <w:sz w:val="16"/>
              </w:rPr>
              <w:t>no Public Assistance recorded (4 declarations); 1 declaration not yet in FEMA's PA summaries (they cover declarations through 2026-06-30)</w:t>
            </w:r>
          </w:p>
        </w:tc>
        <w:tc>
          <w:tcPr>
            <w:tcW w:type="dxa" w:w="1347"/>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$159,805,654</w:t>
            </w:r>
          </w:p>
        </w:tc>
        <w:tc>
          <w:tcPr>
            <w:tcW w:type="dxa" w:w="1131"/>
          </w:tcPr>
          <w:p>
            <w:pPr>
              <w:spacing w:after="0"/>
              <w:jc w:val="right"/>
            </w:pPr>
            <w:r>
              <w:rPr>
                <w:sz w:val="16"/>
              </w:rPr>
              <w:t>n/a</w:t>
            </w:r>
          </w:p>
        </w:tc>
        <w:tc>
          <w:tcPr>
            <w:tcW w:type="dxa" w:w="1040"/>
          </w:tcPr>
          <w:p>
            <w:pPr>
              <w:spacing w:after="0"/>
              <w:jc w:val="right"/>
            </w:pPr>
            <w:r>
              <w:rPr>
                <w:sz w:val="16"/>
              </w:rPr>
              <w:t>706</w:t>
            </w:r>
          </w:p>
        </w:tc>
        <w:tc>
          <w:tcPr>
            <w:tcW w:type="dxa" w:w="1037"/>
          </w:tcPr>
          <w:p>
            <w:pPr>
              <w:spacing w:after="0"/>
              <w:jc w:val="right"/>
            </w:pPr>
            <w:r>
              <w:rPr>
                <w:sz w:val="16"/>
              </w:rPr>
              <w:t>$43</w:t>
            </w:r>
          </w:p>
        </w:tc>
        <w:tc>
          <w:tcPr>
            <w:tcW w:type="dxa" w:w="1126"/>
          </w:tcPr>
          <w:p>
            <w:pPr>
              <w:spacing w:after="0"/>
              <w:jc w:val="right"/>
            </w:pPr>
            <w:r>
              <w:rPr>
                <w:sz w:val="16"/>
              </w:rPr>
              <w:t>n/a</w:t>
            </w:r>
          </w:p>
        </w:tc>
        <w:tc>
          <w:tcPr>
            <w:tcW w:type="dxa" w:w="921"/>
          </w:tcPr>
          <w:p>
            <w:pPr>
              <w:spacing w:after="0"/>
              <w:jc w:val="right"/>
            </w:pPr>
            <w:r>
              <w:rPr>
                <w:sz w:val="16"/>
              </w:rPr>
              <w:t>$385</w:t>
            </w:r>
          </w:p>
        </w:tc>
        <w:tc>
          <w:tcPr>
            <w:tcW w:type="dxa" w:w="1305"/>
          </w:tcPr>
          <w:p>
            <w:pPr>
              <w:spacing w:after="0"/>
              <w:jc w:val="right"/>
            </w:pPr>
            <w:r>
              <w:rPr>
                <w:sz w:val="16"/>
              </w:rPr>
              <w:t>under 0.0001%</w:t>
            </w:r>
          </w:p>
        </w:tc>
        <w:tc>
          <w:tcPr>
            <w:tcW w:type="dxa" w:w="1158"/>
          </w:tcPr>
          <w:p>
            <w:pPr>
              <w:spacing w:after="0"/>
              <w:jc w:val="right"/>
            </w:pPr>
          </w:p>
        </w:tc>
        <w:tc>
          <w:tcPr>
            <w:tcW w:type="dxa" w:w="1068"/>
          </w:tcPr>
          <w:p>
            <w:pPr>
              <w:spacing w:after="0"/>
              <w:jc w:val="right"/>
            </w:pPr>
          </w:p>
        </w:tc>
        <w:tc>
          <w:tcPr>
            <w:tcW w:type="dxa" w:w="1550"/>
          </w:tcPr>
          <w:p>
            <w:pPr>
              <w:spacing w:after="0"/>
              <w:jc w:val="right"/>
            </w:pPr>
            <w:r>
              <w:rPr>
                <w:sz w:val="16"/>
              </w:rPr>
              <w:t>no Public Assistance recorded (4 declarations); 1 declaration not yet in FEMA's PA summaries (they cover declarations through 2026-06-30)</w:t>
            </w:r>
          </w:p>
        </w:tc>
        <w:tc>
          <w:tcPr>
            <w:tcW w:type="dxa" w:w="1347"/>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$2,171,141,918</w:t>
            </w:r>
          </w:p>
        </w:tc>
        <w:tc>
          <w:tcPr>
            <w:tcW w:type="dxa" w:w="1131"/>
          </w:tcPr>
          <w:p>
            <w:pPr>
              <w:spacing w:after="0"/>
              <w:jc w:val="right"/>
            </w:pPr>
            <w:r>
              <w:rPr>
                <w:sz w:val="16"/>
              </w:rPr>
              <w:t>n/a</w:t>
            </w:r>
          </w:p>
        </w:tc>
        <w:tc>
          <w:tcPr>
            <w:tcW w:type="dxa" w:w="1040"/>
          </w:tcPr>
          <w:p>
            <w:pPr>
              <w:spacing w:after="0"/>
              <w:jc w:val="right"/>
            </w:pPr>
            <w:r>
              <w:rPr>
                <w:sz w:val="16"/>
              </w:rPr>
              <w:t>9,252</w:t>
            </w:r>
          </w:p>
        </w:tc>
        <w:tc>
          <w:tcPr>
            <w:tcW w:type="dxa" w:w="1037"/>
          </w:tcPr>
          <w:p>
            <w:pPr>
              <w:spacing w:after="0"/>
              <w:jc w:val="right"/>
            </w:pPr>
            <w:r>
              <w:rPr>
                <w:sz w:val="16"/>
              </w:rPr>
              <w:t>$5,497</w:t>
            </w:r>
          </w:p>
        </w:tc>
        <w:tc>
          <w:tcPr>
            <w:tcW w:type="dxa" w:w="1126"/>
          </w:tcPr>
          <w:p>
            <w:pPr>
              <w:spacing w:after="0"/>
              <w:jc w:val="right"/>
            </w:pPr>
            <w:r>
              <w:rPr>
                <w:sz w:val="16"/>
              </w:rPr>
              <w:t>n/a</w:t>
            </w:r>
          </w:p>
        </w:tc>
        <w:tc>
          <w:tcPr>
            <w:tcW w:type="dxa" w:w="921"/>
          </w:tcPr>
          <w:p>
            <w:pPr>
              <w:spacing w:after="0"/>
              <w:jc w:val="right"/>
            </w:pPr>
            <w:r>
              <w:rPr>
                <w:sz w:val="16"/>
              </w:rPr>
              <w:t>$102,022</w:t>
            </w:r>
          </w:p>
        </w:tc>
        <w:tc>
          <w:tcPr>
            <w:tcW w:type="dxa" w:w="1305"/>
          </w:tcPr>
          <w:p>
            <w:pPr>
              <w:spacing w:after="0"/>
              <w:jc w:val="right"/>
            </w:pPr>
            <w:r>
              <w:rPr>
                <w:sz w:val="16"/>
              </w:rPr>
              <w:t>0.000253%</w:t>
            </w:r>
          </w:p>
        </w:tc>
        <w:tc>
          <w:tcPr>
            <w:tcW w:type="dxa" w:w="1158"/>
          </w:tcPr>
          <w:p>
            <w:pPr>
              <w:spacing w:after="0"/>
              <w:jc w:val="right"/>
            </w:pPr>
          </w:p>
        </w:tc>
        <w:tc>
          <w:tcPr>
            <w:tcW w:type="dxa" w:w="1068"/>
          </w:tcPr>
          <w:p>
            <w:pPr>
              <w:spacing w:after="0"/>
              <w:jc w:val="right"/>
            </w:pPr>
          </w:p>
        </w:tc>
        <w:tc>
          <w:tcPr>
            <w:tcW w:type="dxa" w:w="1550"/>
          </w:tcPr>
          <w:p>
            <w:pPr>
              <w:spacing w:after="0"/>
              <w:jc w:val="right"/>
            </w:pPr>
          </w:p>
        </w:tc>
        <w:tc>
          <w:tcPr>
            <w:tcW w:type="dxa" w:w="1347"/>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$2,171,141,918</w:t>
            </w:r>
          </w:p>
        </w:tc>
        <w:tc>
          <w:tcPr>
            <w:tcW w:type="dxa" w:w="1131"/>
          </w:tcPr>
          <w:p>
            <w:pPr>
              <w:spacing w:after="0"/>
              <w:jc w:val="right"/>
            </w:pPr>
            <w:r>
              <w:rPr>
                <w:sz w:val="16"/>
              </w:rPr>
              <w:t>$52,307,141</w:t>
            </w:r>
          </w:p>
        </w:tc>
        <w:tc>
          <w:tcPr>
            <w:tcW w:type="dxa" w:w="1040"/>
          </w:tcPr>
          <w:p>
            <w:pPr>
              <w:spacing w:after="0"/>
              <w:jc w:val="right"/>
            </w:pPr>
            <w:r>
              <w:rPr>
                <w:sz w:val="16"/>
              </w:rPr>
              <w:t>9,252</w:t>
            </w:r>
          </w:p>
        </w:tc>
        <w:tc>
          <w:tcPr>
            <w:tcW w:type="dxa" w:w="1037"/>
          </w:tcPr>
          <w:p>
            <w:pPr>
              <w:spacing w:after="0"/>
              <w:jc w:val="right"/>
            </w:pPr>
            <w:r>
              <w:rPr>
                <w:sz w:val="16"/>
              </w:rPr>
              <w:t>$90,328</w:t>
            </w:r>
          </w:p>
        </w:tc>
        <w:tc>
          <w:tcPr>
            <w:tcW w:type="dxa" w:w="1126"/>
          </w:tcPr>
          <w:p>
            <w:pPr>
              <w:spacing w:after="0"/>
              <w:jc w:val="right"/>
            </w:pPr>
            <w:r>
              <w:rPr>
                <w:sz w:val="16"/>
              </w:rPr>
              <w:t>$49,611</w:t>
            </w:r>
          </w:p>
        </w:tc>
        <w:tc>
          <w:tcPr>
            <w:tcW w:type="dxa" w:w="921"/>
          </w:tcPr>
          <w:p>
            <w:pPr>
              <w:spacing w:after="0"/>
              <w:jc w:val="right"/>
            </w:pPr>
            <w:r>
              <w:rPr>
                <w:sz w:val="16"/>
              </w:rPr>
              <w:t>$138,588</w:t>
            </w:r>
          </w:p>
        </w:tc>
        <w:tc>
          <w:tcPr>
            <w:tcW w:type="dxa" w:w="1305"/>
          </w:tcPr>
          <w:p>
            <w:pPr>
              <w:spacing w:after="0"/>
              <w:jc w:val="right"/>
            </w:pPr>
            <w:r>
              <w:rPr>
                <w:sz w:val="16"/>
              </w:rPr>
              <w:t>0.00416%</w:t>
            </w:r>
          </w:p>
        </w:tc>
        <w:tc>
          <w:tcPr>
            <w:tcW w:type="dxa" w:w="1158"/>
          </w:tcPr>
          <w:p>
            <w:pPr>
              <w:spacing w:after="0"/>
              <w:jc w:val="right"/>
            </w:pPr>
            <w:r>
              <w:rPr>
                <w:sz w:val="16"/>
              </w:rPr>
              <w:t>$30,000</w:t>
            </w:r>
          </w:p>
        </w:tc>
        <w:tc>
          <w:tcPr>
            <w:tcW w:type="dxa" w:w="1068"/>
          </w:tcPr>
          <w:p>
            <w:pPr>
              <w:spacing w:after="0"/>
              <w:jc w:val="right"/>
            </w:pPr>
          </w:p>
        </w:tc>
        <w:tc>
          <w:tcPr>
            <w:tcW w:type="dxa" w:w="1550"/>
          </w:tcPr>
          <w:p>
            <w:pPr>
              <w:spacing w:after="0"/>
              <w:jc w:val="right"/>
            </w:pPr>
            <w:r>
              <w:rPr>
                <w:sz w:val="16"/>
              </w:rPr>
              <w:t>no Public Assistance recorded (5 declarations); 1 declaration not yet in FEMA's PA summaries (they cover declarations through 2026-06-30)</w:t>
            </w:r>
          </w:p>
        </w:tc>
        <w:tc>
          <w:tcPr>
            <w:tcW w:type="dxa" w:w="1347"/>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$2,171,141,918</w:t>
            </w:r>
          </w:p>
        </w:tc>
        <w:tc>
          <w:tcPr>
            <w:tcW w:type="dxa" w:w="1131"/>
          </w:tcPr>
          <w:p>
            <w:pPr>
              <w:spacing w:after="0"/>
              <w:jc w:val="right"/>
            </w:pPr>
            <w:r>
              <w:rPr>
                <w:sz w:val="16"/>
              </w:rPr>
              <w:t>$52,307,141</w:t>
            </w:r>
          </w:p>
        </w:tc>
        <w:tc>
          <w:tcPr>
            <w:tcW w:type="dxa" w:w="1040"/>
          </w:tcPr>
          <w:p>
            <w:pPr>
              <w:spacing w:after="0"/>
              <w:jc w:val="right"/>
            </w:pPr>
            <w:r>
              <w:rPr>
                <w:sz w:val="16"/>
              </w:rPr>
              <w:t>9,252</w:t>
            </w:r>
          </w:p>
        </w:tc>
        <w:tc>
          <w:tcPr>
            <w:tcW w:type="dxa" w:w="1037"/>
          </w:tcPr>
          <w:p>
            <w:pPr>
              <w:spacing w:after="0"/>
              <w:jc w:val="right"/>
            </w:pPr>
            <w:r>
              <w:rPr>
                <w:sz w:val="16"/>
              </w:rPr>
              <w:t>$327,234</w:t>
            </w:r>
          </w:p>
        </w:tc>
        <w:tc>
          <w:tcPr>
            <w:tcW w:type="dxa" w:w="1126"/>
          </w:tcPr>
          <w:p>
            <w:pPr>
              <w:spacing w:after="0"/>
              <w:jc w:val="right"/>
            </w:pPr>
            <w:r>
              <w:rPr>
                <w:sz w:val="16"/>
              </w:rPr>
              <w:t>$2,887</w:t>
            </w:r>
          </w:p>
        </w:tc>
        <w:tc>
          <w:tcPr>
            <w:tcW w:type="dxa" w:w="921"/>
          </w:tcPr>
          <w:p>
            <w:pPr>
              <w:spacing w:after="0"/>
              <w:jc w:val="right"/>
            </w:pPr>
            <w:r>
              <w:rPr>
                <w:sz w:val="16"/>
              </w:rPr>
              <w:t>$412,506</w:t>
            </w:r>
          </w:p>
        </w:tc>
        <w:tc>
          <w:tcPr>
            <w:tcW w:type="dxa" w:w="1305"/>
          </w:tcPr>
          <w:p>
            <w:pPr>
              <w:spacing w:after="0"/>
              <w:jc w:val="right"/>
            </w:pPr>
            <w:r>
              <w:rPr>
                <w:sz w:val="16"/>
              </w:rPr>
              <w:t>0.0151%</w:t>
            </w:r>
          </w:p>
        </w:tc>
        <w:tc>
          <w:tcPr>
            <w:tcW w:type="dxa" w:w="1158"/>
          </w:tcPr>
          <w:p>
            <w:pPr>
              <w:spacing w:after="0"/>
              <w:jc w:val="right"/>
            </w:pPr>
            <w:r>
              <w:rPr>
                <w:sz w:val="16"/>
              </w:rPr>
              <w:t>$0</w:t>
            </w:r>
          </w:p>
        </w:tc>
        <w:tc>
          <w:tcPr>
            <w:tcW w:type="dxa" w:w="1068"/>
          </w:tcPr>
          <w:p>
            <w:pPr>
              <w:spacing w:after="0"/>
              <w:jc w:val="right"/>
            </w:pPr>
          </w:p>
        </w:tc>
        <w:tc>
          <w:tcPr>
            <w:tcW w:type="dxa" w:w="1550"/>
          </w:tcPr>
          <w:p>
            <w:pPr>
              <w:spacing w:after="0"/>
              <w:jc w:val="right"/>
            </w:pPr>
            <w:r>
              <w:rPr>
                <w:sz w:val="16"/>
              </w:rPr>
              <w:t>no Public Assistance recorded (4 declarations)</w:t>
            </w:r>
          </w:p>
        </w:tc>
        <w:tc>
          <w:tcPr>
            <w:tcW w:type="dxa" w:w="1347"/>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$125,293,271</w:t>
            </w:r>
          </w:p>
        </w:tc>
        <w:tc>
          <w:tcPr>
            <w:tcW w:type="dxa" w:w="1131"/>
          </w:tcPr>
          <w:p>
            <w:pPr>
              <w:spacing w:after="0"/>
              <w:jc w:val="right"/>
            </w:pPr>
            <w:r>
              <w:rPr>
                <w:sz w:val="16"/>
              </w:rPr>
              <w:t>$13,945,606</w:t>
            </w:r>
          </w:p>
        </w:tc>
        <w:tc>
          <w:tcPr>
            <w:tcW w:type="dxa" w:w="1040"/>
          </w:tcPr>
          <w:p>
            <w:pPr>
              <w:spacing w:after="0"/>
              <w:jc w:val="right"/>
            </w:pPr>
            <w:r>
              <w:rPr>
                <w:sz w:val="16"/>
              </w:rPr>
              <w:t>2,042</w:t>
            </w:r>
          </w:p>
        </w:tc>
        <w:tc>
          <w:tcPr>
            <w:tcW w:type="dxa" w:w="1037"/>
          </w:tcPr>
          <w:p>
            <w:pPr>
              <w:spacing w:after="0"/>
              <w:jc w:val="right"/>
            </w:pPr>
            <w:r>
              <w:rPr>
                <w:sz w:val="16"/>
              </w:rPr>
              <w:t>$9,606</w:t>
            </w:r>
          </w:p>
        </w:tc>
        <w:tc>
          <w:tcPr>
            <w:tcW w:type="dxa" w:w="1126"/>
          </w:tcPr>
          <w:p>
            <w:pPr>
              <w:spacing w:after="0"/>
              <w:jc w:val="right"/>
            </w:pPr>
            <w:r>
              <w:rPr>
                <w:sz w:val="16"/>
              </w:rPr>
              <w:t>$80</w:t>
            </w:r>
          </w:p>
        </w:tc>
        <w:tc>
          <w:tcPr>
            <w:tcW w:type="dxa" w:w="921"/>
          </w:tcPr>
          <w:p>
            <w:pPr>
              <w:spacing w:after="0"/>
              <w:jc w:val="right"/>
            </w:pPr>
            <w:r>
              <w:rPr>
                <w:sz w:val="16"/>
              </w:rPr>
              <w:t>$2,446</w:t>
            </w:r>
          </w:p>
        </w:tc>
        <w:tc>
          <w:tcPr>
            <w:tcW w:type="dxa" w:w="1305"/>
          </w:tcPr>
          <w:p>
            <w:pPr>
              <w:spacing w:after="0"/>
              <w:jc w:val="right"/>
            </w:pPr>
            <w:r>
              <w:rPr>
                <w:sz w:val="16"/>
              </w:rPr>
              <w:t>0.00767%</w:t>
            </w:r>
          </w:p>
        </w:tc>
        <w:tc>
          <w:tcPr>
            <w:tcW w:type="dxa" w:w="1158"/>
          </w:tcPr>
          <w:p>
            <w:pPr>
              <w:spacing w:after="0"/>
              <w:jc w:val="right"/>
            </w:pPr>
          </w:p>
        </w:tc>
        <w:tc>
          <w:tcPr>
            <w:tcW w:type="dxa" w:w="1068"/>
          </w:tcPr>
          <w:p>
            <w:pPr>
              <w:spacing w:after="0"/>
              <w:jc w:val="right"/>
            </w:pPr>
          </w:p>
        </w:tc>
        <w:tc>
          <w:tcPr>
            <w:tcW w:type="dxa" w:w="1550"/>
          </w:tcPr>
          <w:p>
            <w:pPr>
              <w:spacing w:after="0"/>
              <w:jc w:val="right"/>
            </w:pPr>
          </w:p>
        </w:tc>
        <w:tc>
          <w:tcPr>
            <w:tcW w:type="dxa" w:w="1347"/>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$2,171,141,918</w:t>
            </w:r>
          </w:p>
        </w:tc>
        <w:tc>
          <w:tcPr>
            <w:tcW w:type="dxa" w:w="1131"/>
          </w:tcPr>
          <w:p>
            <w:pPr>
              <w:spacing w:after="0"/>
              <w:jc w:val="right"/>
            </w:pPr>
            <w:r>
              <w:rPr>
                <w:sz w:val="16"/>
              </w:rPr>
              <w:t>$52,307,141</w:t>
            </w:r>
          </w:p>
        </w:tc>
        <w:tc>
          <w:tcPr>
            <w:tcW w:type="dxa" w:w="1040"/>
          </w:tcPr>
          <w:p>
            <w:pPr>
              <w:spacing w:after="0"/>
              <w:jc w:val="right"/>
            </w:pPr>
            <w:r>
              <w:rPr>
                <w:sz w:val="16"/>
              </w:rPr>
              <w:t>9,252</w:t>
            </w:r>
          </w:p>
        </w:tc>
        <w:tc>
          <w:tcPr>
            <w:tcW w:type="dxa" w:w="1037"/>
          </w:tcPr>
          <w:p>
            <w:pPr>
              <w:spacing w:after="0"/>
              <w:jc w:val="right"/>
            </w:pPr>
            <w:r>
              <w:rPr>
                <w:sz w:val="16"/>
              </w:rPr>
              <w:t>$25,779</w:t>
            </w:r>
          </w:p>
        </w:tc>
        <w:tc>
          <w:tcPr>
            <w:tcW w:type="dxa" w:w="1126"/>
          </w:tcPr>
          <w:p>
            <w:pPr>
              <w:spacing w:after="0"/>
              <w:jc w:val="right"/>
            </w:pPr>
            <w:r>
              <w:rPr>
                <w:sz w:val="16"/>
              </w:rPr>
              <w:t>$2</w:t>
            </w:r>
          </w:p>
        </w:tc>
        <w:tc>
          <w:tcPr>
            <w:tcW w:type="dxa" w:w="921"/>
          </w:tcPr>
          <w:p>
            <w:pPr>
              <w:spacing w:after="0"/>
              <w:jc w:val="right"/>
            </w:pPr>
            <w:r>
              <w:rPr>
                <w:sz w:val="16"/>
              </w:rPr>
              <w:t>$20,986</w:t>
            </w:r>
          </w:p>
        </w:tc>
        <w:tc>
          <w:tcPr>
            <w:tcW w:type="dxa" w:w="1305"/>
          </w:tcPr>
          <w:p>
            <w:pPr>
              <w:spacing w:after="0"/>
              <w:jc w:val="right"/>
            </w:pPr>
            <w:r>
              <w:rPr>
                <w:sz w:val="16"/>
              </w:rPr>
              <w:t>0.00119%</w:t>
            </w:r>
          </w:p>
        </w:tc>
        <w:tc>
          <w:tcPr>
            <w:tcW w:type="dxa" w:w="1158"/>
          </w:tcPr>
          <w:p>
            <w:pPr>
              <w:spacing w:after="0"/>
              <w:jc w:val="right"/>
            </w:pPr>
          </w:p>
        </w:tc>
        <w:tc>
          <w:tcPr>
            <w:tcW w:type="dxa" w:w="1068"/>
          </w:tcPr>
          <w:p>
            <w:pPr>
              <w:spacing w:after="0"/>
              <w:jc w:val="right"/>
            </w:pPr>
            <w:r>
              <w:rPr>
                <w:sz w:val="16"/>
              </w:rPr>
              <w:t>$0</w:t>
            </w:r>
          </w:p>
        </w:tc>
        <w:tc>
          <w:tcPr>
            <w:tcW w:type="dxa" w:w="1550"/>
          </w:tcPr>
          <w:p>
            <w:pPr>
              <w:spacing w:after="0"/>
              <w:jc w:val="right"/>
            </w:pPr>
            <w:r>
              <w:rPr>
                <w:sz w:val="16"/>
              </w:rPr>
              <w:t>no Public Assistance recorded (2 declarations)</w:t>
            </w:r>
          </w:p>
        </w:tc>
        <w:tc>
          <w:tcPr>
            <w:tcW w:type="dxa" w:w="134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2018-04-10 (Storm Events through 2026-06-30): 40 county-coded records, 30 with a damage value recorded (including $0), $30,000; 8 zone-level records, 1 with a damage value recorded (including $0), $0 reported for the zone; Public Assistance: none recorded on 8 of the 9 counted declarations; 1 not yet in FEMA's PA summaries (they cover declarations through 2026-06-30).</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9,252</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$2,171,141,918</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$52,307,141</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$4,218,290</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$1,456,187</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Clinton County (unincorporated area)</w:t>
            </w:r>
          </w:p>
        </w:tc>
        <w:tc>
          <w:tcPr>
            <w:tcW w:type="dxa" w:w="1604"/>
          </w:tcPr>
          <w:p>
            <w:pPr>
              <w:spacing w:after="0"/>
              <w:jc w:val="left"/>
            </w:pPr>
            <w:r>
              <w:rPr>
                <w:sz w:val="16"/>
              </w:rPr>
              <w:t>210327</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Albany city</w:t>
            </w:r>
          </w:p>
        </w:tc>
        <w:tc>
          <w:tcPr>
            <w:tcW w:type="dxa" w:w="1604"/>
          </w:tcPr>
          <w:p>
            <w:pPr>
              <w:spacing w:after="0"/>
              <w:jc w:val="left"/>
            </w:pPr>
            <w:r>
              <w:rPr>
                <w:sz w:val="16"/>
              </w:rPr>
              <w:t>210059</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Clinton County, KY: risk-assessment baseline packet, release 2026-10 (data as of 2026-09-30; County FIPS 21053). Automated baseline. </w:t>
      </w:r>
      <w:hyperlink r:id="rId15">
        <w:r>
          <w:rPr>
            <w:color w:val="1F4E99"/>
            <w:sz w:val="17"/>
            <w:u w:val="single"/>
          </w:rPr>
          <w:t>https://hazardplain.org/ky/21053/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hazard-plain_2026-10_KY_21053.docx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Clinton County, KY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ky/2105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Clinton County, KY: Risk-assessment baseline packet</dc:title>
  <dc:subject>Hazard Plain release 2026-10, as of 2026-09-30. Automated baseline</dc:subject>
  <dc:creator>Hazard Plain</dc:creator>
  <cp:keywords>Hazard Plain; hazard mitigation; risk assessment; 21053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