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Clark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2027-05-24</w:t>
      </w:r>
    </w:p>
    <w:p>
      <w:pPr>
        <w:keepNext/>
        <w:spacing w:after="40" w:before="0"/>
      </w:pPr>
      <w:r>
        <w:rPr>
          <w:b/>
        </w:rPr>
        <w:t xml:space="preserve">Plan: </w:t>
      </w:r>
      <w:r>
        <w:rPr/>
        <w:t>BlueGrass ADD Regional (FEMA plan 108257)</w:t>
      </w:r>
    </w:p>
    <w:p>
      <w:pPr>
        <w:keepNext/>
        <w:spacing w:after="40" w:before="0"/>
      </w:pPr>
      <w:r>
        <w:rPr>
          <w:b/>
        </w:rPr>
        <w:t xml:space="preserve">Approved: </w:t>
      </w:r>
      <w:r>
        <w:rPr/>
        <w:t>2022-05-25</w:t>
      </w:r>
    </w:p>
    <w:p>
      <w:pPr>
        <w:keepNext/>
        <w:spacing w:after="40" w:before="0"/>
      </w:pPr>
      <w:r>
        <w:rPr>
          <w:b/>
        </w:rPr>
        <w:t xml:space="preserve">Expires: </w:t>
      </w:r>
      <w:r>
        <w:rPr/>
        <w:t>2027-05-24</w:t>
      </w:r>
    </w:p>
    <w:p>
      <w:pPr>
        <w:keepNext/>
        <w:spacing w:after="40" w:before="0"/>
      </w:pPr>
      <w:r>
        <w:rPr>
          <w:b/>
        </w:rPr>
        <w:t xml:space="preserve">As of: </w:t>
      </w:r>
      <w:r>
        <w:rPr/>
        <w:t>2026-09-28</w:t>
      </w:r>
    </w:p>
    <w:p>
      <w:pPr>
        <w:keepNext/>
        <w:spacing w:after="40" w:before="0"/>
      </w:pPr>
      <w:r>
        <w:rPr>
          <w:b/>
        </w:rPr>
        <w:t xml:space="preserve">Days: </w:t>
      </w:r>
      <w:r>
        <w:rPr/>
        <w:t>238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DR-4848-KY, EM-3624-KY, EM-3626-KY, DR-4864-KY, EM-3633-KY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16 (44 CFR 77.2); any definition: 42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23"/>
        <w:gridCol w:w="3057"/>
        <w:gridCol w:w="1037"/>
        <w:gridCol w:w="1037"/>
        <w:gridCol w:w="866"/>
        <w:gridCol w:w="924"/>
        <w:gridCol w:w="209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23"/>
            <w:shd w:val="clear" w:color="auto" w:fill="E8E8E8"/>
          </w:tcPr>
          <w:p>
            <w:pPr>
              <w:spacing w:after="0"/>
              <w:jc w:val="left"/>
            </w:pPr>
            <w:r>
              <w:rPr>
                <w:b/>
                <w:sz w:val="16"/>
              </w:rPr>
              <w:t>Status</w:t>
            </w:r>
          </w:p>
        </w:tc>
        <w:tc>
          <w:tcPr>
            <w:tcW w:type="dxa" w:w="305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4"/>
            <w:shd w:val="clear" w:color="auto" w:fill="E8E8E8"/>
          </w:tcPr>
          <w:p>
            <w:pPr>
              <w:spacing w:after="0"/>
              <w:jc w:val="left"/>
            </w:pPr>
            <w:r>
              <w:rPr>
                <w:b/>
                <w:sz w:val="16"/>
              </w:rPr>
              <w:t>Update underway</w:t>
            </w:r>
          </w:p>
        </w:tc>
        <w:tc>
          <w:tcPr>
            <w:tcW w:type="dxa" w:w="2091"/>
            <w:shd w:val="clear" w:color="auto" w:fill="E8E8E8"/>
          </w:tcPr>
          <w:p>
            <w:pPr>
              <w:spacing w:after="0"/>
              <w:jc w:val="left"/>
            </w:pPr>
            <w:r>
              <w:rPr>
                <w:b/>
                <w:sz w:val="16"/>
              </w:rPr>
              <w:t>Notes</w:t>
            </w:r>
          </w:p>
        </w:tc>
      </w:tr>
      <w:tr>
        <w:trPr>
          <w:cantSplit/>
        </w:trPr>
        <w:tc>
          <w:tcPr>
            <w:tcW w:type="dxa" w:w="1483"/>
          </w:tcPr>
          <w:p>
            <w:pPr>
              <w:spacing w:after="0"/>
              <w:jc w:val="left"/>
            </w:pPr>
            <w:r>
              <w:rPr>
                <w:sz w:val="16"/>
              </w:rPr>
              <w:t>Clark County (unincorporated area)</w:t>
            </w:r>
          </w:p>
        </w:tc>
        <w:tc>
          <w:tcPr>
            <w:tcW w:type="dxa" w:w="1394"/>
          </w:tcPr>
          <w:p>
            <w:pPr>
              <w:spacing w:after="0"/>
              <w:jc w:val="left"/>
            </w:pPr>
            <w:r>
              <w:rPr>
                <w:sz w:val="16"/>
              </w:rPr>
              <w:t>Unincorporated</w:t>
            </w:r>
          </w:p>
        </w:tc>
        <w:tc>
          <w:tcPr>
            <w:tcW w:type="dxa" w:w="2223"/>
          </w:tcPr>
          <w:p>
            <w:pPr>
              <w:spacing w:after="0"/>
              <w:jc w:val="left"/>
            </w:pPr>
            <w:r>
              <w:rPr>
                <w:sz w:val="16"/>
              </w:rPr>
              <w:t>Approved, expires 2027-05-24</w:t>
            </w:r>
          </w:p>
        </w:tc>
        <w:tc>
          <w:tcPr>
            <w:tcW w:type="dxa" w:w="3057"/>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6"/>
          </w:tcPr>
          <w:p>
            <w:pPr>
              <w:spacing w:after="0"/>
              <w:jc w:val="right"/>
            </w:pPr>
            <w:r>
              <w:rPr>
                <w:sz w:val="16"/>
              </w:rPr>
              <w:t>238</w:t>
            </w:r>
          </w:p>
        </w:tc>
        <w:tc>
          <w:tcPr>
            <w:tcW w:type="dxa" w:w="924"/>
          </w:tcPr>
          <w:p>
            <w:pPr>
              <w:spacing w:after="0"/>
              <w:jc w:val="left"/>
            </w:pPr>
          </w:p>
        </w:tc>
        <w:tc>
          <w:tcPr>
            <w:tcW w:type="dxa" w:w="2091"/>
          </w:tcPr>
          <w:p>
            <w:pPr>
              <w:spacing w:after="0"/>
              <w:jc w:val="left"/>
            </w:pPr>
            <w:r>
              <w:rPr>
                <w:sz w:val="16"/>
              </w:rPr>
              <w:t>member approved 2023-05-23</w:t>
            </w:r>
          </w:p>
        </w:tc>
      </w:tr>
      <w:tr>
        <w:trPr>
          <w:cantSplit/>
        </w:trPr>
        <w:tc>
          <w:tcPr>
            <w:tcW w:type="dxa" w:w="1483"/>
          </w:tcPr>
          <w:p>
            <w:pPr>
              <w:spacing w:after="0"/>
              <w:jc w:val="left"/>
            </w:pPr>
            <w:r>
              <w:rPr>
                <w:sz w:val="16"/>
              </w:rPr>
              <w:t>Winchester city</w:t>
            </w:r>
          </w:p>
        </w:tc>
        <w:tc>
          <w:tcPr>
            <w:tcW w:type="dxa" w:w="1394"/>
          </w:tcPr>
          <w:p>
            <w:pPr>
              <w:spacing w:after="0"/>
              <w:jc w:val="left"/>
            </w:pPr>
            <w:r>
              <w:rPr>
                <w:sz w:val="16"/>
              </w:rPr>
              <w:t>City</w:t>
            </w:r>
          </w:p>
        </w:tc>
        <w:tc>
          <w:tcPr>
            <w:tcW w:type="dxa" w:w="2223"/>
          </w:tcPr>
          <w:p>
            <w:pPr>
              <w:spacing w:after="0"/>
              <w:jc w:val="left"/>
            </w:pPr>
            <w:r>
              <w:rPr>
                <w:sz w:val="16"/>
              </w:rPr>
              <w:t>Approved, expires 2027-05-24</w:t>
            </w:r>
          </w:p>
        </w:tc>
        <w:tc>
          <w:tcPr>
            <w:tcW w:type="dxa" w:w="3057"/>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6"/>
          </w:tcPr>
          <w:p>
            <w:pPr>
              <w:spacing w:after="0"/>
              <w:jc w:val="right"/>
            </w:pPr>
            <w:r>
              <w:rPr>
                <w:sz w:val="16"/>
              </w:rPr>
              <w:t>238</w:t>
            </w:r>
          </w:p>
        </w:tc>
        <w:tc>
          <w:tcPr>
            <w:tcW w:type="dxa" w:w="924"/>
          </w:tcPr>
          <w:p>
            <w:pPr>
              <w:spacing w:after="0"/>
              <w:jc w:val="left"/>
            </w:pPr>
          </w:p>
        </w:tc>
        <w:tc>
          <w:tcPr>
            <w:tcW w:type="dxa" w:w="2091"/>
          </w:tcPr>
          <w:p>
            <w:pPr>
              <w:spacing w:after="0"/>
              <w:jc w:val="left"/>
            </w:pPr>
            <w:r>
              <w:rPr>
                <w:sz w:val="16"/>
              </w:rPr>
              <w:t>member approved 2023-05-23</w:t>
            </w:r>
          </w:p>
        </w:tc>
      </w:tr>
    </w:tbl>
    <w:p>
      <w:pPr>
        <w:spacing w:after="40" w:before="60"/>
      </w:pPr>
      <w:r>
        <w:rPr>
          <w:sz w:val="15"/>
        </w:rPr>
        <w:t>Plan 108257 also covers 45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$6,839,466</w:t>
            </w:r>
          </w:p>
        </w:tc>
        <w:tc>
          <w:tcPr>
            <w:tcW w:type="dxa" w:w="1126"/>
          </w:tcPr>
          <w:p>
            <w:pPr>
              <w:spacing w:after="0"/>
              <w:jc w:val="right"/>
            </w:pPr>
            <w:r>
              <w:rPr>
                <w:sz w:val="16"/>
              </w:rPr>
              <w:t>$19,980</w:t>
            </w:r>
          </w:p>
        </w:tc>
        <w:tc>
          <w:tcPr>
            <w:tcW w:type="dxa" w:w="1297"/>
          </w:tcPr>
          <w:p>
            <w:pPr>
              <w:spacing w:after="0"/>
              <w:jc w:val="right"/>
            </w:pPr>
            <w:r>
              <w:rPr>
                <w:sz w:val="16"/>
              </w:rPr>
              <w:t>$67,507</w:t>
            </w:r>
          </w:p>
        </w:tc>
        <w:tc>
          <w:tcPr>
            <w:tcW w:type="dxa" w:w="1111"/>
          </w:tcPr>
          <w:p>
            <w:pPr>
              <w:spacing w:after="0"/>
              <w:jc w:val="right"/>
            </w:pPr>
            <w:r>
              <w:rPr>
                <w:sz w:val="16"/>
              </w:rPr>
              <w:t>$6,926,952</w:t>
            </w:r>
          </w:p>
        </w:tc>
        <w:tc>
          <w:tcPr>
            <w:tcW w:type="dxa" w:w="1199"/>
          </w:tcPr>
          <w:p>
            <w:pPr>
              <w:spacing w:after="0"/>
              <w:jc w:val="right"/>
            </w:pPr>
            <w:r>
              <w:rPr>
                <w:sz w:val="16"/>
              </w:rPr>
              <w:t>41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$1,071,212</w:t>
            </w:r>
          </w:p>
        </w:tc>
        <w:tc>
          <w:tcPr>
            <w:tcW w:type="dxa" w:w="1126"/>
          </w:tcPr>
          <w:p>
            <w:pPr>
              <w:spacing w:after="0"/>
              <w:jc w:val="right"/>
            </w:pPr>
            <w:r>
              <w:rPr>
                <w:sz w:val="16"/>
              </w:rPr>
              <w:t>$1,432</w:t>
            </w:r>
          </w:p>
        </w:tc>
        <w:tc>
          <w:tcPr>
            <w:tcW w:type="dxa" w:w="1297"/>
          </w:tcPr>
          <w:p>
            <w:pPr>
              <w:spacing w:after="0"/>
              <w:jc w:val="right"/>
            </w:pPr>
            <w:r>
              <w:rPr>
                <w:sz w:val="16"/>
              </w:rPr>
              <w:t>$1,608,350</w:t>
            </w:r>
          </w:p>
        </w:tc>
        <w:tc>
          <w:tcPr>
            <w:tcW w:type="dxa" w:w="1111"/>
          </w:tcPr>
          <w:p>
            <w:pPr>
              <w:spacing w:after="0"/>
              <w:jc w:val="right"/>
            </w:pPr>
            <w:r>
              <w:rPr>
                <w:sz w:val="16"/>
              </w:rPr>
              <w:t>$2,680,994</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$407,683</w:t>
            </w:r>
          </w:p>
        </w:tc>
        <w:tc>
          <w:tcPr>
            <w:tcW w:type="dxa" w:w="1126"/>
          </w:tcPr>
          <w:p>
            <w:pPr>
              <w:spacing w:after="0"/>
              <w:jc w:val="right"/>
            </w:pPr>
            <w:r>
              <w:rPr>
                <w:sz w:val="16"/>
              </w:rPr>
              <w:t>$38,445</w:t>
            </w:r>
          </w:p>
        </w:tc>
        <w:tc>
          <w:tcPr>
            <w:tcW w:type="dxa" w:w="1297"/>
          </w:tcPr>
          <w:p>
            <w:pPr>
              <w:spacing w:after="0"/>
              <w:jc w:val="right"/>
            </w:pPr>
            <w:r>
              <w:rPr>
                <w:sz w:val="16"/>
              </w:rPr>
              <w:t>$1,043,666</w:t>
            </w:r>
          </w:p>
        </w:tc>
        <w:tc>
          <w:tcPr>
            <w:tcW w:type="dxa" w:w="1111"/>
          </w:tcPr>
          <w:p>
            <w:pPr>
              <w:spacing w:after="0"/>
              <w:jc w:val="right"/>
            </w:pPr>
            <w:r>
              <w:rPr>
                <w:sz w:val="16"/>
              </w:rPr>
              <w:t>$1,489,795</w:t>
            </w:r>
          </w:p>
        </w:tc>
        <w:tc>
          <w:tcPr>
            <w:tcW w:type="dxa" w:w="1199"/>
          </w:tcPr>
          <w:p>
            <w:pPr>
              <w:spacing w:after="0"/>
              <w:jc w:val="right"/>
            </w:pPr>
            <w:r>
              <w:rPr>
                <w:sz w:val="16"/>
              </w:rPr>
              <w:t>109</w:t>
            </w:r>
          </w:p>
        </w:tc>
        <w:tc>
          <w:tcPr>
            <w:tcW w:type="dxa" w:w="2172"/>
          </w:tcPr>
          <w:p>
            <w:pPr>
              <w:spacing w:after="0"/>
              <w:jc w:val="left"/>
            </w:pPr>
          </w:p>
        </w:tc>
        <w:tc>
          <w:tcPr>
            <w:tcW w:type="dxa" w:w="2080"/>
          </w:tcPr>
          <w:p>
            <w:pPr>
              <w:spacing w:after="0"/>
              <w:jc w:val="left"/>
            </w:pPr>
            <w:r>
              <w:rPr>
                <w:sz w:val="16"/>
              </w:rPr>
              <w:t>Includes 4 High Wind records and 1 Strong Wind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$886</w:t>
            </w:r>
          </w:p>
        </w:tc>
        <w:tc>
          <w:tcPr>
            <w:tcW w:type="dxa" w:w="1126"/>
          </w:tcPr>
          <w:p>
            <w:pPr>
              <w:spacing w:after="0"/>
              <w:jc w:val="right"/>
            </w:pPr>
            <w:r>
              <w:rPr>
                <w:sz w:val="16"/>
              </w:rPr>
              <w:t>$28,262</w:t>
            </w:r>
          </w:p>
        </w:tc>
        <w:tc>
          <w:tcPr>
            <w:tcW w:type="dxa" w:w="1297"/>
          </w:tcPr>
          <w:p>
            <w:pPr>
              <w:spacing w:after="0"/>
              <w:jc w:val="right"/>
            </w:pPr>
            <w:r>
              <w:rPr>
                <w:sz w:val="16"/>
              </w:rPr>
              <w:t>$848,888</w:t>
            </w:r>
          </w:p>
        </w:tc>
        <w:tc>
          <w:tcPr>
            <w:tcW w:type="dxa" w:w="1111"/>
          </w:tcPr>
          <w:p>
            <w:pPr>
              <w:spacing w:after="0"/>
              <w:jc w:val="right"/>
            </w:pPr>
            <w:r>
              <w:rPr>
                <w:sz w:val="16"/>
              </w:rPr>
              <w:t>$878,036</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r>
              <w:rPr>
                <w:sz w:val="16"/>
              </w:rPr>
              <w:t>Includes 6 Frost/Freeze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$387,959</w:t>
            </w:r>
          </w:p>
        </w:tc>
        <w:tc>
          <w:tcPr>
            <w:tcW w:type="dxa" w:w="1126"/>
          </w:tcPr>
          <w:p>
            <w:pPr>
              <w:spacing w:after="0"/>
              <w:jc w:val="right"/>
            </w:pPr>
          </w:p>
        </w:tc>
        <w:tc>
          <w:tcPr>
            <w:tcW w:type="dxa" w:w="1297"/>
          </w:tcPr>
          <w:p>
            <w:pPr>
              <w:spacing w:after="0"/>
              <w:jc w:val="right"/>
            </w:pPr>
            <w:r>
              <w:rPr>
                <w:sz w:val="16"/>
              </w:rPr>
              <w:t>$111,704</w:t>
            </w:r>
          </w:p>
        </w:tc>
        <w:tc>
          <w:tcPr>
            <w:tcW w:type="dxa" w:w="1111"/>
          </w:tcPr>
          <w:p>
            <w:pPr>
              <w:spacing w:after="0"/>
              <w:jc w:val="right"/>
            </w:pPr>
            <w:r>
              <w:rPr>
                <w:sz w:val="16"/>
              </w:rPr>
              <w:t>$499,663</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$10,185</w:t>
            </w:r>
          </w:p>
        </w:tc>
        <w:tc>
          <w:tcPr>
            <w:tcW w:type="dxa" w:w="1126"/>
          </w:tcPr>
          <w:p>
            <w:pPr>
              <w:spacing w:after="0"/>
              <w:jc w:val="right"/>
            </w:pPr>
          </w:p>
        </w:tc>
        <w:tc>
          <w:tcPr>
            <w:tcW w:type="dxa" w:w="1297"/>
          </w:tcPr>
          <w:p>
            <w:pPr>
              <w:spacing w:after="0"/>
              <w:jc w:val="right"/>
            </w:pPr>
            <w:r>
              <w:rPr>
                <w:sz w:val="16"/>
              </w:rPr>
              <w:t>$314,082</w:t>
            </w:r>
          </w:p>
        </w:tc>
        <w:tc>
          <w:tcPr>
            <w:tcW w:type="dxa" w:w="1111"/>
          </w:tcPr>
          <w:p>
            <w:pPr>
              <w:spacing w:after="0"/>
              <w:jc w:val="right"/>
            </w:pPr>
            <w:r>
              <w:rPr>
                <w:sz w:val="16"/>
              </w:rPr>
              <w:t>$324,266</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w:t>
            </w:r>
          </w:p>
        </w:tc>
        <w:tc>
          <w:tcPr>
            <w:tcW w:type="dxa" w:w="1126"/>
          </w:tcPr>
          <w:p>
            <w:pPr>
              <w:spacing w:after="0"/>
              <w:jc w:val="right"/>
            </w:pPr>
            <w:r>
              <w:rPr>
                <w:sz w:val="16"/>
              </w:rPr>
              <w:t>$30</w:t>
            </w:r>
          </w:p>
        </w:tc>
        <w:tc>
          <w:tcPr>
            <w:tcW w:type="dxa" w:w="1297"/>
          </w:tcPr>
          <w:p>
            <w:pPr>
              <w:spacing w:after="0"/>
              <w:jc w:val="right"/>
            </w:pPr>
            <w:r>
              <w:rPr>
                <w:sz w:val="16"/>
              </w:rPr>
              <w:t>$309,759</w:t>
            </w:r>
          </w:p>
        </w:tc>
        <w:tc>
          <w:tcPr>
            <w:tcW w:type="dxa" w:w="1111"/>
          </w:tcPr>
          <w:p>
            <w:pPr>
              <w:spacing w:after="0"/>
              <w:jc w:val="right"/>
            </w:pPr>
            <w:r>
              <w:rPr>
                <w:sz w:val="16"/>
              </w:rPr>
              <w:t>$309,803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$210,848</w:t>
            </w:r>
          </w:p>
        </w:tc>
        <w:tc>
          <w:tcPr>
            <w:tcW w:type="dxa" w:w="1126"/>
          </w:tcPr>
          <w:p>
            <w:pPr>
              <w:spacing w:after="0"/>
              <w:jc w:val="right"/>
            </w:pPr>
            <w:r>
              <w:rPr>
                <w:sz w:val="16"/>
              </w:rPr>
              <w:t>$20,415</w:t>
            </w:r>
          </w:p>
        </w:tc>
        <w:tc>
          <w:tcPr>
            <w:tcW w:type="dxa" w:w="1297"/>
          </w:tcPr>
          <w:p>
            <w:pPr>
              <w:spacing w:after="0"/>
              <w:jc w:val="right"/>
            </w:pPr>
            <w:r>
              <w:rPr>
                <w:sz w:val="16"/>
              </w:rPr>
              <w:t>$36,579</w:t>
            </w:r>
          </w:p>
        </w:tc>
        <w:tc>
          <w:tcPr>
            <w:tcW w:type="dxa" w:w="1111"/>
          </w:tcPr>
          <w:p>
            <w:pPr>
              <w:spacing w:after="0"/>
              <w:jc w:val="right"/>
            </w:pPr>
            <w:r>
              <w:rPr>
                <w:sz w:val="16"/>
              </w:rPr>
              <w:t>$267,842</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$18,452</w:t>
            </w:r>
          </w:p>
        </w:tc>
        <w:tc>
          <w:tcPr>
            <w:tcW w:type="dxa" w:w="1126"/>
          </w:tcPr>
          <w:p>
            <w:pPr>
              <w:spacing w:after="0"/>
              <w:jc w:val="right"/>
            </w:pPr>
            <w:r>
              <w:rPr>
                <w:sz w:val="16"/>
              </w:rPr>
              <w:t>$1</w:t>
            </w:r>
          </w:p>
        </w:tc>
        <w:tc>
          <w:tcPr>
            <w:tcW w:type="dxa" w:w="1297"/>
          </w:tcPr>
          <w:p>
            <w:pPr>
              <w:spacing w:after="0"/>
              <w:jc w:val="right"/>
            </w:pPr>
            <w:r>
              <w:rPr>
                <w:sz w:val="16"/>
              </w:rPr>
              <w:t>$108,106</w:t>
            </w:r>
          </w:p>
        </w:tc>
        <w:tc>
          <w:tcPr>
            <w:tcW w:type="dxa" w:w="1111"/>
          </w:tcPr>
          <w:p>
            <w:pPr>
              <w:spacing w:after="0"/>
              <w:jc w:val="right"/>
            </w:pPr>
            <w:r>
              <w:rPr>
                <w:sz w:val="16"/>
              </w:rPr>
              <w:t>$126,558</w:t>
            </w:r>
          </w:p>
        </w:tc>
        <w:tc>
          <w:tcPr>
            <w:tcW w:type="dxa" w:w="1199"/>
          </w:tcPr>
          <w:p>
            <w:pPr>
              <w:spacing w:after="0"/>
              <w:jc w:val="right"/>
            </w:pPr>
            <w:r>
              <w:rPr>
                <w:sz w:val="16"/>
              </w:rPr>
              <w:t>24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$63,823</w:t>
            </w:r>
          </w:p>
        </w:tc>
        <w:tc>
          <w:tcPr>
            <w:tcW w:type="dxa" w:w="1126"/>
          </w:tcPr>
          <w:p>
            <w:pPr>
              <w:spacing w:after="0"/>
              <w:jc w:val="right"/>
            </w:pPr>
          </w:p>
        </w:tc>
        <w:tc>
          <w:tcPr>
            <w:tcW w:type="dxa" w:w="1297"/>
          </w:tcPr>
          <w:p>
            <w:pPr>
              <w:spacing w:after="0"/>
              <w:jc w:val="right"/>
            </w:pPr>
            <w:r>
              <w:rPr>
                <w:sz w:val="16"/>
              </w:rPr>
              <w:t>$28,835</w:t>
            </w:r>
          </w:p>
        </w:tc>
        <w:tc>
          <w:tcPr>
            <w:tcW w:type="dxa" w:w="1111"/>
          </w:tcPr>
          <w:p>
            <w:pPr>
              <w:spacing w:after="0"/>
              <w:jc w:val="right"/>
            </w:pPr>
            <w:r>
              <w:rPr>
                <w:sz w:val="16"/>
              </w:rPr>
              <w:t>$92,658</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$16,976</w:t>
            </w:r>
          </w:p>
        </w:tc>
        <w:tc>
          <w:tcPr>
            <w:tcW w:type="dxa" w:w="1126"/>
          </w:tcPr>
          <w:p>
            <w:pPr>
              <w:spacing w:after="0"/>
              <w:jc w:val="right"/>
            </w:pPr>
            <w:r>
              <w:rPr>
                <w:sz w:val="16"/>
              </w:rPr>
              <w:t>$3,937</w:t>
            </w:r>
          </w:p>
        </w:tc>
        <w:tc>
          <w:tcPr>
            <w:tcW w:type="dxa" w:w="1297"/>
          </w:tcPr>
          <w:p>
            <w:pPr>
              <w:spacing w:after="0"/>
              <w:jc w:val="right"/>
            </w:pPr>
            <w:r>
              <w:rPr>
                <w:sz w:val="16"/>
              </w:rPr>
              <w:t>$249</w:t>
            </w:r>
          </w:p>
        </w:tc>
        <w:tc>
          <w:tcPr>
            <w:tcW w:type="dxa" w:w="1111"/>
          </w:tcPr>
          <w:p>
            <w:pPr>
              <w:spacing w:after="0"/>
              <w:jc w:val="right"/>
            </w:pPr>
            <w:r>
              <w:rPr>
                <w:sz w:val="16"/>
              </w:rPr>
              <w:t>$21,162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$8,155</w:t>
            </w:r>
          </w:p>
        </w:tc>
        <w:tc>
          <w:tcPr>
            <w:tcW w:type="dxa" w:w="1297"/>
          </w:tcPr>
          <w:p>
            <w:pPr>
              <w:spacing w:after="0"/>
              <w:jc w:val="right"/>
            </w:pPr>
          </w:p>
        </w:tc>
        <w:tc>
          <w:tcPr>
            <w:tcW w:type="dxa" w:w="1111"/>
          </w:tcPr>
          <w:p>
            <w:pPr>
              <w:spacing w:after="0"/>
              <w:jc w:val="right"/>
            </w:pPr>
            <w:r>
              <w:rPr>
                <w:sz w:val="16"/>
              </w:rPr>
              <w:t>$8,155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$3,763</w:t>
            </w:r>
          </w:p>
        </w:tc>
        <w:tc>
          <w:tcPr>
            <w:tcW w:type="dxa" w:w="1126"/>
          </w:tcPr>
          <w:p>
            <w:pPr>
              <w:spacing w:after="0"/>
              <w:jc w:val="right"/>
            </w:pPr>
            <w:r>
              <w:rPr>
                <w:sz w:val="16"/>
              </w:rPr>
              <w:t>$21</w:t>
            </w:r>
          </w:p>
        </w:tc>
        <w:tc>
          <w:tcPr>
            <w:tcW w:type="dxa" w:w="1297"/>
          </w:tcPr>
          <w:p>
            <w:pPr>
              <w:spacing w:after="0"/>
              <w:jc w:val="right"/>
            </w:pPr>
            <w:r>
              <w:rPr>
                <w:sz w:val="16"/>
              </w:rPr>
              <w:t>$1,744</w:t>
            </w:r>
          </w:p>
        </w:tc>
        <w:tc>
          <w:tcPr>
            <w:tcW w:type="dxa" w:w="1111"/>
          </w:tcPr>
          <w:p>
            <w:pPr>
              <w:spacing w:after="0"/>
              <w:jc w:val="right"/>
            </w:pPr>
            <w:r>
              <w:rPr>
                <w:sz w:val="16"/>
              </w:rPr>
              <w:t>$5,528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$63</w:t>
            </w:r>
          </w:p>
        </w:tc>
        <w:tc>
          <w:tcPr>
            <w:tcW w:type="dxa" w:w="1126"/>
          </w:tcPr>
          <w:p>
            <w:pPr>
              <w:spacing w:after="0"/>
              <w:jc w:val="right"/>
            </w:pPr>
          </w:p>
        </w:tc>
        <w:tc>
          <w:tcPr>
            <w:tcW w:type="dxa" w:w="1297"/>
          </w:tcPr>
          <w:p>
            <w:pPr>
              <w:spacing w:after="0"/>
              <w:jc w:val="right"/>
            </w:pPr>
            <w:r>
              <w:rPr>
                <w:sz w:val="16"/>
              </w:rPr>
              <w:t>$715</w:t>
            </w:r>
          </w:p>
        </w:tc>
        <w:tc>
          <w:tcPr>
            <w:tcW w:type="dxa" w:w="1111"/>
          </w:tcPr>
          <w:p>
            <w:pPr>
              <w:spacing w:after="0"/>
              <w:jc w:val="right"/>
            </w:pPr>
            <w:r>
              <w:rPr>
                <w:sz w:val="16"/>
              </w:rPr>
              <w:t>$778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9 times;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5"/>
        <w:gridCol w:w="1869"/>
        <w:gridCol w:w="1316"/>
        <w:gridCol w:w="1526"/>
        <w:gridCol w:w="1667"/>
        <w:gridCol w:w="1789"/>
        <w:gridCol w:w="1464"/>
        <w:gridCol w:w="2535"/>
      </w:tblGrid>
      <w:tr>
        <w:trPr>
          <w:cantSplit/>
          <w:tblHeader/>
        </w:trPr>
        <w:tc>
          <w:tcPr>
            <w:tcW w:type="dxa" w:w="1945"/>
            <w:shd w:val="clear" w:color="auto" w:fill="E8E8E8"/>
          </w:tcPr>
          <w:p>
            <w:pPr>
              <w:spacing w:after="0"/>
              <w:jc w:val="left"/>
            </w:pPr>
            <w:r>
              <w:rPr>
                <w:b/>
                <w:sz w:val="16"/>
              </w:rPr>
              <w:t>Hazard</w:t>
            </w:r>
          </w:p>
        </w:tc>
        <w:tc>
          <w:tcPr>
            <w:tcW w:type="dxa" w:w="1869"/>
            <w:shd w:val="clear" w:color="auto" w:fill="E8E8E8"/>
          </w:tcPr>
          <w:p>
            <w:pPr>
              <w:spacing w:after="0"/>
              <w:jc w:val="left"/>
            </w:pPr>
            <w:r>
              <w:rPr>
                <w:b/>
                <w:sz w:val="16"/>
              </w:rPr>
              <w:t>Scale</w:t>
            </w:r>
          </w:p>
        </w:tc>
        <w:tc>
          <w:tcPr>
            <w:tcW w:type="dxa" w:w="1316"/>
            <w:shd w:val="clear" w:color="auto" w:fill="E8E8E8"/>
          </w:tcPr>
          <w:p>
            <w:pPr>
              <w:spacing w:after="0"/>
              <w:jc w:val="right"/>
            </w:pPr>
            <w:r>
              <w:rPr>
                <w:b/>
                <w:sz w:val="16"/>
              </w:rPr>
              <w:t>Records</w:t>
            </w:r>
          </w:p>
          <w:p>
            <w:pPr>
              <w:spacing w:after="0"/>
              <w:jc w:val="right"/>
            </w:pPr>
            <w:r>
              <w:rPr>
                <w:i/>
                <w:color w:val="555555"/>
                <w:sz w:val="14"/>
              </w:rPr>
              <w:t>count, years</w:t>
            </w:r>
          </w:p>
        </w:tc>
        <w:tc>
          <w:tcPr>
            <w:tcW w:type="dxa" w:w="1526"/>
            <w:shd w:val="clear" w:color="auto" w:fill="E8E8E8"/>
          </w:tcPr>
          <w:p>
            <w:pPr>
              <w:spacing w:after="0"/>
              <w:jc w:val="left"/>
            </w:pPr>
            <w:r>
              <w:rPr>
                <w:b/>
                <w:sz w:val="16"/>
              </w:rPr>
              <w:t>Observed range</w:t>
            </w:r>
          </w:p>
        </w:tc>
        <w:tc>
          <w:tcPr>
            <w:tcW w:type="dxa" w:w="1667"/>
            <w:shd w:val="clear" w:color="auto" w:fill="E8E8E8"/>
          </w:tcPr>
          <w:p>
            <w:pPr>
              <w:spacing w:after="0"/>
              <w:jc w:val="left"/>
            </w:pPr>
            <w:r>
              <w:rPr>
                <w:b/>
                <w:sz w:val="16"/>
              </w:rPr>
              <w:t>Worst recorded event</w:t>
            </w:r>
          </w:p>
        </w:tc>
        <w:tc>
          <w:tcPr>
            <w:tcW w:type="dxa" w:w="1789"/>
            <w:shd w:val="clear" w:color="auto" w:fill="E8E8E8"/>
          </w:tcPr>
          <w:p>
            <w:pPr>
              <w:spacing w:after="0"/>
              <w:jc w:val="left"/>
            </w:pPr>
            <w:r>
              <w:rPr>
                <w:b/>
                <w:sz w:val="16"/>
              </w:rPr>
              <w:t>Most damaging (when different)</w:t>
            </w:r>
          </w:p>
        </w:tc>
        <w:tc>
          <w:tcPr>
            <w:tcW w:type="dxa" w:w="1464"/>
            <w:shd w:val="clear" w:color="auto" w:fill="E8E8E8"/>
          </w:tcPr>
          <w:p>
            <w:pPr>
              <w:spacing w:after="0"/>
              <w:jc w:val="left"/>
            </w:pPr>
            <w:r>
              <w:rPr>
                <w:b/>
                <w:sz w:val="16"/>
              </w:rPr>
              <w:t>How it applies to members</w:t>
            </w:r>
          </w:p>
        </w:tc>
        <w:tc>
          <w:tcPr>
            <w:tcW w:type="dxa" w:w="2535"/>
            <w:shd w:val="clear" w:color="auto" w:fill="E8E8E8"/>
          </w:tcPr>
          <w:p>
            <w:pPr>
              <w:spacing w:after="0"/>
              <w:jc w:val="left"/>
            </w:pPr>
            <w:r>
              <w:rPr>
                <w:b/>
                <w:sz w:val="16"/>
              </w:rPr>
              <w:t>Note</w:t>
            </w:r>
          </w:p>
        </w:tc>
      </w:tr>
      <w:tr>
        <w:trPr>
          <w:cantSplit/>
        </w:trPr>
        <w:tc>
          <w:tcPr>
            <w:tcW w:type="dxa" w:w="1945"/>
          </w:tcPr>
          <w:p>
            <w:pPr>
              <w:spacing w:after="0"/>
              <w:jc w:val="left"/>
            </w:pPr>
            <w:r>
              <w:rPr>
                <w:sz w:val="16"/>
              </w:rPr>
              <w:t>Avalanche</w:t>
            </w:r>
          </w:p>
        </w:tc>
        <w:tc>
          <w:tcPr>
            <w:tcW w:type="dxa" w:w="1869"/>
          </w:tcPr>
          <w:p>
            <w:pPr>
              <w:spacing w:after="0"/>
              <w:jc w:val="left"/>
            </w:pPr>
            <w:r>
              <w:rPr>
                <w:sz w:val="16"/>
              </w:rPr>
              <w:t>none (count and damage)</w:t>
            </w:r>
          </w:p>
        </w:tc>
        <w:tc>
          <w:tcPr>
            <w:tcW w:type="dxa" w:w="1316"/>
          </w:tcPr>
          <w:p>
            <w:pPr>
              <w:spacing w:after="0"/>
              <w:jc w:val="right"/>
            </w:pPr>
            <w:r>
              <w:rPr>
                <w:sz w:val="16"/>
              </w:rPr>
              <w:t>0</w:t>
            </w:r>
          </w:p>
        </w:tc>
        <w:tc>
          <w:tcPr>
            <w:tcW w:type="dxa" w:w="1526"/>
          </w:tcPr>
          <w:p>
            <w:pPr>
              <w:spacing w:after="0"/>
              <w:jc w:val="left"/>
            </w:pPr>
          </w:p>
        </w:tc>
        <w:tc>
          <w:tcPr>
            <w:tcW w:type="dxa" w:w="1667"/>
          </w:tcPr>
          <w:p>
            <w:pPr>
              <w:spacing w:after="0"/>
              <w:jc w:val="left"/>
            </w:pPr>
          </w:p>
        </w:tc>
        <w:tc>
          <w:tcPr>
            <w:tcW w:type="dxa" w:w="1789"/>
          </w:tcPr>
          <w:p>
            <w:pPr>
              <w:spacing w:after="0"/>
              <w:jc w:val="left"/>
            </w:pPr>
          </w:p>
        </w:tc>
        <w:tc>
          <w:tcPr>
            <w:tcW w:type="dxa" w:w="1464"/>
          </w:tcPr>
          <w:p>
            <w:pPr>
              <w:spacing w:after="0"/>
              <w:jc w:val="left"/>
            </w:pPr>
          </w:p>
        </w:tc>
        <w:tc>
          <w:tcPr>
            <w:tcW w:type="dxa" w:w="2535"/>
          </w:tcPr>
          <w:p>
            <w:pPr>
              <w:spacing w:after="0"/>
              <w:jc w:val="left"/>
            </w:pPr>
            <w:r>
              <w:rPr>
                <w:sz w:val="16"/>
              </w:rPr>
              <w:t>Physical measure: in event narratives only; local data required.</w:t>
            </w:r>
          </w:p>
        </w:tc>
      </w:tr>
      <w:tr>
        <w:trPr>
          <w:cantSplit/>
        </w:trPr>
        <w:tc>
          <w:tcPr>
            <w:tcW w:type="dxa" w:w="1945"/>
          </w:tcPr>
          <w:p>
            <w:pPr>
              <w:spacing w:after="0"/>
              <w:jc w:val="left"/>
            </w:pPr>
            <w:r>
              <w:rPr>
                <w:sz w:val="16"/>
              </w:rPr>
              <w:t>Coastal Flood, Storm Surge/Tide</w:t>
            </w:r>
          </w:p>
        </w:tc>
        <w:tc>
          <w:tcPr>
            <w:tcW w:type="dxa" w:w="1869"/>
          </w:tcPr>
          <w:p>
            <w:pPr>
              <w:spacing w:after="0"/>
              <w:jc w:val="left"/>
            </w:pPr>
            <w:r>
              <w:rPr>
                <w:sz w:val="16"/>
              </w:rPr>
              <w:t>none in data (FIRM for depth)</w:t>
            </w:r>
          </w:p>
        </w:tc>
        <w:tc>
          <w:tcPr>
            <w:tcW w:type="dxa" w:w="1316"/>
          </w:tcPr>
          <w:p>
            <w:pPr>
              <w:spacing w:after="0"/>
              <w:jc w:val="right"/>
            </w:pPr>
            <w:r>
              <w:rPr>
                <w:sz w:val="16"/>
              </w:rPr>
              <w:t>0</w:t>
            </w:r>
          </w:p>
        </w:tc>
        <w:tc>
          <w:tcPr>
            <w:tcW w:type="dxa" w:w="1526"/>
          </w:tcPr>
          <w:p>
            <w:pPr>
              <w:spacing w:after="0"/>
              <w:jc w:val="left"/>
            </w:pPr>
          </w:p>
        </w:tc>
        <w:tc>
          <w:tcPr>
            <w:tcW w:type="dxa" w:w="1667"/>
          </w:tcPr>
          <w:p>
            <w:pPr>
              <w:spacing w:after="0"/>
              <w:jc w:val="left"/>
            </w:pPr>
          </w:p>
        </w:tc>
        <w:tc>
          <w:tcPr>
            <w:tcW w:type="dxa" w:w="1789"/>
          </w:tcPr>
          <w:p>
            <w:pPr>
              <w:spacing w:after="0"/>
              <w:jc w:val="left"/>
            </w:pPr>
          </w:p>
        </w:tc>
        <w:tc>
          <w:tcPr>
            <w:tcW w:type="dxa" w:w="1464"/>
          </w:tcPr>
          <w:p>
            <w:pPr>
              <w:spacing w:after="0"/>
              <w:jc w:val="left"/>
            </w:pPr>
          </w:p>
        </w:tc>
        <w:tc>
          <w:tcPr>
            <w:tcW w:type="dxa" w:w="2535"/>
          </w:tcPr>
          <w:p>
            <w:pPr>
              <w:spacing w:after="0"/>
              <w:jc w:val="left"/>
            </w:pPr>
            <w:r>
              <w:rPr>
                <w:sz w:val="16"/>
              </w:rPr>
              <w:t>Flood depth: see the FEMA Flood Insurance Rate Map.</w:t>
            </w:r>
          </w:p>
        </w:tc>
      </w:tr>
      <w:tr>
        <w:trPr>
          <w:cantSplit/>
        </w:trPr>
        <w:tc>
          <w:tcPr>
            <w:tcW w:type="dxa" w:w="1945"/>
          </w:tcPr>
          <w:p>
            <w:pPr>
              <w:spacing w:after="0"/>
              <w:jc w:val="left"/>
            </w:pPr>
            <w:r>
              <w:rPr>
                <w:sz w:val="16"/>
              </w:rPr>
              <w:t>Cold/Wind Chill, Extreme Cold/Wind Chill</w:t>
            </w:r>
          </w:p>
        </w:tc>
        <w:tc>
          <w:tcPr>
            <w:tcW w:type="dxa" w:w="1869"/>
          </w:tcPr>
          <w:p>
            <w:pPr>
              <w:spacing w:after="0"/>
              <w:jc w:val="left"/>
            </w:pPr>
            <w:r>
              <w:rPr>
                <w:sz w:val="16"/>
              </w:rPr>
              <w:t>wind chill</w:t>
            </w:r>
          </w:p>
        </w:tc>
        <w:tc>
          <w:tcPr>
            <w:tcW w:type="dxa" w:w="1316"/>
          </w:tcPr>
          <w:p>
            <w:pPr>
              <w:spacing w:after="0"/>
              <w:jc w:val="right"/>
            </w:pPr>
            <w:r>
              <w:rPr>
                <w:sz w:val="16"/>
              </w:rPr>
              <w:t>0</w:t>
            </w:r>
          </w:p>
        </w:tc>
        <w:tc>
          <w:tcPr>
            <w:tcW w:type="dxa" w:w="1526"/>
          </w:tcPr>
          <w:p>
            <w:pPr>
              <w:spacing w:after="0"/>
              <w:jc w:val="left"/>
            </w:pPr>
          </w:p>
        </w:tc>
        <w:tc>
          <w:tcPr>
            <w:tcW w:type="dxa" w:w="1667"/>
          </w:tcPr>
          <w:p>
            <w:pPr>
              <w:spacing w:after="0"/>
              <w:jc w:val="left"/>
            </w:pPr>
          </w:p>
        </w:tc>
        <w:tc>
          <w:tcPr>
            <w:tcW w:type="dxa" w:w="1789"/>
          </w:tcPr>
          <w:p>
            <w:pPr>
              <w:spacing w:after="0"/>
              <w:jc w:val="left"/>
            </w:pPr>
          </w:p>
        </w:tc>
        <w:tc>
          <w:tcPr>
            <w:tcW w:type="dxa" w:w="1464"/>
          </w:tcPr>
          <w:p>
            <w:pPr>
              <w:spacing w:after="0"/>
              <w:jc w:val="left"/>
            </w:pPr>
          </w:p>
        </w:tc>
        <w:tc>
          <w:tcPr>
            <w:tcW w:type="dxa" w:w="2535"/>
          </w:tcPr>
          <w:p>
            <w:pPr>
              <w:spacing w:after="0"/>
              <w:jc w:val="left"/>
            </w:pPr>
            <w:r>
              <w:rPr>
                <w:sz w:val="16"/>
              </w:rPr>
              <w:t>Wind chill: in event narratives only; local data required.</w:t>
            </w:r>
          </w:p>
        </w:tc>
      </w:tr>
      <w:tr>
        <w:trPr>
          <w:cantSplit/>
        </w:trPr>
        <w:tc>
          <w:tcPr>
            <w:tcW w:type="dxa" w:w="1945"/>
          </w:tcPr>
          <w:p>
            <w:pPr>
              <w:spacing w:after="0"/>
              <w:jc w:val="left"/>
            </w:pPr>
            <w:r>
              <w:rPr>
                <w:sz w:val="16"/>
              </w:rPr>
              <w:t>Frost/Freeze (outside NRI Cold Wave definition)</w:t>
            </w:r>
          </w:p>
        </w:tc>
        <w:tc>
          <w:tcPr>
            <w:tcW w:type="dxa" w:w="1869"/>
          </w:tcPr>
          <w:p>
            <w:pPr>
              <w:spacing w:after="0"/>
              <w:jc w:val="left"/>
            </w:pPr>
            <w:r>
              <w:rPr>
                <w:sz w:val="16"/>
              </w:rPr>
              <w:t>crop damage</w:t>
            </w:r>
          </w:p>
        </w:tc>
        <w:tc>
          <w:tcPr>
            <w:tcW w:type="dxa" w:w="1316"/>
          </w:tcPr>
          <w:p>
            <w:pPr>
              <w:spacing w:after="0"/>
              <w:jc w:val="right"/>
            </w:pPr>
            <w:r>
              <w:rPr>
                <w:sz w:val="16"/>
              </w:rPr>
              <w:t>6, 2016 to 2025 (6 zone-level)</w:t>
            </w:r>
          </w:p>
        </w:tc>
        <w:tc>
          <w:tcPr>
            <w:tcW w:type="dxa" w:w="1526"/>
          </w:tcPr>
          <w:p>
            <w:pPr>
              <w:spacing w:after="0"/>
              <w:jc w:val="left"/>
            </w:pPr>
          </w:p>
        </w:tc>
        <w:tc>
          <w:tcPr>
            <w:tcW w:type="dxa" w:w="1667"/>
          </w:tcPr>
          <w:p>
            <w:pPr>
              <w:spacing w:after="0"/>
              <w:jc w:val="left"/>
            </w:pPr>
            <w:r>
              <w:rPr>
                <w:sz w:val="16"/>
              </w:rPr>
              <w:t>No crop damage reported in 6 records.</w:t>
            </w:r>
          </w:p>
        </w:tc>
        <w:tc>
          <w:tcPr>
            <w:tcW w:type="dxa" w:w="1789"/>
          </w:tcPr>
          <w:p>
            <w:pPr>
              <w:spacing w:after="0"/>
              <w:jc w:val="left"/>
            </w:pPr>
          </w:p>
        </w:tc>
        <w:tc>
          <w:tcPr>
            <w:tcW w:type="dxa" w:w="1464"/>
          </w:tcPr>
          <w:p>
            <w:pPr>
              <w:spacing w:after="0"/>
              <w:jc w:val="left"/>
            </w:pPr>
            <w:r>
              <w:rPr>
                <w:sz w:val="16"/>
              </w:rPr>
              <w:t>Zone-level records: applies countywide; national data do not locate these events within the county.</w:t>
            </w:r>
          </w:p>
        </w:tc>
        <w:tc>
          <w:tcPr>
            <w:tcW w:type="dxa" w:w="2535"/>
          </w:tcPr>
          <w:p>
            <w:pPr>
              <w:spacing w:after="0"/>
              <w:jc w:val="left"/>
            </w:pPr>
            <w:r>
              <w:rPr>
                <w:sz w:val="16"/>
              </w:rPr>
              <w:t>Temperature: in event narratives only; local data required.</w:t>
            </w:r>
          </w:p>
        </w:tc>
      </w:tr>
      <w:tr>
        <w:trPr>
          <w:cantSplit/>
        </w:trPr>
        <w:tc>
          <w:tcPr>
            <w:tcW w:type="dxa" w:w="1945"/>
          </w:tcPr>
          <w:p>
            <w:pPr>
              <w:spacing w:after="0"/>
              <w:jc w:val="left"/>
            </w:pPr>
            <w:r>
              <w:rPr>
                <w:sz w:val="16"/>
              </w:rPr>
              <w:t>Drought</w:t>
            </w:r>
          </w:p>
        </w:tc>
        <w:tc>
          <w:tcPr>
            <w:tcW w:type="dxa" w:w="1869"/>
          </w:tcPr>
          <w:p>
            <w:pPr>
              <w:spacing w:after="0"/>
              <w:jc w:val="left"/>
            </w:pPr>
            <w:r>
              <w:rPr>
                <w:sz w:val="16"/>
              </w:rPr>
              <w:t>US Drought Monitor D-scale</w:t>
            </w:r>
          </w:p>
        </w:tc>
        <w:tc>
          <w:tcPr>
            <w:tcW w:type="dxa" w:w="1316"/>
          </w:tcPr>
          <w:p>
            <w:pPr>
              <w:spacing w:after="0"/>
              <w:jc w:val="right"/>
            </w:pPr>
            <w:r>
              <w:rPr>
                <w:sz w:val="16"/>
              </w:rPr>
              <w:t>0</w:t>
            </w:r>
          </w:p>
        </w:tc>
        <w:tc>
          <w:tcPr>
            <w:tcW w:type="dxa" w:w="1526"/>
          </w:tcPr>
          <w:p>
            <w:pPr>
              <w:spacing w:after="0"/>
              <w:jc w:val="left"/>
            </w:pPr>
          </w:p>
        </w:tc>
        <w:tc>
          <w:tcPr>
            <w:tcW w:type="dxa" w:w="1667"/>
          </w:tcPr>
          <w:p>
            <w:pPr>
              <w:spacing w:after="0"/>
              <w:jc w:val="left"/>
            </w:pPr>
          </w:p>
        </w:tc>
        <w:tc>
          <w:tcPr>
            <w:tcW w:type="dxa" w:w="1789"/>
          </w:tcPr>
          <w:p>
            <w:pPr>
              <w:spacing w:after="0"/>
              <w:jc w:val="left"/>
            </w:pPr>
          </w:p>
        </w:tc>
        <w:tc>
          <w:tcPr>
            <w:tcW w:type="dxa" w:w="1464"/>
          </w:tcPr>
          <w:p>
            <w:pPr>
              <w:spacing w:after="0"/>
              <w:jc w:val="left"/>
            </w:pPr>
          </w:p>
        </w:tc>
        <w:tc>
          <w:tcPr>
            <w:tcW w:type="dxa" w:w="25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5"/>
          </w:tcPr>
          <w:p>
            <w:pPr>
              <w:spacing w:after="0"/>
              <w:jc w:val="left"/>
            </w:pPr>
            <w:r>
              <w:rPr>
                <w:sz w:val="16"/>
              </w:rPr>
              <w:t>Earthquake</w:t>
            </w:r>
          </w:p>
        </w:tc>
        <w:tc>
          <w:tcPr>
            <w:tcW w:type="dxa" w:w="1869"/>
          </w:tcPr>
          <w:p>
            <w:pPr>
              <w:spacing w:after="0"/>
              <w:jc w:val="left"/>
            </w:pPr>
            <w:r>
              <w:rPr>
                <w:sz w:val="16"/>
              </w:rPr>
              <w:t>Modified Mercalli (local data)</w:t>
            </w:r>
          </w:p>
        </w:tc>
        <w:tc>
          <w:tcPr>
            <w:tcW w:type="dxa" w:w="1316"/>
          </w:tcPr>
          <w:p>
            <w:pPr>
              <w:spacing w:after="0"/>
              <w:jc w:val="right"/>
            </w:pPr>
            <w:r>
              <w:rPr>
                <w:sz w:val="16"/>
              </w:rPr>
              <w:t>0</w:t>
            </w:r>
          </w:p>
        </w:tc>
        <w:tc>
          <w:tcPr>
            <w:tcW w:type="dxa" w:w="1526"/>
          </w:tcPr>
          <w:p>
            <w:pPr>
              <w:spacing w:after="0"/>
              <w:jc w:val="left"/>
            </w:pPr>
          </w:p>
        </w:tc>
        <w:tc>
          <w:tcPr>
            <w:tcW w:type="dxa" w:w="1667"/>
          </w:tcPr>
          <w:p>
            <w:pPr>
              <w:spacing w:after="0"/>
              <w:jc w:val="left"/>
            </w:pPr>
          </w:p>
        </w:tc>
        <w:tc>
          <w:tcPr>
            <w:tcW w:type="dxa" w:w="1789"/>
          </w:tcPr>
          <w:p>
            <w:pPr>
              <w:spacing w:after="0"/>
              <w:jc w:val="left"/>
            </w:pPr>
          </w:p>
        </w:tc>
        <w:tc>
          <w:tcPr>
            <w:tcW w:type="dxa" w:w="1464"/>
          </w:tcPr>
          <w:p>
            <w:pPr>
              <w:spacing w:after="0"/>
              <w:jc w:val="left"/>
            </w:pPr>
          </w:p>
        </w:tc>
        <w:tc>
          <w:tcPr>
            <w:tcW w:type="dxa" w:w="2535"/>
          </w:tcPr>
          <w:p>
            <w:pPr>
              <w:spacing w:after="0"/>
              <w:jc w:val="left"/>
            </w:pPr>
            <w:r>
              <w:rPr>
                <w:sz w:val="16"/>
              </w:rPr>
              <w:t>No Storm Events record; local data required (e.g., USGS).</w:t>
            </w:r>
          </w:p>
        </w:tc>
      </w:tr>
      <w:tr>
        <w:trPr>
          <w:cantSplit/>
        </w:trPr>
        <w:tc>
          <w:tcPr>
            <w:tcW w:type="dxa" w:w="1945"/>
          </w:tcPr>
          <w:p>
            <w:pPr>
              <w:spacing w:after="0"/>
              <w:jc w:val="left"/>
            </w:pPr>
            <w:r>
              <w:rPr>
                <w:sz w:val="16"/>
              </w:rPr>
              <w:t>Hail</w:t>
            </w:r>
          </w:p>
        </w:tc>
        <w:tc>
          <w:tcPr>
            <w:tcW w:type="dxa" w:w="1869"/>
          </w:tcPr>
          <w:p>
            <w:pPr>
              <w:spacing w:after="0"/>
              <w:jc w:val="left"/>
            </w:pPr>
            <w:r>
              <w:rPr>
                <w:sz w:val="16"/>
              </w:rPr>
              <w:t>hail size (inches)</w:t>
            </w:r>
          </w:p>
        </w:tc>
        <w:tc>
          <w:tcPr>
            <w:tcW w:type="dxa" w:w="1316"/>
          </w:tcPr>
          <w:p>
            <w:pPr>
              <w:spacing w:after="0"/>
              <w:jc w:val="right"/>
            </w:pPr>
            <w:r>
              <w:rPr>
                <w:sz w:val="16"/>
              </w:rPr>
              <w:t>20, 1982 to 2024</w:t>
            </w:r>
          </w:p>
        </w:tc>
        <w:tc>
          <w:tcPr>
            <w:tcW w:type="dxa" w:w="1526"/>
          </w:tcPr>
          <w:p>
            <w:pPr>
              <w:spacing w:after="0"/>
              <w:jc w:val="left"/>
            </w:pPr>
            <w:r>
              <w:rPr>
                <w:sz w:val="16"/>
              </w:rPr>
              <w:t>0.75 in to 2.75 in (median 0.88 in); 20 with a recorded value</w:t>
            </w:r>
          </w:p>
        </w:tc>
        <w:tc>
          <w:tcPr>
            <w:tcW w:type="dxa" w:w="1667"/>
          </w:tcPr>
          <w:p>
            <w:pPr>
              <w:spacing w:after="0"/>
              <w:jc w:val="left"/>
            </w:pPr>
            <w:r>
              <w:rPr>
                <w:sz w:val="16"/>
              </w:rPr>
              <w:t>2.75 in hail, 2012-03-02</w:t>
            </w:r>
          </w:p>
        </w:tc>
        <w:tc>
          <w:tcPr>
            <w:tcW w:type="dxa" w:w="1789"/>
          </w:tcPr>
          <w:p>
            <w:pPr>
              <w:spacing w:after="0"/>
              <w:jc w:val="left"/>
            </w:pPr>
            <w:r>
              <w:rPr>
                <w:sz w:val="16"/>
              </w:rPr>
              <w:t>Hail, 1995-07-15, property not recorded; $63,000 crops (1995 dollars)</w:t>
            </w:r>
          </w:p>
        </w:tc>
        <w:tc>
          <w:tcPr>
            <w:tcW w:type="dxa" w:w="1464"/>
          </w:tcPr>
          <w:p>
            <w:pPr>
              <w:spacing w:after="0"/>
              <w:jc w:val="left"/>
            </w:pPr>
            <w:r>
              <w:rPr>
                <w:sz w:val="16"/>
              </w:rPr>
              <w:t>Event records naming member places: Winchester city (10 records).</w:t>
            </w:r>
          </w:p>
        </w:tc>
        <w:tc>
          <w:tcPr>
            <w:tcW w:type="dxa" w:w="2535"/>
          </w:tcPr>
          <w:p>
            <w:pPr>
              <w:spacing w:after="0"/>
              <w:jc w:val="left"/>
            </w:pPr>
          </w:p>
        </w:tc>
      </w:tr>
      <w:tr>
        <w:trPr>
          <w:cantSplit/>
        </w:trPr>
        <w:tc>
          <w:tcPr>
            <w:tcW w:type="dxa" w:w="1945"/>
          </w:tcPr>
          <w:p>
            <w:pPr>
              <w:spacing w:after="0"/>
              <w:jc w:val="left"/>
            </w:pPr>
            <w:r>
              <w:rPr>
                <w:sz w:val="16"/>
              </w:rPr>
              <w:t>Excessive Heat, Heat</w:t>
            </w:r>
          </w:p>
        </w:tc>
        <w:tc>
          <w:tcPr>
            <w:tcW w:type="dxa" w:w="1869"/>
          </w:tcPr>
          <w:p>
            <w:pPr>
              <w:spacing w:after="0"/>
              <w:jc w:val="left"/>
            </w:pPr>
            <w:r>
              <w:rPr>
                <w:sz w:val="16"/>
              </w:rPr>
              <w:t>heat index (narratives)</w:t>
            </w:r>
          </w:p>
        </w:tc>
        <w:tc>
          <w:tcPr>
            <w:tcW w:type="dxa" w:w="1316"/>
          </w:tcPr>
          <w:p>
            <w:pPr>
              <w:spacing w:after="0"/>
              <w:jc w:val="right"/>
            </w:pPr>
            <w:r>
              <w:rPr>
                <w:sz w:val="16"/>
              </w:rPr>
              <w:t>0</w:t>
            </w:r>
          </w:p>
        </w:tc>
        <w:tc>
          <w:tcPr>
            <w:tcW w:type="dxa" w:w="1526"/>
          </w:tcPr>
          <w:p>
            <w:pPr>
              <w:spacing w:after="0"/>
              <w:jc w:val="left"/>
            </w:pPr>
          </w:p>
        </w:tc>
        <w:tc>
          <w:tcPr>
            <w:tcW w:type="dxa" w:w="1667"/>
          </w:tcPr>
          <w:p>
            <w:pPr>
              <w:spacing w:after="0"/>
              <w:jc w:val="left"/>
            </w:pPr>
          </w:p>
        </w:tc>
        <w:tc>
          <w:tcPr>
            <w:tcW w:type="dxa" w:w="1789"/>
          </w:tcPr>
          <w:p>
            <w:pPr>
              <w:spacing w:after="0"/>
              <w:jc w:val="left"/>
            </w:pPr>
          </w:p>
        </w:tc>
        <w:tc>
          <w:tcPr>
            <w:tcW w:type="dxa" w:w="1464"/>
          </w:tcPr>
          <w:p>
            <w:pPr>
              <w:spacing w:after="0"/>
              <w:jc w:val="left"/>
            </w:pPr>
          </w:p>
        </w:tc>
        <w:tc>
          <w:tcPr>
            <w:tcW w:type="dxa" w:w="2535"/>
          </w:tcPr>
          <w:p>
            <w:pPr>
              <w:spacing w:after="0"/>
              <w:jc w:val="left"/>
            </w:pPr>
            <w:r>
              <w:rPr>
                <w:sz w:val="16"/>
              </w:rPr>
              <w:t>Heat index: in event narratives only; local data required.</w:t>
            </w:r>
          </w:p>
        </w:tc>
      </w:tr>
      <w:tr>
        <w:trPr>
          <w:cantSplit/>
        </w:trPr>
        <w:tc>
          <w:tcPr>
            <w:tcW w:type="dxa" w:w="1945"/>
          </w:tcPr>
          <w:p>
            <w:pPr>
              <w:spacing w:after="0"/>
              <w:jc w:val="left"/>
            </w:pPr>
            <w:r>
              <w:rPr>
                <w:sz w:val="16"/>
              </w:rPr>
              <w:t>Hurricane, Tropical Storm, Tropical Depression</w:t>
            </w:r>
          </w:p>
        </w:tc>
        <w:tc>
          <w:tcPr>
            <w:tcW w:type="dxa" w:w="1869"/>
          </w:tcPr>
          <w:p>
            <w:pPr>
              <w:spacing w:after="0"/>
              <w:jc w:val="left"/>
            </w:pPr>
            <w:r>
              <w:rPr>
                <w:sz w:val="16"/>
              </w:rPr>
              <w:t>Saffir-Simpson</w:t>
            </w:r>
          </w:p>
        </w:tc>
        <w:tc>
          <w:tcPr>
            <w:tcW w:type="dxa" w:w="1316"/>
          </w:tcPr>
          <w:p>
            <w:pPr>
              <w:spacing w:after="0"/>
              <w:jc w:val="right"/>
            </w:pPr>
            <w:r>
              <w:rPr>
                <w:sz w:val="16"/>
              </w:rPr>
              <w:t>0</w:t>
            </w:r>
          </w:p>
        </w:tc>
        <w:tc>
          <w:tcPr>
            <w:tcW w:type="dxa" w:w="1526"/>
          </w:tcPr>
          <w:p>
            <w:pPr>
              <w:spacing w:after="0"/>
              <w:jc w:val="left"/>
            </w:pPr>
          </w:p>
        </w:tc>
        <w:tc>
          <w:tcPr>
            <w:tcW w:type="dxa" w:w="1667"/>
          </w:tcPr>
          <w:p>
            <w:pPr>
              <w:spacing w:after="0"/>
              <w:jc w:val="left"/>
            </w:pPr>
          </w:p>
        </w:tc>
        <w:tc>
          <w:tcPr>
            <w:tcW w:type="dxa" w:w="1789"/>
          </w:tcPr>
          <w:p>
            <w:pPr>
              <w:spacing w:after="0"/>
              <w:jc w:val="left"/>
            </w:pPr>
          </w:p>
        </w:tc>
        <w:tc>
          <w:tcPr>
            <w:tcW w:type="dxa" w:w="1464"/>
          </w:tcPr>
          <w:p>
            <w:pPr>
              <w:spacing w:after="0"/>
              <w:jc w:val="left"/>
            </w:pPr>
          </w:p>
        </w:tc>
        <w:tc>
          <w:tcPr>
            <w:tcW w:type="dxa" w:w="253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45"/>
          </w:tcPr>
          <w:p>
            <w:pPr>
              <w:spacing w:after="0"/>
              <w:jc w:val="left"/>
            </w:pPr>
            <w:r>
              <w:rPr>
                <w:sz w:val="16"/>
              </w:rPr>
              <w:t>Ice Storm</w:t>
            </w:r>
          </w:p>
        </w:tc>
        <w:tc>
          <w:tcPr>
            <w:tcW w:type="dxa" w:w="1869"/>
          </w:tcPr>
          <w:p>
            <w:pPr>
              <w:spacing w:after="0"/>
              <w:jc w:val="left"/>
            </w:pPr>
            <w:r>
              <w:rPr>
                <w:sz w:val="16"/>
              </w:rPr>
              <w:t>Sperry-Piltz (local data)</w:t>
            </w:r>
          </w:p>
        </w:tc>
        <w:tc>
          <w:tcPr>
            <w:tcW w:type="dxa" w:w="1316"/>
          </w:tcPr>
          <w:p>
            <w:pPr>
              <w:spacing w:after="0"/>
              <w:jc w:val="right"/>
            </w:pPr>
            <w:r>
              <w:rPr>
                <w:sz w:val="16"/>
              </w:rPr>
              <w:t>5, 2003 to 2022 (5 zone-level)</w:t>
            </w:r>
          </w:p>
        </w:tc>
        <w:tc>
          <w:tcPr>
            <w:tcW w:type="dxa" w:w="1526"/>
          </w:tcPr>
          <w:p>
            <w:pPr>
              <w:spacing w:after="0"/>
              <w:jc w:val="left"/>
            </w:pPr>
          </w:p>
        </w:tc>
        <w:tc>
          <w:tcPr>
            <w:tcW w:type="dxa" w:w="1667"/>
          </w:tcPr>
          <w:p>
            <w:pPr>
              <w:spacing w:after="0"/>
              <w:jc w:val="left"/>
            </w:pPr>
            <w:r>
              <w:rPr>
                <w:sz w:val="16"/>
              </w:rPr>
              <w:t>Ice Storm, 2003-02-15, $80,000 property; crops not reported, reported for the zone (2003 dollars); NWS zone KYZ049 (CLARK), zone-level: may include parts of neighboring counties</w:t>
            </w:r>
          </w:p>
        </w:tc>
        <w:tc>
          <w:tcPr>
            <w:tcW w:type="dxa" w:w="1789"/>
          </w:tcPr>
          <w:p>
            <w:pPr>
              <w:spacing w:after="0"/>
              <w:jc w:val="left"/>
            </w:pPr>
          </w:p>
        </w:tc>
        <w:tc>
          <w:tcPr>
            <w:tcW w:type="dxa" w:w="1464"/>
          </w:tcPr>
          <w:p>
            <w:pPr>
              <w:spacing w:after="0"/>
              <w:jc w:val="left"/>
            </w:pPr>
            <w:r>
              <w:rPr>
                <w:sz w:val="16"/>
              </w:rPr>
              <w:t>Zone-level records: applies countywide; national data do not locate these events within the county.</w:t>
            </w:r>
          </w:p>
        </w:tc>
        <w:tc>
          <w:tcPr>
            <w:tcW w:type="dxa" w:w="2535"/>
          </w:tcPr>
          <w:p>
            <w:pPr>
              <w:spacing w:after="0"/>
              <w:jc w:val="left"/>
            </w:pPr>
            <w:r>
              <w:rPr>
                <w:sz w:val="16"/>
              </w:rPr>
              <w:t>Ice thickness: in event narratives only; local data required.</w:t>
            </w:r>
          </w:p>
        </w:tc>
      </w:tr>
      <w:tr>
        <w:trPr>
          <w:cantSplit/>
        </w:trPr>
        <w:tc>
          <w:tcPr>
            <w:tcW w:type="dxa" w:w="1945"/>
          </w:tcPr>
          <w:p>
            <w:pPr>
              <w:spacing w:after="0"/>
              <w:jc w:val="left"/>
            </w:pPr>
            <w:r>
              <w:rPr>
                <w:sz w:val="16"/>
              </w:rPr>
              <w:t>Flash Flood, Flood, Lakeshore Flood</w:t>
            </w:r>
          </w:p>
        </w:tc>
        <w:tc>
          <w:tcPr>
            <w:tcW w:type="dxa" w:w="1869"/>
          </w:tcPr>
          <w:p>
            <w:pPr>
              <w:spacing w:after="0"/>
              <w:jc w:val="left"/>
            </w:pPr>
            <w:r>
              <w:rPr>
                <w:sz w:val="16"/>
              </w:rPr>
              <w:t>damage and flood days (FIRM for depth)</w:t>
            </w:r>
          </w:p>
        </w:tc>
        <w:tc>
          <w:tcPr>
            <w:tcW w:type="dxa" w:w="1316"/>
          </w:tcPr>
          <w:p>
            <w:pPr>
              <w:spacing w:after="0"/>
              <w:jc w:val="right"/>
            </w:pPr>
            <w:r>
              <w:rPr>
                <w:sz w:val="16"/>
              </w:rPr>
              <w:t>41, 1996 to 2021 (4 zone-level)</w:t>
            </w:r>
          </w:p>
        </w:tc>
        <w:tc>
          <w:tcPr>
            <w:tcW w:type="dxa" w:w="1526"/>
          </w:tcPr>
          <w:p>
            <w:pPr>
              <w:spacing w:after="0"/>
              <w:jc w:val="left"/>
            </w:pPr>
          </w:p>
        </w:tc>
        <w:tc>
          <w:tcPr>
            <w:tcW w:type="dxa" w:w="1667"/>
          </w:tcPr>
          <w:p>
            <w:pPr>
              <w:spacing w:after="0"/>
              <w:jc w:val="left"/>
            </w:pPr>
            <w:r>
              <w:rPr>
                <w:sz w:val="16"/>
              </w:rPr>
              <w:t>Flash Flood, 1998-07-20, property not reported; $1,000,000 crops (1998 dollars)</w:t>
            </w:r>
          </w:p>
        </w:tc>
        <w:tc>
          <w:tcPr>
            <w:tcW w:type="dxa" w:w="1789"/>
          </w:tcPr>
          <w:p>
            <w:pPr>
              <w:spacing w:after="0"/>
              <w:jc w:val="left"/>
            </w:pPr>
          </w:p>
        </w:tc>
        <w:tc>
          <w:tcPr>
            <w:tcW w:type="dxa" w:w="1464"/>
          </w:tcPr>
          <w:p>
            <w:pPr>
              <w:spacing w:after="0"/>
              <w:jc w:val="left"/>
            </w:pPr>
            <w:r>
              <w:rPr>
                <w:sz w:val="16"/>
              </w:rPr>
              <w:t>Event records naming member places: Winchester city (13 records). Zone-level records (4) apply countywide.</w:t>
            </w:r>
          </w:p>
        </w:tc>
        <w:tc>
          <w:tcPr>
            <w:tcW w:type="dxa" w:w="253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45"/>
          </w:tcPr>
          <w:p>
            <w:pPr>
              <w:spacing w:after="0"/>
              <w:jc w:val="left"/>
            </w:pPr>
            <w:r>
              <w:rPr>
                <w:sz w:val="16"/>
              </w:rPr>
              <w:t>Debris Flow</w:t>
            </w:r>
          </w:p>
        </w:tc>
        <w:tc>
          <w:tcPr>
            <w:tcW w:type="dxa" w:w="1869"/>
          </w:tcPr>
          <w:p>
            <w:pPr>
              <w:spacing w:after="0"/>
              <w:jc w:val="left"/>
            </w:pPr>
            <w:r>
              <w:rPr>
                <w:sz w:val="16"/>
              </w:rPr>
              <w:t>none (count and damage)</w:t>
            </w:r>
          </w:p>
        </w:tc>
        <w:tc>
          <w:tcPr>
            <w:tcW w:type="dxa" w:w="1316"/>
          </w:tcPr>
          <w:p>
            <w:pPr>
              <w:spacing w:after="0"/>
              <w:jc w:val="right"/>
            </w:pPr>
            <w:r>
              <w:rPr>
                <w:sz w:val="16"/>
              </w:rPr>
              <w:t>0</w:t>
            </w:r>
          </w:p>
        </w:tc>
        <w:tc>
          <w:tcPr>
            <w:tcW w:type="dxa" w:w="1526"/>
          </w:tcPr>
          <w:p>
            <w:pPr>
              <w:spacing w:after="0"/>
              <w:jc w:val="left"/>
            </w:pPr>
          </w:p>
        </w:tc>
        <w:tc>
          <w:tcPr>
            <w:tcW w:type="dxa" w:w="1667"/>
          </w:tcPr>
          <w:p>
            <w:pPr>
              <w:spacing w:after="0"/>
              <w:jc w:val="left"/>
            </w:pPr>
          </w:p>
        </w:tc>
        <w:tc>
          <w:tcPr>
            <w:tcW w:type="dxa" w:w="1789"/>
          </w:tcPr>
          <w:p>
            <w:pPr>
              <w:spacing w:after="0"/>
              <w:jc w:val="left"/>
            </w:pPr>
          </w:p>
        </w:tc>
        <w:tc>
          <w:tcPr>
            <w:tcW w:type="dxa" w:w="1464"/>
          </w:tcPr>
          <w:p>
            <w:pPr>
              <w:spacing w:after="0"/>
              <w:jc w:val="left"/>
            </w:pPr>
          </w:p>
        </w:tc>
        <w:tc>
          <w:tcPr>
            <w:tcW w:type="dxa" w:w="2535"/>
          </w:tcPr>
          <w:p>
            <w:pPr>
              <w:spacing w:after="0"/>
              <w:jc w:val="left"/>
            </w:pPr>
            <w:r>
              <w:rPr>
                <w:sz w:val="16"/>
              </w:rPr>
              <w:t>Physical measure: in event narratives only; local data required.</w:t>
            </w:r>
          </w:p>
        </w:tc>
      </w:tr>
      <w:tr>
        <w:trPr>
          <w:cantSplit/>
        </w:trPr>
        <w:tc>
          <w:tcPr>
            <w:tcW w:type="dxa" w:w="1945"/>
          </w:tcPr>
          <w:p>
            <w:pPr>
              <w:spacing w:after="0"/>
              <w:jc w:val="left"/>
            </w:pPr>
            <w:r>
              <w:rPr>
                <w:sz w:val="16"/>
              </w:rPr>
              <w:t>Lightning</w:t>
            </w:r>
          </w:p>
        </w:tc>
        <w:tc>
          <w:tcPr>
            <w:tcW w:type="dxa" w:w="1869"/>
          </w:tcPr>
          <w:p>
            <w:pPr>
              <w:spacing w:after="0"/>
              <w:jc w:val="left"/>
            </w:pPr>
            <w:r>
              <w:rPr>
                <w:sz w:val="16"/>
              </w:rPr>
              <w:t>annualized frequency (the measure FEMA's Local Mitigation Planning Handbook names)</w:t>
            </w:r>
          </w:p>
        </w:tc>
        <w:tc>
          <w:tcPr>
            <w:tcW w:type="dxa" w:w="1316"/>
          </w:tcPr>
          <w:p>
            <w:pPr>
              <w:spacing w:after="0"/>
              <w:jc w:val="right"/>
            </w:pPr>
            <w:r>
              <w:rPr>
                <w:sz w:val="16"/>
              </w:rPr>
              <w:t>2, 1998 to 1998</w:t>
            </w:r>
          </w:p>
        </w:tc>
        <w:tc>
          <w:tcPr>
            <w:tcW w:type="dxa" w:w="1526"/>
          </w:tcPr>
          <w:p>
            <w:pPr>
              <w:spacing w:after="0"/>
              <w:jc w:val="left"/>
            </w:pPr>
          </w:p>
        </w:tc>
        <w:tc>
          <w:tcPr>
            <w:tcW w:type="dxa" w:w="1667"/>
          </w:tcPr>
          <w:p>
            <w:pPr>
              <w:spacing w:after="0"/>
              <w:jc w:val="left"/>
            </w:pPr>
            <w:r>
              <w:rPr>
                <w:sz w:val="16"/>
              </w:rPr>
              <w:t>Lightning, 1998-05-13, $5,000 property; crops not reported (1998 dollars)</w:t>
            </w:r>
          </w:p>
        </w:tc>
        <w:tc>
          <w:tcPr>
            <w:tcW w:type="dxa" w:w="1789"/>
          </w:tcPr>
          <w:p>
            <w:pPr>
              <w:spacing w:after="0"/>
              <w:jc w:val="left"/>
            </w:pPr>
          </w:p>
        </w:tc>
        <w:tc>
          <w:tcPr>
            <w:tcW w:type="dxa" w:w="1464"/>
          </w:tcPr>
          <w:p>
            <w:pPr>
              <w:spacing w:after="0"/>
              <w:jc w:val="left"/>
            </w:pPr>
            <w:r>
              <w:rPr>
                <w:sz w:val="16"/>
              </w:rPr>
              <w:t>Event records naming member places: Winchester city (2 records).</w:t>
            </w:r>
          </w:p>
        </w:tc>
        <w:tc>
          <w:tcPr>
            <w:tcW w:type="dxa" w:w="2535"/>
          </w:tcPr>
          <w:p>
            <w:pPr>
              <w:spacing w:after="0"/>
              <w:jc w:val="left"/>
            </w:pPr>
            <w:r>
              <w:rPr>
                <w:sz w:val="16"/>
              </w:rPr>
              <w:t>Storm Events lists lightning with damage or casualties; physical measure in event narratives only; local data required.</w:t>
            </w:r>
          </w:p>
        </w:tc>
      </w:tr>
      <w:tr>
        <w:trPr>
          <w:cantSplit/>
        </w:trPr>
        <w:tc>
          <w:tcPr>
            <w:tcW w:type="dxa" w:w="1945"/>
          </w:tcPr>
          <w:p>
            <w:pPr>
              <w:spacing w:after="0"/>
              <w:jc w:val="left"/>
            </w:pPr>
            <w:r>
              <w:rPr>
                <w:sz w:val="16"/>
              </w:rPr>
              <w:t>High Wind and Strong Wind (outside NRI Strong Wind definition)</w:t>
            </w:r>
          </w:p>
        </w:tc>
        <w:tc>
          <w:tcPr>
            <w:tcW w:type="dxa" w:w="1869"/>
          </w:tcPr>
          <w:p>
            <w:pPr>
              <w:spacing w:after="0"/>
              <w:jc w:val="left"/>
            </w:pPr>
            <w:r>
              <w:rPr>
                <w:sz w:val="16"/>
              </w:rPr>
              <w:t>wind speed (kt and mph)</w:t>
            </w:r>
          </w:p>
        </w:tc>
        <w:tc>
          <w:tcPr>
            <w:tcW w:type="dxa" w:w="1316"/>
          </w:tcPr>
          <w:p>
            <w:pPr>
              <w:spacing w:after="0"/>
              <w:jc w:val="right"/>
            </w:pPr>
            <w:r>
              <w:rPr>
                <w:sz w:val="16"/>
              </w:rPr>
              <w:t>5, 2009 to 2024 (5 zone-level)</w:t>
            </w:r>
          </w:p>
        </w:tc>
        <w:tc>
          <w:tcPr>
            <w:tcW w:type="dxa" w:w="1526"/>
          </w:tcPr>
          <w:p>
            <w:pPr>
              <w:spacing w:after="0"/>
              <w:jc w:val="left"/>
            </w:pPr>
            <w:r>
              <w:rPr>
                <w:sz w:val="16"/>
              </w:rPr>
              <w:t>49 kt (56 mph) to 55 kt (63 mph) (median 52 kt (60 mph)); 5 with a recorded value</w:t>
            </w:r>
          </w:p>
        </w:tc>
        <w:tc>
          <w:tcPr>
            <w:tcW w:type="dxa" w:w="1667"/>
          </w:tcPr>
          <w:p>
            <w:pPr>
              <w:spacing w:after="0"/>
              <w:jc w:val="left"/>
            </w:pPr>
            <w:r>
              <w:rPr>
                <w:sz w:val="16"/>
              </w:rPr>
              <w:t>55 kt (63 mph) measured gust, High Wind, 2023-03-03; NWS zone KYZ049 (CLARK), zone-level: may include parts of neighboring counties</w:t>
            </w:r>
          </w:p>
        </w:tc>
        <w:tc>
          <w:tcPr>
            <w:tcW w:type="dxa" w:w="1789"/>
          </w:tcPr>
          <w:p>
            <w:pPr>
              <w:spacing w:after="0"/>
              <w:jc w:val="left"/>
            </w:pPr>
            <w:r>
              <w:rPr>
                <w:sz w:val="16"/>
              </w:rPr>
              <w:t>High Wind, 2016-04-02, $5,000 property; $0 crops, reported for the zone (2016 dollars)</w:t>
            </w:r>
          </w:p>
        </w:tc>
        <w:tc>
          <w:tcPr>
            <w:tcW w:type="dxa" w:w="1464"/>
          </w:tcPr>
          <w:p>
            <w:pPr>
              <w:spacing w:after="0"/>
              <w:jc w:val="left"/>
            </w:pPr>
            <w:r>
              <w:rPr>
                <w:sz w:val="16"/>
              </w:rPr>
              <w:t>Zone-level records: applies countywide; national data do not locate these events within the county.</w:t>
            </w:r>
          </w:p>
        </w:tc>
        <w:tc>
          <w:tcPr>
            <w:tcW w:type="dxa" w:w="2535"/>
          </w:tcPr>
          <w:p>
            <w:pPr>
              <w:spacing w:after="0"/>
              <w:jc w:val="left"/>
            </w:pPr>
          </w:p>
        </w:tc>
      </w:tr>
      <w:tr>
        <w:trPr>
          <w:cantSplit/>
        </w:trPr>
        <w:tc>
          <w:tcPr>
            <w:tcW w:type="dxa" w:w="1945"/>
          </w:tcPr>
          <w:p>
            <w:pPr>
              <w:spacing w:after="0"/>
              <w:jc w:val="left"/>
            </w:pPr>
            <w:r>
              <w:rPr>
                <w:sz w:val="16"/>
              </w:rPr>
              <w:t>Thunderstorm Wind</w:t>
            </w:r>
          </w:p>
        </w:tc>
        <w:tc>
          <w:tcPr>
            <w:tcW w:type="dxa" w:w="1869"/>
          </w:tcPr>
          <w:p>
            <w:pPr>
              <w:spacing w:after="0"/>
              <w:jc w:val="left"/>
            </w:pPr>
            <w:r>
              <w:rPr>
                <w:sz w:val="16"/>
              </w:rPr>
              <w:t>wind speed (kt and mph)</w:t>
            </w:r>
          </w:p>
        </w:tc>
        <w:tc>
          <w:tcPr>
            <w:tcW w:type="dxa" w:w="1316"/>
          </w:tcPr>
          <w:p>
            <w:pPr>
              <w:spacing w:after="0"/>
              <w:jc w:val="right"/>
            </w:pPr>
            <w:r>
              <w:rPr>
                <w:sz w:val="16"/>
              </w:rPr>
              <w:t>131, 1961 to 2025</w:t>
            </w:r>
          </w:p>
        </w:tc>
        <w:tc>
          <w:tcPr>
            <w:tcW w:type="dxa" w:w="1526"/>
          </w:tcPr>
          <w:p>
            <w:pPr>
              <w:spacing w:after="0"/>
              <w:jc w:val="left"/>
            </w:pPr>
            <w:r>
              <w:rPr>
                <w:sz w:val="16"/>
              </w:rPr>
              <w:t>46 kt (53 mph) to 85 kt (98 mph) (median 52 kt (60 mph)); 103 with a recorded value</w:t>
            </w:r>
          </w:p>
        </w:tc>
        <w:tc>
          <w:tcPr>
            <w:tcW w:type="dxa" w:w="1667"/>
          </w:tcPr>
          <w:p>
            <w:pPr>
              <w:spacing w:after="0"/>
              <w:jc w:val="left"/>
            </w:pPr>
            <w:r>
              <w:rPr>
                <w:sz w:val="16"/>
              </w:rPr>
              <w:t>85 kt (98 mph) estimated gust, Thunderstorm Wind, 2020-01-11</w:t>
            </w:r>
          </w:p>
        </w:tc>
        <w:tc>
          <w:tcPr>
            <w:tcW w:type="dxa" w:w="1789"/>
          </w:tcPr>
          <w:p>
            <w:pPr>
              <w:spacing w:after="0"/>
              <w:jc w:val="left"/>
            </w:pPr>
            <w:r>
              <w:rPr>
                <w:sz w:val="16"/>
              </w:rPr>
              <w:t>Thunderstorm Wind, 1995-05-18, $50,000,000 property; crops not recorded (1995 dollars)</w:t>
            </w:r>
          </w:p>
        </w:tc>
        <w:tc>
          <w:tcPr>
            <w:tcW w:type="dxa" w:w="1464"/>
          </w:tcPr>
          <w:p>
            <w:pPr>
              <w:spacing w:after="0"/>
              <w:jc w:val="left"/>
            </w:pPr>
            <w:r>
              <w:rPr>
                <w:sz w:val="16"/>
              </w:rPr>
              <w:t>Event records naming member places: Winchester city (58 records).</w:t>
            </w:r>
          </w:p>
        </w:tc>
        <w:tc>
          <w:tcPr>
            <w:tcW w:type="dxa" w:w="2535"/>
          </w:tcPr>
          <w:p>
            <w:pPr>
              <w:spacing w:after="0"/>
              <w:jc w:val="left"/>
            </w:pPr>
          </w:p>
        </w:tc>
      </w:tr>
      <w:tr>
        <w:trPr>
          <w:cantSplit/>
        </w:trPr>
        <w:tc>
          <w:tcPr>
            <w:tcW w:type="dxa" w:w="1945"/>
          </w:tcPr>
          <w:p>
            <w:pPr>
              <w:spacing w:after="0"/>
              <w:jc w:val="left"/>
            </w:pPr>
            <w:r>
              <w:rPr>
                <w:sz w:val="16"/>
              </w:rPr>
              <w:t>Tornado</w:t>
            </w:r>
          </w:p>
        </w:tc>
        <w:tc>
          <w:tcPr>
            <w:tcW w:type="dxa" w:w="1869"/>
          </w:tcPr>
          <w:p>
            <w:pPr>
              <w:spacing w:after="0"/>
              <w:jc w:val="left"/>
            </w:pPr>
            <w:r>
              <w:rPr>
                <w:sz w:val="16"/>
              </w:rPr>
              <w:t>Enhanced Fujita (F before Feb 2007)</w:t>
            </w:r>
          </w:p>
        </w:tc>
        <w:tc>
          <w:tcPr>
            <w:tcW w:type="dxa" w:w="1316"/>
          </w:tcPr>
          <w:p>
            <w:pPr>
              <w:spacing w:after="0"/>
              <w:jc w:val="right"/>
            </w:pPr>
            <w:r>
              <w:rPr>
                <w:sz w:val="16"/>
              </w:rPr>
              <w:t>7, 1974 to 2024</w:t>
            </w:r>
          </w:p>
        </w:tc>
        <w:tc>
          <w:tcPr>
            <w:tcW w:type="dxa" w:w="1526"/>
          </w:tcPr>
          <w:p>
            <w:pPr>
              <w:spacing w:after="0"/>
              <w:jc w:val="left"/>
            </w:pPr>
            <w:r>
              <w:rPr>
                <w:sz w:val="16"/>
              </w:rPr>
              <w:t>F/EF0 to F/EF4 (median F/EF1); 7 with a recorded value</w:t>
            </w:r>
          </w:p>
        </w:tc>
        <w:tc>
          <w:tcPr>
            <w:tcW w:type="dxa" w:w="1667"/>
          </w:tcPr>
          <w:p>
            <w:pPr>
              <w:spacing w:after="0"/>
              <w:jc w:val="left"/>
            </w:pPr>
            <w:r>
              <w:rPr>
                <w:sz w:val="16"/>
              </w:rPr>
              <w:t>F4 tornado, 1974-04-03, 15 mi path length (records before 1996 may include the whole path; rating and listing come from the county where the tornado began), 33 yd wide, damage not recorded (pre-1996 record), 8 direct injuries</w:t>
            </w:r>
          </w:p>
        </w:tc>
        <w:tc>
          <w:tcPr>
            <w:tcW w:type="dxa" w:w="1789"/>
          </w:tcPr>
          <w:p>
            <w:pPr>
              <w:spacing w:after="0"/>
              <w:jc w:val="left"/>
            </w:pPr>
            <w:r>
              <w:rPr>
                <w:sz w:val="16"/>
              </w:rPr>
              <w:t>Tornado, 1982-06-16, $250,000 property; crops not recorded (1982 dollars)</w:t>
            </w:r>
          </w:p>
        </w:tc>
        <w:tc>
          <w:tcPr>
            <w:tcW w:type="dxa" w:w="1464"/>
          </w:tcPr>
          <w:p>
            <w:pPr>
              <w:spacing w:after="0"/>
              <w:jc w:val="left"/>
            </w:pPr>
            <w:r>
              <w:rPr>
                <w:sz w:val="16"/>
              </w:rPr>
              <w:t>No event record names a member place.</w:t>
            </w:r>
          </w:p>
        </w:tc>
        <w:tc>
          <w:tcPr>
            <w:tcW w:type="dxa" w:w="253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45"/>
          </w:tcPr>
          <w:p>
            <w:pPr>
              <w:spacing w:after="0"/>
              <w:jc w:val="left"/>
            </w:pPr>
            <w:r>
              <w:rPr>
                <w:sz w:val="16"/>
              </w:rPr>
              <w:t>Tsunami</w:t>
            </w:r>
          </w:p>
        </w:tc>
        <w:tc>
          <w:tcPr>
            <w:tcW w:type="dxa" w:w="1869"/>
          </w:tcPr>
          <w:p>
            <w:pPr>
              <w:spacing w:after="0"/>
              <w:jc w:val="left"/>
            </w:pPr>
            <w:r>
              <w:rPr>
                <w:sz w:val="16"/>
              </w:rPr>
              <w:t>none (count and damage)</w:t>
            </w:r>
          </w:p>
        </w:tc>
        <w:tc>
          <w:tcPr>
            <w:tcW w:type="dxa" w:w="1316"/>
          </w:tcPr>
          <w:p>
            <w:pPr>
              <w:spacing w:after="0"/>
              <w:jc w:val="right"/>
            </w:pPr>
            <w:r>
              <w:rPr>
                <w:sz w:val="16"/>
              </w:rPr>
              <w:t>0</w:t>
            </w:r>
          </w:p>
        </w:tc>
        <w:tc>
          <w:tcPr>
            <w:tcW w:type="dxa" w:w="1526"/>
          </w:tcPr>
          <w:p>
            <w:pPr>
              <w:spacing w:after="0"/>
              <w:jc w:val="left"/>
            </w:pPr>
          </w:p>
        </w:tc>
        <w:tc>
          <w:tcPr>
            <w:tcW w:type="dxa" w:w="1667"/>
          </w:tcPr>
          <w:p>
            <w:pPr>
              <w:spacing w:after="0"/>
              <w:jc w:val="left"/>
            </w:pPr>
          </w:p>
        </w:tc>
        <w:tc>
          <w:tcPr>
            <w:tcW w:type="dxa" w:w="1789"/>
          </w:tcPr>
          <w:p>
            <w:pPr>
              <w:spacing w:after="0"/>
              <w:jc w:val="left"/>
            </w:pPr>
          </w:p>
        </w:tc>
        <w:tc>
          <w:tcPr>
            <w:tcW w:type="dxa" w:w="1464"/>
          </w:tcPr>
          <w:p>
            <w:pPr>
              <w:spacing w:after="0"/>
              <w:jc w:val="left"/>
            </w:pPr>
          </w:p>
        </w:tc>
        <w:tc>
          <w:tcPr>
            <w:tcW w:type="dxa" w:w="2535"/>
          </w:tcPr>
          <w:p>
            <w:pPr>
              <w:spacing w:after="0"/>
              <w:jc w:val="left"/>
            </w:pPr>
            <w:r>
              <w:rPr>
                <w:sz w:val="16"/>
              </w:rPr>
              <w:t>Physical measure: in event narratives only; local data required.</w:t>
            </w:r>
          </w:p>
        </w:tc>
      </w:tr>
      <w:tr>
        <w:trPr>
          <w:cantSplit/>
        </w:trPr>
        <w:tc>
          <w:tcPr>
            <w:tcW w:type="dxa" w:w="1945"/>
          </w:tcPr>
          <w:p>
            <w:pPr>
              <w:spacing w:after="0"/>
              <w:jc w:val="left"/>
            </w:pPr>
            <w:r>
              <w:rPr>
                <w:sz w:val="16"/>
              </w:rPr>
              <w:t>Volcanic Ash, Volcanic Ashfall</w:t>
            </w:r>
          </w:p>
        </w:tc>
        <w:tc>
          <w:tcPr>
            <w:tcW w:type="dxa" w:w="1869"/>
          </w:tcPr>
          <w:p>
            <w:pPr>
              <w:spacing w:after="0"/>
              <w:jc w:val="left"/>
            </w:pPr>
            <w:r>
              <w:rPr>
                <w:sz w:val="16"/>
              </w:rPr>
              <w:t>Volcanic Explosivity Index (local data)</w:t>
            </w:r>
          </w:p>
        </w:tc>
        <w:tc>
          <w:tcPr>
            <w:tcW w:type="dxa" w:w="1316"/>
          </w:tcPr>
          <w:p>
            <w:pPr>
              <w:spacing w:after="0"/>
              <w:jc w:val="right"/>
            </w:pPr>
            <w:r>
              <w:rPr>
                <w:sz w:val="16"/>
              </w:rPr>
              <w:t>0</w:t>
            </w:r>
          </w:p>
        </w:tc>
        <w:tc>
          <w:tcPr>
            <w:tcW w:type="dxa" w:w="1526"/>
          </w:tcPr>
          <w:p>
            <w:pPr>
              <w:spacing w:after="0"/>
              <w:jc w:val="left"/>
            </w:pPr>
          </w:p>
        </w:tc>
        <w:tc>
          <w:tcPr>
            <w:tcW w:type="dxa" w:w="1667"/>
          </w:tcPr>
          <w:p>
            <w:pPr>
              <w:spacing w:after="0"/>
              <w:jc w:val="left"/>
            </w:pPr>
          </w:p>
        </w:tc>
        <w:tc>
          <w:tcPr>
            <w:tcW w:type="dxa" w:w="1789"/>
          </w:tcPr>
          <w:p>
            <w:pPr>
              <w:spacing w:after="0"/>
              <w:jc w:val="left"/>
            </w:pPr>
          </w:p>
        </w:tc>
        <w:tc>
          <w:tcPr>
            <w:tcW w:type="dxa" w:w="1464"/>
          </w:tcPr>
          <w:p>
            <w:pPr>
              <w:spacing w:after="0"/>
              <w:jc w:val="left"/>
            </w:pPr>
          </w:p>
        </w:tc>
        <w:tc>
          <w:tcPr>
            <w:tcW w:type="dxa" w:w="2535"/>
          </w:tcPr>
          <w:p>
            <w:pPr>
              <w:spacing w:after="0"/>
              <w:jc w:val="left"/>
            </w:pPr>
            <w:r>
              <w:rPr>
                <w:sz w:val="16"/>
              </w:rPr>
              <w:t>Physical measure: in event narratives only; local data required.</w:t>
            </w:r>
          </w:p>
        </w:tc>
      </w:tr>
      <w:tr>
        <w:trPr>
          <w:cantSplit/>
        </w:trPr>
        <w:tc>
          <w:tcPr>
            <w:tcW w:type="dxa" w:w="1945"/>
          </w:tcPr>
          <w:p>
            <w:pPr>
              <w:spacing w:after="0"/>
              <w:jc w:val="left"/>
            </w:pPr>
            <w:r>
              <w:rPr>
                <w:sz w:val="16"/>
              </w:rPr>
              <w:t>Wildfire</w:t>
            </w:r>
          </w:p>
        </w:tc>
        <w:tc>
          <w:tcPr>
            <w:tcW w:type="dxa" w:w="1869"/>
          </w:tcPr>
          <w:p>
            <w:pPr>
              <w:spacing w:after="0"/>
              <w:jc w:val="left"/>
            </w:pPr>
            <w:r>
              <w:rPr>
                <w:sz w:val="16"/>
              </w:rPr>
              <w:t>acres burned (local data)</w:t>
            </w:r>
          </w:p>
        </w:tc>
        <w:tc>
          <w:tcPr>
            <w:tcW w:type="dxa" w:w="1316"/>
          </w:tcPr>
          <w:p>
            <w:pPr>
              <w:spacing w:after="0"/>
              <w:jc w:val="right"/>
            </w:pPr>
            <w:r>
              <w:rPr>
                <w:sz w:val="16"/>
              </w:rPr>
              <w:t>0</w:t>
            </w:r>
          </w:p>
        </w:tc>
        <w:tc>
          <w:tcPr>
            <w:tcW w:type="dxa" w:w="1526"/>
          </w:tcPr>
          <w:p>
            <w:pPr>
              <w:spacing w:after="0"/>
              <w:jc w:val="left"/>
            </w:pPr>
          </w:p>
        </w:tc>
        <w:tc>
          <w:tcPr>
            <w:tcW w:type="dxa" w:w="1667"/>
          </w:tcPr>
          <w:p>
            <w:pPr>
              <w:spacing w:after="0"/>
              <w:jc w:val="left"/>
            </w:pPr>
          </w:p>
        </w:tc>
        <w:tc>
          <w:tcPr>
            <w:tcW w:type="dxa" w:w="1789"/>
          </w:tcPr>
          <w:p>
            <w:pPr>
              <w:spacing w:after="0"/>
              <w:jc w:val="left"/>
            </w:pPr>
          </w:p>
        </w:tc>
        <w:tc>
          <w:tcPr>
            <w:tcW w:type="dxa" w:w="1464"/>
          </w:tcPr>
          <w:p>
            <w:pPr>
              <w:spacing w:after="0"/>
              <w:jc w:val="left"/>
            </w:pPr>
          </w:p>
        </w:tc>
        <w:tc>
          <w:tcPr>
            <w:tcW w:type="dxa" w:w="2535"/>
          </w:tcPr>
          <w:p>
            <w:pPr>
              <w:spacing w:after="0"/>
              <w:jc w:val="left"/>
            </w:pPr>
            <w:r>
              <w:rPr>
                <w:sz w:val="16"/>
              </w:rPr>
              <w:t>Acres burned: in event narratives only; local data required.</w:t>
            </w:r>
          </w:p>
        </w:tc>
      </w:tr>
      <w:tr>
        <w:trPr>
          <w:cantSplit/>
        </w:trPr>
        <w:tc>
          <w:tcPr>
            <w:tcW w:type="dxa" w:w="1945"/>
          </w:tcPr>
          <w:p>
            <w:pPr>
              <w:spacing w:after="0"/>
              <w:jc w:val="left"/>
            </w:pPr>
            <w:r>
              <w:rPr>
                <w:sz w:val="16"/>
              </w:rPr>
              <w:t>Winter Storm, Heavy Snow, Blizzard, Lake-Effect Snow, Winter Weather, Sleet</w:t>
            </w:r>
          </w:p>
        </w:tc>
        <w:tc>
          <w:tcPr>
            <w:tcW w:type="dxa" w:w="1869"/>
          </w:tcPr>
          <w:p>
            <w:pPr>
              <w:spacing w:after="0"/>
              <w:jc w:val="left"/>
            </w:pPr>
            <w:r>
              <w:rPr>
                <w:sz w:val="16"/>
              </w:rPr>
              <w:t>none in data (snowfall local)</w:t>
            </w:r>
          </w:p>
        </w:tc>
        <w:tc>
          <w:tcPr>
            <w:tcW w:type="dxa" w:w="1316"/>
          </w:tcPr>
          <w:p>
            <w:pPr>
              <w:spacing w:after="0"/>
              <w:jc w:val="right"/>
            </w:pPr>
            <w:r>
              <w:rPr>
                <w:sz w:val="16"/>
              </w:rPr>
              <w:t>24, 1996 to 2026 (24 zone-level)</w:t>
            </w:r>
          </w:p>
        </w:tc>
        <w:tc>
          <w:tcPr>
            <w:tcW w:type="dxa" w:w="1526"/>
          </w:tcPr>
          <w:p>
            <w:pPr>
              <w:spacing w:after="0"/>
              <w:jc w:val="left"/>
            </w:pPr>
          </w:p>
        </w:tc>
        <w:tc>
          <w:tcPr>
            <w:tcW w:type="dxa" w:w="1667"/>
          </w:tcPr>
          <w:p>
            <w:pPr>
              <w:spacing w:after="0"/>
              <w:jc w:val="left"/>
            </w:pPr>
            <w:r>
              <w:rPr>
                <w:sz w:val="16"/>
              </w:rPr>
              <w:t>Winter Storm, 2008-02-11, $20,000 property; $0 crops, reported for the zone (2008 dollars); NWS zone KYZ049 (CLARK), zone-level: may include parts of neighboring counties</w:t>
            </w:r>
          </w:p>
        </w:tc>
        <w:tc>
          <w:tcPr>
            <w:tcW w:type="dxa" w:w="1789"/>
          </w:tcPr>
          <w:p>
            <w:pPr>
              <w:spacing w:after="0"/>
              <w:jc w:val="left"/>
            </w:pPr>
          </w:p>
        </w:tc>
        <w:tc>
          <w:tcPr>
            <w:tcW w:type="dxa" w:w="1464"/>
          </w:tcPr>
          <w:p>
            <w:pPr>
              <w:spacing w:after="0"/>
              <w:jc w:val="left"/>
            </w:pPr>
            <w:r>
              <w:rPr>
                <w:sz w:val="16"/>
              </w:rPr>
              <w:t>Zone-level records: applies countywide; national data do not locate these events within the county.</w:t>
            </w:r>
          </w:p>
        </w:tc>
        <w:tc>
          <w:tcPr>
            <w:tcW w:type="dxa" w:w="253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4"/>
        <w:gridCol w:w="2800"/>
        <w:gridCol w:w="2317"/>
        <w:gridCol w:w="1360"/>
        <w:gridCol w:w="994"/>
        <w:gridCol w:w="23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4"/>
            <w:shd w:val="clear" w:color="auto" w:fill="E8E8E8"/>
          </w:tcPr>
          <w:p>
            <w:pPr>
              <w:spacing w:after="0"/>
              <w:jc w:val="left"/>
            </w:pPr>
            <w:r>
              <w:rPr>
                <w:b/>
                <w:sz w:val="16"/>
              </w:rPr>
              <w:t>Type</w:t>
            </w:r>
          </w:p>
        </w:tc>
        <w:tc>
          <w:tcPr>
            <w:tcW w:type="dxa" w:w="2800"/>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3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94"/>
            <w:shd w:val="clear" w:color="auto" w:fill="E8E8E8"/>
          </w:tcPr>
          <w:p>
            <w:pPr>
              <w:spacing w:after="0"/>
              <w:jc w:val="left"/>
            </w:pPr>
            <w:r>
              <w:rPr>
                <w:b/>
                <w:sz w:val="16"/>
              </w:rPr>
              <w:t>Flags</w:t>
            </w:r>
          </w:p>
        </w:tc>
        <w:tc>
          <w:tcPr>
            <w:tcW w:type="dxa" w:w="23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44"/>
          </w:tcPr>
          <w:p>
            <w:pPr>
              <w:spacing w:after="0"/>
              <w:jc w:val="left"/>
            </w:pPr>
            <w:r>
              <w:rPr>
                <w:sz w:val="16"/>
              </w:rPr>
              <w:t>Emergency</w:t>
            </w:r>
          </w:p>
        </w:tc>
        <w:tc>
          <w:tcPr>
            <w:tcW w:type="dxa" w:w="2800"/>
          </w:tcPr>
          <w:p>
            <w:pPr>
              <w:spacing w:after="0"/>
              <w:jc w:val="left"/>
            </w:pPr>
            <w:r>
              <w:rPr>
                <w:sz w:val="16"/>
              </w:rPr>
              <w:t>SEVERE WINTER STORM</w:t>
            </w:r>
          </w:p>
        </w:tc>
        <w:tc>
          <w:tcPr>
            <w:tcW w:type="dxa" w:w="2317"/>
          </w:tcPr>
          <w:p>
            <w:pPr>
              <w:spacing w:after="0"/>
              <w:jc w:val="left"/>
            </w:pPr>
            <w:r>
              <w:rPr>
                <w:sz w:val="16"/>
              </w:rPr>
              <w:t>Winter Weather</w:t>
            </w:r>
          </w:p>
        </w:tc>
        <w:tc>
          <w:tcPr>
            <w:tcW w:type="dxa" w:w="1360"/>
          </w:tcPr>
          <w:p>
            <w:pPr>
              <w:spacing w:after="0"/>
              <w:jc w:val="right"/>
            </w:pPr>
            <w:r>
              <w:rPr>
                <w:sz w:val="16"/>
              </w:rPr>
              <w:t>none found</w:t>
            </w:r>
          </w:p>
        </w:tc>
        <w:tc>
          <w:tcPr>
            <w:tcW w:type="dxa" w:w="994"/>
          </w:tcPr>
          <w:p>
            <w:pPr>
              <w:spacing w:after="0"/>
              <w:jc w:val="left"/>
            </w:pPr>
            <w:r>
              <w:rPr>
                <w:sz w:val="16"/>
              </w:rPr>
              <w:t>new since last plan; within last 5 years</w:t>
            </w:r>
          </w:p>
        </w:tc>
        <w:tc>
          <w:tcPr>
            <w:tcW w:type="dxa" w:w="2387"/>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44"/>
          </w:tcPr>
          <w:p>
            <w:pPr>
              <w:spacing w:after="0"/>
              <w:jc w:val="left"/>
            </w:pPr>
            <w:r>
              <w:rPr>
                <w:sz w:val="16"/>
              </w:rPr>
              <w:t>Major disaster</w:t>
            </w:r>
          </w:p>
        </w:tc>
        <w:tc>
          <w:tcPr>
            <w:tcW w:type="dxa" w:w="2800"/>
          </w:tcPr>
          <w:p>
            <w:pPr>
              <w:spacing w:after="0"/>
              <w:jc w:val="left"/>
            </w:pPr>
            <w:r>
              <w:rPr>
                <w:sz w:val="16"/>
              </w:rPr>
              <w:t>SEVERE STORMS, STRAIGHT-LINE WINDS, TORNADOES, FLOODING, LANDSLIDES, AND MUDSLIDES</w:t>
            </w:r>
          </w:p>
        </w:tc>
        <w:tc>
          <w:tcPr>
            <w:tcW w:type="dxa" w:w="2317"/>
          </w:tcPr>
          <w:p>
            <w:pPr>
              <w:spacing w:after="0"/>
              <w:jc w:val="left"/>
            </w:pPr>
            <w:r>
              <w:rPr>
                <w:sz w:val="16"/>
              </w:rPr>
              <w:t>Inland Flooding; Landslide; Strong Wind; Tornado</w:t>
            </w:r>
          </w:p>
        </w:tc>
        <w:tc>
          <w:tcPr>
            <w:tcW w:type="dxa" w:w="1360"/>
          </w:tcPr>
          <w:p>
            <w:pPr>
              <w:spacing w:after="0"/>
              <w:jc w:val="right"/>
            </w:pPr>
            <w:r>
              <w:rPr>
                <w:sz w:val="16"/>
              </w:rPr>
              <w:t>$127,073.78</w:t>
            </w:r>
          </w:p>
        </w:tc>
        <w:tc>
          <w:tcPr>
            <w:tcW w:type="dxa" w:w="994"/>
          </w:tcPr>
          <w:p>
            <w:pPr>
              <w:spacing w:after="0"/>
              <w:jc w:val="left"/>
            </w:pPr>
            <w:r>
              <w:rPr>
                <w:sz w:val="16"/>
              </w:rPr>
              <w:t>new since last plan; within last 5 years</w:t>
            </w:r>
          </w:p>
        </w:tc>
        <w:tc>
          <w:tcPr>
            <w:tcW w:type="dxa" w:w="2387"/>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44"/>
          </w:tcPr>
          <w:p>
            <w:pPr>
              <w:spacing w:after="0"/>
              <w:jc w:val="left"/>
            </w:pPr>
            <w:r>
              <w:rPr>
                <w:sz w:val="16"/>
              </w:rPr>
              <w:t>Emergency</w:t>
            </w:r>
          </w:p>
        </w:tc>
        <w:tc>
          <w:tcPr>
            <w:tcW w:type="dxa" w:w="2800"/>
          </w:tcPr>
          <w:p>
            <w:pPr>
              <w:spacing w:after="0"/>
              <w:jc w:val="left"/>
            </w:pPr>
            <w:r>
              <w:rPr>
                <w:sz w:val="16"/>
              </w:rPr>
              <w:t>SEVERE STORMS, STRAIGHT-LINE WINDS, TORNADOES, AND FLOODING</w:t>
            </w:r>
          </w:p>
        </w:tc>
        <w:tc>
          <w:tcPr>
            <w:tcW w:type="dxa" w:w="2317"/>
          </w:tcPr>
          <w:p>
            <w:pPr>
              <w:spacing w:after="0"/>
              <w:jc w:val="left"/>
            </w:pPr>
            <w:r>
              <w:rPr>
                <w:sz w:val="16"/>
              </w:rPr>
              <w:t>Inland Flooding; Strong Wind; Tornado</w:t>
            </w:r>
          </w:p>
        </w:tc>
        <w:tc>
          <w:tcPr>
            <w:tcW w:type="dxa" w:w="1360"/>
          </w:tcPr>
          <w:p>
            <w:pPr>
              <w:spacing w:after="0"/>
              <w:jc w:val="right"/>
            </w:pPr>
            <w:r>
              <w:rPr>
                <w:sz w:val="16"/>
              </w:rPr>
              <w:t>none found</w:t>
            </w:r>
          </w:p>
        </w:tc>
        <w:tc>
          <w:tcPr>
            <w:tcW w:type="dxa" w:w="994"/>
          </w:tcPr>
          <w:p>
            <w:pPr>
              <w:spacing w:after="0"/>
              <w:jc w:val="left"/>
            </w:pPr>
            <w:r>
              <w:rPr>
                <w:sz w:val="16"/>
              </w:rPr>
              <w:t>new since last plan; within last 5 years</w:t>
            </w:r>
          </w:p>
        </w:tc>
        <w:tc>
          <w:tcPr>
            <w:tcW w:type="dxa" w:w="2387"/>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44"/>
          </w:tcPr>
          <w:p>
            <w:pPr>
              <w:spacing w:after="0"/>
              <w:jc w:val="left"/>
            </w:pPr>
            <w:r>
              <w:rPr>
                <w:sz w:val="16"/>
              </w:rPr>
              <w:t>Emergency</w:t>
            </w:r>
          </w:p>
        </w:tc>
        <w:tc>
          <w:tcPr>
            <w:tcW w:type="dxa" w:w="2800"/>
          </w:tcPr>
          <w:p>
            <w:pPr>
              <w:spacing w:after="0"/>
              <w:jc w:val="left"/>
            </w:pPr>
            <w:r>
              <w:rPr>
                <w:sz w:val="16"/>
              </w:rPr>
              <w:t>SEVERE STORMS, STRAIGHT-LINE WINDS, FLOODING, AND LANDSLIDES</w:t>
            </w:r>
          </w:p>
        </w:tc>
        <w:tc>
          <w:tcPr>
            <w:tcW w:type="dxa" w:w="2317"/>
          </w:tcPr>
          <w:p>
            <w:pPr>
              <w:spacing w:after="0"/>
              <w:jc w:val="left"/>
            </w:pPr>
            <w:r>
              <w:rPr>
                <w:sz w:val="16"/>
              </w:rPr>
              <w:t>Inland Flooding; Landslide; Strong Wind</w:t>
            </w:r>
          </w:p>
        </w:tc>
        <w:tc>
          <w:tcPr>
            <w:tcW w:type="dxa" w:w="1360"/>
          </w:tcPr>
          <w:p>
            <w:pPr>
              <w:spacing w:after="0"/>
              <w:jc w:val="right"/>
            </w:pPr>
            <w:r>
              <w:rPr>
                <w:sz w:val="16"/>
              </w:rPr>
              <w:t>none found</w:t>
            </w:r>
          </w:p>
        </w:tc>
        <w:tc>
          <w:tcPr>
            <w:tcW w:type="dxa" w:w="994"/>
          </w:tcPr>
          <w:p>
            <w:pPr>
              <w:spacing w:after="0"/>
              <w:jc w:val="left"/>
            </w:pPr>
            <w:r>
              <w:rPr>
                <w:sz w:val="16"/>
              </w:rPr>
              <w:t>new since last plan; within last 5 years</w:t>
            </w:r>
          </w:p>
        </w:tc>
        <w:tc>
          <w:tcPr>
            <w:tcW w:type="dxa" w:w="2387"/>
          </w:tcPr>
          <w:p>
            <w:pPr>
              <w:spacing w:after="0"/>
              <w:jc w:val="left"/>
            </w:pP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44"/>
          </w:tcPr>
          <w:p>
            <w:pPr>
              <w:spacing w:after="0"/>
              <w:jc w:val="left"/>
            </w:pPr>
            <w:r>
              <w:rPr>
                <w:sz w:val="16"/>
              </w:rPr>
              <w:t>Major disaster</w:t>
            </w:r>
          </w:p>
        </w:tc>
        <w:tc>
          <w:tcPr>
            <w:tcW w:type="dxa" w:w="2800"/>
          </w:tcPr>
          <w:p>
            <w:pPr>
              <w:spacing w:after="0"/>
              <w:jc w:val="left"/>
            </w:pPr>
            <w:r>
              <w:rPr>
                <w:sz w:val="16"/>
              </w:rPr>
              <w:t>REMNANTS OF HURRICANE HELENE</w:t>
            </w:r>
          </w:p>
        </w:tc>
        <w:tc>
          <w:tcPr>
            <w:tcW w:type="dxa" w:w="2317"/>
          </w:tcPr>
          <w:p>
            <w:pPr>
              <w:spacing w:after="0"/>
              <w:jc w:val="left"/>
            </w:pPr>
            <w:r>
              <w:rPr>
                <w:sz w:val="16"/>
              </w:rPr>
              <w:t>Hurricane (primary); also designated: Inland Flooding, Landslide, Strong Wind</w:t>
            </w:r>
          </w:p>
        </w:tc>
        <w:tc>
          <w:tcPr>
            <w:tcW w:type="dxa" w:w="1360"/>
          </w:tcPr>
          <w:p>
            <w:pPr>
              <w:spacing w:after="0"/>
              <w:jc w:val="right"/>
            </w:pPr>
            <w:r>
              <w:rPr>
                <w:sz w:val="16"/>
              </w:rPr>
              <w:t>$1,945,168.27</w:t>
            </w:r>
          </w:p>
        </w:tc>
        <w:tc>
          <w:tcPr>
            <w:tcW w:type="dxa" w:w="994"/>
          </w:tcPr>
          <w:p>
            <w:pPr>
              <w:spacing w:after="0"/>
              <w:jc w:val="left"/>
            </w:pPr>
            <w:r>
              <w:rPr>
                <w:sz w:val="16"/>
              </w:rPr>
              <w:t>new since last plan; within last 5 years</w:t>
            </w:r>
          </w:p>
        </w:tc>
        <w:tc>
          <w:tcPr>
            <w:tcW w:type="dxa" w:w="2387"/>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44"/>
          </w:tcPr>
          <w:p>
            <w:pPr>
              <w:spacing w:after="0"/>
              <w:jc w:val="left"/>
            </w:pPr>
            <w:r>
              <w:rPr>
                <w:sz w:val="16"/>
              </w:rPr>
              <w:t>Major disaster</w:t>
            </w:r>
          </w:p>
        </w:tc>
        <w:tc>
          <w:tcPr>
            <w:tcW w:type="dxa" w:w="2800"/>
          </w:tcPr>
          <w:p>
            <w:pPr>
              <w:spacing w:after="0"/>
              <w:jc w:val="left"/>
            </w:pPr>
            <w:r>
              <w:rPr>
                <w:sz w:val="16"/>
              </w:rPr>
              <w:t>SEVERE STORMS, STRAIGHT-LINE WINDS, TORNADOES, FLOODING, LANDSLIDES, AND MUDSLIDES</w:t>
            </w:r>
          </w:p>
        </w:tc>
        <w:tc>
          <w:tcPr>
            <w:tcW w:type="dxa" w:w="2317"/>
          </w:tcPr>
          <w:p>
            <w:pPr>
              <w:spacing w:after="0"/>
              <w:jc w:val="left"/>
            </w:pPr>
            <w:r>
              <w:rPr>
                <w:sz w:val="16"/>
              </w:rPr>
              <w:t>Inland Flooding; Landslide; Strong Wind; Tornado</w:t>
            </w:r>
          </w:p>
        </w:tc>
        <w:tc>
          <w:tcPr>
            <w:tcW w:type="dxa" w:w="1360"/>
          </w:tcPr>
          <w:p>
            <w:pPr>
              <w:spacing w:after="0"/>
              <w:jc w:val="right"/>
            </w:pPr>
            <w:r>
              <w:rPr>
                <w:sz w:val="16"/>
              </w:rPr>
              <w:t>$300,546.72</w:t>
            </w:r>
          </w:p>
        </w:tc>
        <w:tc>
          <w:tcPr>
            <w:tcW w:type="dxa" w:w="994"/>
          </w:tcPr>
          <w:p>
            <w:pPr>
              <w:spacing w:after="0"/>
              <w:jc w:val="left"/>
            </w:pPr>
            <w:r>
              <w:rPr>
                <w:sz w:val="16"/>
              </w:rPr>
              <w:t>new since last plan; within last 5 years</w:t>
            </w:r>
          </w:p>
        </w:tc>
        <w:tc>
          <w:tcPr>
            <w:tcW w:type="dxa" w:w="2387"/>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44"/>
          </w:tcPr>
          <w:p>
            <w:pPr>
              <w:spacing w:after="0"/>
              <w:jc w:val="left"/>
            </w:pPr>
            <w:r>
              <w:rPr>
                <w:sz w:val="16"/>
              </w:rPr>
              <w:t>Major disaster</w:t>
            </w:r>
          </w:p>
        </w:tc>
        <w:tc>
          <w:tcPr>
            <w:tcW w:type="dxa" w:w="2800"/>
          </w:tcPr>
          <w:p>
            <w:pPr>
              <w:spacing w:after="0"/>
              <w:jc w:val="left"/>
            </w:pPr>
            <w:r>
              <w:rPr>
                <w:sz w:val="16"/>
              </w:rPr>
              <w:t>SEVERE, STORMS, FLOODING, LANDSLIDES, AND MUDSLIDES</w:t>
            </w:r>
          </w:p>
        </w:tc>
        <w:tc>
          <w:tcPr>
            <w:tcW w:type="dxa" w:w="2317"/>
          </w:tcPr>
          <w:p>
            <w:pPr>
              <w:spacing w:after="0"/>
              <w:jc w:val="left"/>
            </w:pPr>
            <w:r>
              <w:rPr>
                <w:sz w:val="16"/>
              </w:rPr>
              <w:t>Inland Flooding (primary); also designated: Landslide</w:t>
            </w:r>
          </w:p>
        </w:tc>
        <w:tc>
          <w:tcPr>
            <w:tcW w:type="dxa" w:w="1360"/>
          </w:tcPr>
          <w:p>
            <w:pPr>
              <w:spacing w:after="0"/>
              <w:jc w:val="right"/>
            </w:pPr>
            <w:r>
              <w:rPr>
                <w:sz w:val="16"/>
              </w:rPr>
              <w:t>$228,262.18</w:t>
            </w:r>
          </w:p>
        </w:tc>
        <w:tc>
          <w:tcPr>
            <w:tcW w:type="dxa" w:w="994"/>
          </w:tcPr>
          <w:p>
            <w:pPr>
              <w:spacing w:after="0"/>
              <w:jc w:val="left"/>
            </w:pPr>
          </w:p>
        </w:tc>
        <w:tc>
          <w:tcPr>
            <w:tcW w:type="dxa" w:w="2387"/>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44"/>
          </w:tcPr>
          <w:p>
            <w:pPr>
              <w:spacing w:after="0"/>
              <w:jc w:val="left"/>
            </w:pPr>
            <w:r>
              <w:rPr>
                <w:sz w:val="16"/>
              </w:rPr>
              <w:t>Major disaster</w:t>
            </w:r>
          </w:p>
        </w:tc>
        <w:tc>
          <w:tcPr>
            <w:tcW w:type="dxa" w:w="2800"/>
          </w:tcPr>
          <w:p>
            <w:pPr>
              <w:spacing w:after="0"/>
              <w:jc w:val="left"/>
            </w:pPr>
            <w:r>
              <w:rPr>
                <w:sz w:val="16"/>
              </w:rPr>
              <w:t>SEVERE WINTER STORMS, LANDSLIDES, AND MUDSLIDES</w:t>
            </w:r>
          </w:p>
        </w:tc>
        <w:tc>
          <w:tcPr>
            <w:tcW w:type="dxa" w:w="2317"/>
          </w:tcPr>
          <w:p>
            <w:pPr>
              <w:spacing w:after="0"/>
              <w:jc w:val="left"/>
            </w:pPr>
            <w:r>
              <w:rPr>
                <w:sz w:val="16"/>
              </w:rPr>
              <w:t>Ice Storm</w:t>
            </w:r>
          </w:p>
        </w:tc>
        <w:tc>
          <w:tcPr>
            <w:tcW w:type="dxa" w:w="1360"/>
          </w:tcPr>
          <w:p>
            <w:pPr>
              <w:spacing w:after="0"/>
              <w:jc w:val="right"/>
            </w:pPr>
            <w:r>
              <w:rPr>
                <w:sz w:val="16"/>
              </w:rPr>
              <w:t>$3,123,558.03</w:t>
            </w:r>
          </w:p>
        </w:tc>
        <w:tc>
          <w:tcPr>
            <w:tcW w:type="dxa" w:w="994"/>
          </w:tcPr>
          <w:p>
            <w:pPr>
              <w:spacing w:after="0"/>
              <w:jc w:val="left"/>
            </w:pPr>
          </w:p>
        </w:tc>
        <w:tc>
          <w:tcPr>
            <w:tcW w:type="dxa" w:w="2387"/>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44"/>
          </w:tcPr>
          <w:p>
            <w:pPr>
              <w:spacing w:after="0"/>
              <w:jc w:val="left"/>
            </w:pPr>
            <w:r>
              <w:rPr>
                <w:sz w:val="16"/>
              </w:rPr>
              <w:t>Major disaster</w:t>
            </w:r>
          </w:p>
        </w:tc>
        <w:tc>
          <w:tcPr>
            <w:tcW w:type="dxa" w:w="2800"/>
          </w:tcPr>
          <w:p>
            <w:pPr>
              <w:spacing w:after="0"/>
              <w:jc w:val="left"/>
            </w:pPr>
            <w:r>
              <w:rPr>
                <w:sz w:val="16"/>
              </w:rPr>
              <w:t>COVID-19 PANDEMIC</w:t>
            </w:r>
          </w:p>
        </w:tc>
        <w:tc>
          <w:tcPr>
            <w:tcW w:type="dxa" w:w="2317"/>
          </w:tcPr>
          <w:p>
            <w:pPr>
              <w:spacing w:after="0"/>
              <w:jc w:val="left"/>
            </w:pPr>
            <w:r>
              <w:rPr>
                <w:sz w:val="16"/>
              </w:rPr>
              <w:t>Non-natural, not counted</w:t>
            </w:r>
          </w:p>
        </w:tc>
        <w:tc>
          <w:tcPr>
            <w:tcW w:type="dxa" w:w="1360"/>
          </w:tcPr>
          <w:p>
            <w:pPr>
              <w:spacing w:after="0"/>
              <w:jc w:val="right"/>
            </w:pPr>
            <w:r>
              <w:rPr>
                <w:sz w:val="16"/>
              </w:rPr>
              <w:t>$134,063.48</w:t>
            </w:r>
          </w:p>
        </w:tc>
        <w:tc>
          <w:tcPr>
            <w:tcW w:type="dxa" w:w="994"/>
          </w:tcPr>
          <w:p>
            <w:pPr>
              <w:spacing w:after="0"/>
              <w:jc w:val="left"/>
            </w:pPr>
          </w:p>
        </w:tc>
        <w:tc>
          <w:tcPr>
            <w:tcW w:type="dxa" w:w="23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44"/>
          </w:tcPr>
          <w:p>
            <w:pPr>
              <w:spacing w:after="0"/>
              <w:jc w:val="left"/>
            </w:pPr>
            <w:r>
              <w:rPr>
                <w:sz w:val="16"/>
              </w:rPr>
              <w:t>Emergency</w:t>
            </w:r>
          </w:p>
        </w:tc>
        <w:tc>
          <w:tcPr>
            <w:tcW w:type="dxa" w:w="2800"/>
          </w:tcPr>
          <w:p>
            <w:pPr>
              <w:spacing w:after="0"/>
              <w:jc w:val="left"/>
            </w:pPr>
            <w:r>
              <w:rPr>
                <w:sz w:val="16"/>
              </w:rPr>
              <w:t>COVID-19</w:t>
            </w:r>
          </w:p>
        </w:tc>
        <w:tc>
          <w:tcPr>
            <w:tcW w:type="dxa" w:w="2317"/>
          </w:tcPr>
          <w:p>
            <w:pPr>
              <w:spacing w:after="0"/>
              <w:jc w:val="left"/>
            </w:pPr>
            <w:r>
              <w:rPr>
                <w:sz w:val="16"/>
              </w:rPr>
              <w:t>Non-natural, not counted</w:t>
            </w:r>
          </w:p>
        </w:tc>
        <w:tc>
          <w:tcPr>
            <w:tcW w:type="dxa" w:w="1360"/>
          </w:tcPr>
          <w:p>
            <w:pPr>
              <w:spacing w:after="0"/>
              <w:jc w:val="right"/>
            </w:pPr>
            <w:r>
              <w:rPr>
                <w:sz w:val="16"/>
              </w:rPr>
              <w:t>none found</w:t>
            </w:r>
          </w:p>
        </w:tc>
        <w:tc>
          <w:tcPr>
            <w:tcW w:type="dxa" w:w="994"/>
          </w:tcPr>
          <w:p>
            <w:pPr>
              <w:spacing w:after="0"/>
              <w:jc w:val="left"/>
            </w:pPr>
          </w:p>
        </w:tc>
        <w:tc>
          <w:tcPr>
            <w:tcW w:type="dxa" w:w="2387"/>
          </w:tcPr>
          <w:p>
            <w:pPr>
              <w:spacing w:after="0"/>
              <w:jc w:val="left"/>
            </w:pPr>
            <w:r>
              <w:rPr>
                <w:sz w:val="16"/>
              </w:rPr>
              <w:t>same incident as DR-4497</w:t>
            </w: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144"/>
          </w:tcPr>
          <w:p>
            <w:pPr>
              <w:spacing w:after="0"/>
              <w:jc w:val="left"/>
            </w:pPr>
            <w:r>
              <w:rPr>
                <w:sz w:val="16"/>
              </w:rPr>
              <w:t>Major disaster</w:t>
            </w:r>
          </w:p>
        </w:tc>
        <w:tc>
          <w:tcPr>
            <w:tcW w:type="dxa" w:w="2800"/>
          </w:tcPr>
          <w:p>
            <w:pPr>
              <w:spacing w:after="0"/>
              <w:jc w:val="left"/>
            </w:pPr>
            <w:r>
              <w:rPr>
                <w:sz w:val="16"/>
              </w:rPr>
              <w:t>SEVERE STORMS, TORNADOES, FLOODING, LANDSLIDES, AND MUDSLIDES</w:t>
            </w:r>
          </w:p>
        </w:tc>
        <w:tc>
          <w:tcPr>
            <w:tcW w:type="dxa" w:w="2317"/>
          </w:tcPr>
          <w:p>
            <w:pPr>
              <w:spacing w:after="0"/>
              <w:jc w:val="left"/>
            </w:pPr>
            <w:r>
              <w:rPr>
                <w:sz w:val="16"/>
              </w:rPr>
              <w:t>Inland Flooding (primary); also designated: Landslide, Tornado</w:t>
            </w:r>
          </w:p>
        </w:tc>
        <w:tc>
          <w:tcPr>
            <w:tcW w:type="dxa" w:w="1360"/>
          </w:tcPr>
          <w:p>
            <w:pPr>
              <w:spacing w:after="0"/>
              <w:jc w:val="right"/>
            </w:pPr>
            <w:r>
              <w:rPr>
                <w:sz w:val="16"/>
              </w:rPr>
              <w:t>$294,011.31</w:t>
            </w:r>
          </w:p>
        </w:tc>
        <w:tc>
          <w:tcPr>
            <w:tcW w:type="dxa" w:w="994"/>
          </w:tcPr>
          <w:p>
            <w:pPr>
              <w:spacing w:after="0"/>
              <w:jc w:val="left"/>
            </w:pPr>
          </w:p>
        </w:tc>
        <w:tc>
          <w:tcPr>
            <w:tcW w:type="dxa" w:w="2387"/>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44"/>
          </w:tcPr>
          <w:p>
            <w:pPr>
              <w:spacing w:after="0"/>
              <w:jc w:val="left"/>
            </w:pPr>
            <w:r>
              <w:rPr>
                <w:sz w:val="16"/>
              </w:rPr>
              <w:t>Major disaster</w:t>
            </w:r>
          </w:p>
        </w:tc>
        <w:tc>
          <w:tcPr>
            <w:tcW w:type="dxa" w:w="2800"/>
          </w:tcPr>
          <w:p>
            <w:pPr>
              <w:spacing w:after="0"/>
              <w:jc w:val="left"/>
            </w:pPr>
            <w:r>
              <w:rPr>
                <w:sz w:val="16"/>
              </w:rPr>
              <w:t>SEVERE WINTER STORMS, SNOWSTORMS, FLOODING, LANDSLIDES, AND MUDSLIDES</w:t>
            </w:r>
          </w:p>
        </w:tc>
        <w:tc>
          <w:tcPr>
            <w:tcW w:type="dxa" w:w="2317"/>
          </w:tcPr>
          <w:p>
            <w:pPr>
              <w:spacing w:after="0"/>
              <w:jc w:val="left"/>
            </w:pPr>
            <w:r>
              <w:rPr>
                <w:sz w:val="16"/>
              </w:rPr>
              <w:t>Winter Weather (primary); also designated: Inland Flooding, Landslide</w:t>
            </w:r>
          </w:p>
        </w:tc>
        <w:tc>
          <w:tcPr>
            <w:tcW w:type="dxa" w:w="1360"/>
          </w:tcPr>
          <w:p>
            <w:pPr>
              <w:spacing w:after="0"/>
              <w:jc w:val="right"/>
            </w:pPr>
            <w:r>
              <w:rPr>
                <w:sz w:val="16"/>
              </w:rPr>
              <w:t>$102,675.68</w:t>
            </w:r>
          </w:p>
        </w:tc>
        <w:tc>
          <w:tcPr>
            <w:tcW w:type="dxa" w:w="994"/>
          </w:tcPr>
          <w:p>
            <w:pPr>
              <w:spacing w:after="0"/>
              <w:jc w:val="left"/>
            </w:pPr>
          </w:p>
        </w:tc>
        <w:tc>
          <w:tcPr>
            <w:tcW w:type="dxa" w:w="2387"/>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44"/>
          </w:tcPr>
          <w:p>
            <w:pPr>
              <w:spacing w:after="0"/>
              <w:jc w:val="left"/>
            </w:pPr>
            <w:r>
              <w:rPr>
                <w:sz w:val="16"/>
              </w:rPr>
              <w:t>Major disaster</w:t>
            </w:r>
          </w:p>
        </w:tc>
        <w:tc>
          <w:tcPr>
            <w:tcW w:type="dxa" w:w="2800"/>
          </w:tcPr>
          <w:p>
            <w:pPr>
              <w:spacing w:after="0"/>
              <w:jc w:val="left"/>
            </w:pPr>
            <w:r>
              <w:rPr>
                <w:sz w:val="16"/>
              </w:rPr>
              <w:t>SEVERE STORMS, FLOODING, MUDSLIDES, AND TORNADOES</w:t>
            </w:r>
          </w:p>
        </w:tc>
        <w:tc>
          <w:tcPr>
            <w:tcW w:type="dxa" w:w="2317"/>
          </w:tcPr>
          <w:p>
            <w:pPr>
              <w:spacing w:after="0"/>
              <w:jc w:val="left"/>
            </w:pPr>
            <w:r>
              <w:rPr>
                <w:sz w:val="16"/>
              </w:rPr>
              <w:t>Inland Flooding; Landslide; Tornado</w:t>
            </w:r>
          </w:p>
        </w:tc>
        <w:tc>
          <w:tcPr>
            <w:tcW w:type="dxa" w:w="1360"/>
          </w:tcPr>
          <w:p>
            <w:pPr>
              <w:spacing w:after="0"/>
              <w:jc w:val="right"/>
            </w:pPr>
            <w:r>
              <w:rPr>
                <w:sz w:val="16"/>
              </w:rPr>
              <w:t>$201,946.18</w:t>
            </w:r>
          </w:p>
        </w:tc>
        <w:tc>
          <w:tcPr>
            <w:tcW w:type="dxa" w:w="994"/>
          </w:tcPr>
          <w:p>
            <w:pPr>
              <w:spacing w:after="0"/>
              <w:jc w:val="left"/>
            </w:pPr>
          </w:p>
        </w:tc>
        <w:tc>
          <w:tcPr>
            <w:tcW w:type="dxa" w:w="2387"/>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44"/>
          </w:tcPr>
          <w:p>
            <w:pPr>
              <w:spacing w:after="0"/>
              <w:jc w:val="left"/>
            </w:pPr>
            <w:r>
              <w:rPr>
                <w:sz w:val="16"/>
              </w:rPr>
              <w:t>Major disaster</w:t>
            </w:r>
          </w:p>
        </w:tc>
        <w:tc>
          <w:tcPr>
            <w:tcW w:type="dxa" w:w="2800"/>
          </w:tcPr>
          <w:p>
            <w:pPr>
              <w:spacing w:after="0"/>
              <w:jc w:val="left"/>
            </w:pPr>
            <w:r>
              <w:rPr>
                <w:sz w:val="16"/>
              </w:rPr>
              <w:t>SEVERE WINTER STORM AND FLOODING</w:t>
            </w:r>
          </w:p>
        </w:tc>
        <w:tc>
          <w:tcPr>
            <w:tcW w:type="dxa" w:w="2317"/>
          </w:tcPr>
          <w:p>
            <w:pPr>
              <w:spacing w:after="0"/>
              <w:jc w:val="left"/>
            </w:pPr>
            <w:r>
              <w:rPr>
                <w:sz w:val="16"/>
              </w:rPr>
              <w:t>Ice Storm</w:t>
            </w:r>
          </w:p>
        </w:tc>
        <w:tc>
          <w:tcPr>
            <w:tcW w:type="dxa" w:w="1360"/>
          </w:tcPr>
          <w:p>
            <w:pPr>
              <w:spacing w:after="0"/>
              <w:jc w:val="right"/>
            </w:pPr>
            <w:r>
              <w:rPr>
                <w:sz w:val="16"/>
              </w:rPr>
              <w:t>$1,373,638.86</w:t>
            </w:r>
          </w:p>
        </w:tc>
        <w:tc>
          <w:tcPr>
            <w:tcW w:type="dxa" w:w="994"/>
          </w:tcPr>
          <w:p>
            <w:pPr>
              <w:spacing w:after="0"/>
              <w:jc w:val="left"/>
            </w:pPr>
          </w:p>
        </w:tc>
        <w:tc>
          <w:tcPr>
            <w:tcW w:type="dxa" w:w="2387"/>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44"/>
          </w:tcPr>
          <w:p>
            <w:pPr>
              <w:spacing w:after="0"/>
              <w:jc w:val="left"/>
            </w:pPr>
            <w:r>
              <w:rPr>
                <w:sz w:val="16"/>
              </w:rPr>
              <w:t>Emergency</w:t>
            </w:r>
          </w:p>
        </w:tc>
        <w:tc>
          <w:tcPr>
            <w:tcW w:type="dxa" w:w="2800"/>
          </w:tcPr>
          <w:p>
            <w:pPr>
              <w:spacing w:after="0"/>
              <w:jc w:val="left"/>
            </w:pPr>
            <w:r>
              <w:rPr>
                <w:sz w:val="16"/>
              </w:rPr>
              <w:t>SEVERE WINTER STORM</w:t>
            </w:r>
          </w:p>
        </w:tc>
        <w:tc>
          <w:tcPr>
            <w:tcW w:type="dxa" w:w="2317"/>
          </w:tcPr>
          <w:p>
            <w:pPr>
              <w:spacing w:after="0"/>
              <w:jc w:val="left"/>
            </w:pPr>
            <w:r>
              <w:rPr>
                <w:sz w:val="16"/>
              </w:rPr>
              <w:t>Ice Storm</w:t>
            </w:r>
          </w:p>
        </w:tc>
        <w:tc>
          <w:tcPr>
            <w:tcW w:type="dxa" w:w="1360"/>
          </w:tcPr>
          <w:p>
            <w:pPr>
              <w:spacing w:after="0"/>
              <w:jc w:val="right"/>
            </w:pPr>
            <w:r>
              <w:rPr>
                <w:sz w:val="16"/>
              </w:rPr>
              <w:t>none found</w:t>
            </w:r>
          </w:p>
        </w:tc>
        <w:tc>
          <w:tcPr>
            <w:tcW w:type="dxa" w:w="994"/>
          </w:tcPr>
          <w:p>
            <w:pPr>
              <w:spacing w:after="0"/>
              <w:jc w:val="left"/>
            </w:pPr>
          </w:p>
        </w:tc>
        <w:tc>
          <w:tcPr>
            <w:tcW w:type="dxa" w:w="2387"/>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44"/>
          </w:tcPr>
          <w:p>
            <w:pPr>
              <w:spacing w:after="0"/>
              <w:jc w:val="left"/>
            </w:pPr>
            <w:r>
              <w:rPr>
                <w:sz w:val="16"/>
              </w:rPr>
              <w:t>Emergency</w:t>
            </w:r>
          </w:p>
        </w:tc>
        <w:tc>
          <w:tcPr>
            <w:tcW w:type="dxa" w:w="2800"/>
          </w:tcPr>
          <w:p>
            <w:pPr>
              <w:spacing w:after="0"/>
              <w:jc w:val="left"/>
            </w:pPr>
            <w:r>
              <w:rPr>
                <w:sz w:val="16"/>
              </w:rPr>
              <w:t>HURRICANE KATRINA</w:t>
            </w:r>
          </w:p>
        </w:tc>
        <w:tc>
          <w:tcPr>
            <w:tcW w:type="dxa" w:w="2317"/>
          </w:tcPr>
          <w:p>
            <w:pPr>
              <w:spacing w:after="0"/>
              <w:jc w:val="left"/>
            </w:pPr>
            <w:r>
              <w:rPr>
                <w:sz w:val="16"/>
              </w:rPr>
              <w:t>Hurricane: evacuation support, not a local hazard event; not counted</w:t>
            </w:r>
          </w:p>
        </w:tc>
        <w:tc>
          <w:tcPr>
            <w:tcW w:type="dxa" w:w="1360"/>
          </w:tcPr>
          <w:p>
            <w:pPr>
              <w:spacing w:after="0"/>
              <w:jc w:val="right"/>
            </w:pPr>
            <w:r>
              <w:rPr>
                <w:sz w:val="16"/>
              </w:rPr>
              <w:t>none found</w:t>
            </w:r>
          </w:p>
        </w:tc>
        <w:tc>
          <w:tcPr>
            <w:tcW w:type="dxa" w:w="994"/>
          </w:tcPr>
          <w:p>
            <w:pPr>
              <w:spacing w:after="0"/>
              <w:jc w:val="left"/>
            </w:pPr>
          </w:p>
        </w:tc>
        <w:tc>
          <w:tcPr>
            <w:tcW w:type="dxa" w:w="2387"/>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44"/>
          </w:tcPr>
          <w:p>
            <w:pPr>
              <w:spacing w:after="0"/>
              <w:jc w:val="left"/>
            </w:pPr>
            <w:r>
              <w:rPr>
                <w:sz w:val="16"/>
              </w:rPr>
              <w:t>Major disaster</w:t>
            </w:r>
          </w:p>
        </w:tc>
        <w:tc>
          <w:tcPr>
            <w:tcW w:type="dxa" w:w="2800"/>
          </w:tcPr>
          <w:p>
            <w:pPr>
              <w:spacing w:after="0"/>
              <w:jc w:val="left"/>
            </w:pPr>
            <w:r>
              <w:rPr>
                <w:sz w:val="16"/>
              </w:rPr>
              <w:t>SEVERE STORMS, TORNADOES, FLOODING, AND MUDSLIDES</w:t>
            </w:r>
          </w:p>
        </w:tc>
        <w:tc>
          <w:tcPr>
            <w:tcW w:type="dxa" w:w="2317"/>
          </w:tcPr>
          <w:p>
            <w:pPr>
              <w:spacing w:after="0"/>
              <w:jc w:val="left"/>
            </w:pPr>
            <w:r>
              <w:rPr>
                <w:sz w:val="16"/>
              </w:rPr>
              <w:t>Inland Flooding; Landslide; Tornado</w:t>
            </w:r>
          </w:p>
        </w:tc>
        <w:tc>
          <w:tcPr>
            <w:tcW w:type="dxa" w:w="1360"/>
          </w:tcPr>
          <w:p>
            <w:pPr>
              <w:spacing w:after="0"/>
              <w:jc w:val="right"/>
            </w:pPr>
            <w:r>
              <w:rPr>
                <w:sz w:val="16"/>
              </w:rPr>
              <w:t>$78,131.79</w:t>
            </w:r>
          </w:p>
        </w:tc>
        <w:tc>
          <w:tcPr>
            <w:tcW w:type="dxa" w:w="994"/>
          </w:tcPr>
          <w:p>
            <w:pPr>
              <w:spacing w:after="0"/>
              <w:jc w:val="left"/>
            </w:pPr>
          </w:p>
        </w:tc>
        <w:tc>
          <w:tcPr>
            <w:tcW w:type="dxa" w:w="2387"/>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44"/>
          </w:tcPr>
          <w:p>
            <w:pPr>
              <w:spacing w:after="0"/>
              <w:jc w:val="left"/>
            </w:pPr>
            <w:r>
              <w:rPr>
                <w:sz w:val="16"/>
              </w:rPr>
              <w:t>Major disaster</w:t>
            </w:r>
          </w:p>
        </w:tc>
        <w:tc>
          <w:tcPr>
            <w:tcW w:type="dxa" w:w="2800"/>
          </w:tcPr>
          <w:p>
            <w:pPr>
              <w:spacing w:after="0"/>
              <w:jc w:val="left"/>
            </w:pPr>
            <w:r>
              <w:rPr>
                <w:sz w:val="16"/>
              </w:rPr>
              <w:t>SEVERE WINTER ICE AND SNOW STORMS, HEAVY RAIN, FLOODING, TORNADOES, AND MUD AND</w:t>
            </w:r>
          </w:p>
        </w:tc>
        <w:tc>
          <w:tcPr>
            <w:tcW w:type="dxa" w:w="2317"/>
          </w:tcPr>
          <w:p>
            <w:pPr>
              <w:spacing w:after="0"/>
              <w:jc w:val="left"/>
            </w:pPr>
            <w:r>
              <w:rPr>
                <w:sz w:val="16"/>
              </w:rPr>
              <w:t>Inland Flooding; Tornado; Winter Weather</w:t>
            </w:r>
          </w:p>
        </w:tc>
        <w:tc>
          <w:tcPr>
            <w:tcW w:type="dxa" w:w="1360"/>
          </w:tcPr>
          <w:p>
            <w:pPr>
              <w:spacing w:after="0"/>
              <w:jc w:val="right"/>
            </w:pPr>
            <w:r>
              <w:rPr>
                <w:sz w:val="16"/>
              </w:rPr>
              <w:t>$645,953.27</w:t>
            </w:r>
          </w:p>
        </w:tc>
        <w:tc>
          <w:tcPr>
            <w:tcW w:type="dxa" w:w="994"/>
          </w:tcPr>
          <w:p>
            <w:pPr>
              <w:spacing w:after="0"/>
              <w:jc w:val="left"/>
            </w:pPr>
          </w:p>
        </w:tc>
        <w:tc>
          <w:tcPr>
            <w:tcW w:type="dxa" w:w="2387"/>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44"/>
          </w:tcPr>
          <w:p>
            <w:pPr>
              <w:spacing w:after="0"/>
              <w:jc w:val="left"/>
            </w:pPr>
            <w:r>
              <w:rPr>
                <w:sz w:val="16"/>
              </w:rPr>
              <w:t>Major disaster</w:t>
            </w:r>
          </w:p>
        </w:tc>
        <w:tc>
          <w:tcPr>
            <w:tcW w:type="dxa" w:w="2800"/>
          </w:tcPr>
          <w:p>
            <w:pPr>
              <w:spacing w:after="0"/>
              <w:jc w:val="left"/>
            </w:pPr>
            <w:r>
              <w:rPr>
                <w:sz w:val="16"/>
              </w:rPr>
              <w:t>SEVERE WINTER STORM</w:t>
            </w:r>
          </w:p>
        </w:tc>
        <w:tc>
          <w:tcPr>
            <w:tcW w:type="dxa" w:w="2317"/>
          </w:tcPr>
          <w:p>
            <w:pPr>
              <w:spacing w:after="0"/>
              <w:jc w:val="left"/>
            </w:pPr>
            <w:r>
              <w:rPr>
                <w:sz w:val="16"/>
              </w:rPr>
              <w:t>Winter Weather</w:t>
            </w:r>
          </w:p>
        </w:tc>
        <w:tc>
          <w:tcPr>
            <w:tcW w:type="dxa" w:w="1360"/>
          </w:tcPr>
          <w:p>
            <w:pPr>
              <w:spacing w:after="0"/>
              <w:jc w:val="right"/>
            </w:pPr>
            <w:r>
              <w:rPr>
                <w:sz w:val="16"/>
              </w:rPr>
              <w:t>none found</w:t>
            </w:r>
          </w:p>
        </w:tc>
        <w:tc>
          <w:tcPr>
            <w:tcW w:type="dxa" w:w="994"/>
          </w:tcPr>
          <w:p>
            <w:pPr>
              <w:spacing w:after="0"/>
              <w:jc w:val="left"/>
            </w:pPr>
          </w:p>
        </w:tc>
        <w:tc>
          <w:tcPr>
            <w:tcW w:type="dxa" w:w="2387"/>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44"/>
          </w:tcPr>
          <w:p>
            <w:pPr>
              <w:spacing w:after="0"/>
              <w:jc w:val="left"/>
            </w:pPr>
            <w:r>
              <w:rPr>
                <w:sz w:val="16"/>
              </w:rPr>
              <w:t>Major disaster</w:t>
            </w:r>
          </w:p>
        </w:tc>
        <w:tc>
          <w:tcPr>
            <w:tcW w:type="dxa" w:w="2800"/>
          </w:tcPr>
          <w:p>
            <w:pPr>
              <w:spacing w:after="0"/>
              <w:jc w:val="left"/>
            </w:pPr>
            <w:r>
              <w:rPr>
                <w:sz w:val="16"/>
              </w:rPr>
              <w:t>SEVERE STORM, FLOODING, AND TORNADOES</w:t>
            </w:r>
          </w:p>
        </w:tc>
        <w:tc>
          <w:tcPr>
            <w:tcW w:type="dxa" w:w="2317"/>
          </w:tcPr>
          <w:p>
            <w:pPr>
              <w:spacing w:after="0"/>
              <w:jc w:val="left"/>
            </w:pPr>
            <w:r>
              <w:rPr>
                <w:sz w:val="16"/>
              </w:rPr>
              <w:t>Inland Flooding; Tornado</w:t>
            </w:r>
          </w:p>
        </w:tc>
        <w:tc>
          <w:tcPr>
            <w:tcW w:type="dxa" w:w="1360"/>
          </w:tcPr>
          <w:p>
            <w:pPr>
              <w:spacing w:after="0"/>
              <w:jc w:val="right"/>
            </w:pPr>
            <w:r>
              <w:rPr>
                <w:sz w:val="16"/>
              </w:rPr>
              <w:t>none found</w:t>
            </w:r>
          </w:p>
        </w:tc>
        <w:tc>
          <w:tcPr>
            <w:tcW w:type="dxa" w:w="994"/>
          </w:tcPr>
          <w:p>
            <w:pPr>
              <w:spacing w:after="0"/>
              <w:jc w:val="left"/>
            </w:pPr>
          </w:p>
        </w:tc>
        <w:tc>
          <w:tcPr>
            <w:tcW w:type="dxa" w:w="238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44"/>
          </w:tcPr>
          <w:p>
            <w:pPr>
              <w:spacing w:after="0"/>
              <w:jc w:val="left"/>
            </w:pPr>
            <w:r>
              <w:rPr>
                <w:sz w:val="16"/>
              </w:rPr>
              <w:t>Major disaster</w:t>
            </w:r>
          </w:p>
        </w:tc>
        <w:tc>
          <w:tcPr>
            <w:tcW w:type="dxa" w:w="2800"/>
          </w:tcPr>
          <w:p>
            <w:pPr>
              <w:spacing w:after="0"/>
              <w:jc w:val="left"/>
            </w:pPr>
            <w:r>
              <w:rPr>
                <w:sz w:val="16"/>
              </w:rPr>
              <w:t>BLIZZARD OF 96</w:t>
            </w:r>
          </w:p>
        </w:tc>
        <w:tc>
          <w:tcPr>
            <w:tcW w:type="dxa" w:w="2317"/>
          </w:tcPr>
          <w:p>
            <w:pPr>
              <w:spacing w:after="0"/>
              <w:jc w:val="left"/>
            </w:pPr>
            <w:r>
              <w:rPr>
                <w:sz w:val="16"/>
              </w:rPr>
              <w:t>Winter Weather</w:t>
            </w:r>
          </w:p>
        </w:tc>
        <w:tc>
          <w:tcPr>
            <w:tcW w:type="dxa" w:w="1360"/>
          </w:tcPr>
          <w:p>
            <w:pPr>
              <w:spacing w:after="0"/>
              <w:jc w:val="right"/>
            </w:pPr>
            <w:r>
              <w:rPr>
                <w:sz w:val="16"/>
              </w:rPr>
              <w:t>none found</w:t>
            </w:r>
          </w:p>
        </w:tc>
        <w:tc>
          <w:tcPr>
            <w:tcW w:type="dxa" w:w="994"/>
          </w:tcPr>
          <w:p>
            <w:pPr>
              <w:spacing w:after="0"/>
              <w:jc w:val="left"/>
            </w:pPr>
          </w:p>
        </w:tc>
        <w:tc>
          <w:tcPr>
            <w:tcW w:type="dxa" w:w="2387"/>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44"/>
          </w:tcPr>
          <w:p>
            <w:pPr>
              <w:spacing w:after="0"/>
              <w:jc w:val="left"/>
            </w:pPr>
            <w:r>
              <w:rPr>
                <w:sz w:val="16"/>
              </w:rPr>
              <w:t>Major disaster</w:t>
            </w:r>
          </w:p>
        </w:tc>
        <w:tc>
          <w:tcPr>
            <w:tcW w:type="dxa" w:w="2800"/>
          </w:tcPr>
          <w:p>
            <w:pPr>
              <w:spacing w:after="0"/>
              <w:jc w:val="left"/>
            </w:pPr>
            <w:r>
              <w:rPr>
                <w:sz w:val="16"/>
              </w:rPr>
              <w:t>TORNADOES, SEVERE WINDS, HAIL</w:t>
            </w:r>
          </w:p>
        </w:tc>
        <w:tc>
          <w:tcPr>
            <w:tcW w:type="dxa" w:w="2317"/>
          </w:tcPr>
          <w:p>
            <w:pPr>
              <w:spacing w:after="0"/>
              <w:jc w:val="left"/>
            </w:pPr>
            <w:r>
              <w:rPr>
                <w:sz w:val="16"/>
              </w:rPr>
              <w:t>Tornado (primary); also designated: Hail</w:t>
            </w:r>
          </w:p>
        </w:tc>
        <w:tc>
          <w:tcPr>
            <w:tcW w:type="dxa" w:w="1360"/>
          </w:tcPr>
          <w:p>
            <w:pPr>
              <w:spacing w:after="0"/>
              <w:jc w:val="right"/>
            </w:pPr>
            <w:r>
              <w:rPr>
                <w:sz w:val="16"/>
              </w:rPr>
              <w:t>none found</w:t>
            </w:r>
          </w:p>
        </w:tc>
        <w:tc>
          <w:tcPr>
            <w:tcW w:type="dxa" w:w="994"/>
          </w:tcPr>
          <w:p>
            <w:pPr>
              <w:spacing w:after="0"/>
              <w:jc w:val="left"/>
            </w:pPr>
          </w:p>
        </w:tc>
        <w:tc>
          <w:tcPr>
            <w:tcW w:type="dxa" w:w="2387"/>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44"/>
          </w:tcPr>
          <w:p>
            <w:pPr>
              <w:spacing w:after="0"/>
              <w:jc w:val="left"/>
            </w:pPr>
            <w:r>
              <w:rPr>
                <w:sz w:val="16"/>
              </w:rPr>
              <w:t>Major disaster</w:t>
            </w:r>
          </w:p>
        </w:tc>
        <w:tc>
          <w:tcPr>
            <w:tcW w:type="dxa" w:w="2800"/>
          </w:tcPr>
          <w:p>
            <w:pPr>
              <w:spacing w:after="0"/>
              <w:jc w:val="left"/>
            </w:pPr>
            <w:r>
              <w:rPr>
                <w:sz w:val="16"/>
              </w:rPr>
              <w:t>SEVERE WEATHER, FREEZING RAIN, SLEET, SNW</w:t>
            </w:r>
          </w:p>
        </w:tc>
        <w:tc>
          <w:tcPr>
            <w:tcW w:type="dxa" w:w="2317"/>
          </w:tcPr>
          <w:p>
            <w:pPr>
              <w:spacing w:after="0"/>
              <w:jc w:val="left"/>
            </w:pPr>
            <w:r>
              <w:rPr>
                <w:sz w:val="16"/>
              </w:rPr>
              <w:t>Winter Weather</w:t>
            </w:r>
          </w:p>
        </w:tc>
        <w:tc>
          <w:tcPr>
            <w:tcW w:type="dxa" w:w="1360"/>
          </w:tcPr>
          <w:p>
            <w:pPr>
              <w:spacing w:after="0"/>
              <w:jc w:val="right"/>
            </w:pPr>
            <w:r>
              <w:rPr>
                <w:sz w:val="16"/>
              </w:rPr>
              <w:t>none found</w:t>
            </w:r>
          </w:p>
        </w:tc>
        <w:tc>
          <w:tcPr>
            <w:tcW w:type="dxa" w:w="994"/>
          </w:tcPr>
          <w:p>
            <w:pPr>
              <w:spacing w:after="0"/>
              <w:jc w:val="left"/>
            </w:pPr>
          </w:p>
        </w:tc>
        <w:tc>
          <w:tcPr>
            <w:tcW w:type="dxa" w:w="2387"/>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44"/>
          </w:tcPr>
          <w:p>
            <w:pPr>
              <w:spacing w:after="0"/>
              <w:jc w:val="left"/>
            </w:pPr>
            <w:r>
              <w:rPr>
                <w:sz w:val="16"/>
              </w:rPr>
              <w:t>Emergency</w:t>
            </w:r>
          </w:p>
        </w:tc>
        <w:tc>
          <w:tcPr>
            <w:tcW w:type="dxa" w:w="2800"/>
          </w:tcPr>
          <w:p>
            <w:pPr>
              <w:spacing w:after="0"/>
              <w:jc w:val="left"/>
            </w:pPr>
            <w:r>
              <w:rPr>
                <w:sz w:val="16"/>
              </w:rPr>
              <w:t>SEVERE SNOWFALL &amp; WINTER STORM</w:t>
            </w:r>
          </w:p>
        </w:tc>
        <w:tc>
          <w:tcPr>
            <w:tcW w:type="dxa" w:w="2317"/>
          </w:tcPr>
          <w:p>
            <w:pPr>
              <w:spacing w:after="0"/>
              <w:jc w:val="left"/>
            </w:pPr>
            <w:r>
              <w:rPr>
                <w:sz w:val="16"/>
              </w:rPr>
              <w:t>Winter Weather</w:t>
            </w:r>
          </w:p>
        </w:tc>
        <w:tc>
          <w:tcPr>
            <w:tcW w:type="dxa" w:w="1360"/>
          </w:tcPr>
          <w:p>
            <w:pPr>
              <w:spacing w:after="0"/>
              <w:jc w:val="right"/>
            </w:pPr>
            <w:r>
              <w:rPr>
                <w:sz w:val="16"/>
              </w:rPr>
              <w:t>none found</w:t>
            </w:r>
          </w:p>
        </w:tc>
        <w:tc>
          <w:tcPr>
            <w:tcW w:type="dxa" w:w="994"/>
          </w:tcPr>
          <w:p>
            <w:pPr>
              <w:spacing w:after="0"/>
              <w:jc w:val="left"/>
            </w:pPr>
          </w:p>
        </w:tc>
        <w:tc>
          <w:tcPr>
            <w:tcW w:type="dxa" w:w="2387"/>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44"/>
          </w:tcPr>
          <w:p>
            <w:pPr>
              <w:spacing w:after="0"/>
              <w:jc w:val="left"/>
            </w:pPr>
            <w:r>
              <w:rPr>
                <w:sz w:val="16"/>
              </w:rPr>
              <w:t>Major disaster</w:t>
            </w:r>
          </w:p>
        </w:tc>
        <w:tc>
          <w:tcPr>
            <w:tcW w:type="dxa" w:w="2800"/>
          </w:tcPr>
          <w:p>
            <w:pPr>
              <w:spacing w:after="0"/>
              <w:jc w:val="left"/>
            </w:pPr>
            <w:r>
              <w:rPr>
                <w:sz w:val="16"/>
              </w:rPr>
              <w:t>SEVERE STORMS &amp; FLOODING</w:t>
            </w:r>
          </w:p>
        </w:tc>
        <w:tc>
          <w:tcPr>
            <w:tcW w:type="dxa" w:w="2317"/>
          </w:tcPr>
          <w:p>
            <w:pPr>
              <w:spacing w:after="0"/>
              <w:jc w:val="left"/>
            </w:pPr>
            <w:r>
              <w:rPr>
                <w:sz w:val="16"/>
              </w:rPr>
              <w:t>Inland Flooding</w:t>
            </w:r>
          </w:p>
        </w:tc>
        <w:tc>
          <w:tcPr>
            <w:tcW w:type="dxa" w:w="1360"/>
          </w:tcPr>
          <w:p>
            <w:pPr>
              <w:spacing w:after="0"/>
              <w:jc w:val="right"/>
            </w:pPr>
            <w:r>
              <w:rPr>
                <w:sz w:val="16"/>
              </w:rPr>
              <w:t>none found</w:t>
            </w:r>
          </w:p>
        </w:tc>
        <w:tc>
          <w:tcPr>
            <w:tcW w:type="dxa" w:w="994"/>
          </w:tcPr>
          <w:p>
            <w:pPr>
              <w:spacing w:after="0"/>
              <w:jc w:val="left"/>
            </w:pPr>
          </w:p>
        </w:tc>
        <w:tc>
          <w:tcPr>
            <w:tcW w:type="dxa" w:w="2387"/>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44"/>
          </w:tcPr>
          <w:p>
            <w:pPr>
              <w:spacing w:after="0"/>
              <w:jc w:val="left"/>
            </w:pPr>
            <w:r>
              <w:rPr>
                <w:sz w:val="16"/>
              </w:rPr>
              <w:t>Major disaster</w:t>
            </w:r>
          </w:p>
        </w:tc>
        <w:tc>
          <w:tcPr>
            <w:tcW w:type="dxa" w:w="2800"/>
          </w:tcPr>
          <w:p>
            <w:pPr>
              <w:spacing w:after="0"/>
              <w:jc w:val="left"/>
            </w:pPr>
            <w:r>
              <w:rPr>
                <w:sz w:val="16"/>
              </w:rPr>
              <w:t>SEVERE STORMS &amp; FLOODING</w:t>
            </w:r>
          </w:p>
        </w:tc>
        <w:tc>
          <w:tcPr>
            <w:tcW w:type="dxa" w:w="2317"/>
          </w:tcPr>
          <w:p>
            <w:pPr>
              <w:spacing w:after="0"/>
              <w:jc w:val="left"/>
            </w:pPr>
            <w:r>
              <w:rPr>
                <w:sz w:val="16"/>
              </w:rPr>
              <w:t>Inland Flooding</w:t>
            </w:r>
          </w:p>
        </w:tc>
        <w:tc>
          <w:tcPr>
            <w:tcW w:type="dxa" w:w="1360"/>
          </w:tcPr>
          <w:p>
            <w:pPr>
              <w:spacing w:after="0"/>
              <w:jc w:val="right"/>
            </w:pPr>
            <w:r>
              <w:rPr>
                <w:sz w:val="16"/>
              </w:rPr>
              <w:t>none found</w:t>
            </w:r>
          </w:p>
        </w:tc>
        <w:tc>
          <w:tcPr>
            <w:tcW w:type="dxa" w:w="994"/>
          </w:tcPr>
          <w:p>
            <w:pPr>
              <w:spacing w:after="0"/>
              <w:jc w:val="left"/>
            </w:pPr>
          </w:p>
        </w:tc>
        <w:tc>
          <w:tcPr>
            <w:tcW w:type="dxa" w:w="238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44"/>
          </w:tcPr>
          <w:p>
            <w:pPr>
              <w:spacing w:after="0"/>
              <w:jc w:val="left"/>
            </w:pPr>
            <w:r>
              <w:rPr>
                <w:sz w:val="16"/>
              </w:rPr>
              <w:t>Major disaster</w:t>
            </w:r>
          </w:p>
        </w:tc>
        <w:tc>
          <w:tcPr>
            <w:tcW w:type="dxa" w:w="2800"/>
          </w:tcPr>
          <w:p>
            <w:pPr>
              <w:spacing w:after="0"/>
              <w:jc w:val="left"/>
            </w:pPr>
            <w:r>
              <w:rPr>
                <w:sz w:val="16"/>
              </w:rPr>
              <w:t>TORNADOES</w:t>
            </w:r>
          </w:p>
        </w:tc>
        <w:tc>
          <w:tcPr>
            <w:tcW w:type="dxa" w:w="2317"/>
          </w:tcPr>
          <w:p>
            <w:pPr>
              <w:spacing w:after="0"/>
              <w:jc w:val="left"/>
            </w:pPr>
            <w:r>
              <w:rPr>
                <w:sz w:val="16"/>
              </w:rPr>
              <w:t>Tornado</w:t>
            </w:r>
          </w:p>
        </w:tc>
        <w:tc>
          <w:tcPr>
            <w:tcW w:type="dxa" w:w="1360"/>
          </w:tcPr>
          <w:p>
            <w:pPr>
              <w:spacing w:after="0"/>
              <w:jc w:val="right"/>
            </w:pPr>
            <w:r>
              <w:rPr>
                <w:sz w:val="16"/>
              </w:rPr>
              <w:t>none found</w:t>
            </w:r>
          </w:p>
        </w:tc>
        <w:tc>
          <w:tcPr>
            <w:tcW w:type="dxa" w:w="994"/>
          </w:tcPr>
          <w:p>
            <w:pPr>
              <w:spacing w:after="0"/>
              <w:jc w:val="left"/>
            </w:pPr>
          </w:p>
        </w:tc>
        <w:tc>
          <w:tcPr>
            <w:tcW w:type="dxa" w:w="23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$388,148.36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388,148.36"/>
        <w:tblDescription w:val="Hazard Plain table b1d_pa_other"/>
      </w:tblPr>
      <w:tblGrid>
        <w:gridCol w:w="1882"/>
        <w:gridCol w:w="1882"/>
        <w:gridCol w:w="4152"/>
        <w:gridCol w:w="4152"/>
        <w:gridCol w:w="2044"/>
      </w:tblGrid>
      <w:tr>
        <w:trPr>
          <w:cantSplit/>
          <w:tblHeader/>
        </w:trPr>
        <w:tc>
          <w:tcPr>
            <w:tcW w:type="dxa" w:w="1882"/>
            <w:shd w:val="clear" w:color="auto" w:fill="E8E8E8"/>
          </w:tcPr>
          <w:p>
            <w:pPr>
              <w:spacing w:after="0"/>
              <w:jc w:val="left"/>
            </w:pPr>
            <w:r>
              <w:rPr>
                <w:b/>
                <w:sz w:val="16"/>
              </w:rPr>
              <w:t>FEMA number</w:t>
            </w:r>
          </w:p>
        </w:tc>
        <w:tc>
          <w:tcPr>
            <w:tcW w:type="dxa" w:w="1882"/>
            <w:shd w:val="clear" w:color="auto" w:fill="E8E8E8"/>
          </w:tcPr>
          <w:p>
            <w:pPr>
              <w:spacing w:after="0"/>
              <w:jc w:val="left"/>
            </w:pPr>
            <w:r>
              <w:rPr>
                <w:b/>
                <w:sz w:val="16"/>
              </w:rPr>
              <w:t>Declared</w:t>
            </w:r>
          </w:p>
        </w:tc>
        <w:tc>
          <w:tcPr>
            <w:tcW w:type="dxa" w:w="4152"/>
            <w:shd w:val="clear" w:color="auto" w:fill="E8E8E8"/>
          </w:tcPr>
          <w:p>
            <w:pPr>
              <w:spacing w:after="0"/>
              <w:jc w:val="left"/>
            </w:pPr>
            <w:r>
              <w:rPr>
                <w:b/>
                <w:sz w:val="16"/>
              </w:rPr>
              <w:t>Title</w:t>
            </w:r>
          </w:p>
        </w:tc>
        <w:tc>
          <w:tcPr>
            <w:tcW w:type="dxa" w:w="4152"/>
            <w:shd w:val="clear" w:color="auto" w:fill="E8E8E8"/>
          </w:tcPr>
          <w:p>
            <w:pPr>
              <w:spacing w:after="0"/>
              <w:jc w:val="left"/>
            </w:pPr>
            <w:r>
              <w:rPr>
                <w:b/>
                <w:sz w:val="16"/>
              </w:rPr>
              <w:t>Applicant</w:t>
            </w:r>
          </w:p>
        </w:tc>
        <w:tc>
          <w:tcPr>
            <w:tcW w:type="dxa" w:w="204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82"/>
          </w:tcPr>
          <w:p>
            <w:pPr>
              <w:spacing w:after="0"/>
              <w:jc w:val="left"/>
            </w:pPr>
            <w:r>
              <w:rPr>
                <w:sz w:val="16"/>
              </w:rPr>
              <w:t>DR-4875-KY</w:t>
            </w:r>
          </w:p>
        </w:tc>
        <w:tc>
          <w:tcPr>
            <w:tcW w:type="dxa" w:w="1882"/>
          </w:tcPr>
          <w:p>
            <w:pPr>
              <w:spacing w:after="0"/>
              <w:jc w:val="left"/>
            </w:pPr>
            <w:r>
              <w:rPr>
                <w:sz w:val="16"/>
              </w:rPr>
              <w:t>2025-05-23</w:t>
            </w:r>
          </w:p>
        </w:tc>
        <w:tc>
          <w:tcPr>
            <w:tcW w:type="dxa" w:w="4152"/>
          </w:tcPr>
          <w:p>
            <w:pPr>
              <w:spacing w:after="0"/>
              <w:jc w:val="left"/>
            </w:pPr>
            <w:r>
              <w:rPr>
                <w:sz w:val="16"/>
              </w:rPr>
              <w:t>SEVERE STORMS, STRAIGHT-LINE WINDS, AND TORNADOES</w:t>
            </w:r>
          </w:p>
        </w:tc>
        <w:tc>
          <w:tcPr>
            <w:tcW w:type="dxa" w:w="4152"/>
          </w:tcPr>
          <w:p>
            <w:pPr>
              <w:spacing w:after="0"/>
              <w:jc w:val="left"/>
            </w:pPr>
            <w:r>
              <w:rPr>
                <w:sz w:val="16"/>
              </w:rPr>
              <w:t>Clark Energy Cooperative</w:t>
            </w:r>
          </w:p>
        </w:tc>
        <w:tc>
          <w:tcPr>
            <w:tcW w:type="dxa" w:w="2044"/>
          </w:tcPr>
          <w:p>
            <w:pPr>
              <w:spacing w:after="0"/>
              <w:jc w:val="right"/>
            </w:pPr>
            <w:r>
              <w:rPr>
                <w:sz w:val="16"/>
              </w:rPr>
              <w:t>$55,065.25</w:t>
            </w:r>
          </w:p>
        </w:tc>
      </w:tr>
      <w:tr>
        <w:trPr>
          <w:cantSplit/>
        </w:trPr>
        <w:tc>
          <w:tcPr>
            <w:tcW w:type="dxa" w:w="1882"/>
          </w:tcPr>
          <w:p>
            <w:pPr>
              <w:spacing w:after="0"/>
              <w:jc w:val="left"/>
            </w:pPr>
            <w:r>
              <w:rPr>
                <w:sz w:val="16"/>
              </w:rPr>
              <w:t>DR-4804-KY</w:t>
            </w:r>
          </w:p>
        </w:tc>
        <w:tc>
          <w:tcPr>
            <w:tcW w:type="dxa" w:w="1882"/>
          </w:tcPr>
          <w:p>
            <w:pPr>
              <w:spacing w:after="0"/>
              <w:jc w:val="left"/>
            </w:pPr>
            <w:r>
              <w:rPr>
                <w:sz w:val="16"/>
              </w:rPr>
              <w:t>2024-07-23</w:t>
            </w:r>
          </w:p>
        </w:tc>
        <w:tc>
          <w:tcPr>
            <w:tcW w:type="dxa" w:w="4152"/>
          </w:tcPr>
          <w:p>
            <w:pPr>
              <w:spacing w:after="0"/>
              <w:jc w:val="left"/>
            </w:pPr>
            <w:r>
              <w:rPr>
                <w:sz w:val="16"/>
              </w:rPr>
              <w:t>SEVERE STORMS, STRAIGHT-LINE WINDS, TORNADOES, LANDSLIDES, AND MUDSLIDES</w:t>
            </w:r>
          </w:p>
        </w:tc>
        <w:tc>
          <w:tcPr>
            <w:tcW w:type="dxa" w:w="4152"/>
          </w:tcPr>
          <w:p>
            <w:pPr>
              <w:spacing w:after="0"/>
              <w:jc w:val="left"/>
            </w:pPr>
            <w:r>
              <w:rPr>
                <w:sz w:val="16"/>
              </w:rPr>
              <w:t>Clark Energy Cooperative</w:t>
            </w:r>
          </w:p>
        </w:tc>
        <w:tc>
          <w:tcPr>
            <w:tcW w:type="dxa" w:w="2044"/>
          </w:tcPr>
          <w:p>
            <w:pPr>
              <w:spacing w:after="0"/>
              <w:jc w:val="right"/>
            </w:pPr>
            <w:r>
              <w:rPr>
                <w:sz w:val="16"/>
              </w:rPr>
              <w:t>$53,683.28</w:t>
            </w:r>
          </w:p>
        </w:tc>
      </w:tr>
      <w:tr>
        <w:trPr>
          <w:cantSplit/>
        </w:trPr>
        <w:tc>
          <w:tcPr>
            <w:tcW w:type="dxa" w:w="1882"/>
          </w:tcPr>
          <w:p>
            <w:pPr>
              <w:spacing w:after="0"/>
              <w:jc w:val="left"/>
            </w:pPr>
            <w:r>
              <w:rPr>
                <w:sz w:val="16"/>
              </w:rPr>
              <w:t>DR-4239-KY</w:t>
            </w:r>
          </w:p>
        </w:tc>
        <w:tc>
          <w:tcPr>
            <w:tcW w:type="dxa" w:w="1882"/>
          </w:tcPr>
          <w:p>
            <w:pPr>
              <w:spacing w:after="0"/>
              <w:jc w:val="left"/>
            </w:pPr>
            <w:r>
              <w:rPr>
                <w:sz w:val="16"/>
              </w:rPr>
              <w:t>2015-08-12</w:t>
            </w:r>
          </w:p>
        </w:tc>
        <w:tc>
          <w:tcPr>
            <w:tcW w:type="dxa" w:w="4152"/>
          </w:tcPr>
          <w:p>
            <w:pPr>
              <w:spacing w:after="0"/>
              <w:jc w:val="left"/>
            </w:pPr>
            <w:r>
              <w:rPr>
                <w:sz w:val="16"/>
              </w:rPr>
              <w:t>SEVERE STORMS, TORNADOES, STRAIGHT-LINE WINDS, FLOODING, LANDSLIDES, AND MUDSLIDE</w:t>
            </w:r>
          </w:p>
        </w:tc>
        <w:tc>
          <w:tcPr>
            <w:tcW w:type="dxa" w:w="4152"/>
          </w:tcPr>
          <w:p>
            <w:pPr>
              <w:spacing w:after="0"/>
              <w:jc w:val="left"/>
            </w:pPr>
            <w:r>
              <w:rPr>
                <w:sz w:val="16"/>
              </w:rPr>
              <w:t>Clark Energy Cooperative</w:t>
            </w:r>
          </w:p>
        </w:tc>
        <w:tc>
          <w:tcPr>
            <w:tcW w:type="dxa" w:w="2044"/>
          </w:tcPr>
          <w:p>
            <w:pPr>
              <w:spacing w:after="0"/>
              <w:jc w:val="right"/>
            </w:pPr>
            <w:r>
              <w:rPr>
                <w:sz w:val="16"/>
              </w:rPr>
              <w:t>$226,757.39</w:t>
            </w:r>
          </w:p>
        </w:tc>
      </w:tr>
      <w:tr>
        <w:trPr>
          <w:cantSplit/>
        </w:trPr>
        <w:tc>
          <w:tcPr>
            <w:tcW w:type="dxa" w:w="1882"/>
          </w:tcPr>
          <w:p>
            <w:pPr>
              <w:spacing w:after="0"/>
              <w:jc w:val="left"/>
            </w:pPr>
            <w:r>
              <w:rPr>
                <w:sz w:val="16"/>
              </w:rPr>
              <w:t>DR-4057-KY</w:t>
            </w:r>
          </w:p>
        </w:tc>
        <w:tc>
          <w:tcPr>
            <w:tcW w:type="dxa" w:w="1882"/>
          </w:tcPr>
          <w:p>
            <w:pPr>
              <w:spacing w:after="0"/>
              <w:jc w:val="left"/>
            </w:pPr>
            <w:r>
              <w:rPr>
                <w:sz w:val="16"/>
              </w:rPr>
              <w:t>2012-03-06</w:t>
            </w:r>
          </w:p>
        </w:tc>
        <w:tc>
          <w:tcPr>
            <w:tcW w:type="dxa" w:w="4152"/>
          </w:tcPr>
          <w:p>
            <w:pPr>
              <w:spacing w:after="0"/>
              <w:jc w:val="left"/>
            </w:pPr>
            <w:r>
              <w:rPr>
                <w:sz w:val="16"/>
              </w:rPr>
              <w:t>SEVERE STORMS, TORNADOES, STRAIGHT-LINE WINDS AND FLOODING</w:t>
            </w:r>
          </w:p>
        </w:tc>
        <w:tc>
          <w:tcPr>
            <w:tcW w:type="dxa" w:w="4152"/>
          </w:tcPr>
          <w:p>
            <w:pPr>
              <w:spacing w:after="0"/>
              <w:jc w:val="left"/>
            </w:pPr>
            <w:r>
              <w:rPr>
                <w:sz w:val="16"/>
              </w:rPr>
              <w:t>Clark Energy Cooperative</w:t>
            </w:r>
          </w:p>
        </w:tc>
        <w:tc>
          <w:tcPr>
            <w:tcW w:type="dxa" w:w="2044"/>
          </w:tcPr>
          <w:p>
            <w:pPr>
              <w:spacing w:after="0"/>
              <w:jc w:val="right"/>
            </w:pPr>
            <w:r>
              <w:rPr>
                <w:sz w:val="16"/>
              </w:rPr>
              <w:t>$52,642.44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41</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4</w:t>
            </w:r>
          </w:p>
        </w:tc>
        <w:tc>
          <w:tcPr>
            <w:tcW w:type="dxa" w:w="1356"/>
          </w:tcPr>
          <w:p>
            <w:pPr>
              <w:spacing w:after="0"/>
              <w:jc w:val="right"/>
            </w:pPr>
            <w:r>
              <w:rPr>
                <w:sz w:val="16"/>
              </w:rPr>
              <w:t>13</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9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136</w:t>
            </w:r>
          </w:p>
        </w:tc>
        <w:tc>
          <w:tcPr>
            <w:tcW w:type="dxa" w:w="1422"/>
          </w:tcPr>
          <w:p>
            <w:pPr>
              <w:spacing w:after="0"/>
              <w:jc w:val="right"/>
            </w:pPr>
            <w:r>
              <w:rPr>
                <w:sz w:val="16"/>
              </w:rPr>
              <w:t>18</w:t>
            </w:r>
          </w:p>
        </w:tc>
        <w:tc>
          <w:tcPr>
            <w:tcW w:type="dxa" w:w="1356"/>
          </w:tcPr>
          <w:p>
            <w:pPr>
              <w:spacing w:after="0"/>
              <w:jc w:val="right"/>
            </w:pPr>
            <w:r>
              <w:rPr>
                <w:sz w:val="16"/>
              </w:rPr>
              <w:t>2</w:t>
            </w:r>
          </w:p>
        </w:tc>
        <w:tc>
          <w:tcPr>
            <w:tcW w:type="dxa" w:w="963"/>
          </w:tcPr>
          <w:p>
            <w:pPr>
              <w:spacing w:after="0"/>
              <w:jc w:val="right"/>
            </w:pPr>
            <w:r>
              <w:rPr>
                <w:sz w:val="16"/>
              </w:rPr>
              <w:t>19</w:t>
            </w:r>
          </w:p>
        </w:tc>
        <w:tc>
          <w:tcPr>
            <w:tcW w:type="dxa" w:w="1356"/>
          </w:tcPr>
          <w:p>
            <w:pPr>
              <w:spacing w:after="0"/>
              <w:jc w:val="right"/>
            </w:pPr>
            <w:r>
              <w:rPr>
                <w:sz w:val="16"/>
              </w:rPr>
              <w:t>4</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9</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22"/>
        <w:gridCol w:w="2758"/>
        <w:gridCol w:w="1073"/>
        <w:gridCol w:w="1682"/>
        <w:gridCol w:w="976"/>
        <w:gridCol w:w="28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22"/>
            <w:shd w:val="clear" w:color="auto" w:fill="E8E8E8"/>
          </w:tcPr>
          <w:p>
            <w:pPr>
              <w:spacing w:after="0"/>
              <w:jc w:val="left"/>
            </w:pPr>
            <w:r>
              <w:rPr>
                <w:b/>
                <w:sz w:val="16"/>
              </w:rPr>
              <w:t>Magnitude or extent</w:t>
            </w:r>
          </w:p>
        </w:tc>
        <w:tc>
          <w:tcPr>
            <w:tcW w:type="dxa" w:w="2758"/>
            <w:shd w:val="clear" w:color="auto" w:fill="E8E8E8"/>
          </w:tcPr>
          <w:p>
            <w:pPr>
              <w:spacing w:after="0"/>
              <w:jc w:val="left"/>
            </w:pPr>
            <w:r>
              <w:rPr>
                <w:b/>
                <w:sz w:val="16"/>
              </w:rPr>
              <w:t>Damage</w:t>
            </w:r>
          </w:p>
          <w:p>
            <w:pPr>
              <w:spacing w:after="0"/>
              <w:jc w:val="left"/>
            </w:pPr>
            <w:r>
              <w:rPr>
                <w:i/>
                <w:color w:val="555555"/>
                <w:sz w:val="14"/>
              </w:rPr>
              <w:t>nominal dollars</w:t>
            </w:r>
          </w:p>
        </w:tc>
        <w:tc>
          <w:tcPr>
            <w:tcW w:type="dxa" w:w="107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2"/>
            <w:shd w:val="clear" w:color="auto" w:fill="E8E8E8"/>
          </w:tcPr>
          <w:p>
            <w:pPr>
              <w:spacing w:after="0"/>
              <w:jc w:val="left"/>
            </w:pPr>
            <w:r>
              <w:rPr>
                <w:b/>
                <w:sz w:val="16"/>
              </w:rPr>
              <w:t>Location</w:t>
            </w:r>
          </w:p>
        </w:tc>
        <w:tc>
          <w:tcPr>
            <w:tcW w:type="dxa" w:w="976"/>
            <w:shd w:val="clear" w:color="auto" w:fill="E8E8E8"/>
          </w:tcPr>
          <w:p>
            <w:pPr>
              <w:spacing w:after="0"/>
              <w:jc w:val="left"/>
            </w:pPr>
            <w:r>
              <w:rPr>
                <w:b/>
                <w:sz w:val="16"/>
              </w:rPr>
              <w:t>Flags</w:t>
            </w:r>
          </w:p>
        </w:tc>
        <w:tc>
          <w:tcPr>
            <w:tcW w:type="dxa" w:w="28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522"/>
          </w:tcPr>
          <w:p>
            <w:pPr>
              <w:spacing w:after="0"/>
              <w:jc w:val="left"/>
            </w:pPr>
            <w:r>
              <w:rPr>
                <w:sz w:val="16"/>
              </w:rPr>
              <w:t>55 kt (63 mph) measured gust</w:t>
            </w:r>
          </w:p>
        </w:tc>
        <w:tc>
          <w:tcPr>
            <w:tcW w:type="dxa" w:w="2758"/>
          </w:tcPr>
          <w:p>
            <w:pPr>
              <w:spacing w:after="0"/>
              <w:jc w:val="left"/>
            </w:pPr>
            <w:r>
              <w:rPr>
                <w:sz w:val="16"/>
              </w:rPr>
              <w:t>damage not reported</w:t>
            </w:r>
          </w:p>
        </w:tc>
        <w:tc>
          <w:tcPr>
            <w:tcW w:type="dxa" w:w="1073"/>
          </w:tcPr>
          <w:p>
            <w:pPr>
              <w:spacing w:after="0"/>
              <w:jc w:val="right"/>
            </w:pPr>
            <w:r>
              <w:rPr>
                <w:sz w:val="16"/>
              </w:rPr>
              <w:t>0, 0</w:t>
            </w:r>
          </w:p>
        </w:tc>
        <w:tc>
          <w:tcPr>
            <w:tcW w:type="dxa" w:w="1682"/>
          </w:tcPr>
          <w:p>
            <w:pPr>
              <w:spacing w:after="0"/>
              <w:jc w:val="left"/>
            </w:pPr>
            <w:r>
              <w:rPr>
                <w:sz w:val="16"/>
              </w:rPr>
              <w:t>NWS zone KYZ049 (CLARK), zone-level: may include parts of neighboring counties</w:t>
            </w:r>
          </w:p>
        </w:tc>
        <w:tc>
          <w:tcPr>
            <w:tcW w:type="dxa" w:w="976"/>
          </w:tcPr>
          <w:p>
            <w:pPr>
              <w:spacing w:after="0"/>
              <w:jc w:val="left"/>
            </w:pPr>
            <w:r>
              <w:rPr>
                <w:sz w:val="16"/>
              </w:rPr>
              <w:t>new since last plan; within last 5 years</w:t>
            </w:r>
          </w:p>
        </w:tc>
        <w:tc>
          <w:tcPr>
            <w:tcW w:type="dxa" w:w="284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2020-01-11</w:t>
            </w:r>
          </w:p>
        </w:tc>
        <w:tc>
          <w:tcPr>
            <w:tcW w:type="dxa" w:w="1215"/>
          </w:tcPr>
          <w:p>
            <w:pPr>
              <w:spacing w:after="0"/>
              <w:jc w:val="left"/>
            </w:pPr>
            <w:r>
              <w:rPr>
                <w:sz w:val="16"/>
              </w:rPr>
              <w:t>Thunderstorm Wind</w:t>
            </w:r>
          </w:p>
        </w:tc>
        <w:tc>
          <w:tcPr>
            <w:tcW w:type="dxa" w:w="2522"/>
          </w:tcPr>
          <w:p>
            <w:pPr>
              <w:spacing w:after="0"/>
              <w:jc w:val="left"/>
            </w:pPr>
            <w:r>
              <w:rPr>
                <w:sz w:val="16"/>
              </w:rPr>
              <w:t>85 kt (98 mph) estimated gust</w:t>
            </w:r>
          </w:p>
        </w:tc>
        <w:tc>
          <w:tcPr>
            <w:tcW w:type="dxa" w:w="2758"/>
          </w:tcPr>
          <w:p>
            <w:pPr>
              <w:spacing w:after="0"/>
              <w:jc w:val="left"/>
            </w:pPr>
            <w:r>
              <w:rPr>
                <w:sz w:val="16"/>
              </w:rPr>
              <w:t>property not reported; $0 crops (2020 dollars)</w:t>
            </w:r>
          </w:p>
        </w:tc>
        <w:tc>
          <w:tcPr>
            <w:tcW w:type="dxa" w:w="1073"/>
          </w:tcPr>
          <w:p>
            <w:pPr>
              <w:spacing w:after="0"/>
              <w:jc w:val="right"/>
            </w:pPr>
            <w:r>
              <w:rPr>
                <w:sz w:val="16"/>
              </w:rPr>
              <w:t>0, 0</w:t>
            </w:r>
          </w:p>
        </w:tc>
        <w:tc>
          <w:tcPr>
            <w:tcW w:type="dxa" w:w="1682"/>
          </w:tcPr>
          <w:p>
            <w:pPr>
              <w:spacing w:after="0"/>
              <w:jc w:val="left"/>
            </w:pPr>
            <w:r>
              <w:rPr>
                <w:sz w:val="16"/>
              </w:rPr>
              <w:t>LISLETOWN</w:t>
            </w:r>
          </w:p>
        </w:tc>
        <w:tc>
          <w:tcPr>
            <w:tcW w:type="dxa" w:w="976"/>
          </w:tcPr>
          <w:p>
            <w:pPr>
              <w:spacing w:after="0"/>
              <w:jc w:val="left"/>
            </w:pPr>
          </w:p>
        </w:tc>
        <w:tc>
          <w:tcPr>
            <w:tcW w:type="dxa" w:w="2847"/>
          </w:tcPr>
          <w:p>
            <w:pPr>
              <w:spacing w:after="0"/>
              <w:jc w:val="left"/>
            </w:pPr>
            <w:r>
              <w:rPr>
                <w:sz w:val="16"/>
              </w:rPr>
              <w:t>B1-c worst recorded: Thunderstorm Wind</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2522"/>
          </w:tcPr>
          <w:p>
            <w:pPr>
              <w:spacing w:after="0"/>
              <w:jc w:val="left"/>
            </w:pPr>
            <w:r>
              <w:rPr>
                <w:sz w:val="16"/>
              </w:rPr>
              <w:t>52 kt (60 mph) estimated gust</w:t>
            </w:r>
          </w:p>
        </w:tc>
        <w:tc>
          <w:tcPr>
            <w:tcW w:type="dxa" w:w="2758"/>
          </w:tcPr>
          <w:p>
            <w:pPr>
              <w:spacing w:after="0"/>
              <w:jc w:val="left"/>
            </w:pPr>
            <w:r>
              <w:rPr>
                <w:sz w:val="16"/>
              </w:rPr>
              <w:t>$5,000 property; $0 crops, reported for the zone (2016 dollars)</w:t>
            </w:r>
          </w:p>
        </w:tc>
        <w:tc>
          <w:tcPr>
            <w:tcW w:type="dxa" w:w="1073"/>
          </w:tcPr>
          <w:p>
            <w:pPr>
              <w:spacing w:after="0"/>
              <w:jc w:val="right"/>
            </w:pPr>
            <w:r>
              <w:rPr>
                <w:sz w:val="16"/>
              </w:rPr>
              <w:t>0, 0</w:t>
            </w:r>
          </w:p>
        </w:tc>
        <w:tc>
          <w:tcPr>
            <w:tcW w:type="dxa" w:w="1682"/>
          </w:tcPr>
          <w:p>
            <w:pPr>
              <w:spacing w:after="0"/>
              <w:jc w:val="left"/>
            </w:pPr>
            <w:r>
              <w:rPr>
                <w:sz w:val="16"/>
              </w:rPr>
              <w:t>NWS zone KYZ049 (CLARK), zone-level: may include parts of neighboring counties</w:t>
            </w:r>
          </w:p>
        </w:tc>
        <w:tc>
          <w:tcPr>
            <w:tcW w:type="dxa" w:w="976"/>
          </w:tcPr>
          <w:p>
            <w:pPr>
              <w:spacing w:after="0"/>
              <w:jc w:val="left"/>
            </w:pPr>
          </w:p>
        </w:tc>
        <w:tc>
          <w:tcPr>
            <w:tcW w:type="dxa" w:w="2847"/>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2012-03-02</w:t>
            </w:r>
          </w:p>
        </w:tc>
        <w:tc>
          <w:tcPr>
            <w:tcW w:type="dxa" w:w="1215"/>
          </w:tcPr>
          <w:p>
            <w:pPr>
              <w:spacing w:after="0"/>
              <w:jc w:val="left"/>
            </w:pPr>
            <w:r>
              <w:rPr>
                <w:sz w:val="16"/>
              </w:rPr>
              <w:t>Hail</w:t>
            </w:r>
          </w:p>
        </w:tc>
        <w:tc>
          <w:tcPr>
            <w:tcW w:type="dxa" w:w="2522"/>
          </w:tcPr>
          <w:p>
            <w:pPr>
              <w:spacing w:after="0"/>
              <w:jc w:val="left"/>
            </w:pPr>
            <w:r>
              <w:rPr>
                <w:sz w:val="16"/>
              </w:rPr>
              <w:t>2.75 in</w:t>
            </w:r>
          </w:p>
        </w:tc>
        <w:tc>
          <w:tcPr>
            <w:tcW w:type="dxa" w:w="2758"/>
          </w:tcPr>
          <w:p>
            <w:pPr>
              <w:spacing w:after="0"/>
              <w:jc w:val="left"/>
            </w:pPr>
            <w:r>
              <w:rPr>
                <w:sz w:val="16"/>
              </w:rPr>
              <w:t>property not reported; $0 crops (2012 dollars)</w:t>
            </w:r>
          </w:p>
        </w:tc>
        <w:tc>
          <w:tcPr>
            <w:tcW w:type="dxa" w:w="1073"/>
          </w:tcPr>
          <w:p>
            <w:pPr>
              <w:spacing w:after="0"/>
              <w:jc w:val="right"/>
            </w:pPr>
            <w:r>
              <w:rPr>
                <w:sz w:val="16"/>
              </w:rPr>
              <w:t>0, 0</w:t>
            </w:r>
          </w:p>
        </w:tc>
        <w:tc>
          <w:tcPr>
            <w:tcW w:type="dxa" w:w="1682"/>
          </w:tcPr>
          <w:p>
            <w:pPr>
              <w:spacing w:after="0"/>
              <w:jc w:val="left"/>
            </w:pPr>
            <w:r>
              <w:rPr>
                <w:sz w:val="16"/>
              </w:rPr>
              <w:t>TRAPP</w:t>
            </w:r>
          </w:p>
        </w:tc>
        <w:tc>
          <w:tcPr>
            <w:tcW w:type="dxa" w:w="976"/>
          </w:tcPr>
          <w:p>
            <w:pPr>
              <w:spacing w:after="0"/>
              <w:jc w:val="left"/>
            </w:pPr>
          </w:p>
        </w:tc>
        <w:tc>
          <w:tcPr>
            <w:tcW w:type="dxa" w:w="2847"/>
          </w:tcPr>
          <w:p>
            <w:pPr>
              <w:spacing w:after="0"/>
              <w:jc w:val="left"/>
            </w:pPr>
            <w:r>
              <w:rPr>
                <w:sz w:val="16"/>
              </w:rPr>
              <w:t>B1-c worst recorded: Hail</w:t>
            </w:r>
          </w:p>
        </w:tc>
      </w:tr>
      <w:tr>
        <w:trPr>
          <w:cantSplit/>
        </w:trPr>
        <w:tc>
          <w:tcPr>
            <w:tcW w:type="dxa" w:w="1037"/>
          </w:tcPr>
          <w:p>
            <w:pPr>
              <w:spacing w:after="0"/>
              <w:jc w:val="left"/>
            </w:pPr>
            <w:r>
              <w:rPr>
                <w:sz w:val="16"/>
              </w:rPr>
              <w:t>2008-02-11</w:t>
            </w:r>
          </w:p>
        </w:tc>
        <w:tc>
          <w:tcPr>
            <w:tcW w:type="dxa" w:w="1215"/>
          </w:tcPr>
          <w:p>
            <w:pPr>
              <w:spacing w:after="0"/>
              <w:jc w:val="left"/>
            </w:pPr>
            <w:r>
              <w:rPr>
                <w:sz w:val="16"/>
              </w:rPr>
              <w:t>Winter Storm</w:t>
            </w:r>
          </w:p>
        </w:tc>
        <w:tc>
          <w:tcPr>
            <w:tcW w:type="dxa" w:w="2522"/>
          </w:tcPr>
          <w:p>
            <w:pPr>
              <w:spacing w:after="0"/>
              <w:jc w:val="left"/>
            </w:pPr>
          </w:p>
        </w:tc>
        <w:tc>
          <w:tcPr>
            <w:tcW w:type="dxa" w:w="2758"/>
          </w:tcPr>
          <w:p>
            <w:pPr>
              <w:spacing w:after="0"/>
              <w:jc w:val="left"/>
            </w:pPr>
            <w:r>
              <w:rPr>
                <w:sz w:val="16"/>
              </w:rPr>
              <w:t>$20,000 property; $0 crops, reported for the zone (2008 dollars)</w:t>
            </w:r>
          </w:p>
        </w:tc>
        <w:tc>
          <w:tcPr>
            <w:tcW w:type="dxa" w:w="1073"/>
          </w:tcPr>
          <w:p>
            <w:pPr>
              <w:spacing w:after="0"/>
              <w:jc w:val="right"/>
            </w:pPr>
            <w:r>
              <w:rPr>
                <w:sz w:val="16"/>
              </w:rPr>
              <w:t>0, 0</w:t>
            </w:r>
          </w:p>
        </w:tc>
        <w:tc>
          <w:tcPr>
            <w:tcW w:type="dxa" w:w="1682"/>
          </w:tcPr>
          <w:p>
            <w:pPr>
              <w:spacing w:after="0"/>
              <w:jc w:val="left"/>
            </w:pPr>
            <w:r>
              <w:rPr>
                <w:sz w:val="16"/>
              </w:rPr>
              <w:t>NWS zone KYZ049 (CLARK), zone-level: may include parts of neighboring counties</w:t>
            </w:r>
          </w:p>
        </w:tc>
        <w:tc>
          <w:tcPr>
            <w:tcW w:type="dxa" w:w="976"/>
          </w:tcPr>
          <w:p>
            <w:pPr>
              <w:spacing w:after="0"/>
              <w:jc w:val="left"/>
            </w:pPr>
          </w:p>
        </w:tc>
        <w:tc>
          <w:tcPr>
            <w:tcW w:type="dxa" w:w="28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2003-02-15</w:t>
            </w:r>
          </w:p>
        </w:tc>
        <w:tc>
          <w:tcPr>
            <w:tcW w:type="dxa" w:w="1215"/>
          </w:tcPr>
          <w:p>
            <w:pPr>
              <w:spacing w:after="0"/>
              <w:jc w:val="left"/>
            </w:pPr>
            <w:r>
              <w:rPr>
                <w:sz w:val="16"/>
              </w:rPr>
              <w:t>Ice Storm</w:t>
            </w:r>
          </w:p>
        </w:tc>
        <w:tc>
          <w:tcPr>
            <w:tcW w:type="dxa" w:w="2522"/>
          </w:tcPr>
          <w:p>
            <w:pPr>
              <w:spacing w:after="0"/>
              <w:jc w:val="left"/>
            </w:pPr>
          </w:p>
        </w:tc>
        <w:tc>
          <w:tcPr>
            <w:tcW w:type="dxa" w:w="2758"/>
          </w:tcPr>
          <w:p>
            <w:pPr>
              <w:spacing w:after="0"/>
              <w:jc w:val="left"/>
            </w:pPr>
            <w:r>
              <w:rPr>
                <w:sz w:val="16"/>
              </w:rPr>
              <w:t>$80,000 property; crops not reported, reported for the zone (2003 dollars)</w:t>
            </w:r>
          </w:p>
        </w:tc>
        <w:tc>
          <w:tcPr>
            <w:tcW w:type="dxa" w:w="1073"/>
          </w:tcPr>
          <w:p>
            <w:pPr>
              <w:spacing w:after="0"/>
              <w:jc w:val="right"/>
            </w:pPr>
            <w:r>
              <w:rPr>
                <w:sz w:val="16"/>
              </w:rPr>
              <w:t>0, 0</w:t>
            </w:r>
          </w:p>
        </w:tc>
        <w:tc>
          <w:tcPr>
            <w:tcW w:type="dxa" w:w="1682"/>
          </w:tcPr>
          <w:p>
            <w:pPr>
              <w:spacing w:after="0"/>
              <w:jc w:val="left"/>
            </w:pPr>
            <w:r>
              <w:rPr>
                <w:sz w:val="16"/>
              </w:rPr>
              <w:t>NWS zone KYZ049 (CLARK), zone-level: may include parts of neighboring counties</w:t>
            </w:r>
          </w:p>
        </w:tc>
        <w:tc>
          <w:tcPr>
            <w:tcW w:type="dxa" w:w="976"/>
          </w:tcPr>
          <w:p>
            <w:pPr>
              <w:spacing w:after="0"/>
              <w:jc w:val="left"/>
            </w:pPr>
          </w:p>
        </w:tc>
        <w:tc>
          <w:tcPr>
            <w:tcW w:type="dxa" w:w="2847"/>
          </w:tcPr>
          <w:p>
            <w:pPr>
              <w:spacing w:after="0"/>
              <w:jc w:val="left"/>
            </w:pPr>
            <w:r>
              <w:rPr>
                <w:sz w:val="16"/>
              </w:rPr>
              <w:t>B1-c worst recorded: Ice Storm</w:t>
            </w:r>
          </w:p>
        </w:tc>
      </w:tr>
      <w:tr>
        <w:trPr>
          <w:cantSplit/>
        </w:trPr>
        <w:tc>
          <w:tcPr>
            <w:tcW w:type="dxa" w:w="1037"/>
          </w:tcPr>
          <w:p>
            <w:pPr>
              <w:spacing w:after="0"/>
              <w:jc w:val="left"/>
            </w:pPr>
            <w:r>
              <w:rPr>
                <w:sz w:val="16"/>
              </w:rPr>
              <w:t>1998-07-20</w:t>
            </w:r>
          </w:p>
        </w:tc>
        <w:tc>
          <w:tcPr>
            <w:tcW w:type="dxa" w:w="1215"/>
          </w:tcPr>
          <w:p>
            <w:pPr>
              <w:spacing w:after="0"/>
              <w:jc w:val="left"/>
            </w:pPr>
            <w:r>
              <w:rPr>
                <w:sz w:val="16"/>
              </w:rPr>
              <w:t>Flash Flood</w:t>
            </w:r>
          </w:p>
        </w:tc>
        <w:tc>
          <w:tcPr>
            <w:tcW w:type="dxa" w:w="2522"/>
          </w:tcPr>
          <w:p>
            <w:pPr>
              <w:spacing w:after="0"/>
              <w:jc w:val="left"/>
            </w:pPr>
          </w:p>
        </w:tc>
        <w:tc>
          <w:tcPr>
            <w:tcW w:type="dxa" w:w="2758"/>
          </w:tcPr>
          <w:p>
            <w:pPr>
              <w:spacing w:after="0"/>
              <w:jc w:val="left"/>
            </w:pPr>
            <w:r>
              <w:rPr>
                <w:sz w:val="16"/>
              </w:rPr>
              <w:t>property not reported; $1,000,000 crops (1998 dollars)</w:t>
            </w:r>
          </w:p>
        </w:tc>
        <w:tc>
          <w:tcPr>
            <w:tcW w:type="dxa" w:w="1073"/>
          </w:tcPr>
          <w:p>
            <w:pPr>
              <w:spacing w:after="0"/>
              <w:jc w:val="right"/>
            </w:pPr>
            <w:r>
              <w:rPr>
                <w:sz w:val="16"/>
              </w:rPr>
              <w:t>0, 0</w:t>
            </w:r>
          </w:p>
        </w:tc>
        <w:tc>
          <w:tcPr>
            <w:tcW w:type="dxa" w:w="1682"/>
          </w:tcPr>
          <w:p>
            <w:pPr>
              <w:spacing w:after="0"/>
              <w:jc w:val="left"/>
            </w:pPr>
            <w:r>
              <w:rPr>
                <w:sz w:val="16"/>
              </w:rPr>
              <w:t>COUNTYWIDE</w:t>
            </w:r>
          </w:p>
        </w:tc>
        <w:tc>
          <w:tcPr>
            <w:tcW w:type="dxa" w:w="976"/>
          </w:tcPr>
          <w:p>
            <w:pPr>
              <w:spacing w:after="0"/>
              <w:jc w:val="left"/>
            </w:pPr>
          </w:p>
        </w:tc>
        <w:tc>
          <w:tcPr>
            <w:tcW w:type="dxa" w:w="28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1998-05-13</w:t>
            </w:r>
          </w:p>
        </w:tc>
        <w:tc>
          <w:tcPr>
            <w:tcW w:type="dxa" w:w="1215"/>
          </w:tcPr>
          <w:p>
            <w:pPr>
              <w:spacing w:after="0"/>
              <w:jc w:val="left"/>
            </w:pPr>
            <w:r>
              <w:rPr>
                <w:sz w:val="16"/>
              </w:rPr>
              <w:t>Lightning</w:t>
            </w:r>
          </w:p>
        </w:tc>
        <w:tc>
          <w:tcPr>
            <w:tcW w:type="dxa" w:w="2522"/>
          </w:tcPr>
          <w:p>
            <w:pPr>
              <w:spacing w:after="0"/>
              <w:jc w:val="left"/>
            </w:pPr>
          </w:p>
        </w:tc>
        <w:tc>
          <w:tcPr>
            <w:tcW w:type="dxa" w:w="2758"/>
          </w:tcPr>
          <w:p>
            <w:pPr>
              <w:spacing w:after="0"/>
              <w:jc w:val="left"/>
            </w:pPr>
            <w:r>
              <w:rPr>
                <w:sz w:val="16"/>
              </w:rPr>
              <w:t>$5,000 property; crops not reported (1998 dollars)</w:t>
            </w:r>
          </w:p>
        </w:tc>
        <w:tc>
          <w:tcPr>
            <w:tcW w:type="dxa" w:w="1073"/>
          </w:tcPr>
          <w:p>
            <w:pPr>
              <w:spacing w:after="0"/>
              <w:jc w:val="right"/>
            </w:pPr>
            <w:r>
              <w:rPr>
                <w:sz w:val="16"/>
              </w:rPr>
              <w:t>0, 0</w:t>
            </w:r>
          </w:p>
        </w:tc>
        <w:tc>
          <w:tcPr>
            <w:tcW w:type="dxa" w:w="1682"/>
          </w:tcPr>
          <w:p>
            <w:pPr>
              <w:spacing w:after="0"/>
              <w:jc w:val="left"/>
            </w:pPr>
            <w:r>
              <w:rPr>
                <w:sz w:val="16"/>
              </w:rPr>
              <w:t>WINCHESTER</w:t>
            </w:r>
          </w:p>
        </w:tc>
        <w:tc>
          <w:tcPr>
            <w:tcW w:type="dxa" w:w="976"/>
          </w:tcPr>
          <w:p>
            <w:pPr>
              <w:spacing w:after="0"/>
              <w:jc w:val="left"/>
            </w:pPr>
          </w:p>
        </w:tc>
        <w:tc>
          <w:tcPr>
            <w:tcW w:type="dxa" w:w="2847"/>
          </w:tcPr>
          <w:p>
            <w:pPr>
              <w:spacing w:after="0"/>
              <w:jc w:val="left"/>
            </w:pPr>
            <w:r>
              <w:rPr>
                <w:sz w:val="16"/>
              </w:rPr>
              <w:t>B1-c worst recorded: Lightning</w:t>
            </w:r>
          </w:p>
        </w:tc>
      </w:tr>
      <w:tr>
        <w:trPr>
          <w:cantSplit/>
        </w:trPr>
        <w:tc>
          <w:tcPr>
            <w:tcW w:type="dxa" w:w="1037"/>
          </w:tcPr>
          <w:p>
            <w:pPr>
              <w:spacing w:after="0"/>
              <w:jc w:val="left"/>
            </w:pPr>
            <w:r>
              <w:rPr>
                <w:sz w:val="16"/>
              </w:rPr>
              <w:t>1995-07-15</w:t>
            </w:r>
          </w:p>
        </w:tc>
        <w:tc>
          <w:tcPr>
            <w:tcW w:type="dxa" w:w="1215"/>
          </w:tcPr>
          <w:p>
            <w:pPr>
              <w:spacing w:after="0"/>
              <w:jc w:val="left"/>
            </w:pPr>
            <w:r>
              <w:rPr>
                <w:sz w:val="16"/>
              </w:rPr>
              <w:t>Hail</w:t>
            </w:r>
          </w:p>
        </w:tc>
        <w:tc>
          <w:tcPr>
            <w:tcW w:type="dxa" w:w="2522"/>
          </w:tcPr>
          <w:p>
            <w:pPr>
              <w:spacing w:after="0"/>
              <w:jc w:val="left"/>
            </w:pPr>
            <w:r>
              <w:rPr>
                <w:sz w:val="16"/>
              </w:rPr>
              <w:t>2 in</w:t>
            </w:r>
          </w:p>
        </w:tc>
        <w:tc>
          <w:tcPr>
            <w:tcW w:type="dxa" w:w="2758"/>
          </w:tcPr>
          <w:p>
            <w:pPr>
              <w:spacing w:after="0"/>
              <w:jc w:val="left"/>
            </w:pPr>
            <w:r>
              <w:rPr>
                <w:sz w:val="16"/>
              </w:rPr>
              <w:t>property not recorded; $63,000 crops (1995 dollars)</w:t>
            </w:r>
          </w:p>
        </w:tc>
        <w:tc>
          <w:tcPr>
            <w:tcW w:type="dxa" w:w="1073"/>
          </w:tcPr>
          <w:p>
            <w:pPr>
              <w:spacing w:after="0"/>
              <w:jc w:val="right"/>
            </w:pPr>
            <w:r>
              <w:rPr>
                <w:sz w:val="16"/>
              </w:rPr>
              <w:t>0, 0</w:t>
            </w:r>
          </w:p>
        </w:tc>
        <w:tc>
          <w:tcPr>
            <w:tcW w:type="dxa" w:w="1682"/>
          </w:tcPr>
          <w:p>
            <w:pPr>
              <w:spacing w:after="0"/>
              <w:jc w:val="left"/>
            </w:pPr>
            <w:r>
              <w:rPr>
                <w:sz w:val="16"/>
              </w:rPr>
              <w:t>location not recorded</w:t>
            </w:r>
          </w:p>
        </w:tc>
        <w:tc>
          <w:tcPr>
            <w:tcW w:type="dxa" w:w="976"/>
          </w:tcPr>
          <w:p>
            <w:pPr>
              <w:spacing w:after="0"/>
              <w:jc w:val="left"/>
            </w:pPr>
          </w:p>
        </w:tc>
        <w:tc>
          <w:tcPr>
            <w:tcW w:type="dxa" w:w="2847"/>
          </w:tcPr>
          <w:p>
            <w:pPr>
              <w:spacing w:after="0"/>
              <w:jc w:val="left"/>
            </w:pPr>
            <w:r>
              <w:rPr>
                <w:sz w:val="16"/>
              </w:rPr>
              <w:t>B1-c most damaging: Hail</w:t>
            </w:r>
          </w:p>
        </w:tc>
      </w:tr>
      <w:tr>
        <w:trPr>
          <w:cantSplit/>
        </w:trPr>
        <w:tc>
          <w:tcPr>
            <w:tcW w:type="dxa" w:w="1037"/>
          </w:tcPr>
          <w:p>
            <w:pPr>
              <w:spacing w:after="0"/>
              <w:jc w:val="left"/>
            </w:pPr>
            <w:r>
              <w:rPr>
                <w:sz w:val="16"/>
              </w:rPr>
              <w:t>1995-05-18</w:t>
            </w:r>
          </w:p>
        </w:tc>
        <w:tc>
          <w:tcPr>
            <w:tcW w:type="dxa" w:w="1215"/>
          </w:tcPr>
          <w:p>
            <w:pPr>
              <w:spacing w:after="0"/>
              <w:jc w:val="left"/>
            </w:pPr>
            <w:r>
              <w:rPr>
                <w:sz w:val="16"/>
              </w:rPr>
              <w:t>Thunderstorm Wind</w:t>
            </w:r>
          </w:p>
        </w:tc>
        <w:tc>
          <w:tcPr>
            <w:tcW w:type="dxa" w:w="2522"/>
          </w:tcPr>
          <w:p>
            <w:pPr>
              <w:spacing w:after="0"/>
              <w:jc w:val="left"/>
            </w:pPr>
            <w:r>
              <w:rPr>
                <w:sz w:val="16"/>
              </w:rPr>
              <w:t>speed not recorded</w:t>
            </w:r>
          </w:p>
        </w:tc>
        <w:tc>
          <w:tcPr>
            <w:tcW w:type="dxa" w:w="2758"/>
          </w:tcPr>
          <w:p>
            <w:pPr>
              <w:spacing w:after="0"/>
              <w:jc w:val="left"/>
            </w:pPr>
            <w:r>
              <w:rPr>
                <w:sz w:val="16"/>
              </w:rPr>
              <w:t>$50,000,000 property; crops not recorded (1995 dollars)</w:t>
            </w:r>
          </w:p>
        </w:tc>
        <w:tc>
          <w:tcPr>
            <w:tcW w:type="dxa" w:w="1073"/>
          </w:tcPr>
          <w:p>
            <w:pPr>
              <w:spacing w:after="0"/>
              <w:jc w:val="right"/>
            </w:pPr>
            <w:r>
              <w:rPr>
                <w:sz w:val="16"/>
              </w:rPr>
              <w:t>0, 3</w:t>
            </w:r>
          </w:p>
        </w:tc>
        <w:tc>
          <w:tcPr>
            <w:tcW w:type="dxa" w:w="1682"/>
          </w:tcPr>
          <w:p>
            <w:pPr>
              <w:spacing w:after="0"/>
              <w:jc w:val="left"/>
            </w:pPr>
            <w:r>
              <w:rPr>
                <w:sz w:val="16"/>
              </w:rPr>
              <w:t>Winchester</w:t>
            </w:r>
          </w:p>
        </w:tc>
        <w:tc>
          <w:tcPr>
            <w:tcW w:type="dxa" w:w="976"/>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1982-06-16</w:t>
            </w:r>
          </w:p>
        </w:tc>
        <w:tc>
          <w:tcPr>
            <w:tcW w:type="dxa" w:w="1215"/>
          </w:tcPr>
          <w:p>
            <w:pPr>
              <w:spacing w:after="0"/>
              <w:jc w:val="left"/>
            </w:pPr>
            <w:r>
              <w:rPr>
                <w:sz w:val="16"/>
              </w:rPr>
              <w:t>Tornado</w:t>
            </w:r>
          </w:p>
        </w:tc>
        <w:tc>
          <w:tcPr>
            <w:tcW w:type="dxa" w:w="2522"/>
          </w:tcPr>
          <w:p>
            <w:pPr>
              <w:spacing w:after="0"/>
              <w:jc w:val="left"/>
            </w:pPr>
            <w:r>
              <w:rPr>
                <w:sz w:val="16"/>
              </w:rPr>
              <w:t>F2, 12 mi path length (records before 1996 may include the whole path; rating and listing come from the county where the tornado began), 30 yd wide</w:t>
            </w:r>
          </w:p>
        </w:tc>
        <w:tc>
          <w:tcPr>
            <w:tcW w:type="dxa" w:w="2758"/>
          </w:tcPr>
          <w:p>
            <w:pPr>
              <w:spacing w:after="0"/>
              <w:jc w:val="left"/>
            </w:pPr>
            <w:r>
              <w:rPr>
                <w:sz w:val="16"/>
              </w:rPr>
              <w:t>$250,000 property; crops not recorded (1982 dollars)</w:t>
            </w:r>
          </w:p>
        </w:tc>
        <w:tc>
          <w:tcPr>
            <w:tcW w:type="dxa" w:w="1073"/>
          </w:tcPr>
          <w:p>
            <w:pPr>
              <w:spacing w:after="0"/>
              <w:jc w:val="right"/>
            </w:pPr>
            <w:r>
              <w:rPr>
                <w:sz w:val="16"/>
              </w:rPr>
              <w:t>0, 4</w:t>
            </w:r>
          </w:p>
        </w:tc>
        <w:tc>
          <w:tcPr>
            <w:tcW w:type="dxa" w:w="1682"/>
          </w:tcPr>
          <w:p>
            <w:pPr>
              <w:spacing w:after="0"/>
              <w:jc w:val="left"/>
            </w:pPr>
            <w:r>
              <w:rPr>
                <w:sz w:val="16"/>
              </w:rPr>
              <w:t>location not recorded</w:t>
            </w:r>
          </w:p>
        </w:tc>
        <w:tc>
          <w:tcPr>
            <w:tcW w:type="dxa" w:w="976"/>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522"/>
          </w:tcPr>
          <w:p>
            <w:pPr>
              <w:spacing w:after="0"/>
              <w:jc w:val="left"/>
            </w:pPr>
            <w:r>
              <w:rPr>
                <w:sz w:val="16"/>
              </w:rPr>
              <w:t>F4, 15 mi path length (records before 1996 may include the whole path; rating and listing come from the county where the tornado began), 33 yd wide</w:t>
            </w:r>
          </w:p>
        </w:tc>
        <w:tc>
          <w:tcPr>
            <w:tcW w:type="dxa" w:w="2758"/>
          </w:tcPr>
          <w:p>
            <w:pPr>
              <w:spacing w:after="0"/>
              <w:jc w:val="left"/>
            </w:pPr>
            <w:r>
              <w:rPr>
                <w:sz w:val="16"/>
              </w:rPr>
              <w:t>damage not recorded (pre-1996 record)</w:t>
            </w:r>
          </w:p>
        </w:tc>
        <w:tc>
          <w:tcPr>
            <w:tcW w:type="dxa" w:w="1073"/>
          </w:tcPr>
          <w:p>
            <w:pPr>
              <w:spacing w:after="0"/>
              <w:jc w:val="right"/>
            </w:pPr>
            <w:r>
              <w:rPr>
                <w:sz w:val="16"/>
              </w:rPr>
              <w:t>0, 8</w:t>
            </w:r>
          </w:p>
        </w:tc>
        <w:tc>
          <w:tcPr>
            <w:tcW w:type="dxa" w:w="1682"/>
          </w:tcPr>
          <w:p>
            <w:pPr>
              <w:spacing w:after="0"/>
              <w:jc w:val="left"/>
            </w:pPr>
            <w:r>
              <w:rPr>
                <w:sz w:val="16"/>
              </w:rPr>
              <w:t>location not recorded</w:t>
            </w:r>
          </w:p>
        </w:tc>
        <w:tc>
          <w:tcPr>
            <w:tcW w:type="dxa" w:w="976"/>
          </w:tcPr>
          <w:p>
            <w:pPr>
              <w:spacing w:after="0"/>
              <w:jc w:val="left"/>
            </w:pPr>
          </w:p>
        </w:tc>
        <w:tc>
          <w:tcPr>
            <w:tcW w:type="dxa" w:w="284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(241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7"/>
        <w:gridCol w:w="1603"/>
        <w:gridCol w:w="1037"/>
        <w:gridCol w:w="1765"/>
        <w:gridCol w:w="1532"/>
        <w:gridCol w:w="1543"/>
        <w:gridCol w:w="1037"/>
        <w:gridCol w:w="1822"/>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5"/>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7"/>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p>
        </w:tc>
        <w:tc>
          <w:tcPr>
            <w:tcW w:type="dxa" w:w="1543"/>
          </w:tcPr>
          <w:p>
            <w:pPr>
              <w:spacing w:after="0"/>
              <w:jc w:val="left"/>
            </w:pPr>
            <w:r>
              <w:rPr>
                <w:sz w:val="16"/>
              </w:rPr>
              <w:t>1994 to 2023 (30 years)</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7"/>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1.26</w:t>
            </w:r>
          </w:p>
        </w:tc>
        <w:tc>
          <w:tcPr>
            <w:tcW w:type="dxa" w:w="1477"/>
          </w:tcPr>
          <w:p>
            <w:pPr>
              <w:spacing w:after="0"/>
              <w:jc w:val="left"/>
            </w:pPr>
            <w:r>
              <w:rPr>
                <w:sz w:val="16"/>
              </w:rPr>
              <w:t>event-days per year</w:t>
            </w:r>
          </w:p>
        </w:tc>
        <w:tc>
          <w:tcPr>
            <w:tcW w:type="dxa" w:w="1603"/>
          </w:tcPr>
          <w:p>
            <w:pPr>
              <w:spacing w:after="0"/>
              <w:jc w:val="left"/>
            </w:pPr>
            <w:r>
              <w:rPr>
                <w:sz w:val="16"/>
              </w:rPr>
              <w:t>about 1.26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24</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2.77</w:t>
            </w:r>
          </w:p>
        </w:tc>
        <w:tc>
          <w:tcPr>
            <w:tcW w:type="dxa" w:w="1477"/>
          </w:tcPr>
          <w:p>
            <w:pPr>
              <w:spacing w:after="0"/>
              <w:jc w:val="left"/>
            </w:pPr>
            <w:r>
              <w:rPr>
                <w:sz w:val="16"/>
              </w:rPr>
              <w:t>event-days per year</w:t>
            </w:r>
          </w:p>
        </w:tc>
        <w:tc>
          <w:tcPr>
            <w:tcW w:type="dxa" w:w="1603"/>
          </w:tcPr>
          <w:p>
            <w:pPr>
              <w:spacing w:after="0"/>
              <w:jc w:val="left"/>
            </w:pPr>
            <w:r>
              <w:rPr>
                <w:sz w:val="16"/>
              </w:rPr>
              <w:t>about 2.77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70</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0.00204</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0.204%</w:t>
            </w: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3.13</w:t>
            </w:r>
          </w:p>
        </w:tc>
        <w:tc>
          <w:tcPr>
            <w:tcW w:type="dxa" w:w="1477"/>
          </w:tcPr>
          <w:p>
            <w:pPr>
              <w:spacing w:after="0"/>
              <w:jc w:val="left"/>
            </w:pPr>
            <w:r>
              <w:rPr>
                <w:sz w:val="16"/>
              </w:rPr>
              <w:t>events per year</w:t>
            </w:r>
          </w:p>
        </w:tc>
        <w:tc>
          <w:tcPr>
            <w:tcW w:type="dxa" w:w="1603"/>
          </w:tcPr>
          <w:p>
            <w:pPr>
              <w:spacing w:after="0"/>
              <w:jc w:val="left"/>
            </w:pPr>
            <w:r>
              <w:rPr>
                <w:sz w:val="16"/>
              </w:rPr>
              <w:t>about 3.13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118.9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2.53</w:t>
            </w:r>
          </w:p>
        </w:tc>
        <w:tc>
          <w:tcPr>
            <w:tcW w:type="dxa" w:w="1477"/>
          </w:tcPr>
          <w:p>
            <w:pPr>
              <w:spacing w:after="0"/>
              <w:jc w:val="left"/>
            </w:pPr>
            <w:r>
              <w:rPr>
                <w:sz w:val="16"/>
              </w:rPr>
              <w:t>event-days per year</w:t>
            </w:r>
          </w:p>
        </w:tc>
        <w:tc>
          <w:tcPr>
            <w:tcW w:type="dxa" w:w="1603"/>
          </w:tcPr>
          <w:p>
            <w:pPr>
              <w:spacing w:after="0"/>
              <w:jc w:val="left"/>
            </w:pPr>
            <w:r>
              <w:rPr>
                <w:sz w:val="16"/>
              </w:rPr>
              <w:t>about 2.53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39</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0.0206</w:t>
            </w:r>
          </w:p>
        </w:tc>
        <w:tc>
          <w:tcPr>
            <w:tcW w:type="dxa" w:w="1477"/>
          </w:tcPr>
          <w:p>
            <w:pPr>
              <w:spacing w:after="0"/>
              <w:jc w:val="left"/>
            </w:pPr>
            <w:r>
              <w:rPr>
                <w:sz w:val="16"/>
              </w:rPr>
              <w:t>events per year</w:t>
            </w:r>
          </w:p>
        </w:tc>
        <w:tc>
          <w:tcPr>
            <w:tcW w:type="dxa" w:w="1603"/>
          </w:tcPr>
          <w:p>
            <w:pPr>
              <w:spacing w:after="0"/>
              <w:jc w:val="left"/>
            </w:pPr>
            <w:r>
              <w:rPr>
                <w:sz w:val="16"/>
              </w:rPr>
              <w:t>about 1 in 49 years</w:t>
            </w:r>
          </w:p>
        </w:tc>
        <w:tc>
          <w:tcPr>
            <w:tcW w:type="dxa" w:w="1037"/>
          </w:tcPr>
          <w:p>
            <w:pPr>
              <w:spacing w:after="0"/>
              <w:jc w:val="left"/>
            </w:pPr>
            <w:r>
              <w:rPr>
                <w:sz w:val="16"/>
              </w:rPr>
              <w:t>Possible</w:t>
            </w:r>
          </w:p>
        </w:tc>
        <w:tc>
          <w:tcPr>
            <w:tcW w:type="dxa" w:w="1765"/>
          </w:tcPr>
          <w:p>
            <w:pPr>
              <w:spacing w:after="0"/>
              <w:jc w:val="left"/>
            </w:pPr>
            <w:r>
              <w:rPr>
                <w:sz w:val="16"/>
              </w:rPr>
              <w:t>FEMA annualized frequency (modeled)</w:t>
            </w:r>
          </w:p>
        </w:tc>
        <w:tc>
          <w:tcPr>
            <w:tcW w:type="dxa" w:w="1532"/>
          </w:tcPr>
          <w:p>
            <w:pPr>
              <w:spacing w:after="0"/>
              <w:jc w:val="right"/>
            </w:pPr>
            <w:r>
              <w:rPr>
                <w:sz w:val="16"/>
              </w:rPr>
              <w:t>6</w:t>
            </w: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82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0.67</w:t>
            </w:r>
          </w:p>
        </w:tc>
        <w:tc>
          <w:tcPr>
            <w:tcW w:type="dxa" w:w="1477"/>
          </w:tcPr>
          <w:p>
            <w:pPr>
              <w:spacing w:after="0"/>
              <w:jc w:val="left"/>
            </w:pPr>
            <w:r>
              <w:rPr>
                <w:sz w:val="16"/>
              </w:rPr>
              <w:t>event-days per year</w:t>
            </w:r>
          </w:p>
        </w:tc>
        <w:tc>
          <w:tcPr>
            <w:tcW w:type="dxa" w:w="1603"/>
          </w:tcPr>
          <w:p>
            <w:pPr>
              <w:spacing w:after="0"/>
              <w:jc w:val="left"/>
            </w:pPr>
            <w:r>
              <w:rPr>
                <w:sz w:val="16"/>
              </w:rPr>
              <w:t>about 0.67 days per year</w:t>
            </w:r>
          </w:p>
        </w:tc>
        <w:tc>
          <w:tcPr>
            <w:tcW w:type="dxa" w:w="1037"/>
          </w:tcPr>
          <w:p>
            <w:pPr>
              <w:spacing w:after="0"/>
              <w:jc w:val="left"/>
            </w:pPr>
            <w:r>
              <w:rPr>
                <w:sz w:val="16"/>
              </w:rPr>
              <w:t>Likely</w:t>
            </w:r>
          </w:p>
        </w:tc>
        <w:tc>
          <w:tcPr>
            <w:tcW w:type="dxa" w:w="1765"/>
          </w:tcPr>
          <w:p>
            <w:pPr>
              <w:spacing w:after="0"/>
              <w:jc w:val="left"/>
            </w:pPr>
            <w:r>
              <w:rPr>
                <w:sz w:val="16"/>
              </w:rPr>
              <w:t>event-days in 5 of 30 years, 1996 to 2025 (16.7%)</w:t>
            </w:r>
          </w:p>
        </w:tc>
        <w:tc>
          <w:tcPr>
            <w:tcW w:type="dxa" w:w="1532"/>
          </w:tcPr>
          <w:p>
            <w:pPr>
              <w:spacing w:after="0"/>
              <w:jc w:val="right"/>
            </w:pPr>
            <w:r>
              <w:rPr>
                <w:sz w:val="16"/>
              </w:rPr>
              <w:t>46</w:t>
            </w:r>
          </w:p>
        </w:tc>
        <w:tc>
          <w:tcPr>
            <w:tcW w:type="dxa" w:w="1543"/>
          </w:tcPr>
          <w:p>
            <w:pPr>
              <w:spacing w:after="0"/>
              <w:jc w:val="left"/>
            </w:pPr>
            <w:r>
              <w:rPr>
                <w:sz w:val="16"/>
              </w:rPr>
              <w:t>1946-12-31 to 2014-02-12 (67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1.21</w:t>
            </w:r>
          </w:p>
        </w:tc>
        <w:tc>
          <w:tcPr>
            <w:tcW w:type="dxa" w:w="1477"/>
          </w:tcPr>
          <w:p>
            <w:pPr>
              <w:spacing w:after="0"/>
              <w:jc w:val="left"/>
            </w:pPr>
            <w:r>
              <w:rPr>
                <w:sz w:val="16"/>
              </w:rPr>
              <w:t>event-days per year</w:t>
            </w:r>
          </w:p>
        </w:tc>
        <w:tc>
          <w:tcPr>
            <w:tcW w:type="dxa" w:w="1603"/>
          </w:tcPr>
          <w:p>
            <w:pPr>
              <w:spacing w:after="0"/>
              <w:jc w:val="left"/>
            </w:pPr>
            <w:r>
              <w:rPr>
                <w:sz w:val="16"/>
              </w:rPr>
              <w:t>about 1.21 days per year</w:t>
            </w:r>
          </w:p>
        </w:tc>
        <w:tc>
          <w:tcPr>
            <w:tcW w:type="dxa" w:w="1037"/>
          </w:tcPr>
          <w:p>
            <w:pPr>
              <w:spacing w:after="0"/>
              <w:jc w:val="left"/>
            </w:pPr>
            <w:r>
              <w:rPr>
                <w:sz w:val="16"/>
              </w:rPr>
              <w:t>Likely</w:t>
            </w:r>
          </w:p>
        </w:tc>
        <w:tc>
          <w:tcPr>
            <w:tcW w:type="dxa" w:w="1765"/>
          </w:tcPr>
          <w:p>
            <w:pPr>
              <w:spacing w:after="0"/>
              <w:jc w:val="left"/>
            </w:pPr>
            <w:r>
              <w:rPr>
                <w:sz w:val="16"/>
              </w:rPr>
              <w:t>event-days in 18 of 30 years, 1996 to 2025 (60%)</w:t>
            </w:r>
          </w:p>
        </w:tc>
        <w:tc>
          <w:tcPr>
            <w:tcW w:type="dxa" w:w="1532"/>
          </w:tcPr>
          <w:p>
            <w:pPr>
              <w:spacing w:after="0"/>
              <w:jc w:val="right"/>
            </w:pPr>
            <w:r>
              <w:rPr>
                <w:sz w:val="16"/>
              </w:rPr>
              <w:t>34</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0.36</w:t>
            </w:r>
          </w:p>
        </w:tc>
        <w:tc>
          <w:tcPr>
            <w:tcW w:type="dxa" w:w="1477"/>
          </w:tcPr>
          <w:p>
            <w:pPr>
              <w:spacing w:after="0"/>
              <w:jc w:val="left"/>
            </w:pPr>
            <w:r>
              <w:rPr>
                <w:sz w:val="16"/>
              </w:rPr>
              <w:t>events per year (modeled)</w:t>
            </w:r>
          </w:p>
        </w:tc>
        <w:tc>
          <w:tcPr>
            <w:tcW w:type="dxa" w:w="1603"/>
          </w:tcPr>
          <w:p>
            <w:pPr>
              <w:spacing w:after="0"/>
              <w:jc w:val="left"/>
            </w:pPr>
            <w:r>
              <w:rPr>
                <w:sz w:val="16"/>
              </w:rPr>
              <w:t>about 1 in 3 years</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51.3</w:t>
            </w:r>
          </w:p>
        </w:tc>
        <w:tc>
          <w:tcPr>
            <w:tcW w:type="dxa" w:w="1477"/>
          </w:tcPr>
          <w:p>
            <w:pPr>
              <w:spacing w:after="0"/>
              <w:jc w:val="left"/>
            </w:pPr>
            <w:r>
              <w:rPr>
                <w:sz w:val="16"/>
              </w:rPr>
              <w:t>days per year with a strike</w:t>
            </w:r>
          </w:p>
        </w:tc>
        <w:tc>
          <w:tcPr>
            <w:tcW w:type="dxa" w:w="1603"/>
          </w:tcPr>
          <w:p>
            <w:pPr>
              <w:spacing w:after="0"/>
              <w:jc w:val="left"/>
            </w:pPr>
            <w:r>
              <w:rPr>
                <w:sz w:val="16"/>
              </w:rPr>
              <w:t>about 51.3 days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5.46</w:t>
            </w:r>
          </w:p>
        </w:tc>
        <w:tc>
          <w:tcPr>
            <w:tcW w:type="dxa" w:w="1477"/>
          </w:tcPr>
          <w:p>
            <w:pPr>
              <w:spacing w:after="0"/>
              <w:jc w:val="left"/>
            </w:pPr>
            <w:r>
              <w:rPr>
                <w:sz w:val="16"/>
              </w:rPr>
              <w:t>events per year</w:t>
            </w:r>
          </w:p>
        </w:tc>
        <w:tc>
          <w:tcPr>
            <w:tcW w:type="dxa" w:w="1603"/>
          </w:tcPr>
          <w:p>
            <w:pPr>
              <w:spacing w:after="0"/>
              <w:jc w:val="left"/>
            </w:pPr>
            <w:r>
              <w:rPr>
                <w:sz w:val="16"/>
              </w:rPr>
              <w:t>about 5.46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208</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0.112</w:t>
            </w:r>
          </w:p>
        </w:tc>
        <w:tc>
          <w:tcPr>
            <w:tcW w:type="dxa" w:w="1477"/>
          </w:tcPr>
          <w:p>
            <w:pPr>
              <w:spacing w:after="0"/>
              <w:jc w:val="left"/>
            </w:pPr>
            <w:r>
              <w:rPr>
                <w:sz w:val="16"/>
              </w:rPr>
              <w:t>events per year</w:t>
            </w:r>
          </w:p>
        </w:tc>
        <w:tc>
          <w:tcPr>
            <w:tcW w:type="dxa" w:w="1603"/>
          </w:tcPr>
          <w:p>
            <w:pPr>
              <w:spacing w:after="0"/>
              <w:jc w:val="left"/>
            </w:pPr>
            <w:r>
              <w:rPr>
                <w:sz w:val="16"/>
              </w:rPr>
              <w:t>about 1 in 9 years</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7"/>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0.000404</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0.0404%</w:t>
            </w:r>
          </w:p>
        </w:tc>
        <w:tc>
          <w:tcPr>
            <w:tcW w:type="dxa" w:w="1037"/>
          </w:tcPr>
          <w:p>
            <w:pPr>
              <w:spacing w:after="0"/>
              <w:jc w:val="left"/>
            </w:pPr>
          </w:p>
        </w:tc>
        <w:tc>
          <w:tcPr>
            <w:tcW w:type="dxa" w:w="1765"/>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11.7</w:t>
            </w:r>
          </w:p>
        </w:tc>
        <w:tc>
          <w:tcPr>
            <w:tcW w:type="dxa" w:w="1477"/>
          </w:tcPr>
          <w:p>
            <w:pPr>
              <w:spacing w:after="0"/>
              <w:jc w:val="left"/>
            </w:pPr>
            <w:r>
              <w:rPr>
                <w:sz w:val="16"/>
              </w:rPr>
              <w:t>event-days per year</w:t>
            </w:r>
          </w:p>
        </w:tc>
        <w:tc>
          <w:tcPr>
            <w:tcW w:type="dxa" w:w="1603"/>
          </w:tcPr>
          <w:p>
            <w:pPr>
              <w:spacing w:after="0"/>
              <w:jc w:val="left"/>
            </w:pPr>
            <w:r>
              <w:rPr>
                <w:sz w:val="16"/>
              </w:rPr>
              <w:t>about 11.7 days per year</w:t>
            </w:r>
          </w:p>
        </w:tc>
        <w:tc>
          <w:tcPr>
            <w:tcW w:type="dxa" w:w="1037"/>
          </w:tcPr>
          <w:p>
            <w:pPr>
              <w:spacing w:after="0"/>
              <w:jc w:val="left"/>
            </w:pPr>
            <w:r>
              <w:rPr>
                <w:sz w:val="16"/>
              </w:rPr>
              <w:t>Likely</w:t>
            </w:r>
          </w:p>
        </w:tc>
        <w:tc>
          <w:tcPr>
            <w:tcW w:type="dxa" w:w="1765"/>
          </w:tcPr>
          <w:p>
            <w:pPr>
              <w:spacing w:after="0"/>
              <w:jc w:val="left"/>
            </w:pPr>
            <w:r>
              <w:rPr>
                <w:sz w:val="16"/>
              </w:rPr>
              <w:t>event-days in 12 of 30 years, 1996 to 2025 (40%)</w:t>
            </w:r>
          </w:p>
        </w:tc>
        <w:tc>
          <w:tcPr>
            <w:tcW w:type="dxa" w:w="1532"/>
          </w:tcPr>
          <w:p>
            <w:pPr>
              <w:spacing w:after="0"/>
              <w:jc w:val="right"/>
            </w:pPr>
            <w:r>
              <w:rPr>
                <w:sz w:val="16"/>
              </w:rPr>
              <w:t>222</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NRI gives about 11.7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95</w:t>
            </w:r>
          </w:p>
        </w:tc>
        <w:tc>
          <w:tcPr>
            <w:tcW w:type="dxa" w:w="1476"/>
          </w:tcPr>
          <w:p>
            <w:pPr>
              <w:spacing w:after="0"/>
              <w:jc w:val="right"/>
            </w:pPr>
            <w:r>
              <w:rPr>
                <w:sz w:val="16"/>
              </w:rPr>
              <w:t>30</w:t>
            </w:r>
          </w:p>
        </w:tc>
        <w:tc>
          <w:tcPr>
            <w:tcW w:type="dxa" w:w="1476"/>
          </w:tcPr>
          <w:p>
            <w:pPr>
              <w:spacing w:after="0"/>
              <w:jc w:val="right"/>
            </w:pPr>
            <w:r>
              <w:rPr>
                <w:sz w:val="16"/>
              </w:rPr>
              <w:t>3.17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55.1</w:t>
            </w:r>
          </w:p>
        </w:tc>
        <w:tc>
          <w:tcPr>
            <w:tcW w:type="dxa" w:w="680"/>
          </w:tcPr>
          <w:p>
            <w:pPr>
              <w:spacing w:after="0"/>
              <w:jc w:val="right"/>
            </w:pPr>
            <w:r>
              <w:rPr>
                <w:sz w:val="16"/>
              </w:rPr>
              <w:t>62.8</w:t>
            </w:r>
          </w:p>
        </w:tc>
        <w:tc>
          <w:tcPr>
            <w:tcW w:type="dxa" w:w="648"/>
          </w:tcPr>
          <w:p>
            <w:pPr>
              <w:spacing w:after="0"/>
              <w:jc w:val="right"/>
            </w:pPr>
            <w:r>
              <w:rPr>
                <w:sz w:val="16"/>
              </w:rPr>
              <w:t>74.0</w:t>
            </w:r>
          </w:p>
        </w:tc>
        <w:tc>
          <w:tcPr>
            <w:tcW w:type="dxa" w:w="3462"/>
          </w:tcPr>
          <w:p>
            <w:pPr>
              <w:spacing w:after="0"/>
              <w:jc w:val="left"/>
            </w:pPr>
            <w:r>
              <w:rPr>
                <w:sz w:val="16"/>
              </w:rPr>
              <w:t>Relatively Moderate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7 of 10</w:t>
            </w:r>
          </w:p>
        </w:tc>
        <w:tc>
          <w:tcPr>
            <w:tcW w:type="dxa" w:w="878"/>
          </w:tcPr>
          <w:p>
            <w:pPr>
              <w:spacing w:after="0"/>
              <w:jc w:val="right"/>
            </w:pPr>
            <w:r>
              <w:rPr>
                <w:sz w:val="16"/>
              </w:rPr>
              <w:t>70.5</w:t>
            </w:r>
          </w:p>
        </w:tc>
        <w:tc>
          <w:tcPr>
            <w:tcW w:type="dxa" w:w="680"/>
          </w:tcPr>
          <w:p>
            <w:pPr>
              <w:spacing w:after="0"/>
              <w:jc w:val="right"/>
            </w:pPr>
            <w:r>
              <w:rPr>
                <w:sz w:val="16"/>
              </w:rPr>
              <w:t>78.9</w:t>
            </w:r>
          </w:p>
        </w:tc>
        <w:tc>
          <w:tcPr>
            <w:tcW w:type="dxa" w:w="648"/>
          </w:tcPr>
          <w:p>
            <w:pPr>
              <w:spacing w:after="0"/>
              <w:jc w:val="right"/>
            </w:pPr>
            <w:r>
              <w:rPr>
                <w:sz w:val="16"/>
              </w:rPr>
              <w:t>83.8</w:t>
            </w:r>
          </w:p>
        </w:tc>
        <w:tc>
          <w:tcPr>
            <w:tcW w:type="dxa" w:w="3462"/>
          </w:tcPr>
          <w:p>
            <w:pPr>
              <w:spacing w:after="0"/>
              <w:jc w:val="left"/>
            </w:pPr>
            <w:r>
              <w:rPr>
                <w:sz w:val="16"/>
              </w:rPr>
              <w:t>Relatively Low 4, Very Low 3, No Rating 3</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37.7</w:t>
            </w:r>
          </w:p>
        </w:tc>
        <w:tc>
          <w:tcPr>
            <w:tcW w:type="dxa" w:w="680"/>
          </w:tcPr>
          <w:p>
            <w:pPr>
              <w:spacing w:after="0"/>
              <w:jc w:val="right"/>
            </w:pPr>
            <w:r>
              <w:rPr>
                <w:sz w:val="16"/>
              </w:rPr>
              <w:t>56.3</w:t>
            </w:r>
          </w:p>
        </w:tc>
        <w:tc>
          <w:tcPr>
            <w:tcW w:type="dxa" w:w="648"/>
          </w:tcPr>
          <w:p>
            <w:pPr>
              <w:spacing w:after="0"/>
              <w:jc w:val="right"/>
            </w:pPr>
            <w:r>
              <w:rPr>
                <w:sz w:val="16"/>
              </w:rPr>
              <w:t>74.8</w:t>
            </w:r>
          </w:p>
        </w:tc>
        <w:tc>
          <w:tcPr>
            <w:tcW w:type="dxa" w:w="3462"/>
          </w:tcPr>
          <w:p>
            <w:pPr>
              <w:spacing w:after="0"/>
              <w:jc w:val="left"/>
            </w:pPr>
            <w:r>
              <w:rPr>
                <w:sz w:val="16"/>
              </w:rPr>
              <w:t>Relatively Low 9, Very Low 1</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65.7</w:t>
            </w:r>
          </w:p>
        </w:tc>
        <w:tc>
          <w:tcPr>
            <w:tcW w:type="dxa" w:w="680"/>
          </w:tcPr>
          <w:p>
            <w:pPr>
              <w:spacing w:after="0"/>
              <w:jc w:val="right"/>
            </w:pPr>
            <w:r>
              <w:rPr>
                <w:sz w:val="16"/>
              </w:rPr>
              <w:t>74.1</w:t>
            </w:r>
          </w:p>
        </w:tc>
        <w:tc>
          <w:tcPr>
            <w:tcW w:type="dxa" w:w="648"/>
          </w:tcPr>
          <w:p>
            <w:pPr>
              <w:spacing w:after="0"/>
              <w:jc w:val="right"/>
            </w:pPr>
            <w:r>
              <w:rPr>
                <w:sz w:val="16"/>
              </w:rPr>
              <w:t>82.6</w:t>
            </w:r>
          </w:p>
        </w:tc>
        <w:tc>
          <w:tcPr>
            <w:tcW w:type="dxa" w:w="3462"/>
          </w:tcPr>
          <w:p>
            <w:pPr>
              <w:spacing w:after="0"/>
              <w:jc w:val="left"/>
            </w:pPr>
            <w:r>
              <w:rPr>
                <w:sz w:val="16"/>
              </w:rPr>
              <w:t>Relatively Moderate 8, Relatively Low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29.0</w:t>
            </w:r>
          </w:p>
        </w:tc>
        <w:tc>
          <w:tcPr>
            <w:tcW w:type="dxa" w:w="680"/>
          </w:tcPr>
          <w:p>
            <w:pPr>
              <w:spacing w:after="0"/>
              <w:jc w:val="right"/>
            </w:pPr>
            <w:r>
              <w:rPr>
                <w:sz w:val="16"/>
              </w:rPr>
              <w:t>41.2</w:t>
            </w:r>
          </w:p>
        </w:tc>
        <w:tc>
          <w:tcPr>
            <w:tcW w:type="dxa" w:w="648"/>
          </w:tcPr>
          <w:p>
            <w:pPr>
              <w:spacing w:after="0"/>
              <w:jc w:val="right"/>
            </w:pPr>
            <w:r>
              <w:rPr>
                <w:sz w:val="16"/>
              </w:rPr>
              <w:t>55.6</w:t>
            </w:r>
          </w:p>
        </w:tc>
        <w:tc>
          <w:tcPr>
            <w:tcW w:type="dxa" w:w="3462"/>
          </w:tcPr>
          <w:p>
            <w:pPr>
              <w:spacing w:after="0"/>
              <w:jc w:val="left"/>
            </w:pPr>
            <w:r>
              <w:rPr>
                <w:sz w:val="16"/>
              </w:rPr>
              <w:t>Relatively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34.8</w:t>
            </w:r>
          </w:p>
        </w:tc>
        <w:tc>
          <w:tcPr>
            <w:tcW w:type="dxa" w:w="680"/>
          </w:tcPr>
          <w:p>
            <w:pPr>
              <w:spacing w:after="0"/>
              <w:jc w:val="right"/>
            </w:pPr>
            <w:r>
              <w:rPr>
                <w:sz w:val="16"/>
              </w:rPr>
              <w:t>39.8</w:t>
            </w:r>
          </w:p>
        </w:tc>
        <w:tc>
          <w:tcPr>
            <w:tcW w:type="dxa" w:w="648"/>
          </w:tcPr>
          <w:p>
            <w:pPr>
              <w:spacing w:after="0"/>
              <w:jc w:val="right"/>
            </w:pPr>
            <w:r>
              <w:rPr>
                <w:sz w:val="16"/>
              </w:rPr>
              <w:t>45.2</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45.0</w:t>
            </w:r>
          </w:p>
        </w:tc>
        <w:tc>
          <w:tcPr>
            <w:tcW w:type="dxa" w:w="680"/>
          </w:tcPr>
          <w:p>
            <w:pPr>
              <w:spacing w:after="0"/>
              <w:jc w:val="right"/>
            </w:pPr>
            <w:r>
              <w:rPr>
                <w:sz w:val="16"/>
              </w:rPr>
              <w:t>69.7</w:t>
            </w:r>
          </w:p>
        </w:tc>
        <w:tc>
          <w:tcPr>
            <w:tcW w:type="dxa" w:w="648"/>
          </w:tcPr>
          <w:p>
            <w:pPr>
              <w:spacing w:after="0"/>
              <w:jc w:val="right"/>
            </w:pPr>
            <w:r>
              <w:rPr>
                <w:sz w:val="16"/>
              </w:rPr>
              <w:t>81.0</w:t>
            </w:r>
          </w:p>
        </w:tc>
        <w:tc>
          <w:tcPr>
            <w:tcW w:type="dxa" w:w="3462"/>
          </w:tcPr>
          <w:p>
            <w:pPr>
              <w:spacing w:after="0"/>
              <w:jc w:val="left"/>
            </w:pPr>
            <w:r>
              <w:rPr>
                <w:sz w:val="16"/>
              </w:rPr>
              <w:t>Relatively Moderate 6, Relatively Low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21.8</w:t>
            </w:r>
          </w:p>
        </w:tc>
        <w:tc>
          <w:tcPr>
            <w:tcW w:type="dxa" w:w="680"/>
          </w:tcPr>
          <w:p>
            <w:pPr>
              <w:spacing w:after="0"/>
              <w:jc w:val="right"/>
            </w:pPr>
            <w:r>
              <w:rPr>
                <w:sz w:val="16"/>
              </w:rPr>
              <w:t>55.6</w:t>
            </w:r>
          </w:p>
        </w:tc>
        <w:tc>
          <w:tcPr>
            <w:tcW w:type="dxa" w:w="648"/>
          </w:tcPr>
          <w:p>
            <w:pPr>
              <w:spacing w:after="0"/>
              <w:jc w:val="right"/>
            </w:pPr>
            <w:r>
              <w:rPr>
                <w:sz w:val="16"/>
              </w:rPr>
              <w:t>85.3</w:t>
            </w:r>
          </w:p>
        </w:tc>
        <w:tc>
          <w:tcPr>
            <w:tcW w:type="dxa" w:w="3462"/>
          </w:tcPr>
          <w:p>
            <w:pPr>
              <w:spacing w:after="0"/>
              <w:jc w:val="left"/>
            </w:pPr>
            <w:r>
              <w:rPr>
                <w:sz w:val="16"/>
              </w:rPr>
              <w:t>Relatively High 1, Relatively Moderate 5, Relatively Low 4</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16.0</w:t>
            </w:r>
          </w:p>
        </w:tc>
        <w:tc>
          <w:tcPr>
            <w:tcW w:type="dxa" w:w="680"/>
          </w:tcPr>
          <w:p>
            <w:pPr>
              <w:spacing w:after="0"/>
              <w:jc w:val="right"/>
            </w:pPr>
            <w:r>
              <w:rPr>
                <w:sz w:val="16"/>
              </w:rPr>
              <w:t>33.7</w:t>
            </w:r>
          </w:p>
        </w:tc>
        <w:tc>
          <w:tcPr>
            <w:tcW w:type="dxa" w:w="648"/>
          </w:tcPr>
          <w:p>
            <w:pPr>
              <w:spacing w:after="0"/>
              <w:jc w:val="right"/>
            </w:pPr>
            <w:r>
              <w:rPr>
                <w:sz w:val="16"/>
              </w:rPr>
              <w:t>91.5</w:t>
            </w:r>
          </w:p>
        </w:tc>
        <w:tc>
          <w:tcPr>
            <w:tcW w:type="dxa" w:w="3462"/>
          </w:tcPr>
          <w:p>
            <w:pPr>
              <w:spacing w:after="0"/>
              <w:jc w:val="left"/>
            </w:pPr>
            <w:r>
              <w:rPr>
                <w:sz w:val="16"/>
              </w:rPr>
              <w:t>Relatively Low 1, Very Low 9</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69.2</w:t>
            </w:r>
          </w:p>
        </w:tc>
        <w:tc>
          <w:tcPr>
            <w:tcW w:type="dxa" w:w="680"/>
          </w:tcPr>
          <w:p>
            <w:pPr>
              <w:spacing w:after="0"/>
              <w:jc w:val="right"/>
            </w:pPr>
            <w:r>
              <w:rPr>
                <w:sz w:val="16"/>
              </w:rPr>
              <w:t>81.1</w:t>
            </w:r>
          </w:p>
        </w:tc>
        <w:tc>
          <w:tcPr>
            <w:tcW w:type="dxa" w:w="648"/>
          </w:tcPr>
          <w:p>
            <w:pPr>
              <w:spacing w:after="0"/>
              <w:jc w:val="right"/>
            </w:pPr>
            <w:r>
              <w:rPr>
                <w:sz w:val="16"/>
              </w:rPr>
              <w:t>91.0</w:t>
            </w:r>
          </w:p>
        </w:tc>
        <w:tc>
          <w:tcPr>
            <w:tcW w:type="dxa" w:w="3462"/>
          </w:tcPr>
          <w:p>
            <w:pPr>
              <w:spacing w:after="0"/>
              <w:jc w:val="left"/>
            </w:pPr>
            <w:r>
              <w:rPr>
                <w:sz w:val="16"/>
              </w:rPr>
              <w:t>Relatively High 6, Relatively Moderate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90.3</w:t>
            </w:r>
          </w:p>
        </w:tc>
        <w:tc>
          <w:tcPr>
            <w:tcW w:type="dxa" w:w="680"/>
          </w:tcPr>
          <w:p>
            <w:pPr>
              <w:spacing w:after="0"/>
              <w:jc w:val="right"/>
            </w:pPr>
            <w:r>
              <w:rPr>
                <w:sz w:val="16"/>
              </w:rPr>
              <w:t>94.7</w:t>
            </w:r>
          </w:p>
        </w:tc>
        <w:tc>
          <w:tcPr>
            <w:tcW w:type="dxa" w:w="648"/>
          </w:tcPr>
          <w:p>
            <w:pPr>
              <w:spacing w:after="0"/>
              <w:jc w:val="right"/>
            </w:pPr>
            <w:r>
              <w:rPr>
                <w:sz w:val="16"/>
              </w:rPr>
              <w:t>98.1</w:t>
            </w:r>
          </w:p>
        </w:tc>
        <w:tc>
          <w:tcPr>
            <w:tcW w:type="dxa" w:w="3462"/>
          </w:tcPr>
          <w:p>
            <w:pPr>
              <w:spacing w:after="0"/>
              <w:jc w:val="left"/>
            </w:pPr>
            <w:r>
              <w:rPr>
                <w:sz w:val="16"/>
              </w:rPr>
              <w:t>Very High 2, Relatively High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63.1</w:t>
            </w:r>
          </w:p>
        </w:tc>
        <w:tc>
          <w:tcPr>
            <w:tcW w:type="dxa" w:w="680"/>
          </w:tcPr>
          <w:p>
            <w:pPr>
              <w:spacing w:after="0"/>
              <w:jc w:val="right"/>
            </w:pPr>
            <w:r>
              <w:rPr>
                <w:sz w:val="16"/>
              </w:rPr>
              <w:t>82.0</w:t>
            </w:r>
          </w:p>
        </w:tc>
        <w:tc>
          <w:tcPr>
            <w:tcW w:type="dxa" w:w="648"/>
          </w:tcPr>
          <w:p>
            <w:pPr>
              <w:spacing w:after="0"/>
              <w:jc w:val="right"/>
            </w:pPr>
            <w:r>
              <w:rPr>
                <w:sz w:val="16"/>
              </w:rPr>
              <w:t>93.7</w:t>
            </w:r>
          </w:p>
        </w:tc>
        <w:tc>
          <w:tcPr>
            <w:tcW w:type="dxa" w:w="3462"/>
          </w:tcPr>
          <w:p>
            <w:pPr>
              <w:spacing w:after="0"/>
              <w:jc w:val="left"/>
            </w:pPr>
            <w:r>
              <w:rPr>
                <w:sz w:val="16"/>
              </w:rPr>
              <w:t>Very High 1, Relatively High 7, Relatively Moderate 2</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24.4</w:t>
            </w:r>
          </w:p>
        </w:tc>
        <w:tc>
          <w:tcPr>
            <w:tcW w:type="dxa" w:w="680"/>
          </w:tcPr>
          <w:p>
            <w:pPr>
              <w:spacing w:after="0"/>
              <w:jc w:val="right"/>
            </w:pPr>
            <w:r>
              <w:rPr>
                <w:sz w:val="16"/>
              </w:rPr>
              <w:t>50.2</w:t>
            </w:r>
          </w:p>
        </w:tc>
        <w:tc>
          <w:tcPr>
            <w:tcW w:type="dxa" w:w="648"/>
          </w:tcPr>
          <w:p>
            <w:pPr>
              <w:spacing w:after="0"/>
              <w:jc w:val="right"/>
            </w:pPr>
            <w:r>
              <w:rPr>
                <w:sz w:val="16"/>
              </w:rPr>
              <w:t>76.1</w:t>
            </w:r>
          </w:p>
        </w:tc>
        <w:tc>
          <w:tcPr>
            <w:tcW w:type="dxa" w:w="3462"/>
          </w:tcPr>
          <w:p>
            <w:pPr>
              <w:spacing w:after="0"/>
              <w:jc w:val="left"/>
            </w:pPr>
            <w:r>
              <w:rPr>
                <w:sz w:val="16"/>
              </w:rPr>
              <w:t>Relatively Low 1, Very Low 9</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77.8</w:t>
            </w:r>
          </w:p>
        </w:tc>
        <w:tc>
          <w:tcPr>
            <w:tcW w:type="dxa" w:w="680"/>
          </w:tcPr>
          <w:p>
            <w:pPr>
              <w:spacing w:after="0"/>
              <w:jc w:val="right"/>
            </w:pPr>
            <w:r>
              <w:rPr>
                <w:sz w:val="16"/>
              </w:rPr>
              <w:t>84.9</w:t>
            </w:r>
          </w:p>
        </w:tc>
        <w:tc>
          <w:tcPr>
            <w:tcW w:type="dxa" w:w="648"/>
          </w:tcPr>
          <w:p>
            <w:pPr>
              <w:spacing w:after="0"/>
              <w:jc w:val="right"/>
            </w:pPr>
            <w:r>
              <w:rPr>
                <w:sz w:val="16"/>
              </w:rPr>
              <w:t>92.1</w:t>
            </w:r>
          </w:p>
        </w:tc>
        <w:tc>
          <w:tcPr>
            <w:tcW w:type="dxa" w:w="3462"/>
          </w:tcPr>
          <w:p>
            <w:pPr>
              <w:spacing w:after="0"/>
              <w:jc w:val="left"/>
            </w:pPr>
            <w:r>
              <w:rPr>
                <w:sz w:val="16"/>
              </w:rPr>
              <w:t>Relatively High 9,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Clark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2027-05-24</w:t>
            </w:r>
          </w:p>
        </w:tc>
        <w:tc>
          <w:tcPr>
            <w:tcW w:type="dxa" w:w="2572"/>
          </w:tcPr>
          <w:p>
            <w:pPr>
              <w:spacing w:after="0"/>
              <w:jc w:val="right"/>
            </w:pPr>
            <w:r>
              <w:rPr>
                <w:sz w:val="16"/>
              </w:rPr>
              <w:t>FMA RL 3, SRL 14; any 33</w:t>
            </w:r>
          </w:p>
        </w:tc>
        <w:tc>
          <w:tcPr>
            <w:tcW w:type="dxa" w:w="1810"/>
          </w:tcPr>
          <w:p>
            <w:pPr>
              <w:spacing w:after="0"/>
              <w:jc w:val="right"/>
            </w:pPr>
            <w:r>
              <w:rPr>
                <w:sz w:val="16"/>
              </w:rPr>
              <w:t>$109,862.09</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Winchester city</w:t>
            </w:r>
          </w:p>
        </w:tc>
        <w:tc>
          <w:tcPr>
            <w:tcW w:type="dxa" w:w="1701"/>
          </w:tcPr>
          <w:p>
            <w:pPr>
              <w:spacing w:after="0"/>
              <w:jc w:val="left"/>
            </w:pPr>
            <w:r>
              <w:rPr>
                <w:sz w:val="16"/>
              </w:rPr>
              <w:t>City</w:t>
            </w:r>
          </w:p>
        </w:tc>
        <w:tc>
          <w:tcPr>
            <w:tcW w:type="dxa" w:w="3226"/>
          </w:tcPr>
          <w:p>
            <w:pPr>
              <w:spacing w:after="0"/>
              <w:jc w:val="left"/>
            </w:pPr>
            <w:r>
              <w:rPr>
                <w:sz w:val="16"/>
              </w:rPr>
              <w:t>Approved, expires 2027-05-24</w:t>
            </w:r>
          </w:p>
        </w:tc>
        <w:tc>
          <w:tcPr>
            <w:tcW w:type="dxa" w:w="2572"/>
          </w:tcPr>
          <w:p>
            <w:pPr>
              <w:spacing w:after="0"/>
              <w:jc w:val="right"/>
            </w:pPr>
            <w:r>
              <w:rPr>
                <w:sz w:val="16"/>
              </w:rPr>
              <w:t>FMA RL 0, SRL 2; any 9</w:t>
            </w:r>
          </w:p>
        </w:tc>
        <w:tc>
          <w:tcPr>
            <w:tcW w:type="dxa" w:w="1810"/>
          </w:tcPr>
          <w:p>
            <w:pPr>
              <w:spacing w:after="0"/>
              <w:jc w:val="right"/>
            </w:pPr>
            <w:r>
              <w:rPr>
                <w:sz w:val="16"/>
              </w:rPr>
              <w:t>$121,275.25</w:t>
            </w:r>
          </w:p>
        </w:tc>
        <w:tc>
          <w:tcPr>
            <w:tcW w:type="dxa" w:w="2202"/>
          </w:tcPr>
          <w:p>
            <w:pPr>
              <w:spacing w:after="0"/>
              <w:jc w:val="right"/>
            </w:pPr>
            <w:r>
              <w:rPr>
                <w:sz w:val="16"/>
              </w:rPr>
              <w:t>83; 8</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2"/>
        <w:gridCol w:w="1037"/>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2022-05-25</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$7,871,190,051</w:t>
            </w:r>
          </w:p>
        </w:tc>
        <w:tc>
          <w:tcPr>
            <w:tcW w:type="dxa" w:w="1133"/>
          </w:tcPr>
          <w:p>
            <w:pPr>
              <w:spacing w:after="0"/>
              <w:jc w:val="right"/>
            </w:pPr>
            <w:r>
              <w:rPr>
                <w:sz w:val="16"/>
              </w:rPr>
              <w:t>$43,803,863</w:t>
            </w:r>
          </w:p>
        </w:tc>
        <w:tc>
          <w:tcPr>
            <w:tcW w:type="dxa" w:w="1042"/>
          </w:tcPr>
          <w:p>
            <w:pPr>
              <w:spacing w:after="0"/>
              <w:jc w:val="right"/>
            </w:pPr>
            <w:r>
              <w:rPr>
                <w:sz w:val="16"/>
              </w:rPr>
              <w:t>36,972</w:t>
            </w:r>
          </w:p>
        </w:tc>
        <w:tc>
          <w:tcPr>
            <w:tcW w:type="dxa" w:w="1037"/>
          </w:tcPr>
          <w:p>
            <w:pPr>
              <w:spacing w:after="0"/>
              <w:jc w:val="right"/>
            </w:pPr>
            <w:r>
              <w:rPr>
                <w:sz w:val="16"/>
              </w:rPr>
              <w:t>$886</w:t>
            </w:r>
          </w:p>
        </w:tc>
        <w:tc>
          <w:tcPr>
            <w:tcW w:type="dxa" w:w="1126"/>
          </w:tcPr>
          <w:p>
            <w:pPr>
              <w:spacing w:after="0"/>
              <w:jc w:val="right"/>
            </w:pPr>
            <w:r>
              <w:rPr>
                <w:sz w:val="16"/>
              </w:rPr>
              <w:t>$28,262</w:t>
            </w:r>
          </w:p>
        </w:tc>
        <w:tc>
          <w:tcPr>
            <w:tcW w:type="dxa" w:w="1156"/>
          </w:tcPr>
          <w:p>
            <w:pPr>
              <w:spacing w:after="0"/>
              <w:jc w:val="right"/>
            </w:pPr>
            <w:r>
              <w:rPr>
                <w:sz w:val="16"/>
              </w:rPr>
              <w:t>$848,888</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$19,915,678</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$8,155</w:t>
            </w:r>
          </w:p>
        </w:tc>
        <w:tc>
          <w:tcPr>
            <w:tcW w:type="dxa" w:w="1156"/>
          </w:tcPr>
          <w:p>
            <w:pPr>
              <w:spacing w:after="0"/>
              <w:jc w:val="right"/>
            </w:pPr>
          </w:p>
        </w:tc>
        <w:tc>
          <w:tcPr>
            <w:tcW w:type="dxa" w:w="1305"/>
          </w:tcPr>
          <w:p>
            <w:pPr>
              <w:spacing w:after="0"/>
              <w:jc w:val="right"/>
            </w:pPr>
            <w:r>
              <w:rPr>
                <w:sz w:val="16"/>
              </w:rPr>
              <w:t>0.0409% (agriculture)</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$13,650,100,350</w:t>
            </w:r>
          </w:p>
        </w:tc>
        <w:tc>
          <w:tcPr>
            <w:tcW w:type="dxa" w:w="1133"/>
          </w:tcPr>
          <w:p>
            <w:pPr>
              <w:spacing w:after="0"/>
              <w:jc w:val="right"/>
            </w:pPr>
          </w:p>
        </w:tc>
        <w:tc>
          <w:tcPr>
            <w:tcW w:type="dxa" w:w="1042"/>
          </w:tcPr>
          <w:p>
            <w:pPr>
              <w:spacing w:after="0"/>
              <w:jc w:val="right"/>
            </w:pPr>
            <w:r>
              <w:rPr>
                <w:sz w:val="16"/>
              </w:rPr>
              <w:t>36,972</w:t>
            </w:r>
          </w:p>
        </w:tc>
        <w:tc>
          <w:tcPr>
            <w:tcW w:type="dxa" w:w="1037"/>
          </w:tcPr>
          <w:p>
            <w:pPr>
              <w:spacing w:after="0"/>
              <w:jc w:val="right"/>
            </w:pPr>
            <w:r>
              <w:rPr>
                <w:sz w:val="16"/>
              </w:rPr>
              <w:t>$387,959</w:t>
            </w:r>
          </w:p>
        </w:tc>
        <w:tc>
          <w:tcPr>
            <w:tcW w:type="dxa" w:w="1126"/>
          </w:tcPr>
          <w:p>
            <w:pPr>
              <w:spacing w:after="0"/>
              <w:jc w:val="right"/>
            </w:pPr>
          </w:p>
        </w:tc>
        <w:tc>
          <w:tcPr>
            <w:tcW w:type="dxa" w:w="1156"/>
          </w:tcPr>
          <w:p>
            <w:pPr>
              <w:spacing w:after="0"/>
              <w:jc w:val="right"/>
            </w:pPr>
            <w:r>
              <w:rPr>
                <w:sz w:val="16"/>
              </w:rPr>
              <w:t>$111,704</w:t>
            </w:r>
          </w:p>
        </w:tc>
        <w:tc>
          <w:tcPr>
            <w:tcW w:type="dxa" w:w="1305"/>
          </w:tcPr>
          <w:p>
            <w:pPr>
              <w:spacing w:after="0"/>
              <w:jc w:val="right"/>
            </w:pPr>
            <w:r>
              <w:rPr>
                <w:sz w:val="16"/>
              </w:rPr>
              <w:t>0.00284%</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$7,871,191,252</w:t>
            </w:r>
          </w:p>
        </w:tc>
        <w:tc>
          <w:tcPr>
            <w:tcW w:type="dxa" w:w="1133"/>
          </w:tcPr>
          <w:p>
            <w:pPr>
              <w:spacing w:after="0"/>
              <w:jc w:val="right"/>
            </w:pPr>
            <w:r>
              <w:rPr>
                <w:sz w:val="16"/>
              </w:rPr>
              <w:t>$43,803,863</w:t>
            </w:r>
          </w:p>
        </w:tc>
        <w:tc>
          <w:tcPr>
            <w:tcW w:type="dxa" w:w="1042"/>
          </w:tcPr>
          <w:p>
            <w:pPr>
              <w:spacing w:after="0"/>
              <w:jc w:val="right"/>
            </w:pPr>
            <w:r>
              <w:rPr>
                <w:sz w:val="16"/>
              </w:rPr>
              <w:t>36,972</w:t>
            </w:r>
          </w:p>
        </w:tc>
        <w:tc>
          <w:tcPr>
            <w:tcW w:type="dxa" w:w="1037"/>
          </w:tcPr>
          <w:p>
            <w:pPr>
              <w:spacing w:after="0"/>
              <w:jc w:val="right"/>
            </w:pPr>
            <w:r>
              <w:rPr>
                <w:sz w:val="16"/>
              </w:rPr>
              <w:t>$210,848</w:t>
            </w:r>
          </w:p>
        </w:tc>
        <w:tc>
          <w:tcPr>
            <w:tcW w:type="dxa" w:w="1126"/>
          </w:tcPr>
          <w:p>
            <w:pPr>
              <w:spacing w:after="0"/>
              <w:jc w:val="right"/>
            </w:pPr>
            <w:r>
              <w:rPr>
                <w:sz w:val="16"/>
              </w:rPr>
              <w:t>$20,415</w:t>
            </w:r>
          </w:p>
        </w:tc>
        <w:tc>
          <w:tcPr>
            <w:tcW w:type="dxa" w:w="1156"/>
          </w:tcPr>
          <w:p>
            <w:pPr>
              <w:spacing w:after="0"/>
              <w:jc w:val="right"/>
            </w:pPr>
            <w:r>
              <w:rPr>
                <w:sz w:val="16"/>
              </w:rPr>
              <w:t>$36,579</w:t>
            </w:r>
          </w:p>
        </w:tc>
        <w:tc>
          <w:tcPr>
            <w:tcW w:type="dxa" w:w="1305"/>
          </w:tcPr>
          <w:p>
            <w:pPr>
              <w:spacing w:after="0"/>
              <w:jc w:val="right"/>
            </w:pPr>
            <w:r>
              <w:rPr>
                <w:sz w:val="16"/>
              </w:rPr>
              <w:t>0.00268%</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$7,871,190,051</w:t>
            </w:r>
          </w:p>
        </w:tc>
        <w:tc>
          <w:tcPr>
            <w:tcW w:type="dxa" w:w="1133"/>
          </w:tcPr>
          <w:p>
            <w:pPr>
              <w:spacing w:after="0"/>
              <w:jc w:val="right"/>
            </w:pPr>
            <w:r>
              <w:rPr>
                <w:sz w:val="16"/>
              </w:rPr>
              <w:t>$43,803,863</w:t>
            </w:r>
          </w:p>
        </w:tc>
        <w:tc>
          <w:tcPr>
            <w:tcW w:type="dxa" w:w="1042"/>
          </w:tcPr>
          <w:p>
            <w:pPr>
              <w:spacing w:after="0"/>
              <w:jc w:val="right"/>
            </w:pPr>
            <w:r>
              <w:rPr>
                <w:sz w:val="16"/>
              </w:rPr>
              <w:t>36,972</w:t>
            </w:r>
          </w:p>
        </w:tc>
        <w:tc>
          <w:tcPr>
            <w:tcW w:type="dxa" w:w="1037"/>
          </w:tcPr>
          <w:p>
            <w:pPr>
              <w:spacing w:after="0"/>
              <w:jc w:val="right"/>
            </w:pPr>
            <w:r>
              <w:rPr>
                <w:sz w:val="16"/>
              </w:rPr>
              <w:t>$14</w:t>
            </w:r>
          </w:p>
        </w:tc>
        <w:tc>
          <w:tcPr>
            <w:tcW w:type="dxa" w:w="1126"/>
          </w:tcPr>
          <w:p>
            <w:pPr>
              <w:spacing w:after="0"/>
              <w:jc w:val="right"/>
            </w:pPr>
            <w:r>
              <w:rPr>
                <w:sz w:val="16"/>
              </w:rPr>
              <w:t>$30</w:t>
            </w:r>
          </w:p>
        </w:tc>
        <w:tc>
          <w:tcPr>
            <w:tcW w:type="dxa" w:w="1156"/>
          </w:tcPr>
          <w:p>
            <w:pPr>
              <w:spacing w:after="0"/>
              <w:jc w:val="right"/>
            </w:pPr>
            <w:r>
              <w:rPr>
                <w:sz w:val="16"/>
              </w:rPr>
              <w:t>$309,759</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$7,511,150,696</w:t>
            </w:r>
          </w:p>
        </w:tc>
        <w:tc>
          <w:tcPr>
            <w:tcW w:type="dxa" w:w="1133"/>
          </w:tcPr>
          <w:p>
            <w:pPr>
              <w:spacing w:after="0"/>
              <w:jc w:val="right"/>
            </w:pPr>
            <w:r>
              <w:rPr>
                <w:sz w:val="16"/>
              </w:rPr>
              <w:t>$37,161,363</w:t>
            </w:r>
          </w:p>
        </w:tc>
        <w:tc>
          <w:tcPr>
            <w:tcW w:type="dxa" w:w="1042"/>
          </w:tcPr>
          <w:p>
            <w:pPr>
              <w:spacing w:after="0"/>
              <w:jc w:val="right"/>
            </w:pPr>
            <w:r>
              <w:rPr>
                <w:sz w:val="16"/>
              </w:rPr>
              <w:t>36,112</w:t>
            </w:r>
          </w:p>
        </w:tc>
        <w:tc>
          <w:tcPr>
            <w:tcW w:type="dxa" w:w="1037"/>
          </w:tcPr>
          <w:p>
            <w:pPr>
              <w:spacing w:after="0"/>
              <w:jc w:val="right"/>
            </w:pPr>
            <w:r>
              <w:rPr>
                <w:sz w:val="16"/>
              </w:rPr>
              <w:t>$16,976</w:t>
            </w:r>
          </w:p>
        </w:tc>
        <w:tc>
          <w:tcPr>
            <w:tcW w:type="dxa" w:w="1126"/>
          </w:tcPr>
          <w:p>
            <w:pPr>
              <w:spacing w:after="0"/>
              <w:jc w:val="right"/>
            </w:pPr>
            <w:r>
              <w:rPr>
                <w:sz w:val="16"/>
              </w:rPr>
              <w:t>$3,937</w:t>
            </w:r>
          </w:p>
        </w:tc>
        <w:tc>
          <w:tcPr>
            <w:tcW w:type="dxa" w:w="1156"/>
          </w:tcPr>
          <w:p>
            <w:pPr>
              <w:spacing w:after="0"/>
              <w:jc w:val="right"/>
            </w:pPr>
            <w:r>
              <w:rPr>
                <w:sz w:val="16"/>
              </w:rPr>
              <w:t>$249</w:t>
            </w:r>
          </w:p>
        </w:tc>
        <w:tc>
          <w:tcPr>
            <w:tcW w:type="dxa" w:w="1305"/>
          </w:tcPr>
          <w:p>
            <w:pPr>
              <w:spacing w:after="0"/>
              <w:jc w:val="right"/>
            </w:pPr>
            <w:r>
              <w:rPr>
                <w:sz w:val="16"/>
              </w:rPr>
              <w:t>0.000226%</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$1,945,168.27</w:t>
            </w: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$7,863,319,667</w:t>
            </w:r>
          </w:p>
        </w:tc>
        <w:tc>
          <w:tcPr>
            <w:tcW w:type="dxa" w:w="1133"/>
          </w:tcPr>
          <w:p>
            <w:pPr>
              <w:spacing w:after="0"/>
              <w:jc w:val="right"/>
            </w:pPr>
          </w:p>
        </w:tc>
        <w:tc>
          <w:tcPr>
            <w:tcW w:type="dxa" w:w="1042"/>
          </w:tcPr>
          <w:p>
            <w:pPr>
              <w:spacing w:after="0"/>
              <w:jc w:val="right"/>
            </w:pPr>
            <w:r>
              <w:rPr>
                <w:sz w:val="16"/>
              </w:rPr>
              <w:t>36,869</w:t>
            </w:r>
          </w:p>
        </w:tc>
        <w:tc>
          <w:tcPr>
            <w:tcW w:type="dxa" w:w="1037"/>
          </w:tcPr>
          <w:p>
            <w:pPr>
              <w:spacing w:after="0"/>
              <w:jc w:val="right"/>
            </w:pPr>
            <w:r>
              <w:rPr>
                <w:sz w:val="16"/>
              </w:rPr>
              <w:t>$63,823</w:t>
            </w:r>
          </w:p>
        </w:tc>
        <w:tc>
          <w:tcPr>
            <w:tcW w:type="dxa" w:w="1126"/>
          </w:tcPr>
          <w:p>
            <w:pPr>
              <w:spacing w:after="0"/>
              <w:jc w:val="right"/>
            </w:pPr>
          </w:p>
        </w:tc>
        <w:tc>
          <w:tcPr>
            <w:tcW w:type="dxa" w:w="1156"/>
          </w:tcPr>
          <w:p>
            <w:pPr>
              <w:spacing w:after="0"/>
              <w:jc w:val="right"/>
            </w:pPr>
            <w:r>
              <w:rPr>
                <w:sz w:val="16"/>
              </w:rPr>
              <w:t>$28,835</w:t>
            </w:r>
          </w:p>
        </w:tc>
        <w:tc>
          <w:tcPr>
            <w:tcW w:type="dxa" w:w="1305"/>
          </w:tcPr>
          <w:p>
            <w:pPr>
              <w:spacing w:after="0"/>
              <w:jc w:val="right"/>
            </w:pPr>
            <w:r>
              <w:rPr>
                <w:sz w:val="16"/>
              </w:rPr>
              <w:t>0.000812%</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$7,866,132,999</w:t>
            </w:r>
          </w:p>
        </w:tc>
        <w:tc>
          <w:tcPr>
            <w:tcW w:type="dxa" w:w="1133"/>
          </w:tcPr>
          <w:p>
            <w:pPr>
              <w:spacing w:after="0"/>
              <w:jc w:val="right"/>
            </w:pPr>
            <w:r>
              <w:rPr>
                <w:sz w:val="16"/>
              </w:rPr>
              <w:t>$2,394,210</w:t>
            </w:r>
          </w:p>
        </w:tc>
        <w:tc>
          <w:tcPr>
            <w:tcW w:type="dxa" w:w="1042"/>
          </w:tcPr>
          <w:p>
            <w:pPr>
              <w:spacing w:after="0"/>
              <w:jc w:val="right"/>
            </w:pPr>
            <w:r>
              <w:rPr>
                <w:sz w:val="16"/>
              </w:rPr>
              <w:t>1,089</w:t>
            </w:r>
          </w:p>
        </w:tc>
        <w:tc>
          <w:tcPr>
            <w:tcW w:type="dxa" w:w="1037"/>
          </w:tcPr>
          <w:p>
            <w:pPr>
              <w:spacing w:after="0"/>
              <w:jc w:val="right"/>
            </w:pPr>
            <w:r>
              <w:rPr>
                <w:sz w:val="16"/>
              </w:rPr>
              <w:t>$6,839,466</w:t>
            </w:r>
          </w:p>
        </w:tc>
        <w:tc>
          <w:tcPr>
            <w:tcW w:type="dxa" w:w="1126"/>
          </w:tcPr>
          <w:p>
            <w:pPr>
              <w:spacing w:after="0"/>
              <w:jc w:val="right"/>
            </w:pPr>
            <w:r>
              <w:rPr>
                <w:sz w:val="16"/>
              </w:rPr>
              <w:t>$19,980</w:t>
            </w:r>
          </w:p>
        </w:tc>
        <w:tc>
          <w:tcPr>
            <w:tcW w:type="dxa" w:w="1156"/>
          </w:tcPr>
          <w:p>
            <w:pPr>
              <w:spacing w:after="0"/>
              <w:jc w:val="right"/>
            </w:pPr>
            <w:r>
              <w:rPr>
                <w:sz w:val="16"/>
              </w:rPr>
              <w:t>$67,507</w:t>
            </w:r>
          </w:p>
        </w:tc>
        <w:tc>
          <w:tcPr>
            <w:tcW w:type="dxa" w:w="1305"/>
          </w:tcPr>
          <w:p>
            <w:pPr>
              <w:spacing w:after="0"/>
              <w:jc w:val="right"/>
            </w:pPr>
            <w:r>
              <w:rPr>
                <w:sz w:val="16"/>
              </w:rPr>
              <w:t>n/a (see note)</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$2,372,788.77</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$268,127,450</w:t>
            </w:r>
          </w:p>
        </w:tc>
        <w:tc>
          <w:tcPr>
            <w:tcW w:type="dxa" w:w="1133"/>
          </w:tcPr>
          <w:p>
            <w:pPr>
              <w:spacing w:after="0"/>
              <w:jc w:val="right"/>
            </w:pPr>
          </w:p>
        </w:tc>
        <w:tc>
          <w:tcPr>
            <w:tcW w:type="dxa" w:w="1042"/>
          </w:tcPr>
          <w:p>
            <w:pPr>
              <w:spacing w:after="0"/>
              <w:jc w:val="right"/>
            </w:pPr>
            <w:r>
              <w:rPr>
                <w:sz w:val="16"/>
              </w:rPr>
              <w:t>1,289</w:t>
            </w:r>
          </w:p>
        </w:tc>
        <w:tc>
          <w:tcPr>
            <w:tcW w:type="dxa" w:w="1037"/>
          </w:tcPr>
          <w:p>
            <w:pPr>
              <w:spacing w:after="0"/>
              <w:jc w:val="right"/>
            </w:pPr>
            <w:r>
              <w:rPr>
                <w:sz w:val="16"/>
              </w:rPr>
              <w:t>$63</w:t>
            </w:r>
          </w:p>
        </w:tc>
        <w:tc>
          <w:tcPr>
            <w:tcW w:type="dxa" w:w="1126"/>
          </w:tcPr>
          <w:p>
            <w:pPr>
              <w:spacing w:after="0"/>
              <w:jc w:val="right"/>
            </w:pPr>
          </w:p>
        </w:tc>
        <w:tc>
          <w:tcPr>
            <w:tcW w:type="dxa" w:w="1156"/>
          </w:tcPr>
          <w:p>
            <w:pPr>
              <w:spacing w:after="0"/>
              <w:jc w:val="right"/>
            </w:pPr>
            <w:r>
              <w:rPr>
                <w:sz w:val="16"/>
              </w:rPr>
              <w:t>$715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$2,372,788.77</w:t>
            </w: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$7,871,191,252</w:t>
            </w:r>
          </w:p>
        </w:tc>
        <w:tc>
          <w:tcPr>
            <w:tcW w:type="dxa" w:w="1133"/>
          </w:tcPr>
          <w:p>
            <w:pPr>
              <w:spacing w:after="0"/>
              <w:jc w:val="right"/>
            </w:pPr>
          </w:p>
        </w:tc>
        <w:tc>
          <w:tcPr>
            <w:tcW w:type="dxa" w:w="1042"/>
          </w:tcPr>
          <w:p>
            <w:pPr>
              <w:spacing w:after="0"/>
              <w:jc w:val="right"/>
            </w:pPr>
            <w:r>
              <w:rPr>
                <w:sz w:val="16"/>
              </w:rPr>
              <w:t>36,972</w:t>
            </w:r>
          </w:p>
        </w:tc>
        <w:tc>
          <w:tcPr>
            <w:tcW w:type="dxa" w:w="1037"/>
          </w:tcPr>
          <w:p>
            <w:pPr>
              <w:spacing w:after="0"/>
              <w:jc w:val="right"/>
            </w:pPr>
            <w:r>
              <w:rPr>
                <w:sz w:val="16"/>
              </w:rPr>
              <w:t>$10,185</w:t>
            </w:r>
          </w:p>
        </w:tc>
        <w:tc>
          <w:tcPr>
            <w:tcW w:type="dxa" w:w="1126"/>
          </w:tcPr>
          <w:p>
            <w:pPr>
              <w:spacing w:after="0"/>
              <w:jc w:val="right"/>
            </w:pPr>
          </w:p>
        </w:tc>
        <w:tc>
          <w:tcPr>
            <w:tcW w:type="dxa" w:w="1156"/>
          </w:tcPr>
          <w:p>
            <w:pPr>
              <w:spacing w:after="0"/>
              <w:jc w:val="right"/>
            </w:pPr>
            <w:r>
              <w:rPr>
                <w:sz w:val="16"/>
              </w:rPr>
              <w:t>$314,082</w:t>
            </w:r>
          </w:p>
        </w:tc>
        <w:tc>
          <w:tcPr>
            <w:tcW w:type="dxa" w:w="1305"/>
          </w:tcPr>
          <w:p>
            <w:pPr>
              <w:spacing w:after="0"/>
              <w:jc w:val="right"/>
            </w:pPr>
            <w:r>
              <w:rPr>
                <w:sz w:val="16"/>
              </w:rPr>
              <w:t>0.000129%</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$7,871,191,252</w:t>
            </w:r>
          </w:p>
        </w:tc>
        <w:tc>
          <w:tcPr>
            <w:tcW w:type="dxa" w:w="1133"/>
          </w:tcPr>
          <w:p>
            <w:pPr>
              <w:spacing w:after="0"/>
              <w:jc w:val="right"/>
            </w:pPr>
            <w:r>
              <w:rPr>
                <w:sz w:val="16"/>
              </w:rPr>
              <w:t>$43,803,863</w:t>
            </w:r>
          </w:p>
        </w:tc>
        <w:tc>
          <w:tcPr>
            <w:tcW w:type="dxa" w:w="1042"/>
          </w:tcPr>
          <w:p>
            <w:pPr>
              <w:spacing w:after="0"/>
              <w:jc w:val="right"/>
            </w:pPr>
            <w:r>
              <w:rPr>
                <w:sz w:val="16"/>
              </w:rPr>
              <w:t>36,972</w:t>
            </w:r>
          </w:p>
        </w:tc>
        <w:tc>
          <w:tcPr>
            <w:tcW w:type="dxa" w:w="1037"/>
          </w:tcPr>
          <w:p>
            <w:pPr>
              <w:spacing w:after="0"/>
              <w:jc w:val="right"/>
            </w:pPr>
            <w:r>
              <w:rPr>
                <w:sz w:val="16"/>
              </w:rPr>
              <w:t>$407,683</w:t>
            </w:r>
          </w:p>
        </w:tc>
        <w:tc>
          <w:tcPr>
            <w:tcW w:type="dxa" w:w="1126"/>
          </w:tcPr>
          <w:p>
            <w:pPr>
              <w:spacing w:after="0"/>
              <w:jc w:val="right"/>
            </w:pPr>
            <w:r>
              <w:rPr>
                <w:sz w:val="16"/>
              </w:rPr>
              <w:t>$38,445</w:t>
            </w:r>
          </w:p>
        </w:tc>
        <w:tc>
          <w:tcPr>
            <w:tcW w:type="dxa" w:w="1156"/>
          </w:tcPr>
          <w:p>
            <w:pPr>
              <w:spacing w:after="0"/>
              <w:jc w:val="right"/>
            </w:pPr>
            <w:r>
              <w:rPr>
                <w:sz w:val="16"/>
              </w:rPr>
              <w:t>$1,043,666</w:t>
            </w:r>
          </w:p>
        </w:tc>
        <w:tc>
          <w:tcPr>
            <w:tcW w:type="dxa" w:w="1305"/>
          </w:tcPr>
          <w:p>
            <w:pPr>
              <w:spacing w:after="0"/>
              <w:jc w:val="right"/>
            </w:pPr>
            <w:r>
              <w:rPr>
                <w:sz w:val="16"/>
              </w:rPr>
              <w:t>0.00518%</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r>
              <w:rPr>
                <w:sz w:val="16"/>
              </w:rPr>
              <w:t>$2,372,788.77</w:t>
            </w: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$7,871,191,252</w:t>
            </w:r>
          </w:p>
        </w:tc>
        <w:tc>
          <w:tcPr>
            <w:tcW w:type="dxa" w:w="1133"/>
          </w:tcPr>
          <w:p>
            <w:pPr>
              <w:spacing w:after="0"/>
              <w:jc w:val="right"/>
            </w:pPr>
            <w:r>
              <w:rPr>
                <w:sz w:val="16"/>
              </w:rPr>
              <w:t>$43,803,863</w:t>
            </w:r>
          </w:p>
        </w:tc>
        <w:tc>
          <w:tcPr>
            <w:tcW w:type="dxa" w:w="1042"/>
          </w:tcPr>
          <w:p>
            <w:pPr>
              <w:spacing w:after="0"/>
              <w:jc w:val="right"/>
            </w:pPr>
            <w:r>
              <w:rPr>
                <w:sz w:val="16"/>
              </w:rPr>
              <w:t>36,972</w:t>
            </w:r>
          </w:p>
        </w:tc>
        <w:tc>
          <w:tcPr>
            <w:tcW w:type="dxa" w:w="1037"/>
          </w:tcPr>
          <w:p>
            <w:pPr>
              <w:spacing w:after="0"/>
              <w:jc w:val="right"/>
            </w:pPr>
            <w:r>
              <w:rPr>
                <w:sz w:val="16"/>
              </w:rPr>
              <w:t>$1,071,212</w:t>
            </w:r>
          </w:p>
        </w:tc>
        <w:tc>
          <w:tcPr>
            <w:tcW w:type="dxa" w:w="1126"/>
          </w:tcPr>
          <w:p>
            <w:pPr>
              <w:spacing w:after="0"/>
              <w:jc w:val="right"/>
            </w:pPr>
            <w:r>
              <w:rPr>
                <w:sz w:val="16"/>
              </w:rPr>
              <w:t>$1,432</w:t>
            </w:r>
          </w:p>
        </w:tc>
        <w:tc>
          <w:tcPr>
            <w:tcW w:type="dxa" w:w="1156"/>
          </w:tcPr>
          <w:p>
            <w:pPr>
              <w:spacing w:after="0"/>
              <w:jc w:val="right"/>
            </w:pPr>
            <w:r>
              <w:rPr>
                <w:sz w:val="16"/>
              </w:rPr>
              <w:t>$1,608,350</w:t>
            </w:r>
          </w:p>
        </w:tc>
        <w:tc>
          <w:tcPr>
            <w:tcW w:type="dxa" w:w="1305"/>
          </w:tcPr>
          <w:p>
            <w:pPr>
              <w:spacing w:after="0"/>
              <w:jc w:val="right"/>
            </w:pPr>
            <w:r>
              <w:rPr>
                <w:sz w:val="16"/>
              </w:rPr>
              <w:t>0.0136%</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r>
              <w:rPr>
                <w:sz w:val="16"/>
              </w:rPr>
              <w:t>$427,620.50</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$167,410,451</w:t>
            </w:r>
          </w:p>
        </w:tc>
        <w:tc>
          <w:tcPr>
            <w:tcW w:type="dxa" w:w="1133"/>
          </w:tcPr>
          <w:p>
            <w:pPr>
              <w:spacing w:after="0"/>
              <w:jc w:val="right"/>
            </w:pPr>
            <w:r>
              <w:rPr>
                <w:sz w:val="16"/>
              </w:rPr>
              <w:t>$8,015,170</w:t>
            </w:r>
          </w:p>
        </w:tc>
        <w:tc>
          <w:tcPr>
            <w:tcW w:type="dxa" w:w="1042"/>
          </w:tcPr>
          <w:p>
            <w:pPr>
              <w:spacing w:after="0"/>
              <w:jc w:val="right"/>
            </w:pPr>
            <w:r>
              <w:rPr>
                <w:sz w:val="16"/>
              </w:rPr>
              <w:t>3,472</w:t>
            </w:r>
          </w:p>
        </w:tc>
        <w:tc>
          <w:tcPr>
            <w:tcW w:type="dxa" w:w="1037"/>
          </w:tcPr>
          <w:p>
            <w:pPr>
              <w:spacing w:after="0"/>
              <w:jc w:val="right"/>
            </w:pPr>
            <w:r>
              <w:rPr>
                <w:sz w:val="16"/>
              </w:rPr>
              <w:t>$3,763</w:t>
            </w:r>
          </w:p>
        </w:tc>
        <w:tc>
          <w:tcPr>
            <w:tcW w:type="dxa" w:w="1126"/>
          </w:tcPr>
          <w:p>
            <w:pPr>
              <w:spacing w:after="0"/>
              <w:jc w:val="right"/>
            </w:pPr>
            <w:r>
              <w:rPr>
                <w:sz w:val="16"/>
              </w:rPr>
              <w:t>$21</w:t>
            </w:r>
          </w:p>
        </w:tc>
        <w:tc>
          <w:tcPr>
            <w:tcW w:type="dxa" w:w="1156"/>
          </w:tcPr>
          <w:p>
            <w:pPr>
              <w:spacing w:after="0"/>
              <w:jc w:val="right"/>
            </w:pPr>
            <w:r>
              <w:rPr>
                <w:sz w:val="16"/>
              </w:rPr>
              <w:t>$1,744</w:t>
            </w:r>
          </w:p>
        </w:tc>
        <w:tc>
          <w:tcPr>
            <w:tcW w:type="dxa" w:w="1305"/>
          </w:tcPr>
          <w:p>
            <w:pPr>
              <w:spacing w:after="0"/>
              <w:jc w:val="right"/>
            </w:pPr>
            <w:r>
              <w:rPr>
                <w:sz w:val="16"/>
              </w:rPr>
              <w:t>0.00225%</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$7,871,190,051</w:t>
            </w:r>
          </w:p>
        </w:tc>
        <w:tc>
          <w:tcPr>
            <w:tcW w:type="dxa" w:w="1133"/>
          </w:tcPr>
          <w:p>
            <w:pPr>
              <w:spacing w:after="0"/>
              <w:jc w:val="right"/>
            </w:pPr>
            <w:r>
              <w:rPr>
                <w:sz w:val="16"/>
              </w:rPr>
              <w:t>$43,803,863</w:t>
            </w:r>
          </w:p>
        </w:tc>
        <w:tc>
          <w:tcPr>
            <w:tcW w:type="dxa" w:w="1042"/>
          </w:tcPr>
          <w:p>
            <w:pPr>
              <w:spacing w:after="0"/>
              <w:jc w:val="right"/>
            </w:pPr>
            <w:r>
              <w:rPr>
                <w:sz w:val="16"/>
              </w:rPr>
              <w:t>36,972</w:t>
            </w:r>
          </w:p>
        </w:tc>
        <w:tc>
          <w:tcPr>
            <w:tcW w:type="dxa" w:w="1037"/>
          </w:tcPr>
          <w:p>
            <w:pPr>
              <w:spacing w:after="0"/>
              <w:jc w:val="right"/>
            </w:pPr>
            <w:r>
              <w:rPr>
                <w:sz w:val="16"/>
              </w:rPr>
              <w:t>$18,452</w:t>
            </w:r>
          </w:p>
        </w:tc>
        <w:tc>
          <w:tcPr>
            <w:tcW w:type="dxa" w:w="1126"/>
          </w:tcPr>
          <w:p>
            <w:pPr>
              <w:spacing w:after="0"/>
              <w:jc w:val="right"/>
            </w:pPr>
            <w:r>
              <w:rPr>
                <w:sz w:val="16"/>
              </w:rPr>
              <w:t>$1</w:t>
            </w:r>
          </w:p>
        </w:tc>
        <w:tc>
          <w:tcPr>
            <w:tcW w:type="dxa" w:w="1156"/>
          </w:tcPr>
          <w:p>
            <w:pPr>
              <w:spacing w:after="0"/>
              <w:jc w:val="right"/>
            </w:pPr>
            <w:r>
              <w:rPr>
                <w:sz w:val="16"/>
              </w:rPr>
              <w:t>$108,106</w:t>
            </w:r>
          </w:p>
        </w:tc>
        <w:tc>
          <w:tcPr>
            <w:tcW w:type="dxa" w:w="1305"/>
          </w:tcPr>
          <w:p>
            <w:pPr>
              <w:spacing w:after="0"/>
              <w:jc w:val="right"/>
            </w:pPr>
            <w:r>
              <w:rPr>
                <w:sz w:val="16"/>
              </w:rPr>
              <w:t>0.000234%</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2022-05-25 (Storm Events through 2026-06-30): 19 county-coded records, 17 with a damage value recorded (including $0), $0; 6 zone-level records, 0 with a damage value recorded (including $0), $0 reported for the zone; Public Assistance on counted declarations $2,372,788.77 (6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36,972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$7,871,191,252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$43,803,863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$9,152,006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$4,480,182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289"/>
        <w:gridCol w:w="1662"/>
        <w:gridCol w:w="1662"/>
        <w:gridCol w:w="1662"/>
        <w:gridCol w:w="1662"/>
        <w:gridCol w:w="1662"/>
        <w:gridCol w:w="1662"/>
        <w:gridCol w:w="1850"/>
      </w:tblGrid>
      <w:tr>
        <w:trPr>
          <w:cantSplit/>
          <w:tblHeader/>
        </w:trPr>
        <w:tc>
          <w:tcPr>
            <w:tcW w:type="dxa" w:w="2289"/>
            <w:shd w:val="clear" w:color="auto" w:fill="E8E8E8"/>
          </w:tcPr>
          <w:p>
            <w:pPr>
              <w:spacing w:after="0"/>
              <w:jc w:val="left"/>
            </w:pPr>
            <w:r>
              <w:rPr>
                <w:b/>
                <w:sz w:val="16"/>
              </w:rPr>
              <w:t>Scope</w:t>
            </w:r>
          </w:p>
        </w:tc>
        <w:tc>
          <w:tcPr>
            <w:tcW w:type="dxa" w:w="1662"/>
            <w:shd w:val="clear" w:color="auto" w:fill="E8E8E8"/>
          </w:tcPr>
          <w:p>
            <w:pPr>
              <w:spacing w:after="0"/>
              <w:jc w:val="right"/>
            </w:pPr>
            <w:r>
              <w:rPr>
                <w:b/>
                <w:sz w:val="16"/>
              </w:rPr>
              <w:t>RL, FMA</w:t>
            </w:r>
          </w:p>
          <w:p>
            <w:pPr>
              <w:spacing w:after="0"/>
              <w:jc w:val="right"/>
            </w:pPr>
            <w:r>
              <w:rPr>
                <w:i/>
                <w:color w:val="555555"/>
                <w:sz w:val="14"/>
              </w:rPr>
              <w:t>properties</w:t>
            </w:r>
          </w:p>
        </w:tc>
        <w:tc>
          <w:tcPr>
            <w:tcW w:type="dxa" w:w="1662"/>
            <w:shd w:val="clear" w:color="auto" w:fill="E8E8E8"/>
          </w:tcPr>
          <w:p>
            <w:pPr>
              <w:spacing w:after="0"/>
              <w:jc w:val="right"/>
            </w:pPr>
            <w:r>
              <w:rPr>
                <w:b/>
                <w:sz w:val="16"/>
              </w:rPr>
              <w:t>SRL, FMA</w:t>
            </w:r>
          </w:p>
          <w:p>
            <w:pPr>
              <w:spacing w:after="0"/>
              <w:jc w:val="right"/>
            </w:pPr>
            <w:r>
              <w:rPr>
                <w:i/>
                <w:color w:val="555555"/>
                <w:sz w:val="14"/>
              </w:rPr>
              <w:t>properties</w:t>
            </w:r>
          </w:p>
        </w:tc>
        <w:tc>
          <w:tcPr>
            <w:tcW w:type="dxa" w:w="1662"/>
            <w:shd w:val="clear" w:color="auto" w:fill="E8E8E8"/>
          </w:tcPr>
          <w:p>
            <w:pPr>
              <w:spacing w:after="0"/>
              <w:jc w:val="right"/>
            </w:pPr>
            <w:r>
              <w:rPr>
                <w:b/>
                <w:sz w:val="16"/>
              </w:rPr>
              <w:t>RL, NFIP</w:t>
            </w:r>
          </w:p>
          <w:p>
            <w:pPr>
              <w:spacing w:after="0"/>
              <w:jc w:val="right"/>
            </w:pPr>
            <w:r>
              <w:rPr>
                <w:i/>
                <w:color w:val="555555"/>
                <w:sz w:val="14"/>
              </w:rPr>
              <w:t>properties</w:t>
            </w:r>
          </w:p>
        </w:tc>
        <w:tc>
          <w:tcPr>
            <w:tcW w:type="dxa" w:w="1662"/>
            <w:shd w:val="clear" w:color="auto" w:fill="E8E8E8"/>
          </w:tcPr>
          <w:p>
            <w:pPr>
              <w:spacing w:after="0"/>
              <w:jc w:val="right"/>
            </w:pPr>
            <w:r>
              <w:rPr>
                <w:b/>
                <w:sz w:val="16"/>
              </w:rPr>
              <w:t>SRL, NFIP</w:t>
            </w:r>
          </w:p>
          <w:p>
            <w:pPr>
              <w:spacing w:after="0"/>
              <w:jc w:val="right"/>
            </w:pPr>
            <w:r>
              <w:rPr>
                <w:i/>
                <w:color w:val="555555"/>
                <w:sz w:val="14"/>
              </w:rPr>
              <w:t>properties</w:t>
            </w:r>
          </w:p>
        </w:tc>
        <w:tc>
          <w:tcPr>
            <w:tcW w:type="dxa" w:w="166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62"/>
            <w:shd w:val="clear" w:color="auto" w:fill="E8E8E8"/>
          </w:tcPr>
          <w:p>
            <w:pPr>
              <w:spacing w:after="0"/>
              <w:jc w:val="right"/>
            </w:pPr>
            <w:r>
              <w:rPr>
                <w:b/>
                <w:sz w:val="16"/>
              </w:rPr>
              <w:t>Mitigated</w:t>
            </w:r>
          </w:p>
          <w:p>
            <w:pPr>
              <w:spacing w:after="0"/>
              <w:jc w:val="right"/>
            </w:pPr>
            <w:r>
              <w:rPr>
                <w:i/>
                <w:color w:val="555555"/>
                <w:sz w:val="14"/>
              </w:rPr>
              <w:t>properties</w:t>
            </w:r>
          </w:p>
        </w:tc>
        <w:tc>
          <w:tcPr>
            <w:tcW w:type="dxa" w:w="185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89"/>
          </w:tcPr>
          <w:p>
            <w:pPr>
              <w:spacing w:after="0"/>
              <w:jc w:val="left"/>
            </w:pPr>
            <w:r>
              <w:rPr>
                <w:sz w:val="16"/>
              </w:rPr>
              <w:t>County total</w:t>
            </w:r>
          </w:p>
        </w:tc>
        <w:tc>
          <w:tcPr>
            <w:tcW w:type="dxa" w:w="1662"/>
          </w:tcPr>
          <w:p>
            <w:pPr>
              <w:spacing w:after="0"/>
              <w:jc w:val="right"/>
            </w:pPr>
            <w:r>
              <w:rPr>
                <w:sz w:val="16"/>
              </w:rPr>
              <w:t>3</w:t>
            </w:r>
          </w:p>
        </w:tc>
        <w:tc>
          <w:tcPr>
            <w:tcW w:type="dxa" w:w="1662"/>
          </w:tcPr>
          <w:p>
            <w:pPr>
              <w:spacing w:after="0"/>
              <w:jc w:val="right"/>
            </w:pPr>
            <w:r>
              <w:rPr>
                <w:sz w:val="16"/>
              </w:rPr>
              <w:t>16</w:t>
            </w:r>
          </w:p>
        </w:tc>
        <w:tc>
          <w:tcPr>
            <w:tcW w:type="dxa" w:w="1662"/>
          </w:tcPr>
          <w:p>
            <w:pPr>
              <w:spacing w:after="0"/>
              <w:jc w:val="right"/>
            </w:pPr>
            <w:r>
              <w:rPr>
                <w:sz w:val="16"/>
              </w:rPr>
              <w:t>40</w:t>
            </w:r>
          </w:p>
        </w:tc>
        <w:tc>
          <w:tcPr>
            <w:tcW w:type="dxa" w:w="1662"/>
          </w:tcPr>
          <w:p>
            <w:pPr>
              <w:spacing w:after="0"/>
              <w:jc w:val="right"/>
            </w:pPr>
            <w:r>
              <w:rPr>
                <w:sz w:val="16"/>
              </w:rPr>
              <w:t>16</w:t>
            </w:r>
          </w:p>
        </w:tc>
        <w:tc>
          <w:tcPr>
            <w:tcW w:type="dxa" w:w="1662"/>
          </w:tcPr>
          <w:p>
            <w:pPr>
              <w:spacing w:after="0"/>
              <w:jc w:val="right"/>
            </w:pPr>
            <w:r>
              <w:rPr>
                <w:sz w:val="16"/>
              </w:rPr>
              <w:t>42</w:t>
            </w:r>
          </w:p>
        </w:tc>
        <w:tc>
          <w:tcPr>
            <w:tcW w:type="dxa" w:w="1662"/>
          </w:tcPr>
          <w:p>
            <w:pPr>
              <w:spacing w:after="0"/>
              <w:jc w:val="right"/>
            </w:pPr>
            <w:r>
              <w:rPr>
                <w:sz w:val="16"/>
              </w:rPr>
              <w:t>0</w:t>
            </w:r>
          </w:p>
        </w:tc>
        <w:tc>
          <w:tcPr>
            <w:tcW w:type="dxa" w:w="1850"/>
          </w:tcPr>
          <w:p>
            <w:pPr>
              <w:spacing w:after="0"/>
              <w:jc w:val="right"/>
            </w:pPr>
            <w:r>
              <w:rPr>
                <w:sz w:val="16"/>
              </w:rPr>
              <w:t>12</w:t>
            </w:r>
          </w:p>
        </w:tc>
      </w:tr>
      <w:tr>
        <w:trPr>
          <w:cantSplit/>
        </w:trPr>
        <w:tc>
          <w:tcPr>
            <w:tcW w:type="dxa" w:w="2289"/>
          </w:tcPr>
          <w:p>
            <w:pPr>
              <w:spacing w:after="0"/>
              <w:jc w:val="left"/>
            </w:pPr>
            <w:r>
              <w:rPr>
                <w:sz w:val="16"/>
              </w:rPr>
              <w:t>WINCHESTER, CITY OF</w:t>
            </w:r>
          </w:p>
        </w:tc>
        <w:tc>
          <w:tcPr>
            <w:tcW w:type="dxa" w:w="1662"/>
          </w:tcPr>
          <w:p>
            <w:pPr>
              <w:spacing w:after="0"/>
              <w:jc w:val="right"/>
            </w:pPr>
            <w:r>
              <w:rPr>
                <w:sz w:val="16"/>
              </w:rPr>
              <w:t>0</w:t>
            </w:r>
          </w:p>
        </w:tc>
        <w:tc>
          <w:tcPr>
            <w:tcW w:type="dxa" w:w="1662"/>
          </w:tcPr>
          <w:p>
            <w:pPr>
              <w:spacing w:after="0"/>
              <w:jc w:val="right"/>
            </w:pPr>
            <w:r>
              <w:rPr>
                <w:sz w:val="16"/>
              </w:rPr>
              <w:t>2</w:t>
            </w:r>
          </w:p>
        </w:tc>
        <w:tc>
          <w:tcPr>
            <w:tcW w:type="dxa" w:w="1662"/>
          </w:tcPr>
          <w:p>
            <w:pPr>
              <w:spacing w:after="0"/>
              <w:jc w:val="right"/>
            </w:pPr>
            <w:r>
              <w:rPr>
                <w:sz w:val="16"/>
              </w:rPr>
              <w:t>8</w:t>
            </w:r>
          </w:p>
        </w:tc>
        <w:tc>
          <w:tcPr>
            <w:tcW w:type="dxa" w:w="1662"/>
          </w:tcPr>
          <w:p>
            <w:pPr>
              <w:spacing w:after="0"/>
              <w:jc w:val="right"/>
            </w:pPr>
            <w:r>
              <w:rPr>
                <w:sz w:val="16"/>
              </w:rPr>
              <w:t>2</w:t>
            </w:r>
          </w:p>
        </w:tc>
        <w:tc>
          <w:tcPr>
            <w:tcW w:type="dxa" w:w="1662"/>
          </w:tcPr>
          <w:p>
            <w:pPr>
              <w:spacing w:after="0"/>
              <w:jc w:val="right"/>
            </w:pPr>
            <w:r>
              <w:rPr>
                <w:sz w:val="16"/>
              </w:rPr>
              <w:t>9</w:t>
            </w:r>
          </w:p>
        </w:tc>
        <w:tc>
          <w:tcPr>
            <w:tcW w:type="dxa" w:w="1662"/>
          </w:tcPr>
          <w:p>
            <w:pPr>
              <w:spacing w:after="0"/>
              <w:jc w:val="right"/>
            </w:pPr>
            <w:r>
              <w:rPr>
                <w:sz w:val="16"/>
              </w:rPr>
              <w:t>0</w:t>
            </w:r>
          </w:p>
        </w:tc>
        <w:tc>
          <w:tcPr>
            <w:tcW w:type="dxa" w:w="1850"/>
          </w:tcPr>
          <w:p>
            <w:pPr>
              <w:spacing w:after="0"/>
              <w:jc w:val="right"/>
            </w:pPr>
            <w:r>
              <w:rPr>
                <w:sz w:val="16"/>
              </w:rPr>
              <w:t>0</w:t>
            </w:r>
          </w:p>
        </w:tc>
      </w:tr>
      <w:tr>
        <w:trPr>
          <w:cantSplit/>
        </w:trPr>
        <w:tc>
          <w:tcPr>
            <w:tcW w:type="dxa" w:w="2289"/>
          </w:tcPr>
          <w:p>
            <w:pPr>
              <w:spacing w:after="0"/>
              <w:jc w:val="left"/>
            </w:pPr>
            <w:r>
              <w:rPr>
                <w:sz w:val="16"/>
              </w:rPr>
              <w:t>CLARK COUNTY*</w:t>
            </w:r>
          </w:p>
        </w:tc>
        <w:tc>
          <w:tcPr>
            <w:tcW w:type="dxa" w:w="1662"/>
          </w:tcPr>
          <w:p>
            <w:pPr>
              <w:spacing w:after="0"/>
              <w:jc w:val="right"/>
            </w:pPr>
            <w:r>
              <w:rPr>
                <w:sz w:val="16"/>
              </w:rPr>
              <w:t>3</w:t>
            </w:r>
          </w:p>
        </w:tc>
        <w:tc>
          <w:tcPr>
            <w:tcW w:type="dxa" w:w="1662"/>
          </w:tcPr>
          <w:p>
            <w:pPr>
              <w:spacing w:after="0"/>
              <w:jc w:val="right"/>
            </w:pPr>
            <w:r>
              <w:rPr>
                <w:sz w:val="16"/>
              </w:rPr>
              <w:t>14</w:t>
            </w:r>
          </w:p>
        </w:tc>
        <w:tc>
          <w:tcPr>
            <w:tcW w:type="dxa" w:w="1662"/>
          </w:tcPr>
          <w:p>
            <w:pPr>
              <w:spacing w:after="0"/>
              <w:jc w:val="right"/>
            </w:pPr>
            <w:r>
              <w:rPr>
                <w:sz w:val="16"/>
              </w:rPr>
              <w:t>32</w:t>
            </w:r>
          </w:p>
        </w:tc>
        <w:tc>
          <w:tcPr>
            <w:tcW w:type="dxa" w:w="1662"/>
          </w:tcPr>
          <w:p>
            <w:pPr>
              <w:spacing w:after="0"/>
              <w:jc w:val="right"/>
            </w:pPr>
            <w:r>
              <w:rPr>
                <w:sz w:val="16"/>
              </w:rPr>
              <w:t>14</w:t>
            </w:r>
          </w:p>
        </w:tc>
        <w:tc>
          <w:tcPr>
            <w:tcW w:type="dxa" w:w="1662"/>
          </w:tcPr>
          <w:p>
            <w:pPr>
              <w:spacing w:after="0"/>
              <w:jc w:val="right"/>
            </w:pPr>
            <w:r>
              <w:rPr>
                <w:sz w:val="16"/>
              </w:rPr>
              <w:t>33</w:t>
            </w:r>
          </w:p>
        </w:tc>
        <w:tc>
          <w:tcPr>
            <w:tcW w:type="dxa" w:w="1662"/>
          </w:tcPr>
          <w:p>
            <w:pPr>
              <w:spacing w:after="0"/>
              <w:jc w:val="right"/>
            </w:pPr>
            <w:r>
              <w:rPr>
                <w:sz w:val="16"/>
              </w:rPr>
              <w:t>0</w:t>
            </w:r>
          </w:p>
        </w:tc>
        <w:tc>
          <w:tcPr>
            <w:tcW w:type="dxa" w:w="1850"/>
          </w:tcPr>
          <w:p>
            <w:pPr>
              <w:spacing w:after="0"/>
              <w:jc w:val="right"/>
            </w:pPr>
            <w:r>
              <w:rPr>
                <w:sz w:val="16"/>
              </w:rPr>
              <w:t>12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Clark County (unincorporated area)</w:t>
            </w:r>
          </w:p>
        </w:tc>
        <w:tc>
          <w:tcPr>
            <w:tcW w:type="dxa" w:w="1499"/>
          </w:tcPr>
          <w:p>
            <w:pPr>
              <w:spacing w:after="0"/>
              <w:jc w:val="left"/>
            </w:pPr>
            <w:r>
              <w:rPr>
                <w:sz w:val="16"/>
              </w:rPr>
              <w:t>210278</w:t>
            </w:r>
          </w:p>
        </w:tc>
        <w:tc>
          <w:tcPr>
            <w:tcW w:type="dxa" w:w="1347"/>
          </w:tcPr>
          <w:p>
            <w:pPr>
              <w:spacing w:after="0"/>
              <w:jc w:val="right"/>
            </w:pPr>
            <w:r>
              <w:rPr>
                <w:sz w:val="16"/>
              </w:rPr>
              <w:t>3</w:t>
            </w:r>
          </w:p>
        </w:tc>
        <w:tc>
          <w:tcPr>
            <w:tcW w:type="dxa" w:w="1347"/>
          </w:tcPr>
          <w:p>
            <w:pPr>
              <w:spacing w:after="0"/>
              <w:jc w:val="right"/>
            </w:pPr>
            <w:r>
              <w:rPr>
                <w:sz w:val="16"/>
              </w:rPr>
              <w:t>14</w:t>
            </w:r>
          </w:p>
        </w:tc>
        <w:tc>
          <w:tcPr>
            <w:tcW w:type="dxa" w:w="1347"/>
          </w:tcPr>
          <w:p>
            <w:pPr>
              <w:spacing w:after="0"/>
              <w:jc w:val="right"/>
            </w:pPr>
            <w:r>
              <w:rPr>
                <w:sz w:val="16"/>
              </w:rPr>
              <w:t>32</w:t>
            </w:r>
          </w:p>
        </w:tc>
        <w:tc>
          <w:tcPr>
            <w:tcW w:type="dxa" w:w="1347"/>
          </w:tcPr>
          <w:p>
            <w:pPr>
              <w:spacing w:after="0"/>
              <w:jc w:val="right"/>
            </w:pPr>
            <w:r>
              <w:rPr>
                <w:sz w:val="16"/>
              </w:rPr>
              <w:t>14</w:t>
            </w:r>
          </w:p>
        </w:tc>
        <w:tc>
          <w:tcPr>
            <w:tcW w:type="dxa" w:w="1347"/>
          </w:tcPr>
          <w:p>
            <w:pPr>
              <w:spacing w:after="0"/>
              <w:jc w:val="right"/>
            </w:pPr>
            <w:r>
              <w:rPr>
                <w:sz w:val="16"/>
              </w:rPr>
              <w:t>33</w:t>
            </w:r>
          </w:p>
        </w:tc>
        <w:tc>
          <w:tcPr>
            <w:tcW w:type="dxa" w:w="1347"/>
          </w:tcPr>
          <w:p>
            <w:pPr>
              <w:spacing w:after="0"/>
              <w:jc w:val="right"/>
            </w:pPr>
            <w:r>
              <w:rPr>
                <w:sz w:val="16"/>
              </w:rPr>
              <w:t>0</w:t>
            </w:r>
          </w:p>
        </w:tc>
        <w:tc>
          <w:tcPr>
            <w:tcW w:type="dxa" w:w="1499"/>
          </w:tcPr>
          <w:p>
            <w:pPr>
              <w:spacing w:after="0"/>
              <w:jc w:val="right"/>
            </w:pPr>
            <w:r>
              <w:rPr>
                <w:sz w:val="16"/>
              </w:rPr>
              <w:t>12</w:t>
            </w:r>
          </w:p>
        </w:tc>
        <w:tc>
          <w:tcPr>
            <w:tcW w:type="dxa" w:w="921"/>
          </w:tcPr>
          <w:p>
            <w:pPr>
              <w:spacing w:after="0"/>
              <w:jc w:val="left"/>
            </w:pPr>
          </w:p>
        </w:tc>
      </w:tr>
      <w:tr>
        <w:trPr>
          <w:cantSplit/>
        </w:trPr>
        <w:tc>
          <w:tcPr>
            <w:tcW w:type="dxa" w:w="2109"/>
          </w:tcPr>
          <w:p>
            <w:pPr>
              <w:spacing w:after="0"/>
              <w:jc w:val="left"/>
            </w:pPr>
            <w:r>
              <w:rPr>
                <w:sz w:val="16"/>
              </w:rPr>
              <w:t>Winchester city</w:t>
            </w:r>
          </w:p>
        </w:tc>
        <w:tc>
          <w:tcPr>
            <w:tcW w:type="dxa" w:w="1499"/>
          </w:tcPr>
          <w:p>
            <w:pPr>
              <w:spacing w:after="0"/>
              <w:jc w:val="left"/>
            </w:pPr>
            <w:r>
              <w:rPr>
                <w:sz w:val="16"/>
              </w:rPr>
              <w:t>210056</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8</w:t>
            </w:r>
          </w:p>
        </w:tc>
        <w:tc>
          <w:tcPr>
            <w:tcW w:type="dxa" w:w="1347"/>
          </w:tcPr>
          <w:p>
            <w:pPr>
              <w:spacing w:after="0"/>
              <w:jc w:val="right"/>
            </w:pPr>
            <w:r>
              <w:rPr>
                <w:sz w:val="16"/>
              </w:rPr>
              <w:t>2</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35</w:t>
            </w:r>
          </w:p>
        </w:tc>
        <w:tc>
          <w:tcPr>
            <w:tcW w:type="dxa" w:w="1496"/>
          </w:tcPr>
          <w:p>
            <w:pPr>
              <w:spacing w:after="0"/>
              <w:jc w:val="right"/>
            </w:pPr>
            <w:r>
              <w:rPr>
                <w:sz w:val="16"/>
              </w:rPr>
              <w:t>15</w:t>
            </w:r>
          </w:p>
        </w:tc>
        <w:tc>
          <w:tcPr>
            <w:tcW w:type="dxa" w:w="1496"/>
          </w:tcPr>
          <w:p>
            <w:pPr>
              <w:spacing w:after="0"/>
              <w:jc w:val="right"/>
            </w:pPr>
            <w:r>
              <w:rPr>
                <w:sz w:val="16"/>
              </w:rPr>
              <w:t>37</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Clark County, KY: risk-assessment baseline packet, release 2026-10 (data as of 2026-09-28; County area 21049).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Clark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 County, KY: Risk-assessment baseline packet</dc:title>
  <dc:subject>Hazard Plain release 2026-10, as of 2026-09-28. Preview: automated baseline</dc:subject>
  <dc:creator>Hazard Plain</dc:creator>
  <cp:keywords>Hazard Plain; hazard mitigation; risk assessment; 21049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