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Phillips County, KS</w:t>
      </w:r>
    </w:p>
    <w:p>
      <w:pPr>
        <w:spacing w:after="120" w:before="0"/>
      </w:pPr>
      <w:r>
        <w:rPr>
          <w:color w:val="555555"/>
          <w:sz w:val="24"/>
        </w:rPr>
        <w:t>Risk-assessment baseline packet</w:t>
      </w:r>
    </w:p>
    <w:p>
      <w:pPr>
        <w:spacing w:after="120" w:before="0"/>
      </w:pPr>
      <w:r>
        <w:rPr>
          <w:b/>
          <w:sz w:val="18"/>
        </w:rPr>
        <w:t xml:space="preserve">County FIPS: </w:t>
      </w:r>
      <w:r>
        <w:rPr>
          <w:sz w:val="18"/>
        </w:rPr>
        <w:t>20147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 Approvable pending adoption, not yet eligible.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($3,394,068 a year), Inland Flooding ($1,864,669) and Drought ($1,535,000).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20147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1"/>
        <w:gridCol w:w="1305"/>
        <w:gridCol w:w="1855"/>
        <w:gridCol w:w="648"/>
        <w:gridCol w:w="858"/>
        <w:gridCol w:w="769"/>
        <w:gridCol w:w="855"/>
        <w:gridCol w:w="3491"/>
        <w:gridCol w:w="2831"/>
      </w:tblGrid>
      <w:tr>
        <w:trPr>
          <w:cantSplit/>
          <w:tblHeader/>
        </w:trPr>
        <w:tc>
          <w:tcPr>
            <w:tcW w:type="dxa" w:w="1501"/>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855"/>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91"/>
            <w:shd w:val="clear" w:color="auto" w:fill="E8E8E8"/>
          </w:tcPr>
          <w:p>
            <w:pPr>
              <w:spacing w:after="0"/>
              <w:jc w:val="left"/>
            </w:pPr>
            <w:r>
              <w:rPr>
                <w:b/>
                <w:sz w:val="16"/>
              </w:rPr>
              <w:t>Update underway</w:t>
            </w:r>
          </w:p>
        </w:tc>
        <w:tc>
          <w:tcPr>
            <w:tcW w:type="dxa" w:w="2831"/>
            <w:shd w:val="clear" w:color="auto" w:fill="E8E8E8"/>
          </w:tcPr>
          <w:p>
            <w:pPr>
              <w:spacing w:after="0"/>
              <w:jc w:val="left"/>
            </w:pPr>
            <w:r>
              <w:rPr>
                <w:b/>
                <w:sz w:val="16"/>
              </w:rPr>
              <w:t>Notes</w:t>
            </w:r>
          </w:p>
        </w:tc>
      </w:tr>
      <w:tr>
        <w:trPr>
          <w:cantSplit/>
        </w:trPr>
        <w:tc>
          <w:tcPr>
            <w:tcW w:type="dxa" w:w="1501"/>
          </w:tcPr>
          <w:p>
            <w:pPr>
              <w:spacing w:after="0"/>
              <w:jc w:val="left"/>
            </w:pPr>
            <w:r>
              <w:rPr>
                <w:sz w:val="16"/>
              </w:rPr>
              <w:t>Phillips County</w:t>
            </w:r>
          </w:p>
        </w:tc>
        <w:tc>
          <w:tcPr>
            <w:tcW w:type="dxa" w:w="1305"/>
          </w:tcPr>
          <w:p>
            <w:pPr>
              <w:spacing w:after="0"/>
              <w:jc w:val="left"/>
            </w:pPr>
            <w:r>
              <w:rPr>
                <w:sz w:val="16"/>
              </w:rPr>
              <w:t>County</w:t>
            </w:r>
          </w:p>
        </w:tc>
        <w:tc>
          <w:tcPr>
            <w:tcW w:type="dxa" w:w="1855"/>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5"/>
          </w:tcPr>
          <w:p>
            <w:pPr>
              <w:spacing w:after="0"/>
              <w:jc w:val="right"/>
            </w:pPr>
          </w:p>
        </w:tc>
        <w:tc>
          <w:tcPr>
            <w:tcW w:type="dxa" w:w="3491"/>
          </w:tcPr>
          <w:p>
            <w:pPr>
              <w:spacing w:after="0"/>
              <w:jc w:val="left"/>
            </w:pPr>
            <w:r>
              <w:rPr>
                <w:sz w:val="16"/>
              </w:rPr>
              <w:t>FEMA tracker shows a plan approvable pending adoption</w:t>
            </w:r>
          </w:p>
        </w:tc>
        <w:tc>
          <w:tcPr>
            <w:tcW w:type="dxa" w:w="2831"/>
          </w:tcPr>
          <w:p>
            <w:pPr>
              <w:spacing w:after="0"/>
              <w:jc w:val="left"/>
            </w:pPr>
            <w:r>
              <w:rPr>
                <w:sz w:val="16"/>
              </w:rPr>
              <w:t>Not yet eligible: adopt the approved plan.</w:t>
            </w:r>
          </w:p>
        </w:tc>
      </w:tr>
      <w:tr>
        <w:trPr>
          <w:cantSplit/>
        </w:trPr>
        <w:tc>
          <w:tcPr>
            <w:tcW w:type="dxa" w:w="1501"/>
          </w:tcPr>
          <w:p>
            <w:pPr>
              <w:spacing w:after="0"/>
              <w:jc w:val="left"/>
            </w:pPr>
            <w:r>
              <w:rPr>
                <w:sz w:val="16"/>
              </w:rPr>
              <w:t>Agra city</w:t>
            </w:r>
          </w:p>
        </w:tc>
        <w:tc>
          <w:tcPr>
            <w:tcW w:type="dxa" w:w="1305"/>
          </w:tcPr>
          <w:p>
            <w:pPr>
              <w:spacing w:after="0"/>
              <w:jc w:val="left"/>
            </w:pPr>
            <w:r>
              <w:rPr>
                <w:sz w:val="16"/>
              </w:rPr>
              <w:t>City</w:t>
            </w:r>
          </w:p>
        </w:tc>
        <w:tc>
          <w:tcPr>
            <w:tcW w:type="dxa" w:w="1855"/>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5"/>
          </w:tcPr>
          <w:p>
            <w:pPr>
              <w:spacing w:after="0"/>
              <w:jc w:val="right"/>
            </w:pPr>
          </w:p>
        </w:tc>
        <w:tc>
          <w:tcPr>
            <w:tcW w:type="dxa" w:w="3491"/>
          </w:tcPr>
          <w:p>
            <w:pPr>
              <w:spacing w:after="0"/>
              <w:jc w:val="left"/>
            </w:pPr>
            <w:r>
              <w:rPr>
                <w:sz w:val="16"/>
              </w:rPr>
              <w:t>FEMA tracker shows a plan approvable pending adoption</w:t>
            </w:r>
          </w:p>
        </w:tc>
        <w:tc>
          <w:tcPr>
            <w:tcW w:type="dxa" w:w="2831"/>
          </w:tcPr>
          <w:p>
            <w:pPr>
              <w:spacing w:after="0"/>
              <w:jc w:val="left"/>
            </w:pPr>
            <w:r>
              <w:rPr>
                <w:sz w:val="16"/>
              </w:rPr>
              <w:t>Not yet eligible: adopt the approved plan.</w:t>
            </w:r>
          </w:p>
        </w:tc>
      </w:tr>
      <w:tr>
        <w:trPr>
          <w:cantSplit/>
        </w:trPr>
        <w:tc>
          <w:tcPr>
            <w:tcW w:type="dxa" w:w="1501"/>
          </w:tcPr>
          <w:p>
            <w:pPr>
              <w:spacing w:after="0"/>
              <w:jc w:val="left"/>
            </w:pPr>
            <w:r>
              <w:rPr>
                <w:sz w:val="16"/>
              </w:rPr>
              <w:t>Kirwin city</w:t>
            </w:r>
          </w:p>
        </w:tc>
        <w:tc>
          <w:tcPr>
            <w:tcW w:type="dxa" w:w="1305"/>
          </w:tcPr>
          <w:p>
            <w:pPr>
              <w:spacing w:after="0"/>
              <w:jc w:val="left"/>
            </w:pPr>
            <w:r>
              <w:rPr>
                <w:sz w:val="16"/>
              </w:rPr>
              <w:t>City</w:t>
            </w:r>
          </w:p>
        </w:tc>
        <w:tc>
          <w:tcPr>
            <w:tcW w:type="dxa" w:w="1855"/>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5"/>
          </w:tcPr>
          <w:p>
            <w:pPr>
              <w:spacing w:after="0"/>
              <w:jc w:val="right"/>
            </w:pPr>
          </w:p>
        </w:tc>
        <w:tc>
          <w:tcPr>
            <w:tcW w:type="dxa" w:w="3491"/>
          </w:tcPr>
          <w:p>
            <w:pPr>
              <w:spacing w:after="0"/>
              <w:jc w:val="left"/>
            </w:pPr>
            <w:r>
              <w:rPr>
                <w:sz w:val="16"/>
              </w:rPr>
              <w:t>FEMA tracker shows a plan approvable pending adoption</w:t>
            </w:r>
          </w:p>
        </w:tc>
        <w:tc>
          <w:tcPr>
            <w:tcW w:type="dxa" w:w="2831"/>
          </w:tcPr>
          <w:p>
            <w:pPr>
              <w:spacing w:after="0"/>
              <w:jc w:val="left"/>
            </w:pPr>
            <w:r>
              <w:rPr>
                <w:sz w:val="16"/>
              </w:rPr>
              <w:t>Not yet eligible: adopt the approved plan.</w:t>
            </w:r>
          </w:p>
        </w:tc>
      </w:tr>
      <w:tr>
        <w:trPr>
          <w:cantSplit/>
        </w:trPr>
        <w:tc>
          <w:tcPr>
            <w:tcW w:type="dxa" w:w="1501"/>
          </w:tcPr>
          <w:p>
            <w:pPr>
              <w:spacing w:after="0"/>
              <w:jc w:val="left"/>
            </w:pPr>
            <w:r>
              <w:rPr>
                <w:sz w:val="16"/>
              </w:rPr>
              <w:t>Logan city</w:t>
            </w:r>
          </w:p>
        </w:tc>
        <w:tc>
          <w:tcPr>
            <w:tcW w:type="dxa" w:w="1305"/>
          </w:tcPr>
          <w:p>
            <w:pPr>
              <w:spacing w:after="0"/>
              <w:jc w:val="left"/>
            </w:pPr>
            <w:r>
              <w:rPr>
                <w:sz w:val="16"/>
              </w:rPr>
              <w:t>City</w:t>
            </w:r>
          </w:p>
        </w:tc>
        <w:tc>
          <w:tcPr>
            <w:tcW w:type="dxa" w:w="1855"/>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5"/>
          </w:tcPr>
          <w:p>
            <w:pPr>
              <w:spacing w:after="0"/>
              <w:jc w:val="right"/>
            </w:pPr>
          </w:p>
        </w:tc>
        <w:tc>
          <w:tcPr>
            <w:tcW w:type="dxa" w:w="3491"/>
          </w:tcPr>
          <w:p>
            <w:pPr>
              <w:spacing w:after="0"/>
              <w:jc w:val="left"/>
            </w:pPr>
            <w:r>
              <w:rPr>
                <w:sz w:val="16"/>
              </w:rPr>
              <w:t>FEMA tracker shows a plan approvable pending adoption</w:t>
            </w:r>
          </w:p>
        </w:tc>
        <w:tc>
          <w:tcPr>
            <w:tcW w:type="dxa" w:w="2831"/>
          </w:tcPr>
          <w:p>
            <w:pPr>
              <w:spacing w:after="0"/>
              <w:jc w:val="left"/>
            </w:pPr>
            <w:r>
              <w:rPr>
                <w:sz w:val="16"/>
              </w:rPr>
              <w:t>Not yet eligible: adopt the approved plan.</w:t>
            </w:r>
          </w:p>
        </w:tc>
      </w:tr>
      <w:tr>
        <w:trPr>
          <w:cantSplit/>
        </w:trPr>
        <w:tc>
          <w:tcPr>
            <w:tcW w:type="dxa" w:w="1501"/>
          </w:tcPr>
          <w:p>
            <w:pPr>
              <w:spacing w:after="0"/>
              <w:jc w:val="left"/>
            </w:pPr>
            <w:r>
              <w:rPr>
                <w:sz w:val="16"/>
              </w:rPr>
              <w:t>Long Island city</w:t>
            </w:r>
          </w:p>
        </w:tc>
        <w:tc>
          <w:tcPr>
            <w:tcW w:type="dxa" w:w="1305"/>
          </w:tcPr>
          <w:p>
            <w:pPr>
              <w:spacing w:after="0"/>
              <w:jc w:val="left"/>
            </w:pPr>
            <w:r>
              <w:rPr>
                <w:sz w:val="16"/>
              </w:rPr>
              <w:t>City</w:t>
            </w:r>
          </w:p>
        </w:tc>
        <w:tc>
          <w:tcPr>
            <w:tcW w:type="dxa" w:w="1855"/>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5"/>
          </w:tcPr>
          <w:p>
            <w:pPr>
              <w:spacing w:after="0"/>
              <w:jc w:val="right"/>
            </w:pPr>
          </w:p>
        </w:tc>
        <w:tc>
          <w:tcPr>
            <w:tcW w:type="dxa" w:w="3491"/>
          </w:tcPr>
          <w:p>
            <w:pPr>
              <w:spacing w:after="0"/>
              <w:jc w:val="left"/>
            </w:pPr>
            <w:r>
              <w:rPr>
                <w:sz w:val="16"/>
              </w:rPr>
              <w:t>FEMA tracker shows a plan approvable pending adoption</w:t>
            </w:r>
          </w:p>
        </w:tc>
        <w:tc>
          <w:tcPr>
            <w:tcW w:type="dxa" w:w="2831"/>
          </w:tcPr>
          <w:p>
            <w:pPr>
              <w:spacing w:after="0"/>
              <w:jc w:val="left"/>
            </w:pPr>
            <w:r>
              <w:rPr>
                <w:sz w:val="16"/>
              </w:rPr>
              <w:t>Not yet eligible: adopt the approved plan.</w:t>
            </w:r>
          </w:p>
        </w:tc>
      </w:tr>
      <w:tr>
        <w:trPr>
          <w:cantSplit/>
        </w:trPr>
        <w:tc>
          <w:tcPr>
            <w:tcW w:type="dxa" w:w="1501"/>
          </w:tcPr>
          <w:p>
            <w:pPr>
              <w:spacing w:after="0"/>
              <w:jc w:val="left"/>
            </w:pPr>
            <w:r>
              <w:rPr>
                <w:sz w:val="16"/>
              </w:rPr>
              <w:t>Phillipsburg city</w:t>
            </w:r>
          </w:p>
        </w:tc>
        <w:tc>
          <w:tcPr>
            <w:tcW w:type="dxa" w:w="1305"/>
          </w:tcPr>
          <w:p>
            <w:pPr>
              <w:spacing w:after="0"/>
              <w:jc w:val="left"/>
            </w:pPr>
            <w:r>
              <w:rPr>
                <w:sz w:val="16"/>
              </w:rPr>
              <w:t>City</w:t>
            </w:r>
          </w:p>
        </w:tc>
        <w:tc>
          <w:tcPr>
            <w:tcW w:type="dxa" w:w="1855"/>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5"/>
          </w:tcPr>
          <w:p>
            <w:pPr>
              <w:spacing w:after="0"/>
              <w:jc w:val="right"/>
            </w:pPr>
          </w:p>
        </w:tc>
        <w:tc>
          <w:tcPr>
            <w:tcW w:type="dxa" w:w="3491"/>
          </w:tcPr>
          <w:p>
            <w:pPr>
              <w:spacing w:after="0"/>
              <w:jc w:val="left"/>
            </w:pPr>
            <w:r>
              <w:rPr>
                <w:sz w:val="16"/>
              </w:rPr>
              <w:t>FEMA tracker shows a plan approvable pending adoption</w:t>
            </w:r>
          </w:p>
        </w:tc>
        <w:tc>
          <w:tcPr>
            <w:tcW w:type="dxa" w:w="2831"/>
          </w:tcPr>
          <w:p>
            <w:pPr>
              <w:spacing w:after="0"/>
              <w:jc w:val="left"/>
            </w:pPr>
            <w:r>
              <w:rPr>
                <w:sz w:val="16"/>
              </w:rPr>
              <w:t>Not yet eligible: adopt the approved plan.</w:t>
            </w:r>
          </w:p>
        </w:tc>
      </w:tr>
      <w:tr>
        <w:trPr>
          <w:cantSplit/>
        </w:trPr>
        <w:tc>
          <w:tcPr>
            <w:tcW w:type="dxa" w:w="1501"/>
          </w:tcPr>
          <w:p>
            <w:pPr>
              <w:spacing w:after="0"/>
              <w:jc w:val="left"/>
            </w:pPr>
            <w:r>
              <w:rPr>
                <w:sz w:val="16"/>
              </w:rPr>
              <w:t>Prairie View city</w:t>
            </w:r>
          </w:p>
        </w:tc>
        <w:tc>
          <w:tcPr>
            <w:tcW w:type="dxa" w:w="1305"/>
          </w:tcPr>
          <w:p>
            <w:pPr>
              <w:spacing w:after="0"/>
              <w:jc w:val="left"/>
            </w:pPr>
            <w:r>
              <w:rPr>
                <w:sz w:val="16"/>
              </w:rPr>
              <w:t>City</w:t>
            </w:r>
          </w:p>
        </w:tc>
        <w:tc>
          <w:tcPr>
            <w:tcW w:type="dxa" w:w="1855"/>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5"/>
          </w:tcPr>
          <w:p>
            <w:pPr>
              <w:spacing w:after="0"/>
              <w:jc w:val="right"/>
            </w:pPr>
          </w:p>
        </w:tc>
        <w:tc>
          <w:tcPr>
            <w:tcW w:type="dxa" w:w="3491"/>
          </w:tcPr>
          <w:p>
            <w:pPr>
              <w:spacing w:after="0"/>
              <w:jc w:val="left"/>
            </w:pPr>
            <w:r>
              <w:rPr>
                <w:sz w:val="16"/>
              </w:rPr>
              <w:t>FEMA tracker shows a plan approvable pending adoption</w:t>
            </w:r>
          </w:p>
        </w:tc>
        <w:tc>
          <w:tcPr>
            <w:tcW w:type="dxa" w:w="2831"/>
          </w:tcPr>
          <w:p>
            <w:pPr>
              <w:spacing w:after="0"/>
              <w:jc w:val="left"/>
            </w:pPr>
            <w:r>
              <w:rPr>
                <w:sz w:val="16"/>
              </w:rPr>
              <w:t>Not yet eligible: adopt the approved plan.</w:t>
            </w:r>
          </w:p>
        </w:tc>
      </w:tr>
      <w:tr>
        <w:trPr>
          <w:cantSplit/>
        </w:trPr>
        <w:tc>
          <w:tcPr>
            <w:tcW w:type="dxa" w:w="1501"/>
          </w:tcPr>
          <w:p>
            <w:pPr>
              <w:spacing w:after="0"/>
              <w:jc w:val="left"/>
            </w:pPr>
            <w:r>
              <w:rPr>
                <w:sz w:val="16"/>
              </w:rPr>
              <w:t>Speed city</w:t>
            </w:r>
          </w:p>
        </w:tc>
        <w:tc>
          <w:tcPr>
            <w:tcW w:type="dxa" w:w="1305"/>
          </w:tcPr>
          <w:p>
            <w:pPr>
              <w:spacing w:after="0"/>
              <w:jc w:val="left"/>
            </w:pPr>
            <w:r>
              <w:rPr>
                <w:sz w:val="16"/>
              </w:rPr>
              <w:t>City</w:t>
            </w:r>
          </w:p>
        </w:tc>
        <w:tc>
          <w:tcPr>
            <w:tcW w:type="dxa" w:w="1855"/>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5"/>
          </w:tcPr>
          <w:p>
            <w:pPr>
              <w:spacing w:after="0"/>
              <w:jc w:val="right"/>
            </w:pPr>
          </w:p>
        </w:tc>
        <w:tc>
          <w:tcPr>
            <w:tcW w:type="dxa" w:w="3491"/>
          </w:tcPr>
          <w:p>
            <w:pPr>
              <w:spacing w:after="0"/>
              <w:jc w:val="left"/>
            </w:pPr>
            <w:r>
              <w:rPr>
                <w:sz w:val="16"/>
              </w:rPr>
              <w:t>FEMA tracker shows a plan approvable pending adoption</w:t>
            </w:r>
          </w:p>
        </w:tc>
        <w:tc>
          <w:tcPr>
            <w:tcW w:type="dxa" w:w="2831"/>
          </w:tcPr>
          <w:p>
            <w:pPr>
              <w:spacing w:after="0"/>
              <w:jc w:val="left"/>
            </w:pPr>
            <w:r>
              <w:rPr>
                <w:sz w:val="16"/>
              </w:rPr>
              <w:t>Not yet eligible: adopt the approved plan.</w:t>
            </w:r>
          </w:p>
        </w:tc>
      </w:tr>
      <w:tr>
        <w:trPr>
          <w:cantSplit/>
        </w:trPr>
        <w:tc>
          <w:tcPr>
            <w:tcW w:type="dxa" w:w="1501"/>
          </w:tcPr>
          <w:p>
            <w:pPr>
              <w:spacing w:after="0"/>
              <w:jc w:val="left"/>
            </w:pPr>
            <w:r>
              <w:rPr>
                <w:sz w:val="16"/>
              </w:rPr>
              <w:t>Logan Unified School District 326</w:t>
            </w:r>
          </w:p>
        </w:tc>
        <w:tc>
          <w:tcPr>
            <w:tcW w:type="dxa" w:w="1305"/>
          </w:tcPr>
          <w:p>
            <w:pPr>
              <w:spacing w:after="0"/>
              <w:jc w:val="left"/>
            </w:pPr>
            <w:r>
              <w:rPr>
                <w:sz w:val="16"/>
              </w:rPr>
              <w:t>School/School District</w:t>
            </w:r>
          </w:p>
        </w:tc>
        <w:tc>
          <w:tcPr>
            <w:tcW w:type="dxa" w:w="1855"/>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5"/>
          </w:tcPr>
          <w:p>
            <w:pPr>
              <w:spacing w:after="0"/>
              <w:jc w:val="right"/>
            </w:pPr>
          </w:p>
        </w:tc>
        <w:tc>
          <w:tcPr>
            <w:tcW w:type="dxa" w:w="3491"/>
          </w:tcPr>
          <w:p>
            <w:pPr>
              <w:spacing w:after="0"/>
              <w:jc w:val="left"/>
            </w:pPr>
            <w:r>
              <w:rPr>
                <w:sz w:val="16"/>
              </w:rPr>
              <w:t>FEMA tracker shows a plan approvable pending adoption</w:t>
            </w:r>
          </w:p>
        </w:tc>
        <w:tc>
          <w:tcPr>
            <w:tcW w:type="dxa" w:w="2831"/>
          </w:tcPr>
          <w:p>
            <w:pPr>
              <w:spacing w:after="0"/>
              <w:jc w:val="left"/>
            </w:pPr>
            <w:r>
              <w:rPr>
                <w:sz w:val="16"/>
              </w:rPr>
              <w:t>Not yet eligible: adopt the approved plan.</w:t>
            </w:r>
          </w:p>
        </w:tc>
      </w:tr>
      <w:tr>
        <w:trPr>
          <w:cantSplit/>
        </w:trPr>
        <w:tc>
          <w:tcPr>
            <w:tcW w:type="dxa" w:w="1501"/>
          </w:tcPr>
          <w:p>
            <w:pPr>
              <w:spacing w:after="0"/>
              <w:jc w:val="left"/>
            </w:pPr>
            <w:r>
              <w:rPr>
                <w:sz w:val="16"/>
              </w:rPr>
              <w:t>Phillipsburg Unified School District 325</w:t>
            </w:r>
          </w:p>
        </w:tc>
        <w:tc>
          <w:tcPr>
            <w:tcW w:type="dxa" w:w="1305"/>
          </w:tcPr>
          <w:p>
            <w:pPr>
              <w:spacing w:after="0"/>
              <w:jc w:val="left"/>
            </w:pPr>
            <w:r>
              <w:rPr>
                <w:sz w:val="16"/>
              </w:rPr>
              <w:t>School/School District</w:t>
            </w:r>
          </w:p>
        </w:tc>
        <w:tc>
          <w:tcPr>
            <w:tcW w:type="dxa" w:w="1855"/>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5"/>
          </w:tcPr>
          <w:p>
            <w:pPr>
              <w:spacing w:after="0"/>
              <w:jc w:val="right"/>
            </w:pPr>
          </w:p>
        </w:tc>
        <w:tc>
          <w:tcPr>
            <w:tcW w:type="dxa" w:w="3491"/>
          </w:tcPr>
          <w:p>
            <w:pPr>
              <w:spacing w:after="0"/>
              <w:jc w:val="left"/>
            </w:pPr>
            <w:r>
              <w:rPr>
                <w:sz w:val="16"/>
              </w:rPr>
              <w:t>FEMA tracker shows a plan approvable pending adoption</w:t>
            </w:r>
          </w:p>
        </w:tc>
        <w:tc>
          <w:tcPr>
            <w:tcW w:type="dxa" w:w="2831"/>
          </w:tcPr>
          <w:p>
            <w:pPr>
              <w:spacing w:after="0"/>
              <w:jc w:val="left"/>
            </w:pPr>
            <w:r>
              <w:rPr>
                <w:sz w:val="16"/>
              </w:rPr>
              <w:t>Not yet eligible: adopt the approved plan.</w:t>
            </w:r>
          </w:p>
        </w:tc>
      </w:tr>
      <w:tr>
        <w:trPr>
          <w:cantSplit/>
        </w:trPr>
        <w:tc>
          <w:tcPr>
            <w:tcW w:type="dxa" w:w="1501"/>
          </w:tcPr>
          <w:p>
            <w:pPr>
              <w:spacing w:after="0"/>
              <w:jc w:val="left"/>
            </w:pPr>
            <w:r>
              <w:rPr>
                <w:sz w:val="16"/>
              </w:rPr>
              <w:t>Thunder Ridge Unified School District 110</w:t>
            </w:r>
          </w:p>
        </w:tc>
        <w:tc>
          <w:tcPr>
            <w:tcW w:type="dxa" w:w="1305"/>
          </w:tcPr>
          <w:p>
            <w:pPr>
              <w:spacing w:after="0"/>
              <w:jc w:val="left"/>
            </w:pPr>
            <w:r>
              <w:rPr>
                <w:sz w:val="16"/>
              </w:rPr>
              <w:t>School/School District</w:t>
            </w:r>
          </w:p>
        </w:tc>
        <w:tc>
          <w:tcPr>
            <w:tcW w:type="dxa" w:w="1855"/>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5"/>
          </w:tcPr>
          <w:p>
            <w:pPr>
              <w:spacing w:after="0"/>
              <w:jc w:val="right"/>
            </w:pPr>
          </w:p>
        </w:tc>
        <w:tc>
          <w:tcPr>
            <w:tcW w:type="dxa" w:w="3491"/>
          </w:tcPr>
          <w:p>
            <w:pPr>
              <w:spacing w:after="0"/>
              <w:jc w:val="left"/>
            </w:pPr>
            <w:r>
              <w:rPr>
                <w:sz w:val="16"/>
              </w:rPr>
              <w:t>FEMA tracker shows a plan approvable pending adoption</w:t>
            </w:r>
          </w:p>
        </w:tc>
        <w:tc>
          <w:tcPr>
            <w:tcW w:type="dxa" w:w="2831"/>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6"/>
        <w:gridCol w:w="1037"/>
        <w:gridCol w:w="1182"/>
        <w:gridCol w:w="1182"/>
        <w:gridCol w:w="1037"/>
        <w:gridCol w:w="1126"/>
        <w:gridCol w:w="1253"/>
        <w:gridCol w:w="1095"/>
        <w:gridCol w:w="1443"/>
        <w:gridCol w:w="1434"/>
        <w:gridCol w:w="2647"/>
      </w:tblGrid>
      <w:tr>
        <w:trPr>
          <w:cantSplit/>
          <w:tblHeader/>
        </w:trPr>
        <w:tc>
          <w:tcPr>
            <w:tcW w:type="dxa" w:w="67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2"/>
            <w:shd w:val="clear" w:color="auto" w:fill="E8E8E8"/>
          </w:tcPr>
          <w:p>
            <w:pPr>
              <w:spacing w:after="0"/>
              <w:jc w:val="left"/>
            </w:pPr>
            <w:r>
              <w:rPr>
                <w:b/>
                <w:sz w:val="16"/>
              </w:rPr>
              <w:t>NRI risk rating</w:t>
            </w:r>
          </w:p>
        </w:tc>
        <w:tc>
          <w:tcPr>
            <w:tcW w:type="dxa" w:w="118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5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34"/>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647"/>
            <w:shd w:val="clear" w:color="auto" w:fill="E8E8E8"/>
          </w:tcPr>
          <w:p>
            <w:pPr>
              <w:spacing w:after="0"/>
              <w:jc w:val="left"/>
            </w:pPr>
            <w:r>
              <w:rPr>
                <w:b/>
                <w:sz w:val="16"/>
              </w:rPr>
              <w:t>Storm Events coverage note</w:t>
            </w:r>
          </w:p>
        </w:tc>
      </w:tr>
      <w:tr>
        <w:trPr>
          <w:cantSplit/>
        </w:trPr>
        <w:tc>
          <w:tcPr>
            <w:tcW w:type="dxa" w:w="676"/>
          </w:tcPr>
          <w:p>
            <w:pPr>
              <w:spacing w:after="0"/>
              <w:jc w:val="right"/>
            </w:pPr>
            <w:r>
              <w:rPr>
                <w:sz w:val="16"/>
              </w:rPr>
              <w:t>1</w:t>
            </w:r>
          </w:p>
        </w:tc>
        <w:tc>
          <w:tcPr>
            <w:tcW w:type="dxa" w:w="1037"/>
          </w:tcPr>
          <w:p>
            <w:pPr>
              <w:spacing w:after="0"/>
              <w:jc w:val="left"/>
            </w:pPr>
            <w:r>
              <w:rPr>
                <w:sz w:val="16"/>
              </w:rPr>
              <w:t>Hail</w:t>
            </w:r>
          </w:p>
        </w:tc>
        <w:tc>
          <w:tcPr>
            <w:tcW w:type="dxa" w:w="1182"/>
          </w:tcPr>
          <w:p>
            <w:pPr>
              <w:spacing w:after="0"/>
              <w:jc w:val="left"/>
            </w:pPr>
            <w:r>
              <w:rPr>
                <w:sz w:val="16"/>
              </w:rPr>
              <w:t>Relatively High</w:t>
            </w:r>
          </w:p>
        </w:tc>
        <w:tc>
          <w:tcPr>
            <w:tcW w:type="dxa" w:w="1182"/>
          </w:tcPr>
          <w:p>
            <w:pPr>
              <w:spacing w:after="0"/>
              <w:jc w:val="left"/>
            </w:pPr>
            <w:r>
              <w:rPr>
                <w:sz w:val="16"/>
              </w:rPr>
              <w:t>Relatively High</w:t>
            </w:r>
          </w:p>
        </w:tc>
        <w:tc>
          <w:tcPr>
            <w:tcW w:type="dxa" w:w="1037"/>
          </w:tcPr>
          <w:p>
            <w:pPr>
              <w:spacing w:after="0"/>
              <w:jc w:val="right"/>
            </w:pPr>
            <w:r>
              <w:rPr>
                <w:sz w:val="16"/>
              </w:rPr>
              <w:t>$742,931</w:t>
            </w:r>
          </w:p>
        </w:tc>
        <w:tc>
          <w:tcPr>
            <w:tcW w:type="dxa" w:w="1126"/>
          </w:tcPr>
          <w:p>
            <w:pPr>
              <w:spacing w:after="0"/>
              <w:jc w:val="right"/>
            </w:pPr>
            <w:r>
              <w:rPr>
                <w:sz w:val="16"/>
              </w:rPr>
              <w:t>$2,636,841</w:t>
            </w:r>
          </w:p>
        </w:tc>
        <w:tc>
          <w:tcPr>
            <w:tcW w:type="dxa" w:w="1253"/>
          </w:tcPr>
          <w:p>
            <w:pPr>
              <w:spacing w:after="0"/>
              <w:jc w:val="right"/>
            </w:pPr>
            <w:r>
              <w:rPr>
                <w:sz w:val="16"/>
              </w:rPr>
              <w:t>$14,296</w:t>
            </w:r>
          </w:p>
        </w:tc>
        <w:tc>
          <w:tcPr>
            <w:tcW w:type="dxa" w:w="1095"/>
          </w:tcPr>
          <w:p>
            <w:pPr>
              <w:spacing w:after="0"/>
              <w:jc w:val="right"/>
            </w:pPr>
            <w:r>
              <w:rPr>
                <w:sz w:val="16"/>
              </w:rPr>
              <w:t>$3,394,068</w:t>
            </w:r>
          </w:p>
        </w:tc>
        <w:tc>
          <w:tcPr>
            <w:tcW w:type="dxa" w:w="1443"/>
          </w:tcPr>
          <w:p>
            <w:pPr>
              <w:spacing w:after="0"/>
              <w:jc w:val="right"/>
            </w:pPr>
            <w:r>
              <w:rPr>
                <w:sz w:val="16"/>
              </w:rPr>
              <w:t>269</w:t>
            </w:r>
          </w:p>
        </w:tc>
        <w:tc>
          <w:tcPr>
            <w:tcW w:type="dxa" w:w="1434"/>
          </w:tcPr>
          <w:p>
            <w:pPr>
              <w:spacing w:after="0"/>
              <w:jc w:val="left"/>
            </w:pPr>
          </w:p>
        </w:tc>
        <w:tc>
          <w:tcPr>
            <w:tcW w:type="dxa" w:w="2647"/>
          </w:tcPr>
          <w:p>
            <w:pPr>
              <w:spacing w:after="0"/>
              <w:jc w:val="left"/>
            </w:pPr>
          </w:p>
        </w:tc>
      </w:tr>
      <w:tr>
        <w:trPr>
          <w:cantSplit/>
        </w:trPr>
        <w:tc>
          <w:tcPr>
            <w:tcW w:type="dxa" w:w="676"/>
          </w:tcPr>
          <w:p>
            <w:pPr>
              <w:spacing w:after="0"/>
              <w:jc w:val="right"/>
            </w:pPr>
            <w:r>
              <w:rPr>
                <w:sz w:val="16"/>
              </w:rPr>
              <w:t>2</w:t>
            </w:r>
          </w:p>
        </w:tc>
        <w:tc>
          <w:tcPr>
            <w:tcW w:type="dxa" w:w="1037"/>
          </w:tcPr>
          <w:p>
            <w:pPr>
              <w:spacing w:after="0"/>
              <w:jc w:val="left"/>
            </w:pPr>
            <w:r>
              <w:rPr>
                <w:sz w:val="16"/>
              </w:rPr>
              <w:t>Inland Flooding</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$1,864,481</w:t>
            </w:r>
          </w:p>
        </w:tc>
        <w:tc>
          <w:tcPr>
            <w:tcW w:type="dxa" w:w="1126"/>
          </w:tcPr>
          <w:p>
            <w:pPr>
              <w:spacing w:after="0"/>
              <w:jc w:val="right"/>
            </w:pPr>
            <w:r>
              <w:rPr>
                <w:sz w:val="16"/>
              </w:rPr>
              <w:t>$148</w:t>
            </w:r>
          </w:p>
        </w:tc>
        <w:tc>
          <w:tcPr>
            <w:tcW w:type="dxa" w:w="1253"/>
          </w:tcPr>
          <w:p>
            <w:pPr>
              <w:spacing w:after="0"/>
              <w:jc w:val="right"/>
            </w:pPr>
            <w:r>
              <w:rPr>
                <w:sz w:val="16"/>
              </w:rPr>
              <w:t>$40</w:t>
            </w:r>
          </w:p>
        </w:tc>
        <w:tc>
          <w:tcPr>
            <w:tcW w:type="dxa" w:w="1095"/>
          </w:tcPr>
          <w:p>
            <w:pPr>
              <w:spacing w:after="0"/>
              <w:jc w:val="right"/>
            </w:pPr>
            <w:r>
              <w:rPr>
                <w:sz w:val="16"/>
              </w:rPr>
              <w:t>$1,864,669</w:t>
            </w:r>
          </w:p>
        </w:tc>
        <w:tc>
          <w:tcPr>
            <w:tcW w:type="dxa" w:w="1443"/>
          </w:tcPr>
          <w:p>
            <w:pPr>
              <w:spacing w:after="0"/>
              <w:jc w:val="right"/>
            </w:pPr>
            <w:r>
              <w:rPr>
                <w:sz w:val="16"/>
              </w:rPr>
              <w:t>19</w:t>
            </w:r>
          </w:p>
        </w:tc>
        <w:tc>
          <w:tcPr>
            <w:tcW w:type="dxa" w:w="1434"/>
          </w:tcPr>
          <w:p>
            <w:pPr>
              <w:spacing w:after="0"/>
              <w:jc w:val="left"/>
            </w:pPr>
          </w:p>
        </w:tc>
        <w:tc>
          <w:tcPr>
            <w:tcW w:type="dxa" w:w="2647"/>
          </w:tcPr>
          <w:p>
            <w:pPr>
              <w:spacing w:after="0"/>
              <w:jc w:val="left"/>
            </w:pPr>
          </w:p>
        </w:tc>
      </w:tr>
      <w:tr>
        <w:trPr>
          <w:cantSplit/>
        </w:trPr>
        <w:tc>
          <w:tcPr>
            <w:tcW w:type="dxa" w:w="676"/>
          </w:tcPr>
          <w:p>
            <w:pPr>
              <w:spacing w:after="0"/>
              <w:jc w:val="right"/>
            </w:pPr>
            <w:r>
              <w:rPr>
                <w:sz w:val="16"/>
              </w:rPr>
              <w:t>3</w:t>
            </w:r>
          </w:p>
        </w:tc>
        <w:tc>
          <w:tcPr>
            <w:tcW w:type="dxa" w:w="1037"/>
          </w:tcPr>
          <w:p>
            <w:pPr>
              <w:spacing w:after="0"/>
              <w:jc w:val="left"/>
            </w:pPr>
            <w:r>
              <w:rPr>
                <w:sz w:val="16"/>
              </w:rPr>
              <w:t>Drought</w:t>
            </w:r>
          </w:p>
        </w:tc>
        <w:tc>
          <w:tcPr>
            <w:tcW w:type="dxa" w:w="1182"/>
          </w:tcPr>
          <w:p>
            <w:pPr>
              <w:spacing w:after="0"/>
              <w:jc w:val="left"/>
            </w:pPr>
            <w:r>
              <w:rPr>
                <w:sz w:val="16"/>
              </w:rPr>
              <w:t>Relatively High</w:t>
            </w:r>
          </w:p>
        </w:tc>
        <w:tc>
          <w:tcPr>
            <w:tcW w:type="dxa" w:w="118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$1,535,000</w:t>
            </w:r>
          </w:p>
        </w:tc>
        <w:tc>
          <w:tcPr>
            <w:tcW w:type="dxa" w:w="1253"/>
          </w:tcPr>
          <w:p>
            <w:pPr>
              <w:spacing w:after="0"/>
              <w:jc w:val="right"/>
            </w:pPr>
            <w:r>
              <w:rPr>
                <w:sz w:val="16"/>
              </w:rPr>
              <w:t>n/a</w:t>
            </w:r>
          </w:p>
        </w:tc>
        <w:tc>
          <w:tcPr>
            <w:tcW w:type="dxa" w:w="1095"/>
          </w:tcPr>
          <w:p>
            <w:pPr>
              <w:spacing w:after="0"/>
              <w:jc w:val="right"/>
            </w:pPr>
            <w:r>
              <w:rPr>
                <w:sz w:val="16"/>
              </w:rPr>
              <w:t>$1,535,000</w:t>
            </w:r>
          </w:p>
        </w:tc>
        <w:tc>
          <w:tcPr>
            <w:tcW w:type="dxa" w:w="1443"/>
          </w:tcPr>
          <w:p>
            <w:pPr>
              <w:spacing w:after="0"/>
              <w:jc w:val="right"/>
            </w:pPr>
            <w:r>
              <w:rPr>
                <w:sz w:val="16"/>
              </w:rPr>
              <w:t>55</w:t>
            </w:r>
          </w:p>
        </w:tc>
        <w:tc>
          <w:tcPr>
            <w:tcW w:type="dxa" w:w="1434"/>
          </w:tcPr>
          <w:p>
            <w:pPr>
              <w:spacing w:after="0"/>
              <w:jc w:val="left"/>
            </w:pPr>
          </w:p>
        </w:tc>
        <w:tc>
          <w:tcPr>
            <w:tcW w:type="dxa" w:w="2647"/>
          </w:tcPr>
          <w:p>
            <w:pPr>
              <w:spacing w:after="0"/>
              <w:jc w:val="left"/>
            </w:pPr>
          </w:p>
        </w:tc>
      </w:tr>
      <w:tr>
        <w:trPr>
          <w:cantSplit/>
        </w:trPr>
        <w:tc>
          <w:tcPr>
            <w:tcW w:type="dxa" w:w="676"/>
          </w:tcPr>
          <w:p>
            <w:pPr>
              <w:spacing w:after="0"/>
              <w:jc w:val="right"/>
            </w:pPr>
            <w:r>
              <w:rPr>
                <w:sz w:val="16"/>
              </w:rPr>
              <w:t>4</w:t>
            </w:r>
          </w:p>
        </w:tc>
        <w:tc>
          <w:tcPr>
            <w:tcW w:type="dxa" w:w="1037"/>
          </w:tcPr>
          <w:p>
            <w:pPr>
              <w:spacing w:after="0"/>
              <w:jc w:val="left"/>
            </w:pPr>
            <w:r>
              <w:rPr>
                <w:sz w:val="16"/>
              </w:rPr>
              <w:t>Tornado</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$724,905</w:t>
            </w:r>
          </w:p>
        </w:tc>
        <w:tc>
          <w:tcPr>
            <w:tcW w:type="dxa" w:w="1126"/>
          </w:tcPr>
          <w:p>
            <w:pPr>
              <w:spacing w:after="0"/>
              <w:jc w:val="right"/>
            </w:pPr>
            <w:r>
              <w:rPr>
                <w:sz w:val="16"/>
              </w:rPr>
              <w:t>$7,371</w:t>
            </w:r>
          </w:p>
        </w:tc>
        <w:tc>
          <w:tcPr>
            <w:tcW w:type="dxa" w:w="1253"/>
          </w:tcPr>
          <w:p>
            <w:pPr>
              <w:spacing w:after="0"/>
              <w:jc w:val="right"/>
            </w:pPr>
            <w:r>
              <w:rPr>
                <w:sz w:val="16"/>
              </w:rPr>
              <w:t>$443,478</w:t>
            </w:r>
          </w:p>
        </w:tc>
        <w:tc>
          <w:tcPr>
            <w:tcW w:type="dxa" w:w="1095"/>
          </w:tcPr>
          <w:p>
            <w:pPr>
              <w:spacing w:after="0"/>
              <w:jc w:val="right"/>
            </w:pPr>
            <w:r>
              <w:rPr>
                <w:sz w:val="16"/>
              </w:rPr>
              <w:t>$1,175,753</w:t>
            </w:r>
          </w:p>
        </w:tc>
        <w:tc>
          <w:tcPr>
            <w:tcW w:type="dxa" w:w="1443"/>
          </w:tcPr>
          <w:p>
            <w:pPr>
              <w:spacing w:after="0"/>
              <w:jc w:val="right"/>
            </w:pPr>
            <w:r>
              <w:rPr>
                <w:sz w:val="16"/>
              </w:rPr>
              <w:t>13</w:t>
            </w:r>
          </w:p>
        </w:tc>
        <w:tc>
          <w:tcPr>
            <w:tcW w:type="dxa" w:w="1434"/>
          </w:tcPr>
          <w:p>
            <w:pPr>
              <w:spacing w:after="0"/>
              <w:jc w:val="left"/>
            </w:pPr>
          </w:p>
        </w:tc>
        <w:tc>
          <w:tcPr>
            <w:tcW w:type="dxa" w:w="2647"/>
          </w:tcPr>
          <w:p>
            <w:pPr>
              <w:spacing w:after="0"/>
              <w:jc w:val="left"/>
            </w:pPr>
          </w:p>
        </w:tc>
      </w:tr>
      <w:tr>
        <w:trPr>
          <w:cantSplit/>
        </w:trPr>
        <w:tc>
          <w:tcPr>
            <w:tcW w:type="dxa" w:w="676"/>
          </w:tcPr>
          <w:p>
            <w:pPr>
              <w:spacing w:after="0"/>
              <w:jc w:val="right"/>
            </w:pPr>
            <w:r>
              <w:rPr>
                <w:sz w:val="16"/>
              </w:rPr>
              <w:t>5</w:t>
            </w:r>
          </w:p>
        </w:tc>
        <w:tc>
          <w:tcPr>
            <w:tcW w:type="dxa" w:w="1037"/>
          </w:tcPr>
          <w:p>
            <w:pPr>
              <w:spacing w:after="0"/>
              <w:jc w:val="left"/>
            </w:pPr>
            <w:r>
              <w:rPr>
                <w:sz w:val="16"/>
              </w:rPr>
              <w:t>Strong Wind</w:t>
            </w:r>
          </w:p>
        </w:tc>
        <w:tc>
          <w:tcPr>
            <w:tcW w:type="dxa" w:w="1182"/>
          </w:tcPr>
          <w:p>
            <w:pPr>
              <w:spacing w:after="0"/>
              <w:jc w:val="left"/>
            </w:pPr>
            <w:r>
              <w:rPr>
                <w:sz w:val="16"/>
              </w:rPr>
              <w:t>Relatively Moderate</w:t>
            </w:r>
          </w:p>
        </w:tc>
        <w:tc>
          <w:tcPr>
            <w:tcW w:type="dxa" w:w="1182"/>
          </w:tcPr>
          <w:p>
            <w:pPr>
              <w:spacing w:after="0"/>
              <w:jc w:val="left"/>
            </w:pPr>
            <w:r>
              <w:rPr>
                <w:sz w:val="16"/>
              </w:rPr>
              <w:t>Relatively Moderate</w:t>
            </w:r>
          </w:p>
        </w:tc>
        <w:tc>
          <w:tcPr>
            <w:tcW w:type="dxa" w:w="1037"/>
          </w:tcPr>
          <w:p>
            <w:pPr>
              <w:spacing w:after="0"/>
              <w:jc w:val="right"/>
            </w:pPr>
            <w:r>
              <w:rPr>
                <w:sz w:val="16"/>
              </w:rPr>
              <w:t>$368,065</w:t>
            </w:r>
          </w:p>
        </w:tc>
        <w:tc>
          <w:tcPr>
            <w:tcW w:type="dxa" w:w="1126"/>
          </w:tcPr>
          <w:p>
            <w:pPr>
              <w:spacing w:after="0"/>
              <w:jc w:val="right"/>
            </w:pPr>
            <w:r>
              <w:rPr>
                <w:sz w:val="16"/>
              </w:rPr>
              <w:t>$397,999</w:t>
            </w:r>
          </w:p>
        </w:tc>
        <w:tc>
          <w:tcPr>
            <w:tcW w:type="dxa" w:w="1253"/>
          </w:tcPr>
          <w:p>
            <w:pPr>
              <w:spacing w:after="0"/>
              <w:jc w:val="right"/>
            </w:pPr>
            <w:r>
              <w:rPr>
                <w:sz w:val="16"/>
              </w:rPr>
              <w:t>$91,205</w:t>
            </w:r>
          </w:p>
        </w:tc>
        <w:tc>
          <w:tcPr>
            <w:tcW w:type="dxa" w:w="1095"/>
          </w:tcPr>
          <w:p>
            <w:pPr>
              <w:spacing w:after="0"/>
              <w:jc w:val="right"/>
            </w:pPr>
            <w:r>
              <w:rPr>
                <w:sz w:val="16"/>
              </w:rPr>
              <w:t>$857,269</w:t>
            </w:r>
          </w:p>
        </w:tc>
        <w:tc>
          <w:tcPr>
            <w:tcW w:type="dxa" w:w="1443"/>
          </w:tcPr>
          <w:p>
            <w:pPr>
              <w:spacing w:after="0"/>
              <w:jc w:val="right"/>
            </w:pPr>
            <w:r>
              <w:rPr>
                <w:sz w:val="16"/>
              </w:rPr>
              <w:t>185</w:t>
            </w:r>
          </w:p>
        </w:tc>
        <w:tc>
          <w:tcPr>
            <w:tcW w:type="dxa" w:w="1434"/>
          </w:tcPr>
          <w:p>
            <w:pPr>
              <w:spacing w:after="0"/>
              <w:jc w:val="left"/>
            </w:pPr>
          </w:p>
        </w:tc>
        <w:tc>
          <w:tcPr>
            <w:tcW w:type="dxa" w:w="2647"/>
          </w:tcPr>
          <w:p>
            <w:pPr>
              <w:spacing w:after="0"/>
              <w:jc w:val="left"/>
            </w:pPr>
            <w:r>
              <w:rPr>
                <w:sz w:val="16"/>
              </w:rPr>
              <w:t>Includes 32 High Wind records (a NOAA non-thunderstorm wind type, outside NRI's Strong Wind definition).</w:t>
            </w:r>
          </w:p>
        </w:tc>
      </w:tr>
      <w:tr>
        <w:trPr>
          <w:cantSplit/>
        </w:trPr>
        <w:tc>
          <w:tcPr>
            <w:tcW w:type="dxa" w:w="676"/>
          </w:tcPr>
          <w:p>
            <w:pPr>
              <w:spacing w:after="0"/>
              <w:jc w:val="right"/>
            </w:pPr>
            <w:r>
              <w:rPr>
                <w:sz w:val="16"/>
              </w:rPr>
              <w:t>6</w:t>
            </w:r>
          </w:p>
        </w:tc>
        <w:tc>
          <w:tcPr>
            <w:tcW w:type="dxa" w:w="1037"/>
          </w:tcPr>
          <w:p>
            <w:pPr>
              <w:spacing w:after="0"/>
              <w:jc w:val="left"/>
            </w:pPr>
            <w:r>
              <w:rPr>
                <w:sz w:val="16"/>
              </w:rPr>
              <w:t>Ice Storm</w:t>
            </w:r>
          </w:p>
        </w:tc>
        <w:tc>
          <w:tcPr>
            <w:tcW w:type="dxa" w:w="1182"/>
          </w:tcPr>
          <w:p>
            <w:pPr>
              <w:spacing w:after="0"/>
              <w:jc w:val="left"/>
            </w:pPr>
            <w:r>
              <w:rPr>
                <w:sz w:val="16"/>
              </w:rPr>
              <w:t>Relatively Moderate</w:t>
            </w:r>
          </w:p>
        </w:tc>
        <w:tc>
          <w:tcPr>
            <w:tcW w:type="dxa" w:w="1182"/>
          </w:tcPr>
          <w:p>
            <w:pPr>
              <w:spacing w:after="0"/>
              <w:jc w:val="left"/>
            </w:pPr>
            <w:r>
              <w:rPr>
                <w:sz w:val="16"/>
              </w:rPr>
              <w:t>Relatively Moderate</w:t>
            </w:r>
          </w:p>
        </w:tc>
        <w:tc>
          <w:tcPr>
            <w:tcW w:type="dxa" w:w="1037"/>
          </w:tcPr>
          <w:p>
            <w:pPr>
              <w:spacing w:after="0"/>
              <w:jc w:val="right"/>
            </w:pPr>
            <w:r>
              <w:rPr>
                <w:sz w:val="16"/>
              </w:rPr>
              <w:t>$210,430</w:t>
            </w:r>
          </w:p>
        </w:tc>
        <w:tc>
          <w:tcPr>
            <w:tcW w:type="dxa" w:w="1126"/>
          </w:tcPr>
          <w:p>
            <w:pPr>
              <w:spacing w:after="0"/>
              <w:jc w:val="right"/>
            </w:pPr>
            <w:r>
              <w:rPr>
                <w:sz w:val="16"/>
              </w:rPr>
              <w:t>n/a</w:t>
            </w:r>
          </w:p>
        </w:tc>
        <w:tc>
          <w:tcPr>
            <w:tcW w:type="dxa" w:w="1253"/>
          </w:tcPr>
          <w:p>
            <w:pPr>
              <w:spacing w:after="0"/>
              <w:jc w:val="right"/>
            </w:pPr>
            <w:r>
              <w:rPr>
                <w:sz w:val="16"/>
              </w:rPr>
              <w:t>$21,757</w:t>
            </w:r>
          </w:p>
        </w:tc>
        <w:tc>
          <w:tcPr>
            <w:tcW w:type="dxa" w:w="1095"/>
          </w:tcPr>
          <w:p>
            <w:pPr>
              <w:spacing w:after="0"/>
              <w:jc w:val="right"/>
            </w:pPr>
            <w:r>
              <w:rPr>
                <w:sz w:val="16"/>
              </w:rPr>
              <w:t>$232,186</w:t>
            </w:r>
          </w:p>
        </w:tc>
        <w:tc>
          <w:tcPr>
            <w:tcW w:type="dxa" w:w="1443"/>
          </w:tcPr>
          <w:p>
            <w:pPr>
              <w:spacing w:after="0"/>
              <w:jc w:val="right"/>
            </w:pPr>
            <w:r>
              <w:rPr>
                <w:sz w:val="16"/>
              </w:rPr>
              <w:t>5</w:t>
            </w:r>
          </w:p>
        </w:tc>
        <w:tc>
          <w:tcPr>
            <w:tcW w:type="dxa" w:w="1434"/>
          </w:tcPr>
          <w:p>
            <w:pPr>
              <w:spacing w:after="0"/>
              <w:jc w:val="left"/>
            </w:pPr>
          </w:p>
        </w:tc>
        <w:tc>
          <w:tcPr>
            <w:tcW w:type="dxa" w:w="2647"/>
          </w:tcPr>
          <w:p>
            <w:pPr>
              <w:spacing w:after="0"/>
              <w:jc w:val="left"/>
            </w:pPr>
          </w:p>
        </w:tc>
      </w:tr>
      <w:tr>
        <w:trPr>
          <w:cantSplit/>
        </w:trPr>
        <w:tc>
          <w:tcPr>
            <w:tcW w:type="dxa" w:w="676"/>
          </w:tcPr>
          <w:p>
            <w:pPr>
              <w:spacing w:after="0"/>
              <w:jc w:val="right"/>
            </w:pPr>
            <w:r>
              <w:rPr>
                <w:sz w:val="16"/>
              </w:rPr>
              <w:t>7</w:t>
            </w:r>
          </w:p>
        </w:tc>
        <w:tc>
          <w:tcPr>
            <w:tcW w:type="dxa" w:w="1037"/>
          </w:tcPr>
          <w:p>
            <w:pPr>
              <w:spacing w:after="0"/>
              <w:jc w:val="left"/>
            </w:pPr>
            <w:r>
              <w:rPr>
                <w:sz w:val="16"/>
              </w:rPr>
              <w:t>Cold Wave</w:t>
            </w:r>
          </w:p>
        </w:tc>
        <w:tc>
          <w:tcPr>
            <w:tcW w:type="dxa" w:w="1182"/>
          </w:tcPr>
          <w:p>
            <w:pPr>
              <w:spacing w:after="0"/>
              <w:jc w:val="left"/>
            </w:pPr>
            <w:r>
              <w:rPr>
                <w:sz w:val="16"/>
              </w:rPr>
              <w:t>Very Low</w:t>
            </w:r>
          </w:p>
        </w:tc>
        <w:tc>
          <w:tcPr>
            <w:tcW w:type="dxa" w:w="1182"/>
          </w:tcPr>
          <w:p>
            <w:pPr>
              <w:spacing w:after="0"/>
              <w:jc w:val="left"/>
            </w:pPr>
            <w:r>
              <w:rPr>
                <w:sz w:val="16"/>
              </w:rPr>
              <w:t>Relatively Low</w:t>
            </w:r>
          </w:p>
        </w:tc>
        <w:tc>
          <w:tcPr>
            <w:tcW w:type="dxa" w:w="1037"/>
          </w:tcPr>
          <w:p>
            <w:pPr>
              <w:spacing w:after="0"/>
              <w:jc w:val="right"/>
            </w:pPr>
            <w:r>
              <w:rPr>
                <w:sz w:val="16"/>
              </w:rPr>
              <w:t>$263</w:t>
            </w:r>
          </w:p>
        </w:tc>
        <w:tc>
          <w:tcPr>
            <w:tcW w:type="dxa" w:w="1126"/>
          </w:tcPr>
          <w:p>
            <w:pPr>
              <w:spacing w:after="0"/>
              <w:jc w:val="right"/>
            </w:pPr>
            <w:r>
              <w:rPr>
                <w:sz w:val="16"/>
              </w:rPr>
              <w:t>$14,020</w:t>
            </w:r>
          </w:p>
        </w:tc>
        <w:tc>
          <w:tcPr>
            <w:tcW w:type="dxa" w:w="1253"/>
          </w:tcPr>
          <w:p>
            <w:pPr>
              <w:spacing w:after="0"/>
              <w:jc w:val="right"/>
            </w:pPr>
            <w:r>
              <w:rPr>
                <w:sz w:val="16"/>
              </w:rPr>
              <w:t>$200,363</w:t>
            </w:r>
          </w:p>
        </w:tc>
        <w:tc>
          <w:tcPr>
            <w:tcW w:type="dxa" w:w="1095"/>
          </w:tcPr>
          <w:p>
            <w:pPr>
              <w:spacing w:after="0"/>
              <w:jc w:val="right"/>
            </w:pPr>
            <w:r>
              <w:rPr>
                <w:sz w:val="16"/>
              </w:rPr>
              <w:t>$214,646</w:t>
            </w:r>
          </w:p>
        </w:tc>
        <w:tc>
          <w:tcPr>
            <w:tcW w:type="dxa" w:w="1443"/>
          </w:tcPr>
          <w:p>
            <w:pPr>
              <w:spacing w:after="0"/>
              <w:jc w:val="right"/>
            </w:pPr>
            <w:r>
              <w:rPr>
                <w:sz w:val="16"/>
              </w:rPr>
              <w:t>13</w:t>
            </w:r>
          </w:p>
        </w:tc>
        <w:tc>
          <w:tcPr>
            <w:tcW w:type="dxa" w:w="1434"/>
          </w:tcPr>
          <w:p>
            <w:pPr>
              <w:spacing w:after="0"/>
              <w:jc w:val="left"/>
            </w:pPr>
          </w:p>
        </w:tc>
        <w:tc>
          <w:tcPr>
            <w:tcW w:type="dxa" w:w="2647"/>
          </w:tcPr>
          <w:p>
            <w:pPr>
              <w:spacing w:after="0"/>
              <w:jc w:val="left"/>
            </w:pPr>
            <w:r>
              <w:rPr>
                <w:sz w:val="16"/>
              </w:rPr>
              <w:t>Includes 2 Frost/Freeze records (outside NRI's Cold Wave definition; counted in this table and in B1-d, not in the B1-e descriptor).</w:t>
            </w:r>
          </w:p>
        </w:tc>
      </w:tr>
      <w:tr>
        <w:trPr>
          <w:cantSplit/>
        </w:trPr>
        <w:tc>
          <w:tcPr>
            <w:tcW w:type="dxa" w:w="676"/>
          </w:tcPr>
          <w:p>
            <w:pPr>
              <w:spacing w:after="0"/>
              <w:jc w:val="right"/>
            </w:pPr>
            <w:r>
              <w:rPr>
                <w:sz w:val="16"/>
              </w:rPr>
              <w:t>8</w:t>
            </w:r>
          </w:p>
        </w:tc>
        <w:tc>
          <w:tcPr>
            <w:tcW w:type="dxa" w:w="1037"/>
          </w:tcPr>
          <w:p>
            <w:pPr>
              <w:spacing w:after="0"/>
              <w:jc w:val="left"/>
            </w:pPr>
            <w:r>
              <w:rPr>
                <w:sz w:val="16"/>
              </w:rPr>
              <w:t>Heat Wave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$2,799</w:t>
            </w:r>
          </w:p>
        </w:tc>
        <w:tc>
          <w:tcPr>
            <w:tcW w:type="dxa" w:w="1126"/>
          </w:tcPr>
          <w:p>
            <w:pPr>
              <w:spacing w:after="0"/>
              <w:jc w:val="right"/>
            </w:pPr>
            <w:r>
              <w:rPr>
                <w:sz w:val="16"/>
              </w:rPr>
              <w:t>$78</w:t>
            </w:r>
          </w:p>
        </w:tc>
        <w:tc>
          <w:tcPr>
            <w:tcW w:type="dxa" w:w="1253"/>
          </w:tcPr>
          <w:p>
            <w:pPr>
              <w:spacing w:after="0"/>
              <w:jc w:val="right"/>
            </w:pPr>
            <w:r>
              <w:rPr>
                <w:sz w:val="16"/>
              </w:rPr>
              <w:t>$99,473</w:t>
            </w:r>
          </w:p>
        </w:tc>
        <w:tc>
          <w:tcPr>
            <w:tcW w:type="dxa" w:w="1095"/>
          </w:tcPr>
          <w:p>
            <w:pPr>
              <w:spacing w:after="0"/>
              <w:jc w:val="right"/>
            </w:pPr>
            <w:r>
              <w:rPr>
                <w:sz w:val="16"/>
              </w:rPr>
              <w:t>$102,350</w:t>
            </w:r>
          </w:p>
        </w:tc>
        <w:tc>
          <w:tcPr>
            <w:tcW w:type="dxa" w:w="1443"/>
          </w:tcPr>
          <w:p>
            <w:pPr>
              <w:spacing w:after="0"/>
              <w:jc w:val="right"/>
            </w:pPr>
            <w:r>
              <w:rPr>
                <w:sz w:val="16"/>
              </w:rPr>
              <w:t>2</w:t>
            </w:r>
          </w:p>
        </w:tc>
        <w:tc>
          <w:tcPr>
            <w:tcW w:type="dxa" w:w="1434"/>
          </w:tcPr>
          <w:p>
            <w:pPr>
              <w:spacing w:after="0"/>
              <w:jc w:val="left"/>
            </w:pPr>
          </w:p>
        </w:tc>
        <w:tc>
          <w:tcPr>
            <w:tcW w:type="dxa" w:w="2647"/>
          </w:tcPr>
          <w:p>
            <w:pPr>
              <w:spacing w:after="0"/>
              <w:jc w:val="left"/>
            </w:pPr>
          </w:p>
        </w:tc>
      </w:tr>
      <w:tr>
        <w:trPr>
          <w:cantSplit/>
        </w:trPr>
        <w:tc>
          <w:tcPr>
            <w:tcW w:type="dxa" w:w="676"/>
          </w:tcPr>
          <w:p>
            <w:pPr>
              <w:spacing w:after="0"/>
              <w:jc w:val="right"/>
            </w:pPr>
            <w:r>
              <w:rPr>
                <w:sz w:val="16"/>
              </w:rPr>
              <w:t>9</w:t>
            </w:r>
          </w:p>
        </w:tc>
        <w:tc>
          <w:tcPr>
            <w:tcW w:type="dxa" w:w="1037"/>
          </w:tcPr>
          <w:p>
            <w:pPr>
              <w:spacing w:after="0"/>
              <w:jc w:val="left"/>
            </w:pPr>
            <w:r>
              <w:rPr>
                <w:sz w:val="16"/>
              </w:rPr>
              <w:t>Winter Weather</w:t>
            </w:r>
          </w:p>
        </w:tc>
        <w:tc>
          <w:tcPr>
            <w:tcW w:type="dxa" w:w="1182"/>
          </w:tcPr>
          <w:p>
            <w:pPr>
              <w:spacing w:after="0"/>
              <w:jc w:val="left"/>
            </w:pPr>
            <w:r>
              <w:rPr>
                <w:sz w:val="16"/>
              </w:rPr>
              <w:t>Relatively Moderate</w:t>
            </w:r>
          </w:p>
        </w:tc>
        <w:tc>
          <w:tcPr>
            <w:tcW w:type="dxa" w:w="1182"/>
          </w:tcPr>
          <w:p>
            <w:pPr>
              <w:spacing w:after="0"/>
              <w:jc w:val="left"/>
            </w:pPr>
            <w:r>
              <w:rPr>
                <w:sz w:val="16"/>
              </w:rPr>
              <w:t>Relatively Moderate</w:t>
            </w:r>
          </w:p>
        </w:tc>
        <w:tc>
          <w:tcPr>
            <w:tcW w:type="dxa" w:w="1037"/>
          </w:tcPr>
          <w:p>
            <w:pPr>
              <w:spacing w:after="0"/>
              <w:jc w:val="right"/>
            </w:pPr>
            <w:r>
              <w:rPr>
                <w:sz w:val="16"/>
              </w:rPr>
              <w:t>$56,714</w:t>
            </w:r>
          </w:p>
        </w:tc>
        <w:tc>
          <w:tcPr>
            <w:tcW w:type="dxa" w:w="1126"/>
          </w:tcPr>
          <w:p>
            <w:pPr>
              <w:spacing w:after="0"/>
              <w:jc w:val="right"/>
            </w:pPr>
            <w:r>
              <w:rPr>
                <w:sz w:val="16"/>
              </w:rPr>
              <w:t>$334</w:t>
            </w:r>
          </w:p>
        </w:tc>
        <w:tc>
          <w:tcPr>
            <w:tcW w:type="dxa" w:w="1253"/>
          </w:tcPr>
          <w:p>
            <w:pPr>
              <w:spacing w:after="0"/>
              <w:jc w:val="right"/>
            </w:pPr>
            <w:r>
              <w:rPr>
                <w:sz w:val="16"/>
              </w:rPr>
              <w:t>$39,602</w:t>
            </w:r>
          </w:p>
        </w:tc>
        <w:tc>
          <w:tcPr>
            <w:tcW w:type="dxa" w:w="1095"/>
          </w:tcPr>
          <w:p>
            <w:pPr>
              <w:spacing w:after="0"/>
              <w:jc w:val="right"/>
            </w:pPr>
            <w:r>
              <w:rPr>
                <w:sz w:val="16"/>
              </w:rPr>
              <w:t>$96,649</w:t>
            </w:r>
          </w:p>
        </w:tc>
        <w:tc>
          <w:tcPr>
            <w:tcW w:type="dxa" w:w="1443"/>
          </w:tcPr>
          <w:p>
            <w:pPr>
              <w:spacing w:after="0"/>
              <w:jc w:val="right"/>
            </w:pPr>
            <w:r>
              <w:rPr>
                <w:sz w:val="16"/>
              </w:rPr>
              <w:t>90</w:t>
            </w:r>
          </w:p>
        </w:tc>
        <w:tc>
          <w:tcPr>
            <w:tcW w:type="dxa" w:w="1434"/>
          </w:tcPr>
          <w:p>
            <w:pPr>
              <w:spacing w:after="0"/>
              <w:jc w:val="left"/>
            </w:pPr>
          </w:p>
        </w:tc>
        <w:tc>
          <w:tcPr>
            <w:tcW w:type="dxa" w:w="2647"/>
          </w:tcPr>
          <w:p>
            <w:pPr>
              <w:spacing w:after="0"/>
              <w:jc w:val="left"/>
            </w:pPr>
          </w:p>
        </w:tc>
      </w:tr>
      <w:tr>
        <w:trPr>
          <w:cantSplit/>
        </w:trPr>
        <w:tc>
          <w:tcPr>
            <w:tcW w:type="dxa" w:w="676"/>
          </w:tcPr>
          <w:p>
            <w:pPr>
              <w:spacing w:after="0"/>
              <w:jc w:val="right"/>
            </w:pPr>
            <w:r>
              <w:rPr>
                <w:sz w:val="16"/>
              </w:rPr>
              <w:t>10</w:t>
            </w:r>
          </w:p>
        </w:tc>
        <w:tc>
          <w:tcPr>
            <w:tcW w:type="dxa" w:w="1037"/>
          </w:tcPr>
          <w:p>
            <w:pPr>
              <w:spacing w:after="0"/>
              <w:jc w:val="left"/>
            </w:pPr>
            <w:r>
              <w:rPr>
                <w:sz w:val="16"/>
              </w:rPr>
              <w:t>Lightning</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$5,674</w:t>
            </w:r>
          </w:p>
        </w:tc>
        <w:tc>
          <w:tcPr>
            <w:tcW w:type="dxa" w:w="1126"/>
          </w:tcPr>
          <w:p>
            <w:pPr>
              <w:spacing w:after="0"/>
              <w:jc w:val="right"/>
            </w:pPr>
            <w:r>
              <w:rPr>
                <w:sz w:val="16"/>
              </w:rPr>
              <w:t>n/a</w:t>
            </w:r>
          </w:p>
        </w:tc>
        <w:tc>
          <w:tcPr>
            <w:tcW w:type="dxa" w:w="1253"/>
          </w:tcPr>
          <w:p>
            <w:pPr>
              <w:spacing w:after="0"/>
              <w:jc w:val="right"/>
            </w:pPr>
            <w:r>
              <w:rPr>
                <w:sz w:val="16"/>
              </w:rPr>
              <w:t>$81,702</w:t>
            </w:r>
          </w:p>
        </w:tc>
        <w:tc>
          <w:tcPr>
            <w:tcW w:type="dxa" w:w="1095"/>
          </w:tcPr>
          <w:p>
            <w:pPr>
              <w:spacing w:after="0"/>
              <w:jc w:val="right"/>
            </w:pPr>
            <w:r>
              <w:rPr>
                <w:sz w:val="16"/>
              </w:rPr>
              <w:t>$87,377</w:t>
            </w:r>
          </w:p>
        </w:tc>
        <w:tc>
          <w:tcPr>
            <w:tcW w:type="dxa" w:w="1443"/>
          </w:tcPr>
          <w:p>
            <w:pPr>
              <w:spacing w:after="0"/>
              <w:jc w:val="right"/>
            </w:pPr>
            <w:r>
              <w:rPr>
                <w:sz w:val="16"/>
              </w:rPr>
              <w:t>1</w:t>
            </w:r>
          </w:p>
        </w:tc>
        <w:tc>
          <w:tcPr>
            <w:tcW w:type="dxa" w:w="1434"/>
          </w:tcPr>
          <w:p>
            <w:pPr>
              <w:spacing w:after="0"/>
              <w:jc w:val="left"/>
            </w:pPr>
          </w:p>
        </w:tc>
        <w:tc>
          <w:tcPr>
            <w:tcW w:type="dxa" w:w="2647"/>
          </w:tcPr>
          <w:p>
            <w:pPr>
              <w:spacing w:after="0"/>
              <w:jc w:val="left"/>
            </w:pPr>
          </w:p>
        </w:tc>
      </w:tr>
      <w:tr>
        <w:trPr>
          <w:cantSplit/>
        </w:trPr>
        <w:tc>
          <w:tcPr>
            <w:tcW w:type="dxa" w:w="676"/>
          </w:tcPr>
          <w:p>
            <w:pPr>
              <w:spacing w:after="0"/>
              <w:jc w:val="right"/>
            </w:pPr>
            <w:r>
              <w:rPr>
                <w:sz w:val="16"/>
              </w:rPr>
              <w:t>11</w:t>
            </w:r>
          </w:p>
        </w:tc>
        <w:tc>
          <w:tcPr>
            <w:tcW w:type="dxa" w:w="1037"/>
          </w:tcPr>
          <w:p>
            <w:pPr>
              <w:spacing w:after="0"/>
              <w:jc w:val="left"/>
            </w:pPr>
            <w:r>
              <w:rPr>
                <w:sz w:val="16"/>
              </w:rPr>
              <w:t>Wildfire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$56,551</w:t>
            </w:r>
          </w:p>
        </w:tc>
        <w:tc>
          <w:tcPr>
            <w:tcW w:type="dxa" w:w="1126"/>
          </w:tcPr>
          <w:p>
            <w:pPr>
              <w:spacing w:after="0"/>
              <w:jc w:val="right"/>
            </w:pPr>
            <w:r>
              <w:rPr>
                <w:sz w:val="16"/>
              </w:rPr>
              <w:t>$89</w:t>
            </w:r>
          </w:p>
        </w:tc>
        <w:tc>
          <w:tcPr>
            <w:tcW w:type="dxa" w:w="1253"/>
          </w:tcPr>
          <w:p>
            <w:pPr>
              <w:spacing w:after="0"/>
              <w:jc w:val="right"/>
            </w:pPr>
            <w:r>
              <w:rPr>
                <w:sz w:val="16"/>
              </w:rPr>
              <w:t>$944</w:t>
            </w:r>
          </w:p>
        </w:tc>
        <w:tc>
          <w:tcPr>
            <w:tcW w:type="dxa" w:w="1095"/>
          </w:tcPr>
          <w:p>
            <w:pPr>
              <w:spacing w:after="0"/>
              <w:jc w:val="right"/>
            </w:pPr>
            <w:r>
              <w:rPr>
                <w:sz w:val="16"/>
              </w:rPr>
              <w:t>$57,584</w:t>
            </w:r>
          </w:p>
        </w:tc>
        <w:tc>
          <w:tcPr>
            <w:tcW w:type="dxa" w:w="1443"/>
          </w:tcPr>
          <w:p>
            <w:pPr>
              <w:spacing w:after="0"/>
              <w:jc w:val="right"/>
            </w:pPr>
            <w:r>
              <w:rPr>
                <w:sz w:val="16"/>
              </w:rPr>
              <w:t>0</w:t>
            </w:r>
          </w:p>
        </w:tc>
        <w:tc>
          <w:tcPr>
            <w:tcW w:type="dxa" w:w="1434"/>
          </w:tcPr>
          <w:p>
            <w:pPr>
              <w:spacing w:after="0"/>
              <w:jc w:val="left"/>
            </w:pPr>
          </w:p>
        </w:tc>
        <w:tc>
          <w:tcPr>
            <w:tcW w:type="dxa" w:w="2647"/>
          </w:tcPr>
          <w:p>
            <w:pPr>
              <w:spacing w:after="0"/>
              <w:jc w:val="left"/>
            </w:pPr>
            <w:r>
              <w:rPr>
                <w:sz w:val="16"/>
              </w:rPr>
              <w:t>Declared 1 time; no Storm Events record of this type.</w:t>
            </w:r>
          </w:p>
        </w:tc>
      </w:tr>
      <w:tr>
        <w:trPr>
          <w:cantSplit/>
        </w:trPr>
        <w:tc>
          <w:tcPr>
            <w:tcW w:type="dxa" w:w="676"/>
          </w:tcPr>
          <w:p>
            <w:pPr>
              <w:spacing w:after="0"/>
              <w:jc w:val="right"/>
            </w:pPr>
            <w:r>
              <w:rPr>
                <w:sz w:val="16"/>
              </w:rPr>
              <w:t>12</w:t>
            </w:r>
          </w:p>
        </w:tc>
        <w:tc>
          <w:tcPr>
            <w:tcW w:type="dxa" w:w="1037"/>
          </w:tcPr>
          <w:p>
            <w:pPr>
              <w:spacing w:after="0"/>
              <w:jc w:val="left"/>
            </w:pPr>
            <w:r>
              <w:rPr>
                <w:sz w:val="16"/>
              </w:rPr>
              <w:t>Earthquake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$15,035</w:t>
            </w:r>
          </w:p>
        </w:tc>
        <w:tc>
          <w:tcPr>
            <w:tcW w:type="dxa" w:w="1126"/>
          </w:tcPr>
          <w:p>
            <w:pPr>
              <w:spacing w:after="0"/>
              <w:jc w:val="right"/>
            </w:pPr>
            <w:r>
              <w:rPr>
                <w:sz w:val="16"/>
              </w:rPr>
              <w:t>n/a</w:t>
            </w:r>
          </w:p>
        </w:tc>
        <w:tc>
          <w:tcPr>
            <w:tcW w:type="dxa" w:w="1253"/>
          </w:tcPr>
          <w:p>
            <w:pPr>
              <w:spacing w:after="0"/>
              <w:jc w:val="right"/>
            </w:pPr>
            <w:r>
              <w:rPr>
                <w:sz w:val="16"/>
              </w:rPr>
              <w:t>$3,574</w:t>
            </w:r>
          </w:p>
        </w:tc>
        <w:tc>
          <w:tcPr>
            <w:tcW w:type="dxa" w:w="1095"/>
          </w:tcPr>
          <w:p>
            <w:pPr>
              <w:spacing w:after="0"/>
              <w:jc w:val="right"/>
            </w:pPr>
            <w:r>
              <w:rPr>
                <w:sz w:val="16"/>
              </w:rPr>
              <w:t>$18,609</w:t>
            </w:r>
          </w:p>
        </w:tc>
        <w:tc>
          <w:tcPr>
            <w:tcW w:type="dxa" w:w="1443"/>
          </w:tcPr>
          <w:p>
            <w:pPr>
              <w:spacing w:after="0"/>
              <w:jc w:val="right"/>
            </w:pPr>
          </w:p>
        </w:tc>
        <w:tc>
          <w:tcPr>
            <w:tcW w:type="dxa" w:w="1434"/>
          </w:tcPr>
          <w:p>
            <w:pPr>
              <w:spacing w:after="0"/>
              <w:jc w:val="left"/>
            </w:pPr>
          </w:p>
        </w:tc>
        <w:tc>
          <w:tcPr>
            <w:tcW w:type="dxa" w:w="2647"/>
          </w:tcPr>
          <w:p>
            <w:pPr>
              <w:spacing w:after="0"/>
              <w:jc w:val="left"/>
            </w:pPr>
            <w:r>
              <w:rPr>
                <w:sz w:val="16"/>
              </w:rPr>
              <w:t>Storm Events does not record earthquakes.</w:t>
            </w:r>
          </w:p>
        </w:tc>
      </w:tr>
      <w:tr>
        <w:trPr>
          <w:cantSplit/>
        </w:trPr>
        <w:tc>
          <w:tcPr>
            <w:tcW w:type="dxa" w:w="676"/>
          </w:tcPr>
          <w:p>
            <w:pPr>
              <w:spacing w:after="0"/>
              <w:jc w:val="right"/>
            </w:pPr>
            <w:r>
              <w:rPr>
                <w:sz w:val="16"/>
              </w:rPr>
              <w:t>13</w:t>
            </w:r>
          </w:p>
        </w:tc>
        <w:tc>
          <w:tcPr>
            <w:tcW w:type="dxa" w:w="1037"/>
          </w:tcPr>
          <w:p>
            <w:pPr>
              <w:spacing w:after="0"/>
              <w:jc w:val="left"/>
            </w:pPr>
            <w:r>
              <w:rPr>
                <w:sz w:val="16"/>
              </w:rPr>
              <w:t>Landslide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$88</w:t>
            </w:r>
          </w:p>
        </w:tc>
        <w:tc>
          <w:tcPr>
            <w:tcW w:type="dxa" w:w="1126"/>
          </w:tcPr>
          <w:p>
            <w:pPr>
              <w:spacing w:after="0"/>
              <w:jc w:val="right"/>
            </w:pPr>
            <w:r>
              <w:rPr>
                <w:sz w:val="16"/>
              </w:rPr>
              <w:t>n/a</w:t>
            </w:r>
          </w:p>
        </w:tc>
        <w:tc>
          <w:tcPr>
            <w:tcW w:type="dxa" w:w="1253"/>
          </w:tcPr>
          <w:p>
            <w:pPr>
              <w:spacing w:after="0"/>
              <w:jc w:val="right"/>
            </w:pPr>
            <w:r>
              <w:rPr>
                <w:sz w:val="16"/>
              </w:rPr>
              <w:t>$12</w:t>
            </w:r>
          </w:p>
        </w:tc>
        <w:tc>
          <w:tcPr>
            <w:tcW w:type="dxa" w:w="1095"/>
          </w:tcPr>
          <w:p>
            <w:pPr>
              <w:spacing w:after="0"/>
              <w:jc w:val="right"/>
            </w:pPr>
            <w:r>
              <w:rPr>
                <w:sz w:val="16"/>
              </w:rPr>
              <w:t>$100</w:t>
            </w:r>
          </w:p>
        </w:tc>
        <w:tc>
          <w:tcPr>
            <w:tcW w:type="dxa" w:w="1443"/>
          </w:tcPr>
          <w:p>
            <w:pPr>
              <w:spacing w:after="0"/>
              <w:jc w:val="right"/>
            </w:pPr>
            <w:r>
              <w:rPr>
                <w:sz w:val="16"/>
              </w:rPr>
              <w:t>0</w:t>
            </w:r>
          </w:p>
        </w:tc>
        <w:tc>
          <w:tcPr>
            <w:tcW w:type="dxa" w:w="1434"/>
          </w:tcPr>
          <w:p>
            <w:pPr>
              <w:spacing w:after="0"/>
              <w:jc w:val="left"/>
            </w:pPr>
          </w:p>
        </w:tc>
        <w:tc>
          <w:tcPr>
            <w:tcW w:type="dxa" w:w="2647"/>
          </w:tcPr>
          <w:p>
            <w:pPr>
              <w:spacing w:after="0"/>
              <w:jc w:val="left"/>
            </w:pPr>
            <w:r>
              <w:rPr>
                <w:sz w:val="16"/>
              </w:rPr>
              <w:t>Declared 1 time; no Storm Events record of this type.</w:t>
            </w:r>
          </w:p>
        </w:tc>
      </w:tr>
      <w:tr>
        <w:trPr>
          <w:cantSplit/>
        </w:trPr>
        <w:tc>
          <w:tcPr>
            <w:tcW w:type="dxa" w:w="676"/>
          </w:tcPr>
          <w:p>
            <w:pPr>
              <w:spacing w:after="0"/>
              <w:jc w:val="right"/>
            </w:pPr>
          </w:p>
        </w:tc>
        <w:tc>
          <w:tcPr>
            <w:tcW w:type="dxa" w:w="1037"/>
          </w:tcPr>
          <w:p>
            <w:pPr>
              <w:spacing w:after="0"/>
              <w:jc w:val="left"/>
            </w:pPr>
            <w:r>
              <w:rPr>
                <w:sz w:val="16"/>
              </w:rPr>
              <w:t>Hurricane</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53"/>
          </w:tcPr>
          <w:p>
            <w:pPr>
              <w:spacing w:after="0"/>
              <w:jc w:val="right"/>
            </w:pPr>
          </w:p>
        </w:tc>
        <w:tc>
          <w:tcPr>
            <w:tcW w:type="dxa" w:w="1095"/>
          </w:tcPr>
          <w:p>
            <w:pPr>
              <w:spacing w:after="0"/>
              <w:jc w:val="right"/>
            </w:pPr>
          </w:p>
        </w:tc>
        <w:tc>
          <w:tcPr>
            <w:tcW w:type="dxa" w:w="1443"/>
          </w:tcPr>
          <w:p>
            <w:pPr>
              <w:spacing w:after="0"/>
              <w:jc w:val="right"/>
            </w:pPr>
            <w:r>
              <w:rPr>
                <w:sz w:val="16"/>
              </w:rPr>
              <w:t>0</w:t>
            </w:r>
          </w:p>
        </w:tc>
        <w:tc>
          <w:tcPr>
            <w:tcW w:type="dxa" w:w="1434"/>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264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4753 (Very Low, 30.7); tract 4752 (Very Low, 22.7); tract 4751 (Very Low, 17.3)</w:t>
            </w:r>
          </w:p>
        </w:tc>
      </w:tr>
      <w:tr>
        <w:trPr>
          <w:cantSplit/>
        </w:trPr>
        <w:tc>
          <w:tcPr>
            <w:tcW w:type="dxa" w:w="3520"/>
          </w:tcPr>
          <w:p>
            <w:pPr>
              <w:spacing w:after="0"/>
              <w:jc w:val="left"/>
            </w:pPr>
            <w:r>
              <w:rPr>
                <w:sz w:val="16"/>
              </w:rPr>
              <w:t>Hurricane</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4752 (Very Low, 79.4); tract 4751 (Very Low, 73.8); tract 4753 (Very Low, 52.2)</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4753 (Very High, 98.5); tract 4752 (Relatively High, 92.1); tract 4751 (Relatively High, 85.7)</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4752 (Relatively Moderate, 91.2); tract 4751 (Relatively Moderate, 89.5); tract 4753 (Relatively Low, 73.6)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4753 is Census Tract 4753).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1"/>
        <w:gridCol w:w="1915"/>
        <w:gridCol w:w="1797"/>
        <w:gridCol w:w="2125"/>
        <w:gridCol w:w="1627"/>
        <w:gridCol w:w="1531"/>
        <w:gridCol w:w="1593"/>
        <w:gridCol w:w="1613"/>
      </w:tblGrid>
      <w:tr>
        <w:trPr>
          <w:cantSplit/>
          <w:tblHeader/>
        </w:trPr>
        <w:tc>
          <w:tcPr>
            <w:tcW w:type="dxa" w:w="1911"/>
            <w:shd w:val="clear" w:color="auto" w:fill="E8E8E8"/>
          </w:tcPr>
          <w:p>
            <w:pPr>
              <w:spacing w:after="0"/>
              <w:jc w:val="left"/>
            </w:pPr>
            <w:r>
              <w:rPr>
                <w:b/>
                <w:sz w:val="16"/>
              </w:rPr>
              <w:t>Hazard</w:t>
            </w:r>
          </w:p>
        </w:tc>
        <w:tc>
          <w:tcPr>
            <w:tcW w:type="dxa" w:w="1915"/>
            <w:shd w:val="clear" w:color="auto" w:fill="E8E8E8"/>
          </w:tcPr>
          <w:p>
            <w:pPr>
              <w:spacing w:after="0"/>
              <w:jc w:val="left"/>
            </w:pPr>
            <w:r>
              <w:rPr>
                <w:b/>
                <w:sz w:val="16"/>
              </w:rPr>
              <w:t>Scale</w:t>
            </w:r>
          </w:p>
        </w:tc>
        <w:tc>
          <w:tcPr>
            <w:tcW w:type="dxa" w:w="179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25"/>
            <w:shd w:val="clear" w:color="auto" w:fill="E8E8E8"/>
          </w:tcPr>
          <w:p>
            <w:pPr>
              <w:spacing w:after="0"/>
              <w:jc w:val="left"/>
            </w:pPr>
            <w:r>
              <w:rPr>
                <w:b/>
                <w:sz w:val="16"/>
              </w:rPr>
              <w:t>Observed range</w:t>
            </w:r>
          </w:p>
        </w:tc>
        <w:tc>
          <w:tcPr>
            <w:tcW w:type="dxa" w:w="1627"/>
            <w:shd w:val="clear" w:color="auto" w:fill="E8E8E8"/>
          </w:tcPr>
          <w:p>
            <w:pPr>
              <w:spacing w:after="0"/>
              <w:jc w:val="left"/>
            </w:pPr>
            <w:r>
              <w:rPr>
                <w:b/>
                <w:sz w:val="16"/>
              </w:rPr>
              <w:t>Worst recorded event</w:t>
            </w:r>
          </w:p>
        </w:tc>
        <w:tc>
          <w:tcPr>
            <w:tcW w:type="dxa" w:w="1531"/>
            <w:shd w:val="clear" w:color="auto" w:fill="E8E8E8"/>
          </w:tcPr>
          <w:p>
            <w:pPr>
              <w:spacing w:after="0"/>
              <w:jc w:val="left"/>
            </w:pPr>
            <w:r>
              <w:rPr>
                <w:b/>
                <w:sz w:val="16"/>
              </w:rPr>
              <w:t>Most damaging (when different)</w:t>
            </w:r>
          </w:p>
        </w:tc>
        <w:tc>
          <w:tcPr>
            <w:tcW w:type="dxa" w:w="1593"/>
            <w:shd w:val="clear" w:color="auto" w:fill="E8E8E8"/>
          </w:tcPr>
          <w:p>
            <w:pPr>
              <w:spacing w:after="0"/>
              <w:jc w:val="left"/>
            </w:pPr>
            <w:r>
              <w:rPr>
                <w:b/>
                <w:sz w:val="16"/>
              </w:rPr>
              <w:t>How it applies to jurisdictions</w:t>
            </w:r>
          </w:p>
        </w:tc>
        <w:tc>
          <w:tcPr>
            <w:tcW w:type="dxa" w:w="1613"/>
            <w:shd w:val="clear" w:color="auto" w:fill="E8E8E8"/>
          </w:tcPr>
          <w:p>
            <w:pPr>
              <w:spacing w:after="0"/>
              <w:jc w:val="left"/>
            </w:pPr>
            <w:r>
              <w:rPr>
                <w:b/>
                <w:sz w:val="16"/>
              </w:rPr>
              <w:t>Note</w:t>
            </w:r>
          </w:p>
        </w:tc>
      </w:tr>
      <w:tr>
        <w:trPr>
          <w:cantSplit/>
        </w:trPr>
        <w:tc>
          <w:tcPr>
            <w:tcW w:type="dxa" w:w="1911"/>
          </w:tcPr>
          <w:p>
            <w:pPr>
              <w:spacing w:after="0"/>
              <w:jc w:val="left"/>
            </w:pPr>
            <w:r>
              <w:rPr>
                <w:sz w:val="16"/>
              </w:rPr>
              <w:t>Cold/Wind Chill, Extreme Cold/Wind Chill</w:t>
            </w:r>
          </w:p>
        </w:tc>
        <w:tc>
          <w:tcPr>
            <w:tcW w:type="dxa" w:w="1915"/>
          </w:tcPr>
          <w:p>
            <w:pPr>
              <w:spacing w:after="0"/>
              <w:jc w:val="left"/>
            </w:pPr>
            <w:r>
              <w:rPr>
                <w:sz w:val="16"/>
              </w:rPr>
              <w:t>wind chill</w:t>
            </w:r>
          </w:p>
        </w:tc>
        <w:tc>
          <w:tcPr>
            <w:tcW w:type="dxa" w:w="1797"/>
          </w:tcPr>
          <w:p>
            <w:pPr>
              <w:spacing w:after="0"/>
              <w:jc w:val="right"/>
            </w:pPr>
            <w:r>
              <w:rPr>
                <w:sz w:val="16"/>
              </w:rPr>
              <w:t>11 records, 1996 to 2025 (11 zone-level)</w:t>
            </w:r>
          </w:p>
        </w:tc>
        <w:tc>
          <w:tcPr>
            <w:tcW w:type="dxa" w:w="2125"/>
          </w:tcPr>
          <w:p>
            <w:pPr>
              <w:spacing w:after="0"/>
              <w:jc w:val="left"/>
            </w:pPr>
            <w:r>
              <w:rPr>
                <w:sz w:val="16"/>
              </w:rPr>
              <w:t>2 days to 10 days (median 4 days); 11 with a recorded value</w:t>
            </w:r>
          </w:p>
        </w:tc>
        <w:tc>
          <w:tcPr>
            <w:tcW w:type="dxa" w:w="1627"/>
          </w:tcPr>
          <w:p>
            <w:pPr>
              <w:spacing w:after="0"/>
              <w:jc w:val="left"/>
            </w:pPr>
            <w:r>
              <w:rPr>
                <w:sz w:val="16"/>
              </w:rPr>
              <w:t>10 consecutive days, 2024-01-11 to 2024-01-20, zone-level</w:t>
            </w:r>
          </w:p>
        </w:tc>
        <w:tc>
          <w:tcPr>
            <w:tcW w:type="dxa" w:w="1531"/>
          </w:tcPr>
          <w:p>
            <w:pPr>
              <w:spacing w:after="0"/>
              <w:jc w:val="left"/>
            </w:pPr>
          </w:p>
        </w:tc>
        <w:tc>
          <w:tcPr>
            <w:tcW w:type="dxa" w:w="1593"/>
          </w:tcPr>
          <w:p>
            <w:pPr>
              <w:spacing w:after="0"/>
              <w:jc w:val="left"/>
            </w:pPr>
            <w:r>
              <w:rPr>
                <w:sz w:val="16"/>
              </w:rPr>
              <w:t>Countywide (zone-level records).</w:t>
            </w:r>
          </w:p>
        </w:tc>
        <w:tc>
          <w:tcPr>
            <w:tcW w:type="dxa" w:w="1613"/>
          </w:tcPr>
          <w:p>
            <w:pPr>
              <w:spacing w:after="0"/>
              <w:jc w:val="left"/>
            </w:pPr>
          </w:p>
        </w:tc>
      </w:tr>
      <w:tr>
        <w:trPr>
          <w:cantSplit/>
        </w:trPr>
        <w:tc>
          <w:tcPr>
            <w:tcW w:type="dxa" w:w="1911"/>
          </w:tcPr>
          <w:p>
            <w:pPr>
              <w:spacing w:after="0"/>
              <w:jc w:val="left"/>
            </w:pPr>
            <w:r>
              <w:rPr>
                <w:sz w:val="16"/>
              </w:rPr>
              <w:t>Frost/Freeze (outside NRI's Cold Wave definition)</w:t>
            </w:r>
          </w:p>
        </w:tc>
        <w:tc>
          <w:tcPr>
            <w:tcW w:type="dxa" w:w="1915"/>
          </w:tcPr>
          <w:p>
            <w:pPr>
              <w:spacing w:after="0"/>
              <w:jc w:val="left"/>
            </w:pPr>
            <w:r>
              <w:rPr>
                <w:sz w:val="16"/>
              </w:rPr>
              <w:t>crop damage</w:t>
            </w:r>
          </w:p>
        </w:tc>
        <w:tc>
          <w:tcPr>
            <w:tcW w:type="dxa" w:w="1797"/>
          </w:tcPr>
          <w:p>
            <w:pPr>
              <w:spacing w:after="0"/>
              <w:jc w:val="right"/>
            </w:pPr>
            <w:r>
              <w:rPr>
                <w:sz w:val="16"/>
              </w:rPr>
              <w:t>2 records, 2006 to 2007 (2 zone-level)</w:t>
            </w:r>
          </w:p>
        </w:tc>
        <w:tc>
          <w:tcPr>
            <w:tcW w:type="dxa" w:w="2125"/>
          </w:tcPr>
          <w:p>
            <w:pPr>
              <w:spacing w:after="0"/>
              <w:jc w:val="left"/>
            </w:pPr>
          </w:p>
        </w:tc>
        <w:tc>
          <w:tcPr>
            <w:tcW w:type="dxa" w:w="1627"/>
          </w:tcPr>
          <w:p>
            <w:pPr>
              <w:spacing w:after="0"/>
              <w:jc w:val="left"/>
            </w:pPr>
            <w:r>
              <w:rPr>
                <w:sz w:val="16"/>
              </w:rPr>
              <w:t>Frost/Freeze, 2007-04-03, $250,000 crop damage (2007 dollars); NWS zone KSZ005</w:t>
            </w:r>
          </w:p>
        </w:tc>
        <w:tc>
          <w:tcPr>
            <w:tcW w:type="dxa" w:w="1531"/>
          </w:tcPr>
          <w:p>
            <w:pPr>
              <w:spacing w:after="0"/>
              <w:jc w:val="left"/>
            </w:pPr>
          </w:p>
        </w:tc>
        <w:tc>
          <w:tcPr>
            <w:tcW w:type="dxa" w:w="1593"/>
          </w:tcPr>
          <w:p>
            <w:pPr>
              <w:spacing w:after="0"/>
              <w:jc w:val="left"/>
            </w:pPr>
            <w:r>
              <w:rPr>
                <w:sz w:val="16"/>
              </w:rPr>
              <w:t>Countywide (zone-level records).</w:t>
            </w:r>
          </w:p>
        </w:tc>
        <w:tc>
          <w:tcPr>
            <w:tcW w:type="dxa" w:w="1613"/>
          </w:tcPr>
          <w:p>
            <w:pPr>
              <w:spacing w:after="0"/>
              <w:jc w:val="left"/>
            </w:pPr>
          </w:p>
        </w:tc>
      </w:tr>
      <w:tr>
        <w:trPr>
          <w:cantSplit/>
        </w:trPr>
        <w:tc>
          <w:tcPr>
            <w:tcW w:type="dxa" w:w="1911"/>
          </w:tcPr>
          <w:p>
            <w:pPr>
              <w:spacing w:after="0"/>
              <w:jc w:val="left"/>
            </w:pPr>
            <w:r>
              <w:rPr>
                <w:sz w:val="16"/>
              </w:rPr>
              <w:t>Drought</w:t>
            </w:r>
          </w:p>
        </w:tc>
        <w:tc>
          <w:tcPr>
            <w:tcW w:type="dxa" w:w="1915"/>
          </w:tcPr>
          <w:p>
            <w:pPr>
              <w:spacing w:after="0"/>
              <w:jc w:val="left"/>
            </w:pPr>
            <w:r>
              <w:rPr>
                <w:sz w:val="16"/>
              </w:rPr>
              <w:t>U.S. Drought Monitor scale (D0 to D4)</w:t>
            </w:r>
          </w:p>
        </w:tc>
        <w:tc>
          <w:tcPr>
            <w:tcW w:type="dxa" w:w="1797"/>
          </w:tcPr>
          <w:p>
            <w:pPr>
              <w:spacing w:after="0"/>
              <w:jc w:val="right"/>
            </w:pPr>
            <w:r>
              <w:rPr>
                <w:sz w:val="16"/>
              </w:rPr>
              <w:t>55 records, 2000 to 2025 (55 zone-level)</w:t>
            </w:r>
          </w:p>
        </w:tc>
        <w:tc>
          <w:tcPr>
            <w:tcW w:type="dxa" w:w="2125"/>
          </w:tcPr>
          <w:p>
            <w:pPr>
              <w:spacing w:after="0"/>
              <w:jc w:val="left"/>
            </w:pPr>
            <w:r>
              <w:rPr>
                <w:sz w:val="16"/>
              </w:rPr>
              <w:t>5 days to 729 days (median 98 days); 7 with a recorded value</w:t>
            </w:r>
          </w:p>
        </w:tc>
        <w:tc>
          <w:tcPr>
            <w:tcW w:type="dxa" w:w="1627"/>
          </w:tcPr>
          <w:p>
            <w:pPr>
              <w:spacing w:after="0"/>
              <w:jc w:val="left"/>
            </w:pPr>
            <w:r>
              <w:rPr>
                <w:sz w:val="16"/>
              </w:rPr>
              <w:t>729 days (about 23.9 months), 2012-06-12 to 2014-06-10, a run of 25 consecutive Storm Events drought records, zone-level</w:t>
            </w:r>
          </w:p>
        </w:tc>
        <w:tc>
          <w:tcPr>
            <w:tcW w:type="dxa" w:w="1531"/>
          </w:tcPr>
          <w:p>
            <w:pPr>
              <w:spacing w:after="0"/>
              <w:jc w:val="left"/>
            </w:pPr>
            <w:r>
              <w:rPr>
                <w:sz w:val="16"/>
              </w:rPr>
              <w:t>Drought, 2013-10-01, $0 property; $15,000,000 crops (zone total, 2013 dollars)</w:t>
            </w:r>
          </w:p>
        </w:tc>
        <w:tc>
          <w:tcPr>
            <w:tcW w:type="dxa" w:w="1593"/>
          </w:tcPr>
          <w:p>
            <w:pPr>
              <w:spacing w:after="0"/>
              <w:jc w:val="left"/>
            </w:pPr>
            <w:r>
              <w:rPr>
                <w:sz w:val="16"/>
              </w:rPr>
              <w:t>Countywide (zone-level records).</w:t>
            </w:r>
          </w:p>
        </w:tc>
        <w:tc>
          <w:tcPr>
            <w:tcW w:type="dxa" w:w="161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1"/>
          </w:tcPr>
          <w:p>
            <w:pPr>
              <w:spacing w:after="0"/>
              <w:jc w:val="left"/>
            </w:pPr>
            <w:r>
              <w:rPr>
                <w:sz w:val="16"/>
              </w:rPr>
              <w:t>Earthquake</w:t>
            </w:r>
          </w:p>
        </w:tc>
        <w:tc>
          <w:tcPr>
            <w:tcW w:type="dxa" w:w="1915"/>
          </w:tcPr>
          <w:p>
            <w:pPr>
              <w:spacing w:after="0"/>
              <w:jc w:val="left"/>
            </w:pPr>
            <w:r>
              <w:rPr>
                <w:sz w:val="16"/>
              </w:rPr>
              <w:t>Modified Mercalli (local data)</w:t>
            </w:r>
          </w:p>
        </w:tc>
        <w:tc>
          <w:tcPr>
            <w:tcW w:type="dxa" w:w="1797"/>
          </w:tcPr>
          <w:p>
            <w:pPr>
              <w:spacing w:after="0"/>
              <w:jc w:val="right"/>
            </w:pPr>
            <w:r>
              <w:rPr>
                <w:sz w:val="16"/>
              </w:rPr>
              <w:t>0</w:t>
            </w:r>
          </w:p>
        </w:tc>
        <w:tc>
          <w:tcPr>
            <w:tcW w:type="dxa" w:w="2125"/>
          </w:tcPr>
          <w:p>
            <w:pPr>
              <w:spacing w:after="0"/>
              <w:jc w:val="left"/>
            </w:pPr>
          </w:p>
        </w:tc>
        <w:tc>
          <w:tcPr>
            <w:tcW w:type="dxa" w:w="1627"/>
          </w:tcPr>
          <w:p>
            <w:pPr>
              <w:spacing w:after="0"/>
              <w:jc w:val="left"/>
            </w:pPr>
          </w:p>
        </w:tc>
        <w:tc>
          <w:tcPr>
            <w:tcW w:type="dxa" w:w="1531"/>
          </w:tcPr>
          <w:p>
            <w:pPr>
              <w:spacing w:after="0"/>
              <w:jc w:val="left"/>
            </w:pPr>
          </w:p>
        </w:tc>
        <w:tc>
          <w:tcPr>
            <w:tcW w:type="dxa" w:w="1593"/>
          </w:tcPr>
          <w:p>
            <w:pPr>
              <w:spacing w:after="0"/>
              <w:jc w:val="left"/>
            </w:pPr>
          </w:p>
        </w:tc>
        <w:tc>
          <w:tcPr>
            <w:tcW w:type="dxa" w:w="1613"/>
          </w:tcPr>
          <w:p>
            <w:pPr>
              <w:spacing w:after="0"/>
              <w:jc w:val="left"/>
            </w:pPr>
            <w:r>
              <w:rPr>
                <w:sz w:val="16"/>
              </w:rPr>
              <w:t>Storm Events does not record earthquakes; the USGS earthquake catalog is the source.</w:t>
            </w:r>
          </w:p>
        </w:tc>
      </w:tr>
      <w:tr>
        <w:trPr>
          <w:cantSplit/>
        </w:trPr>
        <w:tc>
          <w:tcPr>
            <w:tcW w:type="dxa" w:w="1911"/>
          </w:tcPr>
          <w:p>
            <w:pPr>
              <w:spacing w:after="0"/>
              <w:jc w:val="left"/>
            </w:pPr>
            <w:r>
              <w:rPr>
                <w:sz w:val="16"/>
              </w:rPr>
              <w:t>Hail</w:t>
            </w:r>
          </w:p>
        </w:tc>
        <w:tc>
          <w:tcPr>
            <w:tcW w:type="dxa" w:w="1915"/>
          </w:tcPr>
          <w:p>
            <w:pPr>
              <w:spacing w:after="0"/>
              <w:jc w:val="left"/>
            </w:pPr>
            <w:r>
              <w:rPr>
                <w:sz w:val="16"/>
              </w:rPr>
              <w:t>hail size (inches)</w:t>
            </w:r>
          </w:p>
        </w:tc>
        <w:tc>
          <w:tcPr>
            <w:tcW w:type="dxa" w:w="1797"/>
          </w:tcPr>
          <w:p>
            <w:pPr>
              <w:spacing w:after="0"/>
              <w:jc w:val="right"/>
            </w:pPr>
            <w:r>
              <w:rPr>
                <w:sz w:val="16"/>
              </w:rPr>
              <w:t>328 records, 1955 to 2024</w:t>
            </w:r>
          </w:p>
        </w:tc>
        <w:tc>
          <w:tcPr>
            <w:tcW w:type="dxa" w:w="2125"/>
          </w:tcPr>
          <w:p>
            <w:pPr>
              <w:spacing w:after="0"/>
              <w:jc w:val="left"/>
            </w:pPr>
            <w:r>
              <w:rPr>
                <w:sz w:val="16"/>
              </w:rPr>
              <w:t>0.75 in to 4.5 in (median 1 in); 328 with a recorded value</w:t>
            </w:r>
          </w:p>
        </w:tc>
        <w:tc>
          <w:tcPr>
            <w:tcW w:type="dxa" w:w="1627"/>
          </w:tcPr>
          <w:p>
            <w:pPr>
              <w:spacing w:after="0"/>
              <w:jc w:val="left"/>
            </w:pPr>
            <w:r>
              <w:rPr>
                <w:sz w:val="16"/>
              </w:rPr>
              <w:t>4.5 in hail, 1980-05-31</w:t>
            </w:r>
          </w:p>
        </w:tc>
        <w:tc>
          <w:tcPr>
            <w:tcW w:type="dxa" w:w="1531"/>
          </w:tcPr>
          <w:p>
            <w:pPr>
              <w:spacing w:after="0"/>
              <w:jc w:val="left"/>
            </w:pPr>
            <w:r>
              <w:rPr>
                <w:sz w:val="16"/>
              </w:rPr>
              <w:t>Hail, 2000-06-29, $1,000,000 property; $2,000,000 crops (2000 dollars)</w:t>
            </w:r>
          </w:p>
        </w:tc>
        <w:tc>
          <w:tcPr>
            <w:tcW w:type="dxa" w:w="1593"/>
          </w:tcPr>
          <w:p>
            <w:pPr>
              <w:spacing w:after="0"/>
              <w:jc w:val="left"/>
            </w:pPr>
            <w:r>
              <w:rPr>
                <w:sz w:val="16"/>
              </w:rPr>
              <w:t>Event records naming jurisdictions in the plan: Phillipsburg city (85 records), Logan city (42 records), Agra city (35 records), Prairie View city (23 records), Kirwin city (19 records), Speed city (14 records).</w:t>
            </w:r>
          </w:p>
        </w:tc>
        <w:tc>
          <w:tcPr>
            <w:tcW w:type="dxa" w:w="1613"/>
          </w:tcPr>
          <w:p>
            <w:pPr>
              <w:spacing w:after="0"/>
              <w:jc w:val="left"/>
            </w:pPr>
          </w:p>
        </w:tc>
      </w:tr>
      <w:tr>
        <w:trPr>
          <w:cantSplit/>
        </w:trPr>
        <w:tc>
          <w:tcPr>
            <w:tcW w:type="dxa" w:w="1911"/>
          </w:tcPr>
          <w:p>
            <w:pPr>
              <w:spacing w:after="0"/>
              <w:jc w:val="left"/>
            </w:pPr>
            <w:r>
              <w:rPr>
                <w:sz w:val="16"/>
              </w:rPr>
              <w:t>Excessive Heat, Heat</w:t>
            </w:r>
          </w:p>
        </w:tc>
        <w:tc>
          <w:tcPr>
            <w:tcW w:type="dxa" w:w="1915"/>
          </w:tcPr>
          <w:p>
            <w:pPr>
              <w:spacing w:after="0"/>
              <w:jc w:val="left"/>
            </w:pPr>
            <w:r>
              <w:rPr>
                <w:sz w:val="16"/>
              </w:rPr>
              <w:t>heat index (in event narratives)</w:t>
            </w:r>
          </w:p>
        </w:tc>
        <w:tc>
          <w:tcPr>
            <w:tcW w:type="dxa" w:w="1797"/>
          </w:tcPr>
          <w:p>
            <w:pPr>
              <w:spacing w:after="0"/>
              <w:jc w:val="right"/>
            </w:pPr>
            <w:r>
              <w:rPr>
                <w:sz w:val="16"/>
              </w:rPr>
              <w:t>2 records, 2011 to 2023 (2 zone-level)</w:t>
            </w:r>
          </w:p>
        </w:tc>
        <w:tc>
          <w:tcPr>
            <w:tcW w:type="dxa" w:w="2125"/>
          </w:tcPr>
          <w:p>
            <w:pPr>
              <w:spacing w:after="0"/>
              <w:jc w:val="left"/>
            </w:pPr>
            <w:r>
              <w:rPr>
                <w:sz w:val="16"/>
              </w:rPr>
              <w:t>7 days to 10 days (median 8.5 days); 2 with a recorded value</w:t>
            </w:r>
          </w:p>
        </w:tc>
        <w:tc>
          <w:tcPr>
            <w:tcW w:type="dxa" w:w="1627"/>
          </w:tcPr>
          <w:p>
            <w:pPr>
              <w:spacing w:after="0"/>
              <w:jc w:val="left"/>
            </w:pPr>
            <w:r>
              <w:rPr>
                <w:sz w:val="16"/>
              </w:rPr>
              <w:t>10 consecutive days, 2011-07-15 to 2011-07-24, zone-level</w:t>
            </w:r>
          </w:p>
        </w:tc>
        <w:tc>
          <w:tcPr>
            <w:tcW w:type="dxa" w:w="1531"/>
          </w:tcPr>
          <w:p>
            <w:pPr>
              <w:spacing w:after="0"/>
              <w:jc w:val="left"/>
            </w:pPr>
          </w:p>
        </w:tc>
        <w:tc>
          <w:tcPr>
            <w:tcW w:type="dxa" w:w="1593"/>
          </w:tcPr>
          <w:p>
            <w:pPr>
              <w:spacing w:after="0"/>
              <w:jc w:val="left"/>
            </w:pPr>
            <w:r>
              <w:rPr>
                <w:sz w:val="16"/>
              </w:rPr>
              <w:t>Countywide (zone-level records).</w:t>
            </w:r>
          </w:p>
        </w:tc>
        <w:tc>
          <w:tcPr>
            <w:tcW w:type="dxa" w:w="1613"/>
          </w:tcPr>
          <w:p>
            <w:pPr>
              <w:spacing w:after="0"/>
              <w:jc w:val="left"/>
            </w:pPr>
          </w:p>
        </w:tc>
      </w:tr>
      <w:tr>
        <w:trPr>
          <w:cantSplit/>
        </w:trPr>
        <w:tc>
          <w:tcPr>
            <w:tcW w:type="dxa" w:w="1911"/>
          </w:tcPr>
          <w:p>
            <w:pPr>
              <w:spacing w:after="0"/>
              <w:jc w:val="left"/>
            </w:pPr>
            <w:r>
              <w:rPr>
                <w:sz w:val="16"/>
              </w:rPr>
              <w:t>Hurricane, Tropical Storm, Tropical Depression</w:t>
            </w:r>
          </w:p>
        </w:tc>
        <w:tc>
          <w:tcPr>
            <w:tcW w:type="dxa" w:w="1915"/>
          </w:tcPr>
          <w:p>
            <w:pPr>
              <w:spacing w:after="0"/>
              <w:jc w:val="left"/>
            </w:pPr>
            <w:r>
              <w:rPr>
                <w:sz w:val="16"/>
              </w:rPr>
              <w:t>Saffir-Simpson</w:t>
            </w:r>
          </w:p>
        </w:tc>
        <w:tc>
          <w:tcPr>
            <w:tcW w:type="dxa" w:w="1797"/>
          </w:tcPr>
          <w:p>
            <w:pPr>
              <w:spacing w:after="0"/>
              <w:jc w:val="right"/>
            </w:pPr>
            <w:r>
              <w:rPr>
                <w:sz w:val="16"/>
              </w:rPr>
              <w:t>0</w:t>
            </w:r>
          </w:p>
        </w:tc>
        <w:tc>
          <w:tcPr>
            <w:tcW w:type="dxa" w:w="2125"/>
          </w:tcPr>
          <w:p>
            <w:pPr>
              <w:spacing w:after="0"/>
              <w:jc w:val="left"/>
            </w:pPr>
          </w:p>
        </w:tc>
        <w:tc>
          <w:tcPr>
            <w:tcW w:type="dxa" w:w="1627"/>
          </w:tcPr>
          <w:p>
            <w:pPr>
              <w:spacing w:after="0"/>
              <w:jc w:val="left"/>
            </w:pPr>
          </w:p>
        </w:tc>
        <w:tc>
          <w:tcPr>
            <w:tcW w:type="dxa" w:w="1531"/>
          </w:tcPr>
          <w:p>
            <w:pPr>
              <w:spacing w:after="0"/>
              <w:jc w:val="left"/>
            </w:pPr>
          </w:p>
        </w:tc>
        <w:tc>
          <w:tcPr>
            <w:tcW w:type="dxa" w:w="1593"/>
          </w:tcPr>
          <w:p>
            <w:pPr>
              <w:spacing w:after="0"/>
              <w:jc w:val="left"/>
            </w:pPr>
          </w:p>
        </w:tc>
        <w:tc>
          <w:tcPr>
            <w:tcW w:type="dxa" w:w="161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1"/>
          </w:tcPr>
          <w:p>
            <w:pPr>
              <w:spacing w:after="0"/>
              <w:jc w:val="left"/>
            </w:pPr>
            <w:r>
              <w:rPr>
                <w:sz w:val="16"/>
              </w:rPr>
              <w:t>Ice Storm</w:t>
            </w:r>
          </w:p>
        </w:tc>
        <w:tc>
          <w:tcPr>
            <w:tcW w:type="dxa" w:w="1915"/>
          </w:tcPr>
          <w:p>
            <w:pPr>
              <w:spacing w:after="0"/>
              <w:jc w:val="left"/>
            </w:pPr>
            <w:r>
              <w:rPr>
                <w:sz w:val="16"/>
              </w:rPr>
              <w:t>Sperry-Piltz ice scale (local data)</w:t>
            </w:r>
          </w:p>
        </w:tc>
        <w:tc>
          <w:tcPr>
            <w:tcW w:type="dxa" w:w="1797"/>
          </w:tcPr>
          <w:p>
            <w:pPr>
              <w:spacing w:after="0"/>
              <w:jc w:val="right"/>
            </w:pPr>
            <w:r>
              <w:rPr>
                <w:sz w:val="16"/>
              </w:rPr>
              <w:t>5 records, 1997 to 2017 (5 zone-level)</w:t>
            </w:r>
          </w:p>
        </w:tc>
        <w:tc>
          <w:tcPr>
            <w:tcW w:type="dxa" w:w="2125"/>
          </w:tcPr>
          <w:p>
            <w:pPr>
              <w:spacing w:after="0"/>
              <w:jc w:val="left"/>
            </w:pPr>
          </w:p>
        </w:tc>
        <w:tc>
          <w:tcPr>
            <w:tcW w:type="dxa" w:w="1627"/>
          </w:tcPr>
          <w:p>
            <w:pPr>
              <w:spacing w:after="0"/>
              <w:jc w:val="left"/>
            </w:pPr>
            <w:r>
              <w:rPr>
                <w:sz w:val="16"/>
              </w:rPr>
              <w:t>Ice Storm, 2006-12-30, $500,000 property; $0 crops (2006 dollars); NWS zone KSZ005</w:t>
            </w:r>
          </w:p>
        </w:tc>
        <w:tc>
          <w:tcPr>
            <w:tcW w:type="dxa" w:w="1531"/>
          </w:tcPr>
          <w:p>
            <w:pPr>
              <w:spacing w:after="0"/>
              <w:jc w:val="left"/>
            </w:pPr>
          </w:p>
        </w:tc>
        <w:tc>
          <w:tcPr>
            <w:tcW w:type="dxa" w:w="1593"/>
          </w:tcPr>
          <w:p>
            <w:pPr>
              <w:spacing w:after="0"/>
              <w:jc w:val="left"/>
            </w:pPr>
            <w:r>
              <w:rPr>
                <w:sz w:val="16"/>
              </w:rPr>
              <w:t>Countywide (zone-level records).</w:t>
            </w:r>
          </w:p>
        </w:tc>
        <w:tc>
          <w:tcPr>
            <w:tcW w:type="dxa" w:w="1613"/>
          </w:tcPr>
          <w:p>
            <w:pPr>
              <w:spacing w:after="0"/>
              <w:jc w:val="left"/>
            </w:pPr>
          </w:p>
        </w:tc>
      </w:tr>
      <w:tr>
        <w:trPr>
          <w:cantSplit/>
        </w:trPr>
        <w:tc>
          <w:tcPr>
            <w:tcW w:type="dxa" w:w="1911"/>
          </w:tcPr>
          <w:p>
            <w:pPr>
              <w:spacing w:after="0"/>
              <w:jc w:val="left"/>
            </w:pPr>
            <w:r>
              <w:rPr>
                <w:sz w:val="16"/>
              </w:rPr>
              <w:t>Flash Flood, Flood, Lakeshore Flood</w:t>
            </w:r>
          </w:p>
        </w:tc>
        <w:tc>
          <w:tcPr>
            <w:tcW w:type="dxa" w:w="1915"/>
          </w:tcPr>
          <w:p>
            <w:pPr>
              <w:spacing w:after="0"/>
              <w:jc w:val="left"/>
            </w:pPr>
            <w:r>
              <w:rPr>
                <w:sz w:val="16"/>
              </w:rPr>
              <w:t>damage and flood days (flood depth: FIRM)</w:t>
            </w:r>
          </w:p>
        </w:tc>
        <w:tc>
          <w:tcPr>
            <w:tcW w:type="dxa" w:w="1797"/>
          </w:tcPr>
          <w:p>
            <w:pPr>
              <w:spacing w:after="0"/>
              <w:jc w:val="right"/>
            </w:pPr>
            <w:r>
              <w:rPr>
                <w:sz w:val="16"/>
              </w:rPr>
              <w:t>19 records, 1996 to 2024</w:t>
            </w:r>
          </w:p>
        </w:tc>
        <w:tc>
          <w:tcPr>
            <w:tcW w:type="dxa" w:w="2125"/>
          </w:tcPr>
          <w:p>
            <w:pPr>
              <w:spacing w:after="0"/>
              <w:jc w:val="left"/>
            </w:pPr>
          </w:p>
        </w:tc>
        <w:tc>
          <w:tcPr>
            <w:tcW w:type="dxa" w:w="1627"/>
          </w:tcPr>
          <w:p>
            <w:pPr>
              <w:spacing w:after="0"/>
              <w:jc w:val="left"/>
            </w:pPr>
            <w:r>
              <w:rPr>
                <w:sz w:val="16"/>
              </w:rPr>
              <w:t>Flash Flood, 2005-04-05, $150,000 property; $500,000 crops (2005 dollars)</w:t>
            </w:r>
          </w:p>
        </w:tc>
        <w:tc>
          <w:tcPr>
            <w:tcW w:type="dxa" w:w="1531"/>
          </w:tcPr>
          <w:p>
            <w:pPr>
              <w:spacing w:after="0"/>
              <w:jc w:val="left"/>
            </w:pPr>
          </w:p>
        </w:tc>
        <w:tc>
          <w:tcPr>
            <w:tcW w:type="dxa" w:w="1593"/>
          </w:tcPr>
          <w:p>
            <w:pPr>
              <w:spacing w:after="0"/>
              <w:jc w:val="left"/>
            </w:pPr>
            <w:r>
              <w:rPr>
                <w:sz w:val="16"/>
              </w:rPr>
              <w:t>Event records naming jurisdictions in the plan: Logan city (4 records), Speed city (3 records), Agra city (2 records), Kirwin city (2 records), Prairie View city (2 records), Phillipsburg city (1 record).</w:t>
            </w:r>
          </w:p>
        </w:tc>
        <w:tc>
          <w:tcPr>
            <w:tcW w:type="dxa" w:w="161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1"/>
          </w:tcPr>
          <w:p>
            <w:pPr>
              <w:spacing w:after="0"/>
              <w:jc w:val="left"/>
            </w:pPr>
            <w:r>
              <w:rPr>
                <w:sz w:val="16"/>
              </w:rPr>
              <w:t>Debris Flow</w:t>
            </w:r>
          </w:p>
        </w:tc>
        <w:tc>
          <w:tcPr>
            <w:tcW w:type="dxa" w:w="1915"/>
          </w:tcPr>
          <w:p>
            <w:pPr>
              <w:spacing w:after="0"/>
              <w:jc w:val="left"/>
            </w:pPr>
            <w:r>
              <w:rPr>
                <w:sz w:val="16"/>
              </w:rPr>
              <w:t>none (count and damage only)</w:t>
            </w:r>
          </w:p>
        </w:tc>
        <w:tc>
          <w:tcPr>
            <w:tcW w:type="dxa" w:w="1797"/>
          </w:tcPr>
          <w:p>
            <w:pPr>
              <w:spacing w:after="0"/>
              <w:jc w:val="right"/>
            </w:pPr>
            <w:r>
              <w:rPr>
                <w:sz w:val="16"/>
              </w:rPr>
              <w:t>0</w:t>
            </w:r>
          </w:p>
        </w:tc>
        <w:tc>
          <w:tcPr>
            <w:tcW w:type="dxa" w:w="2125"/>
          </w:tcPr>
          <w:p>
            <w:pPr>
              <w:spacing w:after="0"/>
              <w:jc w:val="left"/>
            </w:pPr>
          </w:p>
        </w:tc>
        <w:tc>
          <w:tcPr>
            <w:tcW w:type="dxa" w:w="1627"/>
          </w:tcPr>
          <w:p>
            <w:pPr>
              <w:spacing w:after="0"/>
              <w:jc w:val="left"/>
            </w:pPr>
          </w:p>
        </w:tc>
        <w:tc>
          <w:tcPr>
            <w:tcW w:type="dxa" w:w="1531"/>
          </w:tcPr>
          <w:p>
            <w:pPr>
              <w:spacing w:after="0"/>
              <w:jc w:val="left"/>
            </w:pPr>
          </w:p>
        </w:tc>
        <w:tc>
          <w:tcPr>
            <w:tcW w:type="dxa" w:w="1593"/>
          </w:tcPr>
          <w:p>
            <w:pPr>
              <w:spacing w:after="0"/>
              <w:jc w:val="left"/>
            </w:pPr>
          </w:p>
        </w:tc>
        <w:tc>
          <w:tcPr>
            <w:tcW w:type="dxa" w:w="1613"/>
          </w:tcPr>
          <w:p>
            <w:pPr>
              <w:spacing w:after="0"/>
              <w:jc w:val="left"/>
            </w:pPr>
          </w:p>
        </w:tc>
      </w:tr>
      <w:tr>
        <w:trPr>
          <w:cantSplit/>
        </w:trPr>
        <w:tc>
          <w:tcPr>
            <w:tcW w:type="dxa" w:w="1911"/>
          </w:tcPr>
          <w:p>
            <w:pPr>
              <w:spacing w:after="0"/>
              <w:jc w:val="left"/>
            </w:pPr>
            <w:r>
              <w:rPr>
                <w:sz w:val="16"/>
              </w:rPr>
              <w:t>Lightning</w:t>
            </w:r>
          </w:p>
        </w:tc>
        <w:tc>
          <w:tcPr>
            <w:tcW w:type="dxa" w:w="1915"/>
          </w:tcPr>
          <w:p>
            <w:pPr>
              <w:spacing w:after="0"/>
              <w:jc w:val="left"/>
            </w:pPr>
            <w:r>
              <w:rPr>
                <w:sz w:val="16"/>
              </w:rPr>
              <w:t>annualized frequency (the measure FEMA's Local Mitigation Planning Handbook names)</w:t>
            </w:r>
          </w:p>
        </w:tc>
        <w:tc>
          <w:tcPr>
            <w:tcW w:type="dxa" w:w="1797"/>
          </w:tcPr>
          <w:p>
            <w:pPr>
              <w:spacing w:after="0"/>
              <w:jc w:val="right"/>
            </w:pPr>
            <w:r>
              <w:rPr>
                <w:sz w:val="16"/>
              </w:rPr>
              <w:t>1 record, 1996</w:t>
            </w:r>
          </w:p>
        </w:tc>
        <w:tc>
          <w:tcPr>
            <w:tcW w:type="dxa" w:w="2125"/>
          </w:tcPr>
          <w:p>
            <w:pPr>
              <w:spacing w:after="0"/>
              <w:jc w:val="left"/>
            </w:pPr>
          </w:p>
        </w:tc>
        <w:tc>
          <w:tcPr>
            <w:tcW w:type="dxa" w:w="1627"/>
          </w:tcPr>
          <w:p>
            <w:pPr>
              <w:spacing w:after="0"/>
              <w:jc w:val="left"/>
            </w:pPr>
            <w:r>
              <w:rPr>
                <w:sz w:val="16"/>
              </w:rPr>
              <w:t>Lightning, 1996-07-05, $75,000 property; crops not reported (1996 dollars)</w:t>
            </w:r>
          </w:p>
        </w:tc>
        <w:tc>
          <w:tcPr>
            <w:tcW w:type="dxa" w:w="1531"/>
          </w:tcPr>
          <w:p>
            <w:pPr>
              <w:spacing w:after="0"/>
              <w:jc w:val="left"/>
            </w:pPr>
          </w:p>
        </w:tc>
        <w:tc>
          <w:tcPr>
            <w:tcW w:type="dxa" w:w="1593"/>
          </w:tcPr>
          <w:p>
            <w:pPr>
              <w:spacing w:after="0"/>
              <w:jc w:val="left"/>
            </w:pPr>
            <w:r>
              <w:rPr>
                <w:sz w:val="16"/>
              </w:rPr>
              <w:t>Event records naming jurisdictions in the plan: Logan city (1 record).</w:t>
            </w:r>
          </w:p>
        </w:tc>
        <w:tc>
          <w:tcPr>
            <w:tcW w:type="dxa" w:w="1613"/>
          </w:tcPr>
          <w:p>
            <w:pPr>
              <w:spacing w:after="0"/>
              <w:jc w:val="left"/>
            </w:pPr>
            <w:r>
              <w:rPr>
                <w:sz w:val="16"/>
              </w:rPr>
              <w:t>Storm Events lists lightning with damage or casualties.</w:t>
            </w:r>
          </w:p>
        </w:tc>
      </w:tr>
      <w:tr>
        <w:trPr>
          <w:cantSplit/>
        </w:trPr>
        <w:tc>
          <w:tcPr>
            <w:tcW w:type="dxa" w:w="1911"/>
          </w:tcPr>
          <w:p>
            <w:pPr>
              <w:spacing w:after="0"/>
              <w:jc w:val="left"/>
            </w:pPr>
            <w:r>
              <w:rPr>
                <w:sz w:val="16"/>
              </w:rPr>
              <w:t>High Wind and Strong Wind (outside NRI's Strong Wind definition)</w:t>
            </w:r>
          </w:p>
        </w:tc>
        <w:tc>
          <w:tcPr>
            <w:tcW w:type="dxa" w:w="1915"/>
          </w:tcPr>
          <w:p>
            <w:pPr>
              <w:spacing w:after="0"/>
              <w:jc w:val="left"/>
            </w:pPr>
            <w:r>
              <w:rPr>
                <w:sz w:val="16"/>
              </w:rPr>
              <w:t>wind speed (kt and mph)</w:t>
            </w:r>
          </w:p>
        </w:tc>
        <w:tc>
          <w:tcPr>
            <w:tcW w:type="dxa" w:w="1797"/>
          </w:tcPr>
          <w:p>
            <w:pPr>
              <w:spacing w:after="0"/>
              <w:jc w:val="right"/>
            </w:pPr>
            <w:r>
              <w:rPr>
                <w:sz w:val="16"/>
              </w:rPr>
              <w:t>32 records, 2002 to 2026 (32 zone-level)</w:t>
            </w:r>
          </w:p>
        </w:tc>
        <w:tc>
          <w:tcPr>
            <w:tcW w:type="dxa" w:w="2125"/>
          </w:tcPr>
          <w:p>
            <w:pPr>
              <w:spacing w:after="0"/>
              <w:jc w:val="left"/>
            </w:pPr>
            <w:r>
              <w:rPr>
                <w:sz w:val="16"/>
              </w:rPr>
              <w:t>35 kt (40 mph) to 78 kt (90 mph) (median 53 kt (61 mph)); 32 with a recorded value</w:t>
            </w:r>
          </w:p>
        </w:tc>
        <w:tc>
          <w:tcPr>
            <w:tcW w:type="dxa" w:w="1627"/>
          </w:tcPr>
          <w:p>
            <w:pPr>
              <w:spacing w:after="0"/>
              <w:jc w:val="left"/>
            </w:pPr>
            <w:r>
              <w:rPr>
                <w:sz w:val="16"/>
              </w:rPr>
              <w:t>78 kt (90 mph) estimated gust, High Wind, 2021-12-15; NWS zone KSZ005</w:t>
            </w:r>
          </w:p>
        </w:tc>
        <w:tc>
          <w:tcPr>
            <w:tcW w:type="dxa" w:w="1531"/>
          </w:tcPr>
          <w:p>
            <w:pPr>
              <w:spacing w:after="0"/>
              <w:jc w:val="left"/>
            </w:pPr>
            <w:r>
              <w:rPr>
                <w:sz w:val="16"/>
              </w:rPr>
              <w:t>High Wind, 2006-04-02, $50,000 property; $0 crops (zone total, 2006 dollars)</w:t>
            </w:r>
          </w:p>
        </w:tc>
        <w:tc>
          <w:tcPr>
            <w:tcW w:type="dxa" w:w="1593"/>
          </w:tcPr>
          <w:p>
            <w:pPr>
              <w:spacing w:after="0"/>
              <w:jc w:val="left"/>
            </w:pPr>
            <w:r>
              <w:rPr>
                <w:sz w:val="16"/>
              </w:rPr>
              <w:t>Countywide (zone-level records).</w:t>
            </w:r>
          </w:p>
        </w:tc>
        <w:tc>
          <w:tcPr>
            <w:tcW w:type="dxa" w:w="1613"/>
          </w:tcPr>
          <w:p>
            <w:pPr>
              <w:spacing w:after="0"/>
              <w:jc w:val="left"/>
            </w:pPr>
          </w:p>
        </w:tc>
      </w:tr>
      <w:tr>
        <w:trPr>
          <w:cantSplit/>
        </w:trPr>
        <w:tc>
          <w:tcPr>
            <w:tcW w:type="dxa" w:w="1911"/>
          </w:tcPr>
          <w:p>
            <w:pPr>
              <w:spacing w:after="0"/>
              <w:jc w:val="left"/>
            </w:pPr>
            <w:r>
              <w:rPr>
                <w:sz w:val="16"/>
              </w:rPr>
              <w:t>Thunderstorm Wind</w:t>
            </w:r>
          </w:p>
        </w:tc>
        <w:tc>
          <w:tcPr>
            <w:tcW w:type="dxa" w:w="1915"/>
          </w:tcPr>
          <w:p>
            <w:pPr>
              <w:spacing w:after="0"/>
              <w:jc w:val="left"/>
            </w:pPr>
            <w:r>
              <w:rPr>
                <w:sz w:val="16"/>
              </w:rPr>
              <w:t>wind speed (kt and mph)</w:t>
            </w:r>
          </w:p>
        </w:tc>
        <w:tc>
          <w:tcPr>
            <w:tcW w:type="dxa" w:w="1797"/>
          </w:tcPr>
          <w:p>
            <w:pPr>
              <w:spacing w:after="0"/>
              <w:jc w:val="right"/>
            </w:pPr>
            <w:r>
              <w:rPr>
                <w:sz w:val="16"/>
              </w:rPr>
              <w:t>183 records, 1970 to 2025</w:t>
            </w:r>
          </w:p>
        </w:tc>
        <w:tc>
          <w:tcPr>
            <w:tcW w:type="dxa" w:w="2125"/>
          </w:tcPr>
          <w:p>
            <w:pPr>
              <w:spacing w:after="0"/>
              <w:jc w:val="left"/>
            </w:pPr>
            <w:r>
              <w:rPr>
                <w:sz w:val="16"/>
              </w:rPr>
              <w:t>50 kt (58 mph) to 87 kt (100 mph) (median 55 kt (63 mph)); 173 with a recorded value</w:t>
            </w:r>
          </w:p>
        </w:tc>
        <w:tc>
          <w:tcPr>
            <w:tcW w:type="dxa" w:w="1627"/>
          </w:tcPr>
          <w:p>
            <w:pPr>
              <w:spacing w:after="0"/>
              <w:jc w:val="left"/>
            </w:pPr>
            <w:r>
              <w:rPr>
                <w:sz w:val="16"/>
              </w:rPr>
              <w:t>87 kt (100 mph) estimated, Thunderstorm Wind, 2000-06-29, 1 direct injury</w:t>
            </w:r>
          </w:p>
        </w:tc>
        <w:tc>
          <w:tcPr>
            <w:tcW w:type="dxa" w:w="1531"/>
          </w:tcPr>
          <w:p>
            <w:pPr>
              <w:spacing w:after="0"/>
              <w:jc w:val="left"/>
            </w:pPr>
          </w:p>
        </w:tc>
        <w:tc>
          <w:tcPr>
            <w:tcW w:type="dxa" w:w="1593"/>
          </w:tcPr>
          <w:p>
            <w:pPr>
              <w:spacing w:after="0"/>
              <w:jc w:val="left"/>
            </w:pPr>
            <w:r>
              <w:rPr>
                <w:sz w:val="16"/>
              </w:rPr>
              <w:t>Event records naming jurisdictions in the plan: Phillipsburg city (36 records), Logan city (33 records), Agra city (10 records), Speed city (8 records), Kirwin city (6 records), Prairie View city (4 records).</w:t>
            </w:r>
          </w:p>
        </w:tc>
        <w:tc>
          <w:tcPr>
            <w:tcW w:type="dxa" w:w="1613"/>
          </w:tcPr>
          <w:p>
            <w:pPr>
              <w:spacing w:after="0"/>
              <w:jc w:val="left"/>
            </w:pPr>
          </w:p>
        </w:tc>
      </w:tr>
      <w:tr>
        <w:trPr>
          <w:cantSplit/>
        </w:trPr>
        <w:tc>
          <w:tcPr>
            <w:tcW w:type="dxa" w:w="1911"/>
          </w:tcPr>
          <w:p>
            <w:pPr>
              <w:spacing w:after="0"/>
              <w:jc w:val="left"/>
            </w:pPr>
            <w:r>
              <w:rPr>
                <w:sz w:val="16"/>
              </w:rPr>
              <w:t>Tornado</w:t>
            </w:r>
          </w:p>
        </w:tc>
        <w:tc>
          <w:tcPr>
            <w:tcW w:type="dxa" w:w="1915"/>
          </w:tcPr>
          <w:p>
            <w:pPr>
              <w:spacing w:after="0"/>
              <w:jc w:val="left"/>
            </w:pPr>
            <w:r>
              <w:rPr>
                <w:sz w:val="16"/>
              </w:rPr>
              <w:t>Enhanced Fujita (Fujita before Feb 2007)</w:t>
            </w:r>
          </w:p>
        </w:tc>
        <w:tc>
          <w:tcPr>
            <w:tcW w:type="dxa" w:w="1797"/>
          </w:tcPr>
          <w:p>
            <w:pPr>
              <w:spacing w:after="0"/>
              <w:jc w:val="right"/>
            </w:pPr>
            <w:r>
              <w:rPr>
                <w:sz w:val="16"/>
              </w:rPr>
              <w:t>40 records, 1950 to 2013</w:t>
            </w:r>
          </w:p>
        </w:tc>
        <w:tc>
          <w:tcPr>
            <w:tcW w:type="dxa" w:w="2125"/>
          </w:tcPr>
          <w:p>
            <w:pPr>
              <w:spacing w:after="0"/>
              <w:jc w:val="left"/>
            </w:pPr>
            <w:r>
              <w:rPr>
                <w:sz w:val="16"/>
              </w:rPr>
              <w:t>F/EF0 to F/EF4 (median F/EF0); 37 with a recorded value</w:t>
            </w:r>
          </w:p>
        </w:tc>
        <w:tc>
          <w:tcPr>
            <w:tcW w:type="dxa" w:w="1627"/>
          </w:tcPr>
          <w:p>
            <w:pPr>
              <w:spacing w:after="0"/>
              <w:jc w:val="left"/>
            </w:pPr>
            <w:r>
              <w:rPr>
                <w:sz w:val="16"/>
              </w:rPr>
              <w:t>F4 tornado, 1985-05-10, 11 mi path length (whole path, pre-1996), 1,000 yd wide, $2,500,000 property; crops not recorded (1985 dollars), 1 direct injury</w:t>
            </w:r>
          </w:p>
        </w:tc>
        <w:tc>
          <w:tcPr>
            <w:tcW w:type="dxa" w:w="1531"/>
          </w:tcPr>
          <w:p>
            <w:pPr>
              <w:spacing w:after="0"/>
              <w:jc w:val="left"/>
            </w:pPr>
          </w:p>
        </w:tc>
        <w:tc>
          <w:tcPr>
            <w:tcW w:type="dxa" w:w="1593"/>
          </w:tcPr>
          <w:p>
            <w:pPr>
              <w:spacing w:after="0"/>
              <w:jc w:val="left"/>
            </w:pPr>
            <w:r>
              <w:rPr>
                <w:sz w:val="16"/>
              </w:rPr>
              <w:t>Event records naming jurisdictions in the plan: Logan city (3 records), Phillipsburg city (2 records), Prairie View city (2 records), Agra city (1 record).</w:t>
            </w:r>
          </w:p>
        </w:tc>
        <w:tc>
          <w:tcPr>
            <w:tcW w:type="dxa" w:w="161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1"/>
          </w:tcPr>
          <w:p>
            <w:pPr>
              <w:spacing w:after="0"/>
              <w:jc w:val="left"/>
            </w:pPr>
            <w:r>
              <w:rPr>
                <w:sz w:val="16"/>
              </w:rPr>
              <w:t>Wildfire</w:t>
            </w:r>
          </w:p>
        </w:tc>
        <w:tc>
          <w:tcPr>
            <w:tcW w:type="dxa" w:w="1915"/>
          </w:tcPr>
          <w:p>
            <w:pPr>
              <w:spacing w:after="0"/>
              <w:jc w:val="left"/>
            </w:pPr>
            <w:r>
              <w:rPr>
                <w:sz w:val="16"/>
              </w:rPr>
              <w:t>acres burned (local data)</w:t>
            </w:r>
          </w:p>
        </w:tc>
        <w:tc>
          <w:tcPr>
            <w:tcW w:type="dxa" w:w="1797"/>
          </w:tcPr>
          <w:p>
            <w:pPr>
              <w:spacing w:after="0"/>
              <w:jc w:val="right"/>
            </w:pPr>
            <w:r>
              <w:rPr>
                <w:sz w:val="16"/>
              </w:rPr>
              <w:t>0</w:t>
            </w:r>
          </w:p>
        </w:tc>
        <w:tc>
          <w:tcPr>
            <w:tcW w:type="dxa" w:w="2125"/>
          </w:tcPr>
          <w:p>
            <w:pPr>
              <w:spacing w:after="0"/>
              <w:jc w:val="left"/>
            </w:pPr>
          </w:p>
        </w:tc>
        <w:tc>
          <w:tcPr>
            <w:tcW w:type="dxa" w:w="1627"/>
          </w:tcPr>
          <w:p>
            <w:pPr>
              <w:spacing w:after="0"/>
              <w:jc w:val="left"/>
            </w:pPr>
          </w:p>
        </w:tc>
        <w:tc>
          <w:tcPr>
            <w:tcW w:type="dxa" w:w="1531"/>
          </w:tcPr>
          <w:p>
            <w:pPr>
              <w:spacing w:after="0"/>
              <w:jc w:val="left"/>
            </w:pPr>
          </w:p>
        </w:tc>
        <w:tc>
          <w:tcPr>
            <w:tcW w:type="dxa" w:w="1593"/>
          </w:tcPr>
          <w:p>
            <w:pPr>
              <w:spacing w:after="0"/>
              <w:jc w:val="left"/>
            </w:pPr>
          </w:p>
        </w:tc>
        <w:tc>
          <w:tcPr>
            <w:tcW w:type="dxa" w:w="1613"/>
          </w:tcPr>
          <w:p>
            <w:pPr>
              <w:spacing w:after="0"/>
              <w:jc w:val="left"/>
            </w:pPr>
          </w:p>
        </w:tc>
      </w:tr>
      <w:tr>
        <w:trPr>
          <w:cantSplit/>
        </w:trPr>
        <w:tc>
          <w:tcPr>
            <w:tcW w:type="dxa" w:w="1911"/>
          </w:tcPr>
          <w:p>
            <w:pPr>
              <w:spacing w:after="0"/>
              <w:jc w:val="left"/>
            </w:pPr>
            <w:r>
              <w:rPr>
                <w:sz w:val="16"/>
              </w:rPr>
              <w:t>Winter Storm, Heavy Snow, Blizzard, Lake-Effect Snow, Winter Weather, Sleet</w:t>
            </w:r>
          </w:p>
        </w:tc>
        <w:tc>
          <w:tcPr>
            <w:tcW w:type="dxa" w:w="1915"/>
          </w:tcPr>
          <w:p>
            <w:pPr>
              <w:spacing w:after="0"/>
              <w:jc w:val="left"/>
            </w:pPr>
            <w:r>
              <w:rPr>
                <w:sz w:val="16"/>
              </w:rPr>
              <w:t>none in data (snowfall: local data)</w:t>
            </w:r>
          </w:p>
        </w:tc>
        <w:tc>
          <w:tcPr>
            <w:tcW w:type="dxa" w:w="1797"/>
          </w:tcPr>
          <w:p>
            <w:pPr>
              <w:spacing w:after="0"/>
              <w:jc w:val="right"/>
            </w:pPr>
            <w:r>
              <w:rPr>
                <w:sz w:val="16"/>
              </w:rPr>
              <w:t>90 records, 1996 to 2025 (90 zone-level)</w:t>
            </w:r>
          </w:p>
        </w:tc>
        <w:tc>
          <w:tcPr>
            <w:tcW w:type="dxa" w:w="2125"/>
          </w:tcPr>
          <w:p>
            <w:pPr>
              <w:spacing w:after="0"/>
              <w:jc w:val="left"/>
            </w:pPr>
          </w:p>
        </w:tc>
        <w:tc>
          <w:tcPr>
            <w:tcW w:type="dxa" w:w="1627"/>
          </w:tcPr>
          <w:p>
            <w:pPr>
              <w:spacing w:after="0"/>
              <w:jc w:val="left"/>
            </w:pPr>
            <w:r>
              <w:rPr>
                <w:sz w:val="16"/>
              </w:rPr>
              <w:t>Winter Storm, 2007-12-10, $250,000 property; $0 crops (2007 dollars); NWS zone KSZ005</w:t>
            </w:r>
          </w:p>
        </w:tc>
        <w:tc>
          <w:tcPr>
            <w:tcW w:type="dxa" w:w="1531"/>
          </w:tcPr>
          <w:p>
            <w:pPr>
              <w:spacing w:after="0"/>
              <w:jc w:val="left"/>
            </w:pPr>
          </w:p>
        </w:tc>
        <w:tc>
          <w:tcPr>
            <w:tcW w:type="dxa" w:w="1593"/>
          </w:tcPr>
          <w:p>
            <w:pPr>
              <w:spacing w:after="0"/>
              <w:jc w:val="left"/>
            </w:pPr>
            <w:r>
              <w:rPr>
                <w:sz w:val="16"/>
              </w:rPr>
              <w:t>Countywide (zone-level records).</w:t>
            </w:r>
          </w:p>
        </w:tc>
        <w:tc>
          <w:tcPr>
            <w:tcW w:type="dxa" w:w="161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15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4"/>
        <w:gridCol w:w="3060"/>
        <w:gridCol w:w="1951"/>
        <w:gridCol w:w="3134"/>
        <w:gridCol w:w="720"/>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4"/>
            <w:shd w:val="clear" w:color="auto" w:fill="E8E8E8"/>
          </w:tcPr>
          <w:p>
            <w:pPr>
              <w:spacing w:after="0"/>
              <w:jc w:val="left"/>
            </w:pPr>
            <w:r>
              <w:rPr>
                <w:b/>
                <w:sz w:val="16"/>
              </w:rPr>
              <w:t>Type</w:t>
            </w:r>
          </w:p>
        </w:tc>
        <w:tc>
          <w:tcPr>
            <w:tcW w:type="dxa" w:w="3060"/>
            <w:shd w:val="clear" w:color="auto" w:fill="E8E8E8"/>
          </w:tcPr>
          <w:p>
            <w:pPr>
              <w:spacing w:after="0"/>
              <w:jc w:val="left"/>
            </w:pPr>
            <w:r>
              <w:rPr>
                <w:b/>
                <w:sz w:val="16"/>
              </w:rPr>
              <w:t>Title</w:t>
            </w:r>
          </w:p>
        </w:tc>
        <w:tc>
          <w:tcPr>
            <w:tcW w:type="dxa" w:w="1951"/>
            <w:shd w:val="clear" w:color="auto" w:fill="E8E8E8"/>
          </w:tcPr>
          <w:p>
            <w:pPr>
              <w:spacing w:after="0"/>
              <w:jc w:val="left"/>
            </w:pPr>
            <w:r>
              <w:rPr>
                <w:b/>
                <w:sz w:val="16"/>
              </w:rPr>
              <w:t>Mapped hazard</w:t>
            </w:r>
          </w:p>
        </w:tc>
        <w:tc>
          <w:tcPr>
            <w:tcW w:type="dxa" w:w="31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0"/>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DR-4869-KS</w:t>
            </w:r>
          </w:p>
        </w:tc>
        <w:tc>
          <w:tcPr>
            <w:tcW w:type="dxa" w:w="1254"/>
          </w:tcPr>
          <w:p>
            <w:pPr>
              <w:spacing w:after="0"/>
              <w:jc w:val="left"/>
            </w:pPr>
            <w:r>
              <w:rPr>
                <w:sz w:val="16"/>
              </w:rPr>
              <w:t>Major disaster</w:t>
            </w:r>
          </w:p>
        </w:tc>
        <w:tc>
          <w:tcPr>
            <w:tcW w:type="dxa" w:w="3060"/>
          </w:tcPr>
          <w:p>
            <w:pPr>
              <w:spacing w:after="0"/>
              <w:jc w:val="left"/>
            </w:pPr>
            <w:r>
              <w:rPr>
                <w:sz w:val="16"/>
              </w:rPr>
              <w:t>Severe Winter Storm, Straight-Line Winds, Flooding, and Wildfires</w:t>
            </w:r>
          </w:p>
        </w:tc>
        <w:tc>
          <w:tcPr>
            <w:tcW w:type="dxa" w:w="1951"/>
          </w:tcPr>
          <w:p>
            <w:pPr>
              <w:spacing w:after="0"/>
              <w:jc w:val="left"/>
            </w:pPr>
            <w:r>
              <w:rPr>
                <w:sz w:val="16"/>
              </w:rPr>
              <w:t>Inland Flooding; Strong Wind; Tornado; Wildfire; Winter Weather</w:t>
            </w:r>
          </w:p>
        </w:tc>
        <w:tc>
          <w:tcPr>
            <w:tcW w:type="dxa" w:w="3134"/>
          </w:tcPr>
          <w:p>
            <w:pPr>
              <w:spacing w:after="0"/>
              <w:jc w:val="right"/>
            </w:pPr>
            <w:r>
              <w:rPr>
                <w:sz w:val="16"/>
              </w:rPr>
              <w:t>no Public Assistance recorded</w:t>
            </w:r>
          </w:p>
        </w:tc>
        <w:tc>
          <w:tcPr>
            <w:tcW w:type="dxa" w:w="720"/>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2023-10-26</w:t>
            </w:r>
          </w:p>
        </w:tc>
        <w:tc>
          <w:tcPr>
            <w:tcW w:type="dxa" w:w="1037"/>
          </w:tcPr>
          <w:p>
            <w:pPr>
              <w:spacing w:after="0"/>
              <w:jc w:val="left"/>
            </w:pPr>
            <w:r>
              <w:rPr>
                <w:sz w:val="16"/>
              </w:rPr>
              <w:t>2023-07-14</w:t>
            </w:r>
          </w:p>
        </w:tc>
        <w:tc>
          <w:tcPr>
            <w:tcW w:type="dxa" w:w="1037"/>
          </w:tcPr>
          <w:p>
            <w:pPr>
              <w:spacing w:after="0"/>
              <w:jc w:val="left"/>
            </w:pPr>
            <w:r>
              <w:rPr>
                <w:sz w:val="16"/>
              </w:rPr>
              <w:t>DR-4747-KS</w:t>
            </w:r>
          </w:p>
        </w:tc>
        <w:tc>
          <w:tcPr>
            <w:tcW w:type="dxa" w:w="1254"/>
          </w:tcPr>
          <w:p>
            <w:pPr>
              <w:spacing w:after="0"/>
              <w:jc w:val="left"/>
            </w:pPr>
            <w:r>
              <w:rPr>
                <w:sz w:val="16"/>
              </w:rPr>
              <w:t>Major disaster</w:t>
            </w:r>
          </w:p>
        </w:tc>
        <w:tc>
          <w:tcPr>
            <w:tcW w:type="dxa" w:w="3060"/>
          </w:tcPr>
          <w:p>
            <w:pPr>
              <w:spacing w:after="0"/>
              <w:jc w:val="left"/>
            </w:pPr>
            <w:r>
              <w:rPr>
                <w:sz w:val="16"/>
              </w:rPr>
              <w:t>Severe Storms, Straight-Line Winds, Tornadoes, and Flooding</w:t>
            </w:r>
          </w:p>
        </w:tc>
        <w:tc>
          <w:tcPr>
            <w:tcW w:type="dxa" w:w="1951"/>
          </w:tcPr>
          <w:p>
            <w:pPr>
              <w:spacing w:after="0"/>
              <w:jc w:val="left"/>
            </w:pPr>
            <w:r>
              <w:rPr>
                <w:sz w:val="16"/>
              </w:rPr>
              <w:t>Inland Flooding; Strong Wind; Tornado</w:t>
            </w:r>
          </w:p>
        </w:tc>
        <w:tc>
          <w:tcPr>
            <w:tcW w:type="dxa" w:w="3134"/>
          </w:tcPr>
          <w:p>
            <w:pPr>
              <w:spacing w:after="0"/>
              <w:jc w:val="right"/>
            </w:pPr>
            <w:r>
              <w:rPr>
                <w:sz w:val="16"/>
              </w:rPr>
              <w:t>$136,528.68</w:t>
            </w:r>
          </w:p>
        </w:tc>
        <w:tc>
          <w:tcPr>
            <w:tcW w:type="dxa" w:w="720"/>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2022-05-25</w:t>
            </w:r>
          </w:p>
        </w:tc>
        <w:tc>
          <w:tcPr>
            <w:tcW w:type="dxa" w:w="1037"/>
          </w:tcPr>
          <w:p>
            <w:pPr>
              <w:spacing w:after="0"/>
              <w:jc w:val="left"/>
            </w:pPr>
            <w:r>
              <w:rPr>
                <w:sz w:val="16"/>
              </w:rPr>
              <w:t>2022-03-17</w:t>
            </w:r>
          </w:p>
        </w:tc>
        <w:tc>
          <w:tcPr>
            <w:tcW w:type="dxa" w:w="1037"/>
          </w:tcPr>
          <w:p>
            <w:pPr>
              <w:spacing w:after="0"/>
              <w:jc w:val="left"/>
            </w:pPr>
            <w:r>
              <w:rPr>
                <w:sz w:val="16"/>
              </w:rPr>
              <w:t>DR-4654-KS</w:t>
            </w:r>
          </w:p>
        </w:tc>
        <w:tc>
          <w:tcPr>
            <w:tcW w:type="dxa" w:w="1254"/>
          </w:tcPr>
          <w:p>
            <w:pPr>
              <w:spacing w:after="0"/>
              <w:jc w:val="left"/>
            </w:pPr>
            <w:r>
              <w:rPr>
                <w:sz w:val="16"/>
              </w:rPr>
              <w:t>Major disaster</w:t>
            </w:r>
          </w:p>
        </w:tc>
        <w:tc>
          <w:tcPr>
            <w:tcW w:type="dxa" w:w="3060"/>
          </w:tcPr>
          <w:p>
            <w:pPr>
              <w:spacing w:after="0"/>
              <w:jc w:val="left"/>
            </w:pPr>
            <w:r>
              <w:rPr>
                <w:sz w:val="16"/>
              </w:rPr>
              <w:t>Severe Winter Storms and Straight-Line Winds</w:t>
            </w:r>
          </w:p>
        </w:tc>
        <w:tc>
          <w:tcPr>
            <w:tcW w:type="dxa" w:w="1951"/>
          </w:tcPr>
          <w:p>
            <w:pPr>
              <w:spacing w:after="0"/>
              <w:jc w:val="left"/>
            </w:pPr>
            <w:r>
              <w:rPr>
                <w:sz w:val="16"/>
              </w:rPr>
              <w:t>Winter Weather (primary); also designated: Strong Wind</w:t>
            </w:r>
          </w:p>
        </w:tc>
        <w:tc>
          <w:tcPr>
            <w:tcW w:type="dxa" w:w="3134"/>
          </w:tcPr>
          <w:p>
            <w:pPr>
              <w:spacing w:after="0"/>
              <w:jc w:val="right"/>
            </w:pPr>
            <w:r>
              <w:rPr>
                <w:sz w:val="16"/>
              </w:rPr>
              <w:t>no Public Assistance recorded</w:t>
            </w:r>
          </w:p>
        </w:tc>
        <w:tc>
          <w:tcPr>
            <w:tcW w:type="dxa" w:w="720"/>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254"/>
          </w:tcPr>
          <w:p>
            <w:pPr>
              <w:spacing w:after="0"/>
              <w:jc w:val="left"/>
            </w:pPr>
            <w:r>
              <w:rPr>
                <w:sz w:val="16"/>
              </w:rPr>
              <w:t>Major disaster</w:t>
            </w:r>
          </w:p>
        </w:tc>
        <w:tc>
          <w:tcPr>
            <w:tcW w:type="dxa" w:w="3060"/>
          </w:tcPr>
          <w:p>
            <w:pPr>
              <w:spacing w:after="0"/>
              <w:jc w:val="left"/>
            </w:pPr>
            <w:r>
              <w:rPr>
                <w:sz w:val="16"/>
              </w:rPr>
              <w:t>Severe Storms and Straight Line Winds</w:t>
            </w:r>
          </w:p>
        </w:tc>
        <w:tc>
          <w:tcPr>
            <w:tcW w:type="dxa" w:w="1951"/>
          </w:tcPr>
          <w:p>
            <w:pPr>
              <w:spacing w:after="0"/>
              <w:jc w:val="left"/>
            </w:pPr>
            <w:r>
              <w:rPr>
                <w:sz w:val="16"/>
              </w:rPr>
              <w:t>Strong Wind</w:t>
            </w:r>
          </w:p>
        </w:tc>
        <w:tc>
          <w:tcPr>
            <w:tcW w:type="dxa" w:w="3134"/>
          </w:tcPr>
          <w:p>
            <w:pPr>
              <w:spacing w:after="0"/>
              <w:jc w:val="right"/>
            </w:pPr>
            <w:r>
              <w:rPr>
                <w:sz w:val="16"/>
              </w:rPr>
              <w:t>no Public Assistance recorded</w:t>
            </w:r>
          </w:p>
        </w:tc>
        <w:tc>
          <w:tcPr>
            <w:tcW w:type="dxa" w:w="720"/>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54"/>
          </w:tcPr>
          <w:p>
            <w:pPr>
              <w:spacing w:after="0"/>
              <w:jc w:val="left"/>
            </w:pPr>
            <w:r>
              <w:rPr>
                <w:sz w:val="16"/>
              </w:rPr>
              <w:t>Major disaster</w:t>
            </w:r>
          </w:p>
        </w:tc>
        <w:tc>
          <w:tcPr>
            <w:tcW w:type="dxa" w:w="3060"/>
          </w:tcPr>
          <w:p>
            <w:pPr>
              <w:spacing w:after="0"/>
              <w:jc w:val="left"/>
            </w:pPr>
            <w:r>
              <w:rPr>
                <w:sz w:val="16"/>
              </w:rPr>
              <w:t>COVID-19 Pandemic</w:t>
            </w:r>
          </w:p>
        </w:tc>
        <w:tc>
          <w:tcPr>
            <w:tcW w:type="dxa" w:w="1951"/>
          </w:tcPr>
          <w:p>
            <w:pPr>
              <w:spacing w:after="0"/>
              <w:jc w:val="left"/>
            </w:pPr>
            <w:r>
              <w:rPr>
                <w:sz w:val="16"/>
              </w:rPr>
              <w:t>Non-natural, not counted</w:t>
            </w:r>
          </w:p>
        </w:tc>
        <w:tc>
          <w:tcPr>
            <w:tcW w:type="dxa" w:w="3134"/>
          </w:tcPr>
          <w:p>
            <w:pPr>
              <w:spacing w:after="0"/>
              <w:jc w:val="right"/>
            </w:pPr>
            <w:r>
              <w:rPr>
                <w:sz w:val="16"/>
              </w:rPr>
              <w:t>none placed in this county by FEMA's record; $16,404.82 for this declaration is not placed in any county (see the state page)</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54"/>
          </w:tcPr>
          <w:p>
            <w:pPr>
              <w:spacing w:after="0"/>
              <w:jc w:val="left"/>
            </w:pPr>
            <w:r>
              <w:rPr>
                <w:sz w:val="16"/>
              </w:rPr>
              <w:t>Emergency</w:t>
            </w:r>
          </w:p>
        </w:tc>
        <w:tc>
          <w:tcPr>
            <w:tcW w:type="dxa" w:w="3060"/>
          </w:tcPr>
          <w:p>
            <w:pPr>
              <w:spacing w:after="0"/>
              <w:jc w:val="left"/>
            </w:pPr>
            <w:r>
              <w:rPr>
                <w:sz w:val="16"/>
              </w:rPr>
              <w:t>COVID-19</w:t>
            </w:r>
          </w:p>
        </w:tc>
        <w:tc>
          <w:tcPr>
            <w:tcW w:type="dxa" w:w="1951"/>
          </w:tcPr>
          <w:p>
            <w:pPr>
              <w:spacing w:after="0"/>
              <w:jc w:val="left"/>
            </w:pPr>
            <w:r>
              <w:rPr>
                <w:sz w:val="16"/>
              </w:rPr>
              <w:t>Non-natural, not counted</w:t>
            </w:r>
          </w:p>
        </w:tc>
        <w:tc>
          <w:tcPr>
            <w:tcW w:type="dxa" w:w="3134"/>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254"/>
          </w:tcPr>
          <w:p>
            <w:pPr>
              <w:spacing w:after="0"/>
              <w:jc w:val="left"/>
            </w:pPr>
            <w:r>
              <w:rPr>
                <w:sz w:val="16"/>
              </w:rPr>
              <w:t>Major disaster</w:t>
            </w:r>
          </w:p>
        </w:tc>
        <w:tc>
          <w:tcPr>
            <w:tcW w:type="dxa" w:w="3060"/>
          </w:tcPr>
          <w:p>
            <w:pPr>
              <w:spacing w:after="0"/>
              <w:jc w:val="left"/>
            </w:pPr>
            <w:r>
              <w:rPr>
                <w:sz w:val="16"/>
              </w:rPr>
              <w:t>Severe Storms, Straight-Line Winds, Tornadoes, Flooding,Landslides,and Mudslides</w:t>
            </w:r>
          </w:p>
        </w:tc>
        <w:tc>
          <w:tcPr>
            <w:tcW w:type="dxa" w:w="1951"/>
          </w:tcPr>
          <w:p>
            <w:pPr>
              <w:spacing w:after="0"/>
              <w:jc w:val="left"/>
            </w:pPr>
            <w:r>
              <w:rPr>
                <w:sz w:val="16"/>
              </w:rPr>
              <w:t>Inland Flooding; Landslide; Strong Wind; Tornado</w:t>
            </w:r>
          </w:p>
        </w:tc>
        <w:tc>
          <w:tcPr>
            <w:tcW w:type="dxa" w:w="3134"/>
          </w:tcPr>
          <w:p>
            <w:pPr>
              <w:spacing w:after="0"/>
              <w:jc w:val="right"/>
            </w:pPr>
            <w:r>
              <w:rPr>
                <w:sz w:val="16"/>
              </w:rPr>
              <w:t>$120,189.74</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2016-10-20</w:t>
            </w:r>
          </w:p>
        </w:tc>
        <w:tc>
          <w:tcPr>
            <w:tcW w:type="dxa" w:w="1037"/>
          </w:tcPr>
          <w:p>
            <w:pPr>
              <w:spacing w:after="0"/>
              <w:jc w:val="left"/>
            </w:pPr>
            <w:r>
              <w:rPr>
                <w:sz w:val="16"/>
              </w:rPr>
              <w:t>2016-09-02</w:t>
            </w:r>
          </w:p>
        </w:tc>
        <w:tc>
          <w:tcPr>
            <w:tcW w:type="dxa" w:w="1037"/>
          </w:tcPr>
          <w:p>
            <w:pPr>
              <w:spacing w:after="0"/>
              <w:jc w:val="left"/>
            </w:pPr>
            <w:r>
              <w:rPr>
                <w:sz w:val="16"/>
              </w:rPr>
              <w:t>DR-4287-KS</w:t>
            </w:r>
          </w:p>
        </w:tc>
        <w:tc>
          <w:tcPr>
            <w:tcW w:type="dxa" w:w="1254"/>
          </w:tcPr>
          <w:p>
            <w:pPr>
              <w:spacing w:after="0"/>
              <w:jc w:val="left"/>
            </w:pPr>
            <w:r>
              <w:rPr>
                <w:sz w:val="16"/>
              </w:rPr>
              <w:t>Major disaster</w:t>
            </w:r>
          </w:p>
        </w:tc>
        <w:tc>
          <w:tcPr>
            <w:tcW w:type="dxa" w:w="3060"/>
          </w:tcPr>
          <w:p>
            <w:pPr>
              <w:spacing w:after="0"/>
              <w:jc w:val="left"/>
            </w:pPr>
            <w:r>
              <w:rPr>
                <w:sz w:val="16"/>
              </w:rPr>
              <w:t>Severe Storms and Flooding</w:t>
            </w:r>
          </w:p>
        </w:tc>
        <w:tc>
          <w:tcPr>
            <w:tcW w:type="dxa" w:w="1951"/>
          </w:tcPr>
          <w:p>
            <w:pPr>
              <w:spacing w:after="0"/>
              <w:jc w:val="left"/>
            </w:pPr>
            <w:r>
              <w:rPr>
                <w:sz w:val="16"/>
              </w:rPr>
              <w:t>Inland Flooding</w:t>
            </w:r>
          </w:p>
        </w:tc>
        <w:tc>
          <w:tcPr>
            <w:tcW w:type="dxa" w:w="3134"/>
          </w:tcPr>
          <w:p>
            <w:pPr>
              <w:spacing w:after="0"/>
              <w:jc w:val="right"/>
            </w:pPr>
            <w:r>
              <w:rPr>
                <w:sz w:val="16"/>
              </w:rPr>
              <w:t>$98,782.89</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2013-04-26</w:t>
            </w:r>
          </w:p>
        </w:tc>
        <w:tc>
          <w:tcPr>
            <w:tcW w:type="dxa" w:w="1037"/>
          </w:tcPr>
          <w:p>
            <w:pPr>
              <w:spacing w:after="0"/>
              <w:jc w:val="left"/>
            </w:pPr>
            <w:r>
              <w:rPr>
                <w:sz w:val="16"/>
              </w:rPr>
              <w:t>2013-02-20</w:t>
            </w:r>
          </w:p>
        </w:tc>
        <w:tc>
          <w:tcPr>
            <w:tcW w:type="dxa" w:w="1037"/>
          </w:tcPr>
          <w:p>
            <w:pPr>
              <w:spacing w:after="0"/>
              <w:jc w:val="left"/>
            </w:pPr>
            <w:r>
              <w:rPr>
                <w:sz w:val="16"/>
              </w:rPr>
              <w:t>DR-4112-KS</w:t>
            </w:r>
          </w:p>
        </w:tc>
        <w:tc>
          <w:tcPr>
            <w:tcW w:type="dxa" w:w="1254"/>
          </w:tcPr>
          <w:p>
            <w:pPr>
              <w:spacing w:after="0"/>
              <w:jc w:val="left"/>
            </w:pPr>
            <w:r>
              <w:rPr>
                <w:sz w:val="16"/>
              </w:rPr>
              <w:t>Major disaster</w:t>
            </w:r>
          </w:p>
        </w:tc>
        <w:tc>
          <w:tcPr>
            <w:tcW w:type="dxa" w:w="3060"/>
          </w:tcPr>
          <w:p>
            <w:pPr>
              <w:spacing w:after="0"/>
              <w:jc w:val="left"/>
            </w:pPr>
            <w:r>
              <w:rPr>
                <w:sz w:val="16"/>
              </w:rPr>
              <w:t>Snowstorm</w:t>
            </w:r>
          </w:p>
        </w:tc>
        <w:tc>
          <w:tcPr>
            <w:tcW w:type="dxa" w:w="1951"/>
          </w:tcPr>
          <w:p>
            <w:pPr>
              <w:spacing w:after="0"/>
              <w:jc w:val="left"/>
            </w:pPr>
            <w:r>
              <w:rPr>
                <w:sz w:val="16"/>
              </w:rPr>
              <w:t>Winter Weather</w:t>
            </w:r>
          </w:p>
        </w:tc>
        <w:tc>
          <w:tcPr>
            <w:tcW w:type="dxa" w:w="3134"/>
          </w:tcPr>
          <w:p>
            <w:pPr>
              <w:spacing w:after="0"/>
              <w:jc w:val="right"/>
            </w:pPr>
            <w:r>
              <w:rPr>
                <w:sz w:val="16"/>
              </w:rPr>
              <w:t>$28,699.09</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254"/>
          </w:tcPr>
          <w:p>
            <w:pPr>
              <w:spacing w:after="0"/>
              <w:jc w:val="left"/>
            </w:pPr>
            <w:r>
              <w:rPr>
                <w:sz w:val="16"/>
              </w:rPr>
              <w:t>Major disaster</w:t>
            </w:r>
          </w:p>
        </w:tc>
        <w:tc>
          <w:tcPr>
            <w:tcW w:type="dxa" w:w="3060"/>
          </w:tcPr>
          <w:p>
            <w:pPr>
              <w:spacing w:after="0"/>
              <w:jc w:val="left"/>
            </w:pPr>
            <w:r>
              <w:rPr>
                <w:sz w:val="16"/>
              </w:rPr>
              <w:t>Severe Storms, Flooding, and Tornadoes</w:t>
            </w:r>
          </w:p>
        </w:tc>
        <w:tc>
          <w:tcPr>
            <w:tcW w:type="dxa" w:w="1951"/>
          </w:tcPr>
          <w:p>
            <w:pPr>
              <w:spacing w:after="0"/>
              <w:jc w:val="left"/>
            </w:pPr>
            <w:r>
              <w:rPr>
                <w:sz w:val="16"/>
              </w:rPr>
              <w:t>Inland Flooding; Tornado</w:t>
            </w:r>
          </w:p>
        </w:tc>
        <w:tc>
          <w:tcPr>
            <w:tcW w:type="dxa" w:w="3134"/>
          </w:tcPr>
          <w:p>
            <w:pPr>
              <w:spacing w:after="0"/>
              <w:jc w:val="right"/>
            </w:pPr>
            <w:r>
              <w:rPr>
                <w:sz w:val="16"/>
              </w:rPr>
              <w:t>$483,046.78</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254"/>
          </w:tcPr>
          <w:p>
            <w:pPr>
              <w:spacing w:after="0"/>
              <w:jc w:val="left"/>
            </w:pPr>
            <w:r>
              <w:rPr>
                <w:sz w:val="16"/>
              </w:rPr>
              <w:t>Major disaster</w:t>
            </w:r>
          </w:p>
        </w:tc>
        <w:tc>
          <w:tcPr>
            <w:tcW w:type="dxa" w:w="3060"/>
          </w:tcPr>
          <w:p>
            <w:pPr>
              <w:spacing w:after="0"/>
              <w:jc w:val="left"/>
            </w:pPr>
            <w:r>
              <w:rPr>
                <w:sz w:val="16"/>
              </w:rPr>
              <w:t>Severe Winter Storms and Snowstorm</w:t>
            </w:r>
          </w:p>
        </w:tc>
        <w:tc>
          <w:tcPr>
            <w:tcW w:type="dxa" w:w="1951"/>
          </w:tcPr>
          <w:p>
            <w:pPr>
              <w:spacing w:after="0"/>
              <w:jc w:val="left"/>
            </w:pPr>
            <w:r>
              <w:rPr>
                <w:sz w:val="16"/>
              </w:rPr>
              <w:t>Winter Weather</w:t>
            </w:r>
          </w:p>
        </w:tc>
        <w:tc>
          <w:tcPr>
            <w:tcW w:type="dxa" w:w="3134"/>
          </w:tcPr>
          <w:p>
            <w:pPr>
              <w:spacing w:after="0"/>
              <w:jc w:val="right"/>
            </w:pPr>
            <w:r>
              <w:rPr>
                <w:sz w:val="16"/>
              </w:rPr>
              <w:t>$11,518.58</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254"/>
          </w:tcPr>
          <w:p>
            <w:pPr>
              <w:spacing w:after="0"/>
              <w:jc w:val="left"/>
            </w:pPr>
            <w:r>
              <w:rPr>
                <w:sz w:val="16"/>
              </w:rPr>
              <w:t>Major disaster</w:t>
            </w:r>
          </w:p>
        </w:tc>
        <w:tc>
          <w:tcPr>
            <w:tcW w:type="dxa" w:w="3060"/>
          </w:tcPr>
          <w:p>
            <w:pPr>
              <w:spacing w:after="0"/>
              <w:jc w:val="left"/>
            </w:pPr>
            <w:r>
              <w:rPr>
                <w:sz w:val="16"/>
              </w:rPr>
              <w:t>Severe Storms, Flooding and Tornadoes</w:t>
            </w:r>
          </w:p>
        </w:tc>
        <w:tc>
          <w:tcPr>
            <w:tcW w:type="dxa" w:w="1951"/>
          </w:tcPr>
          <w:p>
            <w:pPr>
              <w:spacing w:after="0"/>
              <w:jc w:val="left"/>
            </w:pPr>
            <w:r>
              <w:rPr>
                <w:sz w:val="16"/>
              </w:rPr>
              <w:t>Inland Flooding; Tornado</w:t>
            </w:r>
          </w:p>
        </w:tc>
        <w:tc>
          <w:tcPr>
            <w:tcW w:type="dxa" w:w="3134"/>
          </w:tcPr>
          <w:p>
            <w:pPr>
              <w:spacing w:after="0"/>
              <w:jc w:val="right"/>
            </w:pPr>
            <w:r>
              <w:rPr>
                <w:sz w:val="16"/>
              </w:rPr>
              <w:t>$289,589.47</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254"/>
          </w:tcPr>
          <w:p>
            <w:pPr>
              <w:spacing w:after="0"/>
              <w:jc w:val="left"/>
            </w:pPr>
            <w:r>
              <w:rPr>
                <w:sz w:val="16"/>
              </w:rPr>
              <w:t>Major disaster</w:t>
            </w:r>
          </w:p>
        </w:tc>
        <w:tc>
          <w:tcPr>
            <w:tcW w:type="dxa" w:w="3060"/>
          </w:tcPr>
          <w:p>
            <w:pPr>
              <w:spacing w:after="0"/>
              <w:jc w:val="left"/>
            </w:pPr>
            <w:r>
              <w:rPr>
                <w:sz w:val="16"/>
              </w:rPr>
              <w:t>Severe Winter Storms</w:t>
            </w:r>
          </w:p>
        </w:tc>
        <w:tc>
          <w:tcPr>
            <w:tcW w:type="dxa" w:w="1951"/>
          </w:tcPr>
          <w:p>
            <w:pPr>
              <w:spacing w:after="0"/>
              <w:jc w:val="left"/>
            </w:pPr>
            <w:r>
              <w:rPr>
                <w:sz w:val="16"/>
              </w:rPr>
              <w:t>Winter Weather</w:t>
            </w:r>
          </w:p>
        </w:tc>
        <w:tc>
          <w:tcPr>
            <w:tcW w:type="dxa" w:w="3134"/>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54"/>
          </w:tcPr>
          <w:p>
            <w:pPr>
              <w:spacing w:after="0"/>
              <w:jc w:val="left"/>
            </w:pPr>
            <w:r>
              <w:rPr>
                <w:sz w:val="16"/>
              </w:rPr>
              <w:t>Emergency</w:t>
            </w:r>
          </w:p>
        </w:tc>
        <w:tc>
          <w:tcPr>
            <w:tcW w:type="dxa" w:w="3060"/>
          </w:tcPr>
          <w:p>
            <w:pPr>
              <w:spacing w:after="0"/>
              <w:jc w:val="left"/>
            </w:pPr>
            <w:r>
              <w:rPr>
                <w:sz w:val="16"/>
              </w:rPr>
              <w:t>Severe Winter Storms</w:t>
            </w:r>
          </w:p>
        </w:tc>
        <w:tc>
          <w:tcPr>
            <w:tcW w:type="dxa" w:w="1951"/>
          </w:tcPr>
          <w:p>
            <w:pPr>
              <w:spacing w:after="0"/>
              <w:jc w:val="left"/>
            </w:pPr>
            <w:r>
              <w:rPr>
                <w:sz w:val="16"/>
              </w:rPr>
              <w:t>Winter Weather</w:t>
            </w:r>
          </w:p>
        </w:tc>
        <w:tc>
          <w:tcPr>
            <w:tcW w:type="dxa" w:w="3134"/>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r>
              <w:rPr>
                <w:sz w:val="16"/>
              </w:rPr>
              <w:t>same incident as DR-1741</w:t>
            </w: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254"/>
          </w:tcPr>
          <w:p>
            <w:pPr>
              <w:spacing w:after="0"/>
              <w:jc w:val="left"/>
            </w:pPr>
            <w:r>
              <w:rPr>
                <w:sz w:val="16"/>
              </w:rPr>
              <w:t>Major disaster</w:t>
            </w:r>
          </w:p>
        </w:tc>
        <w:tc>
          <w:tcPr>
            <w:tcW w:type="dxa" w:w="3060"/>
          </w:tcPr>
          <w:p>
            <w:pPr>
              <w:spacing w:after="0"/>
              <w:jc w:val="left"/>
            </w:pPr>
            <w:r>
              <w:rPr>
                <w:sz w:val="16"/>
              </w:rPr>
              <w:t>Severe Storms, Tornadoes, and Flooding</w:t>
            </w:r>
          </w:p>
        </w:tc>
        <w:tc>
          <w:tcPr>
            <w:tcW w:type="dxa" w:w="1951"/>
          </w:tcPr>
          <w:p>
            <w:pPr>
              <w:spacing w:after="0"/>
              <w:jc w:val="left"/>
            </w:pPr>
            <w:r>
              <w:rPr>
                <w:sz w:val="16"/>
              </w:rPr>
              <w:t>Inland Flooding; Tornado</w:t>
            </w:r>
          </w:p>
        </w:tc>
        <w:tc>
          <w:tcPr>
            <w:tcW w:type="dxa" w:w="3134"/>
          </w:tcPr>
          <w:p>
            <w:pPr>
              <w:spacing w:after="0"/>
              <w:jc w:val="right"/>
            </w:pPr>
            <w:r>
              <w:rPr>
                <w:sz w:val="16"/>
              </w:rPr>
              <w:t>PA not declared for this county</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254"/>
          </w:tcPr>
          <w:p>
            <w:pPr>
              <w:spacing w:after="0"/>
              <w:jc w:val="left"/>
            </w:pPr>
            <w:r>
              <w:rPr>
                <w:sz w:val="16"/>
              </w:rPr>
              <w:t>Major disaster</w:t>
            </w:r>
          </w:p>
        </w:tc>
        <w:tc>
          <w:tcPr>
            <w:tcW w:type="dxa" w:w="3060"/>
          </w:tcPr>
          <w:p>
            <w:pPr>
              <w:spacing w:after="0"/>
              <w:jc w:val="left"/>
            </w:pPr>
            <w:r>
              <w:rPr>
                <w:sz w:val="16"/>
              </w:rPr>
              <w:t>Severe Winter Storm</w:t>
            </w:r>
          </w:p>
        </w:tc>
        <w:tc>
          <w:tcPr>
            <w:tcW w:type="dxa" w:w="1951"/>
          </w:tcPr>
          <w:p>
            <w:pPr>
              <w:spacing w:after="0"/>
              <w:jc w:val="left"/>
            </w:pPr>
            <w:r>
              <w:rPr>
                <w:sz w:val="16"/>
              </w:rPr>
              <w:t>Winter Weather</w:t>
            </w:r>
          </w:p>
        </w:tc>
        <w:tc>
          <w:tcPr>
            <w:tcW w:type="dxa" w:w="3134"/>
          </w:tcPr>
          <w:p>
            <w:pPr>
              <w:spacing w:after="0"/>
              <w:jc w:val="right"/>
            </w:pPr>
            <w:r>
              <w:rPr>
                <w:sz w:val="16"/>
              </w:rPr>
              <w:t>$206,896.57</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DR-1626-KS</w:t>
            </w:r>
          </w:p>
        </w:tc>
        <w:tc>
          <w:tcPr>
            <w:tcW w:type="dxa" w:w="1254"/>
          </w:tcPr>
          <w:p>
            <w:pPr>
              <w:spacing w:after="0"/>
              <w:jc w:val="left"/>
            </w:pPr>
            <w:r>
              <w:rPr>
                <w:sz w:val="16"/>
              </w:rPr>
              <w:t>Major disaster</w:t>
            </w:r>
          </w:p>
        </w:tc>
        <w:tc>
          <w:tcPr>
            <w:tcW w:type="dxa" w:w="3060"/>
          </w:tcPr>
          <w:p>
            <w:pPr>
              <w:spacing w:after="0"/>
              <w:jc w:val="left"/>
            </w:pPr>
            <w:r>
              <w:rPr>
                <w:sz w:val="16"/>
              </w:rPr>
              <w:t>Severe Winter Storm</w:t>
            </w:r>
          </w:p>
        </w:tc>
        <w:tc>
          <w:tcPr>
            <w:tcW w:type="dxa" w:w="1951"/>
          </w:tcPr>
          <w:p>
            <w:pPr>
              <w:spacing w:after="0"/>
              <w:jc w:val="left"/>
            </w:pPr>
            <w:r>
              <w:rPr>
                <w:sz w:val="16"/>
              </w:rPr>
              <w:t>Winter Weather</w:t>
            </w:r>
          </w:p>
        </w:tc>
        <w:tc>
          <w:tcPr>
            <w:tcW w:type="dxa" w:w="3134"/>
          </w:tcPr>
          <w:p>
            <w:pPr>
              <w:spacing w:after="0"/>
              <w:jc w:val="right"/>
            </w:pPr>
            <w:r>
              <w:rPr>
                <w:sz w:val="16"/>
              </w:rPr>
              <w:t>$22,439.30</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54"/>
          </w:tcPr>
          <w:p>
            <w:pPr>
              <w:spacing w:after="0"/>
              <w:jc w:val="left"/>
            </w:pPr>
            <w:r>
              <w:rPr>
                <w:sz w:val="16"/>
              </w:rPr>
              <w:t>Emergency</w:t>
            </w:r>
          </w:p>
        </w:tc>
        <w:tc>
          <w:tcPr>
            <w:tcW w:type="dxa" w:w="3060"/>
          </w:tcPr>
          <w:p>
            <w:pPr>
              <w:spacing w:after="0"/>
              <w:jc w:val="left"/>
            </w:pPr>
            <w:r>
              <w:rPr>
                <w:sz w:val="16"/>
              </w:rPr>
              <w:t>Hurricane Katrina Evacuation</w:t>
            </w:r>
          </w:p>
        </w:tc>
        <w:tc>
          <w:tcPr>
            <w:tcW w:type="dxa" w:w="1951"/>
          </w:tcPr>
          <w:p>
            <w:pPr>
              <w:spacing w:after="0"/>
              <w:jc w:val="left"/>
            </w:pPr>
            <w:r>
              <w:rPr>
                <w:sz w:val="16"/>
              </w:rPr>
              <w:t>Hurricane: evacuation support, not a local hazard event; not counted</w:t>
            </w:r>
          </w:p>
        </w:tc>
        <w:tc>
          <w:tcPr>
            <w:tcW w:type="dxa" w:w="3134"/>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2004-06-12</w:t>
            </w:r>
          </w:p>
        </w:tc>
        <w:tc>
          <w:tcPr>
            <w:tcW w:type="dxa" w:w="1037"/>
          </w:tcPr>
          <w:p>
            <w:pPr>
              <w:spacing w:after="0"/>
              <w:jc w:val="left"/>
            </w:pPr>
            <w:r>
              <w:rPr>
                <w:sz w:val="16"/>
              </w:rPr>
              <w:t>DR-1535-KS</w:t>
            </w:r>
          </w:p>
        </w:tc>
        <w:tc>
          <w:tcPr>
            <w:tcW w:type="dxa" w:w="1254"/>
          </w:tcPr>
          <w:p>
            <w:pPr>
              <w:spacing w:after="0"/>
              <w:jc w:val="left"/>
            </w:pPr>
            <w:r>
              <w:rPr>
                <w:sz w:val="16"/>
              </w:rPr>
              <w:t>Major disaster</w:t>
            </w:r>
          </w:p>
        </w:tc>
        <w:tc>
          <w:tcPr>
            <w:tcW w:type="dxa" w:w="3060"/>
          </w:tcPr>
          <w:p>
            <w:pPr>
              <w:spacing w:after="0"/>
              <w:jc w:val="left"/>
            </w:pPr>
            <w:r>
              <w:rPr>
                <w:sz w:val="16"/>
              </w:rPr>
              <w:t>Severe Storms, Flooding, and Tornadoes</w:t>
            </w:r>
          </w:p>
        </w:tc>
        <w:tc>
          <w:tcPr>
            <w:tcW w:type="dxa" w:w="1951"/>
          </w:tcPr>
          <w:p>
            <w:pPr>
              <w:spacing w:after="0"/>
              <w:jc w:val="left"/>
            </w:pPr>
            <w:r>
              <w:rPr>
                <w:sz w:val="16"/>
              </w:rPr>
              <w:t>Inland Flooding; Tornado</w:t>
            </w:r>
          </w:p>
        </w:tc>
        <w:tc>
          <w:tcPr>
            <w:tcW w:type="dxa" w:w="3134"/>
          </w:tcPr>
          <w:p>
            <w:pPr>
              <w:spacing w:after="0"/>
              <w:jc w:val="right"/>
            </w:pPr>
            <w:r>
              <w:rPr>
                <w:sz w:val="16"/>
              </w:rPr>
              <w:t>$28,998.12</w:t>
            </w:r>
          </w:p>
        </w:tc>
        <w:tc>
          <w:tcPr>
            <w:tcW w:type="dxa" w:w="720"/>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13</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55</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23</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328</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35</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2</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5</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19</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2</w:t>
            </w:r>
          </w:p>
        </w:tc>
        <w:tc>
          <w:tcPr>
            <w:tcW w:type="dxa" w:w="1593"/>
          </w:tcPr>
          <w:p>
            <w:pPr>
              <w:spacing w:after="0"/>
              <w:jc w:val="right"/>
            </w:pPr>
            <w:r>
              <w:rPr>
                <w:sz w:val="16"/>
              </w:rPr>
              <w:t>8</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215</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46</w:t>
            </w:r>
          </w:p>
        </w:tc>
        <w:tc>
          <w:tcPr>
            <w:tcW w:type="dxa" w:w="1593"/>
          </w:tcPr>
          <w:p>
            <w:pPr>
              <w:spacing w:after="0"/>
              <w:jc w:val="right"/>
            </w:pPr>
            <w:r>
              <w:rPr>
                <w:sz w:val="16"/>
              </w:rPr>
              <w:t>5</w:t>
            </w:r>
          </w:p>
        </w:tc>
        <w:tc>
          <w:tcPr>
            <w:tcW w:type="dxa" w:w="1296"/>
          </w:tcPr>
          <w:p>
            <w:pPr>
              <w:spacing w:after="0"/>
              <w:jc w:val="right"/>
            </w:pPr>
          </w:p>
        </w:tc>
        <w:tc>
          <w:tcPr>
            <w:tcW w:type="dxa" w:w="1638"/>
          </w:tcPr>
          <w:p>
            <w:pPr>
              <w:spacing w:after="0"/>
              <w:jc w:val="left"/>
            </w:pPr>
            <w:r>
              <w:rPr>
                <w:sz w:val="16"/>
              </w:rPr>
              <w:t>1955 to 2026-06-30</w:t>
            </w:r>
          </w:p>
        </w:tc>
        <w:tc>
          <w:tcPr>
            <w:tcW w:type="dxa" w:w="2719"/>
          </w:tcPr>
          <w:p>
            <w:pPr>
              <w:spacing w:after="0"/>
              <w:jc w:val="left"/>
            </w:pPr>
            <w:r>
              <w:rPr>
                <w:sz w:val="16"/>
              </w:rPr>
              <w:t>Includes 32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40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7</w:t>
            </w:r>
          </w:p>
        </w:tc>
        <w:tc>
          <w:tcPr>
            <w:tcW w:type="dxa" w:w="1296"/>
          </w:tcPr>
          <w:p>
            <w:pPr>
              <w:spacing w:after="0"/>
              <w:jc w:val="right"/>
            </w:pP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90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16</w:t>
            </w:r>
          </w:p>
        </w:tc>
        <w:tc>
          <w:tcPr>
            <w:tcW w:type="dxa" w:w="1593"/>
          </w:tcPr>
          <w:p>
            <w:pPr>
              <w:spacing w:after="0"/>
              <w:jc w:val="right"/>
            </w:pPr>
            <w:r>
              <w:rPr>
                <w:sz w:val="16"/>
              </w:rPr>
              <w:t>7</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4"/>
        <w:gridCol w:w="1561"/>
        <w:gridCol w:w="3204"/>
        <w:gridCol w:w="937"/>
        <w:gridCol w:w="2456"/>
        <w:gridCol w:w="712"/>
        <w:gridCol w:w="2890"/>
      </w:tblGrid>
      <w:tr>
        <w:trPr>
          <w:cantSplit/>
          <w:tblHeader/>
        </w:trPr>
        <w:tc>
          <w:tcPr>
            <w:tcW w:type="dxa" w:w="1037"/>
            <w:shd w:val="clear" w:color="auto" w:fill="E8E8E8"/>
          </w:tcPr>
          <w:p>
            <w:pPr>
              <w:spacing w:after="0"/>
              <w:jc w:val="left"/>
            </w:pPr>
            <w:r>
              <w:rPr>
                <w:b/>
                <w:sz w:val="16"/>
              </w:rPr>
              <w:t>Date</w:t>
            </w:r>
          </w:p>
        </w:tc>
        <w:tc>
          <w:tcPr>
            <w:tcW w:type="dxa" w:w="1314"/>
            <w:shd w:val="clear" w:color="auto" w:fill="E8E8E8"/>
          </w:tcPr>
          <w:p>
            <w:pPr>
              <w:spacing w:after="0"/>
              <w:jc w:val="left"/>
            </w:pPr>
            <w:r>
              <w:rPr>
                <w:b/>
                <w:sz w:val="16"/>
              </w:rPr>
              <w:t>Event type</w:t>
            </w:r>
          </w:p>
        </w:tc>
        <w:tc>
          <w:tcPr>
            <w:tcW w:type="dxa" w:w="1561"/>
            <w:shd w:val="clear" w:color="auto" w:fill="E8E8E8"/>
          </w:tcPr>
          <w:p>
            <w:pPr>
              <w:spacing w:after="0"/>
              <w:jc w:val="left"/>
            </w:pPr>
            <w:r>
              <w:rPr>
                <w:b/>
                <w:sz w:val="16"/>
              </w:rPr>
              <w:t>Magnitude or extent</w:t>
            </w:r>
          </w:p>
        </w:tc>
        <w:tc>
          <w:tcPr>
            <w:tcW w:type="dxa" w:w="3204"/>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56"/>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89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2024-01-11</w:t>
            </w:r>
          </w:p>
        </w:tc>
        <w:tc>
          <w:tcPr>
            <w:tcW w:type="dxa" w:w="1314"/>
          </w:tcPr>
          <w:p>
            <w:pPr>
              <w:spacing w:after="0"/>
              <w:jc w:val="left"/>
            </w:pPr>
            <w:r>
              <w:rPr>
                <w:sz w:val="16"/>
              </w:rPr>
              <w:t>Extreme Cold/Wind Chill</w:t>
            </w:r>
          </w:p>
        </w:tc>
        <w:tc>
          <w:tcPr>
            <w:tcW w:type="dxa" w:w="1561"/>
          </w:tcPr>
          <w:p>
            <w:pPr>
              <w:spacing w:after="0"/>
              <w:jc w:val="left"/>
            </w:pPr>
          </w:p>
        </w:tc>
        <w:tc>
          <w:tcPr>
            <w:tcW w:type="dxa" w:w="3204"/>
          </w:tcPr>
          <w:p>
            <w:pPr>
              <w:spacing w:after="0"/>
              <w:jc w:val="left"/>
            </w:pPr>
            <w:r>
              <w:rPr>
                <w:sz w:val="16"/>
              </w:rPr>
              <w:t>$0 property; $0 crops (zone total, 2024 dollars)</w:t>
            </w:r>
          </w:p>
        </w:tc>
        <w:tc>
          <w:tcPr>
            <w:tcW w:type="dxa" w:w="937"/>
          </w:tcPr>
          <w:p>
            <w:pPr>
              <w:spacing w:after="0"/>
              <w:jc w:val="right"/>
            </w:pPr>
            <w:r>
              <w:rPr>
                <w:sz w:val="16"/>
              </w:rPr>
              <w:t>0, 0</w:t>
            </w:r>
          </w:p>
        </w:tc>
        <w:tc>
          <w:tcPr>
            <w:tcW w:type="dxa" w:w="2456"/>
          </w:tcPr>
          <w:p>
            <w:pPr>
              <w:spacing w:after="0"/>
              <w:jc w:val="left"/>
            </w:pPr>
            <w:r>
              <w:rPr>
                <w:sz w:val="16"/>
              </w:rPr>
              <w:t>NWS zone KSZ005 (PHILLIPS), zone-level</w:t>
            </w:r>
          </w:p>
        </w:tc>
        <w:tc>
          <w:tcPr>
            <w:tcW w:type="dxa" w:w="712"/>
          </w:tcPr>
          <w:p>
            <w:pPr>
              <w:spacing w:after="0"/>
              <w:jc w:val="left"/>
            </w:pPr>
            <w:r>
              <w:rPr>
                <w:sz w:val="16"/>
              </w:rPr>
              <w:t>within last 5 years</w:t>
            </w:r>
          </w:p>
        </w:tc>
        <w:tc>
          <w:tcPr>
            <w:tcW w:type="dxa" w:w="289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2021-12-15</w:t>
            </w:r>
          </w:p>
        </w:tc>
        <w:tc>
          <w:tcPr>
            <w:tcW w:type="dxa" w:w="1314"/>
          </w:tcPr>
          <w:p>
            <w:pPr>
              <w:spacing w:after="0"/>
              <w:jc w:val="left"/>
            </w:pPr>
            <w:r>
              <w:rPr>
                <w:sz w:val="16"/>
              </w:rPr>
              <w:t>High Wind</w:t>
            </w:r>
          </w:p>
        </w:tc>
        <w:tc>
          <w:tcPr>
            <w:tcW w:type="dxa" w:w="1561"/>
          </w:tcPr>
          <w:p>
            <w:pPr>
              <w:spacing w:after="0"/>
              <w:jc w:val="left"/>
            </w:pPr>
            <w:r>
              <w:rPr>
                <w:sz w:val="16"/>
              </w:rPr>
              <w:t>78 kt (90 mph) estimated gust</w:t>
            </w:r>
          </w:p>
        </w:tc>
        <w:tc>
          <w:tcPr>
            <w:tcW w:type="dxa" w:w="3204"/>
          </w:tcPr>
          <w:p>
            <w:pPr>
              <w:spacing w:after="0"/>
              <w:jc w:val="left"/>
            </w:pPr>
            <w:r>
              <w:rPr>
                <w:sz w:val="16"/>
              </w:rPr>
              <w:t>$0 property; $0 crops (zone total, 2021 dollars)</w:t>
            </w:r>
          </w:p>
        </w:tc>
        <w:tc>
          <w:tcPr>
            <w:tcW w:type="dxa" w:w="937"/>
          </w:tcPr>
          <w:p>
            <w:pPr>
              <w:spacing w:after="0"/>
              <w:jc w:val="right"/>
            </w:pPr>
            <w:r>
              <w:rPr>
                <w:sz w:val="16"/>
              </w:rPr>
              <w:t>0, 0</w:t>
            </w:r>
          </w:p>
        </w:tc>
        <w:tc>
          <w:tcPr>
            <w:tcW w:type="dxa" w:w="2456"/>
          </w:tcPr>
          <w:p>
            <w:pPr>
              <w:spacing w:after="0"/>
              <w:jc w:val="left"/>
            </w:pPr>
            <w:r>
              <w:rPr>
                <w:sz w:val="16"/>
              </w:rPr>
              <w:t>NWS zone KSZ005 (PHILLIPS), zone-level</w:t>
            </w:r>
          </w:p>
        </w:tc>
        <w:tc>
          <w:tcPr>
            <w:tcW w:type="dxa" w:w="712"/>
          </w:tcPr>
          <w:p>
            <w:pPr>
              <w:spacing w:after="0"/>
              <w:jc w:val="left"/>
            </w:pPr>
            <w:r>
              <w:rPr>
                <w:sz w:val="16"/>
              </w:rPr>
              <w:t>within last 5 years</w:t>
            </w:r>
          </w:p>
        </w:tc>
        <w:tc>
          <w:tcPr>
            <w:tcW w:type="dxa" w:w="2890"/>
          </w:tcPr>
          <w:p>
            <w:pPr>
              <w:spacing w:after="0"/>
              <w:jc w:val="left"/>
            </w:pPr>
            <w:r>
              <w:rPr>
                <w:sz w:val="16"/>
              </w:rPr>
              <w:t>B1-c worst recorded: High Wind and Strong Wind</w:t>
            </w:r>
          </w:p>
        </w:tc>
      </w:tr>
      <w:tr>
        <w:trPr>
          <w:cantSplit/>
        </w:trPr>
        <w:tc>
          <w:tcPr>
            <w:tcW w:type="dxa" w:w="1037"/>
          </w:tcPr>
          <w:p>
            <w:pPr>
              <w:spacing w:after="0"/>
              <w:jc w:val="left"/>
            </w:pPr>
            <w:r>
              <w:rPr>
                <w:sz w:val="16"/>
              </w:rPr>
              <w:t>2012-06-12</w:t>
            </w:r>
          </w:p>
        </w:tc>
        <w:tc>
          <w:tcPr>
            <w:tcW w:type="dxa" w:w="1314"/>
          </w:tcPr>
          <w:p>
            <w:pPr>
              <w:spacing w:after="0"/>
              <w:jc w:val="left"/>
            </w:pPr>
            <w:r>
              <w:rPr>
                <w:sz w:val="16"/>
              </w:rPr>
              <w:t>Drought</w:t>
            </w:r>
          </w:p>
        </w:tc>
        <w:tc>
          <w:tcPr>
            <w:tcW w:type="dxa" w:w="1561"/>
          </w:tcPr>
          <w:p>
            <w:pPr>
              <w:spacing w:after="0"/>
              <w:jc w:val="left"/>
            </w:pPr>
          </w:p>
        </w:tc>
        <w:tc>
          <w:tcPr>
            <w:tcW w:type="dxa" w:w="3204"/>
          </w:tcPr>
          <w:p>
            <w:pPr>
              <w:spacing w:after="0"/>
              <w:jc w:val="left"/>
            </w:pPr>
            <w:r>
              <w:rPr>
                <w:sz w:val="16"/>
              </w:rPr>
              <w:t>$0 property; $0 crops (zone total, 2012 dollars)</w:t>
            </w:r>
          </w:p>
        </w:tc>
        <w:tc>
          <w:tcPr>
            <w:tcW w:type="dxa" w:w="937"/>
          </w:tcPr>
          <w:p>
            <w:pPr>
              <w:spacing w:after="0"/>
              <w:jc w:val="right"/>
            </w:pPr>
            <w:r>
              <w:rPr>
                <w:sz w:val="16"/>
              </w:rPr>
              <w:t>0, 0</w:t>
            </w:r>
          </w:p>
        </w:tc>
        <w:tc>
          <w:tcPr>
            <w:tcW w:type="dxa" w:w="2456"/>
          </w:tcPr>
          <w:p>
            <w:pPr>
              <w:spacing w:after="0"/>
              <w:jc w:val="left"/>
            </w:pPr>
            <w:r>
              <w:rPr>
                <w:sz w:val="16"/>
              </w:rPr>
              <w:t>NWS zone KSZ005 (PHILLIPS), zone-level</w:t>
            </w:r>
          </w:p>
        </w:tc>
        <w:tc>
          <w:tcPr>
            <w:tcW w:type="dxa" w:w="712"/>
          </w:tcPr>
          <w:p>
            <w:pPr>
              <w:spacing w:after="0"/>
              <w:jc w:val="left"/>
            </w:pPr>
          </w:p>
        </w:tc>
        <w:tc>
          <w:tcPr>
            <w:tcW w:type="dxa" w:w="2890"/>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314"/>
          </w:tcPr>
          <w:p>
            <w:pPr>
              <w:spacing w:after="0"/>
              <w:jc w:val="left"/>
            </w:pPr>
            <w:r>
              <w:rPr>
                <w:sz w:val="16"/>
              </w:rPr>
              <w:t>Excessive Heat</w:t>
            </w:r>
          </w:p>
        </w:tc>
        <w:tc>
          <w:tcPr>
            <w:tcW w:type="dxa" w:w="1561"/>
          </w:tcPr>
          <w:p>
            <w:pPr>
              <w:spacing w:after="0"/>
              <w:jc w:val="left"/>
            </w:pPr>
          </w:p>
        </w:tc>
        <w:tc>
          <w:tcPr>
            <w:tcW w:type="dxa" w:w="3204"/>
          </w:tcPr>
          <w:p>
            <w:pPr>
              <w:spacing w:after="0"/>
              <w:jc w:val="left"/>
            </w:pPr>
            <w:r>
              <w:rPr>
                <w:sz w:val="16"/>
              </w:rPr>
              <w:t>$0 property; $0 crops (zone total, 2011 dollars)</w:t>
            </w:r>
          </w:p>
        </w:tc>
        <w:tc>
          <w:tcPr>
            <w:tcW w:type="dxa" w:w="937"/>
          </w:tcPr>
          <w:p>
            <w:pPr>
              <w:spacing w:after="0"/>
              <w:jc w:val="right"/>
            </w:pPr>
            <w:r>
              <w:rPr>
                <w:sz w:val="16"/>
              </w:rPr>
              <w:t>0, 0</w:t>
            </w:r>
          </w:p>
        </w:tc>
        <w:tc>
          <w:tcPr>
            <w:tcW w:type="dxa" w:w="2456"/>
          </w:tcPr>
          <w:p>
            <w:pPr>
              <w:spacing w:after="0"/>
              <w:jc w:val="left"/>
            </w:pPr>
            <w:r>
              <w:rPr>
                <w:sz w:val="16"/>
              </w:rPr>
              <w:t>NWS zone KSZ005 (PHILLIPS), zone-level</w:t>
            </w:r>
          </w:p>
        </w:tc>
        <w:tc>
          <w:tcPr>
            <w:tcW w:type="dxa" w:w="712"/>
          </w:tcPr>
          <w:p>
            <w:pPr>
              <w:spacing w:after="0"/>
              <w:jc w:val="left"/>
            </w:pPr>
          </w:p>
        </w:tc>
        <w:tc>
          <w:tcPr>
            <w:tcW w:type="dxa" w:w="2890"/>
          </w:tcPr>
          <w:p>
            <w:pPr>
              <w:spacing w:after="0"/>
              <w:jc w:val="left"/>
            </w:pPr>
            <w:r>
              <w:rPr>
                <w:sz w:val="16"/>
              </w:rPr>
              <w:t>B1-c worst recorded: Excessive Heat, Heat</w:t>
            </w:r>
          </w:p>
        </w:tc>
      </w:tr>
      <w:tr>
        <w:trPr>
          <w:cantSplit/>
        </w:trPr>
        <w:tc>
          <w:tcPr>
            <w:tcW w:type="dxa" w:w="1037"/>
          </w:tcPr>
          <w:p>
            <w:pPr>
              <w:spacing w:after="0"/>
              <w:jc w:val="left"/>
            </w:pPr>
            <w:r>
              <w:rPr>
                <w:sz w:val="16"/>
              </w:rPr>
              <w:t>2007-12-10</w:t>
            </w:r>
          </w:p>
        </w:tc>
        <w:tc>
          <w:tcPr>
            <w:tcW w:type="dxa" w:w="1314"/>
          </w:tcPr>
          <w:p>
            <w:pPr>
              <w:spacing w:after="0"/>
              <w:jc w:val="left"/>
            </w:pPr>
            <w:r>
              <w:rPr>
                <w:sz w:val="16"/>
              </w:rPr>
              <w:t>Winter Storm</w:t>
            </w:r>
          </w:p>
        </w:tc>
        <w:tc>
          <w:tcPr>
            <w:tcW w:type="dxa" w:w="1561"/>
          </w:tcPr>
          <w:p>
            <w:pPr>
              <w:spacing w:after="0"/>
              <w:jc w:val="left"/>
            </w:pPr>
          </w:p>
        </w:tc>
        <w:tc>
          <w:tcPr>
            <w:tcW w:type="dxa" w:w="3204"/>
          </w:tcPr>
          <w:p>
            <w:pPr>
              <w:spacing w:after="0"/>
              <w:jc w:val="left"/>
            </w:pPr>
            <w:r>
              <w:rPr>
                <w:sz w:val="16"/>
              </w:rPr>
              <w:t>$250,000 property; $0 crops (zone total, 2007 dollars)</w:t>
            </w:r>
          </w:p>
        </w:tc>
        <w:tc>
          <w:tcPr>
            <w:tcW w:type="dxa" w:w="937"/>
          </w:tcPr>
          <w:p>
            <w:pPr>
              <w:spacing w:after="0"/>
              <w:jc w:val="right"/>
            </w:pPr>
            <w:r>
              <w:rPr>
                <w:sz w:val="16"/>
              </w:rPr>
              <w:t>0, 0</w:t>
            </w:r>
          </w:p>
        </w:tc>
        <w:tc>
          <w:tcPr>
            <w:tcW w:type="dxa" w:w="2456"/>
          </w:tcPr>
          <w:p>
            <w:pPr>
              <w:spacing w:after="0"/>
              <w:jc w:val="left"/>
            </w:pPr>
            <w:r>
              <w:rPr>
                <w:sz w:val="16"/>
              </w:rPr>
              <w:t>NWS zone KSZ005 (PHILLIPS), zone-level</w:t>
            </w:r>
          </w:p>
        </w:tc>
        <w:tc>
          <w:tcPr>
            <w:tcW w:type="dxa" w:w="712"/>
          </w:tcPr>
          <w:p>
            <w:pPr>
              <w:spacing w:after="0"/>
              <w:jc w:val="left"/>
            </w:pPr>
          </w:p>
        </w:tc>
        <w:tc>
          <w:tcPr>
            <w:tcW w:type="dxa" w:w="289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2007-04-03</w:t>
            </w:r>
          </w:p>
        </w:tc>
        <w:tc>
          <w:tcPr>
            <w:tcW w:type="dxa" w:w="1314"/>
          </w:tcPr>
          <w:p>
            <w:pPr>
              <w:spacing w:after="0"/>
              <w:jc w:val="left"/>
            </w:pPr>
            <w:r>
              <w:rPr>
                <w:sz w:val="16"/>
              </w:rPr>
              <w:t>Frost/Freeze</w:t>
            </w:r>
          </w:p>
        </w:tc>
        <w:tc>
          <w:tcPr>
            <w:tcW w:type="dxa" w:w="1561"/>
          </w:tcPr>
          <w:p>
            <w:pPr>
              <w:spacing w:after="0"/>
              <w:jc w:val="left"/>
            </w:pPr>
          </w:p>
        </w:tc>
        <w:tc>
          <w:tcPr>
            <w:tcW w:type="dxa" w:w="3204"/>
          </w:tcPr>
          <w:p>
            <w:pPr>
              <w:spacing w:after="0"/>
              <w:jc w:val="left"/>
            </w:pPr>
            <w:r>
              <w:rPr>
                <w:sz w:val="16"/>
              </w:rPr>
              <w:t>$0 property; $250,000 crops (zone total, 2007 dollars)</w:t>
            </w:r>
          </w:p>
        </w:tc>
        <w:tc>
          <w:tcPr>
            <w:tcW w:type="dxa" w:w="937"/>
          </w:tcPr>
          <w:p>
            <w:pPr>
              <w:spacing w:after="0"/>
              <w:jc w:val="right"/>
            </w:pPr>
            <w:r>
              <w:rPr>
                <w:sz w:val="16"/>
              </w:rPr>
              <w:t>0, 0</w:t>
            </w:r>
          </w:p>
        </w:tc>
        <w:tc>
          <w:tcPr>
            <w:tcW w:type="dxa" w:w="2456"/>
          </w:tcPr>
          <w:p>
            <w:pPr>
              <w:spacing w:after="0"/>
              <w:jc w:val="left"/>
            </w:pPr>
            <w:r>
              <w:rPr>
                <w:sz w:val="16"/>
              </w:rPr>
              <w:t>NWS zone KSZ005 (PHILLIPS), zone-level</w:t>
            </w:r>
          </w:p>
        </w:tc>
        <w:tc>
          <w:tcPr>
            <w:tcW w:type="dxa" w:w="712"/>
          </w:tcPr>
          <w:p>
            <w:pPr>
              <w:spacing w:after="0"/>
              <w:jc w:val="left"/>
            </w:pPr>
          </w:p>
        </w:tc>
        <w:tc>
          <w:tcPr>
            <w:tcW w:type="dxa" w:w="2890"/>
          </w:tcPr>
          <w:p>
            <w:pPr>
              <w:spacing w:after="0"/>
              <w:jc w:val="left"/>
            </w:pPr>
            <w:r>
              <w:rPr>
                <w:sz w:val="16"/>
              </w:rPr>
              <w:t>B1-c worst recorded: Frost/Freeze</w:t>
            </w:r>
          </w:p>
        </w:tc>
      </w:tr>
      <w:tr>
        <w:trPr>
          <w:cantSplit/>
        </w:trPr>
        <w:tc>
          <w:tcPr>
            <w:tcW w:type="dxa" w:w="1037"/>
          </w:tcPr>
          <w:p>
            <w:pPr>
              <w:spacing w:after="0"/>
              <w:jc w:val="left"/>
            </w:pPr>
            <w:r>
              <w:rPr>
                <w:sz w:val="16"/>
              </w:rPr>
              <w:t>2006-12-30</w:t>
            </w:r>
          </w:p>
        </w:tc>
        <w:tc>
          <w:tcPr>
            <w:tcW w:type="dxa" w:w="1314"/>
          </w:tcPr>
          <w:p>
            <w:pPr>
              <w:spacing w:after="0"/>
              <w:jc w:val="left"/>
            </w:pPr>
            <w:r>
              <w:rPr>
                <w:sz w:val="16"/>
              </w:rPr>
              <w:t>Ice Storm</w:t>
            </w:r>
          </w:p>
        </w:tc>
        <w:tc>
          <w:tcPr>
            <w:tcW w:type="dxa" w:w="1561"/>
          </w:tcPr>
          <w:p>
            <w:pPr>
              <w:spacing w:after="0"/>
              <w:jc w:val="left"/>
            </w:pPr>
          </w:p>
        </w:tc>
        <w:tc>
          <w:tcPr>
            <w:tcW w:type="dxa" w:w="3204"/>
          </w:tcPr>
          <w:p>
            <w:pPr>
              <w:spacing w:after="0"/>
              <w:jc w:val="left"/>
            </w:pPr>
            <w:r>
              <w:rPr>
                <w:sz w:val="16"/>
              </w:rPr>
              <w:t>$500,000 property; $0 crops (zone total, 2006 dollars)</w:t>
            </w:r>
          </w:p>
        </w:tc>
        <w:tc>
          <w:tcPr>
            <w:tcW w:type="dxa" w:w="937"/>
          </w:tcPr>
          <w:p>
            <w:pPr>
              <w:spacing w:after="0"/>
              <w:jc w:val="right"/>
            </w:pPr>
            <w:r>
              <w:rPr>
                <w:sz w:val="16"/>
              </w:rPr>
              <w:t>0, 0</w:t>
            </w:r>
          </w:p>
        </w:tc>
        <w:tc>
          <w:tcPr>
            <w:tcW w:type="dxa" w:w="2456"/>
          </w:tcPr>
          <w:p>
            <w:pPr>
              <w:spacing w:after="0"/>
              <w:jc w:val="left"/>
            </w:pPr>
            <w:r>
              <w:rPr>
                <w:sz w:val="16"/>
              </w:rPr>
              <w:t>NWS zone KSZ005 (PHILLIPS), zone-level</w:t>
            </w:r>
          </w:p>
        </w:tc>
        <w:tc>
          <w:tcPr>
            <w:tcW w:type="dxa" w:w="712"/>
          </w:tcPr>
          <w:p>
            <w:pPr>
              <w:spacing w:after="0"/>
              <w:jc w:val="left"/>
            </w:pPr>
          </w:p>
        </w:tc>
        <w:tc>
          <w:tcPr>
            <w:tcW w:type="dxa" w:w="2890"/>
          </w:tcPr>
          <w:p>
            <w:pPr>
              <w:spacing w:after="0"/>
              <w:jc w:val="left"/>
            </w:pPr>
            <w:r>
              <w:rPr>
                <w:sz w:val="16"/>
              </w:rPr>
              <w:t>B1-c worst recorded: Ice Storm</w:t>
            </w:r>
          </w:p>
        </w:tc>
      </w:tr>
      <w:tr>
        <w:trPr>
          <w:cantSplit/>
        </w:trPr>
        <w:tc>
          <w:tcPr>
            <w:tcW w:type="dxa" w:w="1037"/>
          </w:tcPr>
          <w:p>
            <w:pPr>
              <w:spacing w:after="0"/>
              <w:jc w:val="left"/>
            </w:pPr>
            <w:r>
              <w:rPr>
                <w:sz w:val="16"/>
              </w:rPr>
              <w:t>2005-04-05</w:t>
            </w:r>
          </w:p>
        </w:tc>
        <w:tc>
          <w:tcPr>
            <w:tcW w:type="dxa" w:w="1314"/>
          </w:tcPr>
          <w:p>
            <w:pPr>
              <w:spacing w:after="0"/>
              <w:jc w:val="left"/>
            </w:pPr>
            <w:r>
              <w:rPr>
                <w:sz w:val="16"/>
              </w:rPr>
              <w:t>Flash Flood</w:t>
            </w:r>
          </w:p>
        </w:tc>
        <w:tc>
          <w:tcPr>
            <w:tcW w:type="dxa" w:w="1561"/>
          </w:tcPr>
          <w:p>
            <w:pPr>
              <w:spacing w:after="0"/>
              <w:jc w:val="left"/>
            </w:pPr>
          </w:p>
        </w:tc>
        <w:tc>
          <w:tcPr>
            <w:tcW w:type="dxa" w:w="3204"/>
          </w:tcPr>
          <w:p>
            <w:pPr>
              <w:spacing w:after="0"/>
              <w:jc w:val="left"/>
            </w:pPr>
            <w:r>
              <w:rPr>
                <w:sz w:val="16"/>
              </w:rPr>
              <w:t>$150,000 property; $500,000 crops (2005 dollars)</w:t>
            </w:r>
          </w:p>
        </w:tc>
        <w:tc>
          <w:tcPr>
            <w:tcW w:type="dxa" w:w="937"/>
          </w:tcPr>
          <w:p>
            <w:pPr>
              <w:spacing w:after="0"/>
              <w:jc w:val="right"/>
            </w:pPr>
            <w:r>
              <w:rPr>
                <w:sz w:val="16"/>
              </w:rPr>
              <w:t>0, 0</w:t>
            </w:r>
          </w:p>
        </w:tc>
        <w:tc>
          <w:tcPr>
            <w:tcW w:type="dxa" w:w="2456"/>
          </w:tcPr>
          <w:p>
            <w:pPr>
              <w:spacing w:after="0"/>
              <w:jc w:val="left"/>
            </w:pPr>
            <w:r>
              <w:rPr>
                <w:sz w:val="16"/>
              </w:rPr>
              <w:t>COUNTYWIDE</w:t>
            </w:r>
          </w:p>
        </w:tc>
        <w:tc>
          <w:tcPr>
            <w:tcW w:type="dxa" w:w="712"/>
          </w:tcPr>
          <w:p>
            <w:pPr>
              <w:spacing w:after="0"/>
              <w:jc w:val="left"/>
            </w:pPr>
          </w:p>
        </w:tc>
        <w:tc>
          <w:tcPr>
            <w:tcW w:type="dxa" w:w="289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2000-06-29</w:t>
            </w:r>
          </w:p>
        </w:tc>
        <w:tc>
          <w:tcPr>
            <w:tcW w:type="dxa" w:w="1314"/>
          </w:tcPr>
          <w:p>
            <w:pPr>
              <w:spacing w:after="0"/>
              <w:jc w:val="left"/>
            </w:pPr>
            <w:r>
              <w:rPr>
                <w:sz w:val="16"/>
              </w:rPr>
              <w:t>Thunderstorm Wind</w:t>
            </w:r>
          </w:p>
        </w:tc>
        <w:tc>
          <w:tcPr>
            <w:tcW w:type="dxa" w:w="1561"/>
          </w:tcPr>
          <w:p>
            <w:pPr>
              <w:spacing w:after="0"/>
              <w:jc w:val="left"/>
            </w:pPr>
            <w:r>
              <w:rPr>
                <w:sz w:val="16"/>
              </w:rPr>
              <w:t>87 kt (100 mph) estimated</w:t>
            </w:r>
          </w:p>
        </w:tc>
        <w:tc>
          <w:tcPr>
            <w:tcW w:type="dxa" w:w="3204"/>
          </w:tcPr>
          <w:p>
            <w:pPr>
              <w:spacing w:after="0"/>
              <w:jc w:val="left"/>
            </w:pPr>
            <w:r>
              <w:rPr>
                <w:sz w:val="16"/>
              </w:rPr>
              <w:t>$1,000,000 property; $1,000,000 crops (2000 dollars)</w:t>
            </w:r>
          </w:p>
        </w:tc>
        <w:tc>
          <w:tcPr>
            <w:tcW w:type="dxa" w:w="937"/>
          </w:tcPr>
          <w:p>
            <w:pPr>
              <w:spacing w:after="0"/>
              <w:jc w:val="right"/>
            </w:pPr>
            <w:r>
              <w:rPr>
                <w:sz w:val="16"/>
              </w:rPr>
              <w:t>0, 1</w:t>
            </w:r>
          </w:p>
        </w:tc>
        <w:tc>
          <w:tcPr>
            <w:tcW w:type="dxa" w:w="2456"/>
          </w:tcPr>
          <w:p>
            <w:pPr>
              <w:spacing w:after="0"/>
              <w:jc w:val="left"/>
            </w:pPr>
            <w:r>
              <w:rPr>
                <w:sz w:val="16"/>
              </w:rPr>
              <w:t>LONG IS</w:t>
            </w:r>
          </w:p>
        </w:tc>
        <w:tc>
          <w:tcPr>
            <w:tcW w:type="dxa" w:w="712"/>
          </w:tcPr>
          <w:p>
            <w:pPr>
              <w:spacing w:after="0"/>
              <w:jc w:val="left"/>
            </w:pPr>
          </w:p>
        </w:tc>
        <w:tc>
          <w:tcPr>
            <w:tcW w:type="dxa" w:w="2890"/>
          </w:tcPr>
          <w:p>
            <w:pPr>
              <w:spacing w:after="0"/>
              <w:jc w:val="left"/>
            </w:pPr>
            <w:r>
              <w:rPr>
                <w:sz w:val="16"/>
              </w:rPr>
              <w:t>deaths or injuries recorded</w:t>
            </w:r>
          </w:p>
        </w:tc>
      </w:tr>
      <w:tr>
        <w:trPr>
          <w:cantSplit/>
        </w:trPr>
        <w:tc>
          <w:tcPr>
            <w:tcW w:type="dxa" w:w="1037"/>
          </w:tcPr>
          <w:p>
            <w:pPr>
              <w:spacing w:after="0"/>
              <w:jc w:val="left"/>
            </w:pPr>
            <w:r>
              <w:rPr>
                <w:sz w:val="16"/>
              </w:rPr>
              <w:t>1985-05-10</w:t>
            </w:r>
          </w:p>
        </w:tc>
        <w:tc>
          <w:tcPr>
            <w:tcW w:type="dxa" w:w="1314"/>
          </w:tcPr>
          <w:p>
            <w:pPr>
              <w:spacing w:after="0"/>
              <w:jc w:val="left"/>
            </w:pPr>
            <w:r>
              <w:rPr>
                <w:sz w:val="16"/>
              </w:rPr>
              <w:t>Tornado</w:t>
            </w:r>
          </w:p>
        </w:tc>
        <w:tc>
          <w:tcPr>
            <w:tcW w:type="dxa" w:w="1561"/>
          </w:tcPr>
          <w:p>
            <w:pPr>
              <w:spacing w:after="0"/>
              <w:jc w:val="left"/>
            </w:pPr>
            <w:r>
              <w:rPr>
                <w:sz w:val="16"/>
              </w:rPr>
              <w:t>F4, 11 mi path length (whole path, pre-1996), 1,000 yd wide</w:t>
            </w:r>
          </w:p>
        </w:tc>
        <w:tc>
          <w:tcPr>
            <w:tcW w:type="dxa" w:w="3204"/>
          </w:tcPr>
          <w:p>
            <w:pPr>
              <w:spacing w:after="0"/>
              <w:jc w:val="left"/>
            </w:pPr>
            <w:r>
              <w:rPr>
                <w:sz w:val="16"/>
              </w:rPr>
              <w:t>$2,500,000 property; crops not recorded (1985 dollars)</w:t>
            </w:r>
          </w:p>
        </w:tc>
        <w:tc>
          <w:tcPr>
            <w:tcW w:type="dxa" w:w="937"/>
          </w:tcPr>
          <w:p>
            <w:pPr>
              <w:spacing w:after="0"/>
              <w:jc w:val="right"/>
            </w:pPr>
            <w:r>
              <w:rPr>
                <w:sz w:val="16"/>
              </w:rPr>
              <w:t>0, 1</w:t>
            </w:r>
          </w:p>
        </w:tc>
        <w:tc>
          <w:tcPr>
            <w:tcW w:type="dxa" w:w="2456"/>
          </w:tcPr>
          <w:p>
            <w:pPr>
              <w:spacing w:after="0"/>
              <w:jc w:val="left"/>
            </w:pPr>
            <w:r>
              <w:rPr>
                <w:sz w:val="16"/>
              </w:rPr>
              <w:t>location not recorded</w:t>
            </w:r>
          </w:p>
        </w:tc>
        <w:tc>
          <w:tcPr>
            <w:tcW w:type="dxa" w:w="712"/>
          </w:tcPr>
          <w:p>
            <w:pPr>
              <w:spacing w:after="0"/>
              <w:jc w:val="left"/>
            </w:pPr>
          </w:p>
        </w:tc>
        <w:tc>
          <w:tcPr>
            <w:tcW w:type="dxa" w:w="2890"/>
          </w:tcPr>
          <w:p>
            <w:pPr>
              <w:spacing w:after="0"/>
              <w:jc w:val="left"/>
            </w:pPr>
            <w:r>
              <w:rPr>
                <w:sz w:val="16"/>
              </w:rPr>
              <w:t>deaths or injuries recorded</w:t>
            </w:r>
          </w:p>
        </w:tc>
      </w:tr>
      <w:tr>
        <w:trPr>
          <w:cantSplit/>
        </w:trPr>
        <w:tc>
          <w:tcPr>
            <w:tcW w:type="dxa" w:w="1037"/>
          </w:tcPr>
          <w:p>
            <w:pPr>
              <w:spacing w:after="0"/>
              <w:jc w:val="left"/>
            </w:pPr>
            <w:r>
              <w:rPr>
                <w:sz w:val="16"/>
              </w:rPr>
              <w:t>1984-07-10</w:t>
            </w:r>
          </w:p>
        </w:tc>
        <w:tc>
          <w:tcPr>
            <w:tcW w:type="dxa" w:w="1314"/>
          </w:tcPr>
          <w:p>
            <w:pPr>
              <w:spacing w:after="0"/>
              <w:jc w:val="left"/>
            </w:pPr>
            <w:r>
              <w:rPr>
                <w:sz w:val="16"/>
              </w:rPr>
              <w:t>Thunderstorm Wind</w:t>
            </w:r>
          </w:p>
        </w:tc>
        <w:tc>
          <w:tcPr>
            <w:tcW w:type="dxa" w:w="1561"/>
          </w:tcPr>
          <w:p>
            <w:pPr>
              <w:spacing w:after="0"/>
              <w:jc w:val="left"/>
            </w:pPr>
            <w:r>
              <w:rPr>
                <w:sz w:val="16"/>
              </w:rPr>
              <w:t>speed not recorded</w:t>
            </w:r>
          </w:p>
        </w:tc>
        <w:tc>
          <w:tcPr>
            <w:tcW w:type="dxa" w:w="3204"/>
          </w:tcPr>
          <w:p>
            <w:pPr>
              <w:spacing w:after="0"/>
              <w:jc w:val="left"/>
            </w:pPr>
            <w:r>
              <w:rPr>
                <w:sz w:val="16"/>
              </w:rPr>
              <w:t>damage not recorded (pre-1996 record)</w:t>
            </w:r>
          </w:p>
        </w:tc>
        <w:tc>
          <w:tcPr>
            <w:tcW w:type="dxa" w:w="937"/>
          </w:tcPr>
          <w:p>
            <w:pPr>
              <w:spacing w:after="0"/>
              <w:jc w:val="right"/>
            </w:pPr>
            <w:r>
              <w:rPr>
                <w:sz w:val="16"/>
              </w:rPr>
              <w:t>0, 2</w:t>
            </w:r>
          </w:p>
        </w:tc>
        <w:tc>
          <w:tcPr>
            <w:tcW w:type="dxa" w:w="2456"/>
          </w:tcPr>
          <w:p>
            <w:pPr>
              <w:spacing w:after="0"/>
              <w:jc w:val="left"/>
            </w:pPr>
            <w:r>
              <w:rPr>
                <w:sz w:val="16"/>
              </w:rPr>
              <w:t>location not recorded</w:t>
            </w:r>
          </w:p>
        </w:tc>
        <w:tc>
          <w:tcPr>
            <w:tcW w:type="dxa" w:w="712"/>
          </w:tcPr>
          <w:p>
            <w:pPr>
              <w:spacing w:after="0"/>
              <w:jc w:val="left"/>
            </w:pPr>
          </w:p>
        </w:tc>
        <w:tc>
          <w:tcPr>
            <w:tcW w:type="dxa" w:w="2890"/>
          </w:tcPr>
          <w:p>
            <w:pPr>
              <w:spacing w:after="0"/>
              <w:jc w:val="left"/>
            </w:pPr>
            <w:r>
              <w:rPr>
                <w:sz w:val="16"/>
              </w:rPr>
              <w:t>deaths or injuries recorded</w:t>
            </w:r>
          </w:p>
        </w:tc>
      </w:tr>
      <w:tr>
        <w:trPr>
          <w:cantSplit/>
        </w:trPr>
        <w:tc>
          <w:tcPr>
            <w:tcW w:type="dxa" w:w="1037"/>
          </w:tcPr>
          <w:p>
            <w:pPr>
              <w:spacing w:after="0"/>
              <w:jc w:val="left"/>
            </w:pPr>
            <w:r>
              <w:rPr>
                <w:sz w:val="16"/>
              </w:rPr>
              <w:t>1980-05-31</w:t>
            </w:r>
          </w:p>
        </w:tc>
        <w:tc>
          <w:tcPr>
            <w:tcW w:type="dxa" w:w="1314"/>
          </w:tcPr>
          <w:p>
            <w:pPr>
              <w:spacing w:after="0"/>
              <w:jc w:val="left"/>
            </w:pPr>
            <w:r>
              <w:rPr>
                <w:sz w:val="16"/>
              </w:rPr>
              <w:t>Hail</w:t>
            </w:r>
          </w:p>
        </w:tc>
        <w:tc>
          <w:tcPr>
            <w:tcW w:type="dxa" w:w="1561"/>
          </w:tcPr>
          <w:p>
            <w:pPr>
              <w:spacing w:after="0"/>
              <w:jc w:val="left"/>
            </w:pPr>
            <w:r>
              <w:rPr>
                <w:sz w:val="16"/>
              </w:rPr>
              <w:t>4.5 in</w:t>
            </w:r>
          </w:p>
        </w:tc>
        <w:tc>
          <w:tcPr>
            <w:tcW w:type="dxa" w:w="3204"/>
          </w:tcPr>
          <w:p>
            <w:pPr>
              <w:spacing w:after="0"/>
              <w:jc w:val="left"/>
            </w:pPr>
            <w:r>
              <w:rPr>
                <w:sz w:val="16"/>
              </w:rPr>
              <w:t>damage not recorded (pre-1996 record)</w:t>
            </w:r>
          </w:p>
        </w:tc>
        <w:tc>
          <w:tcPr>
            <w:tcW w:type="dxa" w:w="937"/>
          </w:tcPr>
          <w:p>
            <w:pPr>
              <w:spacing w:after="0"/>
              <w:jc w:val="right"/>
            </w:pPr>
            <w:r>
              <w:rPr>
                <w:sz w:val="16"/>
              </w:rPr>
              <w:t>0, 0</w:t>
            </w:r>
          </w:p>
        </w:tc>
        <w:tc>
          <w:tcPr>
            <w:tcW w:type="dxa" w:w="2456"/>
          </w:tcPr>
          <w:p>
            <w:pPr>
              <w:spacing w:after="0"/>
              <w:jc w:val="left"/>
            </w:pPr>
            <w:r>
              <w:rPr>
                <w:sz w:val="16"/>
              </w:rPr>
              <w:t>location not recorded</w:t>
            </w:r>
          </w:p>
        </w:tc>
        <w:tc>
          <w:tcPr>
            <w:tcW w:type="dxa" w:w="712"/>
          </w:tcPr>
          <w:p>
            <w:pPr>
              <w:spacing w:after="0"/>
              <w:jc w:val="left"/>
            </w:pPr>
          </w:p>
        </w:tc>
        <w:tc>
          <w:tcPr>
            <w:tcW w:type="dxa" w:w="2890"/>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(768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3.32</w:t>
            </w:r>
          </w:p>
        </w:tc>
        <w:tc>
          <w:tcPr>
            <w:tcW w:type="dxa" w:w="1387"/>
          </w:tcPr>
          <w:p>
            <w:pPr>
              <w:spacing w:after="0"/>
              <w:jc w:val="left"/>
            </w:pPr>
            <w:r>
              <w:rPr>
                <w:sz w:val="16"/>
              </w:rPr>
              <w:t>event-days per year</w:t>
            </w:r>
          </w:p>
        </w:tc>
        <w:tc>
          <w:tcPr>
            <w:tcW w:type="dxa" w:w="1850"/>
          </w:tcPr>
          <w:p>
            <w:pPr>
              <w:spacing w:after="0"/>
              <w:jc w:val="left"/>
            </w:pPr>
            <w:r>
              <w:rPr>
                <w:sz w:val="16"/>
              </w:rPr>
              <w:t>about 3.32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9 of 30 years, 1996 to 2025 (30%)</w:t>
            </w:r>
          </w:p>
        </w:tc>
        <w:tc>
          <w:tcPr>
            <w:tcW w:type="dxa" w:w="1615"/>
          </w:tcPr>
          <w:p>
            <w:pPr>
              <w:spacing w:after="0"/>
              <w:jc w:val="right"/>
            </w:pPr>
            <w:r>
              <w:rPr>
                <w:sz w:val="16"/>
              </w:rPr>
              <w:t>63</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44.5</w:t>
            </w:r>
          </w:p>
        </w:tc>
        <w:tc>
          <w:tcPr>
            <w:tcW w:type="dxa" w:w="1387"/>
          </w:tcPr>
          <w:p>
            <w:pPr>
              <w:spacing w:after="0"/>
              <w:jc w:val="left"/>
            </w:pPr>
            <w:r>
              <w:rPr>
                <w:sz w:val="16"/>
              </w:rPr>
              <w:t>event-days per year</w:t>
            </w:r>
          </w:p>
        </w:tc>
        <w:tc>
          <w:tcPr>
            <w:tcW w:type="dxa" w:w="1850"/>
          </w:tcPr>
          <w:p>
            <w:pPr>
              <w:spacing w:after="0"/>
              <w:jc w:val="left"/>
            </w:pPr>
            <w:r>
              <w:rPr>
                <w:sz w:val="16"/>
              </w:rPr>
              <w:t>about 44.5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11 of 30 years, 1996 to 2025 (36.7%)</w:t>
            </w:r>
          </w:p>
        </w:tc>
        <w:tc>
          <w:tcPr>
            <w:tcW w:type="dxa" w:w="1615"/>
          </w:tcPr>
          <w:p>
            <w:pPr>
              <w:spacing w:after="0"/>
              <w:jc w:val="right"/>
            </w:pPr>
            <w:r>
              <w:rPr>
                <w:sz w:val="16"/>
              </w:rPr>
              <w:t>1,358</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0.000409</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0.0409%</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7.48</w:t>
            </w:r>
          </w:p>
        </w:tc>
        <w:tc>
          <w:tcPr>
            <w:tcW w:type="dxa" w:w="1387"/>
          </w:tcPr>
          <w:p>
            <w:pPr>
              <w:spacing w:after="0"/>
              <w:jc w:val="left"/>
            </w:pPr>
            <w:r>
              <w:rPr>
                <w:sz w:val="16"/>
              </w:rPr>
              <w:t>events per year</w:t>
            </w:r>
          </w:p>
        </w:tc>
        <w:tc>
          <w:tcPr>
            <w:tcW w:type="dxa" w:w="1850"/>
          </w:tcPr>
          <w:p>
            <w:pPr>
              <w:spacing w:after="0"/>
              <w:jc w:val="left"/>
            </w:pPr>
            <w:r>
              <w:rPr>
                <w:sz w:val="16"/>
              </w:rPr>
              <w:t>about 7.48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284.4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6.79</w:t>
            </w:r>
          </w:p>
        </w:tc>
        <w:tc>
          <w:tcPr>
            <w:tcW w:type="dxa" w:w="1387"/>
          </w:tcPr>
          <w:p>
            <w:pPr>
              <w:spacing w:after="0"/>
              <w:jc w:val="left"/>
            </w:pPr>
            <w:r>
              <w:rPr>
                <w:sz w:val="16"/>
              </w:rPr>
              <w:t>event-days per year</w:t>
            </w:r>
          </w:p>
        </w:tc>
        <w:tc>
          <w:tcPr>
            <w:tcW w:type="dxa" w:w="1850"/>
          </w:tcPr>
          <w:p>
            <w:pPr>
              <w:spacing w:after="0"/>
              <w:jc w:val="left"/>
            </w:pPr>
            <w:r>
              <w:rPr>
                <w:sz w:val="16"/>
              </w:rPr>
              <w:t>about 6.79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2 of 30 years, 1996 to 2025 (6.67%)</w:t>
            </w:r>
          </w:p>
        </w:tc>
        <w:tc>
          <w:tcPr>
            <w:tcW w:type="dxa" w:w="1615"/>
          </w:tcPr>
          <w:p>
            <w:pPr>
              <w:spacing w:after="0"/>
              <w:jc w:val="right"/>
            </w:pPr>
            <w:r>
              <w:rPr>
                <w:sz w:val="16"/>
              </w:rPr>
              <w:t>107</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0.473</w:t>
            </w:r>
          </w:p>
        </w:tc>
        <w:tc>
          <w:tcPr>
            <w:tcW w:type="dxa" w:w="1387"/>
          </w:tcPr>
          <w:p>
            <w:pPr>
              <w:spacing w:after="0"/>
              <w:jc w:val="left"/>
            </w:pPr>
            <w:r>
              <w:rPr>
                <w:sz w:val="16"/>
              </w:rPr>
              <w:t>event-days per year</w:t>
            </w:r>
          </w:p>
        </w:tc>
        <w:tc>
          <w:tcPr>
            <w:tcW w:type="dxa" w:w="1850"/>
          </w:tcPr>
          <w:p>
            <w:pPr>
              <w:spacing w:after="0"/>
              <w:jc w:val="left"/>
            </w:pPr>
            <w:r>
              <w:rPr>
                <w:sz w:val="16"/>
              </w:rPr>
              <w:t>about 0.473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4 of 30 years, 1996 to 2025 (13.3%)</w:t>
            </w:r>
          </w:p>
        </w:tc>
        <w:tc>
          <w:tcPr>
            <w:tcW w:type="dxa" w:w="1615"/>
          </w:tcPr>
          <w:p>
            <w:pPr>
              <w:spacing w:after="0"/>
              <w:jc w:val="right"/>
            </w:pPr>
            <w:r>
              <w:rPr>
                <w:sz w:val="16"/>
              </w:rPr>
              <w:t>32</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0.607</w:t>
            </w:r>
          </w:p>
        </w:tc>
        <w:tc>
          <w:tcPr>
            <w:tcW w:type="dxa" w:w="1387"/>
          </w:tcPr>
          <w:p>
            <w:pPr>
              <w:spacing w:after="0"/>
              <w:jc w:val="left"/>
            </w:pPr>
            <w:r>
              <w:rPr>
                <w:sz w:val="16"/>
              </w:rPr>
              <w:t>event-days per year</w:t>
            </w:r>
          </w:p>
        </w:tc>
        <w:tc>
          <w:tcPr>
            <w:tcW w:type="dxa" w:w="1850"/>
          </w:tcPr>
          <w:p>
            <w:pPr>
              <w:spacing w:after="0"/>
              <w:jc w:val="left"/>
            </w:pPr>
            <w:r>
              <w:rPr>
                <w:sz w:val="16"/>
              </w:rPr>
              <w:t>about 0.607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12 of 30 years, 1996 to 2025 (40%)</w:t>
            </w:r>
          </w:p>
        </w:tc>
        <w:tc>
          <w:tcPr>
            <w:tcW w:type="dxa" w:w="1615"/>
          </w:tcPr>
          <w:p>
            <w:pPr>
              <w:spacing w:after="0"/>
              <w:jc w:val="right"/>
            </w:pPr>
            <w:r>
              <w:rPr>
                <w:sz w:val="16"/>
              </w:rPr>
              <w:t>17</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0.324</w:t>
            </w:r>
          </w:p>
        </w:tc>
        <w:tc>
          <w:tcPr>
            <w:tcW w:type="dxa" w:w="1387"/>
          </w:tcPr>
          <w:p>
            <w:pPr>
              <w:spacing w:after="0"/>
              <w:jc w:val="left"/>
            </w:pPr>
            <w:r>
              <w:rPr>
                <w:sz w:val="16"/>
              </w:rPr>
              <w:t>events per year (modeled)</w:t>
            </w:r>
          </w:p>
        </w:tc>
        <w:tc>
          <w:tcPr>
            <w:tcW w:type="dxa" w:w="1850"/>
          </w:tcPr>
          <w:p>
            <w:pPr>
              <w:spacing w:after="0"/>
              <w:jc w:val="left"/>
            </w:pPr>
            <w:r>
              <w:rPr>
                <w:sz w:val="16"/>
              </w:rPr>
              <w:t>about 1 in 3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43.7</w:t>
            </w:r>
          </w:p>
        </w:tc>
        <w:tc>
          <w:tcPr>
            <w:tcW w:type="dxa" w:w="1387"/>
          </w:tcPr>
          <w:p>
            <w:pPr>
              <w:spacing w:after="0"/>
              <w:jc w:val="left"/>
            </w:pPr>
            <w:r>
              <w:rPr>
                <w:sz w:val="16"/>
              </w:rPr>
              <w:t>days per year with a strike</w:t>
            </w:r>
          </w:p>
        </w:tc>
        <w:tc>
          <w:tcPr>
            <w:tcW w:type="dxa" w:w="1850"/>
          </w:tcPr>
          <w:p>
            <w:pPr>
              <w:spacing w:after="0"/>
              <w:jc w:val="left"/>
            </w:pPr>
            <w:r>
              <w:rPr>
                <w:sz w:val="16"/>
              </w:rPr>
              <w:t>about 43.7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4.2</w:t>
            </w:r>
          </w:p>
        </w:tc>
        <w:tc>
          <w:tcPr>
            <w:tcW w:type="dxa" w:w="1387"/>
          </w:tcPr>
          <w:p>
            <w:pPr>
              <w:spacing w:after="0"/>
              <w:jc w:val="left"/>
            </w:pPr>
            <w:r>
              <w:rPr>
                <w:sz w:val="16"/>
              </w:rPr>
              <w:t>events per year</w:t>
            </w:r>
          </w:p>
        </w:tc>
        <w:tc>
          <w:tcPr>
            <w:tcW w:type="dxa" w:w="1850"/>
          </w:tcPr>
          <w:p>
            <w:pPr>
              <w:spacing w:after="0"/>
              <w:jc w:val="left"/>
            </w:pPr>
            <w:r>
              <w:rPr>
                <w:sz w:val="16"/>
              </w:rPr>
              <w:t>about 4.2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160</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0.779</w:t>
            </w:r>
          </w:p>
        </w:tc>
        <w:tc>
          <w:tcPr>
            <w:tcW w:type="dxa" w:w="1387"/>
          </w:tcPr>
          <w:p>
            <w:pPr>
              <w:spacing w:after="0"/>
              <w:jc w:val="left"/>
            </w:pPr>
            <w:r>
              <w:rPr>
                <w:sz w:val="16"/>
              </w:rPr>
              <w:t>events per year</w:t>
            </w:r>
          </w:p>
        </w:tc>
        <w:tc>
          <w:tcPr>
            <w:tcW w:type="dxa" w:w="1850"/>
          </w:tcPr>
          <w:p>
            <w:pPr>
              <w:spacing w:after="0"/>
              <w:jc w:val="left"/>
            </w:pPr>
            <w:r>
              <w:rPr>
                <w:sz w:val="16"/>
              </w:rPr>
              <w:t>about 0.78 per year</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0.000459</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0.0459%</w:t>
            </w:r>
          </w:p>
        </w:tc>
        <w:tc>
          <w:tcPr>
            <w:tcW w:type="dxa" w:w="1037"/>
          </w:tcPr>
          <w:p>
            <w:pPr>
              <w:spacing w:after="0"/>
              <w:jc w:val="left"/>
            </w:pPr>
          </w:p>
        </w:tc>
        <w:tc>
          <w:tcPr>
            <w:tcW w:type="dxa" w:w="1373"/>
          </w:tcPr>
          <w:p>
            <w:pPr>
              <w:spacing w:after="0"/>
              <w:jc w:val="left"/>
            </w:pPr>
            <w:r>
              <w:rPr>
                <w:sz w:val="16"/>
              </w:rPr>
              <w:t>Storm Events records in 0 of 30 years, 1996 to 2025 (0%)</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11.8</w:t>
            </w:r>
          </w:p>
        </w:tc>
        <w:tc>
          <w:tcPr>
            <w:tcW w:type="dxa" w:w="1387"/>
          </w:tcPr>
          <w:p>
            <w:pPr>
              <w:spacing w:after="0"/>
              <w:jc w:val="left"/>
            </w:pPr>
            <w:r>
              <w:rPr>
                <w:sz w:val="16"/>
              </w:rPr>
              <w:t>event-days per year</w:t>
            </w:r>
          </w:p>
        </w:tc>
        <w:tc>
          <w:tcPr>
            <w:tcW w:type="dxa" w:w="1850"/>
          </w:tcPr>
          <w:p>
            <w:pPr>
              <w:spacing w:after="0"/>
              <w:jc w:val="left"/>
            </w:pPr>
            <w:r>
              <w:rPr>
                <w:sz w:val="16"/>
              </w:rPr>
              <w:t>about 11.8 days per year</w:t>
            </w:r>
          </w:p>
        </w:tc>
        <w:tc>
          <w:tcPr>
            <w:tcW w:type="dxa" w:w="1037"/>
          </w:tcPr>
          <w:p>
            <w:pPr>
              <w:spacing w:after="0"/>
              <w:jc w:val="left"/>
            </w:pPr>
            <w:r>
              <w:rPr>
                <w:sz w:val="16"/>
              </w:rPr>
              <w:t>Highly likely</w:t>
            </w:r>
          </w:p>
        </w:tc>
        <w:tc>
          <w:tcPr>
            <w:tcW w:type="dxa" w:w="1373"/>
          </w:tcPr>
          <w:p>
            <w:pPr>
              <w:spacing w:after="0"/>
              <w:jc w:val="left"/>
            </w:pPr>
            <w:r>
              <w:rPr>
                <w:sz w:val="16"/>
              </w:rPr>
              <w:t>Storm Events event-days in 29 of 30 years, 1996 to 2025 (96.7%)</w:t>
            </w:r>
          </w:p>
        </w:tc>
        <w:tc>
          <w:tcPr>
            <w:tcW w:type="dxa" w:w="1615"/>
          </w:tcPr>
          <w:p>
            <w:pPr>
              <w:spacing w:after="0"/>
              <w:jc w:val="right"/>
            </w:pPr>
            <w:r>
              <w:rPr>
                <w:sz w:val="16"/>
              </w:rPr>
              <w:t>225</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180</w:t>
            </w:r>
          </w:p>
        </w:tc>
        <w:tc>
          <w:tcPr>
            <w:tcW w:type="dxa" w:w="1381"/>
          </w:tcPr>
          <w:p>
            <w:pPr>
              <w:spacing w:after="0"/>
              <w:jc w:val="right"/>
            </w:pPr>
            <w:r>
              <w:rPr>
                <w:sz w:val="16"/>
              </w:rPr>
              <w:t>30</w:t>
            </w:r>
          </w:p>
        </w:tc>
        <w:tc>
          <w:tcPr>
            <w:tcW w:type="dxa" w:w="1381"/>
          </w:tcPr>
          <w:p>
            <w:pPr>
              <w:spacing w:after="0"/>
              <w:jc w:val="right"/>
            </w:pPr>
            <w:r>
              <w:rPr>
                <w:sz w:val="16"/>
              </w:rPr>
              <w:t>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139</w:t>
            </w:r>
          </w:p>
        </w:tc>
        <w:tc>
          <w:tcPr>
            <w:tcW w:type="dxa" w:w="1381"/>
          </w:tcPr>
          <w:p>
            <w:pPr>
              <w:spacing w:after="0"/>
              <w:jc w:val="right"/>
            </w:pPr>
            <w:r>
              <w:rPr>
                <w:sz w:val="16"/>
              </w:rPr>
              <w:t>30</w:t>
            </w:r>
          </w:p>
        </w:tc>
        <w:tc>
          <w:tcPr>
            <w:tcW w:type="dxa" w:w="1381"/>
          </w:tcPr>
          <w:p>
            <w:pPr>
              <w:spacing w:after="0"/>
              <w:jc w:val="right"/>
            </w:pPr>
            <w:r>
              <w:rPr>
                <w:sz w:val="16"/>
              </w:rPr>
              <w:t>4.63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52.9</w:t>
            </w:r>
          </w:p>
        </w:tc>
        <w:tc>
          <w:tcPr>
            <w:tcW w:type="dxa" w:w="1472"/>
          </w:tcPr>
          <w:p>
            <w:pPr>
              <w:spacing w:after="0"/>
              <w:jc w:val="right"/>
            </w:pPr>
            <w:r>
              <w:rPr>
                <w:sz w:val="16"/>
              </w:rPr>
              <w:t>59.5</w:t>
            </w:r>
          </w:p>
        </w:tc>
        <w:tc>
          <w:tcPr>
            <w:tcW w:type="dxa" w:w="1404"/>
          </w:tcPr>
          <w:p>
            <w:pPr>
              <w:spacing w:after="0"/>
              <w:jc w:val="right"/>
            </w:pPr>
            <w:r>
              <w:rPr>
                <w:sz w:val="16"/>
              </w:rPr>
              <w:t>75.4</w:t>
            </w:r>
          </w:p>
        </w:tc>
        <w:tc>
          <w:tcPr>
            <w:tcW w:type="dxa" w:w="6114"/>
          </w:tcPr>
          <w:p>
            <w:pPr>
              <w:spacing w:after="0"/>
              <w:jc w:val="left"/>
            </w:pPr>
            <w:r>
              <w:rPr>
                <w:sz w:val="16"/>
              </w:rPr>
              <w:t>Relatively Moderate 3</w:t>
            </w:r>
          </w:p>
        </w:tc>
      </w:tr>
      <w:tr>
        <w:trPr>
          <w:cantSplit/>
        </w:trPr>
        <w:tc>
          <w:tcPr>
            <w:tcW w:type="dxa" w:w="2246"/>
          </w:tcPr>
          <w:p>
            <w:pPr>
              <w:spacing w:after="0"/>
              <w:jc w:val="left"/>
            </w:pPr>
            <w:r>
              <w:rPr>
                <w:sz w:val="16"/>
              </w:rPr>
              <w:t>Drought</w:t>
            </w:r>
          </w:p>
        </w:tc>
        <w:tc>
          <w:tcPr>
            <w:tcW w:type="dxa" w:w="1472"/>
          </w:tcPr>
          <w:p>
            <w:pPr>
              <w:spacing w:after="0"/>
              <w:jc w:val="right"/>
            </w:pPr>
            <w:r>
              <w:rPr>
                <w:sz w:val="16"/>
              </w:rPr>
              <w:t>3 of 3</w:t>
            </w:r>
          </w:p>
        </w:tc>
        <w:tc>
          <w:tcPr>
            <w:tcW w:type="dxa" w:w="1404"/>
          </w:tcPr>
          <w:p>
            <w:pPr>
              <w:spacing w:after="0"/>
              <w:jc w:val="right"/>
            </w:pPr>
            <w:r>
              <w:rPr>
                <w:sz w:val="16"/>
              </w:rPr>
              <w:t>94.6</w:t>
            </w:r>
          </w:p>
        </w:tc>
        <w:tc>
          <w:tcPr>
            <w:tcW w:type="dxa" w:w="1472"/>
          </w:tcPr>
          <w:p>
            <w:pPr>
              <w:spacing w:after="0"/>
              <w:jc w:val="right"/>
            </w:pPr>
            <w:r>
              <w:rPr>
                <w:sz w:val="16"/>
              </w:rPr>
              <w:t>99.2</w:t>
            </w:r>
          </w:p>
        </w:tc>
        <w:tc>
          <w:tcPr>
            <w:tcW w:type="dxa" w:w="1404"/>
          </w:tcPr>
          <w:p>
            <w:pPr>
              <w:spacing w:after="0"/>
              <w:jc w:val="right"/>
            </w:pPr>
            <w:r>
              <w:rPr>
                <w:sz w:val="16"/>
              </w:rPr>
              <w:t>99.3</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17.3</w:t>
            </w:r>
          </w:p>
        </w:tc>
        <w:tc>
          <w:tcPr>
            <w:tcW w:type="dxa" w:w="1472"/>
          </w:tcPr>
          <w:p>
            <w:pPr>
              <w:spacing w:after="0"/>
              <w:jc w:val="right"/>
            </w:pPr>
            <w:r>
              <w:rPr>
                <w:sz w:val="16"/>
              </w:rPr>
              <w:t>22.7</w:t>
            </w:r>
          </w:p>
        </w:tc>
        <w:tc>
          <w:tcPr>
            <w:tcW w:type="dxa" w:w="1404"/>
          </w:tcPr>
          <w:p>
            <w:pPr>
              <w:spacing w:after="0"/>
              <w:jc w:val="right"/>
            </w:pPr>
            <w:r>
              <w:rPr>
                <w:sz w:val="16"/>
              </w:rPr>
              <w:t>30.7</w:t>
            </w:r>
          </w:p>
        </w:tc>
        <w:tc>
          <w:tcPr>
            <w:tcW w:type="dxa" w:w="6114"/>
          </w:tcPr>
          <w:p>
            <w:pPr>
              <w:spacing w:after="0"/>
              <w:jc w:val="left"/>
            </w:pPr>
            <w:r>
              <w:rPr>
                <w:sz w:val="16"/>
              </w:rPr>
              <w:t>Very Low 3</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99.2</w:t>
            </w:r>
          </w:p>
        </w:tc>
        <w:tc>
          <w:tcPr>
            <w:tcW w:type="dxa" w:w="1472"/>
          </w:tcPr>
          <w:p>
            <w:pPr>
              <w:spacing w:after="0"/>
              <w:jc w:val="right"/>
            </w:pPr>
            <w:r>
              <w:rPr>
                <w:sz w:val="16"/>
              </w:rPr>
              <w:t>99.8</w:t>
            </w:r>
          </w:p>
        </w:tc>
        <w:tc>
          <w:tcPr>
            <w:tcW w:type="dxa" w:w="1404"/>
          </w:tcPr>
          <w:p>
            <w:pPr>
              <w:spacing w:after="0"/>
              <w:jc w:val="right"/>
            </w:pPr>
            <w:r>
              <w:rPr>
                <w:sz w:val="16"/>
              </w:rPr>
              <w:t>99.9</w:t>
            </w:r>
          </w:p>
        </w:tc>
        <w:tc>
          <w:tcPr>
            <w:tcW w:type="dxa" w:w="6114"/>
          </w:tcPr>
          <w:p>
            <w:pPr>
              <w:spacing w:after="0"/>
              <w:jc w:val="left"/>
            </w:pPr>
            <w:r>
              <w:rPr>
                <w:sz w:val="16"/>
              </w:rPr>
              <w:t>Very High 3</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34.2</w:t>
            </w:r>
          </w:p>
        </w:tc>
        <w:tc>
          <w:tcPr>
            <w:tcW w:type="dxa" w:w="1472"/>
          </w:tcPr>
          <w:p>
            <w:pPr>
              <w:spacing w:after="0"/>
              <w:jc w:val="right"/>
            </w:pPr>
            <w:r>
              <w:rPr>
                <w:sz w:val="16"/>
              </w:rPr>
              <w:t>46.7</w:t>
            </w:r>
          </w:p>
        </w:tc>
        <w:tc>
          <w:tcPr>
            <w:tcW w:type="dxa" w:w="1404"/>
          </w:tcPr>
          <w:p>
            <w:pPr>
              <w:spacing w:after="0"/>
              <w:jc w:val="right"/>
            </w:pPr>
            <w:r>
              <w:rPr>
                <w:sz w:val="16"/>
              </w:rPr>
              <w:t>70.1</w:t>
            </w:r>
          </w:p>
        </w:tc>
        <w:tc>
          <w:tcPr>
            <w:tcW w:type="dxa" w:w="6114"/>
          </w:tcPr>
          <w:p>
            <w:pPr>
              <w:spacing w:after="0"/>
              <w:jc w:val="left"/>
            </w:pPr>
            <w:r>
              <w:rPr>
                <w:sz w:val="16"/>
              </w:rPr>
              <w:t>Relatively Moderate 1, Relatively Low 2</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3</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95.0</w:t>
            </w:r>
          </w:p>
        </w:tc>
        <w:tc>
          <w:tcPr>
            <w:tcW w:type="dxa" w:w="1472"/>
          </w:tcPr>
          <w:p>
            <w:pPr>
              <w:spacing w:after="0"/>
              <w:jc w:val="right"/>
            </w:pPr>
            <w:r>
              <w:rPr>
                <w:sz w:val="16"/>
              </w:rPr>
              <w:t>95.8</w:t>
            </w:r>
          </w:p>
        </w:tc>
        <w:tc>
          <w:tcPr>
            <w:tcW w:type="dxa" w:w="1404"/>
          </w:tcPr>
          <w:p>
            <w:pPr>
              <w:spacing w:after="0"/>
              <w:jc w:val="right"/>
            </w:pPr>
            <w:r>
              <w:rPr>
                <w:sz w:val="16"/>
              </w:rPr>
              <w:t>98.6</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54.1</w:t>
            </w:r>
          </w:p>
        </w:tc>
        <w:tc>
          <w:tcPr>
            <w:tcW w:type="dxa" w:w="1472"/>
          </w:tcPr>
          <w:p>
            <w:pPr>
              <w:spacing w:after="0"/>
              <w:jc w:val="right"/>
            </w:pPr>
            <w:r>
              <w:rPr>
                <w:sz w:val="16"/>
              </w:rPr>
              <w:t>55.1</w:t>
            </w:r>
          </w:p>
        </w:tc>
        <w:tc>
          <w:tcPr>
            <w:tcW w:type="dxa" w:w="1404"/>
          </w:tcPr>
          <w:p>
            <w:pPr>
              <w:spacing w:after="0"/>
              <w:jc w:val="right"/>
            </w:pPr>
            <w:r>
              <w:rPr>
                <w:sz w:val="16"/>
              </w:rPr>
              <w:t>76.6</w:t>
            </w:r>
          </w:p>
        </w:tc>
        <w:tc>
          <w:tcPr>
            <w:tcW w:type="dxa" w:w="6114"/>
          </w:tcPr>
          <w:p>
            <w:pPr>
              <w:spacing w:after="0"/>
              <w:jc w:val="left"/>
            </w:pPr>
            <w:r>
              <w:rPr>
                <w:sz w:val="16"/>
              </w:rPr>
              <w:t>Relatively Moderate 3</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52.2</w:t>
            </w:r>
          </w:p>
        </w:tc>
        <w:tc>
          <w:tcPr>
            <w:tcW w:type="dxa" w:w="1472"/>
          </w:tcPr>
          <w:p>
            <w:pPr>
              <w:spacing w:after="0"/>
              <w:jc w:val="right"/>
            </w:pPr>
            <w:r>
              <w:rPr>
                <w:sz w:val="16"/>
              </w:rPr>
              <w:t>73.8</w:t>
            </w:r>
          </w:p>
        </w:tc>
        <w:tc>
          <w:tcPr>
            <w:tcW w:type="dxa" w:w="1404"/>
          </w:tcPr>
          <w:p>
            <w:pPr>
              <w:spacing w:after="0"/>
              <w:jc w:val="right"/>
            </w:pPr>
            <w:r>
              <w:rPr>
                <w:sz w:val="16"/>
              </w:rPr>
              <w:t>79.4</w:t>
            </w:r>
          </w:p>
        </w:tc>
        <w:tc>
          <w:tcPr>
            <w:tcW w:type="dxa" w:w="6114"/>
          </w:tcPr>
          <w:p>
            <w:pPr>
              <w:spacing w:after="0"/>
              <w:jc w:val="left"/>
            </w:pPr>
            <w:r>
              <w:rPr>
                <w:sz w:val="16"/>
              </w:rPr>
              <w:t>Very Low 3</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68.6</w:t>
            </w:r>
          </w:p>
        </w:tc>
        <w:tc>
          <w:tcPr>
            <w:tcW w:type="dxa" w:w="1472"/>
          </w:tcPr>
          <w:p>
            <w:pPr>
              <w:spacing w:after="0"/>
              <w:jc w:val="right"/>
            </w:pPr>
            <w:r>
              <w:rPr>
                <w:sz w:val="16"/>
              </w:rPr>
              <w:t>79.9</w:t>
            </w:r>
          </w:p>
        </w:tc>
        <w:tc>
          <w:tcPr>
            <w:tcW w:type="dxa" w:w="1404"/>
          </w:tcPr>
          <w:p>
            <w:pPr>
              <w:spacing w:after="0"/>
              <w:jc w:val="right"/>
            </w:pPr>
            <w:r>
              <w:rPr>
                <w:sz w:val="16"/>
              </w:rPr>
              <w:t>94.6</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98.8</w:t>
            </w:r>
          </w:p>
        </w:tc>
        <w:tc>
          <w:tcPr>
            <w:tcW w:type="dxa" w:w="1472"/>
          </w:tcPr>
          <w:p>
            <w:pPr>
              <w:spacing w:after="0"/>
              <w:jc w:val="right"/>
            </w:pPr>
            <w:r>
              <w:rPr>
                <w:sz w:val="16"/>
              </w:rPr>
              <w:t>99.0</w:t>
            </w:r>
          </w:p>
        </w:tc>
        <w:tc>
          <w:tcPr>
            <w:tcW w:type="dxa" w:w="1404"/>
          </w:tcPr>
          <w:p>
            <w:pPr>
              <w:spacing w:after="0"/>
              <w:jc w:val="right"/>
            </w:pPr>
            <w:r>
              <w:rPr>
                <w:sz w:val="16"/>
              </w:rPr>
              <w:t>99.5</w:t>
            </w:r>
          </w:p>
        </w:tc>
        <w:tc>
          <w:tcPr>
            <w:tcW w:type="dxa" w:w="6114"/>
          </w:tcPr>
          <w:p>
            <w:pPr>
              <w:spacing w:after="0"/>
              <w:jc w:val="left"/>
            </w:pPr>
            <w:r>
              <w:rPr>
                <w:sz w:val="16"/>
              </w:rPr>
              <w:t>Very High 3</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85.7</w:t>
            </w:r>
          </w:p>
        </w:tc>
        <w:tc>
          <w:tcPr>
            <w:tcW w:type="dxa" w:w="1472"/>
          </w:tcPr>
          <w:p>
            <w:pPr>
              <w:spacing w:after="0"/>
              <w:jc w:val="right"/>
            </w:pPr>
            <w:r>
              <w:rPr>
                <w:sz w:val="16"/>
              </w:rPr>
              <w:t>92.1</w:t>
            </w:r>
          </w:p>
        </w:tc>
        <w:tc>
          <w:tcPr>
            <w:tcW w:type="dxa" w:w="1404"/>
          </w:tcPr>
          <w:p>
            <w:pPr>
              <w:spacing w:after="0"/>
              <w:jc w:val="right"/>
            </w:pPr>
            <w:r>
              <w:rPr>
                <w:sz w:val="16"/>
              </w:rPr>
              <w:t>98.5</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73.6</w:t>
            </w:r>
          </w:p>
        </w:tc>
        <w:tc>
          <w:tcPr>
            <w:tcW w:type="dxa" w:w="1472"/>
          </w:tcPr>
          <w:p>
            <w:pPr>
              <w:spacing w:after="0"/>
              <w:jc w:val="right"/>
            </w:pPr>
            <w:r>
              <w:rPr>
                <w:sz w:val="16"/>
              </w:rPr>
              <w:t>89.5</w:t>
            </w:r>
          </w:p>
        </w:tc>
        <w:tc>
          <w:tcPr>
            <w:tcW w:type="dxa" w:w="1404"/>
          </w:tcPr>
          <w:p>
            <w:pPr>
              <w:spacing w:after="0"/>
              <w:jc w:val="right"/>
            </w:pPr>
            <w:r>
              <w:rPr>
                <w:sz w:val="16"/>
              </w:rPr>
              <w:t>91.2</w:t>
            </w:r>
          </w:p>
        </w:tc>
        <w:tc>
          <w:tcPr>
            <w:tcW w:type="dxa" w:w="6114"/>
          </w:tcPr>
          <w:p>
            <w:pPr>
              <w:spacing w:after="0"/>
              <w:jc w:val="left"/>
            </w:pPr>
            <w:r>
              <w:rPr>
                <w:sz w:val="16"/>
              </w:rPr>
              <w:t>Relatively Moderate 2, Relatively Low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94.6</w:t>
            </w:r>
          </w:p>
        </w:tc>
        <w:tc>
          <w:tcPr>
            <w:tcW w:type="dxa" w:w="1472"/>
          </w:tcPr>
          <w:p>
            <w:pPr>
              <w:spacing w:after="0"/>
              <w:jc w:val="right"/>
            </w:pPr>
            <w:r>
              <w:rPr>
                <w:sz w:val="16"/>
              </w:rPr>
              <w:t>97.1</w:t>
            </w:r>
          </w:p>
        </w:tc>
        <w:tc>
          <w:tcPr>
            <w:tcW w:type="dxa" w:w="1404"/>
          </w:tcPr>
          <w:p>
            <w:pPr>
              <w:spacing w:after="0"/>
              <w:jc w:val="right"/>
            </w:pPr>
            <w:r>
              <w:rPr>
                <w:sz w:val="16"/>
              </w:rPr>
              <w:t>98.8</w:t>
            </w:r>
          </w:p>
        </w:tc>
        <w:tc>
          <w:tcPr>
            <w:tcW w:type="dxa" w:w="6114"/>
          </w:tcPr>
          <w:p>
            <w:pPr>
              <w:spacing w:after="0"/>
              <w:jc w:val="left"/>
            </w:pPr>
            <w:r>
              <w:rPr>
                <w:sz w:val="16"/>
              </w:rPr>
              <w:t>Very High 2,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78%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60"/>
        <w:gridCol w:w="847"/>
        <w:gridCol w:w="2887"/>
        <w:gridCol w:w="2628"/>
        <w:gridCol w:w="2717"/>
        <w:gridCol w:w="3073"/>
      </w:tblGrid>
      <w:tr>
        <w:trPr>
          <w:cantSplit/>
          <w:tblHeader/>
        </w:trPr>
        <w:tc>
          <w:tcPr>
            <w:tcW w:type="dxa" w:w="1960"/>
            <w:shd w:val="clear" w:color="auto" w:fill="E8E8E8"/>
          </w:tcPr>
          <w:p>
            <w:pPr>
              <w:spacing w:after="0"/>
              <w:jc w:val="left"/>
            </w:pPr>
            <w:r>
              <w:rPr>
                <w:b/>
                <w:sz w:val="16"/>
              </w:rPr>
              <w:t>Jurisdiction</w:t>
            </w:r>
          </w:p>
        </w:tc>
        <w:tc>
          <w:tcPr>
            <w:tcW w:type="dxa" w:w="847"/>
            <w:shd w:val="clear" w:color="auto" w:fill="E8E8E8"/>
          </w:tcPr>
          <w:p>
            <w:pPr>
              <w:spacing w:after="0"/>
              <w:jc w:val="left"/>
            </w:pPr>
            <w:r>
              <w:rPr>
                <w:b/>
                <w:sz w:val="16"/>
              </w:rPr>
              <w:t>Type</w:t>
            </w:r>
          </w:p>
        </w:tc>
        <w:tc>
          <w:tcPr>
            <w:tcW w:type="dxa" w:w="2887"/>
            <w:shd w:val="clear" w:color="auto" w:fill="E8E8E8"/>
          </w:tcPr>
          <w:p>
            <w:pPr>
              <w:spacing w:after="0"/>
              <w:jc w:val="left"/>
            </w:pPr>
            <w:r>
              <w:rPr>
                <w:b/>
                <w:sz w:val="16"/>
              </w:rPr>
              <w:t>Plan status</w:t>
            </w:r>
          </w:p>
        </w:tc>
        <w:tc>
          <w:tcPr>
            <w:tcW w:type="dxa" w:w="262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1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7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60"/>
          </w:tcPr>
          <w:p>
            <w:pPr>
              <w:spacing w:after="0"/>
              <w:jc w:val="left"/>
            </w:pPr>
            <w:r>
              <w:rPr>
                <w:sz w:val="16"/>
              </w:rPr>
              <w:t>Phillips County</w:t>
            </w:r>
          </w:p>
        </w:tc>
        <w:tc>
          <w:tcPr>
            <w:tcW w:type="dxa" w:w="847"/>
          </w:tcPr>
          <w:p>
            <w:pPr>
              <w:spacing w:after="0"/>
              <w:jc w:val="left"/>
            </w:pPr>
            <w:r>
              <w:rPr>
                <w:sz w:val="16"/>
              </w:rPr>
              <w:t>County</w:t>
            </w:r>
          </w:p>
        </w:tc>
        <w:tc>
          <w:tcPr>
            <w:tcW w:type="dxa" w:w="2887"/>
          </w:tcPr>
          <w:p>
            <w:pPr>
              <w:spacing w:after="0"/>
              <w:jc w:val="left"/>
            </w:pPr>
            <w:r>
              <w:rPr>
                <w:sz w:val="16"/>
              </w:rPr>
              <w:t>No approved plan on record. Approvable pending adoption, not yet eligible</w:t>
            </w:r>
          </w:p>
        </w:tc>
        <w:tc>
          <w:tcPr>
            <w:tcW w:type="dxa" w:w="2628"/>
          </w:tcPr>
          <w:p>
            <w:pPr>
              <w:spacing w:after="0"/>
              <w:jc w:val="right"/>
            </w:pPr>
            <w:r>
              <w:rPr>
                <w:sz w:val="16"/>
              </w:rPr>
              <w:t>FMA RL 0, SRL 0; any 0</w:t>
            </w:r>
          </w:p>
        </w:tc>
        <w:tc>
          <w:tcPr>
            <w:tcW w:type="dxa" w:w="2717"/>
          </w:tcPr>
          <w:p>
            <w:pPr>
              <w:spacing w:after="0"/>
              <w:jc w:val="right"/>
            </w:pPr>
            <w:r>
              <w:rPr>
                <w:sz w:val="16"/>
              </w:rPr>
              <w:t>$184,531.45</w:t>
            </w:r>
          </w:p>
        </w:tc>
        <w:tc>
          <w:tcPr>
            <w:tcW w:type="dxa" w:w="3073"/>
          </w:tcPr>
          <w:p>
            <w:pPr>
              <w:spacing w:after="0"/>
              <w:jc w:val="right"/>
            </w:pPr>
            <w:r>
              <w:rPr>
                <w:sz w:val="16"/>
              </w:rPr>
              <w:t>0 total; no approved plan</w:t>
            </w:r>
          </w:p>
        </w:tc>
      </w:tr>
      <w:tr>
        <w:trPr>
          <w:cantSplit/>
        </w:trPr>
        <w:tc>
          <w:tcPr>
            <w:tcW w:type="dxa" w:w="1960"/>
          </w:tcPr>
          <w:p>
            <w:pPr>
              <w:spacing w:after="0"/>
              <w:jc w:val="left"/>
            </w:pPr>
            <w:r>
              <w:rPr>
                <w:sz w:val="16"/>
              </w:rPr>
              <w:t>Agra city</w:t>
            </w:r>
          </w:p>
        </w:tc>
        <w:tc>
          <w:tcPr>
            <w:tcW w:type="dxa" w:w="847"/>
          </w:tcPr>
          <w:p>
            <w:pPr>
              <w:spacing w:after="0"/>
              <w:jc w:val="left"/>
            </w:pPr>
            <w:r>
              <w:rPr>
                <w:sz w:val="16"/>
              </w:rPr>
              <w:t>City</w:t>
            </w:r>
          </w:p>
        </w:tc>
        <w:tc>
          <w:tcPr>
            <w:tcW w:type="dxa" w:w="2887"/>
          </w:tcPr>
          <w:p>
            <w:pPr>
              <w:spacing w:after="0"/>
              <w:jc w:val="left"/>
            </w:pPr>
            <w:r>
              <w:rPr>
                <w:sz w:val="16"/>
              </w:rPr>
              <w:t>No approved plan on record. Approvable pending adoption, not yet eligible</w:t>
            </w:r>
          </w:p>
        </w:tc>
        <w:tc>
          <w:tcPr>
            <w:tcW w:type="dxa" w:w="2628"/>
          </w:tcPr>
          <w:p>
            <w:pPr>
              <w:spacing w:after="0"/>
              <w:jc w:val="right"/>
            </w:pPr>
            <w:r>
              <w:rPr>
                <w:sz w:val="16"/>
              </w:rPr>
              <w:t>FMA RL 0, SRL 0; any 0</w:t>
            </w:r>
          </w:p>
        </w:tc>
        <w:tc>
          <w:tcPr>
            <w:tcW w:type="dxa" w:w="2717"/>
          </w:tcPr>
          <w:p>
            <w:pPr>
              <w:spacing w:after="0"/>
              <w:jc w:val="right"/>
            </w:pPr>
            <w:r>
              <w:rPr>
                <w:sz w:val="16"/>
              </w:rPr>
              <w:t>$426.75</w:t>
            </w:r>
          </w:p>
        </w:tc>
        <w:tc>
          <w:tcPr>
            <w:tcW w:type="dxa" w:w="3073"/>
          </w:tcPr>
          <w:p>
            <w:pPr>
              <w:spacing w:after="0"/>
              <w:jc w:val="right"/>
            </w:pPr>
            <w:r>
              <w:rPr>
                <w:sz w:val="16"/>
              </w:rPr>
              <w:t>48 total; no approved plan</w:t>
            </w:r>
          </w:p>
        </w:tc>
      </w:tr>
      <w:tr>
        <w:trPr>
          <w:cantSplit/>
        </w:trPr>
        <w:tc>
          <w:tcPr>
            <w:tcW w:type="dxa" w:w="1960"/>
          </w:tcPr>
          <w:p>
            <w:pPr>
              <w:spacing w:after="0"/>
              <w:jc w:val="left"/>
            </w:pPr>
            <w:r>
              <w:rPr>
                <w:sz w:val="16"/>
              </w:rPr>
              <w:t>Kirwin city</w:t>
            </w:r>
          </w:p>
        </w:tc>
        <w:tc>
          <w:tcPr>
            <w:tcW w:type="dxa" w:w="847"/>
          </w:tcPr>
          <w:p>
            <w:pPr>
              <w:spacing w:after="0"/>
              <w:jc w:val="left"/>
            </w:pPr>
            <w:r>
              <w:rPr>
                <w:sz w:val="16"/>
              </w:rPr>
              <w:t>City</w:t>
            </w:r>
          </w:p>
        </w:tc>
        <w:tc>
          <w:tcPr>
            <w:tcW w:type="dxa" w:w="2887"/>
          </w:tcPr>
          <w:p>
            <w:pPr>
              <w:spacing w:after="0"/>
              <w:jc w:val="left"/>
            </w:pPr>
            <w:r>
              <w:rPr>
                <w:sz w:val="16"/>
              </w:rPr>
              <w:t>No approved plan on record. Approvable pending adoption, not yet eligible</w:t>
            </w:r>
          </w:p>
        </w:tc>
        <w:tc>
          <w:tcPr>
            <w:tcW w:type="dxa" w:w="2628"/>
          </w:tcPr>
          <w:p>
            <w:pPr>
              <w:spacing w:after="0"/>
              <w:jc w:val="right"/>
            </w:pPr>
            <w:r>
              <w:rPr>
                <w:sz w:val="16"/>
              </w:rPr>
              <w:t>FMA RL 0, SRL 0; any 0</w:t>
            </w:r>
          </w:p>
        </w:tc>
        <w:tc>
          <w:tcPr>
            <w:tcW w:type="dxa" w:w="2717"/>
          </w:tcPr>
          <w:p>
            <w:pPr>
              <w:spacing w:after="0"/>
              <w:jc w:val="right"/>
            </w:pPr>
            <w:r>
              <w:rPr>
                <w:sz w:val="16"/>
              </w:rPr>
              <w:t>no Public Assistance recorded</w:t>
            </w:r>
          </w:p>
        </w:tc>
        <w:tc>
          <w:tcPr>
            <w:tcW w:type="dxa" w:w="3073"/>
          </w:tcPr>
          <w:p>
            <w:pPr>
              <w:spacing w:after="0"/>
              <w:jc w:val="right"/>
            </w:pPr>
            <w:r>
              <w:rPr>
                <w:sz w:val="16"/>
              </w:rPr>
              <w:t>27 total; no approved plan</w:t>
            </w:r>
          </w:p>
        </w:tc>
      </w:tr>
      <w:tr>
        <w:trPr>
          <w:cantSplit/>
        </w:trPr>
        <w:tc>
          <w:tcPr>
            <w:tcW w:type="dxa" w:w="1960"/>
          </w:tcPr>
          <w:p>
            <w:pPr>
              <w:spacing w:after="0"/>
              <w:jc w:val="left"/>
            </w:pPr>
            <w:r>
              <w:rPr>
                <w:sz w:val="16"/>
              </w:rPr>
              <w:t>Logan city</w:t>
            </w:r>
          </w:p>
        </w:tc>
        <w:tc>
          <w:tcPr>
            <w:tcW w:type="dxa" w:w="847"/>
          </w:tcPr>
          <w:p>
            <w:pPr>
              <w:spacing w:after="0"/>
              <w:jc w:val="left"/>
            </w:pPr>
            <w:r>
              <w:rPr>
                <w:sz w:val="16"/>
              </w:rPr>
              <w:t>City</w:t>
            </w:r>
          </w:p>
        </w:tc>
        <w:tc>
          <w:tcPr>
            <w:tcW w:type="dxa" w:w="2887"/>
          </w:tcPr>
          <w:p>
            <w:pPr>
              <w:spacing w:after="0"/>
              <w:jc w:val="left"/>
            </w:pPr>
            <w:r>
              <w:rPr>
                <w:sz w:val="16"/>
              </w:rPr>
              <w:t>No approved plan on record. Approvable pending adoption, not yet eligible</w:t>
            </w:r>
          </w:p>
        </w:tc>
        <w:tc>
          <w:tcPr>
            <w:tcW w:type="dxa" w:w="2628"/>
          </w:tcPr>
          <w:p>
            <w:pPr>
              <w:spacing w:after="0"/>
              <w:jc w:val="right"/>
            </w:pPr>
            <w:r>
              <w:rPr>
                <w:sz w:val="16"/>
              </w:rPr>
              <w:t>FMA RL 0, SRL 0; any 0</w:t>
            </w:r>
          </w:p>
        </w:tc>
        <w:tc>
          <w:tcPr>
            <w:tcW w:type="dxa" w:w="2717"/>
          </w:tcPr>
          <w:p>
            <w:pPr>
              <w:spacing w:after="0"/>
              <w:jc w:val="right"/>
            </w:pPr>
            <w:r>
              <w:rPr>
                <w:sz w:val="16"/>
              </w:rPr>
              <w:t>$16,302.90</w:t>
            </w:r>
          </w:p>
        </w:tc>
        <w:tc>
          <w:tcPr>
            <w:tcW w:type="dxa" w:w="3073"/>
          </w:tcPr>
          <w:p>
            <w:pPr>
              <w:spacing w:after="0"/>
              <w:jc w:val="right"/>
            </w:pPr>
            <w:r>
              <w:rPr>
                <w:sz w:val="16"/>
              </w:rPr>
              <w:t>83 total; no approved plan</w:t>
            </w:r>
          </w:p>
        </w:tc>
      </w:tr>
      <w:tr>
        <w:trPr>
          <w:cantSplit/>
        </w:trPr>
        <w:tc>
          <w:tcPr>
            <w:tcW w:type="dxa" w:w="1960"/>
          </w:tcPr>
          <w:p>
            <w:pPr>
              <w:spacing w:after="0"/>
              <w:jc w:val="left"/>
            </w:pPr>
            <w:r>
              <w:rPr>
                <w:sz w:val="16"/>
              </w:rPr>
              <w:t>Long Island city</w:t>
            </w:r>
          </w:p>
        </w:tc>
        <w:tc>
          <w:tcPr>
            <w:tcW w:type="dxa" w:w="847"/>
          </w:tcPr>
          <w:p>
            <w:pPr>
              <w:spacing w:after="0"/>
              <w:jc w:val="left"/>
            </w:pPr>
            <w:r>
              <w:rPr>
                <w:sz w:val="16"/>
              </w:rPr>
              <w:t>City</w:t>
            </w:r>
          </w:p>
        </w:tc>
        <w:tc>
          <w:tcPr>
            <w:tcW w:type="dxa" w:w="2887"/>
          </w:tcPr>
          <w:p>
            <w:pPr>
              <w:spacing w:after="0"/>
              <w:jc w:val="left"/>
            </w:pPr>
            <w:r>
              <w:rPr>
                <w:sz w:val="16"/>
              </w:rPr>
              <w:t>No approved plan on record. Approvable pending adoption, not yet eligible</w:t>
            </w:r>
          </w:p>
        </w:tc>
        <w:tc>
          <w:tcPr>
            <w:tcW w:type="dxa" w:w="2628"/>
          </w:tcPr>
          <w:p>
            <w:pPr>
              <w:spacing w:after="0"/>
              <w:jc w:val="right"/>
            </w:pPr>
            <w:r>
              <w:rPr>
                <w:sz w:val="16"/>
              </w:rPr>
              <w:t>FMA RL 0, SRL 0; any 0</w:t>
            </w:r>
          </w:p>
        </w:tc>
        <w:tc>
          <w:tcPr>
            <w:tcW w:type="dxa" w:w="2717"/>
          </w:tcPr>
          <w:p>
            <w:pPr>
              <w:spacing w:after="0"/>
              <w:jc w:val="right"/>
            </w:pPr>
            <w:r>
              <w:rPr>
                <w:sz w:val="16"/>
              </w:rPr>
              <w:t>$14,362.16</w:t>
            </w:r>
          </w:p>
        </w:tc>
        <w:tc>
          <w:tcPr>
            <w:tcW w:type="dxa" w:w="3073"/>
          </w:tcPr>
          <w:p>
            <w:pPr>
              <w:spacing w:after="0"/>
              <w:jc w:val="right"/>
            </w:pPr>
            <w:r>
              <w:rPr>
                <w:sz w:val="16"/>
              </w:rPr>
              <w:t>0 total; no approved plan</w:t>
            </w:r>
          </w:p>
        </w:tc>
      </w:tr>
      <w:tr>
        <w:trPr>
          <w:cantSplit/>
        </w:trPr>
        <w:tc>
          <w:tcPr>
            <w:tcW w:type="dxa" w:w="1960"/>
          </w:tcPr>
          <w:p>
            <w:pPr>
              <w:spacing w:after="0"/>
              <w:jc w:val="left"/>
            </w:pPr>
            <w:r>
              <w:rPr>
                <w:sz w:val="16"/>
              </w:rPr>
              <w:t>Phillipsburg city</w:t>
            </w:r>
          </w:p>
        </w:tc>
        <w:tc>
          <w:tcPr>
            <w:tcW w:type="dxa" w:w="847"/>
          </w:tcPr>
          <w:p>
            <w:pPr>
              <w:spacing w:after="0"/>
              <w:jc w:val="left"/>
            </w:pPr>
            <w:r>
              <w:rPr>
                <w:sz w:val="16"/>
              </w:rPr>
              <w:t>City</w:t>
            </w:r>
          </w:p>
        </w:tc>
        <w:tc>
          <w:tcPr>
            <w:tcW w:type="dxa" w:w="2887"/>
          </w:tcPr>
          <w:p>
            <w:pPr>
              <w:spacing w:after="0"/>
              <w:jc w:val="left"/>
            </w:pPr>
            <w:r>
              <w:rPr>
                <w:sz w:val="16"/>
              </w:rPr>
              <w:t>No approved plan on record. Approvable pending adoption, not yet eligible</w:t>
            </w:r>
          </w:p>
        </w:tc>
        <w:tc>
          <w:tcPr>
            <w:tcW w:type="dxa" w:w="2628"/>
          </w:tcPr>
          <w:p>
            <w:pPr>
              <w:spacing w:after="0"/>
              <w:jc w:val="right"/>
            </w:pPr>
            <w:r>
              <w:rPr>
                <w:sz w:val="16"/>
              </w:rPr>
              <w:t>FMA RL 0, SRL 0; any 0</w:t>
            </w:r>
          </w:p>
        </w:tc>
        <w:tc>
          <w:tcPr>
            <w:tcW w:type="dxa" w:w="2717"/>
          </w:tcPr>
          <w:p>
            <w:pPr>
              <w:spacing w:after="0"/>
              <w:jc w:val="right"/>
            </w:pPr>
            <w:r>
              <w:rPr>
                <w:sz w:val="16"/>
              </w:rPr>
              <w:t>$272,928.69</w:t>
            </w:r>
          </w:p>
        </w:tc>
        <w:tc>
          <w:tcPr>
            <w:tcW w:type="dxa" w:w="3073"/>
          </w:tcPr>
          <w:p>
            <w:pPr>
              <w:spacing w:after="0"/>
              <w:jc w:val="right"/>
            </w:pPr>
            <w:r>
              <w:rPr>
                <w:sz w:val="16"/>
              </w:rPr>
              <w:t>124 total; no approved plan</w:t>
            </w:r>
          </w:p>
        </w:tc>
      </w:tr>
      <w:tr>
        <w:trPr>
          <w:cantSplit/>
        </w:trPr>
        <w:tc>
          <w:tcPr>
            <w:tcW w:type="dxa" w:w="1960"/>
          </w:tcPr>
          <w:p>
            <w:pPr>
              <w:spacing w:after="0"/>
              <w:jc w:val="left"/>
            </w:pPr>
            <w:r>
              <w:rPr>
                <w:sz w:val="16"/>
              </w:rPr>
              <w:t>Prairie View city</w:t>
            </w:r>
          </w:p>
        </w:tc>
        <w:tc>
          <w:tcPr>
            <w:tcW w:type="dxa" w:w="847"/>
          </w:tcPr>
          <w:p>
            <w:pPr>
              <w:spacing w:after="0"/>
              <w:jc w:val="left"/>
            </w:pPr>
            <w:r>
              <w:rPr>
                <w:sz w:val="16"/>
              </w:rPr>
              <w:t>City</w:t>
            </w:r>
          </w:p>
        </w:tc>
        <w:tc>
          <w:tcPr>
            <w:tcW w:type="dxa" w:w="2887"/>
          </w:tcPr>
          <w:p>
            <w:pPr>
              <w:spacing w:after="0"/>
              <w:jc w:val="left"/>
            </w:pPr>
            <w:r>
              <w:rPr>
                <w:sz w:val="16"/>
              </w:rPr>
              <w:t>No approved plan on record. Approvable pending adoption, not yet eligible</w:t>
            </w:r>
          </w:p>
        </w:tc>
        <w:tc>
          <w:tcPr>
            <w:tcW w:type="dxa" w:w="2628"/>
          </w:tcPr>
          <w:p>
            <w:pPr>
              <w:spacing w:after="0"/>
              <w:jc w:val="right"/>
            </w:pPr>
            <w:r>
              <w:rPr>
                <w:sz w:val="16"/>
              </w:rPr>
              <w:t>FMA RL 0, SRL 0; any 0</w:t>
            </w:r>
          </w:p>
        </w:tc>
        <w:tc>
          <w:tcPr>
            <w:tcW w:type="dxa" w:w="2717"/>
          </w:tcPr>
          <w:p>
            <w:pPr>
              <w:spacing w:after="0"/>
              <w:jc w:val="right"/>
            </w:pPr>
            <w:r>
              <w:rPr>
                <w:sz w:val="16"/>
              </w:rPr>
              <w:t>$17,138.46</w:t>
            </w:r>
          </w:p>
        </w:tc>
        <w:tc>
          <w:tcPr>
            <w:tcW w:type="dxa" w:w="3073"/>
          </w:tcPr>
          <w:p>
            <w:pPr>
              <w:spacing w:after="0"/>
              <w:jc w:val="right"/>
            </w:pPr>
            <w:r>
              <w:rPr>
                <w:sz w:val="16"/>
              </w:rPr>
              <w:t>31 total; no approved plan</w:t>
            </w:r>
          </w:p>
        </w:tc>
      </w:tr>
      <w:tr>
        <w:trPr>
          <w:cantSplit/>
        </w:trPr>
        <w:tc>
          <w:tcPr>
            <w:tcW w:type="dxa" w:w="1960"/>
          </w:tcPr>
          <w:p>
            <w:pPr>
              <w:spacing w:after="0"/>
              <w:jc w:val="left"/>
            </w:pPr>
            <w:r>
              <w:rPr>
                <w:sz w:val="16"/>
              </w:rPr>
              <w:t>Speed city</w:t>
            </w:r>
          </w:p>
        </w:tc>
        <w:tc>
          <w:tcPr>
            <w:tcW w:type="dxa" w:w="847"/>
          </w:tcPr>
          <w:p>
            <w:pPr>
              <w:spacing w:after="0"/>
              <w:jc w:val="left"/>
            </w:pPr>
            <w:r>
              <w:rPr>
                <w:sz w:val="16"/>
              </w:rPr>
              <w:t>City</w:t>
            </w:r>
          </w:p>
        </w:tc>
        <w:tc>
          <w:tcPr>
            <w:tcW w:type="dxa" w:w="2887"/>
          </w:tcPr>
          <w:p>
            <w:pPr>
              <w:spacing w:after="0"/>
              <w:jc w:val="left"/>
            </w:pPr>
            <w:r>
              <w:rPr>
                <w:sz w:val="16"/>
              </w:rPr>
              <w:t>No approved plan on record. Approvable pending adoption, not yet eligible</w:t>
            </w:r>
          </w:p>
        </w:tc>
        <w:tc>
          <w:tcPr>
            <w:tcW w:type="dxa" w:w="2628"/>
          </w:tcPr>
          <w:p>
            <w:pPr>
              <w:spacing w:after="0"/>
              <w:jc w:val="right"/>
            </w:pPr>
            <w:r>
              <w:rPr>
                <w:sz w:val="16"/>
              </w:rPr>
              <w:t>FMA RL 0, SRL 0; any 0</w:t>
            </w:r>
          </w:p>
        </w:tc>
        <w:tc>
          <w:tcPr>
            <w:tcW w:type="dxa" w:w="2717"/>
          </w:tcPr>
          <w:p>
            <w:pPr>
              <w:spacing w:after="0"/>
              <w:jc w:val="right"/>
            </w:pPr>
            <w:r>
              <w:rPr>
                <w:sz w:val="16"/>
              </w:rPr>
              <w:t>no Public Assistance recorded</w:t>
            </w:r>
          </w:p>
        </w:tc>
        <w:tc>
          <w:tcPr>
            <w:tcW w:type="dxa" w:w="3073"/>
          </w:tcPr>
          <w:p>
            <w:pPr>
              <w:spacing w:after="0"/>
              <w:jc w:val="right"/>
            </w:pPr>
            <w:r>
              <w:rPr>
                <w:sz w:val="16"/>
              </w:rPr>
              <w:t>25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8"/>
        <w:gridCol w:w="1305"/>
        <w:gridCol w:w="1177"/>
        <w:gridCol w:w="1102"/>
        <w:gridCol w:w="1102"/>
        <w:gridCol w:w="158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$2,992,432,809</w:t>
            </w:r>
          </w:p>
        </w:tc>
        <w:tc>
          <w:tcPr>
            <w:tcW w:type="dxa" w:w="1215"/>
          </w:tcPr>
          <w:p>
            <w:pPr>
              <w:spacing w:after="0"/>
              <w:jc w:val="right"/>
            </w:pPr>
            <w:r>
              <w:rPr>
                <w:sz w:val="16"/>
              </w:rPr>
              <w:t>$138,519,987</w:t>
            </w:r>
          </w:p>
        </w:tc>
        <w:tc>
          <w:tcPr>
            <w:tcW w:type="dxa" w:w="1044"/>
          </w:tcPr>
          <w:p>
            <w:pPr>
              <w:spacing w:after="0"/>
              <w:jc w:val="right"/>
            </w:pPr>
            <w:r>
              <w:rPr>
                <w:sz w:val="16"/>
              </w:rPr>
              <w:t>4,978</w:t>
            </w:r>
          </w:p>
        </w:tc>
        <w:tc>
          <w:tcPr>
            <w:tcW w:type="dxa" w:w="1037"/>
          </w:tcPr>
          <w:p>
            <w:pPr>
              <w:spacing w:after="0"/>
              <w:jc w:val="right"/>
            </w:pPr>
            <w:r>
              <w:rPr>
                <w:sz w:val="16"/>
              </w:rPr>
              <w:t>$263</w:t>
            </w:r>
          </w:p>
        </w:tc>
        <w:tc>
          <w:tcPr>
            <w:tcW w:type="dxa" w:w="1126"/>
          </w:tcPr>
          <w:p>
            <w:pPr>
              <w:spacing w:after="0"/>
              <w:jc w:val="right"/>
            </w:pPr>
            <w:r>
              <w:rPr>
                <w:sz w:val="16"/>
              </w:rPr>
              <w:t>$14,020</w:t>
            </w:r>
          </w:p>
        </w:tc>
        <w:tc>
          <w:tcPr>
            <w:tcW w:type="dxa" w:w="988"/>
          </w:tcPr>
          <w:p>
            <w:pPr>
              <w:spacing w:after="0"/>
              <w:jc w:val="right"/>
            </w:pPr>
            <w:r>
              <w:rPr>
                <w:sz w:val="16"/>
              </w:rPr>
              <w:t>$200,363</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$46,075,891</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$1,535,000</w:t>
            </w:r>
          </w:p>
        </w:tc>
        <w:tc>
          <w:tcPr>
            <w:tcW w:type="dxa" w:w="988"/>
          </w:tcPr>
          <w:p>
            <w:pPr>
              <w:spacing w:after="0"/>
              <w:jc w:val="right"/>
            </w:pPr>
            <w:r>
              <w:rPr>
                <w:sz w:val="16"/>
              </w:rPr>
              <w:t>n/a</w:t>
            </w:r>
          </w:p>
        </w:tc>
        <w:tc>
          <w:tcPr>
            <w:tcW w:type="dxa" w:w="1305"/>
          </w:tcPr>
          <w:p>
            <w:pPr>
              <w:spacing w:after="0"/>
              <w:jc w:val="right"/>
            </w:pPr>
            <w:r>
              <w:rPr>
                <w:sz w:val="16"/>
              </w:rPr>
              <w:t>3.33% (agriculture)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$5,876,108,488</w:t>
            </w:r>
          </w:p>
        </w:tc>
        <w:tc>
          <w:tcPr>
            <w:tcW w:type="dxa" w:w="1215"/>
          </w:tcPr>
          <w:p>
            <w:pPr>
              <w:spacing w:after="0"/>
              <w:jc w:val="right"/>
            </w:pPr>
            <w:r>
              <w:rPr>
                <w:sz w:val="16"/>
              </w:rPr>
              <w:t>n/a</w:t>
            </w:r>
          </w:p>
        </w:tc>
        <w:tc>
          <w:tcPr>
            <w:tcW w:type="dxa" w:w="1044"/>
          </w:tcPr>
          <w:p>
            <w:pPr>
              <w:spacing w:after="0"/>
              <w:jc w:val="right"/>
            </w:pPr>
            <w:r>
              <w:rPr>
                <w:sz w:val="16"/>
              </w:rPr>
              <w:t>4,981</w:t>
            </w:r>
          </w:p>
        </w:tc>
        <w:tc>
          <w:tcPr>
            <w:tcW w:type="dxa" w:w="1037"/>
          </w:tcPr>
          <w:p>
            <w:pPr>
              <w:spacing w:after="0"/>
              <w:jc w:val="right"/>
            </w:pPr>
            <w:r>
              <w:rPr>
                <w:sz w:val="16"/>
              </w:rPr>
              <w:t>$15,035</w:t>
            </w:r>
          </w:p>
        </w:tc>
        <w:tc>
          <w:tcPr>
            <w:tcW w:type="dxa" w:w="1126"/>
          </w:tcPr>
          <w:p>
            <w:pPr>
              <w:spacing w:after="0"/>
              <w:jc w:val="right"/>
            </w:pPr>
            <w:r>
              <w:rPr>
                <w:sz w:val="16"/>
              </w:rPr>
              <w:t>n/a</w:t>
            </w:r>
          </w:p>
        </w:tc>
        <w:tc>
          <w:tcPr>
            <w:tcW w:type="dxa" w:w="988"/>
          </w:tcPr>
          <w:p>
            <w:pPr>
              <w:spacing w:after="0"/>
              <w:jc w:val="right"/>
            </w:pPr>
            <w:r>
              <w:rPr>
                <w:sz w:val="16"/>
              </w:rPr>
              <w:t>$3,574</w:t>
            </w:r>
          </w:p>
        </w:tc>
        <w:tc>
          <w:tcPr>
            <w:tcW w:type="dxa" w:w="1305"/>
          </w:tcPr>
          <w:p>
            <w:pPr>
              <w:spacing w:after="0"/>
              <w:jc w:val="right"/>
            </w:pPr>
            <w:r>
              <w:rPr>
                <w:sz w:val="16"/>
              </w:rPr>
              <w:t>0.000256%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$2,992,432,809</w:t>
            </w:r>
          </w:p>
        </w:tc>
        <w:tc>
          <w:tcPr>
            <w:tcW w:type="dxa" w:w="1215"/>
          </w:tcPr>
          <w:p>
            <w:pPr>
              <w:spacing w:after="0"/>
              <w:jc w:val="right"/>
            </w:pPr>
            <w:r>
              <w:rPr>
                <w:sz w:val="16"/>
              </w:rPr>
              <w:t>$138,519,987</w:t>
            </w:r>
          </w:p>
        </w:tc>
        <w:tc>
          <w:tcPr>
            <w:tcW w:type="dxa" w:w="1044"/>
          </w:tcPr>
          <w:p>
            <w:pPr>
              <w:spacing w:after="0"/>
              <w:jc w:val="right"/>
            </w:pPr>
            <w:r>
              <w:rPr>
                <w:sz w:val="16"/>
              </w:rPr>
              <w:t>4,978</w:t>
            </w:r>
          </w:p>
        </w:tc>
        <w:tc>
          <w:tcPr>
            <w:tcW w:type="dxa" w:w="1037"/>
          </w:tcPr>
          <w:p>
            <w:pPr>
              <w:spacing w:after="0"/>
              <w:jc w:val="right"/>
            </w:pPr>
            <w:r>
              <w:rPr>
                <w:sz w:val="16"/>
              </w:rPr>
              <w:t>$742,931</w:t>
            </w:r>
          </w:p>
        </w:tc>
        <w:tc>
          <w:tcPr>
            <w:tcW w:type="dxa" w:w="1126"/>
          </w:tcPr>
          <w:p>
            <w:pPr>
              <w:spacing w:after="0"/>
              <w:jc w:val="right"/>
            </w:pPr>
            <w:r>
              <w:rPr>
                <w:sz w:val="16"/>
              </w:rPr>
              <w:t>$2,636,841</w:t>
            </w:r>
          </w:p>
        </w:tc>
        <w:tc>
          <w:tcPr>
            <w:tcW w:type="dxa" w:w="988"/>
          </w:tcPr>
          <w:p>
            <w:pPr>
              <w:spacing w:after="0"/>
              <w:jc w:val="right"/>
            </w:pPr>
            <w:r>
              <w:rPr>
                <w:sz w:val="16"/>
              </w:rPr>
              <w:t>$14,296</w:t>
            </w:r>
          </w:p>
        </w:tc>
        <w:tc>
          <w:tcPr>
            <w:tcW w:type="dxa" w:w="1305"/>
          </w:tcPr>
          <w:p>
            <w:pPr>
              <w:spacing w:after="0"/>
              <w:jc w:val="right"/>
            </w:pPr>
            <w:r>
              <w:rPr>
                <w:sz w:val="16"/>
              </w:rPr>
              <w:t>0.0248%</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$2,992,432,809</w:t>
            </w:r>
          </w:p>
        </w:tc>
        <w:tc>
          <w:tcPr>
            <w:tcW w:type="dxa" w:w="1215"/>
          </w:tcPr>
          <w:p>
            <w:pPr>
              <w:spacing w:after="0"/>
              <w:jc w:val="right"/>
            </w:pPr>
            <w:r>
              <w:rPr>
                <w:sz w:val="16"/>
              </w:rPr>
              <w:t>$138,519,987</w:t>
            </w:r>
          </w:p>
        </w:tc>
        <w:tc>
          <w:tcPr>
            <w:tcW w:type="dxa" w:w="1044"/>
          </w:tcPr>
          <w:p>
            <w:pPr>
              <w:spacing w:after="0"/>
              <w:jc w:val="right"/>
            </w:pPr>
            <w:r>
              <w:rPr>
                <w:sz w:val="16"/>
              </w:rPr>
              <w:t>4,978</w:t>
            </w:r>
          </w:p>
        </w:tc>
        <w:tc>
          <w:tcPr>
            <w:tcW w:type="dxa" w:w="1037"/>
          </w:tcPr>
          <w:p>
            <w:pPr>
              <w:spacing w:after="0"/>
              <w:jc w:val="right"/>
            </w:pPr>
            <w:r>
              <w:rPr>
                <w:sz w:val="16"/>
              </w:rPr>
              <w:t>$2,799</w:t>
            </w:r>
          </w:p>
        </w:tc>
        <w:tc>
          <w:tcPr>
            <w:tcW w:type="dxa" w:w="1126"/>
          </w:tcPr>
          <w:p>
            <w:pPr>
              <w:spacing w:after="0"/>
              <w:jc w:val="right"/>
            </w:pPr>
            <w:r>
              <w:rPr>
                <w:sz w:val="16"/>
              </w:rPr>
              <w:t>$78</w:t>
            </w:r>
          </w:p>
        </w:tc>
        <w:tc>
          <w:tcPr>
            <w:tcW w:type="dxa" w:w="988"/>
          </w:tcPr>
          <w:p>
            <w:pPr>
              <w:spacing w:after="0"/>
              <w:jc w:val="right"/>
            </w:pPr>
            <w:r>
              <w:rPr>
                <w:sz w:val="16"/>
              </w:rPr>
              <w:t>$99,473</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988"/>
          </w:tcPr>
          <w:p>
            <w:pPr>
              <w:spacing w:after="0"/>
              <w:jc w:val="right"/>
            </w:pPr>
          </w:p>
        </w:tc>
        <w:tc>
          <w:tcPr>
            <w:tcW w:type="dxa" w:w="1305"/>
          </w:tcPr>
          <w:p>
            <w:pPr>
              <w:spacing w:after="0"/>
              <w:jc w:val="right"/>
            </w:pP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$2,992,432,809</w:t>
            </w:r>
          </w:p>
        </w:tc>
        <w:tc>
          <w:tcPr>
            <w:tcW w:type="dxa" w:w="1215"/>
          </w:tcPr>
          <w:p>
            <w:pPr>
              <w:spacing w:after="0"/>
              <w:jc w:val="right"/>
            </w:pPr>
            <w:r>
              <w:rPr>
                <w:sz w:val="16"/>
              </w:rPr>
              <w:t>n/a</w:t>
            </w:r>
          </w:p>
        </w:tc>
        <w:tc>
          <w:tcPr>
            <w:tcW w:type="dxa" w:w="1044"/>
          </w:tcPr>
          <w:p>
            <w:pPr>
              <w:spacing w:after="0"/>
              <w:jc w:val="right"/>
            </w:pPr>
            <w:r>
              <w:rPr>
                <w:sz w:val="16"/>
              </w:rPr>
              <w:t>4,978</w:t>
            </w:r>
          </w:p>
        </w:tc>
        <w:tc>
          <w:tcPr>
            <w:tcW w:type="dxa" w:w="1037"/>
          </w:tcPr>
          <w:p>
            <w:pPr>
              <w:spacing w:after="0"/>
              <w:jc w:val="right"/>
            </w:pPr>
            <w:r>
              <w:rPr>
                <w:sz w:val="16"/>
              </w:rPr>
              <w:t>$210,430</w:t>
            </w:r>
          </w:p>
        </w:tc>
        <w:tc>
          <w:tcPr>
            <w:tcW w:type="dxa" w:w="1126"/>
          </w:tcPr>
          <w:p>
            <w:pPr>
              <w:spacing w:after="0"/>
              <w:jc w:val="right"/>
            </w:pPr>
            <w:r>
              <w:rPr>
                <w:sz w:val="16"/>
              </w:rPr>
              <w:t>n/a</w:t>
            </w:r>
          </w:p>
        </w:tc>
        <w:tc>
          <w:tcPr>
            <w:tcW w:type="dxa" w:w="988"/>
          </w:tcPr>
          <w:p>
            <w:pPr>
              <w:spacing w:after="0"/>
              <w:jc w:val="right"/>
            </w:pPr>
            <w:r>
              <w:rPr>
                <w:sz w:val="16"/>
              </w:rPr>
              <w:t>$21,757</w:t>
            </w:r>
          </w:p>
        </w:tc>
        <w:tc>
          <w:tcPr>
            <w:tcW w:type="dxa" w:w="1305"/>
          </w:tcPr>
          <w:p>
            <w:pPr>
              <w:spacing w:after="0"/>
              <w:jc w:val="right"/>
            </w:pPr>
            <w:r>
              <w:rPr>
                <w:sz w:val="16"/>
              </w:rPr>
              <w:t>0.00703%</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$2,992,240,214</w:t>
            </w:r>
          </w:p>
        </w:tc>
        <w:tc>
          <w:tcPr>
            <w:tcW w:type="dxa" w:w="1215"/>
          </w:tcPr>
          <w:p>
            <w:pPr>
              <w:spacing w:after="0"/>
              <w:jc w:val="right"/>
            </w:pPr>
            <w:r>
              <w:rPr>
                <w:sz w:val="16"/>
              </w:rPr>
              <w:t>$20,666</w:t>
            </w:r>
          </w:p>
        </w:tc>
        <w:tc>
          <w:tcPr>
            <w:tcW w:type="dxa" w:w="1044"/>
          </w:tcPr>
          <w:p>
            <w:pPr>
              <w:spacing w:after="0"/>
              <w:jc w:val="right"/>
            </w:pPr>
            <w:r>
              <w:rPr>
                <w:sz w:val="16"/>
              </w:rPr>
              <w:t>3</w:t>
            </w:r>
          </w:p>
        </w:tc>
        <w:tc>
          <w:tcPr>
            <w:tcW w:type="dxa" w:w="1037"/>
          </w:tcPr>
          <w:p>
            <w:pPr>
              <w:spacing w:after="0"/>
              <w:jc w:val="right"/>
            </w:pPr>
            <w:r>
              <w:rPr>
                <w:sz w:val="16"/>
              </w:rPr>
              <w:t>$1,864,481</w:t>
            </w:r>
          </w:p>
        </w:tc>
        <w:tc>
          <w:tcPr>
            <w:tcW w:type="dxa" w:w="1126"/>
          </w:tcPr>
          <w:p>
            <w:pPr>
              <w:spacing w:after="0"/>
              <w:jc w:val="right"/>
            </w:pPr>
            <w:r>
              <w:rPr>
                <w:sz w:val="16"/>
              </w:rPr>
              <w:t>$148</w:t>
            </w:r>
          </w:p>
        </w:tc>
        <w:tc>
          <w:tcPr>
            <w:tcW w:type="dxa" w:w="988"/>
          </w:tcPr>
          <w:p>
            <w:pPr>
              <w:spacing w:after="0"/>
              <w:jc w:val="right"/>
            </w:pPr>
            <w:r>
              <w:rPr>
                <w:sz w:val="16"/>
              </w:rPr>
              <w:t>$40</w:t>
            </w:r>
          </w:p>
        </w:tc>
        <w:tc>
          <w:tcPr>
            <w:tcW w:type="dxa" w:w="1305"/>
          </w:tcPr>
          <w:p>
            <w:pPr>
              <w:spacing w:after="0"/>
              <w:jc w:val="right"/>
            </w:pPr>
            <w:r>
              <w:rPr>
                <w:sz w:val="16"/>
              </w:rPr>
              <w:t>n/a (see note)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$28,577,942</w:t>
            </w:r>
          </w:p>
        </w:tc>
        <w:tc>
          <w:tcPr>
            <w:tcW w:type="dxa" w:w="1215"/>
          </w:tcPr>
          <w:p>
            <w:pPr>
              <w:spacing w:after="0"/>
              <w:jc w:val="right"/>
            </w:pPr>
            <w:r>
              <w:rPr>
                <w:sz w:val="16"/>
              </w:rPr>
              <w:t>n/a</w:t>
            </w:r>
          </w:p>
        </w:tc>
        <w:tc>
          <w:tcPr>
            <w:tcW w:type="dxa" w:w="1044"/>
          </w:tcPr>
          <w:p>
            <w:pPr>
              <w:spacing w:after="0"/>
              <w:jc w:val="right"/>
            </w:pPr>
            <w:r>
              <w:rPr>
                <w:sz w:val="16"/>
              </w:rPr>
              <w:t>28</w:t>
            </w:r>
          </w:p>
        </w:tc>
        <w:tc>
          <w:tcPr>
            <w:tcW w:type="dxa" w:w="1037"/>
          </w:tcPr>
          <w:p>
            <w:pPr>
              <w:spacing w:after="0"/>
              <w:jc w:val="right"/>
            </w:pPr>
            <w:r>
              <w:rPr>
                <w:sz w:val="16"/>
              </w:rPr>
              <w:t>$88</w:t>
            </w:r>
          </w:p>
        </w:tc>
        <w:tc>
          <w:tcPr>
            <w:tcW w:type="dxa" w:w="1126"/>
          </w:tcPr>
          <w:p>
            <w:pPr>
              <w:spacing w:after="0"/>
              <w:jc w:val="right"/>
            </w:pPr>
            <w:r>
              <w:rPr>
                <w:sz w:val="16"/>
              </w:rPr>
              <w:t>n/a</w:t>
            </w:r>
          </w:p>
        </w:tc>
        <w:tc>
          <w:tcPr>
            <w:tcW w:type="dxa" w:w="988"/>
          </w:tcPr>
          <w:p>
            <w:pPr>
              <w:spacing w:after="0"/>
              <w:jc w:val="right"/>
            </w:pPr>
            <w:r>
              <w:rPr>
                <w:sz w:val="16"/>
              </w:rPr>
              <w:t>$12</w:t>
            </w:r>
          </w:p>
        </w:tc>
        <w:tc>
          <w:tcPr>
            <w:tcW w:type="dxa" w:w="1305"/>
          </w:tcPr>
          <w:p>
            <w:pPr>
              <w:spacing w:after="0"/>
              <w:jc w:val="right"/>
            </w:pPr>
            <w:r>
              <w:rPr>
                <w:sz w:val="16"/>
              </w:rPr>
              <w:t>0.000307%</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$2,992,432,809</w:t>
            </w:r>
          </w:p>
        </w:tc>
        <w:tc>
          <w:tcPr>
            <w:tcW w:type="dxa" w:w="1215"/>
          </w:tcPr>
          <w:p>
            <w:pPr>
              <w:spacing w:after="0"/>
              <w:jc w:val="right"/>
            </w:pPr>
            <w:r>
              <w:rPr>
                <w:sz w:val="16"/>
              </w:rPr>
              <w:t>n/a</w:t>
            </w:r>
          </w:p>
        </w:tc>
        <w:tc>
          <w:tcPr>
            <w:tcW w:type="dxa" w:w="1044"/>
          </w:tcPr>
          <w:p>
            <w:pPr>
              <w:spacing w:after="0"/>
              <w:jc w:val="right"/>
            </w:pPr>
            <w:r>
              <w:rPr>
                <w:sz w:val="16"/>
              </w:rPr>
              <w:t>4,978</w:t>
            </w:r>
          </w:p>
        </w:tc>
        <w:tc>
          <w:tcPr>
            <w:tcW w:type="dxa" w:w="1037"/>
          </w:tcPr>
          <w:p>
            <w:pPr>
              <w:spacing w:after="0"/>
              <w:jc w:val="right"/>
            </w:pPr>
            <w:r>
              <w:rPr>
                <w:sz w:val="16"/>
              </w:rPr>
              <w:t>$5,674</w:t>
            </w:r>
          </w:p>
        </w:tc>
        <w:tc>
          <w:tcPr>
            <w:tcW w:type="dxa" w:w="1126"/>
          </w:tcPr>
          <w:p>
            <w:pPr>
              <w:spacing w:after="0"/>
              <w:jc w:val="right"/>
            </w:pPr>
            <w:r>
              <w:rPr>
                <w:sz w:val="16"/>
              </w:rPr>
              <w:t>n/a</w:t>
            </w:r>
          </w:p>
        </w:tc>
        <w:tc>
          <w:tcPr>
            <w:tcW w:type="dxa" w:w="988"/>
          </w:tcPr>
          <w:p>
            <w:pPr>
              <w:spacing w:after="0"/>
              <w:jc w:val="right"/>
            </w:pPr>
            <w:r>
              <w:rPr>
                <w:sz w:val="16"/>
              </w:rPr>
              <w:t>$81,702</w:t>
            </w:r>
          </w:p>
        </w:tc>
        <w:tc>
          <w:tcPr>
            <w:tcW w:type="dxa" w:w="1305"/>
          </w:tcPr>
          <w:p>
            <w:pPr>
              <w:spacing w:after="0"/>
              <w:jc w:val="right"/>
            </w:pPr>
            <w:r>
              <w:rPr>
                <w:sz w:val="16"/>
              </w:rPr>
              <w:t>0.00019%</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$2,992,432,809</w:t>
            </w:r>
          </w:p>
        </w:tc>
        <w:tc>
          <w:tcPr>
            <w:tcW w:type="dxa" w:w="1215"/>
          </w:tcPr>
          <w:p>
            <w:pPr>
              <w:spacing w:after="0"/>
              <w:jc w:val="right"/>
            </w:pPr>
            <w:r>
              <w:rPr>
                <w:sz w:val="16"/>
              </w:rPr>
              <w:t>$138,519,987</w:t>
            </w:r>
          </w:p>
        </w:tc>
        <w:tc>
          <w:tcPr>
            <w:tcW w:type="dxa" w:w="1044"/>
          </w:tcPr>
          <w:p>
            <w:pPr>
              <w:spacing w:after="0"/>
              <w:jc w:val="right"/>
            </w:pPr>
            <w:r>
              <w:rPr>
                <w:sz w:val="16"/>
              </w:rPr>
              <w:t>4,978</w:t>
            </w:r>
          </w:p>
        </w:tc>
        <w:tc>
          <w:tcPr>
            <w:tcW w:type="dxa" w:w="1037"/>
          </w:tcPr>
          <w:p>
            <w:pPr>
              <w:spacing w:after="0"/>
              <w:jc w:val="right"/>
            </w:pPr>
            <w:r>
              <w:rPr>
                <w:sz w:val="16"/>
              </w:rPr>
              <w:t>$368,065</w:t>
            </w:r>
          </w:p>
        </w:tc>
        <w:tc>
          <w:tcPr>
            <w:tcW w:type="dxa" w:w="1126"/>
          </w:tcPr>
          <w:p>
            <w:pPr>
              <w:spacing w:after="0"/>
              <w:jc w:val="right"/>
            </w:pPr>
            <w:r>
              <w:rPr>
                <w:sz w:val="16"/>
              </w:rPr>
              <w:t>$397,999</w:t>
            </w:r>
          </w:p>
        </w:tc>
        <w:tc>
          <w:tcPr>
            <w:tcW w:type="dxa" w:w="988"/>
          </w:tcPr>
          <w:p>
            <w:pPr>
              <w:spacing w:after="0"/>
              <w:jc w:val="right"/>
            </w:pPr>
            <w:r>
              <w:rPr>
                <w:sz w:val="16"/>
              </w:rPr>
              <w:t>$91,205</w:t>
            </w:r>
          </w:p>
        </w:tc>
        <w:tc>
          <w:tcPr>
            <w:tcW w:type="dxa" w:w="1305"/>
          </w:tcPr>
          <w:p>
            <w:pPr>
              <w:spacing w:after="0"/>
              <w:jc w:val="right"/>
            </w:pPr>
            <w:r>
              <w:rPr>
                <w:sz w:val="16"/>
              </w:rPr>
              <w:t>0.0123%</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$2,992,432,809</w:t>
            </w:r>
          </w:p>
        </w:tc>
        <w:tc>
          <w:tcPr>
            <w:tcW w:type="dxa" w:w="1215"/>
          </w:tcPr>
          <w:p>
            <w:pPr>
              <w:spacing w:after="0"/>
              <w:jc w:val="right"/>
            </w:pPr>
            <w:r>
              <w:rPr>
                <w:sz w:val="16"/>
              </w:rPr>
              <w:t>$138,519,987</w:t>
            </w:r>
          </w:p>
        </w:tc>
        <w:tc>
          <w:tcPr>
            <w:tcW w:type="dxa" w:w="1044"/>
          </w:tcPr>
          <w:p>
            <w:pPr>
              <w:spacing w:after="0"/>
              <w:jc w:val="right"/>
            </w:pPr>
            <w:r>
              <w:rPr>
                <w:sz w:val="16"/>
              </w:rPr>
              <w:t>4,978</w:t>
            </w:r>
          </w:p>
        </w:tc>
        <w:tc>
          <w:tcPr>
            <w:tcW w:type="dxa" w:w="1037"/>
          </w:tcPr>
          <w:p>
            <w:pPr>
              <w:spacing w:after="0"/>
              <w:jc w:val="right"/>
            </w:pPr>
            <w:r>
              <w:rPr>
                <w:sz w:val="16"/>
              </w:rPr>
              <w:t>$724,905</w:t>
            </w:r>
          </w:p>
        </w:tc>
        <w:tc>
          <w:tcPr>
            <w:tcW w:type="dxa" w:w="1126"/>
          </w:tcPr>
          <w:p>
            <w:pPr>
              <w:spacing w:after="0"/>
              <w:jc w:val="right"/>
            </w:pPr>
            <w:r>
              <w:rPr>
                <w:sz w:val="16"/>
              </w:rPr>
              <w:t>$7,371</w:t>
            </w:r>
          </w:p>
        </w:tc>
        <w:tc>
          <w:tcPr>
            <w:tcW w:type="dxa" w:w="988"/>
          </w:tcPr>
          <w:p>
            <w:pPr>
              <w:spacing w:after="0"/>
              <w:jc w:val="right"/>
            </w:pPr>
            <w:r>
              <w:rPr>
                <w:sz w:val="16"/>
              </w:rPr>
              <w:t>$443,478</w:t>
            </w:r>
          </w:p>
        </w:tc>
        <w:tc>
          <w:tcPr>
            <w:tcW w:type="dxa" w:w="1305"/>
          </w:tcPr>
          <w:p>
            <w:pPr>
              <w:spacing w:after="0"/>
              <w:jc w:val="right"/>
            </w:pPr>
            <w:r>
              <w:rPr>
                <w:sz w:val="16"/>
              </w:rPr>
              <w:t>0.0242%</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$533,298,826</w:t>
            </w:r>
          </w:p>
        </w:tc>
        <w:tc>
          <w:tcPr>
            <w:tcW w:type="dxa" w:w="1215"/>
          </w:tcPr>
          <w:p>
            <w:pPr>
              <w:spacing w:after="0"/>
              <w:jc w:val="right"/>
            </w:pPr>
            <w:r>
              <w:rPr>
                <w:sz w:val="16"/>
              </w:rPr>
              <w:t>$56,828,443</w:t>
            </w:r>
          </w:p>
        </w:tc>
        <w:tc>
          <w:tcPr>
            <w:tcW w:type="dxa" w:w="1044"/>
          </w:tcPr>
          <w:p>
            <w:pPr>
              <w:spacing w:after="0"/>
              <w:jc w:val="right"/>
            </w:pPr>
            <w:r>
              <w:rPr>
                <w:sz w:val="16"/>
              </w:rPr>
              <w:t>899</w:t>
            </w:r>
          </w:p>
        </w:tc>
        <w:tc>
          <w:tcPr>
            <w:tcW w:type="dxa" w:w="1037"/>
          </w:tcPr>
          <w:p>
            <w:pPr>
              <w:spacing w:after="0"/>
              <w:jc w:val="right"/>
            </w:pPr>
            <w:r>
              <w:rPr>
                <w:sz w:val="16"/>
              </w:rPr>
              <w:t>$56,551</w:t>
            </w:r>
          </w:p>
        </w:tc>
        <w:tc>
          <w:tcPr>
            <w:tcW w:type="dxa" w:w="1126"/>
          </w:tcPr>
          <w:p>
            <w:pPr>
              <w:spacing w:after="0"/>
              <w:jc w:val="right"/>
            </w:pPr>
            <w:r>
              <w:rPr>
                <w:sz w:val="16"/>
              </w:rPr>
              <w:t>$89</w:t>
            </w:r>
          </w:p>
        </w:tc>
        <w:tc>
          <w:tcPr>
            <w:tcW w:type="dxa" w:w="988"/>
          </w:tcPr>
          <w:p>
            <w:pPr>
              <w:spacing w:after="0"/>
              <w:jc w:val="right"/>
            </w:pPr>
            <w:r>
              <w:rPr>
                <w:sz w:val="16"/>
              </w:rPr>
              <w:t>$944</w:t>
            </w:r>
          </w:p>
        </w:tc>
        <w:tc>
          <w:tcPr>
            <w:tcW w:type="dxa" w:w="1305"/>
          </w:tcPr>
          <w:p>
            <w:pPr>
              <w:spacing w:after="0"/>
              <w:jc w:val="right"/>
            </w:pPr>
            <w:r>
              <w:rPr>
                <w:sz w:val="16"/>
              </w:rPr>
              <w:t>0.0106%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$2,992,432,809</w:t>
            </w:r>
          </w:p>
        </w:tc>
        <w:tc>
          <w:tcPr>
            <w:tcW w:type="dxa" w:w="1215"/>
          </w:tcPr>
          <w:p>
            <w:pPr>
              <w:spacing w:after="0"/>
              <w:jc w:val="right"/>
            </w:pPr>
            <w:r>
              <w:rPr>
                <w:sz w:val="16"/>
              </w:rPr>
              <w:t>$138,519,987</w:t>
            </w:r>
          </w:p>
        </w:tc>
        <w:tc>
          <w:tcPr>
            <w:tcW w:type="dxa" w:w="1044"/>
          </w:tcPr>
          <w:p>
            <w:pPr>
              <w:spacing w:after="0"/>
              <w:jc w:val="right"/>
            </w:pPr>
            <w:r>
              <w:rPr>
                <w:sz w:val="16"/>
              </w:rPr>
              <w:t>4,978</w:t>
            </w:r>
          </w:p>
        </w:tc>
        <w:tc>
          <w:tcPr>
            <w:tcW w:type="dxa" w:w="1037"/>
          </w:tcPr>
          <w:p>
            <w:pPr>
              <w:spacing w:after="0"/>
              <w:jc w:val="right"/>
            </w:pPr>
            <w:r>
              <w:rPr>
                <w:sz w:val="16"/>
              </w:rPr>
              <w:t>$56,714</w:t>
            </w:r>
          </w:p>
        </w:tc>
        <w:tc>
          <w:tcPr>
            <w:tcW w:type="dxa" w:w="1126"/>
          </w:tcPr>
          <w:p>
            <w:pPr>
              <w:spacing w:after="0"/>
              <w:jc w:val="right"/>
            </w:pPr>
            <w:r>
              <w:rPr>
                <w:sz w:val="16"/>
              </w:rPr>
              <w:t>$334</w:t>
            </w:r>
          </w:p>
        </w:tc>
        <w:tc>
          <w:tcPr>
            <w:tcW w:type="dxa" w:w="988"/>
          </w:tcPr>
          <w:p>
            <w:pPr>
              <w:spacing w:after="0"/>
              <w:jc w:val="right"/>
            </w:pPr>
            <w:r>
              <w:rPr>
                <w:sz w:val="16"/>
              </w:rPr>
              <w:t>$39,602</w:t>
            </w:r>
          </w:p>
        </w:tc>
        <w:tc>
          <w:tcPr>
            <w:tcW w:type="dxa" w:w="1305"/>
          </w:tcPr>
          <w:p>
            <w:pPr>
              <w:spacing w:after="0"/>
              <w:jc w:val="right"/>
            </w:pPr>
            <w:r>
              <w:rPr>
                <w:sz w:val="16"/>
              </w:rPr>
              <w:t>0.0019%</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4,978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$2,992,432,809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$138,519,987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$8,639,814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$996,446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Phillips County</w:t>
            </w:r>
          </w:p>
        </w:tc>
        <w:tc>
          <w:tcPr>
            <w:tcW w:type="dxa" w:w="1589"/>
          </w:tcPr>
          <w:p>
            <w:pPr>
              <w:spacing w:after="0"/>
              <w:jc w:val="left"/>
            </w:pPr>
            <w:r>
              <w:rPr>
                <w:sz w:val="16"/>
              </w:rPr>
              <w:t>200261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Agra city</w:t>
            </w:r>
          </w:p>
        </w:tc>
        <w:tc>
          <w:tcPr>
            <w:tcW w:type="dxa" w:w="1589"/>
          </w:tcPr>
          <w:p>
            <w:pPr>
              <w:spacing w:after="0"/>
              <w:jc w:val="left"/>
            </w:pPr>
            <w:r>
              <w:rPr>
                <w:sz w:val="16"/>
              </w:rPr>
              <w:t>200687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Kirwin city</w:t>
            </w:r>
          </w:p>
        </w:tc>
        <w:tc>
          <w:tcPr>
            <w:tcW w:type="dxa" w:w="1589"/>
          </w:tcPr>
          <w:p>
            <w:pPr>
              <w:spacing w:after="0"/>
              <w:jc w:val="left"/>
            </w:pPr>
            <w:r>
              <w:rPr>
                <w:sz w:val="16"/>
              </w:rPr>
              <w:t>200264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Logan city</w:t>
            </w:r>
          </w:p>
        </w:tc>
        <w:tc>
          <w:tcPr>
            <w:tcW w:type="dxa" w:w="1589"/>
          </w:tcPr>
          <w:p>
            <w:pPr>
              <w:spacing w:after="0"/>
              <w:jc w:val="left"/>
            </w:pPr>
            <w:r>
              <w:rPr>
                <w:sz w:val="16"/>
              </w:rPr>
              <w:t>200265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Long Island city</w:t>
            </w:r>
          </w:p>
        </w:tc>
        <w:tc>
          <w:tcPr>
            <w:tcW w:type="dxa" w:w="1589"/>
          </w:tcPr>
          <w:p>
            <w:pPr>
              <w:spacing w:after="0"/>
              <w:jc w:val="left"/>
            </w:pPr>
            <w:r>
              <w:rPr>
                <w:sz w:val="16"/>
              </w:rPr>
              <w:t>200266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Phillipsburg city</w:t>
            </w:r>
          </w:p>
        </w:tc>
        <w:tc>
          <w:tcPr>
            <w:tcW w:type="dxa" w:w="1589"/>
          </w:tcPr>
          <w:p>
            <w:pPr>
              <w:spacing w:after="0"/>
              <w:jc w:val="left"/>
            </w:pPr>
            <w:r>
              <w:rPr>
                <w:sz w:val="16"/>
              </w:rPr>
              <w:t>200267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Prairie View city</w:t>
            </w:r>
          </w:p>
        </w:tc>
        <w:tc>
          <w:tcPr>
            <w:tcW w:type="dxa" w:w="1589"/>
          </w:tcPr>
          <w:p>
            <w:pPr>
              <w:spacing w:after="0"/>
              <w:jc w:val="left"/>
            </w:pPr>
            <w:r>
              <w:rPr>
                <w:sz w:val="16"/>
              </w:rPr>
              <w:t>200268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Speed city</w:t>
            </w:r>
          </w:p>
        </w:tc>
        <w:tc>
          <w:tcPr>
            <w:tcW w:type="dxa" w:w="1589"/>
          </w:tcPr>
          <w:p>
            <w:pPr>
              <w:spacing w:after="0"/>
              <w:jc w:val="left"/>
            </w:pPr>
            <w:r>
              <w:rPr>
                <w:sz w:val="16"/>
              </w:rPr>
              <w:t>200269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Phillips County, KS: risk-assessment baseline packet, release 2026-10 (data as of 2026-09-30; County FIPS 20147). Automated baseline. </w:t>
      </w:r>
      <w:hyperlink r:id="rId15">
        <w:r>
          <w:rPr>
            <w:color w:val="1F4E99"/>
            <w:sz w:val="17"/>
            <w:u w:val="single"/>
          </w:rPr>
          <w:t>https://hazardplain.org/ks/20147/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Phillips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1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Phillips County, KS: Risk-assessment baseline packet</dc:title>
  <dc:subject>Hazard Plain release 2026-10, as of 2026-09-30. Automated baseline</dc:subject>
  <dc:creator>Hazard Plain</dc:creator>
  <cp:keywords>Hazard Plain; hazard mitigation; risk assessment; 20147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