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Chase County, KS</w:t>
      </w:r>
    </w:p>
    <w:p>
      <w:pPr>
        <w:spacing w:after="120" w:before="0"/>
      </w:pPr>
      <w:r>
        <w:rPr>
          <w:color w:val="555555"/>
          <w:sz w:val="24"/>
        </w:rPr>
        <w:t>Risk-assessment baseline packet</w:t>
      </w:r>
    </w:p>
    <w:p>
      <w:pPr>
        <w:spacing w:after="120" w:before="0"/>
      </w:pPr>
      <w:r>
        <w:rPr>
          <w:b/>
          <w:sz w:val="18"/>
        </w:rPr>
        <w:t xml:space="preserve">County FIPS: </w:t>
      </w:r>
      <w:r>
        <w:rPr>
          <w:sz w:val="18"/>
        </w:rPr>
        <w:t>20017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2031-01-20. Plan: Region I (FEMA plan 111260), approved 2026-01-21.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2026-01-21: no new hazard declaration and 13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($2,781,958 a year), Tornado ($593,696) and Wildfire ($470,060).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2031-01-20</w:t>
      </w:r>
    </w:p>
    <w:p>
      <w:pPr>
        <w:keepNext/>
        <w:spacing w:after="40" w:before="0"/>
      </w:pPr>
      <w:r>
        <w:rPr>
          <w:b/>
        </w:rPr>
        <w:t xml:space="preserve">Plan: </w:t>
      </w:r>
      <w:r>
        <w:rPr/>
        <w:t>Region I (FEMA plan 111260)</w:t>
      </w:r>
    </w:p>
    <w:p>
      <w:pPr>
        <w:keepNext/>
        <w:spacing w:after="40" w:before="0"/>
      </w:pPr>
      <w:r>
        <w:rPr>
          <w:b/>
        </w:rPr>
        <w:t xml:space="preserve">Approved: </w:t>
      </w:r>
      <w:r>
        <w:rPr/>
        <w:t>2026-01-21</w:t>
      </w:r>
    </w:p>
    <w:p>
      <w:pPr>
        <w:keepNext/>
        <w:spacing w:after="40" w:before="0"/>
      </w:pPr>
      <w:r>
        <w:rPr>
          <w:b/>
        </w:rPr>
        <w:t xml:space="preserve">Days to expiry: </w:t>
      </w:r>
      <w:r>
        <w:rPr/>
        <w:t>1,573</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2"/>
        <w:gridCol w:w="1566"/>
        <w:gridCol w:w="1446"/>
        <w:gridCol w:w="1890"/>
        <w:gridCol w:w="1774"/>
        <w:gridCol w:w="1356"/>
        <w:gridCol w:w="816"/>
        <w:gridCol w:w="2093"/>
        <w:gridCol w:w="1758"/>
      </w:tblGrid>
      <w:tr>
        <w:trPr>
          <w:cantSplit/>
          <w:tblHeader/>
        </w:trPr>
        <w:tc>
          <w:tcPr>
            <w:tcW w:type="dxa" w:w="1412"/>
            <w:shd w:val="clear" w:color="auto" w:fill="E8E8E8"/>
          </w:tcPr>
          <w:p>
            <w:pPr>
              <w:spacing w:after="0"/>
              <w:jc w:val="left"/>
            </w:pPr>
            <w:r>
              <w:rPr>
                <w:b/>
                <w:sz w:val="16"/>
              </w:rPr>
              <w:t>Jurisdiction</w:t>
            </w:r>
          </w:p>
        </w:tc>
        <w:tc>
          <w:tcPr>
            <w:tcW w:type="dxa" w:w="1566"/>
            <w:shd w:val="clear" w:color="auto" w:fill="E8E8E8"/>
          </w:tcPr>
          <w:p>
            <w:pPr>
              <w:spacing w:after="0"/>
              <w:jc w:val="left"/>
            </w:pPr>
            <w:r>
              <w:rPr>
                <w:b/>
                <w:sz w:val="16"/>
              </w:rPr>
              <w:t>Type</w:t>
            </w:r>
          </w:p>
        </w:tc>
        <w:tc>
          <w:tcPr>
            <w:tcW w:type="dxa" w:w="1446"/>
            <w:shd w:val="clear" w:color="auto" w:fill="E8E8E8"/>
          </w:tcPr>
          <w:p>
            <w:pPr>
              <w:spacing w:after="0"/>
              <w:jc w:val="left"/>
            </w:pPr>
            <w:r>
              <w:rPr>
                <w:b/>
                <w:sz w:val="16"/>
              </w:rPr>
              <w:t>Status</w:t>
            </w:r>
          </w:p>
        </w:tc>
        <w:tc>
          <w:tcPr>
            <w:tcW w:type="dxa" w:w="1890"/>
            <w:shd w:val="clear" w:color="auto" w:fill="E8E8E8"/>
          </w:tcPr>
          <w:p>
            <w:pPr>
              <w:spacing w:after="0"/>
              <w:jc w:val="left"/>
            </w:pPr>
            <w:r>
              <w:rPr>
                <w:b/>
                <w:sz w:val="16"/>
              </w:rPr>
              <w:t>Plan</w:t>
            </w:r>
          </w:p>
        </w:tc>
        <w:tc>
          <w:tcPr>
            <w:tcW w:type="dxa" w:w="1774"/>
            <w:shd w:val="clear" w:color="auto" w:fill="E8E8E8"/>
          </w:tcPr>
          <w:p>
            <w:pPr>
              <w:spacing w:after="0"/>
              <w:jc w:val="left"/>
            </w:pPr>
            <w:r>
              <w:rPr>
                <w:b/>
                <w:sz w:val="16"/>
              </w:rPr>
              <w:t>Approved</w:t>
            </w:r>
          </w:p>
        </w:tc>
        <w:tc>
          <w:tcPr>
            <w:tcW w:type="dxa" w:w="1356"/>
            <w:shd w:val="clear" w:color="auto" w:fill="E8E8E8"/>
          </w:tcPr>
          <w:p>
            <w:pPr>
              <w:spacing w:after="0"/>
              <w:jc w:val="left"/>
            </w:pPr>
            <w:r>
              <w:rPr>
                <w:b/>
                <w:sz w:val="16"/>
              </w:rPr>
              <w:t>Expires</w:t>
            </w:r>
          </w:p>
        </w:tc>
        <w:tc>
          <w:tcPr>
            <w:tcW w:type="dxa" w:w="8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93"/>
            <w:shd w:val="clear" w:color="auto" w:fill="E8E8E8"/>
          </w:tcPr>
          <w:p>
            <w:pPr>
              <w:spacing w:after="0"/>
              <w:jc w:val="left"/>
            </w:pPr>
            <w:r>
              <w:rPr>
                <w:b/>
                <w:sz w:val="16"/>
              </w:rPr>
              <w:t>Update underway</w:t>
            </w:r>
          </w:p>
        </w:tc>
        <w:tc>
          <w:tcPr>
            <w:tcW w:type="dxa" w:w="1758"/>
            <w:shd w:val="clear" w:color="auto" w:fill="E8E8E8"/>
          </w:tcPr>
          <w:p>
            <w:pPr>
              <w:spacing w:after="0"/>
              <w:jc w:val="left"/>
            </w:pPr>
            <w:r>
              <w:rPr>
                <w:b/>
                <w:sz w:val="16"/>
              </w:rPr>
              <w:t>Notes</w:t>
            </w:r>
          </w:p>
        </w:tc>
      </w:tr>
      <w:tr>
        <w:trPr>
          <w:cantSplit/>
        </w:trPr>
        <w:tc>
          <w:tcPr>
            <w:tcW w:type="dxa" w:w="1412"/>
          </w:tcPr>
          <w:p>
            <w:pPr>
              <w:spacing w:after="0"/>
              <w:jc w:val="left"/>
            </w:pPr>
            <w:r>
              <w:rPr>
                <w:sz w:val="16"/>
              </w:rPr>
              <w:t>Chase County</w:t>
            </w:r>
          </w:p>
        </w:tc>
        <w:tc>
          <w:tcPr>
            <w:tcW w:type="dxa" w:w="1566"/>
          </w:tcPr>
          <w:p>
            <w:pPr>
              <w:spacing w:after="0"/>
              <w:jc w:val="left"/>
            </w:pPr>
            <w:r>
              <w:rPr>
                <w:sz w:val="16"/>
              </w:rPr>
              <w:t>County</w:t>
            </w:r>
          </w:p>
        </w:tc>
        <w:tc>
          <w:tcPr>
            <w:tcW w:type="dxa" w:w="1446"/>
          </w:tcPr>
          <w:p>
            <w:pPr>
              <w:spacing w:after="0"/>
              <w:jc w:val="left"/>
            </w:pPr>
            <w:r>
              <w:rPr>
                <w:sz w:val="16"/>
              </w:rPr>
              <w:t>Approved, expires 2031-01-20</w:t>
            </w:r>
          </w:p>
        </w:tc>
        <w:tc>
          <w:tcPr>
            <w:tcW w:type="dxa" w:w="1890"/>
          </w:tcPr>
          <w:p>
            <w:pPr>
              <w:spacing w:after="0"/>
              <w:jc w:val="left"/>
            </w:pPr>
            <w:r>
              <w:rPr>
                <w:sz w:val="16"/>
              </w:rPr>
              <w:t>Region I (FEMA plan 111260)</w:t>
            </w:r>
          </w:p>
        </w:tc>
        <w:tc>
          <w:tcPr>
            <w:tcW w:type="dxa" w:w="1774"/>
          </w:tcPr>
          <w:p>
            <w:pPr>
              <w:spacing w:after="0"/>
              <w:jc w:val="left"/>
            </w:pPr>
            <w:r>
              <w:rPr>
                <w:sz w:val="16"/>
              </w:rPr>
              <w:t>2026-01-21</w:t>
            </w:r>
          </w:p>
        </w:tc>
        <w:tc>
          <w:tcPr>
            <w:tcW w:type="dxa" w:w="1356"/>
          </w:tcPr>
          <w:p>
            <w:pPr>
              <w:spacing w:after="0"/>
              <w:jc w:val="left"/>
            </w:pPr>
            <w:r>
              <w:rPr>
                <w:sz w:val="16"/>
              </w:rPr>
              <w:t>2031-01-20</w:t>
            </w:r>
          </w:p>
        </w:tc>
        <w:tc>
          <w:tcPr>
            <w:tcW w:type="dxa" w:w="816"/>
          </w:tcPr>
          <w:p>
            <w:pPr>
              <w:spacing w:after="0"/>
              <w:jc w:val="right"/>
            </w:pPr>
            <w:r>
              <w:rPr>
                <w:sz w:val="16"/>
              </w:rPr>
              <w:t>1,573</w:t>
            </w:r>
          </w:p>
        </w:tc>
        <w:tc>
          <w:tcPr>
            <w:tcW w:type="dxa" w:w="2093"/>
          </w:tcPr>
          <w:p>
            <w:pPr>
              <w:spacing w:after="0"/>
              <w:jc w:val="left"/>
            </w:pPr>
          </w:p>
        </w:tc>
        <w:tc>
          <w:tcPr>
            <w:tcW w:type="dxa" w:w="1758"/>
          </w:tcPr>
          <w:p>
            <w:pPr>
              <w:spacing w:after="0"/>
              <w:jc w:val="left"/>
            </w:pPr>
          </w:p>
        </w:tc>
      </w:tr>
      <w:tr>
        <w:trPr>
          <w:cantSplit/>
        </w:trPr>
        <w:tc>
          <w:tcPr>
            <w:tcW w:type="dxa" w:w="1412"/>
          </w:tcPr>
          <w:p>
            <w:pPr>
              <w:spacing w:after="0"/>
              <w:jc w:val="left"/>
            </w:pPr>
            <w:r>
              <w:rPr>
                <w:sz w:val="16"/>
              </w:rPr>
              <w:t>Cedar Point city</w:t>
            </w:r>
          </w:p>
        </w:tc>
        <w:tc>
          <w:tcPr>
            <w:tcW w:type="dxa" w:w="1566"/>
          </w:tcPr>
          <w:p>
            <w:pPr>
              <w:spacing w:after="0"/>
              <w:jc w:val="left"/>
            </w:pPr>
            <w:r>
              <w:rPr>
                <w:sz w:val="16"/>
              </w:rPr>
              <w:t>City</w:t>
            </w:r>
          </w:p>
        </w:tc>
        <w:tc>
          <w:tcPr>
            <w:tcW w:type="dxa" w:w="1446"/>
          </w:tcPr>
          <w:p>
            <w:pPr>
              <w:spacing w:after="0"/>
              <w:jc w:val="left"/>
            </w:pPr>
            <w:r>
              <w:rPr>
                <w:sz w:val="16"/>
              </w:rPr>
              <w:t>Plan 111260 approved 2026-01-21, pending adoption here; not yet eligible</w:t>
            </w:r>
          </w:p>
        </w:tc>
        <w:tc>
          <w:tcPr>
            <w:tcW w:type="dxa" w:w="1890"/>
          </w:tcPr>
          <w:p>
            <w:pPr>
              <w:spacing w:after="0"/>
              <w:jc w:val="left"/>
            </w:pPr>
            <w:r>
              <w:rPr>
                <w:sz w:val="16"/>
              </w:rPr>
              <w:t>Region I (FEMA plan 111260), pending adoption here</w:t>
            </w:r>
          </w:p>
        </w:tc>
        <w:tc>
          <w:tcPr>
            <w:tcW w:type="dxa" w:w="1774"/>
          </w:tcPr>
          <w:p>
            <w:pPr>
              <w:spacing w:after="0"/>
              <w:jc w:val="left"/>
            </w:pPr>
            <w:r>
              <w:rPr>
                <w:sz w:val="16"/>
              </w:rPr>
              <w:t>2026-01-21 by FEMA; not yet adopted here</w:t>
            </w:r>
          </w:p>
        </w:tc>
        <w:tc>
          <w:tcPr>
            <w:tcW w:type="dxa" w:w="1356"/>
          </w:tcPr>
          <w:p>
            <w:pPr>
              <w:spacing w:after="0"/>
              <w:jc w:val="left"/>
            </w:pPr>
            <w:r>
              <w:rPr>
                <w:sz w:val="16"/>
              </w:rPr>
              <w:t>2031-01-20 once adopted</w:t>
            </w:r>
          </w:p>
        </w:tc>
        <w:tc>
          <w:tcPr>
            <w:tcW w:type="dxa" w:w="816"/>
          </w:tcPr>
          <w:p>
            <w:pPr>
              <w:spacing w:after="0"/>
              <w:jc w:val="right"/>
            </w:pPr>
          </w:p>
        </w:tc>
        <w:tc>
          <w:tcPr>
            <w:tcW w:type="dxa" w:w="2093"/>
          </w:tcPr>
          <w:p>
            <w:pPr>
              <w:spacing w:after="0"/>
              <w:jc w:val="left"/>
            </w:pPr>
            <w:r>
              <w:rPr>
                <w:sz w:val="16"/>
              </w:rPr>
              <w:t>FEMA tracker shows a plan approvable pending adoption</w:t>
            </w:r>
          </w:p>
        </w:tc>
        <w:tc>
          <w:tcPr>
            <w:tcW w:type="dxa" w:w="1758"/>
          </w:tcPr>
          <w:p>
            <w:pPr>
              <w:spacing w:after="0"/>
              <w:jc w:val="left"/>
            </w:pPr>
            <w:r>
              <w:rPr>
                <w:sz w:val="16"/>
              </w:rPr>
              <w:t>Not yet eligible: adopt the approved plan.</w:t>
            </w:r>
          </w:p>
        </w:tc>
      </w:tr>
      <w:tr>
        <w:trPr>
          <w:cantSplit/>
        </w:trPr>
        <w:tc>
          <w:tcPr>
            <w:tcW w:type="dxa" w:w="1412"/>
          </w:tcPr>
          <w:p>
            <w:pPr>
              <w:spacing w:after="0"/>
              <w:jc w:val="left"/>
            </w:pPr>
            <w:r>
              <w:rPr>
                <w:sz w:val="16"/>
              </w:rPr>
              <w:t>Cottonwood Falls city</w:t>
            </w:r>
          </w:p>
        </w:tc>
        <w:tc>
          <w:tcPr>
            <w:tcW w:type="dxa" w:w="1566"/>
          </w:tcPr>
          <w:p>
            <w:pPr>
              <w:spacing w:after="0"/>
              <w:jc w:val="left"/>
            </w:pPr>
            <w:r>
              <w:rPr>
                <w:sz w:val="16"/>
              </w:rPr>
              <w:t>City</w:t>
            </w:r>
          </w:p>
        </w:tc>
        <w:tc>
          <w:tcPr>
            <w:tcW w:type="dxa" w:w="1446"/>
          </w:tcPr>
          <w:p>
            <w:pPr>
              <w:spacing w:after="0"/>
              <w:jc w:val="left"/>
            </w:pPr>
            <w:r>
              <w:rPr>
                <w:sz w:val="16"/>
              </w:rPr>
              <w:t>Plan 111260 approved 2026-01-21, pending adoption here; not yet eligible</w:t>
            </w:r>
          </w:p>
        </w:tc>
        <w:tc>
          <w:tcPr>
            <w:tcW w:type="dxa" w:w="1890"/>
          </w:tcPr>
          <w:p>
            <w:pPr>
              <w:spacing w:after="0"/>
              <w:jc w:val="left"/>
            </w:pPr>
            <w:r>
              <w:rPr>
                <w:sz w:val="16"/>
              </w:rPr>
              <w:t>Region I (FEMA plan 111260), pending adoption here</w:t>
            </w:r>
          </w:p>
        </w:tc>
        <w:tc>
          <w:tcPr>
            <w:tcW w:type="dxa" w:w="1774"/>
          </w:tcPr>
          <w:p>
            <w:pPr>
              <w:spacing w:after="0"/>
              <w:jc w:val="left"/>
            </w:pPr>
            <w:r>
              <w:rPr>
                <w:sz w:val="16"/>
              </w:rPr>
              <w:t>2026-01-21 by FEMA; not yet adopted here</w:t>
            </w:r>
          </w:p>
        </w:tc>
        <w:tc>
          <w:tcPr>
            <w:tcW w:type="dxa" w:w="1356"/>
          </w:tcPr>
          <w:p>
            <w:pPr>
              <w:spacing w:after="0"/>
              <w:jc w:val="left"/>
            </w:pPr>
            <w:r>
              <w:rPr>
                <w:sz w:val="16"/>
              </w:rPr>
              <w:t>2031-01-20 once adopted</w:t>
            </w:r>
          </w:p>
        </w:tc>
        <w:tc>
          <w:tcPr>
            <w:tcW w:type="dxa" w:w="816"/>
          </w:tcPr>
          <w:p>
            <w:pPr>
              <w:spacing w:after="0"/>
              <w:jc w:val="right"/>
            </w:pPr>
          </w:p>
        </w:tc>
        <w:tc>
          <w:tcPr>
            <w:tcW w:type="dxa" w:w="2093"/>
          </w:tcPr>
          <w:p>
            <w:pPr>
              <w:spacing w:after="0"/>
              <w:jc w:val="left"/>
            </w:pPr>
            <w:r>
              <w:rPr>
                <w:sz w:val="16"/>
              </w:rPr>
              <w:t>FEMA tracker shows a plan approvable pending adoption</w:t>
            </w:r>
          </w:p>
        </w:tc>
        <w:tc>
          <w:tcPr>
            <w:tcW w:type="dxa" w:w="1758"/>
          </w:tcPr>
          <w:p>
            <w:pPr>
              <w:spacing w:after="0"/>
              <w:jc w:val="left"/>
            </w:pPr>
            <w:r>
              <w:rPr>
                <w:sz w:val="16"/>
              </w:rPr>
              <w:t>Not yet eligible: adopt the approved plan.</w:t>
            </w:r>
          </w:p>
        </w:tc>
      </w:tr>
      <w:tr>
        <w:trPr>
          <w:cantSplit/>
        </w:trPr>
        <w:tc>
          <w:tcPr>
            <w:tcW w:type="dxa" w:w="1412"/>
          </w:tcPr>
          <w:p>
            <w:pPr>
              <w:spacing w:after="0"/>
              <w:jc w:val="left"/>
            </w:pPr>
            <w:r>
              <w:rPr>
                <w:sz w:val="16"/>
              </w:rPr>
              <w:t>Elmdale city</w:t>
            </w:r>
          </w:p>
        </w:tc>
        <w:tc>
          <w:tcPr>
            <w:tcW w:type="dxa" w:w="1566"/>
          </w:tcPr>
          <w:p>
            <w:pPr>
              <w:spacing w:after="0"/>
              <w:jc w:val="left"/>
            </w:pPr>
            <w:r>
              <w:rPr>
                <w:sz w:val="16"/>
              </w:rPr>
              <w:t>City</w:t>
            </w:r>
          </w:p>
        </w:tc>
        <w:tc>
          <w:tcPr>
            <w:tcW w:type="dxa" w:w="1446"/>
          </w:tcPr>
          <w:p>
            <w:pPr>
              <w:spacing w:after="0"/>
              <w:jc w:val="left"/>
            </w:pPr>
            <w:r>
              <w:rPr>
                <w:sz w:val="16"/>
              </w:rPr>
              <w:t>Plan 111260 approved 2026-01-21, pending adoption here; not yet eligible</w:t>
            </w:r>
          </w:p>
        </w:tc>
        <w:tc>
          <w:tcPr>
            <w:tcW w:type="dxa" w:w="1890"/>
          </w:tcPr>
          <w:p>
            <w:pPr>
              <w:spacing w:after="0"/>
              <w:jc w:val="left"/>
            </w:pPr>
            <w:r>
              <w:rPr>
                <w:sz w:val="16"/>
              </w:rPr>
              <w:t>Region I (FEMA plan 111260), pending adoption here</w:t>
            </w:r>
          </w:p>
        </w:tc>
        <w:tc>
          <w:tcPr>
            <w:tcW w:type="dxa" w:w="1774"/>
          </w:tcPr>
          <w:p>
            <w:pPr>
              <w:spacing w:after="0"/>
              <w:jc w:val="left"/>
            </w:pPr>
            <w:r>
              <w:rPr>
                <w:sz w:val="16"/>
              </w:rPr>
              <w:t>2026-01-21 by FEMA; not yet adopted here</w:t>
            </w:r>
          </w:p>
        </w:tc>
        <w:tc>
          <w:tcPr>
            <w:tcW w:type="dxa" w:w="1356"/>
          </w:tcPr>
          <w:p>
            <w:pPr>
              <w:spacing w:after="0"/>
              <w:jc w:val="left"/>
            </w:pPr>
            <w:r>
              <w:rPr>
                <w:sz w:val="16"/>
              </w:rPr>
              <w:t>2031-01-20 once adopted</w:t>
            </w:r>
          </w:p>
        </w:tc>
        <w:tc>
          <w:tcPr>
            <w:tcW w:type="dxa" w:w="816"/>
          </w:tcPr>
          <w:p>
            <w:pPr>
              <w:spacing w:after="0"/>
              <w:jc w:val="right"/>
            </w:pPr>
          </w:p>
        </w:tc>
        <w:tc>
          <w:tcPr>
            <w:tcW w:type="dxa" w:w="2093"/>
          </w:tcPr>
          <w:p>
            <w:pPr>
              <w:spacing w:after="0"/>
              <w:jc w:val="left"/>
            </w:pPr>
            <w:r>
              <w:rPr>
                <w:sz w:val="16"/>
              </w:rPr>
              <w:t>FEMA tracker shows a plan approvable pending adoption</w:t>
            </w:r>
          </w:p>
        </w:tc>
        <w:tc>
          <w:tcPr>
            <w:tcW w:type="dxa" w:w="1758"/>
          </w:tcPr>
          <w:p>
            <w:pPr>
              <w:spacing w:after="0"/>
              <w:jc w:val="left"/>
            </w:pPr>
            <w:r>
              <w:rPr>
                <w:sz w:val="16"/>
              </w:rPr>
              <w:t>Not yet eligible: adopt the approved plan.</w:t>
            </w:r>
          </w:p>
        </w:tc>
      </w:tr>
      <w:tr>
        <w:trPr>
          <w:cantSplit/>
        </w:trPr>
        <w:tc>
          <w:tcPr>
            <w:tcW w:type="dxa" w:w="1412"/>
          </w:tcPr>
          <w:p>
            <w:pPr>
              <w:spacing w:after="0"/>
              <w:jc w:val="left"/>
            </w:pPr>
            <w:r>
              <w:rPr>
                <w:sz w:val="16"/>
              </w:rPr>
              <w:t>Strong City city</w:t>
            </w:r>
          </w:p>
        </w:tc>
        <w:tc>
          <w:tcPr>
            <w:tcW w:type="dxa" w:w="1566"/>
          </w:tcPr>
          <w:p>
            <w:pPr>
              <w:spacing w:after="0"/>
              <w:jc w:val="left"/>
            </w:pPr>
            <w:r>
              <w:rPr>
                <w:sz w:val="16"/>
              </w:rPr>
              <w:t>City</w:t>
            </w:r>
          </w:p>
        </w:tc>
        <w:tc>
          <w:tcPr>
            <w:tcW w:type="dxa" w:w="1446"/>
          </w:tcPr>
          <w:p>
            <w:pPr>
              <w:spacing w:after="0"/>
              <w:jc w:val="left"/>
            </w:pPr>
            <w:r>
              <w:rPr>
                <w:sz w:val="16"/>
              </w:rPr>
              <w:t>Approved, expires 2031-01-20</w:t>
            </w:r>
          </w:p>
        </w:tc>
        <w:tc>
          <w:tcPr>
            <w:tcW w:type="dxa" w:w="1890"/>
          </w:tcPr>
          <w:p>
            <w:pPr>
              <w:spacing w:after="0"/>
              <w:jc w:val="left"/>
            </w:pPr>
            <w:r>
              <w:rPr>
                <w:sz w:val="16"/>
              </w:rPr>
              <w:t>Region I (FEMA plan 111260)</w:t>
            </w:r>
          </w:p>
        </w:tc>
        <w:tc>
          <w:tcPr>
            <w:tcW w:type="dxa" w:w="1774"/>
          </w:tcPr>
          <w:p>
            <w:pPr>
              <w:spacing w:after="0"/>
              <w:jc w:val="left"/>
            </w:pPr>
            <w:r>
              <w:rPr>
                <w:sz w:val="16"/>
              </w:rPr>
              <w:t>2026-01-21</w:t>
            </w:r>
          </w:p>
        </w:tc>
        <w:tc>
          <w:tcPr>
            <w:tcW w:type="dxa" w:w="1356"/>
          </w:tcPr>
          <w:p>
            <w:pPr>
              <w:spacing w:after="0"/>
              <w:jc w:val="left"/>
            </w:pPr>
            <w:r>
              <w:rPr>
                <w:sz w:val="16"/>
              </w:rPr>
              <w:t>2031-01-20</w:t>
            </w:r>
          </w:p>
        </w:tc>
        <w:tc>
          <w:tcPr>
            <w:tcW w:type="dxa" w:w="816"/>
          </w:tcPr>
          <w:p>
            <w:pPr>
              <w:spacing w:after="0"/>
              <w:jc w:val="right"/>
            </w:pPr>
            <w:r>
              <w:rPr>
                <w:sz w:val="16"/>
              </w:rPr>
              <w:t>1,573</w:t>
            </w:r>
          </w:p>
        </w:tc>
        <w:tc>
          <w:tcPr>
            <w:tcW w:type="dxa" w:w="2093"/>
          </w:tcPr>
          <w:p>
            <w:pPr>
              <w:spacing w:after="0"/>
              <w:jc w:val="left"/>
            </w:pPr>
          </w:p>
        </w:tc>
        <w:tc>
          <w:tcPr>
            <w:tcW w:type="dxa" w:w="1758"/>
          </w:tcPr>
          <w:p>
            <w:pPr>
              <w:spacing w:after="0"/>
              <w:jc w:val="left"/>
            </w:pPr>
          </w:p>
        </w:tc>
      </w:tr>
      <w:tr>
        <w:trPr>
          <w:cantSplit/>
        </w:trPr>
        <w:tc>
          <w:tcPr>
            <w:tcW w:type="dxa" w:w="1412"/>
          </w:tcPr>
          <w:p>
            <w:pPr>
              <w:spacing w:after="0"/>
              <w:jc w:val="left"/>
            </w:pPr>
            <w:r>
              <w:rPr>
                <w:sz w:val="16"/>
              </w:rPr>
              <w:t>Matfield township</w:t>
            </w:r>
          </w:p>
        </w:tc>
        <w:tc>
          <w:tcPr>
            <w:tcW w:type="dxa" w:w="1566"/>
          </w:tcPr>
          <w:p>
            <w:pPr>
              <w:spacing w:after="0"/>
              <w:jc w:val="left"/>
            </w:pPr>
            <w:r>
              <w:rPr>
                <w:sz w:val="16"/>
              </w:rPr>
              <w:t>City</w:t>
            </w:r>
          </w:p>
        </w:tc>
        <w:tc>
          <w:tcPr>
            <w:tcW w:type="dxa" w:w="1446"/>
          </w:tcPr>
          <w:p>
            <w:pPr>
              <w:spacing w:after="0"/>
              <w:jc w:val="left"/>
            </w:pPr>
            <w:r>
              <w:rPr>
                <w:sz w:val="16"/>
              </w:rPr>
              <w:t>Approved, expires 2031-01-20</w:t>
            </w:r>
          </w:p>
        </w:tc>
        <w:tc>
          <w:tcPr>
            <w:tcW w:type="dxa" w:w="1890"/>
          </w:tcPr>
          <w:p>
            <w:pPr>
              <w:spacing w:after="0"/>
              <w:jc w:val="left"/>
            </w:pPr>
            <w:r>
              <w:rPr>
                <w:sz w:val="16"/>
              </w:rPr>
              <w:t>Region I (FEMA plan 111260)</w:t>
            </w:r>
          </w:p>
        </w:tc>
        <w:tc>
          <w:tcPr>
            <w:tcW w:type="dxa" w:w="1774"/>
          </w:tcPr>
          <w:p>
            <w:pPr>
              <w:spacing w:after="0"/>
              <w:jc w:val="left"/>
            </w:pPr>
            <w:r>
              <w:rPr>
                <w:sz w:val="16"/>
              </w:rPr>
              <w:t>2026-01-21</w:t>
            </w:r>
          </w:p>
        </w:tc>
        <w:tc>
          <w:tcPr>
            <w:tcW w:type="dxa" w:w="1356"/>
          </w:tcPr>
          <w:p>
            <w:pPr>
              <w:spacing w:after="0"/>
              <w:jc w:val="left"/>
            </w:pPr>
            <w:r>
              <w:rPr>
                <w:sz w:val="16"/>
              </w:rPr>
              <w:t>2031-01-20</w:t>
            </w:r>
          </w:p>
        </w:tc>
        <w:tc>
          <w:tcPr>
            <w:tcW w:type="dxa" w:w="816"/>
          </w:tcPr>
          <w:p>
            <w:pPr>
              <w:spacing w:after="0"/>
              <w:jc w:val="right"/>
            </w:pPr>
            <w:r>
              <w:rPr>
                <w:sz w:val="16"/>
              </w:rPr>
              <w:t>1,573</w:t>
            </w:r>
          </w:p>
        </w:tc>
        <w:tc>
          <w:tcPr>
            <w:tcW w:type="dxa" w:w="2093"/>
          </w:tcPr>
          <w:p>
            <w:pPr>
              <w:spacing w:after="0"/>
              <w:jc w:val="left"/>
            </w:pPr>
          </w:p>
        </w:tc>
        <w:tc>
          <w:tcPr>
            <w:tcW w:type="dxa" w:w="1758"/>
          </w:tcPr>
          <w:p>
            <w:pPr>
              <w:spacing w:after="0"/>
              <w:jc w:val="left"/>
            </w:pPr>
          </w:p>
        </w:tc>
      </w:tr>
      <w:tr>
        <w:trPr>
          <w:cantSplit/>
        </w:trPr>
        <w:tc>
          <w:tcPr>
            <w:tcW w:type="dxa" w:w="1412"/>
          </w:tcPr>
          <w:p>
            <w:pPr>
              <w:spacing w:after="0"/>
              <w:jc w:val="left"/>
            </w:pPr>
            <w:r>
              <w:rPr>
                <w:sz w:val="16"/>
              </w:rPr>
              <w:t>4 Rivers Electrical COOP</w:t>
            </w:r>
          </w:p>
        </w:tc>
        <w:tc>
          <w:tcPr>
            <w:tcW w:type="dxa" w:w="1566"/>
          </w:tcPr>
          <w:p>
            <w:pPr>
              <w:spacing w:after="0"/>
              <w:jc w:val="left"/>
            </w:pPr>
            <w:r>
              <w:rPr>
                <w:sz w:val="16"/>
              </w:rPr>
              <w:t>Electric/Power Authority</w:t>
            </w:r>
          </w:p>
        </w:tc>
        <w:tc>
          <w:tcPr>
            <w:tcW w:type="dxa" w:w="1446"/>
          </w:tcPr>
          <w:p>
            <w:pPr>
              <w:spacing w:after="0"/>
              <w:jc w:val="left"/>
            </w:pPr>
            <w:r>
              <w:rPr>
                <w:sz w:val="16"/>
              </w:rPr>
              <w:t>Plan 111260 approved 2026-01-21, pending adoption here; not yet eligible</w:t>
            </w:r>
          </w:p>
        </w:tc>
        <w:tc>
          <w:tcPr>
            <w:tcW w:type="dxa" w:w="1890"/>
          </w:tcPr>
          <w:p>
            <w:pPr>
              <w:spacing w:after="0"/>
              <w:jc w:val="left"/>
            </w:pPr>
            <w:r>
              <w:rPr>
                <w:sz w:val="16"/>
              </w:rPr>
              <w:t>Region I (FEMA plan 111260), pending adoption here</w:t>
            </w:r>
          </w:p>
        </w:tc>
        <w:tc>
          <w:tcPr>
            <w:tcW w:type="dxa" w:w="1774"/>
          </w:tcPr>
          <w:p>
            <w:pPr>
              <w:spacing w:after="0"/>
              <w:jc w:val="left"/>
            </w:pPr>
            <w:r>
              <w:rPr>
                <w:sz w:val="16"/>
              </w:rPr>
              <w:t>2026-01-21 by FEMA; not yet adopted here</w:t>
            </w:r>
          </w:p>
        </w:tc>
        <w:tc>
          <w:tcPr>
            <w:tcW w:type="dxa" w:w="1356"/>
          </w:tcPr>
          <w:p>
            <w:pPr>
              <w:spacing w:after="0"/>
              <w:jc w:val="left"/>
            </w:pPr>
            <w:r>
              <w:rPr>
                <w:sz w:val="16"/>
              </w:rPr>
              <w:t>2031-01-20 once adopted</w:t>
            </w:r>
          </w:p>
        </w:tc>
        <w:tc>
          <w:tcPr>
            <w:tcW w:type="dxa" w:w="816"/>
          </w:tcPr>
          <w:p>
            <w:pPr>
              <w:spacing w:after="0"/>
              <w:jc w:val="right"/>
            </w:pPr>
          </w:p>
        </w:tc>
        <w:tc>
          <w:tcPr>
            <w:tcW w:type="dxa" w:w="2093"/>
          </w:tcPr>
          <w:p>
            <w:pPr>
              <w:spacing w:after="0"/>
              <w:jc w:val="left"/>
            </w:pPr>
            <w:r>
              <w:rPr>
                <w:sz w:val="16"/>
              </w:rPr>
              <w:t>FEMA tracker shows a plan approvable pending adoption</w:t>
            </w:r>
          </w:p>
        </w:tc>
        <w:tc>
          <w:tcPr>
            <w:tcW w:type="dxa" w:w="1758"/>
          </w:tcPr>
          <w:p>
            <w:pPr>
              <w:spacing w:after="0"/>
              <w:jc w:val="left"/>
            </w:pPr>
            <w:r>
              <w:rPr>
                <w:sz w:val="16"/>
              </w:rPr>
              <w:t>Not yet eligible: adopt the approved plan.</w:t>
            </w:r>
          </w:p>
        </w:tc>
      </w:tr>
      <w:tr>
        <w:trPr>
          <w:cantSplit/>
        </w:trPr>
        <w:tc>
          <w:tcPr>
            <w:tcW w:type="dxa" w:w="1412"/>
          </w:tcPr>
          <w:p>
            <w:pPr>
              <w:spacing w:after="0"/>
              <w:jc w:val="left"/>
            </w:pPr>
            <w:r>
              <w:rPr>
                <w:sz w:val="16"/>
              </w:rPr>
              <w:t>Flint Hills REC</w:t>
            </w:r>
          </w:p>
        </w:tc>
        <w:tc>
          <w:tcPr>
            <w:tcW w:type="dxa" w:w="1566"/>
          </w:tcPr>
          <w:p>
            <w:pPr>
              <w:spacing w:after="0"/>
              <w:jc w:val="left"/>
            </w:pPr>
            <w:r>
              <w:rPr>
                <w:sz w:val="16"/>
              </w:rPr>
              <w:t>Electric/Power Authority</w:t>
            </w:r>
          </w:p>
        </w:tc>
        <w:tc>
          <w:tcPr>
            <w:tcW w:type="dxa" w:w="1446"/>
          </w:tcPr>
          <w:p>
            <w:pPr>
              <w:spacing w:after="0"/>
              <w:jc w:val="left"/>
            </w:pPr>
            <w:r>
              <w:rPr>
                <w:sz w:val="16"/>
              </w:rPr>
              <w:t>Approved, expires 2031-01-20</w:t>
            </w:r>
          </w:p>
        </w:tc>
        <w:tc>
          <w:tcPr>
            <w:tcW w:type="dxa" w:w="1890"/>
          </w:tcPr>
          <w:p>
            <w:pPr>
              <w:spacing w:after="0"/>
              <w:jc w:val="left"/>
            </w:pPr>
            <w:r>
              <w:rPr>
                <w:sz w:val="16"/>
              </w:rPr>
              <w:t>Region I (FEMA plan 111260)</w:t>
            </w:r>
          </w:p>
        </w:tc>
        <w:tc>
          <w:tcPr>
            <w:tcW w:type="dxa" w:w="1774"/>
          </w:tcPr>
          <w:p>
            <w:pPr>
              <w:spacing w:after="0"/>
              <w:jc w:val="left"/>
            </w:pPr>
            <w:r>
              <w:rPr>
                <w:sz w:val="16"/>
              </w:rPr>
              <w:t>2026-01-21</w:t>
            </w:r>
          </w:p>
        </w:tc>
        <w:tc>
          <w:tcPr>
            <w:tcW w:type="dxa" w:w="1356"/>
          </w:tcPr>
          <w:p>
            <w:pPr>
              <w:spacing w:after="0"/>
              <w:jc w:val="left"/>
            </w:pPr>
            <w:r>
              <w:rPr>
                <w:sz w:val="16"/>
              </w:rPr>
              <w:t>2031-01-20</w:t>
            </w:r>
          </w:p>
        </w:tc>
        <w:tc>
          <w:tcPr>
            <w:tcW w:type="dxa" w:w="816"/>
          </w:tcPr>
          <w:p>
            <w:pPr>
              <w:spacing w:after="0"/>
              <w:jc w:val="right"/>
            </w:pPr>
            <w:r>
              <w:rPr>
                <w:sz w:val="16"/>
              </w:rPr>
              <w:t>1,573</w:t>
            </w:r>
          </w:p>
        </w:tc>
        <w:tc>
          <w:tcPr>
            <w:tcW w:type="dxa" w:w="2093"/>
          </w:tcPr>
          <w:p>
            <w:pPr>
              <w:spacing w:after="0"/>
              <w:jc w:val="left"/>
            </w:pPr>
          </w:p>
        </w:tc>
        <w:tc>
          <w:tcPr>
            <w:tcW w:type="dxa" w:w="1758"/>
          </w:tcPr>
          <w:p>
            <w:pPr>
              <w:spacing w:after="0"/>
              <w:jc w:val="left"/>
            </w:pPr>
          </w:p>
        </w:tc>
      </w:tr>
      <w:tr>
        <w:trPr>
          <w:cantSplit/>
        </w:trPr>
        <w:tc>
          <w:tcPr>
            <w:tcW w:type="dxa" w:w="1412"/>
          </w:tcPr>
          <w:p>
            <w:pPr>
              <w:spacing w:after="0"/>
              <w:jc w:val="left"/>
            </w:pPr>
            <w:r>
              <w:rPr>
                <w:sz w:val="16"/>
              </w:rPr>
              <w:t>Public Wholesale Water Supply District #26</w:t>
            </w:r>
          </w:p>
        </w:tc>
        <w:tc>
          <w:tcPr>
            <w:tcW w:type="dxa" w:w="1566"/>
          </w:tcPr>
          <w:p>
            <w:pPr>
              <w:spacing w:after="0"/>
              <w:jc w:val="left"/>
            </w:pPr>
            <w:r>
              <w:rPr>
                <w:sz w:val="16"/>
              </w:rPr>
              <w:t>Water/Sewer Authority</w:t>
            </w:r>
          </w:p>
        </w:tc>
        <w:tc>
          <w:tcPr>
            <w:tcW w:type="dxa" w:w="1446"/>
          </w:tcPr>
          <w:p>
            <w:pPr>
              <w:spacing w:after="0"/>
              <w:jc w:val="left"/>
            </w:pPr>
            <w:r>
              <w:rPr>
                <w:sz w:val="16"/>
              </w:rPr>
              <w:t>Plan 111260 approved 2026-01-21, pending adoption here; not yet eligible</w:t>
            </w:r>
          </w:p>
        </w:tc>
        <w:tc>
          <w:tcPr>
            <w:tcW w:type="dxa" w:w="1890"/>
          </w:tcPr>
          <w:p>
            <w:pPr>
              <w:spacing w:after="0"/>
              <w:jc w:val="left"/>
            </w:pPr>
            <w:r>
              <w:rPr>
                <w:sz w:val="16"/>
              </w:rPr>
              <w:t>Region I (FEMA plan 111260), pending adoption here</w:t>
            </w:r>
          </w:p>
        </w:tc>
        <w:tc>
          <w:tcPr>
            <w:tcW w:type="dxa" w:w="1774"/>
          </w:tcPr>
          <w:p>
            <w:pPr>
              <w:spacing w:after="0"/>
              <w:jc w:val="left"/>
            </w:pPr>
            <w:r>
              <w:rPr>
                <w:sz w:val="16"/>
              </w:rPr>
              <w:t>2026-01-21 by FEMA; not yet adopted here</w:t>
            </w:r>
          </w:p>
        </w:tc>
        <w:tc>
          <w:tcPr>
            <w:tcW w:type="dxa" w:w="1356"/>
          </w:tcPr>
          <w:p>
            <w:pPr>
              <w:spacing w:after="0"/>
              <w:jc w:val="left"/>
            </w:pPr>
            <w:r>
              <w:rPr>
                <w:sz w:val="16"/>
              </w:rPr>
              <w:t>2031-01-20 once adopted</w:t>
            </w:r>
          </w:p>
        </w:tc>
        <w:tc>
          <w:tcPr>
            <w:tcW w:type="dxa" w:w="816"/>
          </w:tcPr>
          <w:p>
            <w:pPr>
              <w:spacing w:after="0"/>
              <w:jc w:val="right"/>
            </w:pPr>
          </w:p>
        </w:tc>
        <w:tc>
          <w:tcPr>
            <w:tcW w:type="dxa" w:w="2093"/>
          </w:tcPr>
          <w:p>
            <w:pPr>
              <w:spacing w:after="0"/>
              <w:jc w:val="left"/>
            </w:pPr>
            <w:r>
              <w:rPr>
                <w:sz w:val="16"/>
              </w:rPr>
              <w:t>FEMA tracker shows a plan approvable pending adoption</w:t>
            </w:r>
          </w:p>
        </w:tc>
        <w:tc>
          <w:tcPr>
            <w:tcW w:type="dxa" w:w="1758"/>
          </w:tcPr>
          <w:p>
            <w:pPr>
              <w:spacing w:after="0"/>
              <w:jc w:val="left"/>
            </w:pPr>
            <w:r>
              <w:rPr>
                <w:sz w:val="16"/>
              </w:rPr>
              <w:t>Not yet eligible: adopt the approved plan.</w:t>
            </w:r>
          </w:p>
        </w:tc>
      </w:tr>
      <w:tr>
        <w:trPr>
          <w:cantSplit/>
        </w:trPr>
        <w:tc>
          <w:tcPr>
            <w:tcW w:type="dxa" w:w="1412"/>
          </w:tcPr>
          <w:p>
            <w:pPr>
              <w:spacing w:after="0"/>
              <w:jc w:val="left"/>
            </w:pPr>
            <w:r>
              <w:rPr>
                <w:sz w:val="16"/>
              </w:rPr>
              <w:t>Rural Water District</w:t>
            </w:r>
          </w:p>
        </w:tc>
        <w:tc>
          <w:tcPr>
            <w:tcW w:type="dxa" w:w="1566"/>
          </w:tcPr>
          <w:p>
            <w:pPr>
              <w:spacing w:after="0"/>
              <w:jc w:val="left"/>
            </w:pPr>
            <w:r>
              <w:rPr>
                <w:sz w:val="16"/>
              </w:rPr>
              <w:t>Water/Sewer Authority</w:t>
            </w:r>
          </w:p>
        </w:tc>
        <w:tc>
          <w:tcPr>
            <w:tcW w:type="dxa" w:w="1446"/>
          </w:tcPr>
          <w:p>
            <w:pPr>
              <w:spacing w:after="0"/>
              <w:jc w:val="left"/>
            </w:pPr>
            <w:r>
              <w:rPr>
                <w:sz w:val="16"/>
              </w:rPr>
              <w:t>Plan 111260 approved 2026-01-21, pending adoption here; not yet eligible</w:t>
            </w:r>
          </w:p>
        </w:tc>
        <w:tc>
          <w:tcPr>
            <w:tcW w:type="dxa" w:w="1890"/>
          </w:tcPr>
          <w:p>
            <w:pPr>
              <w:spacing w:after="0"/>
              <w:jc w:val="left"/>
            </w:pPr>
            <w:r>
              <w:rPr>
                <w:sz w:val="16"/>
              </w:rPr>
              <w:t>Region I (FEMA plan 111260), pending adoption here</w:t>
            </w:r>
          </w:p>
        </w:tc>
        <w:tc>
          <w:tcPr>
            <w:tcW w:type="dxa" w:w="1774"/>
          </w:tcPr>
          <w:p>
            <w:pPr>
              <w:spacing w:after="0"/>
              <w:jc w:val="left"/>
            </w:pPr>
            <w:r>
              <w:rPr>
                <w:sz w:val="16"/>
              </w:rPr>
              <w:t>2026-01-21 by FEMA; not yet adopted here</w:t>
            </w:r>
          </w:p>
        </w:tc>
        <w:tc>
          <w:tcPr>
            <w:tcW w:type="dxa" w:w="1356"/>
          </w:tcPr>
          <w:p>
            <w:pPr>
              <w:spacing w:after="0"/>
              <w:jc w:val="left"/>
            </w:pPr>
            <w:r>
              <w:rPr>
                <w:sz w:val="16"/>
              </w:rPr>
              <w:t>2031-01-20 once adopted</w:t>
            </w:r>
          </w:p>
        </w:tc>
        <w:tc>
          <w:tcPr>
            <w:tcW w:type="dxa" w:w="816"/>
          </w:tcPr>
          <w:p>
            <w:pPr>
              <w:spacing w:after="0"/>
              <w:jc w:val="right"/>
            </w:pPr>
          </w:p>
        </w:tc>
        <w:tc>
          <w:tcPr>
            <w:tcW w:type="dxa" w:w="2093"/>
          </w:tcPr>
          <w:p>
            <w:pPr>
              <w:spacing w:after="0"/>
              <w:jc w:val="left"/>
            </w:pPr>
            <w:r>
              <w:rPr>
                <w:sz w:val="16"/>
              </w:rPr>
              <w:t>FEMA tracker shows a plan approvable pending adoption</w:t>
            </w:r>
          </w:p>
        </w:tc>
        <w:tc>
          <w:tcPr>
            <w:tcW w:type="dxa" w:w="1758"/>
          </w:tcPr>
          <w:p>
            <w:pPr>
              <w:spacing w:after="0"/>
              <w:jc w:val="left"/>
            </w:pPr>
            <w:r>
              <w:rPr>
                <w:sz w:val="16"/>
              </w:rPr>
              <w:t>Not yet eligible: adopt the approved plan.</w:t>
            </w:r>
          </w:p>
        </w:tc>
      </w:tr>
      <w:tr>
        <w:trPr>
          <w:cantSplit/>
        </w:trPr>
        <w:tc>
          <w:tcPr>
            <w:tcW w:type="dxa" w:w="1412"/>
          </w:tcPr>
          <w:p>
            <w:pPr>
              <w:spacing w:after="0"/>
              <w:jc w:val="left"/>
            </w:pPr>
            <w:r>
              <w:rPr>
                <w:sz w:val="16"/>
              </w:rPr>
              <w:t>USD 284</w:t>
            </w:r>
          </w:p>
        </w:tc>
        <w:tc>
          <w:tcPr>
            <w:tcW w:type="dxa" w:w="1566"/>
          </w:tcPr>
          <w:p>
            <w:pPr>
              <w:spacing w:after="0"/>
              <w:jc w:val="left"/>
            </w:pPr>
            <w:r>
              <w:rPr>
                <w:sz w:val="16"/>
              </w:rPr>
              <w:t>School/School District</w:t>
            </w:r>
          </w:p>
        </w:tc>
        <w:tc>
          <w:tcPr>
            <w:tcW w:type="dxa" w:w="1446"/>
          </w:tcPr>
          <w:p>
            <w:pPr>
              <w:spacing w:after="0"/>
              <w:jc w:val="left"/>
            </w:pPr>
            <w:r>
              <w:rPr>
                <w:sz w:val="16"/>
              </w:rPr>
              <w:t>Plan 111260 approved 2026-01-21, pending adoption here; not yet eligible</w:t>
            </w:r>
          </w:p>
        </w:tc>
        <w:tc>
          <w:tcPr>
            <w:tcW w:type="dxa" w:w="1890"/>
          </w:tcPr>
          <w:p>
            <w:pPr>
              <w:spacing w:after="0"/>
              <w:jc w:val="left"/>
            </w:pPr>
            <w:r>
              <w:rPr>
                <w:sz w:val="16"/>
              </w:rPr>
              <w:t>Region I (FEMA plan 111260), pending adoption here</w:t>
            </w:r>
          </w:p>
        </w:tc>
        <w:tc>
          <w:tcPr>
            <w:tcW w:type="dxa" w:w="1774"/>
          </w:tcPr>
          <w:p>
            <w:pPr>
              <w:spacing w:after="0"/>
              <w:jc w:val="left"/>
            </w:pPr>
            <w:r>
              <w:rPr>
                <w:sz w:val="16"/>
              </w:rPr>
              <w:t>2026-01-21 by FEMA; not yet adopted here</w:t>
            </w:r>
          </w:p>
        </w:tc>
        <w:tc>
          <w:tcPr>
            <w:tcW w:type="dxa" w:w="1356"/>
          </w:tcPr>
          <w:p>
            <w:pPr>
              <w:spacing w:after="0"/>
              <w:jc w:val="left"/>
            </w:pPr>
            <w:r>
              <w:rPr>
                <w:sz w:val="16"/>
              </w:rPr>
              <w:t>2031-01-20 once adopted</w:t>
            </w:r>
          </w:p>
        </w:tc>
        <w:tc>
          <w:tcPr>
            <w:tcW w:type="dxa" w:w="816"/>
          </w:tcPr>
          <w:p>
            <w:pPr>
              <w:spacing w:after="0"/>
              <w:jc w:val="right"/>
            </w:pPr>
          </w:p>
        </w:tc>
        <w:tc>
          <w:tcPr>
            <w:tcW w:type="dxa" w:w="2093"/>
          </w:tcPr>
          <w:p>
            <w:pPr>
              <w:spacing w:after="0"/>
              <w:jc w:val="left"/>
            </w:pPr>
            <w:r>
              <w:rPr>
                <w:sz w:val="16"/>
              </w:rPr>
              <w:t>FEMA tracker shows a plan approvable pending adoption</w:t>
            </w:r>
          </w:p>
        </w:tc>
        <w:tc>
          <w:tcPr>
            <w:tcW w:type="dxa" w:w="1758"/>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111260 lists 101 other participants not on this page, 77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$2,201,686</w:t>
            </w:r>
          </w:p>
        </w:tc>
        <w:tc>
          <w:tcPr>
            <w:tcW w:type="dxa" w:w="1126"/>
          </w:tcPr>
          <w:p>
            <w:pPr>
              <w:spacing w:after="0"/>
              <w:jc w:val="right"/>
            </w:pPr>
            <w:r>
              <w:rPr>
                <w:sz w:val="16"/>
              </w:rPr>
              <w:t>$402,701</w:t>
            </w:r>
          </w:p>
        </w:tc>
        <w:tc>
          <w:tcPr>
            <w:tcW w:type="dxa" w:w="1522"/>
          </w:tcPr>
          <w:p>
            <w:pPr>
              <w:spacing w:after="0"/>
              <w:jc w:val="right"/>
            </w:pPr>
            <w:r>
              <w:rPr>
                <w:sz w:val="16"/>
              </w:rPr>
              <w:t>$177,572</w:t>
            </w:r>
          </w:p>
        </w:tc>
        <w:tc>
          <w:tcPr>
            <w:tcW w:type="dxa" w:w="1134"/>
          </w:tcPr>
          <w:p>
            <w:pPr>
              <w:spacing w:after="0"/>
              <w:jc w:val="right"/>
            </w:pPr>
            <w:r>
              <w:rPr>
                <w:sz w:val="16"/>
              </w:rPr>
              <w:t>$2,781,958</w:t>
            </w:r>
          </w:p>
        </w:tc>
        <w:tc>
          <w:tcPr>
            <w:tcW w:type="dxa" w:w="1720"/>
          </w:tcPr>
          <w:p>
            <w:pPr>
              <w:spacing w:after="0"/>
              <w:jc w:val="right"/>
            </w:pPr>
            <w:r>
              <w:rPr>
                <w:sz w:val="16"/>
              </w:rPr>
              <w:t>25</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$178,688</w:t>
            </w:r>
          </w:p>
        </w:tc>
        <w:tc>
          <w:tcPr>
            <w:tcW w:type="dxa" w:w="1126"/>
          </w:tcPr>
          <w:p>
            <w:pPr>
              <w:spacing w:after="0"/>
              <w:jc w:val="right"/>
            </w:pPr>
            <w:r>
              <w:rPr>
                <w:sz w:val="16"/>
              </w:rPr>
              <w:t>$9,908</w:t>
            </w:r>
          </w:p>
        </w:tc>
        <w:tc>
          <w:tcPr>
            <w:tcW w:type="dxa" w:w="1522"/>
          </w:tcPr>
          <w:p>
            <w:pPr>
              <w:spacing w:after="0"/>
              <w:jc w:val="right"/>
            </w:pPr>
            <w:r>
              <w:rPr>
                <w:sz w:val="16"/>
              </w:rPr>
              <w:t>$405,100</w:t>
            </w:r>
          </w:p>
        </w:tc>
        <w:tc>
          <w:tcPr>
            <w:tcW w:type="dxa" w:w="1134"/>
          </w:tcPr>
          <w:p>
            <w:pPr>
              <w:spacing w:after="0"/>
              <w:jc w:val="right"/>
            </w:pPr>
            <w:r>
              <w:rPr>
                <w:sz w:val="16"/>
              </w:rPr>
              <w:t>$593,696</w:t>
            </w:r>
          </w:p>
        </w:tc>
        <w:tc>
          <w:tcPr>
            <w:tcW w:type="dxa" w:w="1720"/>
          </w:tcPr>
          <w:p>
            <w:pPr>
              <w:spacing w:after="0"/>
              <w:jc w:val="right"/>
            </w:pPr>
            <w:r>
              <w:rPr>
                <w:sz w:val="16"/>
              </w:rPr>
              <w:t>22</w:t>
            </w:r>
          </w:p>
        </w:tc>
        <w:tc>
          <w:tcPr>
            <w:tcW w:type="dxa" w:w="337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Wildfire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$458,660</w:t>
            </w:r>
          </w:p>
        </w:tc>
        <w:tc>
          <w:tcPr>
            <w:tcW w:type="dxa" w:w="1126"/>
          </w:tcPr>
          <w:p>
            <w:pPr>
              <w:spacing w:after="0"/>
              <w:jc w:val="right"/>
            </w:pPr>
            <w:r>
              <w:rPr>
                <w:sz w:val="16"/>
              </w:rPr>
              <w:t>$696</w:t>
            </w:r>
          </w:p>
        </w:tc>
        <w:tc>
          <w:tcPr>
            <w:tcW w:type="dxa" w:w="1522"/>
          </w:tcPr>
          <w:p>
            <w:pPr>
              <w:spacing w:after="0"/>
              <w:jc w:val="right"/>
            </w:pPr>
            <w:r>
              <w:rPr>
                <w:sz w:val="16"/>
              </w:rPr>
              <w:t>$10,704</w:t>
            </w:r>
          </w:p>
        </w:tc>
        <w:tc>
          <w:tcPr>
            <w:tcW w:type="dxa" w:w="1134"/>
          </w:tcPr>
          <w:p>
            <w:pPr>
              <w:spacing w:after="0"/>
              <w:jc w:val="right"/>
            </w:pPr>
            <w:r>
              <w:rPr>
                <w:sz w:val="16"/>
              </w:rPr>
              <w:t>$470,060</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4</w:t>
            </w:r>
          </w:p>
        </w:tc>
        <w:tc>
          <w:tcPr>
            <w:tcW w:type="dxa" w:w="1037"/>
          </w:tcPr>
          <w:p>
            <w:pPr>
              <w:spacing w:after="0"/>
              <w:jc w:val="left"/>
            </w:pPr>
            <w:r>
              <w:rPr>
                <w:sz w:val="16"/>
              </w:rPr>
              <w:t>Hail</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$71,796</w:t>
            </w:r>
          </w:p>
        </w:tc>
        <w:tc>
          <w:tcPr>
            <w:tcW w:type="dxa" w:w="1126"/>
          </w:tcPr>
          <w:p>
            <w:pPr>
              <w:spacing w:after="0"/>
              <w:jc w:val="right"/>
            </w:pPr>
            <w:r>
              <w:rPr>
                <w:sz w:val="16"/>
              </w:rPr>
              <w:t>$317,150</w:t>
            </w:r>
          </w:p>
        </w:tc>
        <w:tc>
          <w:tcPr>
            <w:tcW w:type="dxa" w:w="1522"/>
          </w:tcPr>
          <w:p>
            <w:pPr>
              <w:spacing w:after="0"/>
              <w:jc w:val="right"/>
            </w:pPr>
            <w:r>
              <w:rPr>
                <w:sz w:val="16"/>
              </w:rPr>
              <w:t>$1,782</w:t>
            </w:r>
          </w:p>
        </w:tc>
        <w:tc>
          <w:tcPr>
            <w:tcW w:type="dxa" w:w="1134"/>
          </w:tcPr>
          <w:p>
            <w:pPr>
              <w:spacing w:after="0"/>
              <w:jc w:val="right"/>
            </w:pPr>
            <w:r>
              <w:rPr>
                <w:sz w:val="16"/>
              </w:rPr>
              <w:t>$390,727</w:t>
            </w:r>
          </w:p>
        </w:tc>
        <w:tc>
          <w:tcPr>
            <w:tcW w:type="dxa" w:w="1720"/>
          </w:tcPr>
          <w:p>
            <w:pPr>
              <w:spacing w:after="0"/>
              <w:jc w:val="right"/>
            </w:pPr>
            <w:r>
              <w:rPr>
                <w:sz w:val="16"/>
              </w:rPr>
              <w:t>140</w:t>
            </w:r>
          </w:p>
        </w:tc>
        <w:tc>
          <w:tcPr>
            <w:tcW w:type="dxa" w:w="3378"/>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Strong Wind</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$74,208</w:t>
            </w:r>
          </w:p>
        </w:tc>
        <w:tc>
          <w:tcPr>
            <w:tcW w:type="dxa" w:w="1126"/>
          </w:tcPr>
          <w:p>
            <w:pPr>
              <w:spacing w:after="0"/>
              <w:jc w:val="right"/>
            </w:pPr>
            <w:r>
              <w:rPr>
                <w:sz w:val="16"/>
              </w:rPr>
              <w:t>$4,713</w:t>
            </w:r>
          </w:p>
        </w:tc>
        <w:tc>
          <w:tcPr>
            <w:tcW w:type="dxa" w:w="1522"/>
          </w:tcPr>
          <w:p>
            <w:pPr>
              <w:spacing w:after="0"/>
              <w:jc w:val="right"/>
            </w:pPr>
            <w:r>
              <w:rPr>
                <w:sz w:val="16"/>
              </w:rPr>
              <w:t>$236,403</w:t>
            </w:r>
          </w:p>
        </w:tc>
        <w:tc>
          <w:tcPr>
            <w:tcW w:type="dxa" w:w="1134"/>
          </w:tcPr>
          <w:p>
            <w:pPr>
              <w:spacing w:after="0"/>
              <w:jc w:val="right"/>
            </w:pPr>
            <w:r>
              <w:rPr>
                <w:sz w:val="16"/>
              </w:rPr>
              <w:t>$315,324</w:t>
            </w:r>
          </w:p>
        </w:tc>
        <w:tc>
          <w:tcPr>
            <w:tcW w:type="dxa" w:w="1720"/>
          </w:tcPr>
          <w:p>
            <w:pPr>
              <w:spacing w:after="0"/>
              <w:jc w:val="right"/>
            </w:pPr>
            <w:r>
              <w:rPr>
                <w:sz w:val="16"/>
              </w:rPr>
              <w:t>116</w:t>
            </w:r>
          </w:p>
        </w:tc>
        <w:tc>
          <w:tcPr>
            <w:tcW w:type="dxa" w:w="3378"/>
          </w:tcPr>
          <w:p>
            <w:pPr>
              <w:spacing w:after="0"/>
              <w:jc w:val="left"/>
            </w:pPr>
            <w:r>
              <w:rPr>
                <w:sz w:val="16"/>
              </w:rPr>
              <w:t>Includes 12 High Wind records (a NOAA non-thunderstorm wind type, outside NRI's Strong Wind definition).</w:t>
            </w:r>
          </w:p>
        </w:tc>
      </w:tr>
      <w:tr>
        <w:trPr>
          <w:cantSplit/>
        </w:trPr>
        <w:tc>
          <w:tcPr>
            <w:tcW w:type="dxa" w:w="695"/>
          </w:tcPr>
          <w:p>
            <w:pPr>
              <w:spacing w:after="0"/>
              <w:jc w:val="right"/>
            </w:pPr>
            <w:r>
              <w:rPr>
                <w:sz w:val="16"/>
              </w:rPr>
              <w:t>6</w:t>
            </w:r>
          </w:p>
        </w:tc>
        <w:tc>
          <w:tcPr>
            <w:tcW w:type="dxa" w:w="1037"/>
          </w:tcPr>
          <w:p>
            <w:pPr>
              <w:spacing w:after="0"/>
              <w:jc w:val="left"/>
            </w:pPr>
            <w:r>
              <w:rPr>
                <w:sz w:val="16"/>
              </w:rPr>
              <w:t>Lightning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$1,976</w:t>
            </w:r>
          </w:p>
        </w:tc>
        <w:tc>
          <w:tcPr>
            <w:tcW w:type="dxa" w:w="1126"/>
          </w:tcPr>
          <w:p>
            <w:pPr>
              <w:spacing w:after="0"/>
              <w:jc w:val="right"/>
            </w:pPr>
            <w:r>
              <w:rPr>
                <w:sz w:val="16"/>
              </w:rPr>
              <w:t>n/a</w:t>
            </w:r>
          </w:p>
        </w:tc>
        <w:tc>
          <w:tcPr>
            <w:tcW w:type="dxa" w:w="1522"/>
          </w:tcPr>
          <w:p>
            <w:pPr>
              <w:spacing w:after="0"/>
              <w:jc w:val="right"/>
            </w:pPr>
            <w:r>
              <w:rPr>
                <w:sz w:val="16"/>
              </w:rPr>
              <w:t>$146,786</w:t>
            </w:r>
          </w:p>
        </w:tc>
        <w:tc>
          <w:tcPr>
            <w:tcW w:type="dxa" w:w="1134"/>
          </w:tcPr>
          <w:p>
            <w:pPr>
              <w:spacing w:after="0"/>
              <w:jc w:val="right"/>
            </w:pPr>
            <w:r>
              <w:rPr>
                <w:sz w:val="16"/>
              </w:rPr>
              <w:t>$148,762</w:t>
            </w:r>
          </w:p>
        </w:tc>
        <w:tc>
          <w:tcPr>
            <w:tcW w:type="dxa" w:w="1720"/>
          </w:tcPr>
          <w:p>
            <w:pPr>
              <w:spacing w:after="0"/>
              <w:jc w:val="right"/>
            </w:pPr>
            <w:r>
              <w:rPr>
                <w:sz w:val="16"/>
              </w:rPr>
              <w:t>2</w:t>
            </w:r>
          </w:p>
        </w:tc>
        <w:tc>
          <w:tcPr>
            <w:tcW w:type="dxa" w:w="3378"/>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Ice Storm</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$83,835</w:t>
            </w:r>
          </w:p>
        </w:tc>
        <w:tc>
          <w:tcPr>
            <w:tcW w:type="dxa" w:w="1126"/>
          </w:tcPr>
          <w:p>
            <w:pPr>
              <w:spacing w:after="0"/>
              <w:jc w:val="right"/>
            </w:pPr>
            <w:r>
              <w:rPr>
                <w:sz w:val="16"/>
              </w:rPr>
              <w:t>n/a</w:t>
            </w:r>
          </w:p>
        </w:tc>
        <w:tc>
          <w:tcPr>
            <w:tcW w:type="dxa" w:w="1522"/>
          </w:tcPr>
          <w:p>
            <w:pPr>
              <w:spacing w:after="0"/>
              <w:jc w:val="right"/>
            </w:pPr>
            <w:r>
              <w:rPr>
                <w:sz w:val="16"/>
              </w:rPr>
              <w:t>$43,940</w:t>
            </w:r>
          </w:p>
        </w:tc>
        <w:tc>
          <w:tcPr>
            <w:tcW w:type="dxa" w:w="1134"/>
          </w:tcPr>
          <w:p>
            <w:pPr>
              <w:spacing w:after="0"/>
              <w:jc w:val="right"/>
            </w:pPr>
            <w:r>
              <w:rPr>
                <w:sz w:val="16"/>
              </w:rPr>
              <w:t>$127,776</w:t>
            </w:r>
          </w:p>
        </w:tc>
        <w:tc>
          <w:tcPr>
            <w:tcW w:type="dxa" w:w="1720"/>
          </w:tcPr>
          <w:p>
            <w:pPr>
              <w:spacing w:after="0"/>
              <w:jc w:val="right"/>
            </w:pPr>
            <w:r>
              <w:rPr>
                <w:sz w:val="16"/>
              </w:rPr>
              <w:t>2</w:t>
            </w:r>
          </w:p>
        </w:tc>
        <w:tc>
          <w:tcPr>
            <w:tcW w:type="dxa" w:w="337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Cold Wave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$1,609</w:t>
            </w:r>
          </w:p>
        </w:tc>
        <w:tc>
          <w:tcPr>
            <w:tcW w:type="dxa" w:w="1522"/>
          </w:tcPr>
          <w:p>
            <w:pPr>
              <w:spacing w:after="0"/>
              <w:jc w:val="right"/>
            </w:pPr>
            <w:r>
              <w:rPr>
                <w:sz w:val="16"/>
              </w:rPr>
              <w:t>$90,739</w:t>
            </w:r>
          </w:p>
        </w:tc>
        <w:tc>
          <w:tcPr>
            <w:tcW w:type="dxa" w:w="1134"/>
          </w:tcPr>
          <w:p>
            <w:pPr>
              <w:spacing w:after="0"/>
              <w:jc w:val="right"/>
            </w:pPr>
            <w:r>
              <w:rPr>
                <w:sz w:val="16"/>
              </w:rPr>
              <w:t>$92,351</w:t>
            </w:r>
          </w:p>
        </w:tc>
        <w:tc>
          <w:tcPr>
            <w:tcW w:type="dxa" w:w="1720"/>
          </w:tcPr>
          <w:p>
            <w:pPr>
              <w:spacing w:after="0"/>
              <w:jc w:val="right"/>
            </w:pPr>
            <w:r>
              <w:rPr>
                <w:sz w:val="16"/>
              </w:rPr>
              <w:t>3</w:t>
            </w:r>
          </w:p>
        </w:tc>
        <w:tc>
          <w:tcPr>
            <w:tcW w:type="dxa" w:w="3378"/>
          </w:tcPr>
          <w:p>
            <w:pPr>
              <w:spacing w:after="0"/>
              <w:jc w:val="left"/>
            </w:pPr>
            <w:r>
              <w:rPr>
                <w:sz w:val="16"/>
              </w:rPr>
              <w:t>Includes 1 Frost/Freeze record (outside NRI's Cold Wave definition; counted in this table and in B1-d, not in the B1-e descriptor).</w:t>
            </w:r>
          </w:p>
        </w:tc>
      </w:tr>
      <w:tr>
        <w:trPr>
          <w:cantSplit/>
        </w:trPr>
        <w:tc>
          <w:tcPr>
            <w:tcW w:type="dxa" w:w="695"/>
          </w:tcPr>
          <w:p>
            <w:pPr>
              <w:spacing w:after="0"/>
              <w:jc w:val="right"/>
            </w:pPr>
            <w:r>
              <w:rPr>
                <w:sz w:val="16"/>
              </w:rPr>
              <w:t>9</w:t>
            </w:r>
          </w:p>
        </w:tc>
        <w:tc>
          <w:tcPr>
            <w:tcW w:type="dxa" w:w="1037"/>
          </w:tcPr>
          <w:p>
            <w:pPr>
              <w:spacing w:after="0"/>
              <w:jc w:val="left"/>
            </w:pPr>
            <w:r>
              <w:rPr>
                <w:sz w:val="16"/>
              </w:rPr>
              <w:t>Heat Wave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$576</w:t>
            </w:r>
          </w:p>
        </w:tc>
        <w:tc>
          <w:tcPr>
            <w:tcW w:type="dxa" w:w="1126"/>
          </w:tcPr>
          <w:p>
            <w:pPr>
              <w:spacing w:after="0"/>
              <w:jc w:val="right"/>
            </w:pPr>
            <w:r>
              <w:rPr>
                <w:sz w:val="16"/>
              </w:rPr>
              <w:t>$56</w:t>
            </w:r>
          </w:p>
        </w:tc>
        <w:tc>
          <w:tcPr>
            <w:tcW w:type="dxa" w:w="1522"/>
          </w:tcPr>
          <w:p>
            <w:pPr>
              <w:spacing w:after="0"/>
              <w:jc w:val="right"/>
            </w:pPr>
            <w:r>
              <w:rPr>
                <w:sz w:val="16"/>
              </w:rPr>
              <w:t>$81,249</w:t>
            </w:r>
          </w:p>
        </w:tc>
        <w:tc>
          <w:tcPr>
            <w:tcW w:type="dxa" w:w="1134"/>
          </w:tcPr>
          <w:p>
            <w:pPr>
              <w:spacing w:after="0"/>
              <w:jc w:val="right"/>
            </w:pPr>
            <w:r>
              <w:rPr>
                <w:sz w:val="16"/>
              </w:rPr>
              <w:t>$81,881</w:t>
            </w:r>
          </w:p>
        </w:tc>
        <w:tc>
          <w:tcPr>
            <w:tcW w:type="dxa" w:w="1720"/>
          </w:tcPr>
          <w:p>
            <w:pPr>
              <w:spacing w:after="0"/>
              <w:jc w:val="right"/>
            </w:pPr>
            <w:r>
              <w:rPr>
                <w:sz w:val="16"/>
              </w:rPr>
              <w:t>10</w:t>
            </w:r>
          </w:p>
        </w:tc>
        <w:tc>
          <w:tcPr>
            <w:tcW w:type="dxa" w:w="3378"/>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Drought</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$59,325</w:t>
            </w:r>
          </w:p>
        </w:tc>
        <w:tc>
          <w:tcPr>
            <w:tcW w:type="dxa" w:w="1522"/>
          </w:tcPr>
          <w:p>
            <w:pPr>
              <w:spacing w:after="0"/>
              <w:jc w:val="right"/>
            </w:pPr>
            <w:r>
              <w:rPr>
                <w:sz w:val="16"/>
              </w:rPr>
              <w:t>n/a</w:t>
            </w:r>
          </w:p>
        </w:tc>
        <w:tc>
          <w:tcPr>
            <w:tcW w:type="dxa" w:w="1134"/>
          </w:tcPr>
          <w:p>
            <w:pPr>
              <w:spacing w:after="0"/>
              <w:jc w:val="right"/>
            </w:pPr>
            <w:r>
              <w:rPr>
                <w:sz w:val="16"/>
              </w:rPr>
              <w:t>$59,325</w:t>
            </w:r>
          </w:p>
        </w:tc>
        <w:tc>
          <w:tcPr>
            <w:tcW w:type="dxa" w:w="1720"/>
          </w:tcPr>
          <w:p>
            <w:pPr>
              <w:spacing w:after="0"/>
              <w:jc w:val="right"/>
            </w:pPr>
            <w:r>
              <w:rPr>
                <w:sz w:val="16"/>
              </w:rPr>
              <w:t>39</w:t>
            </w:r>
          </w:p>
        </w:tc>
        <w:tc>
          <w:tcPr>
            <w:tcW w:type="dxa" w:w="337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$13,263</w:t>
            </w:r>
          </w:p>
        </w:tc>
        <w:tc>
          <w:tcPr>
            <w:tcW w:type="dxa" w:w="1126"/>
          </w:tcPr>
          <w:p>
            <w:pPr>
              <w:spacing w:after="0"/>
              <w:jc w:val="right"/>
            </w:pPr>
            <w:r>
              <w:rPr>
                <w:sz w:val="16"/>
              </w:rPr>
              <w:t>$80</w:t>
            </w:r>
          </w:p>
        </w:tc>
        <w:tc>
          <w:tcPr>
            <w:tcW w:type="dxa" w:w="1522"/>
          </w:tcPr>
          <w:p>
            <w:pPr>
              <w:spacing w:after="0"/>
              <w:jc w:val="right"/>
            </w:pPr>
            <w:r>
              <w:rPr>
                <w:sz w:val="16"/>
              </w:rPr>
              <w:t>$28,278</w:t>
            </w:r>
          </w:p>
        </w:tc>
        <w:tc>
          <w:tcPr>
            <w:tcW w:type="dxa" w:w="1134"/>
          </w:tcPr>
          <w:p>
            <w:pPr>
              <w:spacing w:after="0"/>
              <w:jc w:val="right"/>
            </w:pPr>
            <w:r>
              <w:rPr>
                <w:sz w:val="16"/>
              </w:rPr>
              <w:t>$41,620</w:t>
            </w:r>
          </w:p>
        </w:tc>
        <w:tc>
          <w:tcPr>
            <w:tcW w:type="dxa" w:w="1720"/>
          </w:tcPr>
          <w:p>
            <w:pPr>
              <w:spacing w:after="0"/>
              <w:jc w:val="right"/>
            </w:pPr>
            <w:r>
              <w:rPr>
                <w:sz w:val="16"/>
              </w:rPr>
              <w:t>43</w:t>
            </w:r>
          </w:p>
        </w:tc>
        <w:tc>
          <w:tcPr>
            <w:tcW w:type="dxa" w:w="3378"/>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Earthquake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$8,068</w:t>
            </w:r>
          </w:p>
        </w:tc>
        <w:tc>
          <w:tcPr>
            <w:tcW w:type="dxa" w:w="1126"/>
          </w:tcPr>
          <w:p>
            <w:pPr>
              <w:spacing w:after="0"/>
              <w:jc w:val="right"/>
            </w:pPr>
            <w:r>
              <w:rPr>
                <w:sz w:val="16"/>
              </w:rPr>
              <w:t>n/a</w:t>
            </w:r>
          </w:p>
        </w:tc>
        <w:tc>
          <w:tcPr>
            <w:tcW w:type="dxa" w:w="1522"/>
          </w:tcPr>
          <w:p>
            <w:pPr>
              <w:spacing w:after="0"/>
              <w:jc w:val="right"/>
            </w:pPr>
            <w:r>
              <w:rPr>
                <w:sz w:val="16"/>
              </w:rPr>
              <w:t>$2,011</w:t>
            </w:r>
          </w:p>
        </w:tc>
        <w:tc>
          <w:tcPr>
            <w:tcW w:type="dxa" w:w="1134"/>
          </w:tcPr>
          <w:p>
            <w:pPr>
              <w:spacing w:after="0"/>
              <w:jc w:val="right"/>
            </w:pPr>
            <w:r>
              <w:rPr>
                <w:sz w:val="16"/>
              </w:rPr>
              <w:t>$10,079</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$57</w:t>
            </w:r>
          </w:p>
        </w:tc>
        <w:tc>
          <w:tcPr>
            <w:tcW w:type="dxa" w:w="1126"/>
          </w:tcPr>
          <w:p>
            <w:pPr>
              <w:spacing w:after="0"/>
              <w:jc w:val="right"/>
            </w:pPr>
            <w:r>
              <w:rPr>
                <w:sz w:val="16"/>
              </w:rPr>
              <w:t>n/a</w:t>
            </w:r>
          </w:p>
        </w:tc>
        <w:tc>
          <w:tcPr>
            <w:tcW w:type="dxa" w:w="1522"/>
          </w:tcPr>
          <w:p>
            <w:pPr>
              <w:spacing w:after="0"/>
              <w:jc w:val="right"/>
            </w:pPr>
            <w:r>
              <w:rPr>
                <w:sz w:val="16"/>
              </w:rPr>
              <w:t>$2,499</w:t>
            </w:r>
          </w:p>
        </w:tc>
        <w:tc>
          <w:tcPr>
            <w:tcW w:type="dxa" w:w="1134"/>
          </w:tcPr>
          <w:p>
            <w:pPr>
              <w:spacing w:after="0"/>
              <w:jc w:val="right"/>
            </w:pPr>
            <w:r>
              <w:rPr>
                <w:sz w:val="16"/>
              </w:rPr>
              <w:t>$2,555</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14</w:t>
            </w:r>
          </w:p>
        </w:tc>
        <w:tc>
          <w:tcPr>
            <w:tcW w:type="dxa" w:w="1037"/>
          </w:tcPr>
          <w:p>
            <w:pPr>
              <w:spacing w:after="0"/>
              <w:jc w:val="left"/>
            </w:pPr>
            <w:r>
              <w:rPr>
                <w:sz w:val="16"/>
              </w:rPr>
              <w:t>Hurricane</w:t>
            </w:r>
          </w:p>
        </w:tc>
        <w:tc>
          <w:tcPr>
            <w:tcW w:type="dxa" w:w="1232"/>
          </w:tcPr>
          <w:p>
            <w:pPr>
              <w:spacing w:after="0"/>
              <w:jc w:val="left"/>
            </w:pPr>
            <w:r>
              <w:rPr>
                <w:sz w:val="16"/>
              </w:rPr>
              <w:t>No Rating</w:t>
            </w:r>
          </w:p>
        </w:tc>
        <w:tc>
          <w:tcPr>
            <w:tcW w:type="dxa" w:w="123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522"/>
          </w:tcPr>
          <w:p>
            <w:pPr>
              <w:spacing w:after="0"/>
              <w:jc w:val="right"/>
            </w:pPr>
            <w:r>
              <w:rPr>
                <w:sz w:val="16"/>
              </w:rPr>
              <w:t>$0</w:t>
            </w:r>
          </w:p>
        </w:tc>
        <w:tc>
          <w:tcPr>
            <w:tcW w:type="dxa" w:w="1134"/>
          </w:tcPr>
          <w:p>
            <w:pPr>
              <w:spacing w:after="0"/>
              <w:jc w:val="right"/>
            </w:pPr>
            <w:r>
              <w:rPr>
                <w:sz w:val="16"/>
              </w:rPr>
              <w:t>$0</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9606 (Very Low, 29.6)</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9606 (Relatively Low, 95.3)</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9606 (Very High, 97.5)</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9606 (Relatively High, 98.1)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9606 is Census Tract 9606).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9"/>
        <w:gridCol w:w="1899"/>
        <w:gridCol w:w="1800"/>
        <w:gridCol w:w="2038"/>
        <w:gridCol w:w="1601"/>
        <w:gridCol w:w="1643"/>
        <w:gridCol w:w="1642"/>
        <w:gridCol w:w="1601"/>
      </w:tblGrid>
      <w:tr>
        <w:trPr>
          <w:cantSplit/>
          <w:tblHeader/>
        </w:trPr>
        <w:tc>
          <w:tcPr>
            <w:tcW w:type="dxa" w:w="1889"/>
            <w:shd w:val="clear" w:color="auto" w:fill="E8E8E8"/>
          </w:tcPr>
          <w:p>
            <w:pPr>
              <w:spacing w:after="0"/>
              <w:jc w:val="left"/>
            </w:pPr>
            <w:r>
              <w:rPr>
                <w:b/>
                <w:sz w:val="16"/>
              </w:rPr>
              <w:t>Hazard</w:t>
            </w:r>
          </w:p>
        </w:tc>
        <w:tc>
          <w:tcPr>
            <w:tcW w:type="dxa" w:w="1899"/>
            <w:shd w:val="clear" w:color="auto" w:fill="E8E8E8"/>
          </w:tcPr>
          <w:p>
            <w:pPr>
              <w:spacing w:after="0"/>
              <w:jc w:val="left"/>
            </w:pPr>
            <w:r>
              <w:rPr>
                <w:b/>
                <w:sz w:val="16"/>
              </w:rPr>
              <w:t>Scale</w:t>
            </w:r>
          </w:p>
        </w:tc>
        <w:tc>
          <w:tcPr>
            <w:tcW w:type="dxa" w:w="18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8"/>
            <w:shd w:val="clear" w:color="auto" w:fill="E8E8E8"/>
          </w:tcPr>
          <w:p>
            <w:pPr>
              <w:spacing w:after="0"/>
              <w:jc w:val="left"/>
            </w:pPr>
            <w:r>
              <w:rPr>
                <w:b/>
                <w:sz w:val="16"/>
              </w:rPr>
              <w:t>Observed range</w:t>
            </w:r>
          </w:p>
        </w:tc>
        <w:tc>
          <w:tcPr>
            <w:tcW w:type="dxa" w:w="1601"/>
            <w:shd w:val="clear" w:color="auto" w:fill="E8E8E8"/>
          </w:tcPr>
          <w:p>
            <w:pPr>
              <w:spacing w:after="0"/>
              <w:jc w:val="left"/>
            </w:pPr>
            <w:r>
              <w:rPr>
                <w:b/>
                <w:sz w:val="16"/>
              </w:rPr>
              <w:t>Worst recorded event</w:t>
            </w:r>
          </w:p>
        </w:tc>
        <w:tc>
          <w:tcPr>
            <w:tcW w:type="dxa" w:w="1643"/>
            <w:shd w:val="clear" w:color="auto" w:fill="E8E8E8"/>
          </w:tcPr>
          <w:p>
            <w:pPr>
              <w:spacing w:after="0"/>
              <w:jc w:val="left"/>
            </w:pPr>
            <w:r>
              <w:rPr>
                <w:b/>
                <w:sz w:val="16"/>
              </w:rPr>
              <w:t>Most damaging (when different)</w:t>
            </w:r>
          </w:p>
        </w:tc>
        <w:tc>
          <w:tcPr>
            <w:tcW w:type="dxa" w:w="1642"/>
            <w:shd w:val="clear" w:color="auto" w:fill="E8E8E8"/>
          </w:tcPr>
          <w:p>
            <w:pPr>
              <w:spacing w:after="0"/>
              <w:jc w:val="left"/>
            </w:pPr>
            <w:r>
              <w:rPr>
                <w:b/>
                <w:sz w:val="16"/>
              </w:rPr>
              <w:t>How it applies to jurisdictions</w:t>
            </w:r>
          </w:p>
        </w:tc>
        <w:tc>
          <w:tcPr>
            <w:tcW w:type="dxa" w:w="1601"/>
            <w:shd w:val="clear" w:color="auto" w:fill="E8E8E8"/>
          </w:tcPr>
          <w:p>
            <w:pPr>
              <w:spacing w:after="0"/>
              <w:jc w:val="left"/>
            </w:pPr>
            <w:r>
              <w:rPr>
                <w:b/>
                <w:sz w:val="16"/>
              </w:rPr>
              <w:t>Note</w:t>
            </w:r>
          </w:p>
        </w:tc>
      </w:tr>
      <w:tr>
        <w:trPr>
          <w:cantSplit/>
        </w:trPr>
        <w:tc>
          <w:tcPr>
            <w:tcW w:type="dxa" w:w="1889"/>
          </w:tcPr>
          <w:p>
            <w:pPr>
              <w:spacing w:after="0"/>
              <w:jc w:val="left"/>
            </w:pPr>
            <w:r>
              <w:rPr>
                <w:sz w:val="16"/>
              </w:rPr>
              <w:t>Cold/Wind Chill, Extreme Cold/Wind Chill</w:t>
            </w:r>
          </w:p>
        </w:tc>
        <w:tc>
          <w:tcPr>
            <w:tcW w:type="dxa" w:w="1899"/>
          </w:tcPr>
          <w:p>
            <w:pPr>
              <w:spacing w:after="0"/>
              <w:jc w:val="left"/>
            </w:pPr>
            <w:r>
              <w:rPr>
                <w:sz w:val="16"/>
              </w:rPr>
              <w:t>wind chill</w:t>
            </w:r>
          </w:p>
        </w:tc>
        <w:tc>
          <w:tcPr>
            <w:tcW w:type="dxa" w:w="1800"/>
          </w:tcPr>
          <w:p>
            <w:pPr>
              <w:spacing w:after="0"/>
              <w:jc w:val="right"/>
            </w:pPr>
            <w:r>
              <w:rPr>
                <w:sz w:val="16"/>
              </w:rPr>
              <w:t>2 records, 2011 to 2021 (2 zone-level)</w:t>
            </w:r>
          </w:p>
        </w:tc>
        <w:tc>
          <w:tcPr>
            <w:tcW w:type="dxa" w:w="2038"/>
          </w:tcPr>
          <w:p>
            <w:pPr>
              <w:spacing w:after="0"/>
              <w:jc w:val="left"/>
            </w:pPr>
            <w:r>
              <w:rPr>
                <w:sz w:val="16"/>
              </w:rPr>
              <w:t>3 days to 13 days (median 8 days); 2 with a recorded value</w:t>
            </w:r>
          </w:p>
        </w:tc>
        <w:tc>
          <w:tcPr>
            <w:tcW w:type="dxa" w:w="1601"/>
          </w:tcPr>
          <w:p>
            <w:pPr>
              <w:spacing w:after="0"/>
              <w:jc w:val="left"/>
            </w:pPr>
            <w:r>
              <w:rPr>
                <w:sz w:val="16"/>
              </w:rPr>
              <w:t>13 consecutive days, 2021-02-06 to 2021-02-18, zone-level</w:t>
            </w:r>
          </w:p>
        </w:tc>
        <w:tc>
          <w:tcPr>
            <w:tcW w:type="dxa" w:w="1643"/>
          </w:tcPr>
          <w:p>
            <w:pPr>
              <w:spacing w:after="0"/>
              <w:jc w:val="left"/>
            </w:pPr>
          </w:p>
        </w:tc>
        <w:tc>
          <w:tcPr>
            <w:tcW w:type="dxa" w:w="1642"/>
          </w:tcPr>
          <w:p>
            <w:pPr>
              <w:spacing w:after="0"/>
              <w:jc w:val="left"/>
            </w:pPr>
            <w:r>
              <w:rPr>
                <w:sz w:val="16"/>
              </w:rPr>
              <w:t>Countywide (zone-level records).</w:t>
            </w:r>
          </w:p>
        </w:tc>
        <w:tc>
          <w:tcPr>
            <w:tcW w:type="dxa" w:w="1601"/>
          </w:tcPr>
          <w:p>
            <w:pPr>
              <w:spacing w:after="0"/>
              <w:jc w:val="left"/>
            </w:pPr>
          </w:p>
        </w:tc>
      </w:tr>
      <w:tr>
        <w:trPr>
          <w:cantSplit/>
        </w:trPr>
        <w:tc>
          <w:tcPr>
            <w:tcW w:type="dxa" w:w="1889"/>
          </w:tcPr>
          <w:p>
            <w:pPr>
              <w:spacing w:after="0"/>
              <w:jc w:val="left"/>
            </w:pPr>
            <w:r>
              <w:rPr>
                <w:sz w:val="16"/>
              </w:rPr>
              <w:t>Frost/Freeze (outside NRI's Cold Wave definition)</w:t>
            </w:r>
          </w:p>
        </w:tc>
        <w:tc>
          <w:tcPr>
            <w:tcW w:type="dxa" w:w="1899"/>
          </w:tcPr>
          <w:p>
            <w:pPr>
              <w:spacing w:after="0"/>
              <w:jc w:val="left"/>
            </w:pPr>
            <w:r>
              <w:rPr>
                <w:sz w:val="16"/>
              </w:rPr>
              <w:t>crop damage</w:t>
            </w:r>
          </w:p>
        </w:tc>
        <w:tc>
          <w:tcPr>
            <w:tcW w:type="dxa" w:w="1800"/>
          </w:tcPr>
          <w:p>
            <w:pPr>
              <w:spacing w:after="0"/>
              <w:jc w:val="right"/>
            </w:pPr>
            <w:r>
              <w:rPr>
                <w:sz w:val="16"/>
              </w:rPr>
              <w:t>1 record, 2007 (1 zone-level)</w:t>
            </w:r>
          </w:p>
        </w:tc>
        <w:tc>
          <w:tcPr>
            <w:tcW w:type="dxa" w:w="2038"/>
          </w:tcPr>
          <w:p>
            <w:pPr>
              <w:spacing w:after="0"/>
              <w:jc w:val="left"/>
            </w:pPr>
          </w:p>
        </w:tc>
        <w:tc>
          <w:tcPr>
            <w:tcW w:type="dxa" w:w="1601"/>
          </w:tcPr>
          <w:p>
            <w:pPr>
              <w:spacing w:after="0"/>
              <w:jc w:val="left"/>
            </w:pPr>
            <w:r>
              <w:rPr>
                <w:sz w:val="16"/>
              </w:rPr>
              <w:t>No crop damage reported in 1 record.</w:t>
            </w:r>
          </w:p>
        </w:tc>
        <w:tc>
          <w:tcPr>
            <w:tcW w:type="dxa" w:w="1643"/>
          </w:tcPr>
          <w:p>
            <w:pPr>
              <w:spacing w:after="0"/>
              <w:jc w:val="left"/>
            </w:pPr>
          </w:p>
        </w:tc>
        <w:tc>
          <w:tcPr>
            <w:tcW w:type="dxa" w:w="1642"/>
          </w:tcPr>
          <w:p>
            <w:pPr>
              <w:spacing w:after="0"/>
              <w:jc w:val="left"/>
            </w:pPr>
            <w:r>
              <w:rPr>
                <w:sz w:val="16"/>
              </w:rPr>
              <w:t>Countywide (zone-level records).</w:t>
            </w:r>
          </w:p>
        </w:tc>
        <w:tc>
          <w:tcPr>
            <w:tcW w:type="dxa" w:w="1601"/>
          </w:tcPr>
          <w:p>
            <w:pPr>
              <w:spacing w:after="0"/>
              <w:jc w:val="left"/>
            </w:pPr>
          </w:p>
        </w:tc>
      </w:tr>
      <w:tr>
        <w:trPr>
          <w:cantSplit/>
        </w:trPr>
        <w:tc>
          <w:tcPr>
            <w:tcW w:type="dxa" w:w="1889"/>
          </w:tcPr>
          <w:p>
            <w:pPr>
              <w:spacing w:after="0"/>
              <w:jc w:val="left"/>
            </w:pPr>
            <w:r>
              <w:rPr>
                <w:sz w:val="16"/>
              </w:rPr>
              <w:t>Drought</w:t>
            </w:r>
          </w:p>
        </w:tc>
        <w:tc>
          <w:tcPr>
            <w:tcW w:type="dxa" w:w="1899"/>
          </w:tcPr>
          <w:p>
            <w:pPr>
              <w:spacing w:after="0"/>
              <w:jc w:val="left"/>
            </w:pPr>
            <w:r>
              <w:rPr>
                <w:sz w:val="16"/>
              </w:rPr>
              <w:t>U.S. Drought Monitor scale (D0 to D4)</w:t>
            </w:r>
          </w:p>
        </w:tc>
        <w:tc>
          <w:tcPr>
            <w:tcW w:type="dxa" w:w="1800"/>
          </w:tcPr>
          <w:p>
            <w:pPr>
              <w:spacing w:after="0"/>
              <w:jc w:val="right"/>
            </w:pPr>
            <w:r>
              <w:rPr>
                <w:sz w:val="16"/>
              </w:rPr>
              <w:t>39 records, 2011 to 2023 (39 zone-level)</w:t>
            </w:r>
          </w:p>
        </w:tc>
        <w:tc>
          <w:tcPr>
            <w:tcW w:type="dxa" w:w="2038"/>
          </w:tcPr>
          <w:p>
            <w:pPr>
              <w:spacing w:after="0"/>
              <w:jc w:val="left"/>
            </w:pPr>
            <w:r>
              <w:rPr>
                <w:sz w:val="16"/>
              </w:rPr>
              <w:t>15 days to 393 days (median 76.5 days); 8 with a recorded value</w:t>
            </w:r>
          </w:p>
        </w:tc>
        <w:tc>
          <w:tcPr>
            <w:tcW w:type="dxa" w:w="1601"/>
          </w:tcPr>
          <w:p>
            <w:pPr>
              <w:spacing w:after="0"/>
              <w:jc w:val="left"/>
            </w:pPr>
            <w:r>
              <w:rPr>
                <w:sz w:val="16"/>
              </w:rPr>
              <w:t>393 days (about 12.9 months), 2012-06-26 to 2013-07-23, a run of 14 consecutive Storm Events drought records, zone-level</w:t>
            </w:r>
          </w:p>
        </w:tc>
        <w:tc>
          <w:tcPr>
            <w:tcW w:type="dxa" w:w="1643"/>
          </w:tcPr>
          <w:p>
            <w:pPr>
              <w:spacing w:after="0"/>
              <w:jc w:val="left"/>
            </w:pPr>
          </w:p>
        </w:tc>
        <w:tc>
          <w:tcPr>
            <w:tcW w:type="dxa" w:w="1642"/>
          </w:tcPr>
          <w:p>
            <w:pPr>
              <w:spacing w:after="0"/>
              <w:jc w:val="left"/>
            </w:pPr>
            <w:r>
              <w:rPr>
                <w:sz w:val="16"/>
              </w:rPr>
              <w:t>Countywide (zone-level records).</w:t>
            </w:r>
          </w:p>
        </w:tc>
        <w:tc>
          <w:tcPr>
            <w:tcW w:type="dxa" w:w="16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9"/>
          </w:tcPr>
          <w:p>
            <w:pPr>
              <w:spacing w:after="0"/>
              <w:jc w:val="left"/>
            </w:pPr>
            <w:r>
              <w:rPr>
                <w:sz w:val="16"/>
              </w:rPr>
              <w:t>Earthquake</w:t>
            </w:r>
          </w:p>
        </w:tc>
        <w:tc>
          <w:tcPr>
            <w:tcW w:type="dxa" w:w="1899"/>
          </w:tcPr>
          <w:p>
            <w:pPr>
              <w:spacing w:after="0"/>
              <w:jc w:val="left"/>
            </w:pPr>
            <w:r>
              <w:rPr>
                <w:sz w:val="16"/>
              </w:rPr>
              <w:t>Modified Mercalli (local data)</w:t>
            </w:r>
          </w:p>
        </w:tc>
        <w:tc>
          <w:tcPr>
            <w:tcW w:type="dxa" w:w="1800"/>
          </w:tcPr>
          <w:p>
            <w:pPr>
              <w:spacing w:after="0"/>
              <w:jc w:val="right"/>
            </w:pPr>
            <w:r>
              <w:rPr>
                <w:sz w:val="16"/>
              </w:rPr>
              <w:t>0</w:t>
            </w:r>
          </w:p>
        </w:tc>
        <w:tc>
          <w:tcPr>
            <w:tcW w:type="dxa" w:w="2038"/>
          </w:tcPr>
          <w:p>
            <w:pPr>
              <w:spacing w:after="0"/>
              <w:jc w:val="left"/>
            </w:pPr>
          </w:p>
        </w:tc>
        <w:tc>
          <w:tcPr>
            <w:tcW w:type="dxa" w:w="1601"/>
          </w:tcPr>
          <w:p>
            <w:pPr>
              <w:spacing w:after="0"/>
              <w:jc w:val="left"/>
            </w:pPr>
          </w:p>
        </w:tc>
        <w:tc>
          <w:tcPr>
            <w:tcW w:type="dxa" w:w="1643"/>
          </w:tcPr>
          <w:p>
            <w:pPr>
              <w:spacing w:after="0"/>
              <w:jc w:val="left"/>
            </w:pPr>
          </w:p>
        </w:tc>
        <w:tc>
          <w:tcPr>
            <w:tcW w:type="dxa" w:w="1642"/>
          </w:tcPr>
          <w:p>
            <w:pPr>
              <w:spacing w:after="0"/>
              <w:jc w:val="left"/>
            </w:pPr>
          </w:p>
        </w:tc>
        <w:tc>
          <w:tcPr>
            <w:tcW w:type="dxa" w:w="1601"/>
          </w:tcPr>
          <w:p>
            <w:pPr>
              <w:spacing w:after="0"/>
              <w:jc w:val="left"/>
            </w:pPr>
            <w:r>
              <w:rPr>
                <w:sz w:val="16"/>
              </w:rPr>
              <w:t>Storm Events does not record earthquakes; the USGS earthquake catalog is the source.</w:t>
            </w:r>
          </w:p>
        </w:tc>
      </w:tr>
      <w:tr>
        <w:trPr>
          <w:cantSplit/>
        </w:trPr>
        <w:tc>
          <w:tcPr>
            <w:tcW w:type="dxa" w:w="1889"/>
          </w:tcPr>
          <w:p>
            <w:pPr>
              <w:spacing w:after="0"/>
              <w:jc w:val="left"/>
            </w:pPr>
            <w:r>
              <w:rPr>
                <w:sz w:val="16"/>
              </w:rPr>
              <w:t>Hail</w:t>
            </w:r>
          </w:p>
        </w:tc>
        <w:tc>
          <w:tcPr>
            <w:tcW w:type="dxa" w:w="1899"/>
          </w:tcPr>
          <w:p>
            <w:pPr>
              <w:spacing w:after="0"/>
              <w:jc w:val="left"/>
            </w:pPr>
            <w:r>
              <w:rPr>
                <w:sz w:val="16"/>
              </w:rPr>
              <w:t>hail size (inches)</w:t>
            </w:r>
          </w:p>
        </w:tc>
        <w:tc>
          <w:tcPr>
            <w:tcW w:type="dxa" w:w="1800"/>
          </w:tcPr>
          <w:p>
            <w:pPr>
              <w:spacing w:after="0"/>
              <w:jc w:val="right"/>
            </w:pPr>
            <w:r>
              <w:rPr>
                <w:sz w:val="16"/>
              </w:rPr>
              <w:t>180 records, 1956 to 2026</w:t>
            </w:r>
          </w:p>
        </w:tc>
        <w:tc>
          <w:tcPr>
            <w:tcW w:type="dxa" w:w="2038"/>
          </w:tcPr>
          <w:p>
            <w:pPr>
              <w:spacing w:after="0"/>
              <w:jc w:val="left"/>
            </w:pPr>
            <w:r>
              <w:rPr>
                <w:sz w:val="16"/>
              </w:rPr>
              <w:t>0.75 in to 4 in (median 1 in); 180 with a recorded value</w:t>
            </w:r>
          </w:p>
        </w:tc>
        <w:tc>
          <w:tcPr>
            <w:tcW w:type="dxa" w:w="1601"/>
          </w:tcPr>
          <w:p>
            <w:pPr>
              <w:spacing w:after="0"/>
              <w:jc w:val="left"/>
            </w:pPr>
            <w:r>
              <w:rPr>
                <w:sz w:val="16"/>
              </w:rPr>
              <w:t>4 in hail, 2023-04-19</w:t>
            </w:r>
          </w:p>
        </w:tc>
        <w:tc>
          <w:tcPr>
            <w:tcW w:type="dxa" w:w="1643"/>
          </w:tcPr>
          <w:p>
            <w:pPr>
              <w:spacing w:after="0"/>
              <w:jc w:val="left"/>
            </w:pPr>
            <w:r>
              <w:rPr>
                <w:sz w:val="16"/>
              </w:rPr>
              <w:t>Hail, 2006-04-06, $5,000 property; crops not reported (2006 dollars)</w:t>
            </w:r>
          </w:p>
        </w:tc>
        <w:tc>
          <w:tcPr>
            <w:tcW w:type="dxa" w:w="1642"/>
          </w:tcPr>
          <w:p>
            <w:pPr>
              <w:spacing w:after="0"/>
              <w:jc w:val="left"/>
            </w:pPr>
            <w:r>
              <w:rPr>
                <w:sz w:val="16"/>
              </w:rPr>
              <w:t>Event records naming jurisdictions in the plan: Cottonwood Falls city (47 records), Elmdale city (19 records), Strong City city (14 records).</w:t>
            </w:r>
          </w:p>
        </w:tc>
        <w:tc>
          <w:tcPr>
            <w:tcW w:type="dxa" w:w="1601"/>
          </w:tcPr>
          <w:p>
            <w:pPr>
              <w:spacing w:after="0"/>
              <w:jc w:val="left"/>
            </w:pPr>
          </w:p>
        </w:tc>
      </w:tr>
      <w:tr>
        <w:trPr>
          <w:cantSplit/>
        </w:trPr>
        <w:tc>
          <w:tcPr>
            <w:tcW w:type="dxa" w:w="1889"/>
          </w:tcPr>
          <w:p>
            <w:pPr>
              <w:spacing w:after="0"/>
              <w:jc w:val="left"/>
            </w:pPr>
            <w:r>
              <w:rPr>
                <w:sz w:val="16"/>
              </w:rPr>
              <w:t>Excessive Heat, Heat</w:t>
            </w:r>
          </w:p>
        </w:tc>
        <w:tc>
          <w:tcPr>
            <w:tcW w:type="dxa" w:w="1899"/>
          </w:tcPr>
          <w:p>
            <w:pPr>
              <w:spacing w:after="0"/>
              <w:jc w:val="left"/>
            </w:pPr>
            <w:r>
              <w:rPr>
                <w:sz w:val="16"/>
              </w:rPr>
              <w:t>heat index (in event narratives)</w:t>
            </w:r>
          </w:p>
        </w:tc>
        <w:tc>
          <w:tcPr>
            <w:tcW w:type="dxa" w:w="1800"/>
          </w:tcPr>
          <w:p>
            <w:pPr>
              <w:spacing w:after="0"/>
              <w:jc w:val="right"/>
            </w:pPr>
            <w:r>
              <w:rPr>
                <w:sz w:val="16"/>
              </w:rPr>
              <w:t>10 records, 2006 to 2011 (10 zone-level)</w:t>
            </w:r>
          </w:p>
        </w:tc>
        <w:tc>
          <w:tcPr>
            <w:tcW w:type="dxa" w:w="2038"/>
          </w:tcPr>
          <w:p>
            <w:pPr>
              <w:spacing w:after="0"/>
              <w:jc w:val="left"/>
            </w:pPr>
            <w:r>
              <w:rPr>
                <w:sz w:val="16"/>
              </w:rPr>
              <w:t>1 day to 25 days (median 3 days); 8 with a recorded value</w:t>
            </w:r>
          </w:p>
        </w:tc>
        <w:tc>
          <w:tcPr>
            <w:tcW w:type="dxa" w:w="1601"/>
          </w:tcPr>
          <w:p>
            <w:pPr>
              <w:spacing w:after="0"/>
              <w:jc w:val="left"/>
            </w:pPr>
            <w:r>
              <w:rPr>
                <w:sz w:val="16"/>
              </w:rPr>
              <w:t>25 consecutive days, 2011-07-15 to 2011-08-08, zone-level</w:t>
            </w:r>
          </w:p>
        </w:tc>
        <w:tc>
          <w:tcPr>
            <w:tcW w:type="dxa" w:w="1643"/>
          </w:tcPr>
          <w:p>
            <w:pPr>
              <w:spacing w:after="0"/>
              <w:jc w:val="left"/>
            </w:pPr>
          </w:p>
        </w:tc>
        <w:tc>
          <w:tcPr>
            <w:tcW w:type="dxa" w:w="1642"/>
          </w:tcPr>
          <w:p>
            <w:pPr>
              <w:spacing w:after="0"/>
              <w:jc w:val="left"/>
            </w:pPr>
            <w:r>
              <w:rPr>
                <w:sz w:val="16"/>
              </w:rPr>
              <w:t>Countywide (zone-level records).</w:t>
            </w:r>
          </w:p>
        </w:tc>
        <w:tc>
          <w:tcPr>
            <w:tcW w:type="dxa" w:w="1601"/>
          </w:tcPr>
          <w:p>
            <w:pPr>
              <w:spacing w:after="0"/>
              <w:jc w:val="left"/>
            </w:pPr>
          </w:p>
        </w:tc>
      </w:tr>
      <w:tr>
        <w:trPr>
          <w:cantSplit/>
        </w:trPr>
        <w:tc>
          <w:tcPr>
            <w:tcW w:type="dxa" w:w="1889"/>
          </w:tcPr>
          <w:p>
            <w:pPr>
              <w:spacing w:after="0"/>
              <w:jc w:val="left"/>
            </w:pPr>
            <w:r>
              <w:rPr>
                <w:sz w:val="16"/>
              </w:rPr>
              <w:t>Hurricane, Tropical Storm, Tropical Depression</w:t>
            </w:r>
          </w:p>
        </w:tc>
        <w:tc>
          <w:tcPr>
            <w:tcW w:type="dxa" w:w="1899"/>
          </w:tcPr>
          <w:p>
            <w:pPr>
              <w:spacing w:after="0"/>
              <w:jc w:val="left"/>
            </w:pPr>
            <w:r>
              <w:rPr>
                <w:sz w:val="16"/>
              </w:rPr>
              <w:t>Saffir-Simpson</w:t>
            </w:r>
          </w:p>
        </w:tc>
        <w:tc>
          <w:tcPr>
            <w:tcW w:type="dxa" w:w="1800"/>
          </w:tcPr>
          <w:p>
            <w:pPr>
              <w:spacing w:after="0"/>
              <w:jc w:val="right"/>
            </w:pPr>
            <w:r>
              <w:rPr>
                <w:sz w:val="16"/>
              </w:rPr>
              <w:t>0</w:t>
            </w:r>
          </w:p>
        </w:tc>
        <w:tc>
          <w:tcPr>
            <w:tcW w:type="dxa" w:w="2038"/>
          </w:tcPr>
          <w:p>
            <w:pPr>
              <w:spacing w:after="0"/>
              <w:jc w:val="left"/>
            </w:pPr>
          </w:p>
        </w:tc>
        <w:tc>
          <w:tcPr>
            <w:tcW w:type="dxa" w:w="1601"/>
          </w:tcPr>
          <w:p>
            <w:pPr>
              <w:spacing w:after="0"/>
              <w:jc w:val="left"/>
            </w:pPr>
          </w:p>
        </w:tc>
        <w:tc>
          <w:tcPr>
            <w:tcW w:type="dxa" w:w="1643"/>
          </w:tcPr>
          <w:p>
            <w:pPr>
              <w:spacing w:after="0"/>
              <w:jc w:val="left"/>
            </w:pPr>
          </w:p>
        </w:tc>
        <w:tc>
          <w:tcPr>
            <w:tcW w:type="dxa" w:w="1642"/>
          </w:tcPr>
          <w:p>
            <w:pPr>
              <w:spacing w:after="0"/>
              <w:jc w:val="left"/>
            </w:pPr>
          </w:p>
        </w:tc>
        <w:tc>
          <w:tcPr>
            <w:tcW w:type="dxa" w:w="160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9"/>
          </w:tcPr>
          <w:p>
            <w:pPr>
              <w:spacing w:after="0"/>
              <w:jc w:val="left"/>
            </w:pPr>
            <w:r>
              <w:rPr>
                <w:sz w:val="16"/>
              </w:rPr>
              <w:t>Ice Storm</w:t>
            </w:r>
          </w:p>
        </w:tc>
        <w:tc>
          <w:tcPr>
            <w:tcW w:type="dxa" w:w="1899"/>
          </w:tcPr>
          <w:p>
            <w:pPr>
              <w:spacing w:after="0"/>
              <w:jc w:val="left"/>
            </w:pPr>
            <w:r>
              <w:rPr>
                <w:sz w:val="16"/>
              </w:rPr>
              <w:t>Sperry-Piltz ice scale (local data)</w:t>
            </w:r>
          </w:p>
        </w:tc>
        <w:tc>
          <w:tcPr>
            <w:tcW w:type="dxa" w:w="1800"/>
          </w:tcPr>
          <w:p>
            <w:pPr>
              <w:spacing w:after="0"/>
              <w:jc w:val="right"/>
            </w:pPr>
            <w:r>
              <w:rPr>
                <w:sz w:val="16"/>
              </w:rPr>
              <w:t>2 records, 2007 to 2015 (2 zone-level)</w:t>
            </w:r>
          </w:p>
        </w:tc>
        <w:tc>
          <w:tcPr>
            <w:tcW w:type="dxa" w:w="2038"/>
          </w:tcPr>
          <w:p>
            <w:pPr>
              <w:spacing w:after="0"/>
              <w:jc w:val="left"/>
            </w:pPr>
          </w:p>
        </w:tc>
        <w:tc>
          <w:tcPr>
            <w:tcW w:type="dxa" w:w="1601"/>
          </w:tcPr>
          <w:p>
            <w:pPr>
              <w:spacing w:after="0"/>
              <w:jc w:val="left"/>
            </w:pPr>
            <w:r>
              <w:rPr>
                <w:sz w:val="16"/>
              </w:rPr>
              <w:t>Ice Storm, 2007-12-10, $1,900,000 property; $0 crops (2007 dollars); NWS zone KSZ053</w:t>
            </w:r>
          </w:p>
        </w:tc>
        <w:tc>
          <w:tcPr>
            <w:tcW w:type="dxa" w:w="1643"/>
          </w:tcPr>
          <w:p>
            <w:pPr>
              <w:spacing w:after="0"/>
              <w:jc w:val="left"/>
            </w:pPr>
          </w:p>
        </w:tc>
        <w:tc>
          <w:tcPr>
            <w:tcW w:type="dxa" w:w="1642"/>
          </w:tcPr>
          <w:p>
            <w:pPr>
              <w:spacing w:after="0"/>
              <w:jc w:val="left"/>
            </w:pPr>
            <w:r>
              <w:rPr>
                <w:sz w:val="16"/>
              </w:rPr>
              <w:t>Countywide (zone-level records).</w:t>
            </w:r>
          </w:p>
        </w:tc>
        <w:tc>
          <w:tcPr>
            <w:tcW w:type="dxa" w:w="1601"/>
          </w:tcPr>
          <w:p>
            <w:pPr>
              <w:spacing w:after="0"/>
              <w:jc w:val="left"/>
            </w:pPr>
          </w:p>
        </w:tc>
      </w:tr>
      <w:tr>
        <w:trPr>
          <w:cantSplit/>
        </w:trPr>
        <w:tc>
          <w:tcPr>
            <w:tcW w:type="dxa" w:w="1889"/>
          </w:tcPr>
          <w:p>
            <w:pPr>
              <w:spacing w:after="0"/>
              <w:jc w:val="left"/>
            </w:pPr>
            <w:r>
              <w:rPr>
                <w:sz w:val="16"/>
              </w:rPr>
              <w:t>Flash Flood, Flood, Lakeshore Flood</w:t>
            </w:r>
          </w:p>
        </w:tc>
        <w:tc>
          <w:tcPr>
            <w:tcW w:type="dxa" w:w="1899"/>
          </w:tcPr>
          <w:p>
            <w:pPr>
              <w:spacing w:after="0"/>
              <w:jc w:val="left"/>
            </w:pPr>
            <w:r>
              <w:rPr>
                <w:sz w:val="16"/>
              </w:rPr>
              <w:t>damage and flood days (flood depth: FIRM)</w:t>
            </w:r>
          </w:p>
        </w:tc>
        <w:tc>
          <w:tcPr>
            <w:tcW w:type="dxa" w:w="1800"/>
          </w:tcPr>
          <w:p>
            <w:pPr>
              <w:spacing w:after="0"/>
              <w:jc w:val="right"/>
            </w:pPr>
            <w:r>
              <w:rPr>
                <w:sz w:val="16"/>
              </w:rPr>
              <w:t>25 records, 1998 to 2023 (2 zone-level)</w:t>
            </w:r>
          </w:p>
        </w:tc>
        <w:tc>
          <w:tcPr>
            <w:tcW w:type="dxa" w:w="2038"/>
          </w:tcPr>
          <w:p>
            <w:pPr>
              <w:spacing w:after="0"/>
              <w:jc w:val="left"/>
            </w:pPr>
          </w:p>
        </w:tc>
        <w:tc>
          <w:tcPr>
            <w:tcW w:type="dxa" w:w="1601"/>
          </w:tcPr>
          <w:p>
            <w:pPr>
              <w:spacing w:after="0"/>
              <w:jc w:val="left"/>
            </w:pPr>
            <w:r>
              <w:rPr>
                <w:sz w:val="16"/>
              </w:rPr>
              <w:t>Flood, 1998-11-01, $2,000,000 property; crops not reported (1998 dollars); NWS zone KSZ053</w:t>
            </w:r>
          </w:p>
        </w:tc>
        <w:tc>
          <w:tcPr>
            <w:tcW w:type="dxa" w:w="1643"/>
          </w:tcPr>
          <w:p>
            <w:pPr>
              <w:spacing w:after="0"/>
              <w:jc w:val="left"/>
            </w:pPr>
          </w:p>
        </w:tc>
        <w:tc>
          <w:tcPr>
            <w:tcW w:type="dxa" w:w="1642"/>
          </w:tcPr>
          <w:p>
            <w:pPr>
              <w:spacing w:after="0"/>
              <w:jc w:val="left"/>
            </w:pPr>
            <w:r>
              <w:rPr>
                <w:sz w:val="16"/>
              </w:rPr>
              <w:t>Event records naming jurisdictions in the plan: Cottonwood Falls city (6 records), Elmdale city (2 records), Strong City city (1 record). Zone-level records (2) apply countywide.</w:t>
            </w:r>
          </w:p>
        </w:tc>
        <w:tc>
          <w:tcPr>
            <w:tcW w:type="dxa" w:w="160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9"/>
          </w:tcPr>
          <w:p>
            <w:pPr>
              <w:spacing w:after="0"/>
              <w:jc w:val="left"/>
            </w:pPr>
            <w:r>
              <w:rPr>
                <w:sz w:val="16"/>
              </w:rPr>
              <w:t>Debris Flow</w:t>
            </w:r>
          </w:p>
        </w:tc>
        <w:tc>
          <w:tcPr>
            <w:tcW w:type="dxa" w:w="1899"/>
          </w:tcPr>
          <w:p>
            <w:pPr>
              <w:spacing w:after="0"/>
              <w:jc w:val="left"/>
            </w:pPr>
            <w:r>
              <w:rPr>
                <w:sz w:val="16"/>
              </w:rPr>
              <w:t>none (count and damage only)</w:t>
            </w:r>
          </w:p>
        </w:tc>
        <w:tc>
          <w:tcPr>
            <w:tcW w:type="dxa" w:w="1800"/>
          </w:tcPr>
          <w:p>
            <w:pPr>
              <w:spacing w:after="0"/>
              <w:jc w:val="right"/>
            </w:pPr>
            <w:r>
              <w:rPr>
                <w:sz w:val="16"/>
              </w:rPr>
              <w:t>0</w:t>
            </w:r>
          </w:p>
        </w:tc>
        <w:tc>
          <w:tcPr>
            <w:tcW w:type="dxa" w:w="2038"/>
          </w:tcPr>
          <w:p>
            <w:pPr>
              <w:spacing w:after="0"/>
              <w:jc w:val="left"/>
            </w:pPr>
          </w:p>
        </w:tc>
        <w:tc>
          <w:tcPr>
            <w:tcW w:type="dxa" w:w="1601"/>
          </w:tcPr>
          <w:p>
            <w:pPr>
              <w:spacing w:after="0"/>
              <w:jc w:val="left"/>
            </w:pPr>
          </w:p>
        </w:tc>
        <w:tc>
          <w:tcPr>
            <w:tcW w:type="dxa" w:w="1643"/>
          </w:tcPr>
          <w:p>
            <w:pPr>
              <w:spacing w:after="0"/>
              <w:jc w:val="left"/>
            </w:pPr>
          </w:p>
        </w:tc>
        <w:tc>
          <w:tcPr>
            <w:tcW w:type="dxa" w:w="1642"/>
          </w:tcPr>
          <w:p>
            <w:pPr>
              <w:spacing w:after="0"/>
              <w:jc w:val="left"/>
            </w:pPr>
          </w:p>
        </w:tc>
        <w:tc>
          <w:tcPr>
            <w:tcW w:type="dxa" w:w="1601"/>
          </w:tcPr>
          <w:p>
            <w:pPr>
              <w:spacing w:after="0"/>
              <w:jc w:val="left"/>
            </w:pPr>
          </w:p>
        </w:tc>
      </w:tr>
      <w:tr>
        <w:trPr>
          <w:cantSplit/>
        </w:trPr>
        <w:tc>
          <w:tcPr>
            <w:tcW w:type="dxa" w:w="1889"/>
          </w:tcPr>
          <w:p>
            <w:pPr>
              <w:spacing w:after="0"/>
              <w:jc w:val="left"/>
            </w:pPr>
            <w:r>
              <w:rPr>
                <w:sz w:val="16"/>
              </w:rPr>
              <w:t>Lightning</w:t>
            </w:r>
          </w:p>
        </w:tc>
        <w:tc>
          <w:tcPr>
            <w:tcW w:type="dxa" w:w="1899"/>
          </w:tcPr>
          <w:p>
            <w:pPr>
              <w:spacing w:after="0"/>
              <w:jc w:val="left"/>
            </w:pPr>
            <w:r>
              <w:rPr>
                <w:sz w:val="16"/>
              </w:rPr>
              <w:t>annualized frequency (the measure FEMA's Local Mitigation Planning Handbook names)</w:t>
            </w:r>
          </w:p>
        </w:tc>
        <w:tc>
          <w:tcPr>
            <w:tcW w:type="dxa" w:w="1800"/>
          </w:tcPr>
          <w:p>
            <w:pPr>
              <w:spacing w:after="0"/>
              <w:jc w:val="right"/>
            </w:pPr>
            <w:r>
              <w:rPr>
                <w:sz w:val="16"/>
              </w:rPr>
              <w:t>2 records, 2017 to 2019</w:t>
            </w:r>
          </w:p>
        </w:tc>
        <w:tc>
          <w:tcPr>
            <w:tcW w:type="dxa" w:w="2038"/>
          </w:tcPr>
          <w:p>
            <w:pPr>
              <w:spacing w:after="0"/>
              <w:jc w:val="left"/>
            </w:pPr>
          </w:p>
        </w:tc>
        <w:tc>
          <w:tcPr>
            <w:tcW w:type="dxa" w:w="1601"/>
          </w:tcPr>
          <w:p>
            <w:pPr>
              <w:spacing w:after="0"/>
              <w:jc w:val="left"/>
            </w:pPr>
            <w:r>
              <w:rPr>
                <w:sz w:val="16"/>
              </w:rPr>
              <w:t>Lightning, 2019-08-21, $15,000 property; $0 crops (2019 dollars)</w:t>
            </w:r>
          </w:p>
        </w:tc>
        <w:tc>
          <w:tcPr>
            <w:tcW w:type="dxa" w:w="1643"/>
          </w:tcPr>
          <w:p>
            <w:pPr>
              <w:spacing w:after="0"/>
              <w:jc w:val="left"/>
            </w:pPr>
          </w:p>
        </w:tc>
        <w:tc>
          <w:tcPr>
            <w:tcW w:type="dxa" w:w="1642"/>
          </w:tcPr>
          <w:p>
            <w:pPr>
              <w:spacing w:after="0"/>
              <w:jc w:val="left"/>
            </w:pPr>
            <w:r>
              <w:rPr>
                <w:sz w:val="16"/>
              </w:rPr>
              <w:t>Event records naming jurisdictions in the plan: Cottonwood Falls city (1 record).</w:t>
            </w:r>
          </w:p>
        </w:tc>
        <w:tc>
          <w:tcPr>
            <w:tcW w:type="dxa" w:w="1601"/>
          </w:tcPr>
          <w:p>
            <w:pPr>
              <w:spacing w:after="0"/>
              <w:jc w:val="left"/>
            </w:pPr>
            <w:r>
              <w:rPr>
                <w:sz w:val="16"/>
              </w:rPr>
              <w:t>Storm Events lists lightning with damage or casualties.</w:t>
            </w:r>
          </w:p>
        </w:tc>
      </w:tr>
      <w:tr>
        <w:trPr>
          <w:cantSplit/>
        </w:trPr>
        <w:tc>
          <w:tcPr>
            <w:tcW w:type="dxa" w:w="1889"/>
          </w:tcPr>
          <w:p>
            <w:pPr>
              <w:spacing w:after="0"/>
              <w:jc w:val="left"/>
            </w:pPr>
            <w:r>
              <w:rPr>
                <w:sz w:val="16"/>
              </w:rPr>
              <w:t>High Wind and Strong Wind (outside NRI's Strong Wind definition)</w:t>
            </w:r>
          </w:p>
        </w:tc>
        <w:tc>
          <w:tcPr>
            <w:tcW w:type="dxa" w:w="1899"/>
          </w:tcPr>
          <w:p>
            <w:pPr>
              <w:spacing w:after="0"/>
              <w:jc w:val="left"/>
            </w:pPr>
            <w:r>
              <w:rPr>
                <w:sz w:val="16"/>
              </w:rPr>
              <w:t>wind speed (kt and mph)</w:t>
            </w:r>
          </w:p>
        </w:tc>
        <w:tc>
          <w:tcPr>
            <w:tcW w:type="dxa" w:w="1800"/>
          </w:tcPr>
          <w:p>
            <w:pPr>
              <w:spacing w:after="0"/>
              <w:jc w:val="right"/>
            </w:pPr>
            <w:r>
              <w:rPr>
                <w:sz w:val="16"/>
              </w:rPr>
              <w:t>12 records, 2000 to 2026 (12 zone-level)</w:t>
            </w:r>
          </w:p>
        </w:tc>
        <w:tc>
          <w:tcPr>
            <w:tcW w:type="dxa" w:w="2038"/>
          </w:tcPr>
          <w:p>
            <w:pPr>
              <w:spacing w:after="0"/>
              <w:jc w:val="left"/>
            </w:pPr>
            <w:r>
              <w:rPr>
                <w:sz w:val="16"/>
              </w:rPr>
              <w:t>35 kt (40 mph) to 65 kt (75 mph) (median 52 kt (60 mph)); 12 with a recorded value</w:t>
            </w:r>
          </w:p>
        </w:tc>
        <w:tc>
          <w:tcPr>
            <w:tcW w:type="dxa" w:w="1601"/>
          </w:tcPr>
          <w:p>
            <w:pPr>
              <w:spacing w:after="0"/>
              <w:jc w:val="left"/>
            </w:pPr>
            <w:r>
              <w:rPr>
                <w:sz w:val="16"/>
              </w:rPr>
              <w:t>65 kt (75 mph) estimated, High Wind, 2001-04-11; NWS zone KSZ053</w:t>
            </w:r>
          </w:p>
        </w:tc>
        <w:tc>
          <w:tcPr>
            <w:tcW w:type="dxa" w:w="1643"/>
          </w:tcPr>
          <w:p>
            <w:pPr>
              <w:spacing w:after="0"/>
              <w:jc w:val="left"/>
            </w:pPr>
            <w:r>
              <w:rPr>
                <w:sz w:val="16"/>
              </w:rPr>
              <w:t>High Wind, 2009-03-23, $5,000 property; crops not reported (zone total, 2009 dollars)</w:t>
            </w:r>
          </w:p>
        </w:tc>
        <w:tc>
          <w:tcPr>
            <w:tcW w:type="dxa" w:w="1642"/>
          </w:tcPr>
          <w:p>
            <w:pPr>
              <w:spacing w:after="0"/>
              <w:jc w:val="left"/>
            </w:pPr>
            <w:r>
              <w:rPr>
                <w:sz w:val="16"/>
              </w:rPr>
              <w:t>Countywide (zone-level records).</w:t>
            </w:r>
          </w:p>
        </w:tc>
        <w:tc>
          <w:tcPr>
            <w:tcW w:type="dxa" w:w="1601"/>
          </w:tcPr>
          <w:p>
            <w:pPr>
              <w:spacing w:after="0"/>
              <w:jc w:val="left"/>
            </w:pPr>
          </w:p>
        </w:tc>
      </w:tr>
      <w:tr>
        <w:trPr>
          <w:cantSplit/>
        </w:trPr>
        <w:tc>
          <w:tcPr>
            <w:tcW w:type="dxa" w:w="1889"/>
          </w:tcPr>
          <w:p>
            <w:pPr>
              <w:spacing w:after="0"/>
              <w:jc w:val="left"/>
            </w:pPr>
            <w:r>
              <w:rPr>
                <w:sz w:val="16"/>
              </w:rPr>
              <w:t>Thunderstorm Wind</w:t>
            </w:r>
          </w:p>
        </w:tc>
        <w:tc>
          <w:tcPr>
            <w:tcW w:type="dxa" w:w="1899"/>
          </w:tcPr>
          <w:p>
            <w:pPr>
              <w:spacing w:after="0"/>
              <w:jc w:val="left"/>
            </w:pPr>
            <w:r>
              <w:rPr>
                <w:sz w:val="16"/>
              </w:rPr>
              <w:t>wind speed (kt and mph)</w:t>
            </w:r>
          </w:p>
        </w:tc>
        <w:tc>
          <w:tcPr>
            <w:tcW w:type="dxa" w:w="1800"/>
          </w:tcPr>
          <w:p>
            <w:pPr>
              <w:spacing w:after="0"/>
              <w:jc w:val="right"/>
            </w:pPr>
            <w:r>
              <w:rPr>
                <w:sz w:val="16"/>
              </w:rPr>
              <w:t>123 records, 1957 to 2026</w:t>
            </w:r>
          </w:p>
        </w:tc>
        <w:tc>
          <w:tcPr>
            <w:tcW w:type="dxa" w:w="2038"/>
          </w:tcPr>
          <w:p>
            <w:pPr>
              <w:spacing w:after="0"/>
              <w:jc w:val="left"/>
            </w:pPr>
            <w:r>
              <w:rPr>
                <w:sz w:val="16"/>
              </w:rPr>
              <w:t>50 kt (58 mph) to 87 kt (100 mph) (median 54.5 kt (63 mph)); 112 with a recorded value</w:t>
            </w:r>
          </w:p>
        </w:tc>
        <w:tc>
          <w:tcPr>
            <w:tcW w:type="dxa" w:w="1601"/>
          </w:tcPr>
          <w:p>
            <w:pPr>
              <w:spacing w:after="0"/>
              <w:jc w:val="left"/>
            </w:pPr>
            <w:r>
              <w:rPr>
                <w:sz w:val="16"/>
              </w:rPr>
              <w:t>87 kt (100 mph), measurement type not recorded, Thunderstorm Wind, 1979-07-24</w:t>
            </w:r>
          </w:p>
        </w:tc>
        <w:tc>
          <w:tcPr>
            <w:tcW w:type="dxa" w:w="1643"/>
          </w:tcPr>
          <w:p>
            <w:pPr>
              <w:spacing w:after="0"/>
              <w:jc w:val="left"/>
            </w:pPr>
            <w:r>
              <w:rPr>
                <w:sz w:val="16"/>
              </w:rPr>
              <w:t>Thunderstorm Wind, 2003-05-08, $380,000 property; crops not reported (2003 dollars)</w:t>
            </w:r>
          </w:p>
        </w:tc>
        <w:tc>
          <w:tcPr>
            <w:tcW w:type="dxa" w:w="1642"/>
          </w:tcPr>
          <w:p>
            <w:pPr>
              <w:spacing w:after="0"/>
              <w:jc w:val="left"/>
            </w:pPr>
            <w:r>
              <w:rPr>
                <w:sz w:val="16"/>
              </w:rPr>
              <w:t>Event records naming jurisdictions in the plan: Cottonwood Falls city (37 records), Elmdale city (20 records), Strong City city (15 records), Cedar Point city (1 record).</w:t>
            </w:r>
          </w:p>
        </w:tc>
        <w:tc>
          <w:tcPr>
            <w:tcW w:type="dxa" w:w="1601"/>
          </w:tcPr>
          <w:p>
            <w:pPr>
              <w:spacing w:after="0"/>
              <w:jc w:val="left"/>
            </w:pPr>
          </w:p>
        </w:tc>
      </w:tr>
      <w:tr>
        <w:trPr>
          <w:cantSplit/>
        </w:trPr>
        <w:tc>
          <w:tcPr>
            <w:tcW w:type="dxa" w:w="1889"/>
          </w:tcPr>
          <w:p>
            <w:pPr>
              <w:spacing w:after="0"/>
              <w:jc w:val="left"/>
            </w:pPr>
            <w:r>
              <w:rPr>
                <w:sz w:val="16"/>
              </w:rPr>
              <w:t>Tornado</w:t>
            </w:r>
          </w:p>
        </w:tc>
        <w:tc>
          <w:tcPr>
            <w:tcW w:type="dxa" w:w="1899"/>
          </w:tcPr>
          <w:p>
            <w:pPr>
              <w:spacing w:after="0"/>
              <w:jc w:val="left"/>
            </w:pPr>
            <w:r>
              <w:rPr>
                <w:sz w:val="16"/>
              </w:rPr>
              <w:t>Enhanced Fujita (Fujita before Feb 2007)</w:t>
            </w:r>
          </w:p>
        </w:tc>
        <w:tc>
          <w:tcPr>
            <w:tcW w:type="dxa" w:w="1800"/>
          </w:tcPr>
          <w:p>
            <w:pPr>
              <w:spacing w:after="0"/>
              <w:jc w:val="right"/>
            </w:pPr>
            <w:r>
              <w:rPr>
                <w:sz w:val="16"/>
              </w:rPr>
              <w:t>47 records, 1950 to 2023</w:t>
            </w:r>
          </w:p>
        </w:tc>
        <w:tc>
          <w:tcPr>
            <w:tcW w:type="dxa" w:w="2038"/>
          </w:tcPr>
          <w:p>
            <w:pPr>
              <w:spacing w:after="0"/>
              <w:jc w:val="left"/>
            </w:pPr>
            <w:r>
              <w:rPr>
                <w:sz w:val="16"/>
              </w:rPr>
              <w:t>F/EF0 to F/EF3 (median F/EF0); 45 with a recorded value</w:t>
            </w:r>
          </w:p>
        </w:tc>
        <w:tc>
          <w:tcPr>
            <w:tcW w:type="dxa" w:w="1601"/>
          </w:tcPr>
          <w:p>
            <w:pPr>
              <w:spacing w:after="0"/>
              <w:jc w:val="left"/>
            </w:pPr>
            <w:r>
              <w:rPr>
                <w:sz w:val="16"/>
              </w:rPr>
              <w:t>F3 tornado, 1950-05-18, 14.9 mi path length (whole path, pre-1996), 100 yd wide, $250,000 property; crops not recorded (1950 dollars), 2 direct injuries</w:t>
            </w:r>
          </w:p>
        </w:tc>
        <w:tc>
          <w:tcPr>
            <w:tcW w:type="dxa" w:w="1643"/>
          </w:tcPr>
          <w:p>
            <w:pPr>
              <w:spacing w:after="0"/>
              <w:jc w:val="left"/>
            </w:pPr>
            <w:r>
              <w:rPr>
                <w:sz w:val="16"/>
              </w:rPr>
              <w:t>Tornado, 1987-05-18, $2,500,000 property; crops not recorded (1987 dollars)</w:t>
            </w:r>
          </w:p>
        </w:tc>
        <w:tc>
          <w:tcPr>
            <w:tcW w:type="dxa" w:w="1642"/>
          </w:tcPr>
          <w:p>
            <w:pPr>
              <w:spacing w:after="0"/>
              <w:jc w:val="left"/>
            </w:pPr>
            <w:r>
              <w:rPr>
                <w:sz w:val="16"/>
              </w:rPr>
              <w:t>Event records naming jurisdictions in the plan: Elmdale city (7 records), Strong City city (4 records), Cottonwood Falls city (3 records).</w:t>
            </w:r>
          </w:p>
        </w:tc>
        <w:tc>
          <w:tcPr>
            <w:tcW w:type="dxa" w:w="160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9"/>
          </w:tcPr>
          <w:p>
            <w:pPr>
              <w:spacing w:after="0"/>
              <w:jc w:val="left"/>
            </w:pPr>
            <w:r>
              <w:rPr>
                <w:sz w:val="16"/>
              </w:rPr>
              <w:t>Wildfire</w:t>
            </w:r>
          </w:p>
        </w:tc>
        <w:tc>
          <w:tcPr>
            <w:tcW w:type="dxa" w:w="1899"/>
          </w:tcPr>
          <w:p>
            <w:pPr>
              <w:spacing w:after="0"/>
              <w:jc w:val="left"/>
            </w:pPr>
            <w:r>
              <w:rPr>
                <w:sz w:val="16"/>
              </w:rPr>
              <w:t>acres burned (local data)</w:t>
            </w:r>
          </w:p>
        </w:tc>
        <w:tc>
          <w:tcPr>
            <w:tcW w:type="dxa" w:w="1800"/>
          </w:tcPr>
          <w:p>
            <w:pPr>
              <w:spacing w:after="0"/>
              <w:jc w:val="right"/>
            </w:pPr>
            <w:r>
              <w:rPr>
                <w:sz w:val="16"/>
              </w:rPr>
              <w:t>0</w:t>
            </w:r>
          </w:p>
        </w:tc>
        <w:tc>
          <w:tcPr>
            <w:tcW w:type="dxa" w:w="2038"/>
          </w:tcPr>
          <w:p>
            <w:pPr>
              <w:spacing w:after="0"/>
              <w:jc w:val="left"/>
            </w:pPr>
          </w:p>
        </w:tc>
        <w:tc>
          <w:tcPr>
            <w:tcW w:type="dxa" w:w="1601"/>
          </w:tcPr>
          <w:p>
            <w:pPr>
              <w:spacing w:after="0"/>
              <w:jc w:val="left"/>
            </w:pPr>
          </w:p>
        </w:tc>
        <w:tc>
          <w:tcPr>
            <w:tcW w:type="dxa" w:w="1643"/>
          </w:tcPr>
          <w:p>
            <w:pPr>
              <w:spacing w:after="0"/>
              <w:jc w:val="left"/>
            </w:pPr>
          </w:p>
        </w:tc>
        <w:tc>
          <w:tcPr>
            <w:tcW w:type="dxa" w:w="1642"/>
          </w:tcPr>
          <w:p>
            <w:pPr>
              <w:spacing w:after="0"/>
              <w:jc w:val="left"/>
            </w:pPr>
          </w:p>
        </w:tc>
        <w:tc>
          <w:tcPr>
            <w:tcW w:type="dxa" w:w="1601"/>
          </w:tcPr>
          <w:p>
            <w:pPr>
              <w:spacing w:after="0"/>
              <w:jc w:val="left"/>
            </w:pPr>
          </w:p>
        </w:tc>
      </w:tr>
      <w:tr>
        <w:trPr>
          <w:cantSplit/>
        </w:trPr>
        <w:tc>
          <w:tcPr>
            <w:tcW w:type="dxa" w:w="1889"/>
          </w:tcPr>
          <w:p>
            <w:pPr>
              <w:spacing w:after="0"/>
              <w:jc w:val="left"/>
            </w:pPr>
            <w:r>
              <w:rPr>
                <w:sz w:val="16"/>
              </w:rPr>
              <w:t>Winter Storm, Heavy Snow, Blizzard, Lake-Effect Snow, Winter Weather, Sleet</w:t>
            </w:r>
          </w:p>
        </w:tc>
        <w:tc>
          <w:tcPr>
            <w:tcW w:type="dxa" w:w="1899"/>
          </w:tcPr>
          <w:p>
            <w:pPr>
              <w:spacing w:after="0"/>
              <w:jc w:val="left"/>
            </w:pPr>
            <w:r>
              <w:rPr>
                <w:sz w:val="16"/>
              </w:rPr>
              <w:t>none in data (snowfall: local data)</w:t>
            </w:r>
          </w:p>
        </w:tc>
        <w:tc>
          <w:tcPr>
            <w:tcW w:type="dxa" w:w="1800"/>
          </w:tcPr>
          <w:p>
            <w:pPr>
              <w:spacing w:after="0"/>
              <w:jc w:val="right"/>
            </w:pPr>
            <w:r>
              <w:rPr>
                <w:sz w:val="16"/>
              </w:rPr>
              <w:t>43 records, 1998 to 2026 (43 zone-level)</w:t>
            </w:r>
          </w:p>
        </w:tc>
        <w:tc>
          <w:tcPr>
            <w:tcW w:type="dxa" w:w="2038"/>
          </w:tcPr>
          <w:p>
            <w:pPr>
              <w:spacing w:after="0"/>
              <w:jc w:val="left"/>
            </w:pPr>
          </w:p>
        </w:tc>
        <w:tc>
          <w:tcPr>
            <w:tcW w:type="dxa" w:w="1601"/>
          </w:tcPr>
          <w:p>
            <w:pPr>
              <w:spacing w:after="0"/>
              <w:jc w:val="left"/>
            </w:pPr>
            <w:r>
              <w:rPr>
                <w:sz w:val="16"/>
              </w:rPr>
              <w:t>Winter Storm, 2009-03-27, $30,000 property; crops not reported (2009 dollars); NWS zone KSZ053</w:t>
            </w:r>
          </w:p>
        </w:tc>
        <w:tc>
          <w:tcPr>
            <w:tcW w:type="dxa" w:w="1643"/>
          </w:tcPr>
          <w:p>
            <w:pPr>
              <w:spacing w:after="0"/>
              <w:jc w:val="left"/>
            </w:pPr>
          </w:p>
        </w:tc>
        <w:tc>
          <w:tcPr>
            <w:tcW w:type="dxa" w:w="1642"/>
          </w:tcPr>
          <w:p>
            <w:pPr>
              <w:spacing w:after="0"/>
              <w:jc w:val="left"/>
            </w:pPr>
            <w:r>
              <w:rPr>
                <w:sz w:val="16"/>
              </w:rPr>
              <w:t>Countywide (zone-level records).</w:t>
            </w:r>
          </w:p>
        </w:tc>
        <w:tc>
          <w:tcPr>
            <w:tcW w:type="dxa" w:w="160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29"/>
        <w:gridCol w:w="3104"/>
        <w:gridCol w:w="2121"/>
        <w:gridCol w:w="2419"/>
        <w:gridCol w:w="1357"/>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29"/>
            <w:shd w:val="clear" w:color="auto" w:fill="E8E8E8"/>
          </w:tcPr>
          <w:p>
            <w:pPr>
              <w:spacing w:after="0"/>
              <w:jc w:val="left"/>
            </w:pPr>
            <w:r>
              <w:rPr>
                <w:b/>
                <w:sz w:val="16"/>
              </w:rPr>
              <w:t>Type</w:t>
            </w:r>
          </w:p>
        </w:tc>
        <w:tc>
          <w:tcPr>
            <w:tcW w:type="dxa" w:w="3104"/>
            <w:shd w:val="clear" w:color="auto" w:fill="E8E8E8"/>
          </w:tcPr>
          <w:p>
            <w:pPr>
              <w:spacing w:after="0"/>
              <w:jc w:val="left"/>
            </w:pPr>
            <w:r>
              <w:rPr>
                <w:b/>
                <w:sz w:val="16"/>
              </w:rPr>
              <w:t>Title</w:t>
            </w:r>
          </w:p>
        </w:tc>
        <w:tc>
          <w:tcPr>
            <w:tcW w:type="dxa" w:w="2121"/>
            <w:shd w:val="clear" w:color="auto" w:fill="E8E8E8"/>
          </w:tcPr>
          <w:p>
            <w:pPr>
              <w:spacing w:after="0"/>
              <w:jc w:val="left"/>
            </w:pPr>
            <w:r>
              <w:rPr>
                <w:b/>
                <w:sz w:val="16"/>
              </w:rPr>
              <w:t>Mapped hazard</w:t>
            </w:r>
          </w:p>
        </w:tc>
        <w:tc>
          <w:tcPr>
            <w:tcW w:type="dxa" w:w="241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7"/>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2025-09-11</w:t>
            </w:r>
          </w:p>
        </w:tc>
        <w:tc>
          <w:tcPr>
            <w:tcW w:type="dxa" w:w="1037"/>
          </w:tcPr>
          <w:p>
            <w:pPr>
              <w:spacing w:after="0"/>
              <w:jc w:val="left"/>
            </w:pPr>
            <w:r>
              <w:rPr>
                <w:sz w:val="16"/>
              </w:rPr>
              <w:t>2025-06-03</w:t>
            </w:r>
          </w:p>
        </w:tc>
        <w:tc>
          <w:tcPr>
            <w:tcW w:type="dxa" w:w="1037"/>
          </w:tcPr>
          <w:p>
            <w:pPr>
              <w:spacing w:after="0"/>
              <w:jc w:val="left"/>
            </w:pPr>
            <w:r>
              <w:rPr>
                <w:sz w:val="16"/>
              </w:rPr>
              <w:t>DR-4891-KS</w:t>
            </w:r>
          </w:p>
        </w:tc>
        <w:tc>
          <w:tcPr>
            <w:tcW w:type="dxa" w:w="1129"/>
          </w:tcPr>
          <w:p>
            <w:pPr>
              <w:spacing w:after="0"/>
              <w:jc w:val="left"/>
            </w:pPr>
            <w:r>
              <w:rPr>
                <w:sz w:val="16"/>
              </w:rPr>
              <w:t>Major disaster</w:t>
            </w:r>
          </w:p>
        </w:tc>
        <w:tc>
          <w:tcPr>
            <w:tcW w:type="dxa" w:w="3104"/>
          </w:tcPr>
          <w:p>
            <w:pPr>
              <w:spacing w:after="0"/>
              <w:jc w:val="left"/>
            </w:pPr>
            <w:r>
              <w:rPr>
                <w:sz w:val="16"/>
              </w:rPr>
              <w:t>Severe Storms, Straight-Line Winds, Tornadoes, and Flooding</w:t>
            </w:r>
          </w:p>
        </w:tc>
        <w:tc>
          <w:tcPr>
            <w:tcW w:type="dxa" w:w="2121"/>
          </w:tcPr>
          <w:p>
            <w:pPr>
              <w:spacing w:after="0"/>
              <w:jc w:val="left"/>
            </w:pPr>
            <w:r>
              <w:rPr>
                <w:sz w:val="16"/>
              </w:rPr>
              <w:t>Inland Flooding; Strong Wind; Tornado</w:t>
            </w:r>
          </w:p>
        </w:tc>
        <w:tc>
          <w:tcPr>
            <w:tcW w:type="dxa" w:w="2419"/>
          </w:tcPr>
          <w:p>
            <w:pPr>
              <w:spacing w:after="0"/>
              <w:jc w:val="right"/>
            </w:pPr>
            <w:r>
              <w:rPr>
                <w:sz w:val="16"/>
              </w:rPr>
              <w:t>no Public Assistance recorded</w:t>
            </w:r>
          </w:p>
        </w:tc>
        <w:tc>
          <w:tcPr>
            <w:tcW w:type="dxa" w:w="1357"/>
          </w:tcPr>
          <w:p>
            <w:pPr>
              <w:spacing w:after="0"/>
              <w:jc w:val="left"/>
            </w:pPr>
            <w:r>
              <w:rPr>
                <w:sz w:val="16"/>
              </w:rPr>
              <w:t>in the 12 months before plan approval; within last 5 years</w:t>
            </w:r>
          </w:p>
        </w:tc>
        <w:tc>
          <w:tcPr>
            <w:tcW w:type="dxa" w:w="873"/>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2024-06-26</w:t>
            </w:r>
          </w:p>
        </w:tc>
        <w:tc>
          <w:tcPr>
            <w:tcW w:type="dxa" w:w="1037"/>
          </w:tcPr>
          <w:p>
            <w:pPr>
              <w:spacing w:after="0"/>
              <w:jc w:val="left"/>
            </w:pPr>
            <w:r>
              <w:rPr>
                <w:sz w:val="16"/>
              </w:rPr>
              <w:t>DR-4824-KS</w:t>
            </w:r>
          </w:p>
        </w:tc>
        <w:tc>
          <w:tcPr>
            <w:tcW w:type="dxa" w:w="1129"/>
          </w:tcPr>
          <w:p>
            <w:pPr>
              <w:spacing w:after="0"/>
              <w:jc w:val="left"/>
            </w:pPr>
            <w:r>
              <w:rPr>
                <w:sz w:val="16"/>
              </w:rPr>
              <w:t>Major disaster</w:t>
            </w:r>
          </w:p>
        </w:tc>
        <w:tc>
          <w:tcPr>
            <w:tcW w:type="dxa" w:w="3104"/>
          </w:tcPr>
          <w:p>
            <w:pPr>
              <w:spacing w:after="0"/>
              <w:jc w:val="left"/>
            </w:pPr>
            <w:r>
              <w:rPr>
                <w:sz w:val="16"/>
              </w:rPr>
              <w:t>Severe Storms, Straight-Line Winds, Tornadoes, and Flooding</w:t>
            </w:r>
          </w:p>
        </w:tc>
        <w:tc>
          <w:tcPr>
            <w:tcW w:type="dxa" w:w="2121"/>
          </w:tcPr>
          <w:p>
            <w:pPr>
              <w:spacing w:after="0"/>
              <w:jc w:val="left"/>
            </w:pPr>
            <w:r>
              <w:rPr>
                <w:sz w:val="16"/>
              </w:rPr>
              <w:t>Inland Flooding; Strong Wind; Tornado</w:t>
            </w:r>
          </w:p>
        </w:tc>
        <w:tc>
          <w:tcPr>
            <w:tcW w:type="dxa" w:w="2419"/>
          </w:tcPr>
          <w:p>
            <w:pPr>
              <w:spacing w:after="0"/>
              <w:jc w:val="right"/>
            </w:pPr>
            <w:r>
              <w:rPr>
                <w:sz w:val="16"/>
              </w:rPr>
              <w:t>$1,179,247.76</w:t>
            </w:r>
          </w:p>
        </w:tc>
        <w:tc>
          <w:tcPr>
            <w:tcW w:type="dxa" w:w="1357"/>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2024-01-08</w:t>
            </w:r>
          </w:p>
        </w:tc>
        <w:tc>
          <w:tcPr>
            <w:tcW w:type="dxa" w:w="1037"/>
          </w:tcPr>
          <w:p>
            <w:pPr>
              <w:spacing w:after="0"/>
              <w:jc w:val="left"/>
            </w:pPr>
            <w:r>
              <w:rPr>
                <w:sz w:val="16"/>
              </w:rPr>
              <w:t>DR-4774-KS</w:t>
            </w:r>
          </w:p>
        </w:tc>
        <w:tc>
          <w:tcPr>
            <w:tcW w:type="dxa" w:w="1129"/>
          </w:tcPr>
          <w:p>
            <w:pPr>
              <w:spacing w:after="0"/>
              <w:jc w:val="left"/>
            </w:pPr>
            <w:r>
              <w:rPr>
                <w:sz w:val="16"/>
              </w:rPr>
              <w:t>Major disaster</w:t>
            </w:r>
          </w:p>
        </w:tc>
        <w:tc>
          <w:tcPr>
            <w:tcW w:type="dxa" w:w="3104"/>
          </w:tcPr>
          <w:p>
            <w:pPr>
              <w:spacing w:after="0"/>
              <w:jc w:val="left"/>
            </w:pPr>
            <w:r>
              <w:rPr>
                <w:sz w:val="16"/>
              </w:rPr>
              <w:t>Severe Winter Storm</w:t>
            </w:r>
          </w:p>
        </w:tc>
        <w:tc>
          <w:tcPr>
            <w:tcW w:type="dxa" w:w="2121"/>
          </w:tcPr>
          <w:p>
            <w:pPr>
              <w:spacing w:after="0"/>
              <w:jc w:val="left"/>
            </w:pPr>
            <w:r>
              <w:rPr>
                <w:sz w:val="16"/>
              </w:rPr>
              <w:t>Winter Weather</w:t>
            </w:r>
          </w:p>
        </w:tc>
        <w:tc>
          <w:tcPr>
            <w:tcW w:type="dxa" w:w="2419"/>
          </w:tcPr>
          <w:p>
            <w:pPr>
              <w:spacing w:after="0"/>
              <w:jc w:val="right"/>
            </w:pPr>
            <w:r>
              <w:rPr>
                <w:sz w:val="16"/>
              </w:rPr>
              <w:t>$281,143.03</w:t>
            </w:r>
          </w:p>
        </w:tc>
        <w:tc>
          <w:tcPr>
            <w:tcW w:type="dxa" w:w="1357"/>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29"/>
          </w:tcPr>
          <w:p>
            <w:pPr>
              <w:spacing w:after="0"/>
              <w:jc w:val="left"/>
            </w:pPr>
            <w:r>
              <w:rPr>
                <w:sz w:val="16"/>
              </w:rPr>
              <w:t>Major disaster</w:t>
            </w:r>
          </w:p>
        </w:tc>
        <w:tc>
          <w:tcPr>
            <w:tcW w:type="dxa" w:w="3104"/>
          </w:tcPr>
          <w:p>
            <w:pPr>
              <w:spacing w:after="0"/>
              <w:jc w:val="left"/>
            </w:pPr>
            <w:r>
              <w:rPr>
                <w:sz w:val="16"/>
              </w:rPr>
              <w:t>COVID-19 Pandemic</w:t>
            </w:r>
          </w:p>
        </w:tc>
        <w:tc>
          <w:tcPr>
            <w:tcW w:type="dxa" w:w="2121"/>
          </w:tcPr>
          <w:p>
            <w:pPr>
              <w:spacing w:after="0"/>
              <w:jc w:val="left"/>
            </w:pPr>
            <w:r>
              <w:rPr>
                <w:sz w:val="16"/>
              </w:rPr>
              <w:t>Non-natural, not counted</w:t>
            </w:r>
          </w:p>
        </w:tc>
        <w:tc>
          <w:tcPr>
            <w:tcW w:type="dxa" w:w="2419"/>
          </w:tcPr>
          <w:p>
            <w:pPr>
              <w:spacing w:after="0"/>
              <w:jc w:val="right"/>
            </w:pPr>
            <w:r>
              <w:rPr>
                <w:sz w:val="16"/>
              </w:rPr>
              <w:t>none placed in this county by FEMA's record; $16,404.82 for this declaration is not placed in any county (see the state page)</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29"/>
          </w:tcPr>
          <w:p>
            <w:pPr>
              <w:spacing w:after="0"/>
              <w:jc w:val="left"/>
            </w:pPr>
            <w:r>
              <w:rPr>
                <w:sz w:val="16"/>
              </w:rPr>
              <w:t>Emergency</w:t>
            </w:r>
          </w:p>
        </w:tc>
        <w:tc>
          <w:tcPr>
            <w:tcW w:type="dxa" w:w="3104"/>
          </w:tcPr>
          <w:p>
            <w:pPr>
              <w:spacing w:after="0"/>
              <w:jc w:val="left"/>
            </w:pPr>
            <w:r>
              <w:rPr>
                <w:sz w:val="16"/>
              </w:rPr>
              <w:t>COVID-19</w:t>
            </w:r>
          </w:p>
        </w:tc>
        <w:tc>
          <w:tcPr>
            <w:tcW w:type="dxa" w:w="2121"/>
          </w:tcPr>
          <w:p>
            <w:pPr>
              <w:spacing w:after="0"/>
              <w:jc w:val="left"/>
            </w:pPr>
            <w:r>
              <w:rPr>
                <w:sz w:val="16"/>
              </w:rPr>
              <w:t>Non-natural, not counted</w:t>
            </w:r>
          </w:p>
        </w:tc>
        <w:tc>
          <w:tcPr>
            <w:tcW w:type="dxa" w:w="2419"/>
          </w:tcPr>
          <w:p>
            <w:pPr>
              <w:spacing w:after="0"/>
              <w:jc w:val="right"/>
            </w:pPr>
            <w:r>
              <w:rPr>
                <w:sz w:val="16"/>
              </w:rPr>
              <w:t>no Public Assistance recorded</w:t>
            </w:r>
          </w:p>
        </w:tc>
        <w:tc>
          <w:tcPr>
            <w:tcW w:type="dxa" w:w="1357"/>
          </w:tcPr>
          <w:p>
            <w:pPr>
              <w:spacing w:after="0"/>
              <w:jc w:val="left"/>
            </w:pPr>
          </w:p>
        </w:tc>
        <w:tc>
          <w:tcPr>
            <w:tcW w:type="dxa" w:w="873"/>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29"/>
          </w:tcPr>
          <w:p>
            <w:pPr>
              <w:spacing w:after="0"/>
              <w:jc w:val="left"/>
            </w:pPr>
            <w:r>
              <w:rPr>
                <w:sz w:val="16"/>
              </w:rPr>
              <w:t>Major disaster</w:t>
            </w:r>
          </w:p>
        </w:tc>
        <w:tc>
          <w:tcPr>
            <w:tcW w:type="dxa" w:w="3104"/>
          </w:tcPr>
          <w:p>
            <w:pPr>
              <w:spacing w:after="0"/>
              <w:jc w:val="left"/>
            </w:pPr>
            <w:r>
              <w:rPr>
                <w:sz w:val="16"/>
              </w:rPr>
              <w:t>Severe Storms, Straight-Line Winds, Tornadoes, Flooding,Landslides,and Mudslides</w:t>
            </w:r>
          </w:p>
        </w:tc>
        <w:tc>
          <w:tcPr>
            <w:tcW w:type="dxa" w:w="2121"/>
          </w:tcPr>
          <w:p>
            <w:pPr>
              <w:spacing w:after="0"/>
              <w:jc w:val="left"/>
            </w:pPr>
            <w:r>
              <w:rPr>
                <w:sz w:val="16"/>
              </w:rPr>
              <w:t>Inland Flooding; Landslide; Strong Wind; Tornado</w:t>
            </w:r>
          </w:p>
        </w:tc>
        <w:tc>
          <w:tcPr>
            <w:tcW w:type="dxa" w:w="2419"/>
          </w:tcPr>
          <w:p>
            <w:pPr>
              <w:spacing w:after="0"/>
              <w:jc w:val="right"/>
            </w:pPr>
            <w:r>
              <w:rPr>
                <w:sz w:val="16"/>
              </w:rPr>
              <w:t>$704,008.95</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29"/>
          </w:tcPr>
          <w:p>
            <w:pPr>
              <w:spacing w:after="0"/>
              <w:jc w:val="left"/>
            </w:pPr>
            <w:r>
              <w:rPr>
                <w:sz w:val="16"/>
              </w:rPr>
              <w:t>Major disaster</w:t>
            </w:r>
          </w:p>
        </w:tc>
        <w:tc>
          <w:tcPr>
            <w:tcW w:type="dxa" w:w="3104"/>
          </w:tcPr>
          <w:p>
            <w:pPr>
              <w:spacing w:after="0"/>
              <w:jc w:val="left"/>
            </w:pPr>
            <w:r>
              <w:rPr>
                <w:sz w:val="16"/>
              </w:rPr>
              <w:t>Severe Storms, Tornadoes, Straight-Line Winds, and Flooding</w:t>
            </w:r>
          </w:p>
        </w:tc>
        <w:tc>
          <w:tcPr>
            <w:tcW w:type="dxa" w:w="2121"/>
          </w:tcPr>
          <w:p>
            <w:pPr>
              <w:spacing w:after="0"/>
              <w:jc w:val="left"/>
            </w:pPr>
            <w:r>
              <w:rPr>
                <w:sz w:val="16"/>
              </w:rPr>
              <w:t>Inland Flooding; Strong Wind; Tornado</w:t>
            </w:r>
          </w:p>
        </w:tc>
        <w:tc>
          <w:tcPr>
            <w:tcW w:type="dxa" w:w="2419"/>
          </w:tcPr>
          <w:p>
            <w:pPr>
              <w:spacing w:after="0"/>
              <w:jc w:val="right"/>
            </w:pPr>
            <w:r>
              <w:rPr>
                <w:sz w:val="16"/>
              </w:rPr>
              <w:t>$105,021.81</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29"/>
          </w:tcPr>
          <w:p>
            <w:pPr>
              <w:spacing w:after="0"/>
              <w:jc w:val="left"/>
            </w:pPr>
            <w:r>
              <w:rPr>
                <w:sz w:val="16"/>
              </w:rPr>
              <w:t>Major disaster</w:t>
            </w:r>
          </w:p>
        </w:tc>
        <w:tc>
          <w:tcPr>
            <w:tcW w:type="dxa" w:w="3104"/>
          </w:tcPr>
          <w:p>
            <w:pPr>
              <w:spacing w:after="0"/>
              <w:jc w:val="left"/>
            </w:pPr>
            <w:r>
              <w:rPr>
                <w:sz w:val="16"/>
              </w:rPr>
              <w:t>Severe Storms, Straight-Line Winds, Tornadoes, and Flooding</w:t>
            </w:r>
          </w:p>
        </w:tc>
        <w:tc>
          <w:tcPr>
            <w:tcW w:type="dxa" w:w="2121"/>
          </w:tcPr>
          <w:p>
            <w:pPr>
              <w:spacing w:after="0"/>
              <w:jc w:val="left"/>
            </w:pPr>
            <w:r>
              <w:rPr>
                <w:sz w:val="16"/>
              </w:rPr>
              <w:t>Inland Flooding; Strong Wind; Tornado</w:t>
            </w:r>
          </w:p>
        </w:tc>
        <w:tc>
          <w:tcPr>
            <w:tcW w:type="dxa" w:w="2419"/>
          </w:tcPr>
          <w:p>
            <w:pPr>
              <w:spacing w:after="0"/>
              <w:jc w:val="right"/>
            </w:pPr>
            <w:r>
              <w:rPr>
                <w:sz w:val="16"/>
              </w:rPr>
              <w:t>$50,708.24</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129"/>
          </w:tcPr>
          <w:p>
            <w:pPr>
              <w:spacing w:after="0"/>
              <w:jc w:val="left"/>
            </w:pPr>
            <w:r>
              <w:rPr>
                <w:sz w:val="16"/>
              </w:rPr>
              <w:t>Major disaster</w:t>
            </w:r>
          </w:p>
        </w:tc>
        <w:tc>
          <w:tcPr>
            <w:tcW w:type="dxa" w:w="3104"/>
          </w:tcPr>
          <w:p>
            <w:pPr>
              <w:spacing w:after="0"/>
              <w:jc w:val="left"/>
            </w:pPr>
            <w:r>
              <w:rPr>
                <w:sz w:val="16"/>
              </w:rPr>
              <w:t>Severe Storms, Flooding, and Tornadoes</w:t>
            </w:r>
          </w:p>
        </w:tc>
        <w:tc>
          <w:tcPr>
            <w:tcW w:type="dxa" w:w="2121"/>
          </w:tcPr>
          <w:p>
            <w:pPr>
              <w:spacing w:after="0"/>
              <w:jc w:val="left"/>
            </w:pPr>
            <w:r>
              <w:rPr>
                <w:sz w:val="16"/>
              </w:rPr>
              <w:t>Inland Flooding; Tornado</w:t>
            </w:r>
          </w:p>
        </w:tc>
        <w:tc>
          <w:tcPr>
            <w:tcW w:type="dxa" w:w="2419"/>
          </w:tcPr>
          <w:p>
            <w:pPr>
              <w:spacing w:after="0"/>
              <w:jc w:val="right"/>
            </w:pPr>
            <w:r>
              <w:rPr>
                <w:sz w:val="16"/>
              </w:rPr>
              <w:t>$104,979.72</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129"/>
          </w:tcPr>
          <w:p>
            <w:pPr>
              <w:spacing w:after="0"/>
              <w:jc w:val="left"/>
            </w:pPr>
            <w:r>
              <w:rPr>
                <w:sz w:val="16"/>
              </w:rPr>
              <w:t>Major disaster</w:t>
            </w:r>
          </w:p>
        </w:tc>
        <w:tc>
          <w:tcPr>
            <w:tcW w:type="dxa" w:w="3104"/>
          </w:tcPr>
          <w:p>
            <w:pPr>
              <w:spacing w:after="0"/>
              <w:jc w:val="left"/>
            </w:pPr>
            <w:r>
              <w:rPr>
                <w:sz w:val="16"/>
              </w:rPr>
              <w:t>Severe Storms, Flooding, Straight-Line Winds, and Tornadoes</w:t>
            </w:r>
          </w:p>
        </w:tc>
        <w:tc>
          <w:tcPr>
            <w:tcW w:type="dxa" w:w="2121"/>
          </w:tcPr>
          <w:p>
            <w:pPr>
              <w:spacing w:after="0"/>
              <w:jc w:val="left"/>
            </w:pPr>
            <w:r>
              <w:rPr>
                <w:sz w:val="16"/>
              </w:rPr>
              <w:t>Inland Flooding; Strong Wind; Tornado</w:t>
            </w:r>
          </w:p>
        </w:tc>
        <w:tc>
          <w:tcPr>
            <w:tcW w:type="dxa" w:w="2419"/>
          </w:tcPr>
          <w:p>
            <w:pPr>
              <w:spacing w:after="0"/>
              <w:jc w:val="right"/>
            </w:pPr>
            <w:r>
              <w:rPr>
                <w:sz w:val="16"/>
              </w:rPr>
              <w:t>$80,618.35</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129"/>
          </w:tcPr>
          <w:p>
            <w:pPr>
              <w:spacing w:after="0"/>
              <w:jc w:val="left"/>
            </w:pPr>
            <w:r>
              <w:rPr>
                <w:sz w:val="16"/>
              </w:rPr>
              <w:t>Major disaster</w:t>
            </w:r>
          </w:p>
        </w:tc>
        <w:tc>
          <w:tcPr>
            <w:tcW w:type="dxa" w:w="3104"/>
          </w:tcPr>
          <w:p>
            <w:pPr>
              <w:spacing w:after="0"/>
              <w:jc w:val="left"/>
            </w:pPr>
            <w:r>
              <w:rPr>
                <w:sz w:val="16"/>
              </w:rPr>
              <w:t>Severe Winter Storm and Record and Near Record Snow</w:t>
            </w:r>
          </w:p>
        </w:tc>
        <w:tc>
          <w:tcPr>
            <w:tcW w:type="dxa" w:w="2121"/>
          </w:tcPr>
          <w:p>
            <w:pPr>
              <w:spacing w:after="0"/>
              <w:jc w:val="left"/>
            </w:pPr>
            <w:r>
              <w:rPr>
                <w:sz w:val="16"/>
              </w:rPr>
              <w:t>Winter Weather</w:t>
            </w:r>
          </w:p>
        </w:tc>
        <w:tc>
          <w:tcPr>
            <w:tcW w:type="dxa" w:w="2419"/>
          </w:tcPr>
          <w:p>
            <w:pPr>
              <w:spacing w:after="0"/>
              <w:jc w:val="right"/>
            </w:pPr>
            <w:r>
              <w:rPr>
                <w:sz w:val="16"/>
              </w:rPr>
              <w:t>no Public Assistance recorded</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2008-10-31</w:t>
            </w:r>
          </w:p>
        </w:tc>
        <w:tc>
          <w:tcPr>
            <w:tcW w:type="dxa" w:w="1037"/>
          </w:tcPr>
          <w:p>
            <w:pPr>
              <w:spacing w:after="0"/>
              <w:jc w:val="left"/>
            </w:pPr>
            <w:r>
              <w:rPr>
                <w:sz w:val="16"/>
              </w:rPr>
              <w:t>2008-09-11</w:t>
            </w:r>
          </w:p>
        </w:tc>
        <w:tc>
          <w:tcPr>
            <w:tcW w:type="dxa" w:w="1037"/>
          </w:tcPr>
          <w:p>
            <w:pPr>
              <w:spacing w:after="0"/>
              <w:jc w:val="left"/>
            </w:pPr>
            <w:r>
              <w:rPr>
                <w:sz w:val="16"/>
              </w:rPr>
              <w:t>DR-1808-KS</w:t>
            </w:r>
          </w:p>
        </w:tc>
        <w:tc>
          <w:tcPr>
            <w:tcW w:type="dxa" w:w="1129"/>
          </w:tcPr>
          <w:p>
            <w:pPr>
              <w:spacing w:after="0"/>
              <w:jc w:val="left"/>
            </w:pPr>
            <w:r>
              <w:rPr>
                <w:sz w:val="16"/>
              </w:rPr>
              <w:t>Major disaster</w:t>
            </w:r>
          </w:p>
        </w:tc>
        <w:tc>
          <w:tcPr>
            <w:tcW w:type="dxa" w:w="3104"/>
          </w:tcPr>
          <w:p>
            <w:pPr>
              <w:spacing w:after="0"/>
              <w:jc w:val="left"/>
            </w:pPr>
            <w:r>
              <w:rPr>
                <w:sz w:val="16"/>
              </w:rPr>
              <w:t>Severe Storms, Flooding, and Tornadoes</w:t>
            </w:r>
          </w:p>
        </w:tc>
        <w:tc>
          <w:tcPr>
            <w:tcW w:type="dxa" w:w="2121"/>
          </w:tcPr>
          <w:p>
            <w:pPr>
              <w:spacing w:after="0"/>
              <w:jc w:val="left"/>
            </w:pPr>
            <w:r>
              <w:rPr>
                <w:sz w:val="16"/>
              </w:rPr>
              <w:t>Inland Flooding; Tornado</w:t>
            </w:r>
          </w:p>
        </w:tc>
        <w:tc>
          <w:tcPr>
            <w:tcW w:type="dxa" w:w="2419"/>
          </w:tcPr>
          <w:p>
            <w:pPr>
              <w:spacing w:after="0"/>
              <w:jc w:val="right"/>
            </w:pPr>
            <w:r>
              <w:rPr>
                <w:sz w:val="16"/>
              </w:rPr>
              <w:t>$33,931.18</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29"/>
          </w:tcPr>
          <w:p>
            <w:pPr>
              <w:spacing w:after="0"/>
              <w:jc w:val="left"/>
            </w:pPr>
            <w:r>
              <w:rPr>
                <w:sz w:val="16"/>
              </w:rPr>
              <w:t>Major disaster</w:t>
            </w:r>
          </w:p>
        </w:tc>
        <w:tc>
          <w:tcPr>
            <w:tcW w:type="dxa" w:w="3104"/>
          </w:tcPr>
          <w:p>
            <w:pPr>
              <w:spacing w:after="0"/>
              <w:jc w:val="left"/>
            </w:pPr>
            <w:r>
              <w:rPr>
                <w:sz w:val="16"/>
              </w:rPr>
              <w:t>Severe Winter Storms</w:t>
            </w:r>
          </w:p>
        </w:tc>
        <w:tc>
          <w:tcPr>
            <w:tcW w:type="dxa" w:w="2121"/>
          </w:tcPr>
          <w:p>
            <w:pPr>
              <w:spacing w:after="0"/>
              <w:jc w:val="left"/>
            </w:pPr>
            <w:r>
              <w:rPr>
                <w:sz w:val="16"/>
              </w:rPr>
              <w:t>Winter Weather</w:t>
            </w:r>
          </w:p>
        </w:tc>
        <w:tc>
          <w:tcPr>
            <w:tcW w:type="dxa" w:w="2419"/>
          </w:tcPr>
          <w:p>
            <w:pPr>
              <w:spacing w:after="0"/>
              <w:jc w:val="right"/>
            </w:pPr>
            <w:r>
              <w:rPr>
                <w:sz w:val="16"/>
              </w:rPr>
              <w:t>no Public Assistance recorded</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29"/>
          </w:tcPr>
          <w:p>
            <w:pPr>
              <w:spacing w:after="0"/>
              <w:jc w:val="left"/>
            </w:pPr>
            <w:r>
              <w:rPr>
                <w:sz w:val="16"/>
              </w:rPr>
              <w:t>Emergency</w:t>
            </w:r>
          </w:p>
        </w:tc>
        <w:tc>
          <w:tcPr>
            <w:tcW w:type="dxa" w:w="3104"/>
          </w:tcPr>
          <w:p>
            <w:pPr>
              <w:spacing w:after="0"/>
              <w:jc w:val="left"/>
            </w:pPr>
            <w:r>
              <w:rPr>
                <w:sz w:val="16"/>
              </w:rPr>
              <w:t>Severe Winter Storms</w:t>
            </w:r>
          </w:p>
        </w:tc>
        <w:tc>
          <w:tcPr>
            <w:tcW w:type="dxa" w:w="2121"/>
          </w:tcPr>
          <w:p>
            <w:pPr>
              <w:spacing w:after="0"/>
              <w:jc w:val="left"/>
            </w:pPr>
            <w:r>
              <w:rPr>
                <w:sz w:val="16"/>
              </w:rPr>
              <w:t>Winter Weather</w:t>
            </w:r>
          </w:p>
        </w:tc>
        <w:tc>
          <w:tcPr>
            <w:tcW w:type="dxa" w:w="2419"/>
          </w:tcPr>
          <w:p>
            <w:pPr>
              <w:spacing w:after="0"/>
              <w:jc w:val="right"/>
            </w:pPr>
            <w:r>
              <w:rPr>
                <w:sz w:val="16"/>
              </w:rPr>
              <w:t>no Public Assistance recorded</w:t>
            </w:r>
          </w:p>
        </w:tc>
        <w:tc>
          <w:tcPr>
            <w:tcW w:type="dxa" w:w="1357"/>
          </w:tcPr>
          <w:p>
            <w:pPr>
              <w:spacing w:after="0"/>
              <w:jc w:val="left"/>
            </w:pPr>
          </w:p>
        </w:tc>
        <w:tc>
          <w:tcPr>
            <w:tcW w:type="dxa" w:w="873"/>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129"/>
          </w:tcPr>
          <w:p>
            <w:pPr>
              <w:spacing w:after="0"/>
              <w:jc w:val="left"/>
            </w:pPr>
            <w:r>
              <w:rPr>
                <w:sz w:val="16"/>
              </w:rPr>
              <w:t>Major disaster</w:t>
            </w:r>
          </w:p>
        </w:tc>
        <w:tc>
          <w:tcPr>
            <w:tcW w:type="dxa" w:w="3104"/>
          </w:tcPr>
          <w:p>
            <w:pPr>
              <w:spacing w:after="0"/>
              <w:jc w:val="left"/>
            </w:pPr>
            <w:r>
              <w:rPr>
                <w:sz w:val="16"/>
              </w:rPr>
              <w:t>Severe Storms, Tornadoes, and Flooding</w:t>
            </w:r>
          </w:p>
        </w:tc>
        <w:tc>
          <w:tcPr>
            <w:tcW w:type="dxa" w:w="2121"/>
          </w:tcPr>
          <w:p>
            <w:pPr>
              <w:spacing w:after="0"/>
              <w:jc w:val="left"/>
            </w:pPr>
            <w:r>
              <w:rPr>
                <w:sz w:val="16"/>
              </w:rPr>
              <w:t>Inland Flooding; Tornado</w:t>
            </w:r>
          </w:p>
        </w:tc>
        <w:tc>
          <w:tcPr>
            <w:tcW w:type="dxa" w:w="2419"/>
          </w:tcPr>
          <w:p>
            <w:pPr>
              <w:spacing w:after="0"/>
              <w:jc w:val="right"/>
            </w:pPr>
            <w:r>
              <w:rPr>
                <w:sz w:val="16"/>
              </w:rPr>
              <w:t>$60,067.92</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29"/>
          </w:tcPr>
          <w:p>
            <w:pPr>
              <w:spacing w:after="0"/>
              <w:jc w:val="left"/>
            </w:pPr>
            <w:r>
              <w:rPr>
                <w:sz w:val="16"/>
              </w:rPr>
              <w:t>Emergency</w:t>
            </w:r>
          </w:p>
        </w:tc>
        <w:tc>
          <w:tcPr>
            <w:tcW w:type="dxa" w:w="3104"/>
          </w:tcPr>
          <w:p>
            <w:pPr>
              <w:spacing w:after="0"/>
              <w:jc w:val="left"/>
            </w:pPr>
            <w:r>
              <w:rPr>
                <w:sz w:val="16"/>
              </w:rPr>
              <w:t>Hurricane Katrina Evacuation</w:t>
            </w:r>
          </w:p>
        </w:tc>
        <w:tc>
          <w:tcPr>
            <w:tcW w:type="dxa" w:w="2121"/>
          </w:tcPr>
          <w:p>
            <w:pPr>
              <w:spacing w:after="0"/>
              <w:jc w:val="left"/>
            </w:pPr>
            <w:r>
              <w:rPr>
                <w:sz w:val="16"/>
              </w:rPr>
              <w:t>Hurricane: evacuation support, not a local hazard event; not counted</w:t>
            </w:r>
          </w:p>
        </w:tc>
        <w:tc>
          <w:tcPr>
            <w:tcW w:type="dxa" w:w="2419"/>
          </w:tcPr>
          <w:p>
            <w:pPr>
              <w:spacing w:after="0"/>
              <w:jc w:val="right"/>
            </w:pPr>
            <w:r>
              <w:rPr>
                <w:sz w:val="16"/>
              </w:rPr>
              <w:t>no Public Assistance recorded</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129"/>
          </w:tcPr>
          <w:p>
            <w:pPr>
              <w:spacing w:after="0"/>
              <w:jc w:val="left"/>
            </w:pPr>
            <w:r>
              <w:rPr>
                <w:sz w:val="16"/>
              </w:rPr>
              <w:t>Major disaster</w:t>
            </w:r>
          </w:p>
        </w:tc>
        <w:tc>
          <w:tcPr>
            <w:tcW w:type="dxa" w:w="3104"/>
          </w:tcPr>
          <w:p>
            <w:pPr>
              <w:spacing w:after="0"/>
              <w:jc w:val="left"/>
            </w:pPr>
            <w:r>
              <w:rPr>
                <w:sz w:val="16"/>
              </w:rPr>
              <w:t>Severe Winter Storms, Heavy Rains, and Flooding</w:t>
            </w:r>
          </w:p>
        </w:tc>
        <w:tc>
          <w:tcPr>
            <w:tcW w:type="dxa" w:w="2121"/>
          </w:tcPr>
          <w:p>
            <w:pPr>
              <w:spacing w:after="0"/>
              <w:jc w:val="left"/>
            </w:pPr>
            <w:r>
              <w:rPr>
                <w:sz w:val="16"/>
              </w:rPr>
              <w:t>Inland Flooding; Winter Weather</w:t>
            </w:r>
          </w:p>
        </w:tc>
        <w:tc>
          <w:tcPr>
            <w:tcW w:type="dxa" w:w="2419"/>
          </w:tcPr>
          <w:p>
            <w:pPr>
              <w:spacing w:after="0"/>
              <w:jc w:val="right"/>
            </w:pPr>
            <w:r>
              <w:rPr>
                <w:sz w:val="16"/>
              </w:rPr>
              <w:t>$33,625.15</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1998-11-05</w:t>
            </w:r>
          </w:p>
        </w:tc>
        <w:tc>
          <w:tcPr>
            <w:tcW w:type="dxa" w:w="1037"/>
          </w:tcPr>
          <w:p>
            <w:pPr>
              <w:spacing w:after="0"/>
              <w:jc w:val="left"/>
            </w:pPr>
            <w:r>
              <w:rPr>
                <w:sz w:val="16"/>
              </w:rPr>
              <w:t>1998-10-30</w:t>
            </w:r>
          </w:p>
        </w:tc>
        <w:tc>
          <w:tcPr>
            <w:tcW w:type="dxa" w:w="1037"/>
          </w:tcPr>
          <w:p>
            <w:pPr>
              <w:spacing w:after="0"/>
              <w:jc w:val="left"/>
            </w:pPr>
            <w:r>
              <w:rPr>
                <w:sz w:val="16"/>
              </w:rPr>
              <w:t>DR-1258-KS</w:t>
            </w:r>
          </w:p>
        </w:tc>
        <w:tc>
          <w:tcPr>
            <w:tcW w:type="dxa" w:w="1129"/>
          </w:tcPr>
          <w:p>
            <w:pPr>
              <w:spacing w:after="0"/>
              <w:jc w:val="left"/>
            </w:pPr>
            <w:r>
              <w:rPr>
                <w:sz w:val="16"/>
              </w:rPr>
              <w:t>Major disaster</w:t>
            </w:r>
          </w:p>
        </w:tc>
        <w:tc>
          <w:tcPr>
            <w:tcW w:type="dxa" w:w="3104"/>
          </w:tcPr>
          <w:p>
            <w:pPr>
              <w:spacing w:after="0"/>
              <w:jc w:val="left"/>
            </w:pPr>
            <w:r>
              <w:rPr>
                <w:sz w:val="16"/>
              </w:rPr>
              <w:t>Ks-Flooding  10/31/98</w:t>
            </w:r>
          </w:p>
        </w:tc>
        <w:tc>
          <w:tcPr>
            <w:tcW w:type="dxa" w:w="2121"/>
          </w:tcPr>
          <w:p>
            <w:pPr>
              <w:spacing w:after="0"/>
              <w:jc w:val="left"/>
            </w:pPr>
            <w:r>
              <w:rPr>
                <w:sz w:val="16"/>
              </w:rPr>
              <w:t>Inland Flooding</w:t>
            </w:r>
          </w:p>
        </w:tc>
        <w:tc>
          <w:tcPr>
            <w:tcW w:type="dxa" w:w="2419"/>
          </w:tcPr>
          <w:p>
            <w:pPr>
              <w:spacing w:after="0"/>
              <w:jc w:val="right"/>
            </w:pPr>
            <w:r>
              <w:rPr>
                <w:sz w:val="16"/>
              </w:rPr>
              <w:t>no Public Assistance recorded</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29"/>
          </w:tcPr>
          <w:p>
            <w:pPr>
              <w:spacing w:after="0"/>
              <w:jc w:val="left"/>
            </w:pPr>
            <w:r>
              <w:rPr>
                <w:sz w:val="16"/>
              </w:rPr>
              <w:t>Major disaster</w:t>
            </w:r>
          </w:p>
        </w:tc>
        <w:tc>
          <w:tcPr>
            <w:tcW w:type="dxa" w:w="3104"/>
          </w:tcPr>
          <w:p>
            <w:pPr>
              <w:spacing w:after="0"/>
              <w:jc w:val="left"/>
            </w:pPr>
            <w:r>
              <w:rPr>
                <w:sz w:val="16"/>
              </w:rPr>
              <w:t>Severe Storms &amp; Flooding</w:t>
            </w:r>
          </w:p>
        </w:tc>
        <w:tc>
          <w:tcPr>
            <w:tcW w:type="dxa" w:w="2121"/>
          </w:tcPr>
          <w:p>
            <w:pPr>
              <w:spacing w:after="0"/>
              <w:jc w:val="left"/>
            </w:pPr>
            <w:r>
              <w:rPr>
                <w:sz w:val="16"/>
              </w:rPr>
              <w:t>Inland Flooding</w:t>
            </w:r>
          </w:p>
        </w:tc>
        <w:tc>
          <w:tcPr>
            <w:tcW w:type="dxa" w:w="2419"/>
          </w:tcPr>
          <w:p>
            <w:pPr>
              <w:spacing w:after="0"/>
              <w:jc w:val="right"/>
            </w:pPr>
            <w:r>
              <w:rPr>
                <w:sz w:val="16"/>
              </w:rPr>
              <w:t>no Public Assistance recorded</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29"/>
          </w:tcPr>
          <w:p>
            <w:pPr>
              <w:spacing w:after="0"/>
              <w:jc w:val="left"/>
            </w:pPr>
            <w:r>
              <w:rPr>
                <w:sz w:val="16"/>
              </w:rPr>
              <w:t>Major disaster</w:t>
            </w:r>
          </w:p>
        </w:tc>
        <w:tc>
          <w:tcPr>
            <w:tcW w:type="dxa" w:w="3104"/>
          </w:tcPr>
          <w:p>
            <w:pPr>
              <w:spacing w:after="0"/>
              <w:jc w:val="left"/>
            </w:pPr>
            <w:r>
              <w:rPr>
                <w:sz w:val="16"/>
              </w:rPr>
              <w:t>Severe Storms, Tornadoes &amp; Flooding</w:t>
            </w:r>
          </w:p>
        </w:tc>
        <w:tc>
          <w:tcPr>
            <w:tcW w:type="dxa" w:w="2121"/>
          </w:tcPr>
          <w:p>
            <w:pPr>
              <w:spacing w:after="0"/>
              <w:jc w:val="left"/>
            </w:pPr>
            <w:r>
              <w:rPr>
                <w:sz w:val="16"/>
              </w:rPr>
              <w:t>Inland Flooding; Tornado</w:t>
            </w:r>
          </w:p>
        </w:tc>
        <w:tc>
          <w:tcPr>
            <w:tcW w:type="dxa" w:w="2419"/>
          </w:tcPr>
          <w:p>
            <w:pPr>
              <w:spacing w:after="0"/>
              <w:jc w:val="right"/>
            </w:pPr>
            <w:r>
              <w:rPr>
                <w:sz w:val="16"/>
              </w:rPr>
              <w:t>no Public Assistance recorded</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129"/>
          </w:tcPr>
          <w:p>
            <w:pPr>
              <w:spacing w:after="0"/>
              <w:jc w:val="left"/>
            </w:pPr>
            <w:r>
              <w:rPr>
                <w:sz w:val="16"/>
              </w:rPr>
              <w:t>Major disaster</w:t>
            </w:r>
          </w:p>
        </w:tc>
        <w:tc>
          <w:tcPr>
            <w:tcW w:type="dxa" w:w="3104"/>
          </w:tcPr>
          <w:p>
            <w:pPr>
              <w:spacing w:after="0"/>
              <w:jc w:val="left"/>
            </w:pPr>
            <w:r>
              <w:rPr>
                <w:sz w:val="16"/>
              </w:rPr>
              <w:t>Tornadoes, Severe Storms &amp; Flooding</w:t>
            </w:r>
          </w:p>
        </w:tc>
        <w:tc>
          <w:tcPr>
            <w:tcW w:type="dxa" w:w="2121"/>
          </w:tcPr>
          <w:p>
            <w:pPr>
              <w:spacing w:after="0"/>
              <w:jc w:val="left"/>
            </w:pPr>
            <w:r>
              <w:rPr>
                <w:sz w:val="16"/>
              </w:rPr>
              <w:t>Tornado (primary); also designated: Inland Flooding</w:t>
            </w:r>
          </w:p>
        </w:tc>
        <w:tc>
          <w:tcPr>
            <w:tcW w:type="dxa" w:w="2419"/>
          </w:tcPr>
          <w:p>
            <w:pPr>
              <w:spacing w:after="0"/>
              <w:jc w:val="right"/>
            </w:pPr>
            <w:r>
              <w:rPr>
                <w:sz w:val="16"/>
              </w:rPr>
              <w:t>no Public Assistance recorded</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1965-06-23</w:t>
            </w:r>
          </w:p>
        </w:tc>
        <w:tc>
          <w:tcPr>
            <w:tcW w:type="dxa" w:w="1037"/>
          </w:tcPr>
          <w:p>
            <w:pPr>
              <w:spacing w:after="0"/>
              <w:jc w:val="left"/>
            </w:pPr>
            <w:r>
              <w:rPr>
                <w:sz w:val="16"/>
              </w:rPr>
              <w:t>1965-06-23</w:t>
            </w:r>
          </w:p>
        </w:tc>
        <w:tc>
          <w:tcPr>
            <w:tcW w:type="dxa" w:w="1037"/>
          </w:tcPr>
          <w:p>
            <w:pPr>
              <w:spacing w:after="0"/>
              <w:jc w:val="left"/>
            </w:pPr>
            <w:r>
              <w:rPr>
                <w:sz w:val="16"/>
              </w:rPr>
              <w:t>DR-201-KS</w:t>
            </w:r>
          </w:p>
        </w:tc>
        <w:tc>
          <w:tcPr>
            <w:tcW w:type="dxa" w:w="1129"/>
          </w:tcPr>
          <w:p>
            <w:pPr>
              <w:spacing w:after="0"/>
              <w:jc w:val="left"/>
            </w:pPr>
            <w:r>
              <w:rPr>
                <w:sz w:val="16"/>
              </w:rPr>
              <w:t>Major disaster</w:t>
            </w:r>
          </w:p>
        </w:tc>
        <w:tc>
          <w:tcPr>
            <w:tcW w:type="dxa" w:w="3104"/>
          </w:tcPr>
          <w:p>
            <w:pPr>
              <w:spacing w:after="0"/>
              <w:jc w:val="left"/>
            </w:pPr>
            <w:r>
              <w:rPr>
                <w:sz w:val="16"/>
              </w:rPr>
              <w:t>Flooding</w:t>
            </w:r>
          </w:p>
        </w:tc>
        <w:tc>
          <w:tcPr>
            <w:tcW w:type="dxa" w:w="2121"/>
          </w:tcPr>
          <w:p>
            <w:pPr>
              <w:spacing w:after="0"/>
              <w:jc w:val="left"/>
            </w:pPr>
            <w:r>
              <w:rPr>
                <w:sz w:val="16"/>
              </w:rPr>
              <w:t>Inland Flooding</w:t>
            </w:r>
          </w:p>
        </w:tc>
        <w:tc>
          <w:tcPr>
            <w:tcW w:type="dxa" w:w="2419"/>
          </w:tcPr>
          <w:p>
            <w:pPr>
              <w:spacing w:after="0"/>
              <w:jc w:val="right"/>
            </w:pPr>
            <w:r>
              <w:rPr>
                <w:sz w:val="16"/>
              </w:rPr>
              <w:t>no Public Assistance recorded</w:t>
            </w:r>
          </w:p>
        </w:tc>
        <w:tc>
          <w:tcPr>
            <w:tcW w:type="dxa" w:w="1357"/>
          </w:tcPr>
          <w:p>
            <w:pPr>
              <w:spacing w:after="0"/>
              <w:jc w:val="left"/>
            </w:pPr>
          </w:p>
        </w:tc>
        <w:tc>
          <w:tcPr>
            <w:tcW w:type="dxa" w:w="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3</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39</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180</w:t>
            </w:r>
          </w:p>
        </w:tc>
        <w:tc>
          <w:tcPr>
            <w:tcW w:type="dxa" w:w="1116"/>
          </w:tcPr>
          <w:p>
            <w:pPr>
              <w:spacing w:after="0"/>
              <w:jc w:val="right"/>
            </w:pPr>
            <w:r>
              <w:rPr>
                <w:sz w:val="16"/>
              </w:rPr>
              <w:t>8</w:t>
            </w:r>
          </w:p>
        </w:tc>
        <w:tc>
          <w:tcPr>
            <w:tcW w:type="dxa" w:w="1933"/>
          </w:tcPr>
          <w:p>
            <w:pPr>
              <w:spacing w:after="0"/>
              <w:jc w:val="right"/>
            </w:pPr>
            <w:r>
              <w:rPr>
                <w:sz w:val="16"/>
              </w:rPr>
              <w:t>0</w:t>
            </w:r>
          </w:p>
        </w:tc>
        <w:tc>
          <w:tcPr>
            <w:tcW w:type="dxa" w:w="775"/>
          </w:tcPr>
          <w:p>
            <w:pPr>
              <w:spacing w:after="0"/>
              <w:jc w:val="right"/>
            </w:pPr>
            <w:r>
              <w:rPr>
                <w:sz w:val="16"/>
              </w:rPr>
              <w:t>26</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25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15</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135</w:t>
            </w:r>
          </w:p>
        </w:tc>
        <w:tc>
          <w:tcPr>
            <w:tcW w:type="dxa" w:w="1116"/>
          </w:tcPr>
          <w:p>
            <w:pPr>
              <w:spacing w:after="0"/>
              <w:jc w:val="right"/>
            </w:pPr>
            <w:r>
              <w:rPr>
                <w:sz w:val="16"/>
              </w:rPr>
              <w:t>4</w:t>
            </w:r>
          </w:p>
        </w:tc>
        <w:tc>
          <w:tcPr>
            <w:tcW w:type="dxa" w:w="1933"/>
          </w:tcPr>
          <w:p>
            <w:pPr>
              <w:spacing w:after="0"/>
              <w:jc w:val="right"/>
            </w:pPr>
            <w:r>
              <w:rPr>
                <w:sz w:val="16"/>
              </w:rPr>
              <w:t>3</w:t>
            </w:r>
          </w:p>
        </w:tc>
        <w:tc>
          <w:tcPr>
            <w:tcW w:type="dxa" w:w="775"/>
          </w:tcPr>
          <w:p>
            <w:pPr>
              <w:spacing w:after="0"/>
              <w:jc w:val="right"/>
            </w:pPr>
            <w:r>
              <w:rPr>
                <w:sz w:val="16"/>
              </w:rPr>
              <w:t>31</w:t>
            </w:r>
          </w:p>
        </w:tc>
        <w:tc>
          <w:tcPr>
            <w:tcW w:type="dxa" w:w="1597"/>
          </w:tcPr>
          <w:p>
            <w:pPr>
              <w:spacing w:after="0"/>
              <w:jc w:val="right"/>
            </w:pPr>
            <w:r>
              <w:rPr>
                <w:sz w:val="16"/>
              </w:rPr>
              <w:t>6</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12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47</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9</w:t>
            </w:r>
          </w:p>
        </w:tc>
        <w:tc>
          <w:tcPr>
            <w:tcW w:type="dxa" w:w="1597"/>
          </w:tcPr>
          <w:p>
            <w:pPr>
              <w:spacing w:after="0"/>
              <w:jc w:val="right"/>
            </w:pPr>
            <w:r>
              <w:rPr>
                <w:sz w:val="16"/>
              </w:rPr>
              <w:t>11</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43</w:t>
            </w:r>
          </w:p>
        </w:tc>
        <w:tc>
          <w:tcPr>
            <w:tcW w:type="dxa" w:w="1116"/>
          </w:tcPr>
          <w:p>
            <w:pPr>
              <w:spacing w:after="0"/>
              <w:jc w:val="right"/>
            </w:pPr>
            <w:r>
              <w:rPr>
                <w:sz w:val="16"/>
              </w:rPr>
              <w:t>1</w:t>
            </w:r>
          </w:p>
        </w:tc>
        <w:tc>
          <w:tcPr>
            <w:tcW w:type="dxa" w:w="1933"/>
          </w:tcPr>
          <w:p>
            <w:pPr>
              <w:spacing w:after="0"/>
              <w:jc w:val="right"/>
            </w:pPr>
            <w:r>
              <w:rPr>
                <w:sz w:val="16"/>
              </w:rPr>
              <w:t>2</w:t>
            </w:r>
          </w:p>
        </w:tc>
        <w:tc>
          <w:tcPr>
            <w:tcW w:type="dxa" w:w="775"/>
          </w:tcPr>
          <w:p>
            <w:pPr>
              <w:spacing w:after="0"/>
              <w:jc w:val="right"/>
            </w:pPr>
            <w:r>
              <w:rPr>
                <w:sz w:val="16"/>
              </w:rPr>
              <w:t>12</w:t>
            </w:r>
          </w:p>
        </w:tc>
        <w:tc>
          <w:tcPr>
            <w:tcW w:type="dxa" w:w="1597"/>
          </w:tcPr>
          <w:p>
            <w:pPr>
              <w:spacing w:after="0"/>
              <w:jc w:val="right"/>
            </w:pPr>
            <w:r>
              <w:rPr>
                <w:sz w:val="16"/>
              </w:rPr>
              <w:t>4</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0"/>
        <w:gridCol w:w="1804"/>
        <w:gridCol w:w="3227"/>
        <w:gridCol w:w="942"/>
        <w:gridCol w:w="2341"/>
        <w:gridCol w:w="714"/>
        <w:gridCol w:w="2728"/>
      </w:tblGrid>
      <w:tr>
        <w:trPr>
          <w:cantSplit/>
          <w:tblHeader/>
        </w:trPr>
        <w:tc>
          <w:tcPr>
            <w:tcW w:type="dxa" w:w="1037"/>
            <w:shd w:val="clear" w:color="auto" w:fill="E8E8E8"/>
          </w:tcPr>
          <w:p>
            <w:pPr>
              <w:spacing w:after="0"/>
              <w:jc w:val="left"/>
            </w:pPr>
            <w:r>
              <w:rPr>
                <w:b/>
                <w:sz w:val="16"/>
              </w:rPr>
              <w:t>Date</w:t>
            </w:r>
          </w:p>
        </w:tc>
        <w:tc>
          <w:tcPr>
            <w:tcW w:type="dxa" w:w="1320"/>
            <w:shd w:val="clear" w:color="auto" w:fill="E8E8E8"/>
          </w:tcPr>
          <w:p>
            <w:pPr>
              <w:spacing w:after="0"/>
              <w:jc w:val="left"/>
            </w:pPr>
            <w:r>
              <w:rPr>
                <w:b/>
                <w:sz w:val="16"/>
              </w:rPr>
              <w:t>Event type</w:t>
            </w:r>
          </w:p>
        </w:tc>
        <w:tc>
          <w:tcPr>
            <w:tcW w:type="dxa" w:w="1804"/>
            <w:shd w:val="clear" w:color="auto" w:fill="E8E8E8"/>
          </w:tcPr>
          <w:p>
            <w:pPr>
              <w:spacing w:after="0"/>
              <w:jc w:val="left"/>
            </w:pPr>
            <w:r>
              <w:rPr>
                <w:b/>
                <w:sz w:val="16"/>
              </w:rPr>
              <w:t>Magnitude or extent</w:t>
            </w:r>
          </w:p>
        </w:tc>
        <w:tc>
          <w:tcPr>
            <w:tcW w:type="dxa" w:w="3227"/>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1"/>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7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2023-04-19</w:t>
            </w:r>
          </w:p>
        </w:tc>
        <w:tc>
          <w:tcPr>
            <w:tcW w:type="dxa" w:w="1320"/>
          </w:tcPr>
          <w:p>
            <w:pPr>
              <w:spacing w:after="0"/>
              <w:jc w:val="left"/>
            </w:pPr>
            <w:r>
              <w:rPr>
                <w:sz w:val="16"/>
              </w:rPr>
              <w:t>Hail</w:t>
            </w:r>
          </w:p>
        </w:tc>
        <w:tc>
          <w:tcPr>
            <w:tcW w:type="dxa" w:w="1804"/>
          </w:tcPr>
          <w:p>
            <w:pPr>
              <w:spacing w:after="0"/>
              <w:jc w:val="left"/>
            </w:pPr>
            <w:r>
              <w:rPr>
                <w:sz w:val="16"/>
              </w:rPr>
              <w:t>4 in</w:t>
            </w:r>
          </w:p>
        </w:tc>
        <w:tc>
          <w:tcPr>
            <w:tcW w:type="dxa" w:w="3227"/>
          </w:tcPr>
          <w:p>
            <w:pPr>
              <w:spacing w:after="0"/>
              <w:jc w:val="left"/>
            </w:pPr>
            <w:r>
              <w:rPr>
                <w:sz w:val="16"/>
              </w:rPr>
              <w:t>$0 property; $0 crops (2023 dollars)</w:t>
            </w:r>
          </w:p>
        </w:tc>
        <w:tc>
          <w:tcPr>
            <w:tcW w:type="dxa" w:w="942"/>
          </w:tcPr>
          <w:p>
            <w:pPr>
              <w:spacing w:after="0"/>
              <w:jc w:val="right"/>
            </w:pPr>
            <w:r>
              <w:rPr>
                <w:sz w:val="16"/>
              </w:rPr>
              <w:t>0, 0</w:t>
            </w:r>
          </w:p>
        </w:tc>
        <w:tc>
          <w:tcPr>
            <w:tcW w:type="dxa" w:w="2341"/>
          </w:tcPr>
          <w:p>
            <w:pPr>
              <w:spacing w:after="0"/>
              <w:jc w:val="left"/>
            </w:pPr>
            <w:r>
              <w:rPr>
                <w:sz w:val="16"/>
              </w:rPr>
              <w:t>CEDAR PT</w:t>
            </w:r>
          </w:p>
        </w:tc>
        <w:tc>
          <w:tcPr>
            <w:tcW w:type="dxa" w:w="714"/>
          </w:tcPr>
          <w:p>
            <w:pPr>
              <w:spacing w:after="0"/>
              <w:jc w:val="left"/>
            </w:pPr>
            <w:r>
              <w:rPr>
                <w:sz w:val="16"/>
              </w:rPr>
              <w:t>within last 5 years</w:t>
            </w:r>
          </w:p>
        </w:tc>
        <w:tc>
          <w:tcPr>
            <w:tcW w:type="dxa" w:w="2728"/>
          </w:tcPr>
          <w:p>
            <w:pPr>
              <w:spacing w:after="0"/>
              <w:jc w:val="left"/>
            </w:pPr>
            <w:r>
              <w:rPr>
                <w:sz w:val="16"/>
              </w:rPr>
              <w:t>B1-c worst recorded: Hail</w:t>
            </w:r>
          </w:p>
        </w:tc>
      </w:tr>
      <w:tr>
        <w:trPr>
          <w:cantSplit/>
        </w:trPr>
        <w:tc>
          <w:tcPr>
            <w:tcW w:type="dxa" w:w="1037"/>
          </w:tcPr>
          <w:p>
            <w:pPr>
              <w:spacing w:after="0"/>
              <w:jc w:val="left"/>
            </w:pPr>
            <w:r>
              <w:rPr>
                <w:sz w:val="16"/>
              </w:rPr>
              <w:t>2021-02-06</w:t>
            </w:r>
          </w:p>
        </w:tc>
        <w:tc>
          <w:tcPr>
            <w:tcW w:type="dxa" w:w="1320"/>
          </w:tcPr>
          <w:p>
            <w:pPr>
              <w:spacing w:after="0"/>
              <w:jc w:val="left"/>
            </w:pPr>
            <w:r>
              <w:rPr>
                <w:sz w:val="16"/>
              </w:rPr>
              <w:t>Extreme Cold/Wind Chill</w:t>
            </w:r>
          </w:p>
        </w:tc>
        <w:tc>
          <w:tcPr>
            <w:tcW w:type="dxa" w:w="1804"/>
          </w:tcPr>
          <w:p>
            <w:pPr>
              <w:spacing w:after="0"/>
              <w:jc w:val="left"/>
            </w:pPr>
          </w:p>
        </w:tc>
        <w:tc>
          <w:tcPr>
            <w:tcW w:type="dxa" w:w="3227"/>
          </w:tcPr>
          <w:p>
            <w:pPr>
              <w:spacing w:after="0"/>
              <w:jc w:val="left"/>
            </w:pPr>
            <w:r>
              <w:rPr>
                <w:sz w:val="16"/>
              </w:rPr>
              <w:t>$0 property; $0 crops (zone total, 2021 dollars)</w:t>
            </w:r>
          </w:p>
        </w:tc>
        <w:tc>
          <w:tcPr>
            <w:tcW w:type="dxa" w:w="942"/>
          </w:tcPr>
          <w:p>
            <w:pPr>
              <w:spacing w:after="0"/>
              <w:jc w:val="right"/>
            </w:pPr>
            <w:r>
              <w:rPr>
                <w:sz w:val="16"/>
              </w:rPr>
              <w:t>0, 0</w:t>
            </w:r>
          </w:p>
        </w:tc>
        <w:tc>
          <w:tcPr>
            <w:tcW w:type="dxa" w:w="2341"/>
          </w:tcPr>
          <w:p>
            <w:pPr>
              <w:spacing w:after="0"/>
              <w:jc w:val="left"/>
            </w:pPr>
            <w:r>
              <w:rPr>
                <w:sz w:val="16"/>
              </w:rPr>
              <w:t>NWS zone KSZ053 (CHASE), zone-level</w:t>
            </w:r>
          </w:p>
        </w:tc>
        <w:tc>
          <w:tcPr>
            <w:tcW w:type="dxa" w:w="714"/>
          </w:tcPr>
          <w:p>
            <w:pPr>
              <w:spacing w:after="0"/>
              <w:jc w:val="left"/>
            </w:pPr>
          </w:p>
        </w:tc>
        <w:tc>
          <w:tcPr>
            <w:tcW w:type="dxa" w:w="272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2019-08-21</w:t>
            </w:r>
          </w:p>
        </w:tc>
        <w:tc>
          <w:tcPr>
            <w:tcW w:type="dxa" w:w="1320"/>
          </w:tcPr>
          <w:p>
            <w:pPr>
              <w:spacing w:after="0"/>
              <w:jc w:val="left"/>
            </w:pPr>
            <w:r>
              <w:rPr>
                <w:sz w:val="16"/>
              </w:rPr>
              <w:t>Lightning</w:t>
            </w:r>
          </w:p>
        </w:tc>
        <w:tc>
          <w:tcPr>
            <w:tcW w:type="dxa" w:w="1804"/>
          </w:tcPr>
          <w:p>
            <w:pPr>
              <w:spacing w:after="0"/>
              <w:jc w:val="left"/>
            </w:pPr>
          </w:p>
        </w:tc>
        <w:tc>
          <w:tcPr>
            <w:tcW w:type="dxa" w:w="3227"/>
          </w:tcPr>
          <w:p>
            <w:pPr>
              <w:spacing w:after="0"/>
              <w:jc w:val="left"/>
            </w:pPr>
            <w:r>
              <w:rPr>
                <w:sz w:val="16"/>
              </w:rPr>
              <w:t>$15,000 property; $0 crops (2019 dollars)</w:t>
            </w:r>
          </w:p>
        </w:tc>
        <w:tc>
          <w:tcPr>
            <w:tcW w:type="dxa" w:w="942"/>
          </w:tcPr>
          <w:p>
            <w:pPr>
              <w:spacing w:after="0"/>
              <w:jc w:val="right"/>
            </w:pPr>
            <w:r>
              <w:rPr>
                <w:sz w:val="16"/>
              </w:rPr>
              <w:t>0, 0</w:t>
            </w:r>
          </w:p>
        </w:tc>
        <w:tc>
          <w:tcPr>
            <w:tcW w:type="dxa" w:w="2341"/>
          </w:tcPr>
          <w:p>
            <w:pPr>
              <w:spacing w:after="0"/>
              <w:jc w:val="left"/>
            </w:pPr>
            <w:r>
              <w:rPr>
                <w:sz w:val="16"/>
              </w:rPr>
              <w:t>COTTONWOOD FALLS</w:t>
            </w:r>
          </w:p>
        </w:tc>
        <w:tc>
          <w:tcPr>
            <w:tcW w:type="dxa" w:w="714"/>
          </w:tcPr>
          <w:p>
            <w:pPr>
              <w:spacing w:after="0"/>
              <w:jc w:val="left"/>
            </w:pPr>
          </w:p>
        </w:tc>
        <w:tc>
          <w:tcPr>
            <w:tcW w:type="dxa" w:w="2728"/>
          </w:tcPr>
          <w:p>
            <w:pPr>
              <w:spacing w:after="0"/>
              <w:jc w:val="left"/>
            </w:pPr>
            <w:r>
              <w:rPr>
                <w:sz w:val="16"/>
              </w:rPr>
              <w:t>B1-c worst recorded: Lightning</w:t>
            </w:r>
          </w:p>
        </w:tc>
      </w:tr>
      <w:tr>
        <w:trPr>
          <w:cantSplit/>
        </w:trPr>
        <w:tc>
          <w:tcPr>
            <w:tcW w:type="dxa" w:w="1037"/>
          </w:tcPr>
          <w:p>
            <w:pPr>
              <w:spacing w:after="0"/>
              <w:jc w:val="left"/>
            </w:pPr>
            <w:r>
              <w:rPr>
                <w:sz w:val="16"/>
              </w:rPr>
              <w:t>2017-10-09</w:t>
            </w:r>
          </w:p>
        </w:tc>
        <w:tc>
          <w:tcPr>
            <w:tcW w:type="dxa" w:w="1320"/>
          </w:tcPr>
          <w:p>
            <w:pPr>
              <w:spacing w:after="0"/>
              <w:jc w:val="left"/>
            </w:pPr>
            <w:r>
              <w:rPr>
                <w:sz w:val="16"/>
              </w:rPr>
              <w:t>Lightning</w:t>
            </w:r>
          </w:p>
        </w:tc>
        <w:tc>
          <w:tcPr>
            <w:tcW w:type="dxa" w:w="1804"/>
          </w:tcPr>
          <w:p>
            <w:pPr>
              <w:spacing w:after="0"/>
              <w:jc w:val="left"/>
            </w:pPr>
          </w:p>
        </w:tc>
        <w:tc>
          <w:tcPr>
            <w:tcW w:type="dxa" w:w="3227"/>
          </w:tcPr>
          <w:p>
            <w:pPr>
              <w:spacing w:after="0"/>
              <w:jc w:val="left"/>
            </w:pPr>
            <w:r>
              <w:rPr>
                <w:sz w:val="16"/>
              </w:rPr>
              <w:t>damage not reported</w:t>
            </w:r>
          </w:p>
        </w:tc>
        <w:tc>
          <w:tcPr>
            <w:tcW w:type="dxa" w:w="942"/>
          </w:tcPr>
          <w:p>
            <w:pPr>
              <w:spacing w:after="0"/>
              <w:jc w:val="right"/>
            </w:pPr>
            <w:r>
              <w:rPr>
                <w:sz w:val="16"/>
              </w:rPr>
              <w:t>0, 3</w:t>
            </w:r>
          </w:p>
        </w:tc>
        <w:tc>
          <w:tcPr>
            <w:tcW w:type="dxa" w:w="2341"/>
          </w:tcPr>
          <w:p>
            <w:pPr>
              <w:spacing w:after="0"/>
              <w:jc w:val="left"/>
            </w:pPr>
            <w:r>
              <w:rPr>
                <w:sz w:val="16"/>
              </w:rPr>
              <w:t>MATFIELD GREEN</w:t>
            </w:r>
          </w:p>
        </w:tc>
        <w:tc>
          <w:tcPr>
            <w:tcW w:type="dxa" w:w="714"/>
          </w:tcPr>
          <w:p>
            <w:pPr>
              <w:spacing w:after="0"/>
              <w:jc w:val="left"/>
            </w:pPr>
          </w:p>
        </w:tc>
        <w:tc>
          <w:tcPr>
            <w:tcW w:type="dxa" w:w="2728"/>
          </w:tcPr>
          <w:p>
            <w:pPr>
              <w:spacing w:after="0"/>
              <w:jc w:val="left"/>
            </w:pPr>
            <w:r>
              <w:rPr>
                <w:sz w:val="16"/>
              </w:rPr>
              <w:t>deaths or injuries recorded</w:t>
            </w:r>
          </w:p>
        </w:tc>
      </w:tr>
      <w:tr>
        <w:trPr>
          <w:cantSplit/>
        </w:trPr>
        <w:tc>
          <w:tcPr>
            <w:tcW w:type="dxa" w:w="1037"/>
          </w:tcPr>
          <w:p>
            <w:pPr>
              <w:spacing w:after="0"/>
              <w:jc w:val="left"/>
            </w:pPr>
            <w:r>
              <w:rPr>
                <w:sz w:val="16"/>
              </w:rPr>
              <w:t>2011-07-15</w:t>
            </w:r>
          </w:p>
        </w:tc>
        <w:tc>
          <w:tcPr>
            <w:tcW w:type="dxa" w:w="1320"/>
          </w:tcPr>
          <w:p>
            <w:pPr>
              <w:spacing w:after="0"/>
              <w:jc w:val="left"/>
            </w:pPr>
            <w:r>
              <w:rPr>
                <w:sz w:val="16"/>
              </w:rPr>
              <w:t>Excessive Heat</w:t>
            </w:r>
          </w:p>
        </w:tc>
        <w:tc>
          <w:tcPr>
            <w:tcW w:type="dxa" w:w="1804"/>
          </w:tcPr>
          <w:p>
            <w:pPr>
              <w:spacing w:after="0"/>
              <w:jc w:val="left"/>
            </w:pPr>
          </w:p>
        </w:tc>
        <w:tc>
          <w:tcPr>
            <w:tcW w:type="dxa" w:w="3227"/>
          </w:tcPr>
          <w:p>
            <w:pPr>
              <w:spacing w:after="0"/>
              <w:jc w:val="left"/>
            </w:pPr>
            <w:r>
              <w:rPr>
                <w:sz w:val="16"/>
              </w:rPr>
              <w:t>damage not reported</w:t>
            </w:r>
          </w:p>
        </w:tc>
        <w:tc>
          <w:tcPr>
            <w:tcW w:type="dxa" w:w="942"/>
          </w:tcPr>
          <w:p>
            <w:pPr>
              <w:spacing w:after="0"/>
              <w:jc w:val="right"/>
            </w:pPr>
            <w:r>
              <w:rPr>
                <w:sz w:val="16"/>
              </w:rPr>
              <w:t>0, 0</w:t>
            </w:r>
          </w:p>
        </w:tc>
        <w:tc>
          <w:tcPr>
            <w:tcW w:type="dxa" w:w="2341"/>
          </w:tcPr>
          <w:p>
            <w:pPr>
              <w:spacing w:after="0"/>
              <w:jc w:val="left"/>
            </w:pPr>
            <w:r>
              <w:rPr>
                <w:sz w:val="16"/>
              </w:rPr>
              <w:t>NWS zone KSZ053 (CHASE), zone-level</w:t>
            </w:r>
          </w:p>
        </w:tc>
        <w:tc>
          <w:tcPr>
            <w:tcW w:type="dxa" w:w="714"/>
          </w:tcPr>
          <w:p>
            <w:pPr>
              <w:spacing w:after="0"/>
              <w:jc w:val="left"/>
            </w:pPr>
          </w:p>
        </w:tc>
        <w:tc>
          <w:tcPr>
            <w:tcW w:type="dxa" w:w="2728"/>
          </w:tcPr>
          <w:p>
            <w:pPr>
              <w:spacing w:after="0"/>
              <w:jc w:val="left"/>
            </w:pPr>
            <w:r>
              <w:rPr>
                <w:sz w:val="16"/>
              </w:rPr>
              <w:t>B1-c worst recorded: Excessive Heat, Heat</w:t>
            </w:r>
          </w:p>
        </w:tc>
      </w:tr>
      <w:tr>
        <w:trPr>
          <w:cantSplit/>
        </w:trPr>
        <w:tc>
          <w:tcPr>
            <w:tcW w:type="dxa" w:w="1037"/>
          </w:tcPr>
          <w:p>
            <w:pPr>
              <w:spacing w:after="0"/>
              <w:jc w:val="left"/>
            </w:pPr>
            <w:r>
              <w:rPr>
                <w:sz w:val="16"/>
              </w:rPr>
              <w:t>2007-12-10</w:t>
            </w:r>
          </w:p>
        </w:tc>
        <w:tc>
          <w:tcPr>
            <w:tcW w:type="dxa" w:w="1320"/>
          </w:tcPr>
          <w:p>
            <w:pPr>
              <w:spacing w:after="0"/>
              <w:jc w:val="left"/>
            </w:pPr>
            <w:r>
              <w:rPr>
                <w:sz w:val="16"/>
              </w:rPr>
              <w:t>Ice Storm</w:t>
            </w:r>
          </w:p>
        </w:tc>
        <w:tc>
          <w:tcPr>
            <w:tcW w:type="dxa" w:w="1804"/>
          </w:tcPr>
          <w:p>
            <w:pPr>
              <w:spacing w:after="0"/>
              <w:jc w:val="left"/>
            </w:pPr>
          </w:p>
        </w:tc>
        <w:tc>
          <w:tcPr>
            <w:tcW w:type="dxa" w:w="3227"/>
          </w:tcPr>
          <w:p>
            <w:pPr>
              <w:spacing w:after="0"/>
              <w:jc w:val="left"/>
            </w:pPr>
            <w:r>
              <w:rPr>
                <w:sz w:val="16"/>
              </w:rPr>
              <w:t>$1,900,000 property; $0 crops (zone total, 2007 dollars)</w:t>
            </w:r>
          </w:p>
        </w:tc>
        <w:tc>
          <w:tcPr>
            <w:tcW w:type="dxa" w:w="942"/>
          </w:tcPr>
          <w:p>
            <w:pPr>
              <w:spacing w:after="0"/>
              <w:jc w:val="right"/>
            </w:pPr>
            <w:r>
              <w:rPr>
                <w:sz w:val="16"/>
              </w:rPr>
              <w:t>0, 0</w:t>
            </w:r>
          </w:p>
        </w:tc>
        <w:tc>
          <w:tcPr>
            <w:tcW w:type="dxa" w:w="2341"/>
          </w:tcPr>
          <w:p>
            <w:pPr>
              <w:spacing w:after="0"/>
              <w:jc w:val="left"/>
            </w:pPr>
            <w:r>
              <w:rPr>
                <w:sz w:val="16"/>
              </w:rPr>
              <w:t>NWS zone KSZ053 (CHASE), zone-level</w:t>
            </w:r>
          </w:p>
        </w:tc>
        <w:tc>
          <w:tcPr>
            <w:tcW w:type="dxa" w:w="714"/>
          </w:tcPr>
          <w:p>
            <w:pPr>
              <w:spacing w:after="0"/>
              <w:jc w:val="left"/>
            </w:pPr>
          </w:p>
        </w:tc>
        <w:tc>
          <w:tcPr>
            <w:tcW w:type="dxa" w:w="2728"/>
          </w:tcPr>
          <w:p>
            <w:pPr>
              <w:spacing w:after="0"/>
              <w:jc w:val="left"/>
            </w:pPr>
            <w:r>
              <w:rPr>
                <w:sz w:val="16"/>
              </w:rPr>
              <w:t>B1-c worst recorded: Ice Storm</w:t>
            </w:r>
          </w:p>
        </w:tc>
      </w:tr>
      <w:tr>
        <w:trPr>
          <w:cantSplit/>
        </w:trPr>
        <w:tc>
          <w:tcPr>
            <w:tcW w:type="dxa" w:w="1037"/>
          </w:tcPr>
          <w:p>
            <w:pPr>
              <w:spacing w:after="0"/>
              <w:jc w:val="left"/>
            </w:pPr>
            <w:r>
              <w:rPr>
                <w:sz w:val="16"/>
              </w:rPr>
              <w:t>2003-08-30</w:t>
            </w:r>
          </w:p>
        </w:tc>
        <w:tc>
          <w:tcPr>
            <w:tcW w:type="dxa" w:w="1320"/>
          </w:tcPr>
          <w:p>
            <w:pPr>
              <w:spacing w:after="0"/>
              <w:jc w:val="left"/>
            </w:pPr>
            <w:r>
              <w:rPr>
                <w:sz w:val="16"/>
              </w:rPr>
              <w:t>Flash Flood</w:t>
            </w:r>
          </w:p>
        </w:tc>
        <w:tc>
          <w:tcPr>
            <w:tcW w:type="dxa" w:w="1804"/>
          </w:tcPr>
          <w:p>
            <w:pPr>
              <w:spacing w:after="0"/>
              <w:jc w:val="left"/>
            </w:pPr>
          </w:p>
        </w:tc>
        <w:tc>
          <w:tcPr>
            <w:tcW w:type="dxa" w:w="3227"/>
          </w:tcPr>
          <w:p>
            <w:pPr>
              <w:spacing w:after="0"/>
              <w:jc w:val="left"/>
            </w:pPr>
            <w:r>
              <w:rPr>
                <w:sz w:val="16"/>
              </w:rPr>
              <w:t>$250,000 property; crops not reported (2003 dollars)</w:t>
            </w:r>
          </w:p>
        </w:tc>
        <w:tc>
          <w:tcPr>
            <w:tcW w:type="dxa" w:w="942"/>
          </w:tcPr>
          <w:p>
            <w:pPr>
              <w:spacing w:after="0"/>
              <w:jc w:val="right"/>
            </w:pPr>
            <w:r>
              <w:rPr>
                <w:sz w:val="16"/>
              </w:rPr>
              <w:t>6, 0</w:t>
            </w:r>
          </w:p>
        </w:tc>
        <w:tc>
          <w:tcPr>
            <w:tcW w:type="dxa" w:w="2341"/>
          </w:tcPr>
          <w:p>
            <w:pPr>
              <w:spacing w:after="0"/>
              <w:jc w:val="left"/>
            </w:pPr>
            <w:r>
              <w:rPr>
                <w:sz w:val="16"/>
              </w:rPr>
              <w:t>GLADSTONE</w:t>
            </w:r>
          </w:p>
        </w:tc>
        <w:tc>
          <w:tcPr>
            <w:tcW w:type="dxa" w:w="714"/>
          </w:tcPr>
          <w:p>
            <w:pPr>
              <w:spacing w:after="0"/>
              <w:jc w:val="left"/>
            </w:pPr>
          </w:p>
        </w:tc>
        <w:tc>
          <w:tcPr>
            <w:tcW w:type="dxa" w:w="2728"/>
          </w:tcPr>
          <w:p>
            <w:pPr>
              <w:spacing w:after="0"/>
              <w:jc w:val="left"/>
            </w:pPr>
            <w:r>
              <w:rPr>
                <w:sz w:val="16"/>
              </w:rPr>
              <w:t>deaths or injuries recorded</w:t>
            </w:r>
          </w:p>
        </w:tc>
      </w:tr>
      <w:tr>
        <w:trPr>
          <w:cantSplit/>
        </w:trPr>
        <w:tc>
          <w:tcPr>
            <w:tcW w:type="dxa" w:w="1037"/>
          </w:tcPr>
          <w:p>
            <w:pPr>
              <w:spacing w:after="0"/>
              <w:jc w:val="left"/>
            </w:pPr>
            <w:r>
              <w:rPr>
                <w:sz w:val="16"/>
              </w:rPr>
              <w:t>2003-05-08</w:t>
            </w:r>
          </w:p>
        </w:tc>
        <w:tc>
          <w:tcPr>
            <w:tcW w:type="dxa" w:w="1320"/>
          </w:tcPr>
          <w:p>
            <w:pPr>
              <w:spacing w:after="0"/>
              <w:jc w:val="left"/>
            </w:pPr>
            <w:r>
              <w:rPr>
                <w:sz w:val="16"/>
              </w:rPr>
              <w:t>Thunderstorm Wind</w:t>
            </w:r>
          </w:p>
        </w:tc>
        <w:tc>
          <w:tcPr>
            <w:tcW w:type="dxa" w:w="1804"/>
          </w:tcPr>
          <w:p>
            <w:pPr>
              <w:spacing w:after="0"/>
              <w:jc w:val="left"/>
            </w:pPr>
            <w:r>
              <w:rPr>
                <w:sz w:val="16"/>
              </w:rPr>
              <w:t>70 kt (81 mph) estimated gust</w:t>
            </w:r>
          </w:p>
        </w:tc>
        <w:tc>
          <w:tcPr>
            <w:tcW w:type="dxa" w:w="3227"/>
          </w:tcPr>
          <w:p>
            <w:pPr>
              <w:spacing w:after="0"/>
              <w:jc w:val="left"/>
            </w:pPr>
            <w:r>
              <w:rPr>
                <w:sz w:val="16"/>
              </w:rPr>
              <w:t>$380,000 property; crops not reported (2003 dollars)</w:t>
            </w:r>
          </w:p>
        </w:tc>
        <w:tc>
          <w:tcPr>
            <w:tcW w:type="dxa" w:w="942"/>
          </w:tcPr>
          <w:p>
            <w:pPr>
              <w:spacing w:after="0"/>
              <w:jc w:val="right"/>
            </w:pPr>
            <w:r>
              <w:rPr>
                <w:sz w:val="16"/>
              </w:rPr>
              <w:t>0, 6</w:t>
            </w:r>
          </w:p>
        </w:tc>
        <w:tc>
          <w:tcPr>
            <w:tcW w:type="dxa" w:w="2341"/>
          </w:tcPr>
          <w:p>
            <w:pPr>
              <w:spacing w:after="0"/>
              <w:jc w:val="left"/>
            </w:pPr>
            <w:r>
              <w:rPr>
                <w:sz w:val="16"/>
              </w:rPr>
              <w:t>MATFIELD GREEN</w:t>
            </w:r>
          </w:p>
        </w:tc>
        <w:tc>
          <w:tcPr>
            <w:tcW w:type="dxa" w:w="714"/>
          </w:tcPr>
          <w:p>
            <w:pPr>
              <w:spacing w:after="0"/>
              <w:jc w:val="left"/>
            </w:pPr>
          </w:p>
        </w:tc>
        <w:tc>
          <w:tcPr>
            <w:tcW w:type="dxa" w:w="2728"/>
          </w:tcPr>
          <w:p>
            <w:pPr>
              <w:spacing w:after="0"/>
              <w:jc w:val="left"/>
            </w:pPr>
            <w:r>
              <w:rPr>
                <w:sz w:val="16"/>
              </w:rPr>
              <w:t>deaths or injuries recorded</w:t>
            </w:r>
          </w:p>
        </w:tc>
      </w:tr>
      <w:tr>
        <w:trPr>
          <w:cantSplit/>
        </w:trPr>
        <w:tc>
          <w:tcPr>
            <w:tcW w:type="dxa" w:w="1037"/>
          </w:tcPr>
          <w:p>
            <w:pPr>
              <w:spacing w:after="0"/>
              <w:jc w:val="left"/>
            </w:pPr>
            <w:r>
              <w:rPr>
                <w:sz w:val="16"/>
              </w:rPr>
              <w:t>2001-04-11</w:t>
            </w:r>
          </w:p>
        </w:tc>
        <w:tc>
          <w:tcPr>
            <w:tcW w:type="dxa" w:w="1320"/>
          </w:tcPr>
          <w:p>
            <w:pPr>
              <w:spacing w:after="0"/>
              <w:jc w:val="left"/>
            </w:pPr>
            <w:r>
              <w:rPr>
                <w:sz w:val="16"/>
              </w:rPr>
              <w:t>High Wind</w:t>
            </w:r>
          </w:p>
        </w:tc>
        <w:tc>
          <w:tcPr>
            <w:tcW w:type="dxa" w:w="1804"/>
          </w:tcPr>
          <w:p>
            <w:pPr>
              <w:spacing w:after="0"/>
              <w:jc w:val="left"/>
            </w:pPr>
            <w:r>
              <w:rPr>
                <w:sz w:val="16"/>
              </w:rPr>
              <w:t>65 kt (75 mph) estimated</w:t>
            </w:r>
          </w:p>
        </w:tc>
        <w:tc>
          <w:tcPr>
            <w:tcW w:type="dxa" w:w="3227"/>
          </w:tcPr>
          <w:p>
            <w:pPr>
              <w:spacing w:after="0"/>
              <w:jc w:val="left"/>
            </w:pPr>
            <w:r>
              <w:rPr>
                <w:sz w:val="16"/>
              </w:rPr>
              <w:t>damage not reported</w:t>
            </w:r>
          </w:p>
        </w:tc>
        <w:tc>
          <w:tcPr>
            <w:tcW w:type="dxa" w:w="942"/>
          </w:tcPr>
          <w:p>
            <w:pPr>
              <w:spacing w:after="0"/>
              <w:jc w:val="right"/>
            </w:pPr>
            <w:r>
              <w:rPr>
                <w:sz w:val="16"/>
              </w:rPr>
              <w:t>0, 0</w:t>
            </w:r>
          </w:p>
        </w:tc>
        <w:tc>
          <w:tcPr>
            <w:tcW w:type="dxa" w:w="2341"/>
          </w:tcPr>
          <w:p>
            <w:pPr>
              <w:spacing w:after="0"/>
              <w:jc w:val="left"/>
            </w:pPr>
            <w:r>
              <w:rPr>
                <w:sz w:val="16"/>
              </w:rPr>
              <w:t>NWS zone KSZ053 (CHASE), zone-level</w:t>
            </w:r>
          </w:p>
        </w:tc>
        <w:tc>
          <w:tcPr>
            <w:tcW w:type="dxa" w:w="714"/>
          </w:tcPr>
          <w:p>
            <w:pPr>
              <w:spacing w:after="0"/>
              <w:jc w:val="left"/>
            </w:pPr>
          </w:p>
        </w:tc>
        <w:tc>
          <w:tcPr>
            <w:tcW w:type="dxa" w:w="2728"/>
          </w:tcPr>
          <w:p>
            <w:pPr>
              <w:spacing w:after="0"/>
              <w:jc w:val="left"/>
            </w:pPr>
            <w:r>
              <w:rPr>
                <w:sz w:val="16"/>
              </w:rPr>
              <w:t>B1-c worst recorded: High Wind and Strong Wind</w:t>
            </w:r>
          </w:p>
        </w:tc>
      </w:tr>
      <w:tr>
        <w:trPr>
          <w:cantSplit/>
        </w:trPr>
        <w:tc>
          <w:tcPr>
            <w:tcW w:type="dxa" w:w="1037"/>
          </w:tcPr>
          <w:p>
            <w:pPr>
              <w:spacing w:after="0"/>
              <w:jc w:val="left"/>
            </w:pPr>
            <w:r>
              <w:rPr>
                <w:sz w:val="16"/>
              </w:rPr>
              <w:t>1998-11-01</w:t>
            </w:r>
          </w:p>
        </w:tc>
        <w:tc>
          <w:tcPr>
            <w:tcW w:type="dxa" w:w="1320"/>
          </w:tcPr>
          <w:p>
            <w:pPr>
              <w:spacing w:after="0"/>
              <w:jc w:val="left"/>
            </w:pPr>
            <w:r>
              <w:rPr>
                <w:sz w:val="16"/>
              </w:rPr>
              <w:t>Flood</w:t>
            </w:r>
          </w:p>
        </w:tc>
        <w:tc>
          <w:tcPr>
            <w:tcW w:type="dxa" w:w="1804"/>
          </w:tcPr>
          <w:p>
            <w:pPr>
              <w:spacing w:after="0"/>
              <w:jc w:val="left"/>
            </w:pPr>
          </w:p>
        </w:tc>
        <w:tc>
          <w:tcPr>
            <w:tcW w:type="dxa" w:w="3227"/>
          </w:tcPr>
          <w:p>
            <w:pPr>
              <w:spacing w:after="0"/>
              <w:jc w:val="left"/>
            </w:pPr>
            <w:r>
              <w:rPr>
                <w:sz w:val="16"/>
              </w:rPr>
              <w:t>$2,000,000 property; crops not reported (zone total, 1998 dollars)</w:t>
            </w:r>
          </w:p>
        </w:tc>
        <w:tc>
          <w:tcPr>
            <w:tcW w:type="dxa" w:w="942"/>
          </w:tcPr>
          <w:p>
            <w:pPr>
              <w:spacing w:after="0"/>
              <w:jc w:val="right"/>
            </w:pPr>
            <w:r>
              <w:rPr>
                <w:sz w:val="16"/>
              </w:rPr>
              <w:t>0, 0</w:t>
            </w:r>
          </w:p>
        </w:tc>
        <w:tc>
          <w:tcPr>
            <w:tcW w:type="dxa" w:w="2341"/>
          </w:tcPr>
          <w:p>
            <w:pPr>
              <w:spacing w:after="0"/>
              <w:jc w:val="left"/>
            </w:pPr>
            <w:r>
              <w:rPr>
                <w:sz w:val="16"/>
              </w:rPr>
              <w:t>NWS zone KSZ053 (CHASE), zone-level</w:t>
            </w:r>
          </w:p>
        </w:tc>
        <w:tc>
          <w:tcPr>
            <w:tcW w:type="dxa" w:w="714"/>
          </w:tcPr>
          <w:p>
            <w:pPr>
              <w:spacing w:after="0"/>
              <w:jc w:val="left"/>
            </w:pPr>
          </w:p>
        </w:tc>
        <w:tc>
          <w:tcPr>
            <w:tcW w:type="dxa" w:w="272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1979-07-24</w:t>
            </w:r>
          </w:p>
        </w:tc>
        <w:tc>
          <w:tcPr>
            <w:tcW w:type="dxa" w:w="1320"/>
          </w:tcPr>
          <w:p>
            <w:pPr>
              <w:spacing w:after="0"/>
              <w:jc w:val="left"/>
            </w:pPr>
            <w:r>
              <w:rPr>
                <w:sz w:val="16"/>
              </w:rPr>
              <w:t>Thunderstorm Wind</w:t>
            </w:r>
          </w:p>
        </w:tc>
        <w:tc>
          <w:tcPr>
            <w:tcW w:type="dxa" w:w="1804"/>
          </w:tcPr>
          <w:p>
            <w:pPr>
              <w:spacing w:after="0"/>
              <w:jc w:val="left"/>
            </w:pPr>
            <w:r>
              <w:rPr>
                <w:sz w:val="16"/>
              </w:rPr>
              <w:t>87 kt (100 mph), measurement type not recorded</w:t>
            </w:r>
          </w:p>
        </w:tc>
        <w:tc>
          <w:tcPr>
            <w:tcW w:type="dxa" w:w="3227"/>
          </w:tcPr>
          <w:p>
            <w:pPr>
              <w:spacing w:after="0"/>
              <w:jc w:val="left"/>
            </w:pPr>
            <w:r>
              <w:rPr>
                <w:sz w:val="16"/>
              </w:rPr>
              <w:t>damage not recorded (pre-1996 record)</w:t>
            </w:r>
          </w:p>
        </w:tc>
        <w:tc>
          <w:tcPr>
            <w:tcW w:type="dxa" w:w="942"/>
          </w:tcPr>
          <w:p>
            <w:pPr>
              <w:spacing w:after="0"/>
              <w:jc w:val="right"/>
            </w:pPr>
            <w:r>
              <w:rPr>
                <w:sz w:val="16"/>
              </w:rPr>
              <w:t>0, 0</w:t>
            </w:r>
          </w:p>
        </w:tc>
        <w:tc>
          <w:tcPr>
            <w:tcW w:type="dxa" w:w="2341"/>
          </w:tcPr>
          <w:p>
            <w:pPr>
              <w:spacing w:after="0"/>
              <w:jc w:val="left"/>
            </w:pPr>
            <w:r>
              <w:rPr>
                <w:sz w:val="16"/>
              </w:rPr>
              <w:t>location not recorded</w:t>
            </w:r>
          </w:p>
        </w:tc>
        <w:tc>
          <w:tcPr>
            <w:tcW w:type="dxa" w:w="714"/>
          </w:tcPr>
          <w:p>
            <w:pPr>
              <w:spacing w:after="0"/>
              <w:jc w:val="left"/>
            </w:pPr>
          </w:p>
        </w:tc>
        <w:tc>
          <w:tcPr>
            <w:tcW w:type="dxa" w:w="2728"/>
          </w:tcPr>
          <w:p>
            <w:pPr>
              <w:spacing w:after="0"/>
              <w:jc w:val="left"/>
            </w:pPr>
            <w:r>
              <w:rPr>
                <w:sz w:val="16"/>
              </w:rPr>
              <w:t>B1-c worst recorded: Thunderstorm Wind</w:t>
            </w:r>
          </w:p>
        </w:tc>
      </w:tr>
      <w:tr>
        <w:trPr>
          <w:cantSplit/>
        </w:trPr>
        <w:tc>
          <w:tcPr>
            <w:tcW w:type="dxa" w:w="1037"/>
          </w:tcPr>
          <w:p>
            <w:pPr>
              <w:spacing w:after="0"/>
              <w:jc w:val="left"/>
            </w:pPr>
            <w:r>
              <w:rPr>
                <w:sz w:val="16"/>
              </w:rPr>
              <w:t>1950-05-18</w:t>
            </w:r>
          </w:p>
        </w:tc>
        <w:tc>
          <w:tcPr>
            <w:tcW w:type="dxa" w:w="1320"/>
          </w:tcPr>
          <w:p>
            <w:pPr>
              <w:spacing w:after="0"/>
              <w:jc w:val="left"/>
            </w:pPr>
            <w:r>
              <w:rPr>
                <w:sz w:val="16"/>
              </w:rPr>
              <w:t>Tornado</w:t>
            </w:r>
          </w:p>
        </w:tc>
        <w:tc>
          <w:tcPr>
            <w:tcW w:type="dxa" w:w="1804"/>
          </w:tcPr>
          <w:p>
            <w:pPr>
              <w:spacing w:after="0"/>
              <w:jc w:val="left"/>
            </w:pPr>
            <w:r>
              <w:rPr>
                <w:sz w:val="16"/>
              </w:rPr>
              <w:t>F3, 14.9 mi path length (whole path, pre-1996), 100 yd wide</w:t>
            </w:r>
          </w:p>
        </w:tc>
        <w:tc>
          <w:tcPr>
            <w:tcW w:type="dxa" w:w="3227"/>
          </w:tcPr>
          <w:p>
            <w:pPr>
              <w:spacing w:after="0"/>
              <w:jc w:val="left"/>
            </w:pPr>
            <w:r>
              <w:rPr>
                <w:sz w:val="16"/>
              </w:rPr>
              <w:t>$250,000 property; crops not recorded (1950 dollars)</w:t>
            </w:r>
          </w:p>
        </w:tc>
        <w:tc>
          <w:tcPr>
            <w:tcW w:type="dxa" w:w="942"/>
          </w:tcPr>
          <w:p>
            <w:pPr>
              <w:spacing w:after="0"/>
              <w:jc w:val="right"/>
            </w:pPr>
            <w:r>
              <w:rPr>
                <w:sz w:val="16"/>
              </w:rPr>
              <w:t>0, 2</w:t>
            </w:r>
          </w:p>
        </w:tc>
        <w:tc>
          <w:tcPr>
            <w:tcW w:type="dxa" w:w="2341"/>
          </w:tcPr>
          <w:p>
            <w:pPr>
              <w:spacing w:after="0"/>
              <w:jc w:val="left"/>
            </w:pPr>
            <w:r>
              <w:rPr>
                <w:sz w:val="16"/>
              </w:rPr>
              <w:t>location not recorded</w:t>
            </w:r>
          </w:p>
        </w:tc>
        <w:tc>
          <w:tcPr>
            <w:tcW w:type="dxa" w:w="714"/>
          </w:tcPr>
          <w:p>
            <w:pPr>
              <w:spacing w:after="0"/>
              <w:jc w:val="left"/>
            </w:pPr>
          </w:p>
        </w:tc>
        <w:tc>
          <w:tcPr>
            <w:tcW w:type="dxa" w:w="272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2.11</w:t>
            </w:r>
          </w:p>
        </w:tc>
        <w:tc>
          <w:tcPr>
            <w:tcW w:type="dxa" w:w="1335"/>
          </w:tcPr>
          <w:p>
            <w:pPr>
              <w:spacing w:after="0"/>
              <w:jc w:val="left"/>
            </w:pPr>
            <w:r>
              <w:rPr>
                <w:sz w:val="16"/>
              </w:rPr>
              <w:t>event-days per year</w:t>
            </w:r>
          </w:p>
        </w:tc>
        <w:tc>
          <w:tcPr>
            <w:tcW w:type="dxa" w:w="1717"/>
          </w:tcPr>
          <w:p>
            <w:pPr>
              <w:spacing w:after="0"/>
              <w:jc w:val="left"/>
            </w:pPr>
            <w:r>
              <w:rPr>
                <w:sz w:val="16"/>
              </w:rPr>
              <w:t>about 2.11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40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30.5</w:t>
            </w:r>
          </w:p>
        </w:tc>
        <w:tc>
          <w:tcPr>
            <w:tcW w:type="dxa" w:w="1335"/>
          </w:tcPr>
          <w:p>
            <w:pPr>
              <w:spacing w:after="0"/>
              <w:jc w:val="left"/>
            </w:pPr>
            <w:r>
              <w:rPr>
                <w:sz w:val="16"/>
              </w:rPr>
              <w:t>event-days per year</w:t>
            </w:r>
          </w:p>
        </w:tc>
        <w:tc>
          <w:tcPr>
            <w:tcW w:type="dxa" w:w="1717"/>
          </w:tcPr>
          <w:p>
            <w:pPr>
              <w:spacing w:after="0"/>
              <w:jc w:val="left"/>
            </w:pPr>
            <w:r>
              <w:rPr>
                <w:sz w:val="16"/>
              </w:rPr>
              <w:t>about 30.5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7 of 30 years, 1996 to 2025 (23.3%)</w:t>
            </w:r>
          </w:p>
        </w:tc>
        <w:tc>
          <w:tcPr>
            <w:tcW w:type="dxa" w:w="1572"/>
          </w:tcPr>
          <w:p>
            <w:pPr>
              <w:spacing w:after="0"/>
              <w:jc w:val="right"/>
            </w:pPr>
            <w:r>
              <w:rPr>
                <w:sz w:val="16"/>
              </w:rPr>
              <w:t>770</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0.00077</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0.077%</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9.11</w:t>
            </w:r>
          </w:p>
        </w:tc>
        <w:tc>
          <w:tcPr>
            <w:tcW w:type="dxa" w:w="1335"/>
          </w:tcPr>
          <w:p>
            <w:pPr>
              <w:spacing w:after="0"/>
              <w:jc w:val="left"/>
            </w:pPr>
            <w:r>
              <w:rPr>
                <w:sz w:val="16"/>
              </w:rPr>
              <w:t>events per year</w:t>
            </w:r>
          </w:p>
        </w:tc>
        <w:tc>
          <w:tcPr>
            <w:tcW w:type="dxa" w:w="1717"/>
          </w:tcPr>
          <w:p>
            <w:pPr>
              <w:spacing w:after="0"/>
              <w:jc w:val="left"/>
            </w:pPr>
            <w:r>
              <w:rPr>
                <w:sz w:val="16"/>
              </w:rPr>
              <w:t>about 9.11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346.3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12.3</w:t>
            </w:r>
          </w:p>
        </w:tc>
        <w:tc>
          <w:tcPr>
            <w:tcW w:type="dxa" w:w="1335"/>
          </w:tcPr>
          <w:p>
            <w:pPr>
              <w:spacing w:after="0"/>
              <w:jc w:val="left"/>
            </w:pPr>
            <w:r>
              <w:rPr>
                <w:sz w:val="16"/>
              </w:rPr>
              <w:t>event-days per year</w:t>
            </w:r>
          </w:p>
        </w:tc>
        <w:tc>
          <w:tcPr>
            <w:tcW w:type="dxa" w:w="1717"/>
          </w:tcPr>
          <w:p>
            <w:pPr>
              <w:spacing w:after="0"/>
              <w:jc w:val="left"/>
            </w:pPr>
            <w:r>
              <w:rPr>
                <w:sz w:val="16"/>
              </w:rPr>
              <w:t>about 12.3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158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w:t>
            </w:r>
          </w:p>
        </w:tc>
        <w:tc>
          <w:tcPr>
            <w:tcW w:type="dxa" w:w="1335"/>
          </w:tcPr>
          <w:p>
            <w:pPr>
              <w:spacing w:after="0"/>
              <w:jc w:val="left"/>
            </w:pPr>
            <w:r>
              <w:rPr>
                <w:sz w:val="16"/>
              </w:rPr>
              <w:t>events per year</w:t>
            </w:r>
          </w:p>
        </w:tc>
        <w:tc>
          <w:tcPr>
            <w:tcW w:type="dxa" w:w="1717"/>
          </w:tcPr>
          <w:p>
            <w:pPr>
              <w:spacing w:after="0"/>
              <w:jc w:val="left"/>
            </w:pPr>
            <w:r>
              <w:rPr>
                <w:sz w:val="16"/>
              </w:rPr>
              <w:t>none modeled</w:t>
            </w:r>
          </w:p>
        </w:tc>
        <w:tc>
          <w:tcPr>
            <w:tcW w:type="dxa" w:w="1037"/>
          </w:tcPr>
          <w:p>
            <w:pPr>
              <w:spacing w:after="0"/>
              <w:jc w:val="left"/>
            </w:pPr>
            <w:r>
              <w:rPr>
                <w:sz w:val="16"/>
              </w:rPr>
              <w:t>Unlikely</w:t>
            </w:r>
          </w:p>
        </w:tc>
        <w:tc>
          <w:tcPr>
            <w:tcW w:type="dxa" w:w="1307"/>
          </w:tcPr>
          <w:p>
            <w:pPr>
              <w:spacing w:after="0"/>
              <w:jc w:val="left"/>
            </w:pPr>
            <w:r>
              <w:rPr>
                <w:sz w:val="16"/>
              </w:rPr>
              <w:t>FEMA annualized frequency (modeled)</w:t>
            </w:r>
          </w:p>
        </w:tc>
        <w:tc>
          <w:tcPr>
            <w:tcW w:type="dxa" w:w="1572"/>
          </w:tcPr>
          <w:p>
            <w:pPr>
              <w:spacing w:after="0"/>
              <w:jc w:val="right"/>
            </w:pPr>
            <w:r>
              <w:rPr>
                <w:sz w:val="16"/>
              </w:rPr>
              <w:t>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0.764</w:t>
            </w:r>
          </w:p>
        </w:tc>
        <w:tc>
          <w:tcPr>
            <w:tcW w:type="dxa" w:w="1335"/>
          </w:tcPr>
          <w:p>
            <w:pPr>
              <w:spacing w:after="0"/>
              <w:jc w:val="left"/>
            </w:pPr>
            <w:r>
              <w:rPr>
                <w:sz w:val="16"/>
              </w:rPr>
              <w:t>event-days per year</w:t>
            </w:r>
          </w:p>
        </w:tc>
        <w:tc>
          <w:tcPr>
            <w:tcW w:type="dxa" w:w="1717"/>
          </w:tcPr>
          <w:p>
            <w:pPr>
              <w:spacing w:after="0"/>
              <w:jc w:val="left"/>
            </w:pPr>
            <w:r>
              <w:rPr>
                <w:sz w:val="16"/>
              </w:rPr>
              <w:t>about 0.764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52</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0.786</w:t>
            </w:r>
          </w:p>
        </w:tc>
        <w:tc>
          <w:tcPr>
            <w:tcW w:type="dxa" w:w="1335"/>
          </w:tcPr>
          <w:p>
            <w:pPr>
              <w:spacing w:after="0"/>
              <w:jc w:val="left"/>
            </w:pPr>
            <w:r>
              <w:rPr>
                <w:sz w:val="16"/>
              </w:rPr>
              <w:t>event-days per year</w:t>
            </w:r>
          </w:p>
        </w:tc>
        <w:tc>
          <w:tcPr>
            <w:tcW w:type="dxa" w:w="1717"/>
          </w:tcPr>
          <w:p>
            <w:pPr>
              <w:spacing w:after="0"/>
              <w:jc w:val="left"/>
            </w:pPr>
            <w:r>
              <w:rPr>
                <w:sz w:val="16"/>
              </w:rPr>
              <w:t>about 0.786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22</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0.265</w:t>
            </w:r>
          </w:p>
        </w:tc>
        <w:tc>
          <w:tcPr>
            <w:tcW w:type="dxa" w:w="1335"/>
          </w:tcPr>
          <w:p>
            <w:pPr>
              <w:spacing w:after="0"/>
              <w:jc w:val="left"/>
            </w:pPr>
            <w:r>
              <w:rPr>
                <w:sz w:val="16"/>
              </w:rPr>
              <w:t>events per year (modeled)</w:t>
            </w:r>
          </w:p>
        </w:tc>
        <w:tc>
          <w:tcPr>
            <w:tcW w:type="dxa" w:w="1717"/>
          </w:tcPr>
          <w:p>
            <w:pPr>
              <w:spacing w:after="0"/>
              <w:jc w:val="left"/>
            </w:pPr>
            <w:r>
              <w:rPr>
                <w:sz w:val="16"/>
              </w:rPr>
              <w:t>about 1 in 4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50.3</w:t>
            </w:r>
          </w:p>
        </w:tc>
        <w:tc>
          <w:tcPr>
            <w:tcW w:type="dxa" w:w="1335"/>
          </w:tcPr>
          <w:p>
            <w:pPr>
              <w:spacing w:after="0"/>
              <w:jc w:val="left"/>
            </w:pPr>
            <w:r>
              <w:rPr>
                <w:sz w:val="16"/>
              </w:rPr>
              <w:t>days per year with a strike</w:t>
            </w:r>
          </w:p>
        </w:tc>
        <w:tc>
          <w:tcPr>
            <w:tcW w:type="dxa" w:w="1717"/>
          </w:tcPr>
          <w:p>
            <w:pPr>
              <w:spacing w:after="0"/>
              <w:jc w:val="left"/>
            </w:pPr>
            <w:r>
              <w:rPr>
                <w:sz w:val="16"/>
              </w:rPr>
              <w:t>about 50.3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6.55</w:t>
            </w:r>
          </w:p>
        </w:tc>
        <w:tc>
          <w:tcPr>
            <w:tcW w:type="dxa" w:w="1335"/>
          </w:tcPr>
          <w:p>
            <w:pPr>
              <w:spacing w:after="0"/>
              <w:jc w:val="left"/>
            </w:pPr>
            <w:r>
              <w:rPr>
                <w:sz w:val="16"/>
              </w:rPr>
              <w:t>events per year</w:t>
            </w:r>
          </w:p>
        </w:tc>
        <w:tc>
          <w:tcPr>
            <w:tcW w:type="dxa" w:w="1717"/>
          </w:tcPr>
          <w:p>
            <w:pPr>
              <w:spacing w:after="0"/>
              <w:jc w:val="left"/>
            </w:pPr>
            <w:r>
              <w:rPr>
                <w:sz w:val="16"/>
              </w:rPr>
              <w:t>about 6.55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249</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0.6</w:t>
            </w:r>
          </w:p>
        </w:tc>
        <w:tc>
          <w:tcPr>
            <w:tcW w:type="dxa" w:w="1335"/>
          </w:tcPr>
          <w:p>
            <w:pPr>
              <w:spacing w:after="0"/>
              <w:jc w:val="left"/>
            </w:pPr>
            <w:r>
              <w:rPr>
                <w:sz w:val="16"/>
              </w:rPr>
              <w:t>events per year</w:t>
            </w:r>
          </w:p>
        </w:tc>
        <w:tc>
          <w:tcPr>
            <w:tcW w:type="dxa" w:w="1717"/>
          </w:tcPr>
          <w:p>
            <w:pPr>
              <w:spacing w:after="0"/>
              <w:jc w:val="left"/>
            </w:pPr>
            <w:r>
              <w:rPr>
                <w:sz w:val="16"/>
              </w:rPr>
              <w:t>about 0.6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0.00304</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0.304%</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12.1</w:t>
            </w:r>
          </w:p>
        </w:tc>
        <w:tc>
          <w:tcPr>
            <w:tcW w:type="dxa" w:w="1335"/>
          </w:tcPr>
          <w:p>
            <w:pPr>
              <w:spacing w:after="0"/>
              <w:jc w:val="left"/>
            </w:pPr>
            <w:r>
              <w:rPr>
                <w:sz w:val="16"/>
              </w:rPr>
              <w:t>event-days per year</w:t>
            </w:r>
          </w:p>
        </w:tc>
        <w:tc>
          <w:tcPr>
            <w:tcW w:type="dxa" w:w="1717"/>
          </w:tcPr>
          <w:p>
            <w:pPr>
              <w:spacing w:after="0"/>
              <w:jc w:val="left"/>
            </w:pPr>
            <w:r>
              <w:rPr>
                <w:sz w:val="16"/>
              </w:rPr>
              <w:t>about 12.1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20 of 30 years, 1996 to 2025 (66.7%)</w:t>
            </w:r>
          </w:p>
        </w:tc>
        <w:tc>
          <w:tcPr>
            <w:tcW w:type="dxa" w:w="1572"/>
          </w:tcPr>
          <w:p>
            <w:pPr>
              <w:spacing w:after="0"/>
              <w:jc w:val="right"/>
            </w:pPr>
            <w:r>
              <w:rPr>
                <w:sz w:val="16"/>
              </w:rPr>
              <w:t>230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74</w:t>
            </w:r>
          </w:p>
        </w:tc>
        <w:tc>
          <w:tcPr>
            <w:tcW w:type="dxa" w:w="1381"/>
          </w:tcPr>
          <w:p>
            <w:pPr>
              <w:spacing w:after="0"/>
              <w:jc w:val="right"/>
            </w:pPr>
            <w:r>
              <w:rPr>
                <w:sz w:val="16"/>
              </w:rPr>
              <w:t>30</w:t>
            </w:r>
          </w:p>
        </w:tc>
        <w:tc>
          <w:tcPr>
            <w:tcW w:type="dxa" w:w="1381"/>
          </w:tcPr>
          <w:p>
            <w:pPr>
              <w:spacing w:after="0"/>
              <w:jc w:val="right"/>
            </w:pPr>
            <w:r>
              <w:rPr>
                <w:sz w:val="16"/>
              </w:rPr>
              <w:t>2.47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94</w:t>
            </w:r>
          </w:p>
        </w:tc>
        <w:tc>
          <w:tcPr>
            <w:tcW w:type="dxa" w:w="1381"/>
          </w:tcPr>
          <w:p>
            <w:pPr>
              <w:spacing w:after="0"/>
              <w:jc w:val="right"/>
            </w:pPr>
            <w:r>
              <w:rPr>
                <w:sz w:val="16"/>
              </w:rPr>
              <w:t>30</w:t>
            </w:r>
          </w:p>
        </w:tc>
        <w:tc>
          <w:tcPr>
            <w:tcW w:type="dxa" w:w="1381"/>
          </w:tcPr>
          <w:p>
            <w:pPr>
              <w:spacing w:after="0"/>
              <w:jc w:val="right"/>
            </w:pPr>
            <w:r>
              <w:rPr>
                <w:sz w:val="16"/>
              </w:rPr>
              <w:t>3.13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67.5</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Drought</w:t>
            </w:r>
          </w:p>
        </w:tc>
        <w:tc>
          <w:tcPr>
            <w:tcW w:type="dxa" w:w="3270"/>
          </w:tcPr>
          <w:p>
            <w:pPr>
              <w:spacing w:after="0"/>
              <w:jc w:val="right"/>
            </w:pPr>
            <w:r>
              <w:rPr>
                <w:sz w:val="16"/>
              </w:rPr>
              <w:t>94.5</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29.6</w:t>
            </w:r>
          </w:p>
        </w:tc>
        <w:tc>
          <w:tcPr>
            <w:tcW w:type="dxa" w:w="6217"/>
          </w:tcPr>
          <w:p>
            <w:pPr>
              <w:spacing w:after="0"/>
              <w:jc w:val="left"/>
            </w:pPr>
            <w:r>
              <w:rPr>
                <w:sz w:val="16"/>
              </w:rPr>
              <w:t>Very Low</w:t>
            </w:r>
          </w:p>
        </w:tc>
      </w:tr>
      <w:tr>
        <w:trPr>
          <w:cantSplit/>
        </w:trPr>
        <w:tc>
          <w:tcPr>
            <w:tcW w:type="dxa" w:w="4624"/>
          </w:tcPr>
          <w:p>
            <w:pPr>
              <w:spacing w:after="0"/>
              <w:jc w:val="left"/>
            </w:pPr>
            <w:r>
              <w:rPr>
                <w:sz w:val="16"/>
              </w:rPr>
              <w:t>Hail</w:t>
            </w:r>
          </w:p>
        </w:tc>
        <w:tc>
          <w:tcPr>
            <w:tcW w:type="dxa" w:w="3270"/>
          </w:tcPr>
          <w:p>
            <w:pPr>
              <w:spacing w:after="0"/>
              <w:jc w:val="right"/>
            </w:pPr>
            <w:r>
              <w:rPr>
                <w:sz w:val="16"/>
              </w:rPr>
              <w:t>98.9</w:t>
            </w:r>
          </w:p>
        </w:tc>
        <w:tc>
          <w:tcPr>
            <w:tcW w:type="dxa" w:w="6217"/>
          </w:tcPr>
          <w:p>
            <w:pPr>
              <w:spacing w:after="0"/>
              <w:jc w:val="left"/>
            </w:pPr>
            <w:r>
              <w:rPr>
                <w:sz w:val="16"/>
              </w:rPr>
              <w:t>Very High</w:t>
            </w:r>
          </w:p>
        </w:tc>
      </w:tr>
      <w:tr>
        <w:trPr>
          <w:cantSplit/>
        </w:trPr>
        <w:tc>
          <w:tcPr>
            <w:tcW w:type="dxa" w:w="4624"/>
          </w:tcPr>
          <w:p>
            <w:pPr>
              <w:spacing w:after="0"/>
              <w:jc w:val="left"/>
            </w:pPr>
            <w:r>
              <w:rPr>
                <w:sz w:val="16"/>
              </w:rPr>
              <w:t>Heat Wave</w:t>
            </w:r>
          </w:p>
        </w:tc>
        <w:tc>
          <w:tcPr>
            <w:tcW w:type="dxa" w:w="3270"/>
          </w:tcPr>
          <w:p>
            <w:pPr>
              <w:spacing w:after="0"/>
              <w:jc w:val="right"/>
            </w:pPr>
            <w:r>
              <w:rPr>
                <w:sz w:val="16"/>
              </w:rPr>
              <w:t>76.2</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Hurricane</w:t>
            </w:r>
          </w:p>
        </w:tc>
        <w:tc>
          <w:tcPr>
            <w:tcW w:type="dxa" w:w="3270"/>
          </w:tcPr>
          <w:p>
            <w:pPr>
              <w:spacing w:after="0"/>
              <w:jc w:val="right"/>
            </w:pPr>
          </w:p>
        </w:tc>
        <w:tc>
          <w:tcPr>
            <w:tcW w:type="dxa" w:w="6217"/>
          </w:tcPr>
          <w:p>
            <w:pPr>
              <w:spacing w:after="0"/>
              <w:jc w:val="left"/>
            </w:pPr>
            <w:r>
              <w:rPr>
                <w:sz w:val="16"/>
              </w:rPr>
              <w:t>No Rating</w:t>
            </w:r>
          </w:p>
        </w:tc>
      </w:tr>
      <w:tr>
        <w:trPr>
          <w:cantSplit/>
        </w:trPr>
        <w:tc>
          <w:tcPr>
            <w:tcW w:type="dxa" w:w="4624"/>
          </w:tcPr>
          <w:p>
            <w:pPr>
              <w:spacing w:after="0"/>
              <w:jc w:val="left"/>
            </w:pPr>
            <w:r>
              <w:rPr>
                <w:sz w:val="16"/>
              </w:rPr>
              <w:t>Ice Storm</w:t>
            </w:r>
          </w:p>
        </w:tc>
        <w:tc>
          <w:tcPr>
            <w:tcW w:type="dxa" w:w="3270"/>
          </w:tcPr>
          <w:p>
            <w:pPr>
              <w:spacing w:after="0"/>
              <w:jc w:val="right"/>
            </w:pPr>
            <w:r>
              <w:rPr>
                <w:sz w:val="16"/>
              </w:rPr>
              <w:t>98.3</w:t>
            </w:r>
          </w:p>
        </w:tc>
        <w:tc>
          <w:tcPr>
            <w:tcW w:type="dxa" w:w="6217"/>
          </w:tcPr>
          <w:p>
            <w:pPr>
              <w:spacing w:after="0"/>
              <w:jc w:val="left"/>
            </w:pPr>
            <w:r>
              <w:rPr>
                <w:sz w:val="16"/>
              </w:rPr>
              <w:t>Very High</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98.2</w:t>
            </w:r>
          </w:p>
        </w:tc>
        <w:tc>
          <w:tcPr>
            <w:tcW w:type="dxa" w:w="6217"/>
          </w:tcPr>
          <w:p>
            <w:pPr>
              <w:spacing w:after="0"/>
              <w:jc w:val="left"/>
            </w:pPr>
            <w:r>
              <w:rPr>
                <w:sz w:val="16"/>
              </w:rPr>
              <w:t>Very High</w:t>
            </w:r>
          </w:p>
        </w:tc>
      </w:tr>
      <w:tr>
        <w:trPr>
          <w:cantSplit/>
        </w:trPr>
        <w:tc>
          <w:tcPr>
            <w:tcW w:type="dxa" w:w="4624"/>
          </w:tcPr>
          <w:p>
            <w:pPr>
              <w:spacing w:after="0"/>
              <w:jc w:val="left"/>
            </w:pPr>
            <w:r>
              <w:rPr>
                <w:sz w:val="16"/>
              </w:rPr>
              <w:t>Landslide</w:t>
            </w:r>
          </w:p>
        </w:tc>
        <w:tc>
          <w:tcPr>
            <w:tcW w:type="dxa" w:w="3270"/>
          </w:tcPr>
          <w:p>
            <w:pPr>
              <w:spacing w:after="0"/>
              <w:jc w:val="right"/>
            </w:pPr>
            <w:r>
              <w:rPr>
                <w:sz w:val="16"/>
              </w:rPr>
              <w:t>95.3</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99.4</w:t>
            </w:r>
          </w:p>
        </w:tc>
        <w:tc>
          <w:tcPr>
            <w:tcW w:type="dxa" w:w="6217"/>
          </w:tcPr>
          <w:p>
            <w:pPr>
              <w:spacing w:after="0"/>
              <w:jc w:val="left"/>
            </w:pPr>
            <w:r>
              <w:rPr>
                <w:sz w:val="16"/>
              </w:rPr>
              <w:t>Very High</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99.1</w:t>
            </w:r>
          </w:p>
        </w:tc>
        <w:tc>
          <w:tcPr>
            <w:tcW w:type="dxa" w:w="6217"/>
          </w:tcPr>
          <w:p>
            <w:pPr>
              <w:spacing w:after="0"/>
              <w:jc w:val="left"/>
            </w:pPr>
            <w:r>
              <w:rPr>
                <w:sz w:val="16"/>
              </w:rPr>
              <w:t>Very High</w:t>
            </w:r>
          </w:p>
        </w:tc>
      </w:tr>
      <w:tr>
        <w:trPr>
          <w:cantSplit/>
        </w:trPr>
        <w:tc>
          <w:tcPr>
            <w:tcW w:type="dxa" w:w="4624"/>
          </w:tcPr>
          <w:p>
            <w:pPr>
              <w:spacing w:after="0"/>
              <w:jc w:val="left"/>
            </w:pPr>
            <w:r>
              <w:rPr>
                <w:sz w:val="16"/>
              </w:rPr>
              <w:t>Tornado</w:t>
            </w:r>
          </w:p>
        </w:tc>
        <w:tc>
          <w:tcPr>
            <w:tcW w:type="dxa" w:w="3270"/>
          </w:tcPr>
          <w:p>
            <w:pPr>
              <w:spacing w:after="0"/>
              <w:jc w:val="right"/>
            </w:pPr>
            <w:r>
              <w:rPr>
                <w:sz w:val="16"/>
              </w:rPr>
              <w:t>97.5</w:t>
            </w:r>
          </w:p>
        </w:tc>
        <w:tc>
          <w:tcPr>
            <w:tcW w:type="dxa" w:w="6217"/>
          </w:tcPr>
          <w:p>
            <w:pPr>
              <w:spacing w:after="0"/>
              <w:jc w:val="left"/>
            </w:pPr>
            <w:r>
              <w:rPr>
                <w:sz w:val="16"/>
              </w:rPr>
              <w:t>Very High</w:t>
            </w:r>
          </w:p>
        </w:tc>
      </w:tr>
      <w:tr>
        <w:trPr>
          <w:cantSplit/>
        </w:trPr>
        <w:tc>
          <w:tcPr>
            <w:tcW w:type="dxa" w:w="4624"/>
          </w:tcPr>
          <w:p>
            <w:pPr>
              <w:spacing w:after="0"/>
              <w:jc w:val="left"/>
            </w:pPr>
            <w:r>
              <w:rPr>
                <w:sz w:val="16"/>
              </w:rPr>
              <w:t>Wildfire</w:t>
            </w:r>
          </w:p>
        </w:tc>
        <w:tc>
          <w:tcPr>
            <w:tcW w:type="dxa" w:w="3270"/>
          </w:tcPr>
          <w:p>
            <w:pPr>
              <w:spacing w:after="0"/>
              <w:jc w:val="right"/>
            </w:pPr>
            <w:r>
              <w:rPr>
                <w:sz w:val="16"/>
              </w:rPr>
              <w:t>98.1</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98.0</w:t>
            </w:r>
          </w:p>
        </w:tc>
        <w:tc>
          <w:tcPr>
            <w:tcW w:type="dxa" w:w="6217"/>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95"/>
        <w:gridCol w:w="733"/>
        <w:gridCol w:w="2465"/>
        <w:gridCol w:w="2272"/>
        <w:gridCol w:w="2349"/>
        <w:gridCol w:w="2657"/>
        <w:gridCol w:w="1940"/>
      </w:tblGrid>
      <w:tr>
        <w:trPr>
          <w:cantSplit/>
          <w:tblHeader/>
        </w:trPr>
        <w:tc>
          <w:tcPr>
            <w:tcW w:type="dxa" w:w="1695"/>
            <w:shd w:val="clear" w:color="auto" w:fill="E8E8E8"/>
          </w:tcPr>
          <w:p>
            <w:pPr>
              <w:spacing w:after="0"/>
              <w:jc w:val="left"/>
            </w:pPr>
            <w:r>
              <w:rPr>
                <w:b/>
                <w:sz w:val="16"/>
              </w:rPr>
              <w:t>Jurisdiction</w:t>
            </w:r>
          </w:p>
        </w:tc>
        <w:tc>
          <w:tcPr>
            <w:tcW w:type="dxa" w:w="733"/>
            <w:shd w:val="clear" w:color="auto" w:fill="E8E8E8"/>
          </w:tcPr>
          <w:p>
            <w:pPr>
              <w:spacing w:after="0"/>
              <w:jc w:val="left"/>
            </w:pPr>
            <w:r>
              <w:rPr>
                <w:b/>
                <w:sz w:val="16"/>
              </w:rPr>
              <w:t>Type</w:t>
            </w:r>
          </w:p>
        </w:tc>
        <w:tc>
          <w:tcPr>
            <w:tcW w:type="dxa" w:w="2465"/>
            <w:shd w:val="clear" w:color="auto" w:fill="E8E8E8"/>
          </w:tcPr>
          <w:p>
            <w:pPr>
              <w:spacing w:after="0"/>
              <w:jc w:val="left"/>
            </w:pPr>
            <w:r>
              <w:rPr>
                <w:b/>
                <w:sz w:val="16"/>
              </w:rPr>
              <w:t>Plan status</w:t>
            </w:r>
          </w:p>
        </w:tc>
        <w:tc>
          <w:tcPr>
            <w:tcW w:type="dxa" w:w="22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4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40"/>
            <w:shd w:val="clear" w:color="auto" w:fill="E8E8E8"/>
          </w:tcPr>
          <w:p>
            <w:pPr>
              <w:spacing w:after="0"/>
              <w:jc w:val="left"/>
            </w:pPr>
            <w:r>
              <w:rPr>
                <w:b/>
                <w:sz w:val="16"/>
              </w:rPr>
              <w:t>Notes</w:t>
            </w:r>
          </w:p>
        </w:tc>
      </w:tr>
      <w:tr>
        <w:trPr>
          <w:cantSplit/>
        </w:trPr>
        <w:tc>
          <w:tcPr>
            <w:tcW w:type="dxa" w:w="1695"/>
          </w:tcPr>
          <w:p>
            <w:pPr>
              <w:spacing w:after="0"/>
              <w:jc w:val="left"/>
            </w:pPr>
            <w:r>
              <w:rPr>
                <w:sz w:val="16"/>
              </w:rPr>
              <w:t>Chase County</w:t>
            </w:r>
          </w:p>
        </w:tc>
        <w:tc>
          <w:tcPr>
            <w:tcW w:type="dxa" w:w="733"/>
          </w:tcPr>
          <w:p>
            <w:pPr>
              <w:spacing w:after="0"/>
              <w:jc w:val="left"/>
            </w:pPr>
            <w:r>
              <w:rPr>
                <w:sz w:val="16"/>
              </w:rPr>
              <w:t>County</w:t>
            </w:r>
          </w:p>
        </w:tc>
        <w:tc>
          <w:tcPr>
            <w:tcW w:type="dxa" w:w="2465"/>
          </w:tcPr>
          <w:p>
            <w:pPr>
              <w:spacing w:after="0"/>
              <w:jc w:val="left"/>
            </w:pPr>
            <w:r>
              <w:rPr>
                <w:sz w:val="16"/>
              </w:rPr>
              <w:t>Approved, expires 2031-01-20</w:t>
            </w:r>
          </w:p>
        </w:tc>
        <w:tc>
          <w:tcPr>
            <w:tcW w:type="dxa" w:w="2272"/>
          </w:tcPr>
          <w:p>
            <w:pPr>
              <w:spacing w:after="0"/>
              <w:jc w:val="right"/>
            </w:pPr>
            <w:r>
              <w:rPr>
                <w:sz w:val="16"/>
              </w:rPr>
              <w:t>FMA RL 0, SRL 0; any 0</w:t>
            </w:r>
          </w:p>
        </w:tc>
        <w:tc>
          <w:tcPr>
            <w:tcW w:type="dxa" w:w="2349"/>
          </w:tcPr>
          <w:p>
            <w:pPr>
              <w:spacing w:after="0"/>
              <w:jc w:val="right"/>
            </w:pPr>
            <w:r>
              <w:rPr>
                <w:sz w:val="16"/>
              </w:rPr>
              <w:t>$1,880,419.19</w:t>
            </w:r>
          </w:p>
        </w:tc>
        <w:tc>
          <w:tcPr>
            <w:tcW w:type="dxa" w:w="2657"/>
          </w:tcPr>
          <w:p>
            <w:pPr>
              <w:spacing w:after="0"/>
              <w:jc w:val="right"/>
            </w:pPr>
            <w:r>
              <w:rPr>
                <w:sz w:val="16"/>
              </w:rPr>
              <w:t>0 total; 0 since its plan</w:t>
            </w:r>
          </w:p>
        </w:tc>
        <w:tc>
          <w:tcPr>
            <w:tcW w:type="dxa" w:w="1940"/>
          </w:tcPr>
          <w:p>
            <w:pPr>
              <w:spacing w:after="0"/>
              <w:jc w:val="left"/>
            </w:pPr>
          </w:p>
        </w:tc>
      </w:tr>
      <w:tr>
        <w:trPr>
          <w:cantSplit/>
        </w:trPr>
        <w:tc>
          <w:tcPr>
            <w:tcW w:type="dxa" w:w="1695"/>
          </w:tcPr>
          <w:p>
            <w:pPr>
              <w:spacing w:after="0"/>
              <w:jc w:val="left"/>
            </w:pPr>
            <w:r>
              <w:rPr>
                <w:sz w:val="16"/>
              </w:rPr>
              <w:t>Cedar Point city</w:t>
            </w:r>
          </w:p>
        </w:tc>
        <w:tc>
          <w:tcPr>
            <w:tcW w:type="dxa" w:w="733"/>
          </w:tcPr>
          <w:p>
            <w:pPr>
              <w:spacing w:after="0"/>
              <w:jc w:val="left"/>
            </w:pPr>
            <w:r>
              <w:rPr>
                <w:sz w:val="16"/>
              </w:rPr>
              <w:t>City</w:t>
            </w:r>
          </w:p>
        </w:tc>
        <w:tc>
          <w:tcPr>
            <w:tcW w:type="dxa" w:w="2465"/>
          </w:tcPr>
          <w:p>
            <w:pPr>
              <w:spacing w:after="0"/>
              <w:jc w:val="left"/>
            </w:pPr>
            <w:r>
              <w:rPr>
                <w:sz w:val="16"/>
              </w:rPr>
              <w:t>Plan 111260 approved 2026-01-21, pending adoption here; not yet eligible</w:t>
            </w:r>
          </w:p>
        </w:tc>
        <w:tc>
          <w:tcPr>
            <w:tcW w:type="dxa" w:w="2272"/>
          </w:tcPr>
          <w:p>
            <w:pPr>
              <w:spacing w:after="0"/>
              <w:jc w:val="right"/>
            </w:pPr>
            <w:r>
              <w:rPr>
                <w:sz w:val="16"/>
              </w:rPr>
              <w:t>FMA RL 0, SRL 0; any 0</w:t>
            </w:r>
          </w:p>
        </w:tc>
        <w:tc>
          <w:tcPr>
            <w:tcW w:type="dxa" w:w="2349"/>
          </w:tcPr>
          <w:p>
            <w:pPr>
              <w:spacing w:after="0"/>
              <w:jc w:val="right"/>
            </w:pPr>
            <w:r>
              <w:rPr>
                <w:sz w:val="16"/>
              </w:rPr>
              <w:t>no Public Assistance recorded</w:t>
            </w:r>
          </w:p>
        </w:tc>
        <w:tc>
          <w:tcPr>
            <w:tcW w:type="dxa" w:w="2657"/>
          </w:tcPr>
          <w:p>
            <w:pPr>
              <w:spacing w:after="0"/>
              <w:jc w:val="right"/>
            </w:pPr>
            <w:r>
              <w:rPr>
                <w:sz w:val="16"/>
              </w:rPr>
              <w:t>1 total; no approved plan</w:t>
            </w:r>
          </w:p>
        </w:tc>
        <w:tc>
          <w:tcPr>
            <w:tcW w:type="dxa" w:w="1940"/>
          </w:tcPr>
          <w:p>
            <w:pPr>
              <w:spacing w:after="0"/>
              <w:jc w:val="left"/>
            </w:pPr>
          </w:p>
        </w:tc>
      </w:tr>
      <w:tr>
        <w:trPr>
          <w:cantSplit/>
        </w:trPr>
        <w:tc>
          <w:tcPr>
            <w:tcW w:type="dxa" w:w="1695"/>
          </w:tcPr>
          <w:p>
            <w:pPr>
              <w:spacing w:after="0"/>
              <w:jc w:val="left"/>
            </w:pPr>
            <w:r>
              <w:rPr>
                <w:sz w:val="16"/>
              </w:rPr>
              <w:t>Cottonwood Falls city</w:t>
            </w:r>
          </w:p>
        </w:tc>
        <w:tc>
          <w:tcPr>
            <w:tcW w:type="dxa" w:w="733"/>
          </w:tcPr>
          <w:p>
            <w:pPr>
              <w:spacing w:after="0"/>
              <w:jc w:val="left"/>
            </w:pPr>
            <w:r>
              <w:rPr>
                <w:sz w:val="16"/>
              </w:rPr>
              <w:t>City</w:t>
            </w:r>
          </w:p>
        </w:tc>
        <w:tc>
          <w:tcPr>
            <w:tcW w:type="dxa" w:w="2465"/>
          </w:tcPr>
          <w:p>
            <w:pPr>
              <w:spacing w:after="0"/>
              <w:jc w:val="left"/>
            </w:pPr>
            <w:r>
              <w:rPr>
                <w:sz w:val="16"/>
              </w:rPr>
              <w:t>Plan 111260 approved 2026-01-21, pending adoption here; not yet eligible</w:t>
            </w:r>
          </w:p>
        </w:tc>
        <w:tc>
          <w:tcPr>
            <w:tcW w:type="dxa" w:w="2272"/>
          </w:tcPr>
          <w:p>
            <w:pPr>
              <w:spacing w:after="0"/>
              <w:jc w:val="right"/>
            </w:pPr>
            <w:r>
              <w:rPr>
                <w:sz w:val="16"/>
              </w:rPr>
              <w:t>FMA RL 0, SRL 0; any 0</w:t>
            </w:r>
          </w:p>
        </w:tc>
        <w:tc>
          <w:tcPr>
            <w:tcW w:type="dxa" w:w="2349"/>
          </w:tcPr>
          <w:p>
            <w:pPr>
              <w:spacing w:after="0"/>
              <w:jc w:val="right"/>
            </w:pPr>
            <w:r>
              <w:rPr>
                <w:sz w:val="16"/>
              </w:rPr>
              <w:t>$4,239.50</w:t>
            </w:r>
          </w:p>
        </w:tc>
        <w:tc>
          <w:tcPr>
            <w:tcW w:type="dxa" w:w="2657"/>
          </w:tcPr>
          <w:p>
            <w:pPr>
              <w:spacing w:after="0"/>
              <w:jc w:val="right"/>
            </w:pPr>
            <w:r>
              <w:rPr>
                <w:sz w:val="16"/>
              </w:rPr>
              <w:t>94 total; no approved plan</w:t>
            </w:r>
          </w:p>
        </w:tc>
        <w:tc>
          <w:tcPr>
            <w:tcW w:type="dxa" w:w="1940"/>
          </w:tcPr>
          <w:p>
            <w:pPr>
              <w:spacing w:after="0"/>
              <w:jc w:val="left"/>
            </w:pPr>
          </w:p>
        </w:tc>
      </w:tr>
      <w:tr>
        <w:trPr>
          <w:cantSplit/>
        </w:trPr>
        <w:tc>
          <w:tcPr>
            <w:tcW w:type="dxa" w:w="1695"/>
          </w:tcPr>
          <w:p>
            <w:pPr>
              <w:spacing w:after="0"/>
              <w:jc w:val="left"/>
            </w:pPr>
            <w:r>
              <w:rPr>
                <w:sz w:val="16"/>
              </w:rPr>
              <w:t>Elmdale city</w:t>
            </w:r>
          </w:p>
        </w:tc>
        <w:tc>
          <w:tcPr>
            <w:tcW w:type="dxa" w:w="733"/>
          </w:tcPr>
          <w:p>
            <w:pPr>
              <w:spacing w:after="0"/>
              <w:jc w:val="left"/>
            </w:pPr>
            <w:r>
              <w:rPr>
                <w:sz w:val="16"/>
              </w:rPr>
              <w:t>City</w:t>
            </w:r>
          </w:p>
        </w:tc>
        <w:tc>
          <w:tcPr>
            <w:tcW w:type="dxa" w:w="2465"/>
          </w:tcPr>
          <w:p>
            <w:pPr>
              <w:spacing w:after="0"/>
              <w:jc w:val="left"/>
            </w:pPr>
            <w:r>
              <w:rPr>
                <w:sz w:val="16"/>
              </w:rPr>
              <w:t>Plan 111260 approved 2026-01-21, pending adoption here; not yet eligible</w:t>
            </w:r>
          </w:p>
        </w:tc>
        <w:tc>
          <w:tcPr>
            <w:tcW w:type="dxa" w:w="2272"/>
          </w:tcPr>
          <w:p>
            <w:pPr>
              <w:spacing w:after="0"/>
              <w:jc w:val="right"/>
            </w:pPr>
            <w:r>
              <w:rPr>
                <w:sz w:val="16"/>
              </w:rPr>
              <w:t>FMA RL 0, SRL 0; any 0</w:t>
            </w:r>
          </w:p>
        </w:tc>
        <w:tc>
          <w:tcPr>
            <w:tcW w:type="dxa" w:w="2349"/>
          </w:tcPr>
          <w:p>
            <w:pPr>
              <w:spacing w:after="0"/>
              <w:jc w:val="right"/>
            </w:pPr>
            <w:r>
              <w:rPr>
                <w:sz w:val="16"/>
              </w:rPr>
              <w:t>$6,403.85</w:t>
            </w:r>
          </w:p>
        </w:tc>
        <w:tc>
          <w:tcPr>
            <w:tcW w:type="dxa" w:w="2657"/>
          </w:tcPr>
          <w:p>
            <w:pPr>
              <w:spacing w:after="0"/>
              <w:jc w:val="right"/>
            </w:pPr>
            <w:r>
              <w:rPr>
                <w:sz w:val="16"/>
              </w:rPr>
              <w:t>48 total; no approved plan</w:t>
            </w:r>
          </w:p>
        </w:tc>
        <w:tc>
          <w:tcPr>
            <w:tcW w:type="dxa" w:w="1940"/>
          </w:tcPr>
          <w:p>
            <w:pPr>
              <w:spacing w:after="0"/>
              <w:jc w:val="left"/>
            </w:pPr>
          </w:p>
        </w:tc>
      </w:tr>
      <w:tr>
        <w:trPr>
          <w:cantSplit/>
        </w:trPr>
        <w:tc>
          <w:tcPr>
            <w:tcW w:type="dxa" w:w="1695"/>
          </w:tcPr>
          <w:p>
            <w:pPr>
              <w:spacing w:after="0"/>
              <w:jc w:val="left"/>
            </w:pPr>
            <w:r>
              <w:rPr>
                <w:sz w:val="16"/>
              </w:rPr>
              <w:t>Strong City city</w:t>
            </w:r>
          </w:p>
        </w:tc>
        <w:tc>
          <w:tcPr>
            <w:tcW w:type="dxa" w:w="733"/>
          </w:tcPr>
          <w:p>
            <w:pPr>
              <w:spacing w:after="0"/>
              <w:jc w:val="left"/>
            </w:pPr>
            <w:r>
              <w:rPr>
                <w:sz w:val="16"/>
              </w:rPr>
              <w:t>City</w:t>
            </w:r>
          </w:p>
        </w:tc>
        <w:tc>
          <w:tcPr>
            <w:tcW w:type="dxa" w:w="2465"/>
          </w:tcPr>
          <w:p>
            <w:pPr>
              <w:spacing w:after="0"/>
              <w:jc w:val="left"/>
            </w:pPr>
            <w:r>
              <w:rPr>
                <w:sz w:val="16"/>
              </w:rPr>
              <w:t>Approved, expires 2031-01-20</w:t>
            </w:r>
          </w:p>
        </w:tc>
        <w:tc>
          <w:tcPr>
            <w:tcW w:type="dxa" w:w="2272"/>
          </w:tcPr>
          <w:p>
            <w:pPr>
              <w:spacing w:after="0"/>
              <w:jc w:val="right"/>
            </w:pPr>
            <w:r>
              <w:rPr>
                <w:sz w:val="16"/>
              </w:rPr>
              <w:t>FMA RL 0, SRL 0; any 0</w:t>
            </w:r>
          </w:p>
        </w:tc>
        <w:tc>
          <w:tcPr>
            <w:tcW w:type="dxa" w:w="2349"/>
          </w:tcPr>
          <w:p>
            <w:pPr>
              <w:spacing w:after="0"/>
              <w:jc w:val="right"/>
            </w:pPr>
            <w:r>
              <w:rPr>
                <w:sz w:val="16"/>
              </w:rPr>
              <w:t>$355,857.58</w:t>
            </w:r>
          </w:p>
        </w:tc>
        <w:tc>
          <w:tcPr>
            <w:tcW w:type="dxa" w:w="2657"/>
          </w:tcPr>
          <w:p>
            <w:pPr>
              <w:spacing w:after="0"/>
              <w:jc w:val="right"/>
            </w:pPr>
            <w:r>
              <w:rPr>
                <w:sz w:val="16"/>
              </w:rPr>
              <w:t>34 total; 2 since its plan</w:t>
            </w:r>
          </w:p>
        </w:tc>
        <w:tc>
          <w:tcPr>
            <w:tcW w:type="dxa" w:w="1940"/>
          </w:tcPr>
          <w:p>
            <w:pPr>
              <w:spacing w:after="0"/>
              <w:jc w:val="left"/>
            </w:pPr>
          </w:p>
        </w:tc>
      </w:tr>
      <w:tr>
        <w:trPr>
          <w:cantSplit/>
        </w:trPr>
        <w:tc>
          <w:tcPr>
            <w:tcW w:type="dxa" w:w="1695"/>
          </w:tcPr>
          <w:p>
            <w:pPr>
              <w:spacing w:after="0"/>
              <w:jc w:val="left"/>
            </w:pPr>
            <w:r>
              <w:rPr>
                <w:sz w:val="16"/>
              </w:rPr>
              <w:t>Matfield township</w:t>
            </w:r>
          </w:p>
        </w:tc>
        <w:tc>
          <w:tcPr>
            <w:tcW w:type="dxa" w:w="733"/>
          </w:tcPr>
          <w:p>
            <w:pPr>
              <w:spacing w:after="0"/>
              <w:jc w:val="left"/>
            </w:pPr>
            <w:r>
              <w:rPr>
                <w:sz w:val="16"/>
              </w:rPr>
              <w:t>City</w:t>
            </w:r>
          </w:p>
        </w:tc>
        <w:tc>
          <w:tcPr>
            <w:tcW w:type="dxa" w:w="2465"/>
          </w:tcPr>
          <w:p>
            <w:pPr>
              <w:spacing w:after="0"/>
              <w:jc w:val="left"/>
            </w:pPr>
            <w:r>
              <w:rPr>
                <w:sz w:val="16"/>
              </w:rPr>
              <w:t>Approved, expires 2031-01-20</w:t>
            </w:r>
          </w:p>
        </w:tc>
        <w:tc>
          <w:tcPr>
            <w:tcW w:type="dxa" w:w="2272"/>
          </w:tcPr>
          <w:p>
            <w:pPr>
              <w:spacing w:after="0"/>
              <w:jc w:val="right"/>
            </w:pPr>
          </w:p>
        </w:tc>
        <w:tc>
          <w:tcPr>
            <w:tcW w:type="dxa" w:w="2349"/>
          </w:tcPr>
          <w:p>
            <w:pPr>
              <w:spacing w:after="0"/>
              <w:jc w:val="right"/>
            </w:pPr>
            <w:r>
              <w:rPr>
                <w:sz w:val="16"/>
              </w:rPr>
              <w:t>no Public Assistance recorded</w:t>
            </w:r>
          </w:p>
        </w:tc>
        <w:tc>
          <w:tcPr>
            <w:tcW w:type="dxa" w:w="2657"/>
          </w:tcPr>
          <w:p>
            <w:pPr>
              <w:spacing w:after="0"/>
              <w:jc w:val="right"/>
            </w:pPr>
            <w:r>
              <w:rPr>
                <w:sz w:val="16"/>
              </w:rPr>
              <w:t>0 total; 0 since its plan</w:t>
            </w:r>
          </w:p>
        </w:tc>
        <w:tc>
          <w:tcPr>
            <w:tcW w:type="dxa" w:w="1940"/>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2026-01-21</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$1,009,246,306</w:t>
            </w:r>
          </w:p>
        </w:tc>
        <w:tc>
          <w:tcPr>
            <w:tcW w:type="dxa" w:w="1215"/>
          </w:tcPr>
          <w:p>
            <w:pPr>
              <w:spacing w:after="0"/>
              <w:jc w:val="right"/>
            </w:pPr>
            <w:r>
              <w:rPr>
                <w:sz w:val="16"/>
              </w:rPr>
              <w:t>$109,995,896</w:t>
            </w:r>
          </w:p>
        </w:tc>
        <w:tc>
          <w:tcPr>
            <w:tcW w:type="dxa" w:w="1044"/>
          </w:tcPr>
          <w:p>
            <w:pPr>
              <w:spacing w:after="0"/>
              <w:jc w:val="right"/>
            </w:pPr>
            <w:r>
              <w:rPr>
                <w:sz w:val="16"/>
              </w:rPr>
              <w:t>2,564</w:t>
            </w:r>
          </w:p>
        </w:tc>
        <w:tc>
          <w:tcPr>
            <w:tcW w:type="dxa" w:w="1037"/>
          </w:tcPr>
          <w:p>
            <w:pPr>
              <w:spacing w:after="0"/>
              <w:jc w:val="right"/>
            </w:pPr>
            <w:r>
              <w:rPr>
                <w:sz w:val="16"/>
              </w:rPr>
              <w:t>$3</w:t>
            </w:r>
          </w:p>
        </w:tc>
        <w:tc>
          <w:tcPr>
            <w:tcW w:type="dxa" w:w="1126"/>
          </w:tcPr>
          <w:p>
            <w:pPr>
              <w:spacing w:after="0"/>
              <w:jc w:val="right"/>
            </w:pPr>
            <w:r>
              <w:rPr>
                <w:sz w:val="16"/>
              </w:rPr>
              <w:t>$1,609</w:t>
            </w:r>
          </w:p>
        </w:tc>
        <w:tc>
          <w:tcPr>
            <w:tcW w:type="dxa" w:w="983"/>
          </w:tcPr>
          <w:p>
            <w:pPr>
              <w:spacing w:after="0"/>
              <w:jc w:val="right"/>
            </w:pPr>
            <w:r>
              <w:rPr>
                <w:sz w:val="16"/>
              </w:rPr>
              <w:t>$90,739</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$12,649,046</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$59,325</w:t>
            </w:r>
          </w:p>
        </w:tc>
        <w:tc>
          <w:tcPr>
            <w:tcW w:type="dxa" w:w="983"/>
          </w:tcPr>
          <w:p>
            <w:pPr>
              <w:spacing w:after="0"/>
              <w:jc w:val="right"/>
            </w:pPr>
            <w:r>
              <w:rPr>
                <w:sz w:val="16"/>
              </w:rPr>
              <w:t>n/a</w:t>
            </w:r>
          </w:p>
        </w:tc>
        <w:tc>
          <w:tcPr>
            <w:tcW w:type="dxa" w:w="1305"/>
          </w:tcPr>
          <w:p>
            <w:pPr>
              <w:spacing w:after="0"/>
              <w:jc w:val="right"/>
            </w:pPr>
            <w:r>
              <w:rPr>
                <w:sz w:val="16"/>
              </w:rPr>
              <w:t>0.469%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$1,822,733,713</w:t>
            </w:r>
          </w:p>
        </w:tc>
        <w:tc>
          <w:tcPr>
            <w:tcW w:type="dxa" w:w="1215"/>
          </w:tcPr>
          <w:p>
            <w:pPr>
              <w:spacing w:after="0"/>
              <w:jc w:val="right"/>
            </w:pPr>
            <w:r>
              <w:rPr>
                <w:sz w:val="16"/>
              </w:rPr>
              <w:t>n/a</w:t>
            </w:r>
          </w:p>
        </w:tc>
        <w:tc>
          <w:tcPr>
            <w:tcW w:type="dxa" w:w="1044"/>
          </w:tcPr>
          <w:p>
            <w:pPr>
              <w:spacing w:after="0"/>
              <w:jc w:val="right"/>
            </w:pPr>
            <w:r>
              <w:rPr>
                <w:sz w:val="16"/>
              </w:rPr>
              <w:t>2,572</w:t>
            </w:r>
          </w:p>
        </w:tc>
        <w:tc>
          <w:tcPr>
            <w:tcW w:type="dxa" w:w="1037"/>
          </w:tcPr>
          <w:p>
            <w:pPr>
              <w:spacing w:after="0"/>
              <w:jc w:val="right"/>
            </w:pPr>
            <w:r>
              <w:rPr>
                <w:sz w:val="16"/>
              </w:rPr>
              <w:t>$8,068</w:t>
            </w:r>
          </w:p>
        </w:tc>
        <w:tc>
          <w:tcPr>
            <w:tcW w:type="dxa" w:w="1126"/>
          </w:tcPr>
          <w:p>
            <w:pPr>
              <w:spacing w:after="0"/>
              <w:jc w:val="right"/>
            </w:pPr>
            <w:r>
              <w:rPr>
                <w:sz w:val="16"/>
              </w:rPr>
              <w:t>n/a</w:t>
            </w:r>
          </w:p>
        </w:tc>
        <w:tc>
          <w:tcPr>
            <w:tcW w:type="dxa" w:w="983"/>
          </w:tcPr>
          <w:p>
            <w:pPr>
              <w:spacing w:after="0"/>
              <w:jc w:val="right"/>
            </w:pPr>
            <w:r>
              <w:rPr>
                <w:sz w:val="16"/>
              </w:rPr>
              <w:t>$2,011</w:t>
            </w:r>
          </w:p>
        </w:tc>
        <w:tc>
          <w:tcPr>
            <w:tcW w:type="dxa" w:w="1305"/>
          </w:tcPr>
          <w:p>
            <w:pPr>
              <w:spacing w:after="0"/>
              <w:jc w:val="right"/>
            </w:pPr>
            <w:r>
              <w:rPr>
                <w:sz w:val="16"/>
              </w:rPr>
              <w:t>0.000443%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$1,009,246,526</w:t>
            </w:r>
          </w:p>
        </w:tc>
        <w:tc>
          <w:tcPr>
            <w:tcW w:type="dxa" w:w="1215"/>
          </w:tcPr>
          <w:p>
            <w:pPr>
              <w:spacing w:after="0"/>
              <w:jc w:val="right"/>
            </w:pPr>
            <w:r>
              <w:rPr>
                <w:sz w:val="16"/>
              </w:rPr>
              <w:t>$109,995,896</w:t>
            </w:r>
          </w:p>
        </w:tc>
        <w:tc>
          <w:tcPr>
            <w:tcW w:type="dxa" w:w="1044"/>
          </w:tcPr>
          <w:p>
            <w:pPr>
              <w:spacing w:after="0"/>
              <w:jc w:val="right"/>
            </w:pPr>
            <w:r>
              <w:rPr>
                <w:sz w:val="16"/>
              </w:rPr>
              <w:t>2,564</w:t>
            </w:r>
          </w:p>
        </w:tc>
        <w:tc>
          <w:tcPr>
            <w:tcW w:type="dxa" w:w="1037"/>
          </w:tcPr>
          <w:p>
            <w:pPr>
              <w:spacing w:after="0"/>
              <w:jc w:val="right"/>
            </w:pPr>
            <w:r>
              <w:rPr>
                <w:sz w:val="16"/>
              </w:rPr>
              <w:t>$71,796</w:t>
            </w:r>
          </w:p>
        </w:tc>
        <w:tc>
          <w:tcPr>
            <w:tcW w:type="dxa" w:w="1126"/>
          </w:tcPr>
          <w:p>
            <w:pPr>
              <w:spacing w:after="0"/>
              <w:jc w:val="right"/>
            </w:pPr>
            <w:r>
              <w:rPr>
                <w:sz w:val="16"/>
              </w:rPr>
              <w:t>$317,150</w:t>
            </w:r>
          </w:p>
        </w:tc>
        <w:tc>
          <w:tcPr>
            <w:tcW w:type="dxa" w:w="983"/>
          </w:tcPr>
          <w:p>
            <w:pPr>
              <w:spacing w:after="0"/>
              <w:jc w:val="right"/>
            </w:pPr>
            <w:r>
              <w:rPr>
                <w:sz w:val="16"/>
              </w:rPr>
              <w:t>$1,782</w:t>
            </w:r>
          </w:p>
        </w:tc>
        <w:tc>
          <w:tcPr>
            <w:tcW w:type="dxa" w:w="1305"/>
          </w:tcPr>
          <w:p>
            <w:pPr>
              <w:spacing w:after="0"/>
              <w:jc w:val="right"/>
            </w:pPr>
            <w:r>
              <w:rPr>
                <w:sz w:val="16"/>
              </w:rPr>
              <w:t>0.00711%</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$1,009,246,306</w:t>
            </w:r>
          </w:p>
        </w:tc>
        <w:tc>
          <w:tcPr>
            <w:tcW w:type="dxa" w:w="1215"/>
          </w:tcPr>
          <w:p>
            <w:pPr>
              <w:spacing w:after="0"/>
              <w:jc w:val="right"/>
            </w:pPr>
            <w:r>
              <w:rPr>
                <w:sz w:val="16"/>
              </w:rPr>
              <w:t>$109,995,896</w:t>
            </w:r>
          </w:p>
        </w:tc>
        <w:tc>
          <w:tcPr>
            <w:tcW w:type="dxa" w:w="1044"/>
          </w:tcPr>
          <w:p>
            <w:pPr>
              <w:spacing w:after="0"/>
              <w:jc w:val="right"/>
            </w:pPr>
            <w:r>
              <w:rPr>
                <w:sz w:val="16"/>
              </w:rPr>
              <w:t>2,564</w:t>
            </w:r>
          </w:p>
        </w:tc>
        <w:tc>
          <w:tcPr>
            <w:tcW w:type="dxa" w:w="1037"/>
          </w:tcPr>
          <w:p>
            <w:pPr>
              <w:spacing w:after="0"/>
              <w:jc w:val="right"/>
            </w:pPr>
            <w:r>
              <w:rPr>
                <w:sz w:val="16"/>
              </w:rPr>
              <w:t>$576</w:t>
            </w:r>
          </w:p>
        </w:tc>
        <w:tc>
          <w:tcPr>
            <w:tcW w:type="dxa" w:w="1126"/>
          </w:tcPr>
          <w:p>
            <w:pPr>
              <w:spacing w:after="0"/>
              <w:jc w:val="right"/>
            </w:pPr>
            <w:r>
              <w:rPr>
                <w:sz w:val="16"/>
              </w:rPr>
              <w:t>$56</w:t>
            </w:r>
          </w:p>
        </w:tc>
        <w:tc>
          <w:tcPr>
            <w:tcW w:type="dxa" w:w="983"/>
          </w:tcPr>
          <w:p>
            <w:pPr>
              <w:spacing w:after="0"/>
              <w:jc w:val="right"/>
            </w:pPr>
            <w:r>
              <w:rPr>
                <w:sz w:val="16"/>
              </w:rPr>
              <w:t>$81,249</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$1,009,246,526</w:t>
            </w:r>
          </w:p>
        </w:tc>
        <w:tc>
          <w:tcPr>
            <w:tcW w:type="dxa" w:w="1215"/>
          </w:tcPr>
          <w:p>
            <w:pPr>
              <w:spacing w:after="0"/>
              <w:jc w:val="right"/>
            </w:pPr>
            <w:r>
              <w:rPr>
                <w:sz w:val="16"/>
              </w:rPr>
              <w:t>$109,995,896</w:t>
            </w:r>
          </w:p>
        </w:tc>
        <w:tc>
          <w:tcPr>
            <w:tcW w:type="dxa" w:w="1044"/>
          </w:tcPr>
          <w:p>
            <w:pPr>
              <w:spacing w:after="0"/>
              <w:jc w:val="right"/>
            </w:pPr>
            <w:r>
              <w:rPr>
                <w:sz w:val="16"/>
              </w:rPr>
              <w:t>2,564</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83"/>
          </w:tcPr>
          <w:p>
            <w:pPr>
              <w:spacing w:after="0"/>
              <w:jc w:val="right"/>
            </w:pPr>
            <w:r>
              <w:rPr>
                <w:sz w:val="16"/>
              </w:rPr>
              <w:t>$0</w:t>
            </w:r>
          </w:p>
        </w:tc>
        <w:tc>
          <w:tcPr>
            <w:tcW w:type="dxa" w:w="1305"/>
          </w:tcPr>
          <w:p>
            <w:pPr>
              <w:spacing w:after="0"/>
              <w:jc w:val="right"/>
            </w:pPr>
            <w:r>
              <w:rPr>
                <w:sz w:val="16"/>
              </w:rPr>
              <w:t>0%</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$1,009,157,261</w:t>
            </w:r>
          </w:p>
        </w:tc>
        <w:tc>
          <w:tcPr>
            <w:tcW w:type="dxa" w:w="1215"/>
          </w:tcPr>
          <w:p>
            <w:pPr>
              <w:spacing w:after="0"/>
              <w:jc w:val="right"/>
            </w:pPr>
            <w:r>
              <w:rPr>
                <w:sz w:val="16"/>
              </w:rPr>
              <w:t>n/a</w:t>
            </w:r>
          </w:p>
        </w:tc>
        <w:tc>
          <w:tcPr>
            <w:tcW w:type="dxa" w:w="1044"/>
          </w:tcPr>
          <w:p>
            <w:pPr>
              <w:spacing w:after="0"/>
              <w:jc w:val="right"/>
            </w:pPr>
            <w:r>
              <w:rPr>
                <w:sz w:val="16"/>
              </w:rPr>
              <w:t>2,564</w:t>
            </w:r>
          </w:p>
        </w:tc>
        <w:tc>
          <w:tcPr>
            <w:tcW w:type="dxa" w:w="1037"/>
          </w:tcPr>
          <w:p>
            <w:pPr>
              <w:spacing w:after="0"/>
              <w:jc w:val="right"/>
            </w:pPr>
            <w:r>
              <w:rPr>
                <w:sz w:val="16"/>
              </w:rPr>
              <w:t>$83,835</w:t>
            </w:r>
          </w:p>
        </w:tc>
        <w:tc>
          <w:tcPr>
            <w:tcW w:type="dxa" w:w="1126"/>
          </w:tcPr>
          <w:p>
            <w:pPr>
              <w:spacing w:after="0"/>
              <w:jc w:val="right"/>
            </w:pPr>
            <w:r>
              <w:rPr>
                <w:sz w:val="16"/>
              </w:rPr>
              <w:t>n/a</w:t>
            </w:r>
          </w:p>
        </w:tc>
        <w:tc>
          <w:tcPr>
            <w:tcW w:type="dxa" w:w="983"/>
          </w:tcPr>
          <w:p>
            <w:pPr>
              <w:spacing w:after="0"/>
              <w:jc w:val="right"/>
            </w:pPr>
            <w:r>
              <w:rPr>
                <w:sz w:val="16"/>
              </w:rPr>
              <w:t>$43,940</w:t>
            </w:r>
          </w:p>
        </w:tc>
        <w:tc>
          <w:tcPr>
            <w:tcW w:type="dxa" w:w="1305"/>
          </w:tcPr>
          <w:p>
            <w:pPr>
              <w:spacing w:after="0"/>
              <w:jc w:val="right"/>
            </w:pPr>
            <w:r>
              <w:rPr>
                <w:sz w:val="16"/>
              </w:rPr>
              <w:t>0.00831%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$1,008,345,396</w:t>
            </w:r>
          </w:p>
        </w:tc>
        <w:tc>
          <w:tcPr>
            <w:tcW w:type="dxa" w:w="1215"/>
          </w:tcPr>
          <w:p>
            <w:pPr>
              <w:spacing w:after="0"/>
              <w:jc w:val="right"/>
            </w:pPr>
            <w:r>
              <w:rPr>
                <w:sz w:val="16"/>
              </w:rPr>
              <w:t>$46,618,722</w:t>
            </w:r>
          </w:p>
        </w:tc>
        <w:tc>
          <w:tcPr>
            <w:tcW w:type="dxa" w:w="1044"/>
          </w:tcPr>
          <w:p>
            <w:pPr>
              <w:spacing w:after="0"/>
              <w:jc w:val="right"/>
            </w:pPr>
            <w:r>
              <w:rPr>
                <w:sz w:val="16"/>
              </w:rPr>
              <w:t>297</w:t>
            </w:r>
          </w:p>
        </w:tc>
        <w:tc>
          <w:tcPr>
            <w:tcW w:type="dxa" w:w="1037"/>
          </w:tcPr>
          <w:p>
            <w:pPr>
              <w:spacing w:after="0"/>
              <w:jc w:val="right"/>
            </w:pPr>
            <w:r>
              <w:rPr>
                <w:sz w:val="16"/>
              </w:rPr>
              <w:t>$2,201,686</w:t>
            </w:r>
          </w:p>
        </w:tc>
        <w:tc>
          <w:tcPr>
            <w:tcW w:type="dxa" w:w="1126"/>
          </w:tcPr>
          <w:p>
            <w:pPr>
              <w:spacing w:after="0"/>
              <w:jc w:val="right"/>
            </w:pPr>
            <w:r>
              <w:rPr>
                <w:sz w:val="16"/>
              </w:rPr>
              <w:t>$402,701</w:t>
            </w:r>
          </w:p>
        </w:tc>
        <w:tc>
          <w:tcPr>
            <w:tcW w:type="dxa" w:w="983"/>
          </w:tcPr>
          <w:p>
            <w:pPr>
              <w:spacing w:after="0"/>
              <w:jc w:val="right"/>
            </w:pPr>
            <w:r>
              <w:rPr>
                <w:sz w:val="16"/>
              </w:rPr>
              <w:t>$177,572</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$13,568,889</w:t>
            </w:r>
          </w:p>
        </w:tc>
        <w:tc>
          <w:tcPr>
            <w:tcW w:type="dxa" w:w="1215"/>
          </w:tcPr>
          <w:p>
            <w:pPr>
              <w:spacing w:after="0"/>
              <w:jc w:val="right"/>
            </w:pPr>
            <w:r>
              <w:rPr>
                <w:sz w:val="16"/>
              </w:rPr>
              <w:t>n/a</w:t>
            </w:r>
          </w:p>
        </w:tc>
        <w:tc>
          <w:tcPr>
            <w:tcW w:type="dxa" w:w="1044"/>
          </w:tcPr>
          <w:p>
            <w:pPr>
              <w:spacing w:after="0"/>
              <w:jc w:val="right"/>
            </w:pPr>
            <w:r>
              <w:rPr>
                <w:sz w:val="16"/>
              </w:rPr>
              <w:t>23</w:t>
            </w:r>
          </w:p>
        </w:tc>
        <w:tc>
          <w:tcPr>
            <w:tcW w:type="dxa" w:w="1037"/>
          </w:tcPr>
          <w:p>
            <w:pPr>
              <w:spacing w:after="0"/>
              <w:jc w:val="right"/>
            </w:pPr>
            <w:r>
              <w:rPr>
                <w:sz w:val="16"/>
              </w:rPr>
              <w:t>$57</w:t>
            </w:r>
          </w:p>
        </w:tc>
        <w:tc>
          <w:tcPr>
            <w:tcW w:type="dxa" w:w="1126"/>
          </w:tcPr>
          <w:p>
            <w:pPr>
              <w:spacing w:after="0"/>
              <w:jc w:val="right"/>
            </w:pPr>
            <w:r>
              <w:rPr>
                <w:sz w:val="16"/>
              </w:rPr>
              <w:t>n/a</w:t>
            </w:r>
          </w:p>
        </w:tc>
        <w:tc>
          <w:tcPr>
            <w:tcW w:type="dxa" w:w="983"/>
          </w:tcPr>
          <w:p>
            <w:pPr>
              <w:spacing w:after="0"/>
              <w:jc w:val="right"/>
            </w:pPr>
            <w:r>
              <w:rPr>
                <w:sz w:val="16"/>
              </w:rPr>
              <w:t>$2,499</w:t>
            </w:r>
          </w:p>
        </w:tc>
        <w:tc>
          <w:tcPr>
            <w:tcW w:type="dxa" w:w="1305"/>
          </w:tcPr>
          <w:p>
            <w:pPr>
              <w:spacing w:after="0"/>
              <w:jc w:val="right"/>
            </w:pPr>
            <w:r>
              <w:rPr>
                <w:sz w:val="16"/>
              </w:rPr>
              <w:t>0.000418%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$1,009,246,526</w:t>
            </w:r>
          </w:p>
        </w:tc>
        <w:tc>
          <w:tcPr>
            <w:tcW w:type="dxa" w:w="1215"/>
          </w:tcPr>
          <w:p>
            <w:pPr>
              <w:spacing w:after="0"/>
              <w:jc w:val="right"/>
            </w:pPr>
            <w:r>
              <w:rPr>
                <w:sz w:val="16"/>
              </w:rPr>
              <w:t>n/a</w:t>
            </w:r>
          </w:p>
        </w:tc>
        <w:tc>
          <w:tcPr>
            <w:tcW w:type="dxa" w:w="1044"/>
          </w:tcPr>
          <w:p>
            <w:pPr>
              <w:spacing w:after="0"/>
              <w:jc w:val="right"/>
            </w:pPr>
            <w:r>
              <w:rPr>
                <w:sz w:val="16"/>
              </w:rPr>
              <w:t>2,564</w:t>
            </w:r>
          </w:p>
        </w:tc>
        <w:tc>
          <w:tcPr>
            <w:tcW w:type="dxa" w:w="1037"/>
          </w:tcPr>
          <w:p>
            <w:pPr>
              <w:spacing w:after="0"/>
              <w:jc w:val="right"/>
            </w:pPr>
            <w:r>
              <w:rPr>
                <w:sz w:val="16"/>
              </w:rPr>
              <w:t>$1,976</w:t>
            </w:r>
          </w:p>
        </w:tc>
        <w:tc>
          <w:tcPr>
            <w:tcW w:type="dxa" w:w="1126"/>
          </w:tcPr>
          <w:p>
            <w:pPr>
              <w:spacing w:after="0"/>
              <w:jc w:val="right"/>
            </w:pPr>
            <w:r>
              <w:rPr>
                <w:sz w:val="16"/>
              </w:rPr>
              <w:t>n/a</w:t>
            </w:r>
          </w:p>
        </w:tc>
        <w:tc>
          <w:tcPr>
            <w:tcW w:type="dxa" w:w="983"/>
          </w:tcPr>
          <w:p>
            <w:pPr>
              <w:spacing w:after="0"/>
              <w:jc w:val="right"/>
            </w:pPr>
            <w:r>
              <w:rPr>
                <w:sz w:val="16"/>
              </w:rPr>
              <w:t>$146,786</w:t>
            </w:r>
          </w:p>
        </w:tc>
        <w:tc>
          <w:tcPr>
            <w:tcW w:type="dxa" w:w="1305"/>
          </w:tcPr>
          <w:p>
            <w:pPr>
              <w:spacing w:after="0"/>
              <w:jc w:val="right"/>
            </w:pPr>
            <w:r>
              <w:rPr>
                <w:sz w:val="16"/>
              </w:rPr>
              <w:t>0.000196%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$1,009,246,526</w:t>
            </w:r>
          </w:p>
        </w:tc>
        <w:tc>
          <w:tcPr>
            <w:tcW w:type="dxa" w:w="1215"/>
          </w:tcPr>
          <w:p>
            <w:pPr>
              <w:spacing w:after="0"/>
              <w:jc w:val="right"/>
            </w:pPr>
            <w:r>
              <w:rPr>
                <w:sz w:val="16"/>
              </w:rPr>
              <w:t>$109,995,896</w:t>
            </w:r>
          </w:p>
        </w:tc>
        <w:tc>
          <w:tcPr>
            <w:tcW w:type="dxa" w:w="1044"/>
          </w:tcPr>
          <w:p>
            <w:pPr>
              <w:spacing w:after="0"/>
              <w:jc w:val="right"/>
            </w:pPr>
            <w:r>
              <w:rPr>
                <w:sz w:val="16"/>
              </w:rPr>
              <w:t>2,564</w:t>
            </w:r>
          </w:p>
        </w:tc>
        <w:tc>
          <w:tcPr>
            <w:tcW w:type="dxa" w:w="1037"/>
          </w:tcPr>
          <w:p>
            <w:pPr>
              <w:spacing w:after="0"/>
              <w:jc w:val="right"/>
            </w:pPr>
            <w:r>
              <w:rPr>
                <w:sz w:val="16"/>
              </w:rPr>
              <w:t>$74,208</w:t>
            </w:r>
          </w:p>
        </w:tc>
        <w:tc>
          <w:tcPr>
            <w:tcW w:type="dxa" w:w="1126"/>
          </w:tcPr>
          <w:p>
            <w:pPr>
              <w:spacing w:after="0"/>
              <w:jc w:val="right"/>
            </w:pPr>
            <w:r>
              <w:rPr>
                <w:sz w:val="16"/>
              </w:rPr>
              <w:t>$4,713</w:t>
            </w:r>
          </w:p>
        </w:tc>
        <w:tc>
          <w:tcPr>
            <w:tcW w:type="dxa" w:w="983"/>
          </w:tcPr>
          <w:p>
            <w:pPr>
              <w:spacing w:after="0"/>
              <w:jc w:val="right"/>
            </w:pPr>
            <w:r>
              <w:rPr>
                <w:sz w:val="16"/>
              </w:rPr>
              <w:t>$236,403</w:t>
            </w:r>
          </w:p>
        </w:tc>
        <w:tc>
          <w:tcPr>
            <w:tcW w:type="dxa" w:w="1305"/>
          </w:tcPr>
          <w:p>
            <w:pPr>
              <w:spacing w:after="0"/>
              <w:jc w:val="right"/>
            </w:pPr>
            <w:r>
              <w:rPr>
                <w:sz w:val="16"/>
              </w:rPr>
              <w:t>0.00735%</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$1,009,246,526</w:t>
            </w:r>
          </w:p>
        </w:tc>
        <w:tc>
          <w:tcPr>
            <w:tcW w:type="dxa" w:w="1215"/>
          </w:tcPr>
          <w:p>
            <w:pPr>
              <w:spacing w:after="0"/>
              <w:jc w:val="right"/>
            </w:pPr>
            <w:r>
              <w:rPr>
                <w:sz w:val="16"/>
              </w:rPr>
              <w:t>$109,995,896</w:t>
            </w:r>
          </w:p>
        </w:tc>
        <w:tc>
          <w:tcPr>
            <w:tcW w:type="dxa" w:w="1044"/>
          </w:tcPr>
          <w:p>
            <w:pPr>
              <w:spacing w:after="0"/>
              <w:jc w:val="right"/>
            </w:pPr>
            <w:r>
              <w:rPr>
                <w:sz w:val="16"/>
              </w:rPr>
              <w:t>2,564</w:t>
            </w:r>
          </w:p>
        </w:tc>
        <w:tc>
          <w:tcPr>
            <w:tcW w:type="dxa" w:w="1037"/>
          </w:tcPr>
          <w:p>
            <w:pPr>
              <w:spacing w:after="0"/>
              <w:jc w:val="right"/>
            </w:pPr>
            <w:r>
              <w:rPr>
                <w:sz w:val="16"/>
              </w:rPr>
              <w:t>$178,688</w:t>
            </w:r>
          </w:p>
        </w:tc>
        <w:tc>
          <w:tcPr>
            <w:tcW w:type="dxa" w:w="1126"/>
          </w:tcPr>
          <w:p>
            <w:pPr>
              <w:spacing w:after="0"/>
              <w:jc w:val="right"/>
            </w:pPr>
            <w:r>
              <w:rPr>
                <w:sz w:val="16"/>
              </w:rPr>
              <w:t>$9,908</w:t>
            </w:r>
          </w:p>
        </w:tc>
        <w:tc>
          <w:tcPr>
            <w:tcW w:type="dxa" w:w="983"/>
          </w:tcPr>
          <w:p>
            <w:pPr>
              <w:spacing w:after="0"/>
              <w:jc w:val="right"/>
            </w:pPr>
            <w:r>
              <w:rPr>
                <w:sz w:val="16"/>
              </w:rPr>
              <w:t>$405,100</w:t>
            </w:r>
          </w:p>
        </w:tc>
        <w:tc>
          <w:tcPr>
            <w:tcW w:type="dxa" w:w="1305"/>
          </w:tcPr>
          <w:p>
            <w:pPr>
              <w:spacing w:after="0"/>
              <w:jc w:val="right"/>
            </w:pPr>
            <w:r>
              <w:rPr>
                <w:sz w:val="16"/>
              </w:rPr>
              <w:t>0.0177%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$476,525,144</w:t>
            </w:r>
          </w:p>
        </w:tc>
        <w:tc>
          <w:tcPr>
            <w:tcW w:type="dxa" w:w="1215"/>
          </w:tcPr>
          <w:p>
            <w:pPr>
              <w:spacing w:after="0"/>
              <w:jc w:val="right"/>
            </w:pPr>
            <w:r>
              <w:rPr>
                <w:sz w:val="16"/>
              </w:rPr>
              <w:t>$70,940,138</w:t>
            </w:r>
          </w:p>
        </w:tc>
        <w:tc>
          <w:tcPr>
            <w:tcW w:type="dxa" w:w="1044"/>
          </w:tcPr>
          <w:p>
            <w:pPr>
              <w:spacing w:after="0"/>
              <w:jc w:val="right"/>
            </w:pPr>
            <w:r>
              <w:rPr>
                <w:sz w:val="16"/>
              </w:rPr>
              <w:t>1,204</w:t>
            </w:r>
          </w:p>
        </w:tc>
        <w:tc>
          <w:tcPr>
            <w:tcW w:type="dxa" w:w="1037"/>
          </w:tcPr>
          <w:p>
            <w:pPr>
              <w:spacing w:after="0"/>
              <w:jc w:val="right"/>
            </w:pPr>
            <w:r>
              <w:rPr>
                <w:sz w:val="16"/>
              </w:rPr>
              <w:t>$458,660</w:t>
            </w:r>
          </w:p>
        </w:tc>
        <w:tc>
          <w:tcPr>
            <w:tcW w:type="dxa" w:w="1126"/>
          </w:tcPr>
          <w:p>
            <w:pPr>
              <w:spacing w:after="0"/>
              <w:jc w:val="right"/>
            </w:pPr>
            <w:r>
              <w:rPr>
                <w:sz w:val="16"/>
              </w:rPr>
              <w:t>$696</w:t>
            </w:r>
          </w:p>
        </w:tc>
        <w:tc>
          <w:tcPr>
            <w:tcW w:type="dxa" w:w="983"/>
          </w:tcPr>
          <w:p>
            <w:pPr>
              <w:spacing w:after="0"/>
              <w:jc w:val="right"/>
            </w:pPr>
            <w:r>
              <w:rPr>
                <w:sz w:val="16"/>
              </w:rPr>
              <w:t>$10,704</w:t>
            </w:r>
          </w:p>
        </w:tc>
        <w:tc>
          <w:tcPr>
            <w:tcW w:type="dxa" w:w="1305"/>
          </w:tcPr>
          <w:p>
            <w:pPr>
              <w:spacing w:after="0"/>
              <w:jc w:val="right"/>
            </w:pPr>
            <w:r>
              <w:rPr>
                <w:sz w:val="16"/>
              </w:rPr>
              <w:t>0.0963%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$1,009,246,306</w:t>
            </w:r>
          </w:p>
        </w:tc>
        <w:tc>
          <w:tcPr>
            <w:tcW w:type="dxa" w:w="1215"/>
          </w:tcPr>
          <w:p>
            <w:pPr>
              <w:spacing w:after="0"/>
              <w:jc w:val="right"/>
            </w:pPr>
            <w:r>
              <w:rPr>
                <w:sz w:val="16"/>
              </w:rPr>
              <w:t>$109,995,896</w:t>
            </w:r>
          </w:p>
        </w:tc>
        <w:tc>
          <w:tcPr>
            <w:tcW w:type="dxa" w:w="1044"/>
          </w:tcPr>
          <w:p>
            <w:pPr>
              <w:spacing w:after="0"/>
              <w:jc w:val="right"/>
            </w:pPr>
            <w:r>
              <w:rPr>
                <w:sz w:val="16"/>
              </w:rPr>
              <w:t>2,564</w:t>
            </w:r>
          </w:p>
        </w:tc>
        <w:tc>
          <w:tcPr>
            <w:tcW w:type="dxa" w:w="1037"/>
          </w:tcPr>
          <w:p>
            <w:pPr>
              <w:spacing w:after="0"/>
              <w:jc w:val="right"/>
            </w:pPr>
            <w:r>
              <w:rPr>
                <w:sz w:val="16"/>
              </w:rPr>
              <w:t>$13,263</w:t>
            </w:r>
          </w:p>
        </w:tc>
        <w:tc>
          <w:tcPr>
            <w:tcW w:type="dxa" w:w="1126"/>
          </w:tcPr>
          <w:p>
            <w:pPr>
              <w:spacing w:after="0"/>
              <w:jc w:val="right"/>
            </w:pPr>
            <w:r>
              <w:rPr>
                <w:sz w:val="16"/>
              </w:rPr>
              <w:t>$80</w:t>
            </w:r>
          </w:p>
        </w:tc>
        <w:tc>
          <w:tcPr>
            <w:tcW w:type="dxa" w:w="983"/>
          </w:tcPr>
          <w:p>
            <w:pPr>
              <w:spacing w:after="0"/>
              <w:jc w:val="right"/>
            </w:pPr>
            <w:r>
              <w:rPr>
                <w:sz w:val="16"/>
              </w:rPr>
              <w:t>$28,278</w:t>
            </w:r>
          </w:p>
        </w:tc>
        <w:tc>
          <w:tcPr>
            <w:tcW w:type="dxa" w:w="1305"/>
          </w:tcPr>
          <w:p>
            <w:pPr>
              <w:spacing w:after="0"/>
              <w:jc w:val="right"/>
            </w:pPr>
            <w:r>
              <w:rPr>
                <w:sz w:val="16"/>
              </w:rPr>
              <w:t>0.00131%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2026-01-21 (Storm Events through 2026-06-30): 11 county-coded records, 8 with a damage value recorded (including $0), $0; 2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2,564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$1,009,246,526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$109,995,896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$3,889,053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$1,227,062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Chase County</w:t>
            </w:r>
          </w:p>
        </w:tc>
        <w:tc>
          <w:tcPr>
            <w:tcW w:type="dxa" w:w="1589"/>
          </w:tcPr>
          <w:p>
            <w:pPr>
              <w:spacing w:after="0"/>
              <w:jc w:val="left"/>
            </w:pPr>
            <w:r>
              <w:rPr>
                <w:sz w:val="16"/>
              </w:rPr>
              <w:t>200040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Cedar Point city</w:t>
            </w:r>
          </w:p>
        </w:tc>
        <w:tc>
          <w:tcPr>
            <w:tcW w:type="dxa" w:w="1589"/>
          </w:tcPr>
          <w:p>
            <w:pPr>
              <w:spacing w:after="0"/>
              <w:jc w:val="left"/>
            </w:pPr>
            <w:r>
              <w:rPr>
                <w:sz w:val="16"/>
              </w:rPr>
              <w:t>200041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Cottonwood Falls city</w:t>
            </w:r>
          </w:p>
        </w:tc>
        <w:tc>
          <w:tcPr>
            <w:tcW w:type="dxa" w:w="1589"/>
          </w:tcPr>
          <w:p>
            <w:pPr>
              <w:spacing w:after="0"/>
              <w:jc w:val="left"/>
            </w:pPr>
            <w:r>
              <w:rPr>
                <w:sz w:val="16"/>
              </w:rPr>
              <w:t>200486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Elmdale city</w:t>
            </w:r>
          </w:p>
        </w:tc>
        <w:tc>
          <w:tcPr>
            <w:tcW w:type="dxa" w:w="1589"/>
          </w:tcPr>
          <w:p>
            <w:pPr>
              <w:spacing w:after="0"/>
              <w:jc w:val="left"/>
            </w:pPr>
            <w:r>
              <w:rPr>
                <w:sz w:val="16"/>
              </w:rPr>
              <w:t>200042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Strong City city</w:t>
            </w:r>
          </w:p>
        </w:tc>
        <w:tc>
          <w:tcPr>
            <w:tcW w:type="dxa" w:w="1589"/>
          </w:tcPr>
          <w:p>
            <w:pPr>
              <w:spacing w:after="0"/>
              <w:jc w:val="left"/>
            </w:pPr>
            <w:r>
              <w:rPr>
                <w:sz w:val="16"/>
              </w:rPr>
              <w:t>200043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Chase County, KS: risk-assessment baseline packet, release 2026-10 (data as of 2026-09-30; County FIPS 20017). Automated baseline. </w:t>
      </w:r>
      <w:hyperlink r:id="rId15">
        <w:r>
          <w:rPr>
            <w:color w:val="1F4E99"/>
            <w:sz w:val="17"/>
            <w:u w:val="single"/>
          </w:rPr>
          <w:t>https://hazardplain.org/ks/20017/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Chase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Chase County, KS: Risk-assessment baseline packet</dc:title>
  <dc:subject>Hazard Plain release 2026-10, as of 2026-09-30. Automated baseline</dc:subject>
  <dc:creator>Hazard Plain</dc:creator>
  <cp:keywords>Hazard Plain; hazard mitigation; risk assessment; 20017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