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Newton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18111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2026-07-21</w:t>
      </w:r>
    </w:p>
    <w:p>
      <w:pPr>
        <w:keepNext/>
        <w:spacing w:after="40" w:before="0"/>
      </w:pPr>
      <w:r>
        <w:rPr>
          <w:b/>
        </w:rPr>
        <w:t xml:space="preserve">Plan: </w:t>
      </w:r>
      <w:r>
        <w:rPr/>
        <w:t>Newton County 2021 Hazard Mitigation Plan (FEMA plan 107639)</w:t>
      </w:r>
    </w:p>
    <w:p>
      <w:pPr>
        <w:keepNext/>
        <w:spacing w:after="40" w:before="0"/>
      </w:pPr>
      <w:r>
        <w:rPr>
          <w:b/>
        </w:rPr>
        <w:t xml:space="preserve">Approved: </w:t>
      </w:r>
      <w:r>
        <w:rPr/>
        <w:t>2021-07-22</w:t>
      </w:r>
    </w:p>
    <w:p>
      <w:pPr>
        <w:keepNext/>
        <w:spacing w:after="40" w:before="0"/>
      </w:pPr>
      <w:r>
        <w:rPr>
          <w:b/>
        </w:rPr>
        <w:t xml:space="preserve">Expires: </w:t>
      </w:r>
      <w:r>
        <w:rPr/>
        <w:t>2026-07-21</w:t>
      </w:r>
    </w:p>
    <w:p>
      <w:pPr>
        <w:keepNext/>
        <w:spacing w:after="40" w:before="0"/>
      </w:pPr>
      <w:r>
        <w:rPr>
          <w:b/>
        </w:rPr>
        <w:t xml:space="preserve">As of: </w:t>
      </w:r>
      <w:r>
        <w:rPr/>
        <w:t>2026-09-28</w:t>
      </w:r>
    </w:p>
    <w:p>
      <w:pPr>
        <w:keepNext/>
        <w:spacing w:after="40" w:before="0"/>
      </w:pPr>
      <w:r>
        <w:rPr>
          <w:b/>
        </w:rPr>
        <w:t xml:space="preserve">Days: </w:t>
      </w:r>
      <w:r>
        <w:rPr/>
        <w:t>69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2021-07-22)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EM-3641-IN, EM-3651-IN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83"/>
        <w:gridCol w:w="680"/>
        <w:gridCol w:w="1776"/>
        <w:gridCol w:w="4396"/>
        <w:gridCol w:w="1037"/>
        <w:gridCol w:w="1037"/>
        <w:gridCol w:w="867"/>
        <w:gridCol w:w="925"/>
        <w:gridCol w:w="2112"/>
      </w:tblGrid>
      <w:tr>
        <w:trPr>
          <w:cantSplit/>
          <w:tblHeader/>
        </w:trPr>
        <w:tc>
          <w:tcPr>
            <w:tcW w:type="dxa" w:w="128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776"/>
            <w:shd w:val="clear" w:color="auto" w:fill="E8E8E8"/>
          </w:tcPr>
          <w:p>
            <w:pPr>
              <w:spacing w:after="0"/>
              <w:jc w:val="left"/>
            </w:pPr>
            <w:r>
              <w:rPr>
                <w:b/>
                <w:sz w:val="16"/>
              </w:rPr>
              <w:t>Status</w:t>
            </w:r>
          </w:p>
        </w:tc>
        <w:tc>
          <w:tcPr>
            <w:tcW w:type="dxa" w:w="439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5"/>
            <w:shd w:val="clear" w:color="auto" w:fill="E8E8E8"/>
          </w:tcPr>
          <w:p>
            <w:pPr>
              <w:spacing w:after="0"/>
              <w:jc w:val="left"/>
            </w:pPr>
            <w:r>
              <w:rPr>
                <w:b/>
                <w:sz w:val="16"/>
              </w:rPr>
              <w:t>Update underway</w:t>
            </w:r>
          </w:p>
        </w:tc>
        <w:tc>
          <w:tcPr>
            <w:tcW w:type="dxa" w:w="2112"/>
            <w:shd w:val="clear" w:color="auto" w:fill="E8E8E8"/>
          </w:tcPr>
          <w:p>
            <w:pPr>
              <w:spacing w:after="0"/>
              <w:jc w:val="left"/>
            </w:pPr>
            <w:r>
              <w:rPr>
                <w:b/>
                <w:sz w:val="16"/>
              </w:rPr>
              <w:t>Notes</w:t>
            </w:r>
          </w:p>
        </w:tc>
      </w:tr>
      <w:tr>
        <w:trPr>
          <w:cantSplit/>
        </w:trPr>
        <w:tc>
          <w:tcPr>
            <w:tcW w:type="dxa" w:w="1283"/>
          </w:tcPr>
          <w:p>
            <w:pPr>
              <w:spacing w:after="0"/>
              <w:jc w:val="left"/>
            </w:pPr>
            <w:r>
              <w:rPr>
                <w:sz w:val="16"/>
              </w:rPr>
              <w:t>Newton County</w:t>
            </w:r>
          </w:p>
        </w:tc>
        <w:tc>
          <w:tcPr>
            <w:tcW w:type="dxa" w:w="680"/>
          </w:tcPr>
          <w:p>
            <w:pPr>
              <w:spacing w:after="0"/>
              <w:jc w:val="left"/>
            </w:pPr>
            <w:r>
              <w:rPr>
                <w:sz w:val="16"/>
              </w:rPr>
              <w:t>County</w:t>
            </w:r>
          </w:p>
        </w:tc>
        <w:tc>
          <w:tcPr>
            <w:tcW w:type="dxa" w:w="1776"/>
          </w:tcPr>
          <w:p>
            <w:pPr>
              <w:spacing w:after="0"/>
              <w:jc w:val="left"/>
            </w:pPr>
            <w:r>
              <w:rPr>
                <w:sz w:val="16"/>
              </w:rPr>
              <w:t>Expired on 2026-07-21</w:t>
            </w:r>
          </w:p>
        </w:tc>
        <w:tc>
          <w:tcPr>
            <w:tcW w:type="dxa" w:w="4396"/>
          </w:tcPr>
          <w:p>
            <w:pPr>
              <w:spacing w:after="0"/>
              <w:jc w:val="left"/>
            </w:pPr>
            <w:r>
              <w:rPr>
                <w:sz w:val="16"/>
              </w:rPr>
              <w:t>Newton County 2021 Hazard Mitigation Plan (FEMA plan 107639)</w:t>
            </w:r>
          </w:p>
        </w:tc>
        <w:tc>
          <w:tcPr>
            <w:tcW w:type="dxa" w:w="1037"/>
          </w:tcPr>
          <w:p>
            <w:pPr>
              <w:spacing w:after="0"/>
              <w:jc w:val="left"/>
            </w:pPr>
            <w:r>
              <w:rPr>
                <w:sz w:val="16"/>
              </w:rPr>
              <w:t>2021-07-22</w:t>
            </w:r>
          </w:p>
        </w:tc>
        <w:tc>
          <w:tcPr>
            <w:tcW w:type="dxa" w:w="1037"/>
          </w:tcPr>
          <w:p>
            <w:pPr>
              <w:spacing w:after="0"/>
              <w:jc w:val="left"/>
            </w:pPr>
            <w:r>
              <w:rPr>
                <w:sz w:val="16"/>
              </w:rPr>
              <w:t>2026-07-21</w:t>
            </w:r>
          </w:p>
        </w:tc>
        <w:tc>
          <w:tcPr>
            <w:tcW w:type="dxa" w:w="867"/>
          </w:tcPr>
          <w:p>
            <w:pPr>
              <w:spacing w:after="0"/>
              <w:jc w:val="right"/>
            </w:pPr>
            <w:r>
              <w:rPr>
                <w:sz w:val="16"/>
              </w:rPr>
              <w:t>-69</w:t>
            </w:r>
          </w:p>
        </w:tc>
        <w:tc>
          <w:tcPr>
            <w:tcW w:type="dxa" w:w="925"/>
          </w:tcPr>
          <w:p>
            <w:pPr>
              <w:spacing w:after="0"/>
              <w:jc w:val="left"/>
            </w:pPr>
          </w:p>
        </w:tc>
        <w:tc>
          <w:tcPr>
            <w:tcW w:type="dxa" w:w="2112"/>
          </w:tcPr>
          <w:p>
            <w:pPr>
              <w:spacing w:after="0"/>
              <w:jc w:val="left"/>
            </w:pPr>
          </w:p>
        </w:tc>
      </w:tr>
      <w:tr>
        <w:trPr>
          <w:cantSplit/>
        </w:trPr>
        <w:tc>
          <w:tcPr>
            <w:tcW w:type="dxa" w:w="1283"/>
          </w:tcPr>
          <w:p>
            <w:pPr>
              <w:spacing w:after="0"/>
              <w:jc w:val="left"/>
            </w:pPr>
            <w:r>
              <w:rPr>
                <w:sz w:val="16"/>
              </w:rPr>
              <w:t>Brook town</w:t>
            </w:r>
          </w:p>
        </w:tc>
        <w:tc>
          <w:tcPr>
            <w:tcW w:type="dxa" w:w="680"/>
          </w:tcPr>
          <w:p>
            <w:pPr>
              <w:spacing w:after="0"/>
              <w:jc w:val="left"/>
            </w:pPr>
            <w:r>
              <w:rPr>
                <w:sz w:val="16"/>
              </w:rPr>
              <w:t>Town</w:t>
            </w:r>
          </w:p>
        </w:tc>
        <w:tc>
          <w:tcPr>
            <w:tcW w:type="dxa" w:w="1776"/>
          </w:tcPr>
          <w:p>
            <w:pPr>
              <w:spacing w:after="0"/>
              <w:jc w:val="left"/>
            </w:pPr>
            <w:r>
              <w:rPr>
                <w:sz w:val="16"/>
              </w:rPr>
              <w:t>Expired on 2026-07-21</w:t>
            </w:r>
          </w:p>
        </w:tc>
        <w:tc>
          <w:tcPr>
            <w:tcW w:type="dxa" w:w="4396"/>
          </w:tcPr>
          <w:p>
            <w:pPr>
              <w:spacing w:after="0"/>
              <w:jc w:val="left"/>
            </w:pPr>
            <w:r>
              <w:rPr>
                <w:sz w:val="16"/>
              </w:rPr>
              <w:t>Newton County 2021 Hazard Mitigation Plan (FEMA plan 107639)</w:t>
            </w:r>
          </w:p>
        </w:tc>
        <w:tc>
          <w:tcPr>
            <w:tcW w:type="dxa" w:w="1037"/>
          </w:tcPr>
          <w:p>
            <w:pPr>
              <w:spacing w:after="0"/>
              <w:jc w:val="left"/>
            </w:pPr>
            <w:r>
              <w:rPr>
                <w:sz w:val="16"/>
              </w:rPr>
              <w:t>2021-07-22</w:t>
            </w:r>
          </w:p>
        </w:tc>
        <w:tc>
          <w:tcPr>
            <w:tcW w:type="dxa" w:w="1037"/>
          </w:tcPr>
          <w:p>
            <w:pPr>
              <w:spacing w:after="0"/>
              <w:jc w:val="left"/>
            </w:pPr>
            <w:r>
              <w:rPr>
                <w:sz w:val="16"/>
              </w:rPr>
              <w:t>2026-07-21</w:t>
            </w:r>
          </w:p>
        </w:tc>
        <w:tc>
          <w:tcPr>
            <w:tcW w:type="dxa" w:w="867"/>
          </w:tcPr>
          <w:p>
            <w:pPr>
              <w:spacing w:after="0"/>
              <w:jc w:val="right"/>
            </w:pPr>
            <w:r>
              <w:rPr>
                <w:sz w:val="16"/>
              </w:rPr>
              <w:t>-69</w:t>
            </w:r>
          </w:p>
        </w:tc>
        <w:tc>
          <w:tcPr>
            <w:tcW w:type="dxa" w:w="925"/>
          </w:tcPr>
          <w:p>
            <w:pPr>
              <w:spacing w:after="0"/>
              <w:jc w:val="left"/>
            </w:pPr>
          </w:p>
        </w:tc>
        <w:tc>
          <w:tcPr>
            <w:tcW w:type="dxa" w:w="2112"/>
          </w:tcPr>
          <w:p>
            <w:pPr>
              <w:spacing w:after="0"/>
              <w:jc w:val="left"/>
            </w:pPr>
            <w:r>
              <w:rPr>
                <w:sz w:val="16"/>
              </w:rPr>
              <w:t>member approved 2021-09-14</w:t>
            </w:r>
          </w:p>
        </w:tc>
      </w:tr>
      <w:tr>
        <w:trPr>
          <w:cantSplit/>
        </w:trPr>
        <w:tc>
          <w:tcPr>
            <w:tcW w:type="dxa" w:w="1283"/>
          </w:tcPr>
          <w:p>
            <w:pPr>
              <w:spacing w:after="0"/>
              <w:jc w:val="left"/>
            </w:pPr>
            <w:r>
              <w:rPr>
                <w:sz w:val="16"/>
              </w:rPr>
              <w:t>Goodland town</w:t>
            </w:r>
          </w:p>
        </w:tc>
        <w:tc>
          <w:tcPr>
            <w:tcW w:type="dxa" w:w="680"/>
          </w:tcPr>
          <w:p>
            <w:pPr>
              <w:spacing w:after="0"/>
              <w:jc w:val="left"/>
            </w:pPr>
            <w:r>
              <w:rPr>
                <w:sz w:val="16"/>
              </w:rPr>
              <w:t>Town</w:t>
            </w:r>
          </w:p>
        </w:tc>
        <w:tc>
          <w:tcPr>
            <w:tcW w:type="dxa" w:w="1776"/>
          </w:tcPr>
          <w:p>
            <w:pPr>
              <w:spacing w:after="0"/>
              <w:jc w:val="left"/>
            </w:pPr>
            <w:r>
              <w:rPr>
                <w:sz w:val="16"/>
              </w:rPr>
              <w:t>Expired on 2026-07-21</w:t>
            </w:r>
          </w:p>
        </w:tc>
        <w:tc>
          <w:tcPr>
            <w:tcW w:type="dxa" w:w="4396"/>
          </w:tcPr>
          <w:p>
            <w:pPr>
              <w:spacing w:after="0"/>
              <w:jc w:val="left"/>
            </w:pPr>
            <w:r>
              <w:rPr>
                <w:sz w:val="16"/>
              </w:rPr>
              <w:t>Newton County 2021 Hazard Mitigation Plan (FEMA plan 107639)</w:t>
            </w:r>
          </w:p>
        </w:tc>
        <w:tc>
          <w:tcPr>
            <w:tcW w:type="dxa" w:w="1037"/>
          </w:tcPr>
          <w:p>
            <w:pPr>
              <w:spacing w:after="0"/>
              <w:jc w:val="left"/>
            </w:pPr>
            <w:r>
              <w:rPr>
                <w:sz w:val="16"/>
              </w:rPr>
              <w:t>2021-07-22</w:t>
            </w:r>
          </w:p>
        </w:tc>
        <w:tc>
          <w:tcPr>
            <w:tcW w:type="dxa" w:w="1037"/>
          </w:tcPr>
          <w:p>
            <w:pPr>
              <w:spacing w:after="0"/>
              <w:jc w:val="left"/>
            </w:pPr>
            <w:r>
              <w:rPr>
                <w:sz w:val="16"/>
              </w:rPr>
              <w:t>2026-07-21</w:t>
            </w:r>
          </w:p>
        </w:tc>
        <w:tc>
          <w:tcPr>
            <w:tcW w:type="dxa" w:w="867"/>
          </w:tcPr>
          <w:p>
            <w:pPr>
              <w:spacing w:after="0"/>
              <w:jc w:val="right"/>
            </w:pPr>
            <w:r>
              <w:rPr>
                <w:sz w:val="16"/>
              </w:rPr>
              <w:t>-69</w:t>
            </w:r>
          </w:p>
        </w:tc>
        <w:tc>
          <w:tcPr>
            <w:tcW w:type="dxa" w:w="925"/>
          </w:tcPr>
          <w:p>
            <w:pPr>
              <w:spacing w:after="0"/>
              <w:jc w:val="left"/>
            </w:pPr>
          </w:p>
        </w:tc>
        <w:tc>
          <w:tcPr>
            <w:tcW w:type="dxa" w:w="2112"/>
          </w:tcPr>
          <w:p>
            <w:pPr>
              <w:spacing w:after="0"/>
              <w:jc w:val="left"/>
            </w:pPr>
            <w:r>
              <w:rPr>
                <w:sz w:val="16"/>
              </w:rPr>
              <w:t>member approved 2021-09-14</w:t>
            </w:r>
          </w:p>
        </w:tc>
      </w:tr>
      <w:tr>
        <w:trPr>
          <w:cantSplit/>
        </w:trPr>
        <w:tc>
          <w:tcPr>
            <w:tcW w:type="dxa" w:w="1283"/>
          </w:tcPr>
          <w:p>
            <w:pPr>
              <w:spacing w:after="0"/>
              <w:jc w:val="left"/>
            </w:pPr>
            <w:r>
              <w:rPr>
                <w:sz w:val="16"/>
              </w:rPr>
              <w:t>Kentland town</w:t>
            </w:r>
          </w:p>
        </w:tc>
        <w:tc>
          <w:tcPr>
            <w:tcW w:type="dxa" w:w="680"/>
          </w:tcPr>
          <w:p>
            <w:pPr>
              <w:spacing w:after="0"/>
              <w:jc w:val="left"/>
            </w:pPr>
            <w:r>
              <w:rPr>
                <w:sz w:val="16"/>
              </w:rPr>
              <w:t>Town</w:t>
            </w:r>
          </w:p>
        </w:tc>
        <w:tc>
          <w:tcPr>
            <w:tcW w:type="dxa" w:w="1776"/>
          </w:tcPr>
          <w:p>
            <w:pPr>
              <w:spacing w:after="0"/>
              <w:jc w:val="left"/>
            </w:pPr>
            <w:r>
              <w:rPr>
                <w:sz w:val="16"/>
              </w:rPr>
              <w:t>Expired on 2026-07-21</w:t>
            </w:r>
          </w:p>
        </w:tc>
        <w:tc>
          <w:tcPr>
            <w:tcW w:type="dxa" w:w="4396"/>
          </w:tcPr>
          <w:p>
            <w:pPr>
              <w:spacing w:after="0"/>
              <w:jc w:val="left"/>
            </w:pPr>
            <w:r>
              <w:rPr>
                <w:sz w:val="16"/>
              </w:rPr>
              <w:t>Newton County 2021 Hazard Mitigation Plan (FEMA plan 107639)</w:t>
            </w:r>
          </w:p>
        </w:tc>
        <w:tc>
          <w:tcPr>
            <w:tcW w:type="dxa" w:w="1037"/>
          </w:tcPr>
          <w:p>
            <w:pPr>
              <w:spacing w:after="0"/>
              <w:jc w:val="left"/>
            </w:pPr>
            <w:r>
              <w:rPr>
                <w:sz w:val="16"/>
              </w:rPr>
              <w:t>2021-07-22</w:t>
            </w:r>
          </w:p>
        </w:tc>
        <w:tc>
          <w:tcPr>
            <w:tcW w:type="dxa" w:w="1037"/>
          </w:tcPr>
          <w:p>
            <w:pPr>
              <w:spacing w:after="0"/>
              <w:jc w:val="left"/>
            </w:pPr>
            <w:r>
              <w:rPr>
                <w:sz w:val="16"/>
              </w:rPr>
              <w:t>2026-07-21</w:t>
            </w:r>
          </w:p>
        </w:tc>
        <w:tc>
          <w:tcPr>
            <w:tcW w:type="dxa" w:w="867"/>
          </w:tcPr>
          <w:p>
            <w:pPr>
              <w:spacing w:after="0"/>
              <w:jc w:val="right"/>
            </w:pPr>
            <w:r>
              <w:rPr>
                <w:sz w:val="16"/>
              </w:rPr>
              <w:t>-69</w:t>
            </w:r>
          </w:p>
        </w:tc>
        <w:tc>
          <w:tcPr>
            <w:tcW w:type="dxa" w:w="925"/>
          </w:tcPr>
          <w:p>
            <w:pPr>
              <w:spacing w:after="0"/>
              <w:jc w:val="left"/>
            </w:pPr>
          </w:p>
        </w:tc>
        <w:tc>
          <w:tcPr>
            <w:tcW w:type="dxa" w:w="2112"/>
          </w:tcPr>
          <w:p>
            <w:pPr>
              <w:spacing w:after="0"/>
              <w:jc w:val="left"/>
            </w:pPr>
            <w:r>
              <w:rPr>
                <w:sz w:val="16"/>
              </w:rPr>
              <w:t>member approved 2021-09-14</w:t>
            </w:r>
          </w:p>
        </w:tc>
      </w:tr>
      <w:tr>
        <w:trPr>
          <w:cantSplit/>
        </w:trPr>
        <w:tc>
          <w:tcPr>
            <w:tcW w:type="dxa" w:w="1283"/>
          </w:tcPr>
          <w:p>
            <w:pPr>
              <w:spacing w:after="0"/>
              <w:jc w:val="left"/>
            </w:pPr>
            <w:r>
              <w:rPr>
                <w:sz w:val="16"/>
              </w:rPr>
              <w:t>Morocco town</w:t>
            </w:r>
          </w:p>
        </w:tc>
        <w:tc>
          <w:tcPr>
            <w:tcW w:type="dxa" w:w="680"/>
          </w:tcPr>
          <w:p>
            <w:pPr>
              <w:spacing w:after="0"/>
              <w:jc w:val="left"/>
            </w:pPr>
            <w:r>
              <w:rPr>
                <w:sz w:val="16"/>
              </w:rPr>
              <w:t>Town</w:t>
            </w:r>
          </w:p>
        </w:tc>
        <w:tc>
          <w:tcPr>
            <w:tcW w:type="dxa" w:w="1776"/>
          </w:tcPr>
          <w:p>
            <w:pPr>
              <w:spacing w:after="0"/>
              <w:jc w:val="left"/>
            </w:pPr>
            <w:r>
              <w:rPr>
                <w:sz w:val="16"/>
              </w:rPr>
              <w:t>Expired on 2026-07-21</w:t>
            </w:r>
          </w:p>
        </w:tc>
        <w:tc>
          <w:tcPr>
            <w:tcW w:type="dxa" w:w="4396"/>
          </w:tcPr>
          <w:p>
            <w:pPr>
              <w:spacing w:after="0"/>
              <w:jc w:val="left"/>
            </w:pPr>
            <w:r>
              <w:rPr>
                <w:sz w:val="16"/>
              </w:rPr>
              <w:t>Newton County 2021 Hazard Mitigation Plan (FEMA plan 107639)</w:t>
            </w:r>
          </w:p>
        </w:tc>
        <w:tc>
          <w:tcPr>
            <w:tcW w:type="dxa" w:w="1037"/>
          </w:tcPr>
          <w:p>
            <w:pPr>
              <w:spacing w:after="0"/>
              <w:jc w:val="left"/>
            </w:pPr>
            <w:r>
              <w:rPr>
                <w:sz w:val="16"/>
              </w:rPr>
              <w:t>2021-07-22</w:t>
            </w:r>
          </w:p>
        </w:tc>
        <w:tc>
          <w:tcPr>
            <w:tcW w:type="dxa" w:w="1037"/>
          </w:tcPr>
          <w:p>
            <w:pPr>
              <w:spacing w:after="0"/>
              <w:jc w:val="left"/>
            </w:pPr>
            <w:r>
              <w:rPr>
                <w:sz w:val="16"/>
              </w:rPr>
              <w:t>2026-07-21</w:t>
            </w:r>
          </w:p>
        </w:tc>
        <w:tc>
          <w:tcPr>
            <w:tcW w:type="dxa" w:w="867"/>
          </w:tcPr>
          <w:p>
            <w:pPr>
              <w:spacing w:after="0"/>
              <w:jc w:val="right"/>
            </w:pPr>
            <w:r>
              <w:rPr>
                <w:sz w:val="16"/>
              </w:rPr>
              <w:t>-69</w:t>
            </w:r>
          </w:p>
        </w:tc>
        <w:tc>
          <w:tcPr>
            <w:tcW w:type="dxa" w:w="925"/>
          </w:tcPr>
          <w:p>
            <w:pPr>
              <w:spacing w:after="0"/>
              <w:jc w:val="left"/>
            </w:pPr>
          </w:p>
        </w:tc>
        <w:tc>
          <w:tcPr>
            <w:tcW w:type="dxa" w:w="2112"/>
          </w:tcPr>
          <w:p>
            <w:pPr>
              <w:spacing w:after="0"/>
              <w:jc w:val="left"/>
            </w:pPr>
            <w:r>
              <w:rPr>
                <w:sz w:val="16"/>
              </w:rPr>
              <w:t>member approved 2021-09-14</w:t>
            </w:r>
          </w:p>
        </w:tc>
      </w:tr>
      <w:tr>
        <w:trPr>
          <w:cantSplit/>
        </w:trPr>
        <w:tc>
          <w:tcPr>
            <w:tcW w:type="dxa" w:w="1283"/>
          </w:tcPr>
          <w:p>
            <w:pPr>
              <w:spacing w:after="0"/>
              <w:jc w:val="left"/>
            </w:pPr>
            <w:r>
              <w:rPr>
                <w:sz w:val="16"/>
              </w:rPr>
              <w:t>Mount Ayr town</w:t>
            </w:r>
          </w:p>
        </w:tc>
        <w:tc>
          <w:tcPr>
            <w:tcW w:type="dxa" w:w="680"/>
          </w:tcPr>
          <w:p>
            <w:pPr>
              <w:spacing w:after="0"/>
              <w:jc w:val="left"/>
            </w:pPr>
            <w:r>
              <w:rPr>
                <w:sz w:val="16"/>
              </w:rPr>
              <w:t>Town</w:t>
            </w:r>
          </w:p>
        </w:tc>
        <w:tc>
          <w:tcPr>
            <w:tcW w:type="dxa" w:w="1776"/>
          </w:tcPr>
          <w:p>
            <w:pPr>
              <w:spacing w:after="0"/>
              <w:jc w:val="left"/>
            </w:pPr>
            <w:r>
              <w:rPr>
                <w:sz w:val="16"/>
              </w:rPr>
              <w:t>Expired on 2026-07-21</w:t>
            </w:r>
          </w:p>
        </w:tc>
        <w:tc>
          <w:tcPr>
            <w:tcW w:type="dxa" w:w="4396"/>
          </w:tcPr>
          <w:p>
            <w:pPr>
              <w:spacing w:after="0"/>
              <w:jc w:val="left"/>
            </w:pPr>
            <w:r>
              <w:rPr>
                <w:sz w:val="16"/>
              </w:rPr>
              <w:t>Newton County 2021 Hazard Mitigation Plan (FEMA plan 107639)</w:t>
            </w:r>
          </w:p>
        </w:tc>
        <w:tc>
          <w:tcPr>
            <w:tcW w:type="dxa" w:w="1037"/>
          </w:tcPr>
          <w:p>
            <w:pPr>
              <w:spacing w:after="0"/>
              <w:jc w:val="left"/>
            </w:pPr>
            <w:r>
              <w:rPr>
                <w:sz w:val="16"/>
              </w:rPr>
              <w:t>2021-07-22</w:t>
            </w:r>
          </w:p>
        </w:tc>
        <w:tc>
          <w:tcPr>
            <w:tcW w:type="dxa" w:w="1037"/>
          </w:tcPr>
          <w:p>
            <w:pPr>
              <w:spacing w:after="0"/>
              <w:jc w:val="left"/>
            </w:pPr>
            <w:r>
              <w:rPr>
                <w:sz w:val="16"/>
              </w:rPr>
              <w:t>2026-07-21</w:t>
            </w:r>
          </w:p>
        </w:tc>
        <w:tc>
          <w:tcPr>
            <w:tcW w:type="dxa" w:w="867"/>
          </w:tcPr>
          <w:p>
            <w:pPr>
              <w:spacing w:after="0"/>
              <w:jc w:val="right"/>
            </w:pPr>
            <w:r>
              <w:rPr>
                <w:sz w:val="16"/>
              </w:rPr>
              <w:t>-69</w:t>
            </w:r>
          </w:p>
        </w:tc>
        <w:tc>
          <w:tcPr>
            <w:tcW w:type="dxa" w:w="925"/>
          </w:tcPr>
          <w:p>
            <w:pPr>
              <w:spacing w:after="0"/>
              <w:jc w:val="left"/>
            </w:pPr>
          </w:p>
        </w:tc>
        <w:tc>
          <w:tcPr>
            <w:tcW w:type="dxa" w:w="2112"/>
          </w:tcPr>
          <w:p>
            <w:pPr>
              <w:spacing w:after="0"/>
              <w:jc w:val="left"/>
            </w:pPr>
            <w:r>
              <w:rPr>
                <w:sz w:val="16"/>
              </w:rPr>
              <w:t>member approved 2021-09-14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$2,531,405</w:t>
            </w:r>
          </w:p>
        </w:tc>
        <w:tc>
          <w:tcPr>
            <w:tcW w:type="dxa" w:w="1126"/>
          </w:tcPr>
          <w:p>
            <w:pPr>
              <w:spacing w:after="0"/>
              <w:jc w:val="right"/>
            </w:pPr>
            <w:r>
              <w:rPr>
                <w:sz w:val="16"/>
              </w:rPr>
              <w:t>$48,815</w:t>
            </w:r>
          </w:p>
        </w:tc>
        <w:tc>
          <w:tcPr>
            <w:tcW w:type="dxa" w:w="1297"/>
          </w:tcPr>
          <w:p>
            <w:pPr>
              <w:spacing w:after="0"/>
              <w:jc w:val="right"/>
            </w:pPr>
            <w:r>
              <w:rPr>
                <w:sz w:val="16"/>
              </w:rPr>
              <w:t>$5,862</w:t>
            </w:r>
          </w:p>
        </w:tc>
        <w:tc>
          <w:tcPr>
            <w:tcW w:type="dxa" w:w="1111"/>
          </w:tcPr>
          <w:p>
            <w:pPr>
              <w:spacing w:after="0"/>
              <w:jc w:val="right"/>
            </w:pPr>
            <w:r>
              <w:rPr>
                <w:sz w:val="16"/>
              </w:rPr>
              <w:t>$2,586,081</w:t>
            </w:r>
          </w:p>
        </w:tc>
        <w:tc>
          <w:tcPr>
            <w:tcW w:type="dxa" w:w="1199"/>
          </w:tcPr>
          <w:p>
            <w:pPr>
              <w:spacing w:after="0"/>
              <w:jc w:val="right"/>
            </w:pPr>
            <w:r>
              <w:rPr>
                <w:sz w:val="16"/>
              </w:rPr>
              <w:t>23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$344</w:t>
            </w:r>
          </w:p>
        </w:tc>
        <w:tc>
          <w:tcPr>
            <w:tcW w:type="dxa" w:w="1126"/>
          </w:tcPr>
          <w:p>
            <w:pPr>
              <w:spacing w:after="0"/>
              <w:jc w:val="right"/>
            </w:pPr>
            <w:r>
              <w:rPr>
                <w:sz w:val="16"/>
              </w:rPr>
              <w:t>$34,193</w:t>
            </w:r>
          </w:p>
        </w:tc>
        <w:tc>
          <w:tcPr>
            <w:tcW w:type="dxa" w:w="1297"/>
          </w:tcPr>
          <w:p>
            <w:pPr>
              <w:spacing w:after="0"/>
              <w:jc w:val="right"/>
            </w:pPr>
            <w:r>
              <w:rPr>
                <w:sz w:val="16"/>
              </w:rPr>
              <w:t>$1,549,143</w:t>
            </w:r>
          </w:p>
        </w:tc>
        <w:tc>
          <w:tcPr>
            <w:tcW w:type="dxa" w:w="1111"/>
          </w:tcPr>
          <w:p>
            <w:pPr>
              <w:spacing w:after="0"/>
              <w:jc w:val="right"/>
            </w:pPr>
            <w:r>
              <w:rPr>
                <w:sz w:val="16"/>
              </w:rPr>
              <w:t>$1,583,680</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$427,139</w:t>
            </w:r>
          </w:p>
        </w:tc>
        <w:tc>
          <w:tcPr>
            <w:tcW w:type="dxa" w:w="1126"/>
          </w:tcPr>
          <w:p>
            <w:pPr>
              <w:spacing w:after="0"/>
              <w:jc w:val="right"/>
            </w:pPr>
            <w:r>
              <w:rPr>
                <w:sz w:val="16"/>
              </w:rPr>
              <w:t>$2,539</w:t>
            </w:r>
          </w:p>
        </w:tc>
        <w:tc>
          <w:tcPr>
            <w:tcW w:type="dxa" w:w="1297"/>
          </w:tcPr>
          <w:p>
            <w:pPr>
              <w:spacing w:after="0"/>
              <w:jc w:val="right"/>
            </w:pPr>
            <w:r>
              <w:rPr>
                <w:sz w:val="16"/>
              </w:rPr>
              <w:t>$228,491</w:t>
            </w:r>
          </w:p>
        </w:tc>
        <w:tc>
          <w:tcPr>
            <w:tcW w:type="dxa" w:w="1111"/>
          </w:tcPr>
          <w:p>
            <w:pPr>
              <w:spacing w:after="0"/>
              <w:jc w:val="right"/>
            </w:pPr>
            <w:r>
              <w:rPr>
                <w:sz w:val="16"/>
              </w:rPr>
              <w:t>$658,169</w:t>
            </w:r>
          </w:p>
        </w:tc>
        <w:tc>
          <w:tcPr>
            <w:tcW w:type="dxa" w:w="1199"/>
          </w:tcPr>
          <w:p>
            <w:pPr>
              <w:spacing w:after="0"/>
              <w:jc w:val="right"/>
            </w:pPr>
            <w:r>
              <w:rPr>
                <w:sz w:val="16"/>
              </w:rPr>
              <w:t>19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$96,955</w:t>
            </w:r>
          </w:p>
        </w:tc>
        <w:tc>
          <w:tcPr>
            <w:tcW w:type="dxa" w:w="1126"/>
          </w:tcPr>
          <w:p>
            <w:pPr>
              <w:spacing w:after="0"/>
              <w:jc w:val="right"/>
            </w:pPr>
            <w:r>
              <w:rPr>
                <w:sz w:val="16"/>
              </w:rPr>
              <w:t>$7,618</w:t>
            </w:r>
          </w:p>
        </w:tc>
        <w:tc>
          <w:tcPr>
            <w:tcW w:type="dxa" w:w="1297"/>
          </w:tcPr>
          <w:p>
            <w:pPr>
              <w:spacing w:after="0"/>
              <w:jc w:val="right"/>
            </w:pPr>
            <w:r>
              <w:rPr>
                <w:sz w:val="16"/>
              </w:rPr>
              <w:t>$259,825</w:t>
            </w:r>
          </w:p>
        </w:tc>
        <w:tc>
          <w:tcPr>
            <w:tcW w:type="dxa" w:w="1111"/>
          </w:tcPr>
          <w:p>
            <w:pPr>
              <w:spacing w:after="0"/>
              <w:jc w:val="right"/>
            </w:pPr>
            <w:r>
              <w:rPr>
                <w:sz w:val="16"/>
              </w:rPr>
              <w:t>$364,398</w:t>
            </w:r>
          </w:p>
        </w:tc>
        <w:tc>
          <w:tcPr>
            <w:tcW w:type="dxa" w:w="1199"/>
          </w:tcPr>
          <w:p>
            <w:pPr>
              <w:spacing w:after="0"/>
              <w:jc w:val="right"/>
            </w:pPr>
            <w:r>
              <w:rPr>
                <w:sz w:val="16"/>
              </w:rPr>
              <w:t>96</w:t>
            </w:r>
          </w:p>
        </w:tc>
        <w:tc>
          <w:tcPr>
            <w:tcW w:type="dxa" w:w="2172"/>
          </w:tcPr>
          <w:p>
            <w:pPr>
              <w:spacing w:after="0"/>
              <w:jc w:val="left"/>
            </w:pPr>
          </w:p>
        </w:tc>
        <w:tc>
          <w:tcPr>
            <w:tcW w:type="dxa" w:w="2080"/>
          </w:tcPr>
          <w:p>
            <w:pPr>
              <w:spacing w:after="0"/>
              <w:jc w:val="left"/>
            </w:pPr>
            <w:r>
              <w:rPr>
                <w:sz w:val="16"/>
              </w:rPr>
              <w:t>Includes 6 High Wind records and 1 Strong Wind record,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$200,639</w:t>
            </w:r>
          </w:p>
        </w:tc>
        <w:tc>
          <w:tcPr>
            <w:tcW w:type="dxa" w:w="1126"/>
          </w:tcPr>
          <w:p>
            <w:pPr>
              <w:spacing w:after="0"/>
              <w:jc w:val="right"/>
            </w:pPr>
          </w:p>
        </w:tc>
        <w:tc>
          <w:tcPr>
            <w:tcW w:type="dxa" w:w="1297"/>
          </w:tcPr>
          <w:p>
            <w:pPr>
              <w:spacing w:after="0"/>
              <w:jc w:val="right"/>
            </w:pPr>
            <w:r>
              <w:rPr>
                <w:sz w:val="16"/>
              </w:rPr>
              <w:t>$25,514</w:t>
            </w:r>
          </w:p>
        </w:tc>
        <w:tc>
          <w:tcPr>
            <w:tcW w:type="dxa" w:w="1111"/>
          </w:tcPr>
          <w:p>
            <w:pPr>
              <w:spacing w:after="0"/>
              <w:jc w:val="right"/>
            </w:pPr>
            <w:r>
              <w:rPr>
                <w:sz w:val="16"/>
              </w:rPr>
              <w:t>$226,153</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$160,674</w:t>
            </w:r>
          </w:p>
        </w:tc>
        <w:tc>
          <w:tcPr>
            <w:tcW w:type="dxa" w:w="1126"/>
          </w:tcPr>
          <w:p>
            <w:pPr>
              <w:spacing w:after="0"/>
              <w:jc w:val="right"/>
            </w:pPr>
            <w:r>
              <w:rPr>
                <w:sz w:val="16"/>
              </w:rPr>
              <w:t>$22,749</w:t>
            </w:r>
          </w:p>
        </w:tc>
        <w:tc>
          <w:tcPr>
            <w:tcW w:type="dxa" w:w="1297"/>
          </w:tcPr>
          <w:p>
            <w:pPr>
              <w:spacing w:after="0"/>
              <w:jc w:val="right"/>
            </w:pPr>
            <w:r>
              <w:rPr>
                <w:sz w:val="16"/>
              </w:rPr>
              <w:t>$5,828</w:t>
            </w:r>
          </w:p>
        </w:tc>
        <w:tc>
          <w:tcPr>
            <w:tcW w:type="dxa" w:w="1111"/>
          </w:tcPr>
          <w:p>
            <w:pPr>
              <w:spacing w:after="0"/>
              <w:jc w:val="right"/>
            </w:pPr>
            <w:r>
              <w:rPr>
                <w:sz w:val="16"/>
              </w:rPr>
              <w:t>$189,251</w:t>
            </w:r>
          </w:p>
        </w:tc>
        <w:tc>
          <w:tcPr>
            <w:tcW w:type="dxa" w:w="1199"/>
          </w:tcPr>
          <w:p>
            <w:pPr>
              <w:spacing w:after="0"/>
              <w:jc w:val="right"/>
            </w:pPr>
            <w:r>
              <w:rPr>
                <w:sz w:val="16"/>
              </w:rPr>
              <w:t>49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$1,140</w:t>
            </w:r>
          </w:p>
        </w:tc>
        <w:tc>
          <w:tcPr>
            <w:tcW w:type="dxa" w:w="1126"/>
          </w:tcPr>
          <w:p>
            <w:pPr>
              <w:spacing w:after="0"/>
              <w:jc w:val="right"/>
            </w:pPr>
            <w:r>
              <w:rPr>
                <w:sz w:val="16"/>
              </w:rPr>
              <w:t>$3</w:t>
            </w:r>
          </w:p>
        </w:tc>
        <w:tc>
          <w:tcPr>
            <w:tcW w:type="dxa" w:w="1297"/>
          </w:tcPr>
          <w:p>
            <w:pPr>
              <w:spacing w:after="0"/>
              <w:jc w:val="right"/>
            </w:pPr>
            <w:r>
              <w:rPr>
                <w:sz w:val="16"/>
              </w:rPr>
              <w:t>$128,578</w:t>
            </w:r>
          </w:p>
        </w:tc>
        <w:tc>
          <w:tcPr>
            <w:tcW w:type="dxa" w:w="1111"/>
          </w:tcPr>
          <w:p>
            <w:pPr>
              <w:spacing w:after="0"/>
              <w:jc w:val="right"/>
            </w:pPr>
            <w:r>
              <w:rPr>
                <w:sz w:val="16"/>
              </w:rPr>
              <w:t>$129,721</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$5,427</w:t>
            </w:r>
          </w:p>
        </w:tc>
        <w:tc>
          <w:tcPr>
            <w:tcW w:type="dxa" w:w="1126"/>
          </w:tcPr>
          <w:p>
            <w:pPr>
              <w:spacing w:after="0"/>
              <w:jc w:val="right"/>
            </w:pPr>
          </w:p>
        </w:tc>
        <w:tc>
          <w:tcPr>
            <w:tcW w:type="dxa" w:w="1297"/>
          </w:tcPr>
          <w:p>
            <w:pPr>
              <w:spacing w:after="0"/>
              <w:jc w:val="right"/>
            </w:pPr>
            <w:r>
              <w:rPr>
                <w:sz w:val="16"/>
              </w:rPr>
              <w:t>$32,068</w:t>
            </w:r>
          </w:p>
        </w:tc>
        <w:tc>
          <w:tcPr>
            <w:tcW w:type="dxa" w:w="1111"/>
          </w:tcPr>
          <w:p>
            <w:pPr>
              <w:spacing w:after="0"/>
              <w:jc w:val="right"/>
            </w:pPr>
            <w:r>
              <w:rPr>
                <w:sz w:val="16"/>
              </w:rPr>
              <w:t>$37,495</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$2,012</w:t>
            </w:r>
          </w:p>
        </w:tc>
        <w:tc>
          <w:tcPr>
            <w:tcW w:type="dxa" w:w="1126"/>
          </w:tcPr>
          <w:p>
            <w:pPr>
              <w:spacing w:after="0"/>
              <w:jc w:val="right"/>
            </w:pPr>
          </w:p>
        </w:tc>
        <w:tc>
          <w:tcPr>
            <w:tcW w:type="dxa" w:w="1297"/>
          </w:tcPr>
          <w:p>
            <w:pPr>
              <w:spacing w:after="0"/>
              <w:jc w:val="right"/>
            </w:pPr>
            <w:r>
              <w:rPr>
                <w:sz w:val="16"/>
              </w:rPr>
              <w:t>$5,555</w:t>
            </w:r>
          </w:p>
        </w:tc>
        <w:tc>
          <w:tcPr>
            <w:tcW w:type="dxa" w:w="1111"/>
          </w:tcPr>
          <w:p>
            <w:pPr>
              <w:spacing w:after="0"/>
              <w:jc w:val="right"/>
            </w:pPr>
            <w:r>
              <w:rPr>
                <w:sz w:val="16"/>
              </w:rPr>
              <w:t>$7,567</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$329</w:t>
            </w:r>
          </w:p>
        </w:tc>
        <w:tc>
          <w:tcPr>
            <w:tcW w:type="dxa" w:w="1126"/>
          </w:tcPr>
          <w:p>
            <w:pPr>
              <w:spacing w:after="0"/>
              <w:jc w:val="right"/>
            </w:pPr>
            <w:r>
              <w:rPr>
                <w:sz w:val="16"/>
              </w:rPr>
              <w:t>$4,361</w:t>
            </w:r>
          </w:p>
        </w:tc>
        <w:tc>
          <w:tcPr>
            <w:tcW w:type="dxa" w:w="1297"/>
          </w:tcPr>
          <w:p>
            <w:pPr>
              <w:spacing w:after="0"/>
              <w:jc w:val="right"/>
            </w:pPr>
            <w:r>
              <w:rPr>
                <w:sz w:val="16"/>
              </w:rPr>
              <w:t>under $1</w:t>
            </w:r>
          </w:p>
        </w:tc>
        <w:tc>
          <w:tcPr>
            <w:tcW w:type="dxa" w:w="1111"/>
          </w:tcPr>
          <w:p>
            <w:pPr>
              <w:spacing w:after="0"/>
              <w:jc w:val="right"/>
            </w:pPr>
            <w:r>
              <w:rPr>
                <w:sz w:val="16"/>
              </w:rPr>
              <w:t>$4,689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$2,856</w:t>
            </w:r>
          </w:p>
        </w:tc>
        <w:tc>
          <w:tcPr>
            <w:tcW w:type="dxa" w:w="1126"/>
          </w:tcPr>
          <w:p>
            <w:pPr>
              <w:spacing w:after="0"/>
              <w:jc w:val="right"/>
            </w:pPr>
            <w:r>
              <w:rPr>
                <w:sz w:val="16"/>
              </w:rPr>
              <w:t>$177</w:t>
            </w:r>
          </w:p>
        </w:tc>
        <w:tc>
          <w:tcPr>
            <w:tcW w:type="dxa" w:w="1297"/>
          </w:tcPr>
          <w:p>
            <w:pPr>
              <w:spacing w:after="0"/>
              <w:jc w:val="right"/>
            </w:pPr>
            <w:r>
              <w:rPr>
                <w:sz w:val="16"/>
              </w:rPr>
              <w:t>$587</w:t>
            </w:r>
          </w:p>
        </w:tc>
        <w:tc>
          <w:tcPr>
            <w:tcW w:type="dxa" w:w="1111"/>
          </w:tcPr>
          <w:p>
            <w:pPr>
              <w:spacing w:after="0"/>
              <w:jc w:val="right"/>
            </w:pPr>
            <w:r>
              <w:rPr>
                <w:sz w:val="16"/>
              </w:rPr>
              <w:t>$3,620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$493</w:t>
            </w:r>
          </w:p>
        </w:tc>
        <w:tc>
          <w:tcPr>
            <w:tcW w:type="dxa" w:w="1126"/>
          </w:tcPr>
          <w:p>
            <w:pPr>
              <w:spacing w:after="0"/>
              <w:jc w:val="right"/>
            </w:pPr>
            <w:r>
              <w:rPr>
                <w:sz w:val="16"/>
              </w:rPr>
              <w:t>$836</w:t>
            </w:r>
          </w:p>
        </w:tc>
        <w:tc>
          <w:tcPr>
            <w:tcW w:type="dxa" w:w="1297"/>
          </w:tcPr>
          <w:p>
            <w:pPr>
              <w:spacing w:after="0"/>
              <w:jc w:val="right"/>
            </w:pPr>
            <w:r>
              <w:rPr>
                <w:sz w:val="16"/>
              </w:rPr>
              <w:t>$1,251</w:t>
            </w:r>
          </w:p>
        </w:tc>
        <w:tc>
          <w:tcPr>
            <w:tcW w:type="dxa" w:w="1111"/>
          </w:tcPr>
          <w:p>
            <w:pPr>
              <w:spacing w:after="0"/>
              <w:jc w:val="right"/>
            </w:pPr>
            <w:r>
              <w:rPr>
                <w:sz w:val="16"/>
              </w:rPr>
              <w:t>$2,580</w:t>
            </w:r>
          </w:p>
        </w:tc>
        <w:tc>
          <w:tcPr>
            <w:tcW w:type="dxa" w:w="1199"/>
          </w:tcPr>
          <w:p>
            <w:pPr>
              <w:spacing w:after="0"/>
              <w:jc w:val="right"/>
            </w:pPr>
            <w:r>
              <w:rPr>
                <w:sz w:val="16"/>
              </w:rPr>
              <w:t>57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$14</w:t>
            </w:r>
          </w:p>
        </w:tc>
        <w:tc>
          <w:tcPr>
            <w:tcW w:type="dxa" w:w="1126"/>
          </w:tcPr>
          <w:p>
            <w:pPr>
              <w:spacing w:after="0"/>
              <w:jc w:val="right"/>
            </w:pPr>
          </w:p>
        </w:tc>
        <w:tc>
          <w:tcPr>
            <w:tcW w:type="dxa" w:w="1297"/>
          </w:tcPr>
          <w:p>
            <w:pPr>
              <w:spacing w:after="0"/>
              <w:jc w:val="right"/>
            </w:pPr>
            <w:r>
              <w:rPr>
                <w:sz w:val="16"/>
              </w:rPr>
              <w:t>$300</w:t>
            </w:r>
          </w:p>
        </w:tc>
        <w:tc>
          <w:tcPr>
            <w:tcW w:type="dxa" w:w="1111"/>
          </w:tcPr>
          <w:p>
            <w:pPr>
              <w:spacing w:after="0"/>
              <w:jc w:val="right"/>
            </w:pPr>
            <w:r>
              <w:rPr>
                <w:sz w:val="16"/>
              </w:rPr>
              <w:t>$314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3"/>
        <w:gridCol w:w="1745"/>
        <w:gridCol w:w="1570"/>
        <w:gridCol w:w="1981"/>
        <w:gridCol w:w="1557"/>
        <w:gridCol w:w="1606"/>
        <w:gridCol w:w="1641"/>
        <w:gridCol w:w="2259"/>
      </w:tblGrid>
      <w:tr>
        <w:trPr>
          <w:cantSplit/>
          <w:tblHeader/>
        </w:trPr>
        <w:tc>
          <w:tcPr>
            <w:tcW w:type="dxa" w:w="1753"/>
            <w:shd w:val="clear" w:color="auto" w:fill="E8E8E8"/>
          </w:tcPr>
          <w:p>
            <w:pPr>
              <w:spacing w:after="0"/>
              <w:jc w:val="left"/>
            </w:pPr>
            <w:r>
              <w:rPr>
                <w:b/>
                <w:sz w:val="16"/>
              </w:rPr>
              <w:t>Hazard</w:t>
            </w:r>
          </w:p>
        </w:tc>
        <w:tc>
          <w:tcPr>
            <w:tcW w:type="dxa" w:w="1745"/>
            <w:shd w:val="clear" w:color="auto" w:fill="E8E8E8"/>
          </w:tcPr>
          <w:p>
            <w:pPr>
              <w:spacing w:after="0"/>
              <w:jc w:val="left"/>
            </w:pPr>
            <w:r>
              <w:rPr>
                <w:b/>
                <w:sz w:val="16"/>
              </w:rPr>
              <w:t>Scale</w:t>
            </w:r>
          </w:p>
        </w:tc>
        <w:tc>
          <w:tcPr>
            <w:tcW w:type="dxa" w:w="1570"/>
            <w:shd w:val="clear" w:color="auto" w:fill="E8E8E8"/>
          </w:tcPr>
          <w:p>
            <w:pPr>
              <w:spacing w:after="0"/>
              <w:jc w:val="right"/>
            </w:pPr>
            <w:r>
              <w:rPr>
                <w:b/>
                <w:sz w:val="16"/>
              </w:rPr>
              <w:t>Records</w:t>
            </w:r>
          </w:p>
          <w:p>
            <w:pPr>
              <w:spacing w:after="0"/>
              <w:jc w:val="right"/>
            </w:pPr>
            <w:r>
              <w:rPr>
                <w:i/>
                <w:color w:val="555555"/>
                <w:sz w:val="14"/>
              </w:rPr>
              <w:t>count, years</w:t>
            </w:r>
          </w:p>
        </w:tc>
        <w:tc>
          <w:tcPr>
            <w:tcW w:type="dxa" w:w="1981"/>
            <w:shd w:val="clear" w:color="auto" w:fill="E8E8E8"/>
          </w:tcPr>
          <w:p>
            <w:pPr>
              <w:spacing w:after="0"/>
              <w:jc w:val="left"/>
            </w:pPr>
            <w:r>
              <w:rPr>
                <w:b/>
                <w:sz w:val="16"/>
              </w:rPr>
              <w:t>Observed range</w:t>
            </w:r>
          </w:p>
        </w:tc>
        <w:tc>
          <w:tcPr>
            <w:tcW w:type="dxa" w:w="1557"/>
            <w:shd w:val="clear" w:color="auto" w:fill="E8E8E8"/>
          </w:tcPr>
          <w:p>
            <w:pPr>
              <w:spacing w:after="0"/>
              <w:jc w:val="left"/>
            </w:pPr>
            <w:r>
              <w:rPr>
                <w:b/>
                <w:sz w:val="16"/>
              </w:rPr>
              <w:t>Worst recorded event</w:t>
            </w:r>
          </w:p>
        </w:tc>
        <w:tc>
          <w:tcPr>
            <w:tcW w:type="dxa" w:w="1606"/>
            <w:shd w:val="clear" w:color="auto" w:fill="E8E8E8"/>
          </w:tcPr>
          <w:p>
            <w:pPr>
              <w:spacing w:after="0"/>
              <w:jc w:val="left"/>
            </w:pPr>
            <w:r>
              <w:rPr>
                <w:b/>
                <w:sz w:val="16"/>
              </w:rPr>
              <w:t>Most damaging (when different)</w:t>
            </w:r>
          </w:p>
        </w:tc>
        <w:tc>
          <w:tcPr>
            <w:tcW w:type="dxa" w:w="1641"/>
            <w:shd w:val="clear" w:color="auto" w:fill="E8E8E8"/>
          </w:tcPr>
          <w:p>
            <w:pPr>
              <w:spacing w:after="0"/>
              <w:jc w:val="left"/>
            </w:pPr>
            <w:r>
              <w:rPr>
                <w:b/>
                <w:sz w:val="16"/>
              </w:rPr>
              <w:t>How it applies to members</w:t>
            </w:r>
          </w:p>
        </w:tc>
        <w:tc>
          <w:tcPr>
            <w:tcW w:type="dxa" w:w="2259"/>
            <w:shd w:val="clear" w:color="auto" w:fill="E8E8E8"/>
          </w:tcPr>
          <w:p>
            <w:pPr>
              <w:spacing w:after="0"/>
              <w:jc w:val="left"/>
            </w:pPr>
            <w:r>
              <w:rPr>
                <w:b/>
                <w:sz w:val="16"/>
              </w:rPr>
              <w:t>Note</w:t>
            </w:r>
          </w:p>
        </w:tc>
      </w:tr>
      <w:tr>
        <w:trPr>
          <w:cantSplit/>
        </w:trPr>
        <w:tc>
          <w:tcPr>
            <w:tcW w:type="dxa" w:w="1753"/>
          </w:tcPr>
          <w:p>
            <w:pPr>
              <w:spacing w:after="0"/>
              <w:jc w:val="left"/>
            </w:pPr>
            <w:r>
              <w:rPr>
                <w:sz w:val="16"/>
              </w:rPr>
              <w:t>Avalanche</w:t>
            </w:r>
          </w:p>
        </w:tc>
        <w:tc>
          <w:tcPr>
            <w:tcW w:type="dxa" w:w="1745"/>
          </w:tcPr>
          <w:p>
            <w:pPr>
              <w:spacing w:after="0"/>
              <w:jc w:val="left"/>
            </w:pPr>
            <w:r>
              <w:rPr>
                <w:sz w:val="16"/>
              </w:rPr>
              <w:t>none (count and damage)</w:t>
            </w:r>
          </w:p>
        </w:tc>
        <w:tc>
          <w:tcPr>
            <w:tcW w:type="dxa" w:w="1570"/>
          </w:tcPr>
          <w:p>
            <w:pPr>
              <w:spacing w:after="0"/>
              <w:jc w:val="right"/>
            </w:pPr>
            <w:r>
              <w:rPr>
                <w:sz w:val="16"/>
              </w:rPr>
              <w:t>0</w:t>
            </w:r>
          </w:p>
        </w:tc>
        <w:tc>
          <w:tcPr>
            <w:tcW w:type="dxa" w:w="1981"/>
          </w:tcPr>
          <w:p>
            <w:pPr>
              <w:spacing w:after="0"/>
              <w:jc w:val="left"/>
            </w:pPr>
          </w:p>
        </w:tc>
        <w:tc>
          <w:tcPr>
            <w:tcW w:type="dxa" w:w="1557"/>
          </w:tcPr>
          <w:p>
            <w:pPr>
              <w:spacing w:after="0"/>
              <w:jc w:val="left"/>
            </w:pPr>
          </w:p>
        </w:tc>
        <w:tc>
          <w:tcPr>
            <w:tcW w:type="dxa" w:w="1606"/>
          </w:tcPr>
          <w:p>
            <w:pPr>
              <w:spacing w:after="0"/>
              <w:jc w:val="left"/>
            </w:pPr>
          </w:p>
        </w:tc>
        <w:tc>
          <w:tcPr>
            <w:tcW w:type="dxa" w:w="1641"/>
          </w:tcPr>
          <w:p>
            <w:pPr>
              <w:spacing w:after="0"/>
              <w:jc w:val="left"/>
            </w:pPr>
          </w:p>
        </w:tc>
        <w:tc>
          <w:tcPr>
            <w:tcW w:type="dxa" w:w="2259"/>
          </w:tcPr>
          <w:p>
            <w:pPr>
              <w:spacing w:after="0"/>
              <w:jc w:val="left"/>
            </w:pPr>
            <w:r>
              <w:rPr>
                <w:sz w:val="16"/>
              </w:rPr>
              <w:t>Physical measure: in event narratives only; local data required.</w:t>
            </w:r>
          </w:p>
        </w:tc>
      </w:tr>
      <w:tr>
        <w:trPr>
          <w:cantSplit/>
        </w:trPr>
        <w:tc>
          <w:tcPr>
            <w:tcW w:type="dxa" w:w="1753"/>
          </w:tcPr>
          <w:p>
            <w:pPr>
              <w:spacing w:after="0"/>
              <w:jc w:val="left"/>
            </w:pPr>
            <w:r>
              <w:rPr>
                <w:sz w:val="16"/>
              </w:rPr>
              <w:t>Coastal Flood, Storm Surge/Tide</w:t>
            </w:r>
          </w:p>
        </w:tc>
        <w:tc>
          <w:tcPr>
            <w:tcW w:type="dxa" w:w="1745"/>
          </w:tcPr>
          <w:p>
            <w:pPr>
              <w:spacing w:after="0"/>
              <w:jc w:val="left"/>
            </w:pPr>
            <w:r>
              <w:rPr>
                <w:sz w:val="16"/>
              </w:rPr>
              <w:t>none in data (FIRM for depth)</w:t>
            </w:r>
          </w:p>
        </w:tc>
        <w:tc>
          <w:tcPr>
            <w:tcW w:type="dxa" w:w="1570"/>
          </w:tcPr>
          <w:p>
            <w:pPr>
              <w:spacing w:after="0"/>
              <w:jc w:val="right"/>
            </w:pPr>
            <w:r>
              <w:rPr>
                <w:sz w:val="16"/>
              </w:rPr>
              <w:t>0</w:t>
            </w:r>
          </w:p>
        </w:tc>
        <w:tc>
          <w:tcPr>
            <w:tcW w:type="dxa" w:w="1981"/>
          </w:tcPr>
          <w:p>
            <w:pPr>
              <w:spacing w:after="0"/>
              <w:jc w:val="left"/>
            </w:pPr>
          </w:p>
        </w:tc>
        <w:tc>
          <w:tcPr>
            <w:tcW w:type="dxa" w:w="1557"/>
          </w:tcPr>
          <w:p>
            <w:pPr>
              <w:spacing w:after="0"/>
              <w:jc w:val="left"/>
            </w:pPr>
          </w:p>
        </w:tc>
        <w:tc>
          <w:tcPr>
            <w:tcW w:type="dxa" w:w="1606"/>
          </w:tcPr>
          <w:p>
            <w:pPr>
              <w:spacing w:after="0"/>
              <w:jc w:val="left"/>
            </w:pPr>
          </w:p>
        </w:tc>
        <w:tc>
          <w:tcPr>
            <w:tcW w:type="dxa" w:w="1641"/>
          </w:tcPr>
          <w:p>
            <w:pPr>
              <w:spacing w:after="0"/>
              <w:jc w:val="left"/>
            </w:pPr>
          </w:p>
        </w:tc>
        <w:tc>
          <w:tcPr>
            <w:tcW w:type="dxa" w:w="2259"/>
          </w:tcPr>
          <w:p>
            <w:pPr>
              <w:spacing w:after="0"/>
              <w:jc w:val="left"/>
            </w:pPr>
            <w:r>
              <w:rPr>
                <w:sz w:val="16"/>
              </w:rPr>
              <w:t>Flood depth: see the FEMA Flood Insurance Rate Map.</w:t>
            </w:r>
          </w:p>
        </w:tc>
      </w:tr>
      <w:tr>
        <w:trPr>
          <w:cantSplit/>
        </w:trPr>
        <w:tc>
          <w:tcPr>
            <w:tcW w:type="dxa" w:w="1753"/>
          </w:tcPr>
          <w:p>
            <w:pPr>
              <w:spacing w:after="0"/>
              <w:jc w:val="left"/>
            </w:pPr>
            <w:r>
              <w:rPr>
                <w:sz w:val="16"/>
              </w:rPr>
              <w:t>Cold/Wind Chill, Extreme Cold/Wind Chill</w:t>
            </w:r>
          </w:p>
        </w:tc>
        <w:tc>
          <w:tcPr>
            <w:tcW w:type="dxa" w:w="1745"/>
          </w:tcPr>
          <w:p>
            <w:pPr>
              <w:spacing w:after="0"/>
              <w:jc w:val="left"/>
            </w:pPr>
            <w:r>
              <w:rPr>
                <w:sz w:val="16"/>
              </w:rPr>
              <w:t>wind chill</w:t>
            </w:r>
          </w:p>
        </w:tc>
        <w:tc>
          <w:tcPr>
            <w:tcW w:type="dxa" w:w="1570"/>
          </w:tcPr>
          <w:p>
            <w:pPr>
              <w:spacing w:after="0"/>
              <w:jc w:val="right"/>
            </w:pPr>
            <w:r>
              <w:rPr>
                <w:sz w:val="16"/>
              </w:rPr>
              <w:t>13, 1996 to 2026 (13 zone-level)</w:t>
            </w:r>
          </w:p>
        </w:tc>
        <w:tc>
          <w:tcPr>
            <w:tcW w:type="dxa" w:w="1981"/>
          </w:tcPr>
          <w:p>
            <w:pPr>
              <w:spacing w:after="0"/>
              <w:jc w:val="left"/>
            </w:pPr>
            <w:r>
              <w:rPr>
                <w:sz w:val="16"/>
              </w:rPr>
              <w:t>1 day to 4 days (median 2 days); 12 with a recorded value</w:t>
            </w:r>
          </w:p>
        </w:tc>
        <w:tc>
          <w:tcPr>
            <w:tcW w:type="dxa" w:w="1557"/>
          </w:tcPr>
          <w:p>
            <w:pPr>
              <w:spacing w:after="0"/>
              <w:jc w:val="left"/>
            </w:pPr>
            <w:r>
              <w:rPr>
                <w:sz w:val="16"/>
              </w:rPr>
              <w:t>4 consecutive days, 2024-01-14 to 2024-01-17, zone-level</w:t>
            </w:r>
          </w:p>
        </w:tc>
        <w:tc>
          <w:tcPr>
            <w:tcW w:type="dxa" w:w="1606"/>
          </w:tcPr>
          <w:p>
            <w:pPr>
              <w:spacing w:after="0"/>
              <w:jc w:val="left"/>
            </w:pPr>
          </w:p>
        </w:tc>
        <w:tc>
          <w:tcPr>
            <w:tcW w:type="dxa" w:w="1641"/>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Wind chill: in event narratives only; local data required.</w:t>
            </w:r>
          </w:p>
        </w:tc>
      </w:tr>
      <w:tr>
        <w:trPr>
          <w:cantSplit/>
        </w:trPr>
        <w:tc>
          <w:tcPr>
            <w:tcW w:type="dxa" w:w="1753"/>
          </w:tcPr>
          <w:p>
            <w:pPr>
              <w:spacing w:after="0"/>
              <w:jc w:val="left"/>
            </w:pPr>
            <w:r>
              <w:rPr>
                <w:sz w:val="16"/>
              </w:rPr>
              <w:t>Frost/Freeze (outside NRI Cold Wave definition)</w:t>
            </w:r>
          </w:p>
        </w:tc>
        <w:tc>
          <w:tcPr>
            <w:tcW w:type="dxa" w:w="1745"/>
          </w:tcPr>
          <w:p>
            <w:pPr>
              <w:spacing w:after="0"/>
              <w:jc w:val="left"/>
            </w:pPr>
            <w:r>
              <w:rPr>
                <w:sz w:val="16"/>
              </w:rPr>
              <w:t>crop damage</w:t>
            </w:r>
          </w:p>
        </w:tc>
        <w:tc>
          <w:tcPr>
            <w:tcW w:type="dxa" w:w="1570"/>
          </w:tcPr>
          <w:p>
            <w:pPr>
              <w:spacing w:after="0"/>
              <w:jc w:val="right"/>
            </w:pPr>
            <w:r>
              <w:rPr>
                <w:sz w:val="16"/>
              </w:rPr>
              <w:t>1, 2004 to 2004 (1 zone-level)</w:t>
            </w:r>
          </w:p>
        </w:tc>
        <w:tc>
          <w:tcPr>
            <w:tcW w:type="dxa" w:w="1981"/>
          </w:tcPr>
          <w:p>
            <w:pPr>
              <w:spacing w:after="0"/>
              <w:jc w:val="left"/>
            </w:pPr>
          </w:p>
        </w:tc>
        <w:tc>
          <w:tcPr>
            <w:tcW w:type="dxa" w:w="1557"/>
          </w:tcPr>
          <w:p>
            <w:pPr>
              <w:spacing w:after="0"/>
              <w:jc w:val="left"/>
            </w:pPr>
            <w:r>
              <w:rPr>
                <w:sz w:val="16"/>
              </w:rPr>
              <w:t>No crop damage reported in 1 records.</w:t>
            </w:r>
          </w:p>
        </w:tc>
        <w:tc>
          <w:tcPr>
            <w:tcW w:type="dxa" w:w="1606"/>
          </w:tcPr>
          <w:p>
            <w:pPr>
              <w:spacing w:after="0"/>
              <w:jc w:val="left"/>
            </w:pPr>
          </w:p>
        </w:tc>
        <w:tc>
          <w:tcPr>
            <w:tcW w:type="dxa" w:w="1641"/>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Temperature: in event narratives only; local data required.</w:t>
            </w:r>
          </w:p>
        </w:tc>
      </w:tr>
      <w:tr>
        <w:trPr>
          <w:cantSplit/>
        </w:trPr>
        <w:tc>
          <w:tcPr>
            <w:tcW w:type="dxa" w:w="1753"/>
          </w:tcPr>
          <w:p>
            <w:pPr>
              <w:spacing w:after="0"/>
              <w:jc w:val="left"/>
            </w:pPr>
            <w:r>
              <w:rPr>
                <w:sz w:val="16"/>
              </w:rPr>
              <w:t>Drought</w:t>
            </w:r>
          </w:p>
        </w:tc>
        <w:tc>
          <w:tcPr>
            <w:tcW w:type="dxa" w:w="1745"/>
          </w:tcPr>
          <w:p>
            <w:pPr>
              <w:spacing w:after="0"/>
              <w:jc w:val="left"/>
            </w:pPr>
            <w:r>
              <w:rPr>
                <w:sz w:val="16"/>
              </w:rPr>
              <w:t>US Drought Monitor D-scale</w:t>
            </w:r>
          </w:p>
        </w:tc>
        <w:tc>
          <w:tcPr>
            <w:tcW w:type="dxa" w:w="1570"/>
          </w:tcPr>
          <w:p>
            <w:pPr>
              <w:spacing w:after="0"/>
              <w:jc w:val="right"/>
            </w:pPr>
            <w:r>
              <w:rPr>
                <w:sz w:val="16"/>
              </w:rPr>
              <w:t>4, 2023 to 2024 (4 zone-level)</w:t>
            </w:r>
          </w:p>
        </w:tc>
        <w:tc>
          <w:tcPr>
            <w:tcW w:type="dxa" w:w="1981"/>
          </w:tcPr>
          <w:p>
            <w:pPr>
              <w:spacing w:after="0"/>
              <w:jc w:val="left"/>
            </w:pPr>
            <w:r>
              <w:rPr>
                <w:sz w:val="16"/>
              </w:rPr>
              <w:t>29 days to 36 days (median 32.5 days); 2 with a recorded value</w:t>
            </w:r>
          </w:p>
        </w:tc>
        <w:tc>
          <w:tcPr>
            <w:tcW w:type="dxa" w:w="1557"/>
          </w:tcPr>
          <w:p>
            <w:pPr>
              <w:spacing w:after="0"/>
              <w:jc w:val="left"/>
            </w:pPr>
            <w:r>
              <w:rPr>
                <w:sz w:val="16"/>
              </w:rPr>
              <w:t>36 days (about 1.2 months), 2023-06-13 to 2023-07-18, a run of 2 consecutive Storm Events drought records, zone-level</w:t>
            </w:r>
          </w:p>
        </w:tc>
        <w:tc>
          <w:tcPr>
            <w:tcW w:type="dxa" w:w="1606"/>
          </w:tcPr>
          <w:p>
            <w:pPr>
              <w:spacing w:after="0"/>
              <w:jc w:val="left"/>
            </w:pPr>
          </w:p>
        </w:tc>
        <w:tc>
          <w:tcPr>
            <w:tcW w:type="dxa" w:w="1641"/>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3"/>
          </w:tcPr>
          <w:p>
            <w:pPr>
              <w:spacing w:after="0"/>
              <w:jc w:val="left"/>
            </w:pPr>
            <w:r>
              <w:rPr>
                <w:sz w:val="16"/>
              </w:rPr>
              <w:t>Earthquake</w:t>
            </w:r>
          </w:p>
        </w:tc>
        <w:tc>
          <w:tcPr>
            <w:tcW w:type="dxa" w:w="1745"/>
          </w:tcPr>
          <w:p>
            <w:pPr>
              <w:spacing w:after="0"/>
              <w:jc w:val="left"/>
            </w:pPr>
            <w:r>
              <w:rPr>
                <w:sz w:val="16"/>
              </w:rPr>
              <w:t>Modified Mercalli (local data)</w:t>
            </w:r>
          </w:p>
        </w:tc>
        <w:tc>
          <w:tcPr>
            <w:tcW w:type="dxa" w:w="1570"/>
          </w:tcPr>
          <w:p>
            <w:pPr>
              <w:spacing w:after="0"/>
              <w:jc w:val="right"/>
            </w:pPr>
            <w:r>
              <w:rPr>
                <w:sz w:val="16"/>
              </w:rPr>
              <w:t>0</w:t>
            </w:r>
          </w:p>
        </w:tc>
        <w:tc>
          <w:tcPr>
            <w:tcW w:type="dxa" w:w="1981"/>
          </w:tcPr>
          <w:p>
            <w:pPr>
              <w:spacing w:after="0"/>
              <w:jc w:val="left"/>
            </w:pPr>
          </w:p>
        </w:tc>
        <w:tc>
          <w:tcPr>
            <w:tcW w:type="dxa" w:w="1557"/>
          </w:tcPr>
          <w:p>
            <w:pPr>
              <w:spacing w:after="0"/>
              <w:jc w:val="left"/>
            </w:pPr>
          </w:p>
        </w:tc>
        <w:tc>
          <w:tcPr>
            <w:tcW w:type="dxa" w:w="1606"/>
          </w:tcPr>
          <w:p>
            <w:pPr>
              <w:spacing w:after="0"/>
              <w:jc w:val="left"/>
            </w:pPr>
          </w:p>
        </w:tc>
        <w:tc>
          <w:tcPr>
            <w:tcW w:type="dxa" w:w="1641"/>
          </w:tcPr>
          <w:p>
            <w:pPr>
              <w:spacing w:after="0"/>
              <w:jc w:val="left"/>
            </w:pPr>
          </w:p>
        </w:tc>
        <w:tc>
          <w:tcPr>
            <w:tcW w:type="dxa" w:w="2259"/>
          </w:tcPr>
          <w:p>
            <w:pPr>
              <w:spacing w:after="0"/>
              <w:jc w:val="left"/>
            </w:pPr>
            <w:r>
              <w:rPr>
                <w:sz w:val="16"/>
              </w:rPr>
              <w:t>No Storm Events record; local data required (e.g., USGS).</w:t>
            </w:r>
          </w:p>
        </w:tc>
      </w:tr>
      <w:tr>
        <w:trPr>
          <w:cantSplit/>
        </w:trPr>
        <w:tc>
          <w:tcPr>
            <w:tcW w:type="dxa" w:w="1753"/>
          </w:tcPr>
          <w:p>
            <w:pPr>
              <w:spacing w:after="0"/>
              <w:jc w:val="left"/>
            </w:pPr>
            <w:r>
              <w:rPr>
                <w:sz w:val="16"/>
              </w:rPr>
              <w:t>Hail</w:t>
            </w:r>
          </w:p>
        </w:tc>
        <w:tc>
          <w:tcPr>
            <w:tcW w:type="dxa" w:w="1745"/>
          </w:tcPr>
          <w:p>
            <w:pPr>
              <w:spacing w:after="0"/>
              <w:jc w:val="left"/>
            </w:pPr>
            <w:r>
              <w:rPr>
                <w:sz w:val="16"/>
              </w:rPr>
              <w:t>hail size (inches)</w:t>
            </w:r>
          </w:p>
        </w:tc>
        <w:tc>
          <w:tcPr>
            <w:tcW w:type="dxa" w:w="1570"/>
          </w:tcPr>
          <w:p>
            <w:pPr>
              <w:spacing w:after="0"/>
              <w:jc w:val="right"/>
            </w:pPr>
            <w:r>
              <w:rPr>
                <w:sz w:val="16"/>
              </w:rPr>
              <w:t>62, 1970 to 2025</w:t>
            </w:r>
          </w:p>
        </w:tc>
        <w:tc>
          <w:tcPr>
            <w:tcW w:type="dxa" w:w="1981"/>
          </w:tcPr>
          <w:p>
            <w:pPr>
              <w:spacing w:after="0"/>
              <w:jc w:val="left"/>
            </w:pPr>
            <w:r>
              <w:rPr>
                <w:sz w:val="16"/>
              </w:rPr>
              <w:t>0.75 in to 2.75 in (median 1 in); 62 with a recorded value</w:t>
            </w:r>
          </w:p>
        </w:tc>
        <w:tc>
          <w:tcPr>
            <w:tcW w:type="dxa" w:w="1557"/>
          </w:tcPr>
          <w:p>
            <w:pPr>
              <w:spacing w:after="0"/>
              <w:jc w:val="left"/>
            </w:pPr>
            <w:r>
              <w:rPr>
                <w:sz w:val="16"/>
              </w:rPr>
              <w:t>2.75 in hail, 2012-08-09</w:t>
            </w:r>
          </w:p>
        </w:tc>
        <w:tc>
          <w:tcPr>
            <w:tcW w:type="dxa" w:w="1606"/>
          </w:tcPr>
          <w:p>
            <w:pPr>
              <w:spacing w:after="0"/>
              <w:jc w:val="left"/>
            </w:pPr>
          </w:p>
        </w:tc>
        <w:tc>
          <w:tcPr>
            <w:tcW w:type="dxa" w:w="1641"/>
          </w:tcPr>
          <w:p>
            <w:pPr>
              <w:spacing w:after="0"/>
              <w:jc w:val="left"/>
            </w:pPr>
            <w:r>
              <w:rPr>
                <w:sz w:val="16"/>
              </w:rPr>
              <w:t>Event records naming member places: Kentland town (11 records), Morocco town (10 records), Goodland town (3 records), Mount Ayr town (3 records), Brook town (1 record).</w:t>
            </w:r>
          </w:p>
        </w:tc>
        <w:tc>
          <w:tcPr>
            <w:tcW w:type="dxa" w:w="2259"/>
          </w:tcPr>
          <w:p>
            <w:pPr>
              <w:spacing w:after="0"/>
              <w:jc w:val="left"/>
            </w:pPr>
          </w:p>
        </w:tc>
      </w:tr>
      <w:tr>
        <w:trPr>
          <w:cantSplit/>
        </w:trPr>
        <w:tc>
          <w:tcPr>
            <w:tcW w:type="dxa" w:w="1753"/>
          </w:tcPr>
          <w:p>
            <w:pPr>
              <w:spacing w:after="0"/>
              <w:jc w:val="left"/>
            </w:pPr>
            <w:r>
              <w:rPr>
                <w:sz w:val="16"/>
              </w:rPr>
              <w:t>Excessive Heat, Heat</w:t>
            </w:r>
          </w:p>
        </w:tc>
        <w:tc>
          <w:tcPr>
            <w:tcW w:type="dxa" w:w="1745"/>
          </w:tcPr>
          <w:p>
            <w:pPr>
              <w:spacing w:after="0"/>
              <w:jc w:val="left"/>
            </w:pPr>
            <w:r>
              <w:rPr>
                <w:sz w:val="16"/>
              </w:rPr>
              <w:t>heat index (narratives)</w:t>
            </w:r>
          </w:p>
        </w:tc>
        <w:tc>
          <w:tcPr>
            <w:tcW w:type="dxa" w:w="1570"/>
          </w:tcPr>
          <w:p>
            <w:pPr>
              <w:spacing w:after="0"/>
              <w:jc w:val="right"/>
            </w:pPr>
            <w:r>
              <w:rPr>
                <w:sz w:val="16"/>
              </w:rPr>
              <w:t>7, 2012 to 2026 (7 zone-level)</w:t>
            </w:r>
          </w:p>
        </w:tc>
        <w:tc>
          <w:tcPr>
            <w:tcW w:type="dxa" w:w="1981"/>
          </w:tcPr>
          <w:p>
            <w:pPr>
              <w:spacing w:after="0"/>
              <w:jc w:val="left"/>
            </w:pPr>
            <w:r>
              <w:rPr>
                <w:sz w:val="16"/>
              </w:rPr>
              <w:t>1 day to 4 days (median 2 days); 7 with a recorded value</w:t>
            </w:r>
          </w:p>
        </w:tc>
        <w:tc>
          <w:tcPr>
            <w:tcW w:type="dxa" w:w="1557"/>
          </w:tcPr>
          <w:p>
            <w:pPr>
              <w:spacing w:after="0"/>
              <w:jc w:val="left"/>
            </w:pPr>
            <w:r>
              <w:rPr>
                <w:sz w:val="16"/>
              </w:rPr>
              <w:t>4 consecutive days, 2012-07-04 to 2012-07-07, zone-level</w:t>
            </w:r>
          </w:p>
        </w:tc>
        <w:tc>
          <w:tcPr>
            <w:tcW w:type="dxa" w:w="1606"/>
          </w:tcPr>
          <w:p>
            <w:pPr>
              <w:spacing w:after="0"/>
              <w:jc w:val="left"/>
            </w:pPr>
          </w:p>
        </w:tc>
        <w:tc>
          <w:tcPr>
            <w:tcW w:type="dxa" w:w="1641"/>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Heat index: in event narratives only; local data required.</w:t>
            </w:r>
          </w:p>
        </w:tc>
      </w:tr>
      <w:tr>
        <w:trPr>
          <w:cantSplit/>
        </w:trPr>
        <w:tc>
          <w:tcPr>
            <w:tcW w:type="dxa" w:w="1753"/>
          </w:tcPr>
          <w:p>
            <w:pPr>
              <w:spacing w:after="0"/>
              <w:jc w:val="left"/>
            </w:pPr>
            <w:r>
              <w:rPr>
                <w:sz w:val="16"/>
              </w:rPr>
              <w:t>Hurricane, Tropical Storm, Tropical Depression</w:t>
            </w:r>
          </w:p>
        </w:tc>
        <w:tc>
          <w:tcPr>
            <w:tcW w:type="dxa" w:w="1745"/>
          </w:tcPr>
          <w:p>
            <w:pPr>
              <w:spacing w:after="0"/>
              <w:jc w:val="left"/>
            </w:pPr>
            <w:r>
              <w:rPr>
                <w:sz w:val="16"/>
              </w:rPr>
              <w:t>Saffir-Simpson</w:t>
            </w:r>
          </w:p>
        </w:tc>
        <w:tc>
          <w:tcPr>
            <w:tcW w:type="dxa" w:w="1570"/>
          </w:tcPr>
          <w:p>
            <w:pPr>
              <w:spacing w:after="0"/>
              <w:jc w:val="right"/>
            </w:pPr>
            <w:r>
              <w:rPr>
                <w:sz w:val="16"/>
              </w:rPr>
              <w:t>0</w:t>
            </w:r>
          </w:p>
        </w:tc>
        <w:tc>
          <w:tcPr>
            <w:tcW w:type="dxa" w:w="1981"/>
          </w:tcPr>
          <w:p>
            <w:pPr>
              <w:spacing w:after="0"/>
              <w:jc w:val="left"/>
            </w:pPr>
          </w:p>
        </w:tc>
        <w:tc>
          <w:tcPr>
            <w:tcW w:type="dxa" w:w="1557"/>
          </w:tcPr>
          <w:p>
            <w:pPr>
              <w:spacing w:after="0"/>
              <w:jc w:val="left"/>
            </w:pPr>
          </w:p>
        </w:tc>
        <w:tc>
          <w:tcPr>
            <w:tcW w:type="dxa" w:w="1606"/>
          </w:tcPr>
          <w:p>
            <w:pPr>
              <w:spacing w:after="0"/>
              <w:jc w:val="left"/>
            </w:pPr>
          </w:p>
        </w:tc>
        <w:tc>
          <w:tcPr>
            <w:tcW w:type="dxa" w:w="1641"/>
          </w:tcPr>
          <w:p>
            <w:pPr>
              <w:spacing w:after="0"/>
              <w:jc w:val="left"/>
            </w:pPr>
          </w:p>
        </w:tc>
        <w:tc>
          <w:tcPr>
            <w:tcW w:type="dxa" w:w="225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3"/>
          </w:tcPr>
          <w:p>
            <w:pPr>
              <w:spacing w:after="0"/>
              <w:jc w:val="left"/>
            </w:pPr>
            <w:r>
              <w:rPr>
                <w:sz w:val="16"/>
              </w:rPr>
              <w:t>Ice Storm</w:t>
            </w:r>
          </w:p>
        </w:tc>
        <w:tc>
          <w:tcPr>
            <w:tcW w:type="dxa" w:w="1745"/>
          </w:tcPr>
          <w:p>
            <w:pPr>
              <w:spacing w:after="0"/>
              <w:jc w:val="left"/>
            </w:pPr>
            <w:r>
              <w:rPr>
                <w:sz w:val="16"/>
              </w:rPr>
              <w:t>Sperry-Piltz (local data)</w:t>
            </w:r>
          </w:p>
        </w:tc>
        <w:tc>
          <w:tcPr>
            <w:tcW w:type="dxa" w:w="1570"/>
          </w:tcPr>
          <w:p>
            <w:pPr>
              <w:spacing w:after="0"/>
              <w:jc w:val="right"/>
            </w:pPr>
            <w:r>
              <w:rPr>
                <w:sz w:val="16"/>
              </w:rPr>
              <w:t>2, 2007 to 2008 (2 zone-level)</w:t>
            </w:r>
          </w:p>
        </w:tc>
        <w:tc>
          <w:tcPr>
            <w:tcW w:type="dxa" w:w="1981"/>
          </w:tcPr>
          <w:p>
            <w:pPr>
              <w:spacing w:after="0"/>
              <w:jc w:val="left"/>
            </w:pPr>
          </w:p>
        </w:tc>
        <w:tc>
          <w:tcPr>
            <w:tcW w:type="dxa" w:w="1557"/>
          </w:tcPr>
          <w:p>
            <w:pPr>
              <w:spacing w:after="0"/>
              <w:jc w:val="left"/>
            </w:pPr>
            <w:r>
              <w:rPr>
                <w:sz w:val="16"/>
              </w:rPr>
              <w:t>No damage reported in 2 records.</w:t>
            </w:r>
          </w:p>
        </w:tc>
        <w:tc>
          <w:tcPr>
            <w:tcW w:type="dxa" w:w="1606"/>
          </w:tcPr>
          <w:p>
            <w:pPr>
              <w:spacing w:after="0"/>
              <w:jc w:val="left"/>
            </w:pPr>
          </w:p>
        </w:tc>
        <w:tc>
          <w:tcPr>
            <w:tcW w:type="dxa" w:w="1641"/>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Ice thickness: in event narratives only; local data required.</w:t>
            </w:r>
          </w:p>
        </w:tc>
      </w:tr>
      <w:tr>
        <w:trPr>
          <w:cantSplit/>
        </w:trPr>
        <w:tc>
          <w:tcPr>
            <w:tcW w:type="dxa" w:w="1753"/>
          </w:tcPr>
          <w:p>
            <w:pPr>
              <w:spacing w:after="0"/>
              <w:jc w:val="left"/>
            </w:pPr>
            <w:r>
              <w:rPr>
                <w:sz w:val="16"/>
              </w:rPr>
              <w:t>Flash Flood, Flood, Lakeshore Flood</w:t>
            </w:r>
          </w:p>
        </w:tc>
        <w:tc>
          <w:tcPr>
            <w:tcW w:type="dxa" w:w="1745"/>
          </w:tcPr>
          <w:p>
            <w:pPr>
              <w:spacing w:after="0"/>
              <w:jc w:val="left"/>
            </w:pPr>
            <w:r>
              <w:rPr>
                <w:sz w:val="16"/>
              </w:rPr>
              <w:t>damage and flood days (FIRM for depth)</w:t>
            </w:r>
          </w:p>
        </w:tc>
        <w:tc>
          <w:tcPr>
            <w:tcW w:type="dxa" w:w="1570"/>
          </w:tcPr>
          <w:p>
            <w:pPr>
              <w:spacing w:after="0"/>
              <w:jc w:val="right"/>
            </w:pPr>
            <w:r>
              <w:rPr>
                <w:sz w:val="16"/>
              </w:rPr>
              <w:t>23, 1996 to 2020 (2 zone-level)</w:t>
            </w:r>
          </w:p>
        </w:tc>
        <w:tc>
          <w:tcPr>
            <w:tcW w:type="dxa" w:w="1981"/>
          </w:tcPr>
          <w:p>
            <w:pPr>
              <w:spacing w:after="0"/>
              <w:jc w:val="left"/>
            </w:pPr>
          </w:p>
        </w:tc>
        <w:tc>
          <w:tcPr>
            <w:tcW w:type="dxa" w:w="1557"/>
          </w:tcPr>
          <w:p>
            <w:pPr>
              <w:spacing w:after="0"/>
              <w:jc w:val="left"/>
            </w:pPr>
            <w:r>
              <w:rPr>
                <w:sz w:val="16"/>
              </w:rPr>
              <w:t>Flood, 2008-09-15, $1,000,000 property; $0 crops (2008 dollars)</w:t>
            </w:r>
          </w:p>
        </w:tc>
        <w:tc>
          <w:tcPr>
            <w:tcW w:type="dxa" w:w="1606"/>
          </w:tcPr>
          <w:p>
            <w:pPr>
              <w:spacing w:after="0"/>
              <w:jc w:val="left"/>
            </w:pPr>
          </w:p>
        </w:tc>
        <w:tc>
          <w:tcPr>
            <w:tcW w:type="dxa" w:w="1641"/>
          </w:tcPr>
          <w:p>
            <w:pPr>
              <w:spacing w:after="0"/>
              <w:jc w:val="left"/>
            </w:pPr>
            <w:r>
              <w:rPr>
                <w:sz w:val="16"/>
              </w:rPr>
              <w:t>Event records naming member places: Kentland town (3 records), Mount Ayr town (2 records), Brook town (1 record), Goodland town (1 record). Zone-level records (2) apply countywide.</w:t>
            </w:r>
          </w:p>
        </w:tc>
        <w:tc>
          <w:tcPr>
            <w:tcW w:type="dxa" w:w="225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3"/>
          </w:tcPr>
          <w:p>
            <w:pPr>
              <w:spacing w:after="0"/>
              <w:jc w:val="left"/>
            </w:pPr>
            <w:r>
              <w:rPr>
                <w:sz w:val="16"/>
              </w:rPr>
              <w:t>Debris Flow</w:t>
            </w:r>
          </w:p>
        </w:tc>
        <w:tc>
          <w:tcPr>
            <w:tcW w:type="dxa" w:w="1745"/>
          </w:tcPr>
          <w:p>
            <w:pPr>
              <w:spacing w:after="0"/>
              <w:jc w:val="left"/>
            </w:pPr>
            <w:r>
              <w:rPr>
                <w:sz w:val="16"/>
              </w:rPr>
              <w:t>none (count and damage)</w:t>
            </w:r>
          </w:p>
        </w:tc>
        <w:tc>
          <w:tcPr>
            <w:tcW w:type="dxa" w:w="1570"/>
          </w:tcPr>
          <w:p>
            <w:pPr>
              <w:spacing w:after="0"/>
              <w:jc w:val="right"/>
            </w:pPr>
            <w:r>
              <w:rPr>
                <w:sz w:val="16"/>
              </w:rPr>
              <w:t>0</w:t>
            </w:r>
          </w:p>
        </w:tc>
        <w:tc>
          <w:tcPr>
            <w:tcW w:type="dxa" w:w="1981"/>
          </w:tcPr>
          <w:p>
            <w:pPr>
              <w:spacing w:after="0"/>
              <w:jc w:val="left"/>
            </w:pPr>
          </w:p>
        </w:tc>
        <w:tc>
          <w:tcPr>
            <w:tcW w:type="dxa" w:w="1557"/>
          </w:tcPr>
          <w:p>
            <w:pPr>
              <w:spacing w:after="0"/>
              <w:jc w:val="left"/>
            </w:pPr>
          </w:p>
        </w:tc>
        <w:tc>
          <w:tcPr>
            <w:tcW w:type="dxa" w:w="1606"/>
          </w:tcPr>
          <w:p>
            <w:pPr>
              <w:spacing w:after="0"/>
              <w:jc w:val="left"/>
            </w:pPr>
          </w:p>
        </w:tc>
        <w:tc>
          <w:tcPr>
            <w:tcW w:type="dxa" w:w="1641"/>
          </w:tcPr>
          <w:p>
            <w:pPr>
              <w:spacing w:after="0"/>
              <w:jc w:val="left"/>
            </w:pPr>
          </w:p>
        </w:tc>
        <w:tc>
          <w:tcPr>
            <w:tcW w:type="dxa" w:w="2259"/>
          </w:tcPr>
          <w:p>
            <w:pPr>
              <w:spacing w:after="0"/>
              <w:jc w:val="left"/>
            </w:pPr>
            <w:r>
              <w:rPr>
                <w:sz w:val="16"/>
              </w:rPr>
              <w:t>Physical measure: in event narratives only; local data required.</w:t>
            </w:r>
          </w:p>
        </w:tc>
      </w:tr>
      <w:tr>
        <w:trPr>
          <w:cantSplit/>
        </w:trPr>
        <w:tc>
          <w:tcPr>
            <w:tcW w:type="dxa" w:w="1753"/>
          </w:tcPr>
          <w:p>
            <w:pPr>
              <w:spacing w:after="0"/>
              <w:jc w:val="left"/>
            </w:pPr>
            <w:r>
              <w:rPr>
                <w:sz w:val="16"/>
              </w:rPr>
              <w:t>Lightning</w:t>
            </w:r>
          </w:p>
        </w:tc>
        <w:tc>
          <w:tcPr>
            <w:tcW w:type="dxa" w:w="1745"/>
          </w:tcPr>
          <w:p>
            <w:pPr>
              <w:spacing w:after="0"/>
              <w:jc w:val="left"/>
            </w:pPr>
            <w:r>
              <w:rPr>
                <w:sz w:val="16"/>
              </w:rPr>
              <w:t>annualized frequency (the measure FEMA's Local Mitigation Planning Handbook names)</w:t>
            </w:r>
          </w:p>
        </w:tc>
        <w:tc>
          <w:tcPr>
            <w:tcW w:type="dxa" w:w="1570"/>
          </w:tcPr>
          <w:p>
            <w:pPr>
              <w:spacing w:after="0"/>
              <w:jc w:val="right"/>
            </w:pPr>
            <w:r>
              <w:rPr>
                <w:sz w:val="16"/>
              </w:rPr>
              <w:t>1, 2010 to 2010</w:t>
            </w:r>
          </w:p>
        </w:tc>
        <w:tc>
          <w:tcPr>
            <w:tcW w:type="dxa" w:w="1981"/>
          </w:tcPr>
          <w:p>
            <w:pPr>
              <w:spacing w:after="0"/>
              <w:jc w:val="left"/>
            </w:pPr>
          </w:p>
        </w:tc>
        <w:tc>
          <w:tcPr>
            <w:tcW w:type="dxa" w:w="1557"/>
          </w:tcPr>
          <w:p>
            <w:pPr>
              <w:spacing w:after="0"/>
              <w:jc w:val="left"/>
            </w:pPr>
            <w:r>
              <w:rPr>
                <w:sz w:val="16"/>
              </w:rPr>
              <w:t>Lightning, 2010-07-13, $100,000 property; $0 crops (2010 dollars)</w:t>
            </w:r>
          </w:p>
        </w:tc>
        <w:tc>
          <w:tcPr>
            <w:tcW w:type="dxa" w:w="1606"/>
          </w:tcPr>
          <w:p>
            <w:pPr>
              <w:spacing w:after="0"/>
              <w:jc w:val="left"/>
            </w:pPr>
          </w:p>
        </w:tc>
        <w:tc>
          <w:tcPr>
            <w:tcW w:type="dxa" w:w="1641"/>
          </w:tcPr>
          <w:p>
            <w:pPr>
              <w:spacing w:after="0"/>
              <w:jc w:val="left"/>
            </w:pPr>
            <w:r>
              <w:rPr>
                <w:sz w:val="16"/>
              </w:rPr>
              <w:t>Event records naming member places: Kentland town (1 record).</w:t>
            </w:r>
          </w:p>
        </w:tc>
        <w:tc>
          <w:tcPr>
            <w:tcW w:type="dxa" w:w="2259"/>
          </w:tcPr>
          <w:p>
            <w:pPr>
              <w:spacing w:after="0"/>
              <w:jc w:val="left"/>
            </w:pPr>
            <w:r>
              <w:rPr>
                <w:sz w:val="16"/>
              </w:rPr>
              <w:t>Storm Events lists lightning with damage or casualties; physical measure in event narratives only; local data required.</w:t>
            </w:r>
          </w:p>
        </w:tc>
      </w:tr>
      <w:tr>
        <w:trPr>
          <w:cantSplit/>
        </w:trPr>
        <w:tc>
          <w:tcPr>
            <w:tcW w:type="dxa" w:w="1753"/>
          </w:tcPr>
          <w:p>
            <w:pPr>
              <w:spacing w:after="0"/>
              <w:jc w:val="left"/>
            </w:pPr>
            <w:r>
              <w:rPr>
                <w:sz w:val="16"/>
              </w:rPr>
              <w:t>High Wind and Strong Wind (outside NRI Strong Wind definition)</w:t>
            </w:r>
          </w:p>
        </w:tc>
        <w:tc>
          <w:tcPr>
            <w:tcW w:type="dxa" w:w="1745"/>
          </w:tcPr>
          <w:p>
            <w:pPr>
              <w:spacing w:after="0"/>
              <w:jc w:val="left"/>
            </w:pPr>
            <w:r>
              <w:rPr>
                <w:sz w:val="16"/>
              </w:rPr>
              <w:t>wind speed (kt and mph)</w:t>
            </w:r>
          </w:p>
        </w:tc>
        <w:tc>
          <w:tcPr>
            <w:tcW w:type="dxa" w:w="1570"/>
          </w:tcPr>
          <w:p>
            <w:pPr>
              <w:spacing w:after="0"/>
              <w:jc w:val="right"/>
            </w:pPr>
            <w:r>
              <w:rPr>
                <w:sz w:val="16"/>
              </w:rPr>
              <w:t>7, 1996 to 2025 (7 zone-level)</w:t>
            </w:r>
          </w:p>
        </w:tc>
        <w:tc>
          <w:tcPr>
            <w:tcW w:type="dxa" w:w="1981"/>
          </w:tcPr>
          <w:p>
            <w:pPr>
              <w:spacing w:after="0"/>
              <w:jc w:val="left"/>
            </w:pPr>
            <w:r>
              <w:rPr>
                <w:sz w:val="16"/>
              </w:rPr>
              <w:t>46 kt (53 mph) to 55 kt (63 mph) (median 50 kt (58 mph)); 6 with a recorded value</w:t>
            </w:r>
          </w:p>
        </w:tc>
        <w:tc>
          <w:tcPr>
            <w:tcW w:type="dxa" w:w="1557"/>
          </w:tcPr>
          <w:p>
            <w:pPr>
              <w:spacing w:after="0"/>
              <w:jc w:val="left"/>
            </w:pPr>
            <w:r>
              <w:rPr>
                <w:sz w:val="16"/>
              </w:rPr>
              <w:t>55 kt (63 mph) measured gust, High Wind, 2025-05-16; NWS zone INZ010 (NEWTON), zone-level: may include parts of neighboring counties</w:t>
            </w:r>
          </w:p>
        </w:tc>
        <w:tc>
          <w:tcPr>
            <w:tcW w:type="dxa" w:w="1606"/>
          </w:tcPr>
          <w:p>
            <w:pPr>
              <w:spacing w:after="0"/>
              <w:jc w:val="left"/>
            </w:pPr>
          </w:p>
        </w:tc>
        <w:tc>
          <w:tcPr>
            <w:tcW w:type="dxa" w:w="1641"/>
          </w:tcPr>
          <w:p>
            <w:pPr>
              <w:spacing w:after="0"/>
              <w:jc w:val="left"/>
            </w:pPr>
            <w:r>
              <w:rPr>
                <w:sz w:val="16"/>
              </w:rPr>
              <w:t>Zone-level records: applies countywide; national data do not locate these events within the county.</w:t>
            </w:r>
          </w:p>
        </w:tc>
        <w:tc>
          <w:tcPr>
            <w:tcW w:type="dxa" w:w="2259"/>
          </w:tcPr>
          <w:p>
            <w:pPr>
              <w:spacing w:after="0"/>
              <w:jc w:val="left"/>
            </w:pPr>
          </w:p>
        </w:tc>
      </w:tr>
      <w:tr>
        <w:trPr>
          <w:cantSplit/>
        </w:trPr>
        <w:tc>
          <w:tcPr>
            <w:tcW w:type="dxa" w:w="1753"/>
          </w:tcPr>
          <w:p>
            <w:pPr>
              <w:spacing w:after="0"/>
              <w:jc w:val="left"/>
            </w:pPr>
            <w:r>
              <w:rPr>
                <w:sz w:val="16"/>
              </w:rPr>
              <w:t>Thunderstorm Wind</w:t>
            </w:r>
          </w:p>
        </w:tc>
        <w:tc>
          <w:tcPr>
            <w:tcW w:type="dxa" w:w="1745"/>
          </w:tcPr>
          <w:p>
            <w:pPr>
              <w:spacing w:after="0"/>
              <w:jc w:val="left"/>
            </w:pPr>
            <w:r>
              <w:rPr>
                <w:sz w:val="16"/>
              </w:rPr>
              <w:t>wind speed (kt and mph)</w:t>
            </w:r>
          </w:p>
        </w:tc>
        <w:tc>
          <w:tcPr>
            <w:tcW w:type="dxa" w:w="1570"/>
          </w:tcPr>
          <w:p>
            <w:pPr>
              <w:spacing w:after="0"/>
              <w:jc w:val="right"/>
            </w:pPr>
            <w:r>
              <w:rPr>
                <w:sz w:val="16"/>
              </w:rPr>
              <w:t>104, 1961 to 2026</w:t>
            </w:r>
          </w:p>
        </w:tc>
        <w:tc>
          <w:tcPr>
            <w:tcW w:type="dxa" w:w="1981"/>
          </w:tcPr>
          <w:p>
            <w:pPr>
              <w:spacing w:after="0"/>
              <w:jc w:val="left"/>
            </w:pPr>
            <w:r>
              <w:rPr>
                <w:sz w:val="16"/>
              </w:rPr>
              <w:t>50 kt (58 mph) to 65 kt (75 mph) (median 54 kt (62 mph)); 87 with a recorded value</w:t>
            </w:r>
          </w:p>
        </w:tc>
        <w:tc>
          <w:tcPr>
            <w:tcW w:type="dxa" w:w="1557"/>
          </w:tcPr>
          <w:p>
            <w:pPr>
              <w:spacing w:after="0"/>
              <w:jc w:val="left"/>
            </w:pPr>
            <w:r>
              <w:rPr>
                <w:sz w:val="16"/>
              </w:rPr>
              <w:t>65 kt (75 mph) estimated gust, Thunderstorm Wind, 2016-06-22; same speed and measurement basis also recorded on 2001-04-08, 2015-06-07</w:t>
            </w:r>
          </w:p>
        </w:tc>
        <w:tc>
          <w:tcPr>
            <w:tcW w:type="dxa" w:w="1606"/>
          </w:tcPr>
          <w:p>
            <w:pPr>
              <w:spacing w:after="0"/>
              <w:jc w:val="left"/>
            </w:pPr>
            <w:r>
              <w:rPr>
                <w:sz w:val="16"/>
              </w:rPr>
              <w:t>Thunderstorm Wind, 2001-04-08, $75,000 property; crops not reported (2001 dollars)</w:t>
            </w:r>
          </w:p>
        </w:tc>
        <w:tc>
          <w:tcPr>
            <w:tcW w:type="dxa" w:w="1641"/>
          </w:tcPr>
          <w:p>
            <w:pPr>
              <w:spacing w:after="0"/>
              <w:jc w:val="left"/>
            </w:pPr>
            <w:r>
              <w:rPr>
                <w:sz w:val="16"/>
              </w:rPr>
              <w:t>Event records naming member places: Kentland town (18 records), Brook town (10 records), Morocco town (6 records), Mount Ayr town (5 records), Goodland town (4 records).</w:t>
            </w:r>
          </w:p>
        </w:tc>
        <w:tc>
          <w:tcPr>
            <w:tcW w:type="dxa" w:w="2259"/>
          </w:tcPr>
          <w:p>
            <w:pPr>
              <w:spacing w:after="0"/>
              <w:jc w:val="left"/>
            </w:pPr>
          </w:p>
        </w:tc>
      </w:tr>
      <w:tr>
        <w:trPr>
          <w:cantSplit/>
        </w:trPr>
        <w:tc>
          <w:tcPr>
            <w:tcW w:type="dxa" w:w="1753"/>
          </w:tcPr>
          <w:p>
            <w:pPr>
              <w:spacing w:after="0"/>
              <w:jc w:val="left"/>
            </w:pPr>
            <w:r>
              <w:rPr>
                <w:sz w:val="16"/>
              </w:rPr>
              <w:t>Tornado</w:t>
            </w:r>
          </w:p>
        </w:tc>
        <w:tc>
          <w:tcPr>
            <w:tcW w:type="dxa" w:w="1745"/>
          </w:tcPr>
          <w:p>
            <w:pPr>
              <w:spacing w:after="0"/>
              <w:jc w:val="left"/>
            </w:pPr>
            <w:r>
              <w:rPr>
                <w:sz w:val="16"/>
              </w:rPr>
              <w:t>Enhanced Fujita (F before Feb 2007)</w:t>
            </w:r>
          </w:p>
        </w:tc>
        <w:tc>
          <w:tcPr>
            <w:tcW w:type="dxa" w:w="1570"/>
          </w:tcPr>
          <w:p>
            <w:pPr>
              <w:spacing w:after="0"/>
              <w:jc w:val="right"/>
            </w:pPr>
            <w:r>
              <w:rPr>
                <w:sz w:val="16"/>
              </w:rPr>
              <w:t>28, 1954 to 2026</w:t>
            </w:r>
          </w:p>
        </w:tc>
        <w:tc>
          <w:tcPr>
            <w:tcW w:type="dxa" w:w="1981"/>
          </w:tcPr>
          <w:p>
            <w:pPr>
              <w:spacing w:after="0"/>
              <w:jc w:val="left"/>
            </w:pPr>
            <w:r>
              <w:rPr>
                <w:sz w:val="16"/>
              </w:rPr>
              <w:t>F/EF0 to F/EF4 (median F/EF0); 27 with a recorded value</w:t>
            </w:r>
          </w:p>
        </w:tc>
        <w:tc>
          <w:tcPr>
            <w:tcW w:type="dxa" w:w="1557"/>
          </w:tcPr>
          <w:p>
            <w:pPr>
              <w:spacing w:after="0"/>
              <w:jc w:val="left"/>
            </w:pPr>
            <w:r>
              <w:rPr>
                <w:sz w:val="16"/>
              </w:rPr>
              <w:t>F4 tornado, 1963-04-17, 16.1 mi path length (records before 1996 may include the whole path; rating and listing come from the county where the tornado began), 110 yd wide, damage not recorded (pre-1996 record), 2 direct injuries</w:t>
            </w:r>
          </w:p>
        </w:tc>
        <w:tc>
          <w:tcPr>
            <w:tcW w:type="dxa" w:w="1606"/>
          </w:tcPr>
          <w:p>
            <w:pPr>
              <w:spacing w:after="0"/>
              <w:jc w:val="left"/>
            </w:pPr>
            <w:r>
              <w:rPr>
                <w:sz w:val="16"/>
              </w:rPr>
              <w:t>Tornado, 1987-07-06, $2,500,000 property; crops not recorded (1987 dollars)</w:t>
            </w:r>
          </w:p>
        </w:tc>
        <w:tc>
          <w:tcPr>
            <w:tcW w:type="dxa" w:w="1641"/>
          </w:tcPr>
          <w:p>
            <w:pPr>
              <w:spacing w:after="0"/>
              <w:jc w:val="left"/>
            </w:pPr>
            <w:r>
              <w:rPr>
                <w:sz w:val="16"/>
              </w:rPr>
              <w:t>Event records naming member places: Kentland town (3 records), Mount Ayr town (3 records), Morocco town (2 records), Brook town (1 record), Goodland town (1 record).</w:t>
            </w:r>
          </w:p>
        </w:tc>
        <w:tc>
          <w:tcPr>
            <w:tcW w:type="dxa" w:w="225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3"/>
          </w:tcPr>
          <w:p>
            <w:pPr>
              <w:spacing w:after="0"/>
              <w:jc w:val="left"/>
            </w:pPr>
            <w:r>
              <w:rPr>
                <w:sz w:val="16"/>
              </w:rPr>
              <w:t>Tsunami</w:t>
            </w:r>
          </w:p>
        </w:tc>
        <w:tc>
          <w:tcPr>
            <w:tcW w:type="dxa" w:w="1745"/>
          </w:tcPr>
          <w:p>
            <w:pPr>
              <w:spacing w:after="0"/>
              <w:jc w:val="left"/>
            </w:pPr>
            <w:r>
              <w:rPr>
                <w:sz w:val="16"/>
              </w:rPr>
              <w:t>none (count and damage)</w:t>
            </w:r>
          </w:p>
        </w:tc>
        <w:tc>
          <w:tcPr>
            <w:tcW w:type="dxa" w:w="1570"/>
          </w:tcPr>
          <w:p>
            <w:pPr>
              <w:spacing w:after="0"/>
              <w:jc w:val="right"/>
            </w:pPr>
            <w:r>
              <w:rPr>
                <w:sz w:val="16"/>
              </w:rPr>
              <w:t>0</w:t>
            </w:r>
          </w:p>
        </w:tc>
        <w:tc>
          <w:tcPr>
            <w:tcW w:type="dxa" w:w="1981"/>
          </w:tcPr>
          <w:p>
            <w:pPr>
              <w:spacing w:after="0"/>
              <w:jc w:val="left"/>
            </w:pPr>
          </w:p>
        </w:tc>
        <w:tc>
          <w:tcPr>
            <w:tcW w:type="dxa" w:w="1557"/>
          </w:tcPr>
          <w:p>
            <w:pPr>
              <w:spacing w:after="0"/>
              <w:jc w:val="left"/>
            </w:pPr>
          </w:p>
        </w:tc>
        <w:tc>
          <w:tcPr>
            <w:tcW w:type="dxa" w:w="1606"/>
          </w:tcPr>
          <w:p>
            <w:pPr>
              <w:spacing w:after="0"/>
              <w:jc w:val="left"/>
            </w:pPr>
          </w:p>
        </w:tc>
        <w:tc>
          <w:tcPr>
            <w:tcW w:type="dxa" w:w="1641"/>
          </w:tcPr>
          <w:p>
            <w:pPr>
              <w:spacing w:after="0"/>
              <w:jc w:val="left"/>
            </w:pPr>
          </w:p>
        </w:tc>
        <w:tc>
          <w:tcPr>
            <w:tcW w:type="dxa" w:w="2259"/>
          </w:tcPr>
          <w:p>
            <w:pPr>
              <w:spacing w:after="0"/>
              <w:jc w:val="left"/>
            </w:pPr>
            <w:r>
              <w:rPr>
                <w:sz w:val="16"/>
              </w:rPr>
              <w:t>Physical measure: in event narratives only; local data required.</w:t>
            </w:r>
          </w:p>
        </w:tc>
      </w:tr>
      <w:tr>
        <w:trPr>
          <w:cantSplit/>
        </w:trPr>
        <w:tc>
          <w:tcPr>
            <w:tcW w:type="dxa" w:w="1753"/>
          </w:tcPr>
          <w:p>
            <w:pPr>
              <w:spacing w:after="0"/>
              <w:jc w:val="left"/>
            </w:pPr>
            <w:r>
              <w:rPr>
                <w:sz w:val="16"/>
              </w:rPr>
              <w:t>Volcanic Ash, Volcanic Ashfall</w:t>
            </w:r>
          </w:p>
        </w:tc>
        <w:tc>
          <w:tcPr>
            <w:tcW w:type="dxa" w:w="1745"/>
          </w:tcPr>
          <w:p>
            <w:pPr>
              <w:spacing w:after="0"/>
              <w:jc w:val="left"/>
            </w:pPr>
            <w:r>
              <w:rPr>
                <w:sz w:val="16"/>
              </w:rPr>
              <w:t>Volcanic Explosivity Index (local data)</w:t>
            </w:r>
          </w:p>
        </w:tc>
        <w:tc>
          <w:tcPr>
            <w:tcW w:type="dxa" w:w="1570"/>
          </w:tcPr>
          <w:p>
            <w:pPr>
              <w:spacing w:after="0"/>
              <w:jc w:val="right"/>
            </w:pPr>
            <w:r>
              <w:rPr>
                <w:sz w:val="16"/>
              </w:rPr>
              <w:t>0</w:t>
            </w:r>
          </w:p>
        </w:tc>
        <w:tc>
          <w:tcPr>
            <w:tcW w:type="dxa" w:w="1981"/>
          </w:tcPr>
          <w:p>
            <w:pPr>
              <w:spacing w:after="0"/>
              <w:jc w:val="left"/>
            </w:pPr>
          </w:p>
        </w:tc>
        <w:tc>
          <w:tcPr>
            <w:tcW w:type="dxa" w:w="1557"/>
          </w:tcPr>
          <w:p>
            <w:pPr>
              <w:spacing w:after="0"/>
              <w:jc w:val="left"/>
            </w:pPr>
          </w:p>
        </w:tc>
        <w:tc>
          <w:tcPr>
            <w:tcW w:type="dxa" w:w="1606"/>
          </w:tcPr>
          <w:p>
            <w:pPr>
              <w:spacing w:after="0"/>
              <w:jc w:val="left"/>
            </w:pPr>
          </w:p>
        </w:tc>
        <w:tc>
          <w:tcPr>
            <w:tcW w:type="dxa" w:w="1641"/>
          </w:tcPr>
          <w:p>
            <w:pPr>
              <w:spacing w:after="0"/>
              <w:jc w:val="left"/>
            </w:pPr>
          </w:p>
        </w:tc>
        <w:tc>
          <w:tcPr>
            <w:tcW w:type="dxa" w:w="2259"/>
          </w:tcPr>
          <w:p>
            <w:pPr>
              <w:spacing w:after="0"/>
              <w:jc w:val="left"/>
            </w:pPr>
            <w:r>
              <w:rPr>
                <w:sz w:val="16"/>
              </w:rPr>
              <w:t>Physical measure: in event narratives only; local data required.</w:t>
            </w:r>
          </w:p>
        </w:tc>
      </w:tr>
      <w:tr>
        <w:trPr>
          <w:cantSplit/>
        </w:trPr>
        <w:tc>
          <w:tcPr>
            <w:tcW w:type="dxa" w:w="1753"/>
          </w:tcPr>
          <w:p>
            <w:pPr>
              <w:spacing w:after="0"/>
              <w:jc w:val="left"/>
            </w:pPr>
            <w:r>
              <w:rPr>
                <w:sz w:val="16"/>
              </w:rPr>
              <w:t>Wildfire</w:t>
            </w:r>
          </w:p>
        </w:tc>
        <w:tc>
          <w:tcPr>
            <w:tcW w:type="dxa" w:w="1745"/>
          </w:tcPr>
          <w:p>
            <w:pPr>
              <w:spacing w:after="0"/>
              <w:jc w:val="left"/>
            </w:pPr>
            <w:r>
              <w:rPr>
                <w:sz w:val="16"/>
              </w:rPr>
              <w:t>acres burned (local data)</w:t>
            </w:r>
          </w:p>
        </w:tc>
        <w:tc>
          <w:tcPr>
            <w:tcW w:type="dxa" w:w="1570"/>
          </w:tcPr>
          <w:p>
            <w:pPr>
              <w:spacing w:after="0"/>
              <w:jc w:val="right"/>
            </w:pPr>
            <w:r>
              <w:rPr>
                <w:sz w:val="16"/>
              </w:rPr>
              <w:t>0</w:t>
            </w:r>
          </w:p>
        </w:tc>
        <w:tc>
          <w:tcPr>
            <w:tcW w:type="dxa" w:w="1981"/>
          </w:tcPr>
          <w:p>
            <w:pPr>
              <w:spacing w:after="0"/>
              <w:jc w:val="left"/>
            </w:pPr>
          </w:p>
        </w:tc>
        <w:tc>
          <w:tcPr>
            <w:tcW w:type="dxa" w:w="1557"/>
          </w:tcPr>
          <w:p>
            <w:pPr>
              <w:spacing w:after="0"/>
              <w:jc w:val="left"/>
            </w:pPr>
          </w:p>
        </w:tc>
        <w:tc>
          <w:tcPr>
            <w:tcW w:type="dxa" w:w="1606"/>
          </w:tcPr>
          <w:p>
            <w:pPr>
              <w:spacing w:after="0"/>
              <w:jc w:val="left"/>
            </w:pPr>
          </w:p>
        </w:tc>
        <w:tc>
          <w:tcPr>
            <w:tcW w:type="dxa" w:w="1641"/>
          </w:tcPr>
          <w:p>
            <w:pPr>
              <w:spacing w:after="0"/>
              <w:jc w:val="left"/>
            </w:pPr>
          </w:p>
        </w:tc>
        <w:tc>
          <w:tcPr>
            <w:tcW w:type="dxa" w:w="2259"/>
          </w:tcPr>
          <w:p>
            <w:pPr>
              <w:spacing w:after="0"/>
              <w:jc w:val="left"/>
            </w:pPr>
            <w:r>
              <w:rPr>
                <w:sz w:val="16"/>
              </w:rPr>
              <w:t>Acres burned: in event narratives only; local data required.</w:t>
            </w:r>
          </w:p>
        </w:tc>
      </w:tr>
      <w:tr>
        <w:trPr>
          <w:cantSplit/>
        </w:trPr>
        <w:tc>
          <w:tcPr>
            <w:tcW w:type="dxa" w:w="1753"/>
          </w:tcPr>
          <w:p>
            <w:pPr>
              <w:spacing w:after="0"/>
              <w:jc w:val="left"/>
            </w:pPr>
            <w:r>
              <w:rPr>
                <w:sz w:val="16"/>
              </w:rPr>
              <w:t>Winter Storm, Heavy Snow, Blizzard, Lake-Effect Snow, Winter Weather, Sleet</w:t>
            </w:r>
          </w:p>
        </w:tc>
        <w:tc>
          <w:tcPr>
            <w:tcW w:type="dxa" w:w="1745"/>
          </w:tcPr>
          <w:p>
            <w:pPr>
              <w:spacing w:after="0"/>
              <w:jc w:val="left"/>
            </w:pPr>
            <w:r>
              <w:rPr>
                <w:sz w:val="16"/>
              </w:rPr>
              <w:t>none in data (snowfall local)</w:t>
            </w:r>
          </w:p>
        </w:tc>
        <w:tc>
          <w:tcPr>
            <w:tcW w:type="dxa" w:w="1570"/>
          </w:tcPr>
          <w:p>
            <w:pPr>
              <w:spacing w:after="0"/>
              <w:jc w:val="right"/>
            </w:pPr>
            <w:r>
              <w:rPr>
                <w:sz w:val="16"/>
              </w:rPr>
              <w:t>57, 1997 to 2026 (57 zone-level)</w:t>
            </w:r>
          </w:p>
        </w:tc>
        <w:tc>
          <w:tcPr>
            <w:tcW w:type="dxa" w:w="1981"/>
          </w:tcPr>
          <w:p>
            <w:pPr>
              <w:spacing w:after="0"/>
              <w:jc w:val="left"/>
            </w:pPr>
          </w:p>
        </w:tc>
        <w:tc>
          <w:tcPr>
            <w:tcW w:type="dxa" w:w="1557"/>
          </w:tcPr>
          <w:p>
            <w:pPr>
              <w:spacing w:after="0"/>
              <w:jc w:val="left"/>
            </w:pPr>
            <w:r>
              <w:rPr>
                <w:sz w:val="16"/>
              </w:rPr>
              <w:t>No damage reported in 57 records.</w:t>
            </w:r>
          </w:p>
        </w:tc>
        <w:tc>
          <w:tcPr>
            <w:tcW w:type="dxa" w:w="1606"/>
          </w:tcPr>
          <w:p>
            <w:pPr>
              <w:spacing w:after="0"/>
              <w:jc w:val="left"/>
            </w:pPr>
          </w:p>
        </w:tc>
        <w:tc>
          <w:tcPr>
            <w:tcW w:type="dxa" w:w="1641"/>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5"/>
        <w:gridCol w:w="2617"/>
        <w:gridCol w:w="2265"/>
        <w:gridCol w:w="2462"/>
        <w:gridCol w:w="138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5"/>
            <w:shd w:val="clear" w:color="auto" w:fill="E8E8E8"/>
          </w:tcPr>
          <w:p>
            <w:pPr>
              <w:spacing w:after="0"/>
              <w:jc w:val="left"/>
            </w:pPr>
            <w:r>
              <w:rPr>
                <w:b/>
                <w:sz w:val="16"/>
              </w:rPr>
              <w:t>Type</w:t>
            </w:r>
          </w:p>
        </w:tc>
        <w:tc>
          <w:tcPr>
            <w:tcW w:type="dxa" w:w="2617"/>
            <w:shd w:val="clear" w:color="auto" w:fill="E8E8E8"/>
          </w:tcPr>
          <w:p>
            <w:pPr>
              <w:spacing w:after="0"/>
              <w:jc w:val="left"/>
            </w:pPr>
            <w:r>
              <w:rPr>
                <w:b/>
                <w:sz w:val="16"/>
              </w:rPr>
              <w:t>Title</w:t>
            </w:r>
          </w:p>
        </w:tc>
        <w:tc>
          <w:tcPr>
            <w:tcW w:type="dxa" w:w="2265"/>
            <w:shd w:val="clear" w:color="auto" w:fill="E8E8E8"/>
          </w:tcPr>
          <w:p>
            <w:pPr>
              <w:spacing w:after="0"/>
              <w:jc w:val="left"/>
            </w:pPr>
            <w:r>
              <w:rPr>
                <w:b/>
                <w:sz w:val="16"/>
              </w:rPr>
              <w:t>Mapped hazard</w:t>
            </w:r>
          </w:p>
        </w:tc>
        <w:tc>
          <w:tcPr>
            <w:tcW w:type="dxa" w:w="246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8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385"/>
          </w:tcPr>
          <w:p>
            <w:pPr>
              <w:spacing w:after="0"/>
              <w:jc w:val="left"/>
            </w:pPr>
            <w:r>
              <w:rPr>
                <w:sz w:val="16"/>
              </w:rPr>
              <w:t>Emergency</w:t>
            </w:r>
          </w:p>
        </w:tc>
        <w:tc>
          <w:tcPr>
            <w:tcW w:type="dxa" w:w="2617"/>
          </w:tcPr>
          <w:p>
            <w:pPr>
              <w:spacing w:after="0"/>
              <w:jc w:val="left"/>
            </w:pPr>
            <w:r>
              <w:rPr>
                <w:sz w:val="16"/>
              </w:rPr>
              <w:t>SEVERE STORMS, STRAIGHT-LINE WINDS, TORNADOES, AND FLOODING</w:t>
            </w:r>
          </w:p>
        </w:tc>
        <w:tc>
          <w:tcPr>
            <w:tcW w:type="dxa" w:w="2265"/>
          </w:tcPr>
          <w:p>
            <w:pPr>
              <w:spacing w:after="0"/>
              <w:jc w:val="left"/>
            </w:pPr>
            <w:r>
              <w:rPr>
                <w:sz w:val="16"/>
              </w:rPr>
              <w:t>Inland Flooding (primary); also designated: Strong Wind, Tornado</w:t>
            </w:r>
          </w:p>
        </w:tc>
        <w:tc>
          <w:tcPr>
            <w:tcW w:type="dxa" w:w="2462"/>
          </w:tcPr>
          <w:p>
            <w:pPr>
              <w:spacing w:after="0"/>
              <w:jc w:val="right"/>
            </w:pPr>
            <w:r>
              <w:rPr>
                <w:sz w:val="16"/>
              </w:rPr>
              <w:t>not yet in FEMA's PA summaries (they cover declarations through 2026-06-30)</w:t>
            </w:r>
          </w:p>
        </w:tc>
        <w:tc>
          <w:tcPr>
            <w:tcW w:type="dxa" w:w="138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85"/>
          </w:tcPr>
          <w:p>
            <w:pPr>
              <w:spacing w:after="0"/>
              <w:jc w:val="left"/>
            </w:pPr>
            <w:r>
              <w:rPr>
                <w:sz w:val="16"/>
              </w:rPr>
              <w:t>Emergency</w:t>
            </w:r>
          </w:p>
        </w:tc>
        <w:tc>
          <w:tcPr>
            <w:tcW w:type="dxa" w:w="2617"/>
          </w:tcPr>
          <w:p>
            <w:pPr>
              <w:spacing w:after="0"/>
              <w:jc w:val="left"/>
            </w:pPr>
            <w:r>
              <w:rPr>
                <w:sz w:val="16"/>
              </w:rPr>
              <w:t>SEVERE WINTER STORM</w:t>
            </w:r>
          </w:p>
        </w:tc>
        <w:tc>
          <w:tcPr>
            <w:tcW w:type="dxa" w:w="2265"/>
          </w:tcPr>
          <w:p>
            <w:pPr>
              <w:spacing w:after="0"/>
              <w:jc w:val="left"/>
            </w:pPr>
            <w:r>
              <w:rPr>
                <w:sz w:val="16"/>
              </w:rPr>
              <w:t>Winter Weather</w:t>
            </w:r>
          </w:p>
        </w:tc>
        <w:tc>
          <w:tcPr>
            <w:tcW w:type="dxa" w:w="2462"/>
          </w:tcPr>
          <w:p>
            <w:pPr>
              <w:spacing w:after="0"/>
              <w:jc w:val="right"/>
            </w:pPr>
            <w:r>
              <w:rPr>
                <w:sz w:val="16"/>
              </w:rPr>
              <w:t>none found</w:t>
            </w:r>
          </w:p>
        </w:tc>
        <w:tc>
          <w:tcPr>
            <w:tcW w:type="dxa" w:w="138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85"/>
          </w:tcPr>
          <w:p>
            <w:pPr>
              <w:spacing w:after="0"/>
              <w:jc w:val="left"/>
            </w:pPr>
            <w:r>
              <w:rPr>
                <w:sz w:val="16"/>
              </w:rPr>
              <w:t>Major disaster</w:t>
            </w:r>
          </w:p>
        </w:tc>
        <w:tc>
          <w:tcPr>
            <w:tcW w:type="dxa" w:w="2617"/>
          </w:tcPr>
          <w:p>
            <w:pPr>
              <w:spacing w:after="0"/>
              <w:jc w:val="left"/>
            </w:pPr>
            <w:r>
              <w:rPr>
                <w:sz w:val="16"/>
              </w:rPr>
              <w:t>COVID-19 PANDEMIC</w:t>
            </w:r>
          </w:p>
        </w:tc>
        <w:tc>
          <w:tcPr>
            <w:tcW w:type="dxa" w:w="2265"/>
          </w:tcPr>
          <w:p>
            <w:pPr>
              <w:spacing w:after="0"/>
              <w:jc w:val="left"/>
            </w:pPr>
            <w:r>
              <w:rPr>
                <w:sz w:val="16"/>
              </w:rPr>
              <w:t>Non-natural, not counted</w:t>
            </w:r>
          </w:p>
        </w:tc>
        <w:tc>
          <w:tcPr>
            <w:tcW w:type="dxa" w:w="2462"/>
          </w:tcPr>
          <w:p>
            <w:pPr>
              <w:spacing w:after="0"/>
              <w:jc w:val="right"/>
            </w:pPr>
            <w:r>
              <w:rPr>
                <w:sz w:val="16"/>
              </w:rPr>
              <w:t>$32,298.74</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85"/>
          </w:tcPr>
          <w:p>
            <w:pPr>
              <w:spacing w:after="0"/>
              <w:jc w:val="left"/>
            </w:pPr>
            <w:r>
              <w:rPr>
                <w:sz w:val="16"/>
              </w:rPr>
              <w:t>Emergency</w:t>
            </w:r>
          </w:p>
        </w:tc>
        <w:tc>
          <w:tcPr>
            <w:tcW w:type="dxa" w:w="2617"/>
          </w:tcPr>
          <w:p>
            <w:pPr>
              <w:spacing w:after="0"/>
              <w:jc w:val="left"/>
            </w:pPr>
            <w:r>
              <w:rPr>
                <w:sz w:val="16"/>
              </w:rPr>
              <w:t>COVID-19</w:t>
            </w:r>
          </w:p>
        </w:tc>
        <w:tc>
          <w:tcPr>
            <w:tcW w:type="dxa" w:w="2265"/>
          </w:tcPr>
          <w:p>
            <w:pPr>
              <w:spacing w:after="0"/>
              <w:jc w:val="left"/>
            </w:pPr>
            <w:r>
              <w:rPr>
                <w:sz w:val="16"/>
              </w:rPr>
              <w:t>Non-natural, not counted</w:t>
            </w:r>
          </w:p>
        </w:tc>
        <w:tc>
          <w:tcPr>
            <w:tcW w:type="dxa" w:w="2462"/>
          </w:tcPr>
          <w:p>
            <w:pPr>
              <w:spacing w:after="0"/>
              <w:jc w:val="right"/>
            </w:pPr>
            <w:r>
              <w:rPr>
                <w:sz w:val="16"/>
              </w:rPr>
              <w:t>none found</w:t>
            </w:r>
          </w:p>
        </w:tc>
        <w:tc>
          <w:tcPr>
            <w:tcW w:type="dxa" w:w="1380"/>
          </w:tcPr>
          <w:p>
            <w:pPr>
              <w:spacing w:after="0"/>
              <w:jc w:val="left"/>
            </w:pPr>
          </w:p>
        </w:tc>
        <w:tc>
          <w:tcPr>
            <w:tcW w:type="dxa" w:w="893"/>
          </w:tcPr>
          <w:p>
            <w:pPr>
              <w:spacing w:after="0"/>
              <w:jc w:val="left"/>
            </w:pPr>
            <w:r>
              <w:rPr>
                <w:sz w:val="16"/>
              </w:rPr>
              <w:t>same incident as DR-4515</w:t>
            </w:r>
          </w:p>
        </w:tc>
      </w:tr>
      <w:tr>
        <w:trPr>
          <w:cantSplit/>
        </w:trPr>
        <w:tc>
          <w:tcPr>
            <w:tcW w:type="dxa" w:w="1037"/>
          </w:tcPr>
          <w:p>
            <w:pPr>
              <w:spacing w:after="0"/>
              <w:jc w:val="left"/>
            </w:pPr>
            <w:r>
              <w:rPr>
                <w:sz w:val="16"/>
              </w:rPr>
              <w:t>2018-05-04</w:t>
            </w:r>
          </w:p>
        </w:tc>
        <w:tc>
          <w:tcPr>
            <w:tcW w:type="dxa" w:w="1037"/>
          </w:tcPr>
          <w:p>
            <w:pPr>
              <w:spacing w:after="0"/>
              <w:jc w:val="left"/>
            </w:pPr>
            <w:r>
              <w:rPr>
                <w:sz w:val="16"/>
              </w:rPr>
              <w:t>2018-02-14</w:t>
            </w:r>
          </w:p>
        </w:tc>
        <w:tc>
          <w:tcPr>
            <w:tcW w:type="dxa" w:w="1037"/>
          </w:tcPr>
          <w:p>
            <w:pPr>
              <w:spacing w:after="0"/>
              <w:jc w:val="left"/>
            </w:pPr>
            <w:r>
              <w:rPr>
                <w:sz w:val="16"/>
              </w:rPr>
              <w:t>DR-4363-IN</w:t>
            </w:r>
          </w:p>
        </w:tc>
        <w:tc>
          <w:tcPr>
            <w:tcW w:type="dxa" w:w="1385"/>
          </w:tcPr>
          <w:p>
            <w:pPr>
              <w:spacing w:after="0"/>
              <w:jc w:val="left"/>
            </w:pPr>
            <w:r>
              <w:rPr>
                <w:sz w:val="16"/>
              </w:rPr>
              <w:t>Major disaster</w:t>
            </w:r>
          </w:p>
        </w:tc>
        <w:tc>
          <w:tcPr>
            <w:tcW w:type="dxa" w:w="2617"/>
          </w:tcPr>
          <w:p>
            <w:pPr>
              <w:spacing w:after="0"/>
              <w:jc w:val="left"/>
            </w:pPr>
            <w:r>
              <w:rPr>
                <w:sz w:val="16"/>
              </w:rPr>
              <w:t>SEVERE STORMS AND FLOODING</w:t>
            </w:r>
          </w:p>
        </w:tc>
        <w:tc>
          <w:tcPr>
            <w:tcW w:type="dxa" w:w="2265"/>
          </w:tcPr>
          <w:p>
            <w:pPr>
              <w:spacing w:after="0"/>
              <w:jc w:val="left"/>
            </w:pPr>
            <w:r>
              <w:rPr>
                <w:sz w:val="16"/>
              </w:rPr>
              <w:t>Inland Flooding</w:t>
            </w:r>
          </w:p>
        </w:tc>
        <w:tc>
          <w:tcPr>
            <w:tcW w:type="dxa" w:w="2462"/>
          </w:tcPr>
          <w:p>
            <w:pPr>
              <w:spacing w:after="0"/>
              <w:jc w:val="right"/>
            </w:pPr>
            <w:r>
              <w:rPr>
                <w:sz w:val="16"/>
              </w:rPr>
              <w:t>$111,810</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2014-04-22</w:t>
            </w:r>
          </w:p>
        </w:tc>
        <w:tc>
          <w:tcPr>
            <w:tcW w:type="dxa" w:w="1037"/>
          </w:tcPr>
          <w:p>
            <w:pPr>
              <w:spacing w:after="0"/>
              <w:jc w:val="left"/>
            </w:pPr>
            <w:r>
              <w:rPr>
                <w:sz w:val="16"/>
              </w:rPr>
              <w:t>2014-01-05</w:t>
            </w:r>
          </w:p>
        </w:tc>
        <w:tc>
          <w:tcPr>
            <w:tcW w:type="dxa" w:w="1037"/>
          </w:tcPr>
          <w:p>
            <w:pPr>
              <w:spacing w:after="0"/>
              <w:jc w:val="left"/>
            </w:pPr>
            <w:r>
              <w:rPr>
                <w:sz w:val="16"/>
              </w:rPr>
              <w:t>DR-4173-IN</w:t>
            </w:r>
          </w:p>
        </w:tc>
        <w:tc>
          <w:tcPr>
            <w:tcW w:type="dxa" w:w="1385"/>
          </w:tcPr>
          <w:p>
            <w:pPr>
              <w:spacing w:after="0"/>
              <w:jc w:val="left"/>
            </w:pPr>
            <w:r>
              <w:rPr>
                <w:sz w:val="16"/>
              </w:rPr>
              <w:t>Major disaster</w:t>
            </w:r>
          </w:p>
        </w:tc>
        <w:tc>
          <w:tcPr>
            <w:tcW w:type="dxa" w:w="2617"/>
          </w:tcPr>
          <w:p>
            <w:pPr>
              <w:spacing w:after="0"/>
              <w:jc w:val="left"/>
            </w:pPr>
            <w:r>
              <w:rPr>
                <w:sz w:val="16"/>
              </w:rPr>
              <w:t>SEVERE WINTER STORM AND SNOWSTORM</w:t>
            </w:r>
          </w:p>
        </w:tc>
        <w:tc>
          <w:tcPr>
            <w:tcW w:type="dxa" w:w="2265"/>
          </w:tcPr>
          <w:p>
            <w:pPr>
              <w:spacing w:after="0"/>
              <w:jc w:val="left"/>
            </w:pPr>
            <w:r>
              <w:rPr>
                <w:sz w:val="16"/>
              </w:rPr>
              <w:t>Winter Weather</w:t>
            </w:r>
          </w:p>
        </w:tc>
        <w:tc>
          <w:tcPr>
            <w:tcW w:type="dxa" w:w="2462"/>
          </w:tcPr>
          <w:p>
            <w:pPr>
              <w:spacing w:after="0"/>
              <w:jc w:val="right"/>
            </w:pPr>
            <w:r>
              <w:rPr>
                <w:sz w:val="16"/>
              </w:rPr>
              <w:t>$48,465.50</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2008-09-23</w:t>
            </w:r>
          </w:p>
        </w:tc>
        <w:tc>
          <w:tcPr>
            <w:tcW w:type="dxa" w:w="1037"/>
          </w:tcPr>
          <w:p>
            <w:pPr>
              <w:spacing w:after="0"/>
              <w:jc w:val="left"/>
            </w:pPr>
            <w:r>
              <w:rPr>
                <w:sz w:val="16"/>
              </w:rPr>
              <w:t>2008-09-12</w:t>
            </w:r>
          </w:p>
        </w:tc>
        <w:tc>
          <w:tcPr>
            <w:tcW w:type="dxa" w:w="1037"/>
          </w:tcPr>
          <w:p>
            <w:pPr>
              <w:spacing w:after="0"/>
              <w:jc w:val="left"/>
            </w:pPr>
            <w:r>
              <w:rPr>
                <w:sz w:val="16"/>
              </w:rPr>
              <w:t>DR-1795-IN</w:t>
            </w:r>
          </w:p>
        </w:tc>
        <w:tc>
          <w:tcPr>
            <w:tcW w:type="dxa" w:w="1385"/>
          </w:tcPr>
          <w:p>
            <w:pPr>
              <w:spacing w:after="0"/>
              <w:jc w:val="left"/>
            </w:pPr>
            <w:r>
              <w:rPr>
                <w:sz w:val="16"/>
              </w:rPr>
              <w:t>Major disaster</w:t>
            </w:r>
          </w:p>
        </w:tc>
        <w:tc>
          <w:tcPr>
            <w:tcW w:type="dxa" w:w="2617"/>
          </w:tcPr>
          <w:p>
            <w:pPr>
              <w:spacing w:after="0"/>
              <w:jc w:val="left"/>
            </w:pPr>
            <w:r>
              <w:rPr>
                <w:sz w:val="16"/>
              </w:rPr>
              <w:t>SEVERE STORMS AND FLOODING</w:t>
            </w:r>
          </w:p>
        </w:tc>
        <w:tc>
          <w:tcPr>
            <w:tcW w:type="dxa" w:w="2265"/>
          </w:tcPr>
          <w:p>
            <w:pPr>
              <w:spacing w:after="0"/>
              <w:jc w:val="left"/>
            </w:pPr>
            <w:r>
              <w:rPr>
                <w:sz w:val="16"/>
              </w:rPr>
              <w:t>Inland Flooding</w:t>
            </w:r>
          </w:p>
        </w:tc>
        <w:tc>
          <w:tcPr>
            <w:tcW w:type="dxa" w:w="2462"/>
          </w:tcPr>
          <w:p>
            <w:pPr>
              <w:spacing w:after="0"/>
              <w:jc w:val="right"/>
            </w:pPr>
            <w:r>
              <w:rPr>
                <w:sz w:val="16"/>
              </w:rPr>
              <w:t>$46,650</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2008-01-30</w:t>
            </w:r>
          </w:p>
        </w:tc>
        <w:tc>
          <w:tcPr>
            <w:tcW w:type="dxa" w:w="1037"/>
          </w:tcPr>
          <w:p>
            <w:pPr>
              <w:spacing w:after="0"/>
              <w:jc w:val="left"/>
            </w:pPr>
            <w:r>
              <w:rPr>
                <w:sz w:val="16"/>
              </w:rPr>
              <w:t>2008-01-07</w:t>
            </w:r>
          </w:p>
        </w:tc>
        <w:tc>
          <w:tcPr>
            <w:tcW w:type="dxa" w:w="1037"/>
          </w:tcPr>
          <w:p>
            <w:pPr>
              <w:spacing w:after="0"/>
              <w:jc w:val="left"/>
            </w:pPr>
            <w:r>
              <w:rPr>
                <w:sz w:val="16"/>
              </w:rPr>
              <w:t>DR-1740-IN</w:t>
            </w:r>
          </w:p>
        </w:tc>
        <w:tc>
          <w:tcPr>
            <w:tcW w:type="dxa" w:w="1385"/>
          </w:tcPr>
          <w:p>
            <w:pPr>
              <w:spacing w:after="0"/>
              <w:jc w:val="left"/>
            </w:pPr>
            <w:r>
              <w:rPr>
                <w:sz w:val="16"/>
              </w:rPr>
              <w:t>Major disaster</w:t>
            </w:r>
          </w:p>
        </w:tc>
        <w:tc>
          <w:tcPr>
            <w:tcW w:type="dxa" w:w="2617"/>
          </w:tcPr>
          <w:p>
            <w:pPr>
              <w:spacing w:after="0"/>
              <w:jc w:val="left"/>
            </w:pPr>
            <w:r>
              <w:rPr>
                <w:sz w:val="16"/>
              </w:rPr>
              <w:t>SEVERE STORMS AND FLOODING</w:t>
            </w:r>
          </w:p>
        </w:tc>
        <w:tc>
          <w:tcPr>
            <w:tcW w:type="dxa" w:w="2265"/>
          </w:tcPr>
          <w:p>
            <w:pPr>
              <w:spacing w:after="0"/>
              <w:jc w:val="left"/>
            </w:pPr>
            <w:r>
              <w:rPr>
                <w:sz w:val="16"/>
              </w:rPr>
              <w:t>Inland Flooding</w:t>
            </w:r>
          </w:p>
        </w:tc>
        <w:tc>
          <w:tcPr>
            <w:tcW w:type="dxa" w:w="2462"/>
          </w:tcPr>
          <w:p>
            <w:pPr>
              <w:spacing w:after="0"/>
              <w:jc w:val="right"/>
            </w:pPr>
            <w:r>
              <w:rPr>
                <w:sz w:val="16"/>
              </w:rPr>
              <w:t>$594,215.34</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385"/>
          </w:tcPr>
          <w:p>
            <w:pPr>
              <w:spacing w:after="0"/>
              <w:jc w:val="left"/>
            </w:pPr>
            <w:r>
              <w:rPr>
                <w:sz w:val="16"/>
              </w:rPr>
              <w:t>Emergency</w:t>
            </w:r>
          </w:p>
        </w:tc>
        <w:tc>
          <w:tcPr>
            <w:tcW w:type="dxa" w:w="2617"/>
          </w:tcPr>
          <w:p>
            <w:pPr>
              <w:spacing w:after="0"/>
              <w:jc w:val="left"/>
            </w:pPr>
            <w:r>
              <w:rPr>
                <w:sz w:val="16"/>
              </w:rPr>
              <w:t>SNOW</w:t>
            </w:r>
          </w:p>
        </w:tc>
        <w:tc>
          <w:tcPr>
            <w:tcW w:type="dxa" w:w="2265"/>
          </w:tcPr>
          <w:p>
            <w:pPr>
              <w:spacing w:after="0"/>
              <w:jc w:val="left"/>
            </w:pPr>
            <w:r>
              <w:rPr>
                <w:sz w:val="16"/>
              </w:rPr>
              <w:t>Winter Weather</w:t>
            </w:r>
          </w:p>
        </w:tc>
        <w:tc>
          <w:tcPr>
            <w:tcW w:type="dxa" w:w="2462"/>
          </w:tcPr>
          <w:p>
            <w:pPr>
              <w:spacing w:after="0"/>
              <w:jc w:val="right"/>
            </w:pPr>
            <w:r>
              <w:rPr>
                <w:sz w:val="16"/>
              </w:rPr>
              <w:t>$31,255.61</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85"/>
          </w:tcPr>
          <w:p>
            <w:pPr>
              <w:spacing w:after="0"/>
              <w:jc w:val="left"/>
            </w:pPr>
            <w:r>
              <w:rPr>
                <w:sz w:val="16"/>
              </w:rPr>
              <w:t>Emergency</w:t>
            </w:r>
          </w:p>
        </w:tc>
        <w:tc>
          <w:tcPr>
            <w:tcW w:type="dxa" w:w="2617"/>
          </w:tcPr>
          <w:p>
            <w:pPr>
              <w:spacing w:after="0"/>
              <w:jc w:val="left"/>
            </w:pPr>
            <w:r>
              <w:rPr>
                <w:sz w:val="16"/>
              </w:rPr>
              <w:t>HURRICANE KATRINA EVACUATION</w:t>
            </w:r>
          </w:p>
        </w:tc>
        <w:tc>
          <w:tcPr>
            <w:tcW w:type="dxa" w:w="2265"/>
          </w:tcPr>
          <w:p>
            <w:pPr>
              <w:spacing w:after="0"/>
              <w:jc w:val="left"/>
            </w:pPr>
            <w:r>
              <w:rPr>
                <w:sz w:val="16"/>
              </w:rPr>
              <w:t>Hurricane: evacuation support, not a local hazard event; not counted</w:t>
            </w:r>
          </w:p>
        </w:tc>
        <w:tc>
          <w:tcPr>
            <w:tcW w:type="dxa" w:w="2462"/>
          </w:tcPr>
          <w:p>
            <w:pPr>
              <w:spacing w:after="0"/>
              <w:jc w:val="right"/>
            </w:pPr>
            <w:r>
              <w:rPr>
                <w:sz w:val="16"/>
              </w:rPr>
              <w:t>none found</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85"/>
          </w:tcPr>
          <w:p>
            <w:pPr>
              <w:spacing w:after="0"/>
              <w:jc w:val="left"/>
            </w:pPr>
            <w:r>
              <w:rPr>
                <w:sz w:val="16"/>
              </w:rPr>
              <w:t>Major disaster</w:t>
            </w:r>
          </w:p>
        </w:tc>
        <w:tc>
          <w:tcPr>
            <w:tcW w:type="dxa" w:w="2617"/>
          </w:tcPr>
          <w:p>
            <w:pPr>
              <w:spacing w:after="0"/>
              <w:jc w:val="left"/>
            </w:pPr>
            <w:r>
              <w:rPr>
                <w:sz w:val="16"/>
              </w:rPr>
              <w:t>SEVERE WINTER STORMS AND FLOODING</w:t>
            </w:r>
          </w:p>
        </w:tc>
        <w:tc>
          <w:tcPr>
            <w:tcW w:type="dxa" w:w="2265"/>
          </w:tcPr>
          <w:p>
            <w:pPr>
              <w:spacing w:after="0"/>
              <w:jc w:val="left"/>
            </w:pPr>
            <w:r>
              <w:rPr>
                <w:sz w:val="16"/>
              </w:rPr>
              <w:t>Inland Flooding; Winter Weather</w:t>
            </w:r>
          </w:p>
        </w:tc>
        <w:tc>
          <w:tcPr>
            <w:tcW w:type="dxa" w:w="2462"/>
          </w:tcPr>
          <w:p>
            <w:pPr>
              <w:spacing w:after="0"/>
              <w:jc w:val="right"/>
            </w:pPr>
            <w:r>
              <w:rPr>
                <w:sz w:val="16"/>
              </w:rPr>
              <w:t>PA not declared for this county</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85"/>
          </w:tcPr>
          <w:p>
            <w:pPr>
              <w:spacing w:after="0"/>
              <w:jc w:val="left"/>
            </w:pPr>
            <w:r>
              <w:rPr>
                <w:sz w:val="16"/>
              </w:rPr>
              <w:t>Major disaster</w:t>
            </w:r>
          </w:p>
        </w:tc>
        <w:tc>
          <w:tcPr>
            <w:tcW w:type="dxa" w:w="2617"/>
          </w:tcPr>
          <w:p>
            <w:pPr>
              <w:spacing w:after="0"/>
              <w:jc w:val="left"/>
            </w:pPr>
            <w:r>
              <w:rPr>
                <w:sz w:val="16"/>
              </w:rPr>
              <w:t>SEVERE STORMS, TORNADOES, AND FLOODING</w:t>
            </w:r>
          </w:p>
        </w:tc>
        <w:tc>
          <w:tcPr>
            <w:tcW w:type="dxa" w:w="2265"/>
          </w:tcPr>
          <w:p>
            <w:pPr>
              <w:spacing w:after="0"/>
              <w:jc w:val="left"/>
            </w:pPr>
            <w:r>
              <w:rPr>
                <w:sz w:val="16"/>
              </w:rPr>
              <w:t>Inland Flooding; Tornado</w:t>
            </w:r>
          </w:p>
        </w:tc>
        <w:tc>
          <w:tcPr>
            <w:tcW w:type="dxa" w:w="2462"/>
          </w:tcPr>
          <w:p>
            <w:pPr>
              <w:spacing w:after="0"/>
              <w:jc w:val="right"/>
            </w:pPr>
            <w:r>
              <w:rPr>
                <w:sz w:val="16"/>
              </w:rPr>
              <w:t>PA not declared for this county</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385"/>
          </w:tcPr>
          <w:p>
            <w:pPr>
              <w:spacing w:after="0"/>
              <w:jc w:val="left"/>
            </w:pPr>
            <w:r>
              <w:rPr>
                <w:sz w:val="16"/>
              </w:rPr>
              <w:t>Major disaster</w:t>
            </w:r>
          </w:p>
        </w:tc>
        <w:tc>
          <w:tcPr>
            <w:tcW w:type="dxa" w:w="2617"/>
          </w:tcPr>
          <w:p>
            <w:pPr>
              <w:spacing w:after="0"/>
              <w:jc w:val="left"/>
            </w:pPr>
            <w:r>
              <w:rPr>
                <w:sz w:val="16"/>
              </w:rPr>
              <w:t>SEVERE STORMS, TORNADOES, AND FLOODING</w:t>
            </w:r>
          </w:p>
        </w:tc>
        <w:tc>
          <w:tcPr>
            <w:tcW w:type="dxa" w:w="2265"/>
          </w:tcPr>
          <w:p>
            <w:pPr>
              <w:spacing w:after="0"/>
              <w:jc w:val="left"/>
            </w:pPr>
            <w:r>
              <w:rPr>
                <w:sz w:val="16"/>
              </w:rPr>
              <w:t>Inland Flooding; Tornado</w:t>
            </w:r>
          </w:p>
        </w:tc>
        <w:tc>
          <w:tcPr>
            <w:tcW w:type="dxa" w:w="2462"/>
          </w:tcPr>
          <w:p>
            <w:pPr>
              <w:spacing w:after="0"/>
              <w:jc w:val="right"/>
            </w:pPr>
            <w:r>
              <w:rPr>
                <w:sz w:val="16"/>
              </w:rPr>
              <w:t>$34,353.39</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2001-01-24</w:t>
            </w:r>
          </w:p>
        </w:tc>
        <w:tc>
          <w:tcPr>
            <w:tcW w:type="dxa" w:w="1037"/>
          </w:tcPr>
          <w:p>
            <w:pPr>
              <w:spacing w:after="0"/>
              <w:jc w:val="left"/>
            </w:pPr>
            <w:r>
              <w:rPr>
                <w:sz w:val="16"/>
              </w:rPr>
              <w:t>2000-12-11</w:t>
            </w:r>
          </w:p>
        </w:tc>
        <w:tc>
          <w:tcPr>
            <w:tcW w:type="dxa" w:w="1037"/>
          </w:tcPr>
          <w:p>
            <w:pPr>
              <w:spacing w:after="0"/>
              <w:jc w:val="left"/>
            </w:pPr>
            <w:r>
              <w:rPr>
                <w:sz w:val="16"/>
              </w:rPr>
              <w:t>EM-3162-IN</w:t>
            </w:r>
          </w:p>
        </w:tc>
        <w:tc>
          <w:tcPr>
            <w:tcW w:type="dxa" w:w="1385"/>
          </w:tcPr>
          <w:p>
            <w:pPr>
              <w:spacing w:after="0"/>
              <w:jc w:val="left"/>
            </w:pPr>
            <w:r>
              <w:rPr>
                <w:sz w:val="16"/>
              </w:rPr>
              <w:t>Emergency</w:t>
            </w:r>
          </w:p>
        </w:tc>
        <w:tc>
          <w:tcPr>
            <w:tcW w:type="dxa" w:w="2617"/>
          </w:tcPr>
          <w:p>
            <w:pPr>
              <w:spacing w:after="0"/>
              <w:jc w:val="left"/>
            </w:pPr>
            <w:r>
              <w:rPr>
                <w:sz w:val="16"/>
              </w:rPr>
              <w:t>SNOW</w:t>
            </w:r>
          </w:p>
        </w:tc>
        <w:tc>
          <w:tcPr>
            <w:tcW w:type="dxa" w:w="2265"/>
          </w:tcPr>
          <w:p>
            <w:pPr>
              <w:spacing w:after="0"/>
              <w:jc w:val="left"/>
            </w:pPr>
            <w:r>
              <w:rPr>
                <w:sz w:val="16"/>
              </w:rPr>
              <w:t>Winter Weather</w:t>
            </w:r>
          </w:p>
        </w:tc>
        <w:tc>
          <w:tcPr>
            <w:tcW w:type="dxa" w:w="2462"/>
          </w:tcPr>
          <w:p>
            <w:pPr>
              <w:spacing w:after="0"/>
              <w:jc w:val="right"/>
            </w:pPr>
            <w:r>
              <w:rPr>
                <w:sz w:val="16"/>
              </w:rPr>
              <w:t>$16,690.50</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385"/>
          </w:tcPr>
          <w:p>
            <w:pPr>
              <w:spacing w:after="0"/>
              <w:jc w:val="left"/>
            </w:pPr>
            <w:r>
              <w:rPr>
                <w:sz w:val="16"/>
              </w:rPr>
              <w:t>Emergency</w:t>
            </w:r>
          </w:p>
        </w:tc>
        <w:tc>
          <w:tcPr>
            <w:tcW w:type="dxa" w:w="2617"/>
          </w:tcPr>
          <w:p>
            <w:pPr>
              <w:spacing w:after="0"/>
              <w:jc w:val="left"/>
            </w:pPr>
            <w:r>
              <w:rPr>
                <w:sz w:val="16"/>
              </w:rPr>
              <w:t>IN-WINTER STORM 12/23/98</w:t>
            </w:r>
          </w:p>
        </w:tc>
        <w:tc>
          <w:tcPr>
            <w:tcW w:type="dxa" w:w="2265"/>
          </w:tcPr>
          <w:p>
            <w:pPr>
              <w:spacing w:after="0"/>
              <w:jc w:val="left"/>
            </w:pPr>
            <w:r>
              <w:rPr>
                <w:sz w:val="16"/>
              </w:rPr>
              <w:t>Winter Weather</w:t>
            </w:r>
          </w:p>
        </w:tc>
        <w:tc>
          <w:tcPr>
            <w:tcW w:type="dxa" w:w="2462"/>
          </w:tcPr>
          <w:p>
            <w:pPr>
              <w:spacing w:after="0"/>
              <w:jc w:val="right"/>
            </w:pPr>
            <w:r>
              <w:rPr>
                <w:sz w:val="16"/>
              </w:rPr>
              <w:t>$29,295</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1998-05-08</w:t>
            </w:r>
          </w:p>
        </w:tc>
        <w:tc>
          <w:tcPr>
            <w:tcW w:type="dxa" w:w="1037"/>
          </w:tcPr>
          <w:p>
            <w:pPr>
              <w:spacing w:after="0"/>
              <w:jc w:val="left"/>
            </w:pPr>
            <w:r>
              <w:rPr>
                <w:sz w:val="16"/>
              </w:rPr>
              <w:t>1998-03-09</w:t>
            </w:r>
          </w:p>
        </w:tc>
        <w:tc>
          <w:tcPr>
            <w:tcW w:type="dxa" w:w="1037"/>
          </w:tcPr>
          <w:p>
            <w:pPr>
              <w:spacing w:after="0"/>
              <w:jc w:val="left"/>
            </w:pPr>
            <w:r>
              <w:rPr>
                <w:sz w:val="16"/>
              </w:rPr>
              <w:t>DR-1217-IN</w:t>
            </w:r>
          </w:p>
        </w:tc>
        <w:tc>
          <w:tcPr>
            <w:tcW w:type="dxa" w:w="1385"/>
          </w:tcPr>
          <w:p>
            <w:pPr>
              <w:spacing w:after="0"/>
              <w:jc w:val="left"/>
            </w:pPr>
            <w:r>
              <w:rPr>
                <w:sz w:val="16"/>
              </w:rPr>
              <w:t>Major disaster</w:t>
            </w:r>
          </w:p>
        </w:tc>
        <w:tc>
          <w:tcPr>
            <w:tcW w:type="dxa" w:w="2617"/>
          </w:tcPr>
          <w:p>
            <w:pPr>
              <w:spacing w:after="0"/>
              <w:jc w:val="left"/>
            </w:pPr>
            <w:r>
              <w:rPr>
                <w:sz w:val="16"/>
              </w:rPr>
              <w:t>SEVERE WINTER STORM</w:t>
            </w:r>
          </w:p>
        </w:tc>
        <w:tc>
          <w:tcPr>
            <w:tcW w:type="dxa" w:w="2265"/>
          </w:tcPr>
          <w:p>
            <w:pPr>
              <w:spacing w:after="0"/>
              <w:jc w:val="left"/>
            </w:pPr>
            <w:r>
              <w:rPr>
                <w:sz w:val="16"/>
              </w:rPr>
              <w:t>Winter Weather</w:t>
            </w:r>
          </w:p>
        </w:tc>
        <w:tc>
          <w:tcPr>
            <w:tcW w:type="dxa" w:w="2462"/>
          </w:tcPr>
          <w:p>
            <w:pPr>
              <w:spacing w:after="0"/>
              <w:jc w:val="right"/>
            </w:pPr>
            <w:r>
              <w:rPr>
                <w:sz w:val="16"/>
              </w:rPr>
              <w:t>none found</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1991-03-29</w:t>
            </w:r>
          </w:p>
        </w:tc>
        <w:tc>
          <w:tcPr>
            <w:tcW w:type="dxa" w:w="1037"/>
          </w:tcPr>
          <w:p>
            <w:pPr>
              <w:spacing w:after="0"/>
              <w:jc w:val="left"/>
            </w:pPr>
            <w:r>
              <w:rPr>
                <w:sz w:val="16"/>
              </w:rPr>
              <w:t>1991-03-12</w:t>
            </w:r>
          </w:p>
        </w:tc>
        <w:tc>
          <w:tcPr>
            <w:tcW w:type="dxa" w:w="1037"/>
          </w:tcPr>
          <w:p>
            <w:pPr>
              <w:spacing w:after="0"/>
              <w:jc w:val="left"/>
            </w:pPr>
            <w:r>
              <w:rPr>
                <w:sz w:val="16"/>
              </w:rPr>
              <w:t>DR-899-IN</w:t>
            </w:r>
          </w:p>
        </w:tc>
        <w:tc>
          <w:tcPr>
            <w:tcW w:type="dxa" w:w="1385"/>
          </w:tcPr>
          <w:p>
            <w:pPr>
              <w:spacing w:after="0"/>
              <w:jc w:val="left"/>
            </w:pPr>
            <w:r>
              <w:rPr>
                <w:sz w:val="16"/>
              </w:rPr>
              <w:t>Major disaster</w:t>
            </w:r>
          </w:p>
        </w:tc>
        <w:tc>
          <w:tcPr>
            <w:tcW w:type="dxa" w:w="2617"/>
          </w:tcPr>
          <w:p>
            <w:pPr>
              <w:spacing w:after="0"/>
              <w:jc w:val="left"/>
            </w:pPr>
            <w:r>
              <w:rPr>
                <w:sz w:val="16"/>
              </w:rPr>
              <w:t>SEVERE ICE STORM</w:t>
            </w:r>
          </w:p>
        </w:tc>
        <w:tc>
          <w:tcPr>
            <w:tcW w:type="dxa" w:w="2265"/>
          </w:tcPr>
          <w:p>
            <w:pPr>
              <w:spacing w:after="0"/>
              <w:jc w:val="left"/>
            </w:pPr>
            <w:r>
              <w:rPr>
                <w:sz w:val="16"/>
              </w:rPr>
              <w:t>Ice Storm</w:t>
            </w:r>
          </w:p>
        </w:tc>
        <w:tc>
          <w:tcPr>
            <w:tcW w:type="dxa" w:w="2462"/>
          </w:tcPr>
          <w:p>
            <w:pPr>
              <w:spacing w:after="0"/>
              <w:jc w:val="right"/>
            </w:pPr>
            <w:r>
              <w:rPr>
                <w:sz w:val="16"/>
              </w:rPr>
              <w:t>none found</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85"/>
          </w:tcPr>
          <w:p>
            <w:pPr>
              <w:spacing w:after="0"/>
              <w:jc w:val="left"/>
            </w:pPr>
            <w:r>
              <w:rPr>
                <w:sz w:val="16"/>
              </w:rPr>
              <w:t>Major disaster</w:t>
            </w:r>
          </w:p>
        </w:tc>
        <w:tc>
          <w:tcPr>
            <w:tcW w:type="dxa" w:w="2617"/>
          </w:tcPr>
          <w:p>
            <w:pPr>
              <w:spacing w:after="0"/>
              <w:jc w:val="left"/>
            </w:pPr>
            <w:r>
              <w:rPr>
                <w:sz w:val="16"/>
              </w:rPr>
              <w:t>SEVERE STORMS &amp; FLOODING</w:t>
            </w:r>
          </w:p>
        </w:tc>
        <w:tc>
          <w:tcPr>
            <w:tcW w:type="dxa" w:w="2265"/>
          </w:tcPr>
          <w:p>
            <w:pPr>
              <w:spacing w:after="0"/>
              <w:jc w:val="left"/>
            </w:pPr>
            <w:r>
              <w:rPr>
                <w:sz w:val="16"/>
              </w:rPr>
              <w:t>Inland Flooding</w:t>
            </w:r>
          </w:p>
        </w:tc>
        <w:tc>
          <w:tcPr>
            <w:tcW w:type="dxa" w:w="2462"/>
          </w:tcPr>
          <w:p>
            <w:pPr>
              <w:spacing w:after="0"/>
              <w:jc w:val="right"/>
            </w:pPr>
            <w:r>
              <w:rPr>
                <w:sz w:val="16"/>
              </w:rPr>
              <w:t>none found</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EM-3028-IN</w:t>
            </w:r>
          </w:p>
        </w:tc>
        <w:tc>
          <w:tcPr>
            <w:tcW w:type="dxa" w:w="1385"/>
          </w:tcPr>
          <w:p>
            <w:pPr>
              <w:spacing w:after="0"/>
              <w:jc w:val="left"/>
            </w:pPr>
            <w:r>
              <w:rPr>
                <w:sz w:val="16"/>
              </w:rPr>
              <w:t>Emergency</w:t>
            </w:r>
          </w:p>
        </w:tc>
        <w:tc>
          <w:tcPr>
            <w:tcW w:type="dxa" w:w="2617"/>
          </w:tcPr>
          <w:p>
            <w:pPr>
              <w:spacing w:after="0"/>
              <w:jc w:val="left"/>
            </w:pPr>
            <w:r>
              <w:rPr>
                <w:sz w:val="16"/>
              </w:rPr>
              <w:t>SNOWSTORMS</w:t>
            </w:r>
          </w:p>
        </w:tc>
        <w:tc>
          <w:tcPr>
            <w:tcW w:type="dxa" w:w="2265"/>
          </w:tcPr>
          <w:p>
            <w:pPr>
              <w:spacing w:after="0"/>
              <w:jc w:val="left"/>
            </w:pPr>
            <w:r>
              <w:rPr>
                <w:sz w:val="16"/>
              </w:rPr>
              <w:t>Winter Weather</w:t>
            </w:r>
          </w:p>
        </w:tc>
        <w:tc>
          <w:tcPr>
            <w:tcW w:type="dxa" w:w="2462"/>
          </w:tcPr>
          <w:p>
            <w:pPr>
              <w:spacing w:after="0"/>
              <w:jc w:val="right"/>
            </w:pPr>
            <w:r>
              <w:rPr>
                <w:sz w:val="16"/>
              </w:rPr>
              <w:t>none found</w:t>
            </w:r>
          </w:p>
        </w:tc>
        <w:tc>
          <w:tcPr>
            <w:tcW w:type="dxa" w:w="1380"/>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9"/>
        <w:gridCol w:w="1529"/>
        <w:gridCol w:w="1529"/>
        <w:gridCol w:w="2055"/>
        <w:gridCol w:w="3372"/>
        <w:gridCol w:w="2187"/>
        <w:gridCol w:w="956"/>
        <w:gridCol w:w="956"/>
      </w:tblGrid>
      <w:tr>
        <w:trPr>
          <w:cantSplit/>
          <w:tblHeader/>
        </w:trPr>
        <w:tc>
          <w:tcPr>
            <w:tcW w:type="dxa" w:w="1529"/>
            <w:shd w:val="clear" w:color="auto" w:fill="E8E8E8"/>
          </w:tcPr>
          <w:p>
            <w:pPr>
              <w:spacing w:after="0"/>
              <w:jc w:val="left"/>
            </w:pPr>
            <w:r>
              <w:rPr>
                <w:b/>
                <w:sz w:val="16"/>
              </w:rPr>
              <w:t>Declared</w:t>
            </w:r>
          </w:p>
        </w:tc>
        <w:tc>
          <w:tcPr>
            <w:tcW w:type="dxa" w:w="1529"/>
            <w:shd w:val="clear" w:color="auto" w:fill="E8E8E8"/>
          </w:tcPr>
          <w:p>
            <w:pPr>
              <w:spacing w:after="0"/>
              <w:jc w:val="left"/>
            </w:pPr>
            <w:r>
              <w:rPr>
                <w:b/>
                <w:sz w:val="16"/>
              </w:rPr>
              <w:t>Incident began</w:t>
            </w:r>
          </w:p>
        </w:tc>
        <w:tc>
          <w:tcPr>
            <w:tcW w:type="dxa" w:w="1529"/>
            <w:shd w:val="clear" w:color="auto" w:fill="E8E8E8"/>
          </w:tcPr>
          <w:p>
            <w:pPr>
              <w:spacing w:after="0"/>
              <w:jc w:val="left"/>
            </w:pPr>
            <w:r>
              <w:rPr>
                <w:b/>
                <w:sz w:val="16"/>
              </w:rPr>
              <w:t>FEMA number</w:t>
            </w:r>
          </w:p>
        </w:tc>
        <w:tc>
          <w:tcPr>
            <w:tcW w:type="dxa" w:w="2055"/>
            <w:shd w:val="clear" w:color="auto" w:fill="E8E8E8"/>
          </w:tcPr>
          <w:p>
            <w:pPr>
              <w:spacing w:after="0"/>
              <w:jc w:val="left"/>
            </w:pPr>
            <w:r>
              <w:rPr>
                <w:b/>
                <w:sz w:val="16"/>
              </w:rPr>
              <w:t>Type</w:t>
            </w:r>
          </w:p>
        </w:tc>
        <w:tc>
          <w:tcPr>
            <w:tcW w:type="dxa" w:w="3372"/>
            <w:shd w:val="clear" w:color="auto" w:fill="E8E8E8"/>
          </w:tcPr>
          <w:p>
            <w:pPr>
              <w:spacing w:after="0"/>
              <w:jc w:val="left"/>
            </w:pPr>
            <w:r>
              <w:rPr>
                <w:b/>
                <w:sz w:val="16"/>
              </w:rPr>
              <w:t>Title</w:t>
            </w:r>
          </w:p>
        </w:tc>
        <w:tc>
          <w:tcPr>
            <w:tcW w:type="dxa" w:w="2187"/>
            <w:shd w:val="clear" w:color="auto" w:fill="E8E8E8"/>
          </w:tcPr>
          <w:p>
            <w:pPr>
              <w:spacing w:after="0"/>
              <w:jc w:val="left"/>
            </w:pPr>
            <w:r>
              <w:rPr>
                <w:b/>
                <w:sz w:val="16"/>
              </w:rPr>
              <w:t>Mapped hazard</w:t>
            </w:r>
          </w:p>
        </w:tc>
        <w:tc>
          <w:tcPr>
            <w:tcW w:type="dxa" w:w="956"/>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529"/>
          </w:tcPr>
          <w:p>
            <w:pPr>
              <w:spacing w:after="0"/>
              <w:jc w:val="left"/>
            </w:pPr>
            <w:r>
              <w:rPr>
                <w:sz w:val="16"/>
              </w:rPr>
              <w:t>2002-06-13</w:t>
            </w:r>
          </w:p>
        </w:tc>
        <w:tc>
          <w:tcPr>
            <w:tcW w:type="dxa" w:w="1529"/>
          </w:tcPr>
          <w:p>
            <w:pPr>
              <w:spacing w:after="0"/>
              <w:jc w:val="left"/>
            </w:pPr>
            <w:r>
              <w:rPr>
                <w:sz w:val="16"/>
              </w:rPr>
              <w:t>2002-04-28</w:t>
            </w:r>
          </w:p>
        </w:tc>
        <w:tc>
          <w:tcPr>
            <w:tcW w:type="dxa" w:w="1529"/>
          </w:tcPr>
          <w:p>
            <w:pPr>
              <w:spacing w:after="0"/>
              <w:jc w:val="left"/>
            </w:pPr>
            <w:r>
              <w:rPr>
                <w:sz w:val="16"/>
              </w:rPr>
              <w:t>DR-1418-IN</w:t>
            </w:r>
          </w:p>
        </w:tc>
        <w:tc>
          <w:tcPr>
            <w:tcW w:type="dxa" w:w="2055"/>
          </w:tcPr>
          <w:p>
            <w:pPr>
              <w:spacing w:after="0"/>
              <w:jc w:val="left"/>
            </w:pPr>
            <w:r>
              <w:rPr>
                <w:sz w:val="16"/>
              </w:rPr>
              <w:t>Major disaster</w:t>
            </w:r>
          </w:p>
        </w:tc>
        <w:tc>
          <w:tcPr>
            <w:tcW w:type="dxa" w:w="3372"/>
          </w:tcPr>
          <w:p>
            <w:pPr>
              <w:spacing w:after="0"/>
              <w:jc w:val="left"/>
            </w:pPr>
            <w:r>
              <w:rPr>
                <w:sz w:val="16"/>
              </w:rPr>
              <w:t>SEVERE STORMS, TORNADOES AND FLOODING</w:t>
            </w:r>
          </w:p>
        </w:tc>
        <w:tc>
          <w:tcPr>
            <w:tcW w:type="dxa" w:w="2187"/>
          </w:tcPr>
          <w:p>
            <w:pPr>
              <w:spacing w:after="0"/>
              <w:jc w:val="left"/>
            </w:pPr>
            <w:r>
              <w:rPr>
                <w:sz w:val="16"/>
              </w:rPr>
              <w:t>Inland Flooding; Tornado</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1964-03-17</w:t>
            </w:r>
          </w:p>
        </w:tc>
        <w:tc>
          <w:tcPr>
            <w:tcW w:type="dxa" w:w="1529"/>
          </w:tcPr>
          <w:p>
            <w:pPr>
              <w:spacing w:after="0"/>
              <w:jc w:val="left"/>
            </w:pPr>
            <w:r>
              <w:rPr>
                <w:sz w:val="16"/>
              </w:rPr>
              <w:t>1964-03-17</w:t>
            </w:r>
          </w:p>
        </w:tc>
        <w:tc>
          <w:tcPr>
            <w:tcW w:type="dxa" w:w="1529"/>
          </w:tcPr>
          <w:p>
            <w:pPr>
              <w:spacing w:after="0"/>
              <w:jc w:val="left"/>
            </w:pPr>
            <w:r>
              <w:rPr>
                <w:sz w:val="16"/>
              </w:rPr>
              <w:t>DR-162-IN</w:t>
            </w:r>
          </w:p>
        </w:tc>
        <w:tc>
          <w:tcPr>
            <w:tcW w:type="dxa" w:w="2055"/>
          </w:tcPr>
          <w:p>
            <w:pPr>
              <w:spacing w:after="0"/>
              <w:jc w:val="left"/>
            </w:pPr>
            <w:r>
              <w:rPr>
                <w:sz w:val="16"/>
              </w:rPr>
              <w:t>Major disaster</w:t>
            </w:r>
          </w:p>
        </w:tc>
        <w:tc>
          <w:tcPr>
            <w:tcW w:type="dxa" w:w="3372"/>
          </w:tcPr>
          <w:p>
            <w:pPr>
              <w:spacing w:after="0"/>
              <w:jc w:val="left"/>
            </w:pPr>
            <w:r>
              <w:rPr>
                <w:sz w:val="16"/>
              </w:rPr>
              <w:t>SEVERE STORMS &amp; FLOODING</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1961-05-20</w:t>
            </w:r>
          </w:p>
        </w:tc>
        <w:tc>
          <w:tcPr>
            <w:tcW w:type="dxa" w:w="1529"/>
          </w:tcPr>
          <w:p>
            <w:pPr>
              <w:spacing w:after="0"/>
              <w:jc w:val="left"/>
            </w:pPr>
            <w:r>
              <w:rPr>
                <w:sz w:val="16"/>
              </w:rPr>
              <w:t>1961-05-20</w:t>
            </w:r>
          </w:p>
        </w:tc>
        <w:tc>
          <w:tcPr>
            <w:tcW w:type="dxa" w:w="1529"/>
          </w:tcPr>
          <w:p>
            <w:pPr>
              <w:spacing w:after="0"/>
              <w:jc w:val="left"/>
            </w:pPr>
            <w:r>
              <w:rPr>
                <w:sz w:val="16"/>
              </w:rPr>
              <w:t>DR-113-IN</w:t>
            </w:r>
          </w:p>
        </w:tc>
        <w:tc>
          <w:tcPr>
            <w:tcW w:type="dxa" w:w="2055"/>
          </w:tcPr>
          <w:p>
            <w:pPr>
              <w:spacing w:after="0"/>
              <w:jc w:val="left"/>
            </w:pPr>
            <w:r>
              <w:rPr>
                <w:sz w:val="16"/>
              </w:rPr>
              <w:t>Major disaster</w:t>
            </w:r>
          </w:p>
        </w:tc>
        <w:tc>
          <w:tcPr>
            <w:tcW w:type="dxa" w:w="3372"/>
          </w:tcPr>
          <w:p>
            <w:pPr>
              <w:spacing w:after="0"/>
              <w:jc w:val="left"/>
            </w:pPr>
            <w:r>
              <w:rPr>
                <w:sz w:val="16"/>
              </w:rPr>
              <w:t>FLOODS</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1954-10-26</w:t>
            </w:r>
          </w:p>
        </w:tc>
        <w:tc>
          <w:tcPr>
            <w:tcW w:type="dxa" w:w="1529"/>
          </w:tcPr>
          <w:p>
            <w:pPr>
              <w:spacing w:after="0"/>
              <w:jc w:val="left"/>
            </w:pPr>
            <w:r>
              <w:rPr>
                <w:sz w:val="16"/>
              </w:rPr>
              <w:t>1954-10-26</w:t>
            </w:r>
          </w:p>
        </w:tc>
        <w:tc>
          <w:tcPr>
            <w:tcW w:type="dxa" w:w="1529"/>
          </w:tcPr>
          <w:p>
            <w:pPr>
              <w:spacing w:after="0"/>
              <w:jc w:val="left"/>
            </w:pPr>
            <w:r>
              <w:rPr>
                <w:sz w:val="16"/>
              </w:rPr>
              <w:t>DR-30-IN</w:t>
            </w:r>
          </w:p>
        </w:tc>
        <w:tc>
          <w:tcPr>
            <w:tcW w:type="dxa" w:w="2055"/>
          </w:tcPr>
          <w:p>
            <w:pPr>
              <w:spacing w:after="0"/>
              <w:jc w:val="left"/>
            </w:pPr>
            <w:r>
              <w:rPr>
                <w:sz w:val="16"/>
              </w:rPr>
              <w:t>Major disaster</w:t>
            </w:r>
          </w:p>
        </w:tc>
        <w:tc>
          <w:tcPr>
            <w:tcW w:type="dxa" w:w="3372"/>
          </w:tcPr>
          <w:p>
            <w:pPr>
              <w:spacing w:after="0"/>
              <w:jc w:val="left"/>
            </w:pPr>
            <w:r>
              <w:rPr>
                <w:sz w:val="16"/>
              </w:rPr>
              <w:t>FLOOD</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62</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111</w:t>
            </w:r>
          </w:p>
        </w:tc>
        <w:tc>
          <w:tcPr>
            <w:tcW w:type="dxa" w:w="1422"/>
          </w:tcPr>
          <w:p>
            <w:pPr>
              <w:spacing w:after="0"/>
              <w:jc w:val="right"/>
            </w:pPr>
            <w:r>
              <w:rPr>
                <w:sz w:val="16"/>
              </w:rPr>
              <w:t>18</w:t>
            </w:r>
          </w:p>
        </w:tc>
        <w:tc>
          <w:tcPr>
            <w:tcW w:type="dxa" w:w="1356"/>
          </w:tcPr>
          <w:p>
            <w:pPr>
              <w:spacing w:after="0"/>
              <w:jc w:val="right"/>
            </w:pPr>
            <w:r>
              <w:rPr>
                <w:sz w:val="16"/>
              </w:rPr>
              <w:t>5</w:t>
            </w:r>
          </w:p>
        </w:tc>
        <w:tc>
          <w:tcPr>
            <w:tcW w:type="dxa" w:w="963"/>
          </w:tcPr>
          <w:p>
            <w:pPr>
              <w:spacing w:after="0"/>
              <w:jc w:val="right"/>
            </w:pPr>
            <w:r>
              <w:rPr>
                <w:sz w:val="16"/>
              </w:rPr>
              <w:t>18</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28</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57</w:t>
            </w:r>
          </w:p>
        </w:tc>
        <w:tc>
          <w:tcPr>
            <w:tcW w:type="dxa" w:w="1422"/>
          </w:tcPr>
          <w:p>
            <w:pPr>
              <w:spacing w:after="0"/>
              <w:jc w:val="right"/>
            </w:pPr>
            <w:r>
              <w:rPr>
                <w:sz w:val="16"/>
              </w:rPr>
              <w:t>18</w:t>
            </w:r>
          </w:p>
        </w:tc>
        <w:tc>
          <w:tcPr>
            <w:tcW w:type="dxa" w:w="1356"/>
          </w:tcPr>
          <w:p>
            <w:pPr>
              <w:spacing w:after="0"/>
              <w:jc w:val="right"/>
            </w:pPr>
            <w:r>
              <w:rPr>
                <w:sz w:val="16"/>
              </w:rPr>
              <w:t>4</w:t>
            </w:r>
          </w:p>
        </w:tc>
        <w:tc>
          <w:tcPr>
            <w:tcW w:type="dxa" w:w="963"/>
          </w:tcPr>
          <w:p>
            <w:pPr>
              <w:spacing w:after="0"/>
              <w:jc w:val="right"/>
            </w:pPr>
            <w:r>
              <w:rPr>
                <w:sz w:val="16"/>
              </w:rPr>
              <w:t>18</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24"/>
        <w:gridCol w:w="2700"/>
        <w:gridCol w:w="1055"/>
        <w:gridCol w:w="1647"/>
        <w:gridCol w:w="1834"/>
        <w:gridCol w:w="220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24"/>
            <w:shd w:val="clear" w:color="auto" w:fill="E8E8E8"/>
          </w:tcPr>
          <w:p>
            <w:pPr>
              <w:spacing w:after="0"/>
              <w:jc w:val="left"/>
            </w:pPr>
            <w:r>
              <w:rPr>
                <w:b/>
                <w:sz w:val="16"/>
              </w:rPr>
              <w:t>Magnitude or extent</w:t>
            </w:r>
          </w:p>
        </w:tc>
        <w:tc>
          <w:tcPr>
            <w:tcW w:type="dxa" w:w="2700"/>
            <w:shd w:val="clear" w:color="auto" w:fill="E8E8E8"/>
          </w:tcPr>
          <w:p>
            <w:pPr>
              <w:spacing w:after="0"/>
              <w:jc w:val="left"/>
            </w:pPr>
            <w:r>
              <w:rPr>
                <w:b/>
                <w:sz w:val="16"/>
              </w:rPr>
              <w:t>Damage</w:t>
            </w:r>
          </w:p>
          <w:p>
            <w:pPr>
              <w:spacing w:after="0"/>
              <w:jc w:val="left"/>
            </w:pPr>
            <w:r>
              <w:rPr>
                <w:i/>
                <w:color w:val="555555"/>
                <w:sz w:val="14"/>
              </w:rPr>
              <w:t>nominal dollars</w:t>
            </w:r>
          </w:p>
        </w:tc>
        <w:tc>
          <w:tcPr>
            <w:tcW w:type="dxa" w:w="105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47"/>
            <w:shd w:val="clear" w:color="auto" w:fill="E8E8E8"/>
          </w:tcPr>
          <w:p>
            <w:pPr>
              <w:spacing w:after="0"/>
              <w:jc w:val="left"/>
            </w:pPr>
            <w:r>
              <w:rPr>
                <w:b/>
                <w:sz w:val="16"/>
              </w:rPr>
              <w:t>Location</w:t>
            </w:r>
          </w:p>
        </w:tc>
        <w:tc>
          <w:tcPr>
            <w:tcW w:type="dxa" w:w="1834"/>
            <w:shd w:val="clear" w:color="auto" w:fill="E8E8E8"/>
          </w:tcPr>
          <w:p>
            <w:pPr>
              <w:spacing w:after="0"/>
              <w:jc w:val="left"/>
            </w:pPr>
            <w:r>
              <w:rPr>
                <w:b/>
                <w:sz w:val="16"/>
              </w:rPr>
              <w:t>Flags</w:t>
            </w:r>
          </w:p>
        </w:tc>
        <w:tc>
          <w:tcPr>
            <w:tcW w:type="dxa" w:w="220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2026-03-10</w:t>
            </w:r>
          </w:p>
        </w:tc>
        <w:tc>
          <w:tcPr>
            <w:tcW w:type="dxa" w:w="1215"/>
          </w:tcPr>
          <w:p>
            <w:pPr>
              <w:spacing w:after="0"/>
              <w:jc w:val="left"/>
            </w:pPr>
            <w:r>
              <w:rPr>
                <w:sz w:val="16"/>
              </w:rPr>
              <w:t>Tornado</w:t>
            </w:r>
          </w:p>
        </w:tc>
        <w:tc>
          <w:tcPr>
            <w:tcW w:type="dxa" w:w="2424"/>
          </w:tcPr>
          <w:p>
            <w:pPr>
              <w:spacing w:after="0"/>
              <w:jc w:val="left"/>
            </w:pPr>
            <w:r>
              <w:rPr>
                <w:sz w:val="16"/>
              </w:rPr>
              <w:t>EF3, 13.63 mi within this county, 1,550 yd wide</w:t>
            </w:r>
          </w:p>
        </w:tc>
        <w:tc>
          <w:tcPr>
            <w:tcW w:type="dxa" w:w="2700"/>
          </w:tcPr>
          <w:p>
            <w:pPr>
              <w:spacing w:after="0"/>
              <w:jc w:val="left"/>
            </w:pPr>
            <w:r>
              <w:rPr>
                <w:sz w:val="16"/>
              </w:rPr>
              <w:t>$0 property; $0 crops (2026 dollars)</w:t>
            </w:r>
          </w:p>
        </w:tc>
        <w:tc>
          <w:tcPr>
            <w:tcW w:type="dxa" w:w="1055"/>
          </w:tcPr>
          <w:p>
            <w:pPr>
              <w:spacing w:after="0"/>
              <w:jc w:val="right"/>
            </w:pPr>
            <w:r>
              <w:rPr>
                <w:sz w:val="16"/>
              </w:rPr>
              <w:t>2, 10</w:t>
            </w:r>
          </w:p>
        </w:tc>
        <w:tc>
          <w:tcPr>
            <w:tcW w:type="dxa" w:w="1647"/>
          </w:tcPr>
          <w:p>
            <w:pPr>
              <w:spacing w:after="0"/>
              <w:jc w:val="left"/>
            </w:pPr>
            <w:r>
              <w:rPr>
                <w:sz w:val="16"/>
              </w:rPr>
              <w:t>(C98) LAKE VILLAGE AIRPORT to ROSELAWN</w:t>
            </w:r>
          </w:p>
        </w:tc>
        <w:tc>
          <w:tcPr>
            <w:tcW w:type="dxa" w:w="1834"/>
          </w:tcPr>
          <w:p>
            <w:pPr>
              <w:spacing w:after="0"/>
              <w:jc w:val="left"/>
            </w:pPr>
            <w:r>
              <w:rPr>
                <w:sz w:val="16"/>
              </w:rPr>
              <w:t>new since last plan; within last 5 years</w:t>
            </w:r>
          </w:p>
        </w:tc>
        <w:tc>
          <w:tcPr>
            <w:tcW w:type="dxa" w:w="2200"/>
          </w:tcPr>
          <w:p>
            <w:pPr>
              <w:spacing w:after="0"/>
              <w:jc w:val="left"/>
            </w:pPr>
            <w:r>
              <w:rPr>
                <w:sz w:val="16"/>
              </w:rPr>
              <w:t>deaths or injuries recorded</w:t>
            </w:r>
          </w:p>
        </w:tc>
      </w:tr>
      <w:tr>
        <w:trPr>
          <w:cantSplit/>
        </w:trPr>
        <w:tc>
          <w:tcPr>
            <w:tcW w:type="dxa" w:w="1037"/>
          </w:tcPr>
          <w:p>
            <w:pPr>
              <w:spacing w:after="0"/>
              <w:jc w:val="left"/>
            </w:pPr>
            <w:r>
              <w:rPr>
                <w:sz w:val="16"/>
              </w:rPr>
              <w:t>2025-05-16</w:t>
            </w:r>
          </w:p>
        </w:tc>
        <w:tc>
          <w:tcPr>
            <w:tcW w:type="dxa" w:w="1215"/>
          </w:tcPr>
          <w:p>
            <w:pPr>
              <w:spacing w:after="0"/>
              <w:jc w:val="left"/>
            </w:pPr>
            <w:r>
              <w:rPr>
                <w:sz w:val="16"/>
              </w:rPr>
              <w:t>High Wind</w:t>
            </w:r>
          </w:p>
        </w:tc>
        <w:tc>
          <w:tcPr>
            <w:tcW w:type="dxa" w:w="2424"/>
          </w:tcPr>
          <w:p>
            <w:pPr>
              <w:spacing w:after="0"/>
              <w:jc w:val="left"/>
            </w:pPr>
            <w:r>
              <w:rPr>
                <w:sz w:val="16"/>
              </w:rPr>
              <w:t>55 kt (63 mph) measured gust</w:t>
            </w:r>
          </w:p>
        </w:tc>
        <w:tc>
          <w:tcPr>
            <w:tcW w:type="dxa" w:w="2700"/>
          </w:tcPr>
          <w:p>
            <w:pPr>
              <w:spacing w:after="0"/>
              <w:jc w:val="left"/>
            </w:pPr>
            <w:r>
              <w:rPr>
                <w:sz w:val="16"/>
              </w:rPr>
              <w:t>$0 property; $0 crops, reported for the zone (2025 dollars)</w:t>
            </w:r>
          </w:p>
        </w:tc>
        <w:tc>
          <w:tcPr>
            <w:tcW w:type="dxa" w:w="1055"/>
          </w:tcPr>
          <w:p>
            <w:pPr>
              <w:spacing w:after="0"/>
              <w:jc w:val="right"/>
            </w:pPr>
            <w:r>
              <w:rPr>
                <w:sz w:val="16"/>
              </w:rPr>
              <w:t>0, 0</w:t>
            </w:r>
          </w:p>
        </w:tc>
        <w:tc>
          <w:tcPr>
            <w:tcW w:type="dxa" w:w="1647"/>
          </w:tcPr>
          <w:p>
            <w:pPr>
              <w:spacing w:after="0"/>
              <w:jc w:val="left"/>
            </w:pPr>
            <w:r>
              <w:rPr>
                <w:sz w:val="16"/>
              </w:rPr>
              <w:t>NWS zone INZ010 (NEWTON), zone-level: may include parts of neighboring counties</w:t>
            </w:r>
          </w:p>
        </w:tc>
        <w:tc>
          <w:tcPr>
            <w:tcW w:type="dxa" w:w="1834"/>
          </w:tcPr>
          <w:p>
            <w:pPr>
              <w:spacing w:after="0"/>
              <w:jc w:val="left"/>
            </w:pPr>
            <w:r>
              <w:rPr>
                <w:sz w:val="16"/>
              </w:rPr>
              <w:t>new since last plan; within last 5 years</w:t>
            </w:r>
          </w:p>
        </w:tc>
        <w:tc>
          <w:tcPr>
            <w:tcW w:type="dxa" w:w="220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2024-01-14</w:t>
            </w:r>
          </w:p>
        </w:tc>
        <w:tc>
          <w:tcPr>
            <w:tcW w:type="dxa" w:w="1215"/>
          </w:tcPr>
          <w:p>
            <w:pPr>
              <w:spacing w:after="0"/>
              <w:jc w:val="left"/>
            </w:pPr>
            <w:r>
              <w:rPr>
                <w:sz w:val="16"/>
              </w:rPr>
              <w:t>Extreme Cold/Wind Chill</w:t>
            </w:r>
          </w:p>
        </w:tc>
        <w:tc>
          <w:tcPr>
            <w:tcW w:type="dxa" w:w="2424"/>
          </w:tcPr>
          <w:p>
            <w:pPr>
              <w:spacing w:after="0"/>
              <w:jc w:val="left"/>
            </w:pPr>
          </w:p>
        </w:tc>
        <w:tc>
          <w:tcPr>
            <w:tcW w:type="dxa" w:w="2700"/>
          </w:tcPr>
          <w:p>
            <w:pPr>
              <w:spacing w:after="0"/>
              <w:jc w:val="left"/>
            </w:pPr>
            <w:r>
              <w:rPr>
                <w:sz w:val="16"/>
              </w:rPr>
              <w:t>$0 property; $0 crops, reported for the zone (2024 dollars)</w:t>
            </w:r>
          </w:p>
        </w:tc>
        <w:tc>
          <w:tcPr>
            <w:tcW w:type="dxa" w:w="1055"/>
          </w:tcPr>
          <w:p>
            <w:pPr>
              <w:spacing w:after="0"/>
              <w:jc w:val="right"/>
            </w:pPr>
            <w:r>
              <w:rPr>
                <w:sz w:val="16"/>
              </w:rPr>
              <w:t>0, 0</w:t>
            </w:r>
          </w:p>
        </w:tc>
        <w:tc>
          <w:tcPr>
            <w:tcW w:type="dxa" w:w="1647"/>
          </w:tcPr>
          <w:p>
            <w:pPr>
              <w:spacing w:after="0"/>
              <w:jc w:val="left"/>
            </w:pPr>
            <w:r>
              <w:rPr>
                <w:sz w:val="16"/>
              </w:rPr>
              <w:t>NWS zone INZ010 (NEWTON), zone-level: may include parts of neighboring counties</w:t>
            </w:r>
          </w:p>
        </w:tc>
        <w:tc>
          <w:tcPr>
            <w:tcW w:type="dxa" w:w="1834"/>
          </w:tcPr>
          <w:p>
            <w:pPr>
              <w:spacing w:after="0"/>
              <w:jc w:val="left"/>
            </w:pPr>
            <w:r>
              <w:rPr>
                <w:sz w:val="16"/>
              </w:rPr>
              <w:t>new since last plan; within last 5 years</w:t>
            </w:r>
          </w:p>
        </w:tc>
        <w:tc>
          <w:tcPr>
            <w:tcW w:type="dxa" w:w="220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2023-06-13</w:t>
            </w:r>
          </w:p>
        </w:tc>
        <w:tc>
          <w:tcPr>
            <w:tcW w:type="dxa" w:w="1215"/>
          </w:tcPr>
          <w:p>
            <w:pPr>
              <w:spacing w:after="0"/>
              <w:jc w:val="left"/>
            </w:pPr>
            <w:r>
              <w:rPr>
                <w:sz w:val="16"/>
              </w:rPr>
              <w:t>Drought</w:t>
            </w:r>
          </w:p>
        </w:tc>
        <w:tc>
          <w:tcPr>
            <w:tcW w:type="dxa" w:w="2424"/>
          </w:tcPr>
          <w:p>
            <w:pPr>
              <w:spacing w:after="0"/>
              <w:jc w:val="left"/>
            </w:pPr>
          </w:p>
        </w:tc>
        <w:tc>
          <w:tcPr>
            <w:tcW w:type="dxa" w:w="2700"/>
          </w:tcPr>
          <w:p>
            <w:pPr>
              <w:spacing w:after="0"/>
              <w:jc w:val="left"/>
            </w:pPr>
            <w:r>
              <w:rPr>
                <w:sz w:val="16"/>
              </w:rPr>
              <w:t>$0 property; $0 crops, reported for the zone (2023 dollars)</w:t>
            </w:r>
          </w:p>
        </w:tc>
        <w:tc>
          <w:tcPr>
            <w:tcW w:type="dxa" w:w="1055"/>
          </w:tcPr>
          <w:p>
            <w:pPr>
              <w:spacing w:after="0"/>
              <w:jc w:val="right"/>
            </w:pPr>
            <w:r>
              <w:rPr>
                <w:sz w:val="16"/>
              </w:rPr>
              <w:t>0, 0</w:t>
            </w:r>
          </w:p>
        </w:tc>
        <w:tc>
          <w:tcPr>
            <w:tcW w:type="dxa" w:w="1647"/>
          </w:tcPr>
          <w:p>
            <w:pPr>
              <w:spacing w:after="0"/>
              <w:jc w:val="left"/>
            </w:pPr>
            <w:r>
              <w:rPr>
                <w:sz w:val="16"/>
              </w:rPr>
              <w:t>NWS zone INZ010 (NEWTON), zone-level: may include parts of neighboring counties</w:t>
            </w:r>
          </w:p>
        </w:tc>
        <w:tc>
          <w:tcPr>
            <w:tcW w:type="dxa" w:w="1834"/>
          </w:tcPr>
          <w:p>
            <w:pPr>
              <w:spacing w:after="0"/>
              <w:jc w:val="left"/>
            </w:pPr>
            <w:r>
              <w:rPr>
                <w:sz w:val="16"/>
              </w:rPr>
              <w:t>new since last plan; within last 5 years</w:t>
            </w:r>
          </w:p>
        </w:tc>
        <w:tc>
          <w:tcPr>
            <w:tcW w:type="dxa" w:w="2200"/>
          </w:tcPr>
          <w:p>
            <w:pPr>
              <w:spacing w:after="0"/>
              <w:jc w:val="left"/>
            </w:pPr>
            <w:r>
              <w:rPr>
                <w:sz w:val="16"/>
              </w:rPr>
              <w:t>B1-c worst recorded: Drought</w:t>
            </w:r>
          </w:p>
        </w:tc>
      </w:tr>
      <w:tr>
        <w:trPr>
          <w:cantSplit/>
        </w:trPr>
        <w:tc>
          <w:tcPr>
            <w:tcW w:type="dxa" w:w="1037"/>
          </w:tcPr>
          <w:p>
            <w:pPr>
              <w:spacing w:after="0"/>
              <w:jc w:val="left"/>
            </w:pPr>
            <w:r>
              <w:rPr>
                <w:sz w:val="16"/>
              </w:rPr>
              <w:t>2016-06-22</w:t>
            </w:r>
          </w:p>
        </w:tc>
        <w:tc>
          <w:tcPr>
            <w:tcW w:type="dxa" w:w="1215"/>
          </w:tcPr>
          <w:p>
            <w:pPr>
              <w:spacing w:after="0"/>
              <w:jc w:val="left"/>
            </w:pPr>
            <w:r>
              <w:rPr>
                <w:sz w:val="16"/>
              </w:rPr>
              <w:t>Thunderstorm Wind</w:t>
            </w:r>
          </w:p>
        </w:tc>
        <w:tc>
          <w:tcPr>
            <w:tcW w:type="dxa" w:w="2424"/>
          </w:tcPr>
          <w:p>
            <w:pPr>
              <w:spacing w:after="0"/>
              <w:jc w:val="left"/>
            </w:pPr>
            <w:r>
              <w:rPr>
                <w:sz w:val="16"/>
              </w:rPr>
              <w:t>65 kt (75 mph) estimated gust</w:t>
            </w:r>
          </w:p>
        </w:tc>
        <w:tc>
          <w:tcPr>
            <w:tcW w:type="dxa" w:w="2700"/>
          </w:tcPr>
          <w:p>
            <w:pPr>
              <w:spacing w:after="0"/>
              <w:jc w:val="left"/>
            </w:pPr>
            <w:r>
              <w:rPr>
                <w:sz w:val="16"/>
              </w:rPr>
              <w:t>property not reported; $0 crops (2016 dollars)</w:t>
            </w:r>
          </w:p>
        </w:tc>
        <w:tc>
          <w:tcPr>
            <w:tcW w:type="dxa" w:w="1055"/>
          </w:tcPr>
          <w:p>
            <w:pPr>
              <w:spacing w:after="0"/>
              <w:jc w:val="right"/>
            </w:pPr>
            <w:r>
              <w:rPr>
                <w:sz w:val="16"/>
              </w:rPr>
              <w:t>0, 0</w:t>
            </w:r>
          </w:p>
        </w:tc>
        <w:tc>
          <w:tcPr>
            <w:tcW w:type="dxa" w:w="1647"/>
          </w:tcPr>
          <w:p>
            <w:pPr>
              <w:spacing w:after="0"/>
              <w:jc w:val="left"/>
            </w:pPr>
            <w:r>
              <w:rPr>
                <w:sz w:val="16"/>
              </w:rPr>
              <w:t>BROOK</w:t>
            </w:r>
          </w:p>
        </w:tc>
        <w:tc>
          <w:tcPr>
            <w:tcW w:type="dxa" w:w="1834"/>
          </w:tcPr>
          <w:p>
            <w:pPr>
              <w:spacing w:after="0"/>
              <w:jc w:val="left"/>
            </w:pPr>
          </w:p>
        </w:tc>
        <w:tc>
          <w:tcPr>
            <w:tcW w:type="dxa" w:w="2200"/>
          </w:tcPr>
          <w:p>
            <w:pPr>
              <w:spacing w:after="0"/>
              <w:jc w:val="left"/>
            </w:pPr>
            <w:r>
              <w:rPr>
                <w:sz w:val="16"/>
              </w:rPr>
              <w:t>B1-c worst recorded: Thunderstorm Wind</w:t>
            </w:r>
          </w:p>
        </w:tc>
      </w:tr>
      <w:tr>
        <w:trPr>
          <w:cantSplit/>
        </w:trPr>
        <w:tc>
          <w:tcPr>
            <w:tcW w:type="dxa" w:w="1037"/>
          </w:tcPr>
          <w:p>
            <w:pPr>
              <w:spacing w:after="0"/>
              <w:jc w:val="left"/>
            </w:pPr>
            <w:r>
              <w:rPr>
                <w:sz w:val="16"/>
              </w:rPr>
              <w:t>2012-08-09</w:t>
            </w:r>
          </w:p>
        </w:tc>
        <w:tc>
          <w:tcPr>
            <w:tcW w:type="dxa" w:w="1215"/>
          </w:tcPr>
          <w:p>
            <w:pPr>
              <w:spacing w:after="0"/>
              <w:jc w:val="left"/>
            </w:pPr>
            <w:r>
              <w:rPr>
                <w:sz w:val="16"/>
              </w:rPr>
              <w:t>Hail</w:t>
            </w:r>
          </w:p>
        </w:tc>
        <w:tc>
          <w:tcPr>
            <w:tcW w:type="dxa" w:w="2424"/>
          </w:tcPr>
          <w:p>
            <w:pPr>
              <w:spacing w:after="0"/>
              <w:jc w:val="left"/>
            </w:pPr>
            <w:r>
              <w:rPr>
                <w:sz w:val="16"/>
              </w:rPr>
              <w:t>2.75 in</w:t>
            </w:r>
          </w:p>
        </w:tc>
        <w:tc>
          <w:tcPr>
            <w:tcW w:type="dxa" w:w="2700"/>
          </w:tcPr>
          <w:p>
            <w:pPr>
              <w:spacing w:after="0"/>
              <w:jc w:val="left"/>
            </w:pPr>
            <w:r>
              <w:rPr>
                <w:sz w:val="16"/>
              </w:rPr>
              <w:t>$0 property; $0 crops (2012 dollars)</w:t>
            </w:r>
          </w:p>
        </w:tc>
        <w:tc>
          <w:tcPr>
            <w:tcW w:type="dxa" w:w="1055"/>
          </w:tcPr>
          <w:p>
            <w:pPr>
              <w:spacing w:after="0"/>
              <w:jc w:val="right"/>
            </w:pPr>
            <w:r>
              <w:rPr>
                <w:sz w:val="16"/>
              </w:rPr>
              <w:t>0, 0</w:t>
            </w:r>
          </w:p>
        </w:tc>
        <w:tc>
          <w:tcPr>
            <w:tcW w:type="dxa" w:w="1647"/>
          </w:tcPr>
          <w:p>
            <w:pPr>
              <w:spacing w:after="0"/>
              <w:jc w:val="left"/>
            </w:pPr>
            <w:r>
              <w:rPr>
                <w:sz w:val="16"/>
              </w:rPr>
              <w:t>MAROCCO</w:t>
            </w:r>
          </w:p>
        </w:tc>
        <w:tc>
          <w:tcPr>
            <w:tcW w:type="dxa" w:w="1834"/>
          </w:tcPr>
          <w:p>
            <w:pPr>
              <w:spacing w:after="0"/>
              <w:jc w:val="left"/>
            </w:pPr>
          </w:p>
        </w:tc>
        <w:tc>
          <w:tcPr>
            <w:tcW w:type="dxa" w:w="2200"/>
          </w:tcPr>
          <w:p>
            <w:pPr>
              <w:spacing w:after="0"/>
              <w:jc w:val="left"/>
            </w:pPr>
            <w:r>
              <w:rPr>
                <w:sz w:val="16"/>
              </w:rPr>
              <w:t>B1-c worst recorded: Hail</w:t>
            </w:r>
          </w:p>
        </w:tc>
      </w:tr>
      <w:tr>
        <w:trPr>
          <w:cantSplit/>
        </w:trPr>
        <w:tc>
          <w:tcPr>
            <w:tcW w:type="dxa" w:w="1037"/>
          </w:tcPr>
          <w:p>
            <w:pPr>
              <w:spacing w:after="0"/>
              <w:jc w:val="left"/>
            </w:pPr>
            <w:r>
              <w:rPr>
                <w:sz w:val="16"/>
              </w:rPr>
              <w:t>2012-07-04</w:t>
            </w:r>
          </w:p>
        </w:tc>
        <w:tc>
          <w:tcPr>
            <w:tcW w:type="dxa" w:w="1215"/>
          </w:tcPr>
          <w:p>
            <w:pPr>
              <w:spacing w:after="0"/>
              <w:jc w:val="left"/>
            </w:pPr>
            <w:r>
              <w:rPr>
                <w:sz w:val="16"/>
              </w:rPr>
              <w:t>Excessive Heat</w:t>
            </w:r>
          </w:p>
        </w:tc>
        <w:tc>
          <w:tcPr>
            <w:tcW w:type="dxa" w:w="2424"/>
          </w:tcPr>
          <w:p>
            <w:pPr>
              <w:spacing w:after="0"/>
              <w:jc w:val="left"/>
            </w:pPr>
          </w:p>
        </w:tc>
        <w:tc>
          <w:tcPr>
            <w:tcW w:type="dxa" w:w="2700"/>
          </w:tcPr>
          <w:p>
            <w:pPr>
              <w:spacing w:after="0"/>
              <w:jc w:val="left"/>
            </w:pPr>
            <w:r>
              <w:rPr>
                <w:sz w:val="16"/>
              </w:rPr>
              <w:t>$0 property; $0 crops, reported for the zone (2012 dollars)</w:t>
            </w:r>
          </w:p>
        </w:tc>
        <w:tc>
          <w:tcPr>
            <w:tcW w:type="dxa" w:w="1055"/>
          </w:tcPr>
          <w:p>
            <w:pPr>
              <w:spacing w:after="0"/>
              <w:jc w:val="right"/>
            </w:pPr>
            <w:r>
              <w:rPr>
                <w:sz w:val="16"/>
              </w:rPr>
              <w:t>0, 0</w:t>
            </w:r>
          </w:p>
        </w:tc>
        <w:tc>
          <w:tcPr>
            <w:tcW w:type="dxa" w:w="1647"/>
          </w:tcPr>
          <w:p>
            <w:pPr>
              <w:spacing w:after="0"/>
              <w:jc w:val="left"/>
            </w:pPr>
            <w:r>
              <w:rPr>
                <w:sz w:val="16"/>
              </w:rPr>
              <w:t>NWS zone INZ010 (NEWTON), zone-level: may include parts of neighboring counties</w:t>
            </w:r>
          </w:p>
        </w:tc>
        <w:tc>
          <w:tcPr>
            <w:tcW w:type="dxa" w:w="1834"/>
          </w:tcPr>
          <w:p>
            <w:pPr>
              <w:spacing w:after="0"/>
              <w:jc w:val="left"/>
            </w:pPr>
          </w:p>
        </w:tc>
        <w:tc>
          <w:tcPr>
            <w:tcW w:type="dxa" w:w="2200"/>
          </w:tcPr>
          <w:p>
            <w:pPr>
              <w:spacing w:after="0"/>
              <w:jc w:val="left"/>
            </w:pPr>
            <w:r>
              <w:rPr>
                <w:sz w:val="16"/>
              </w:rPr>
              <w:t>B1-c worst recorded: Excessive Heat, Heat</w:t>
            </w:r>
          </w:p>
        </w:tc>
      </w:tr>
      <w:tr>
        <w:trPr>
          <w:cantSplit/>
        </w:trPr>
        <w:tc>
          <w:tcPr>
            <w:tcW w:type="dxa" w:w="1037"/>
          </w:tcPr>
          <w:p>
            <w:pPr>
              <w:spacing w:after="0"/>
              <w:jc w:val="left"/>
            </w:pPr>
            <w:r>
              <w:rPr>
                <w:sz w:val="16"/>
              </w:rPr>
              <w:t>2010-07-13</w:t>
            </w:r>
          </w:p>
        </w:tc>
        <w:tc>
          <w:tcPr>
            <w:tcW w:type="dxa" w:w="1215"/>
          </w:tcPr>
          <w:p>
            <w:pPr>
              <w:spacing w:after="0"/>
              <w:jc w:val="left"/>
            </w:pPr>
            <w:r>
              <w:rPr>
                <w:sz w:val="16"/>
              </w:rPr>
              <w:t>Lightning</w:t>
            </w:r>
          </w:p>
        </w:tc>
        <w:tc>
          <w:tcPr>
            <w:tcW w:type="dxa" w:w="2424"/>
          </w:tcPr>
          <w:p>
            <w:pPr>
              <w:spacing w:after="0"/>
              <w:jc w:val="left"/>
            </w:pPr>
          </w:p>
        </w:tc>
        <w:tc>
          <w:tcPr>
            <w:tcW w:type="dxa" w:w="2700"/>
          </w:tcPr>
          <w:p>
            <w:pPr>
              <w:spacing w:after="0"/>
              <w:jc w:val="left"/>
            </w:pPr>
            <w:r>
              <w:rPr>
                <w:sz w:val="16"/>
              </w:rPr>
              <w:t>$100,000 property; $0 crops (2010 dollars)</w:t>
            </w:r>
          </w:p>
        </w:tc>
        <w:tc>
          <w:tcPr>
            <w:tcW w:type="dxa" w:w="1055"/>
          </w:tcPr>
          <w:p>
            <w:pPr>
              <w:spacing w:after="0"/>
              <w:jc w:val="right"/>
            </w:pPr>
            <w:r>
              <w:rPr>
                <w:sz w:val="16"/>
              </w:rPr>
              <w:t>0, 0</w:t>
            </w:r>
          </w:p>
        </w:tc>
        <w:tc>
          <w:tcPr>
            <w:tcW w:type="dxa" w:w="1647"/>
          </w:tcPr>
          <w:p>
            <w:pPr>
              <w:spacing w:after="0"/>
              <w:jc w:val="left"/>
            </w:pPr>
            <w:r>
              <w:rPr>
                <w:sz w:val="16"/>
              </w:rPr>
              <w:t>KENTLAND</w:t>
            </w:r>
          </w:p>
        </w:tc>
        <w:tc>
          <w:tcPr>
            <w:tcW w:type="dxa" w:w="1834"/>
          </w:tcPr>
          <w:p>
            <w:pPr>
              <w:spacing w:after="0"/>
              <w:jc w:val="left"/>
            </w:pPr>
          </w:p>
        </w:tc>
        <w:tc>
          <w:tcPr>
            <w:tcW w:type="dxa" w:w="2200"/>
          </w:tcPr>
          <w:p>
            <w:pPr>
              <w:spacing w:after="0"/>
              <w:jc w:val="left"/>
            </w:pPr>
            <w:r>
              <w:rPr>
                <w:sz w:val="16"/>
              </w:rPr>
              <w:t>B1-c worst recorded: Lightning</w:t>
            </w:r>
          </w:p>
        </w:tc>
      </w:tr>
      <w:tr>
        <w:trPr>
          <w:cantSplit/>
        </w:trPr>
        <w:tc>
          <w:tcPr>
            <w:tcW w:type="dxa" w:w="1037"/>
          </w:tcPr>
          <w:p>
            <w:pPr>
              <w:spacing w:after="0"/>
              <w:jc w:val="left"/>
            </w:pPr>
            <w:r>
              <w:rPr>
                <w:sz w:val="16"/>
              </w:rPr>
              <w:t>2008-09-15</w:t>
            </w:r>
          </w:p>
        </w:tc>
        <w:tc>
          <w:tcPr>
            <w:tcW w:type="dxa" w:w="1215"/>
          </w:tcPr>
          <w:p>
            <w:pPr>
              <w:spacing w:after="0"/>
              <w:jc w:val="left"/>
            </w:pPr>
            <w:r>
              <w:rPr>
                <w:sz w:val="16"/>
              </w:rPr>
              <w:t>Flood</w:t>
            </w:r>
          </w:p>
        </w:tc>
        <w:tc>
          <w:tcPr>
            <w:tcW w:type="dxa" w:w="2424"/>
          </w:tcPr>
          <w:p>
            <w:pPr>
              <w:spacing w:after="0"/>
              <w:jc w:val="left"/>
            </w:pPr>
          </w:p>
        </w:tc>
        <w:tc>
          <w:tcPr>
            <w:tcW w:type="dxa" w:w="2700"/>
          </w:tcPr>
          <w:p>
            <w:pPr>
              <w:spacing w:after="0"/>
              <w:jc w:val="left"/>
            </w:pPr>
            <w:r>
              <w:rPr>
                <w:sz w:val="16"/>
              </w:rPr>
              <w:t>$1,000,000 property; $0 crops (2008 dollars)</w:t>
            </w:r>
          </w:p>
        </w:tc>
        <w:tc>
          <w:tcPr>
            <w:tcW w:type="dxa" w:w="1055"/>
          </w:tcPr>
          <w:p>
            <w:pPr>
              <w:spacing w:after="0"/>
              <w:jc w:val="right"/>
            </w:pPr>
            <w:r>
              <w:rPr>
                <w:sz w:val="16"/>
              </w:rPr>
              <w:t>0, 0</w:t>
            </w:r>
          </w:p>
        </w:tc>
        <w:tc>
          <w:tcPr>
            <w:tcW w:type="dxa" w:w="1647"/>
          </w:tcPr>
          <w:p>
            <w:pPr>
              <w:spacing w:after="0"/>
              <w:jc w:val="left"/>
            </w:pPr>
            <w:r>
              <w:rPr>
                <w:sz w:val="16"/>
              </w:rPr>
              <w:t>THAYER to SUMAVA RESORTS</w:t>
            </w:r>
          </w:p>
        </w:tc>
        <w:tc>
          <w:tcPr>
            <w:tcW w:type="dxa" w:w="1834"/>
          </w:tcPr>
          <w:p>
            <w:pPr>
              <w:spacing w:after="0"/>
              <w:jc w:val="left"/>
            </w:pPr>
          </w:p>
        </w:tc>
        <w:tc>
          <w:tcPr>
            <w:tcW w:type="dxa" w:w="220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1976-03-12</w:t>
            </w:r>
          </w:p>
        </w:tc>
        <w:tc>
          <w:tcPr>
            <w:tcW w:type="dxa" w:w="1215"/>
          </w:tcPr>
          <w:p>
            <w:pPr>
              <w:spacing w:after="0"/>
              <w:jc w:val="left"/>
            </w:pPr>
            <w:r>
              <w:rPr>
                <w:sz w:val="16"/>
              </w:rPr>
              <w:t>Tornado</w:t>
            </w:r>
          </w:p>
        </w:tc>
        <w:tc>
          <w:tcPr>
            <w:tcW w:type="dxa" w:w="2424"/>
          </w:tcPr>
          <w:p>
            <w:pPr>
              <w:spacing w:after="0"/>
              <w:jc w:val="left"/>
            </w:pPr>
            <w:r>
              <w:rPr>
                <w:sz w:val="16"/>
              </w:rPr>
              <w:t>F3, 13.9 mi path length (records before 1996 may include the whole path; rating and listing come from the county where the tornado began), 250 yd wide</w:t>
            </w:r>
          </w:p>
        </w:tc>
        <w:tc>
          <w:tcPr>
            <w:tcW w:type="dxa" w:w="2700"/>
          </w:tcPr>
          <w:p>
            <w:pPr>
              <w:spacing w:after="0"/>
              <w:jc w:val="left"/>
            </w:pPr>
            <w:r>
              <w:rPr>
                <w:sz w:val="16"/>
              </w:rPr>
              <w:t>$250,000 property; crops not recorded (1976 dollars)</w:t>
            </w:r>
          </w:p>
        </w:tc>
        <w:tc>
          <w:tcPr>
            <w:tcW w:type="dxa" w:w="1055"/>
          </w:tcPr>
          <w:p>
            <w:pPr>
              <w:spacing w:after="0"/>
              <w:jc w:val="right"/>
            </w:pPr>
            <w:r>
              <w:rPr>
                <w:sz w:val="16"/>
              </w:rPr>
              <w:t>0, 7</w:t>
            </w:r>
          </w:p>
        </w:tc>
        <w:tc>
          <w:tcPr>
            <w:tcW w:type="dxa" w:w="1647"/>
          </w:tcPr>
          <w:p>
            <w:pPr>
              <w:spacing w:after="0"/>
              <w:jc w:val="left"/>
            </w:pPr>
            <w:r>
              <w:rPr>
                <w:sz w:val="16"/>
              </w:rPr>
              <w:t>location not recorded</w:t>
            </w:r>
          </w:p>
        </w:tc>
        <w:tc>
          <w:tcPr>
            <w:tcW w:type="dxa" w:w="1834"/>
          </w:tcPr>
          <w:p>
            <w:pPr>
              <w:spacing w:after="0"/>
              <w:jc w:val="left"/>
            </w:pPr>
          </w:p>
        </w:tc>
        <w:tc>
          <w:tcPr>
            <w:tcW w:type="dxa" w:w="2200"/>
          </w:tcPr>
          <w:p>
            <w:pPr>
              <w:spacing w:after="0"/>
              <w:jc w:val="left"/>
            </w:pPr>
            <w:r>
              <w:rPr>
                <w:sz w:val="16"/>
              </w:rPr>
              <w:t>deaths or injuries recorded</w:t>
            </w:r>
          </w:p>
        </w:tc>
      </w:tr>
      <w:tr>
        <w:trPr>
          <w:cantSplit/>
        </w:trPr>
        <w:tc>
          <w:tcPr>
            <w:tcW w:type="dxa" w:w="1037"/>
          </w:tcPr>
          <w:p>
            <w:pPr>
              <w:spacing w:after="0"/>
              <w:jc w:val="left"/>
            </w:pPr>
            <w:r>
              <w:rPr>
                <w:sz w:val="16"/>
              </w:rPr>
              <w:t>1963-04-17</w:t>
            </w:r>
          </w:p>
        </w:tc>
        <w:tc>
          <w:tcPr>
            <w:tcW w:type="dxa" w:w="1215"/>
          </w:tcPr>
          <w:p>
            <w:pPr>
              <w:spacing w:after="0"/>
              <w:jc w:val="left"/>
            </w:pPr>
            <w:r>
              <w:rPr>
                <w:sz w:val="16"/>
              </w:rPr>
              <w:t>Tornado</w:t>
            </w:r>
          </w:p>
        </w:tc>
        <w:tc>
          <w:tcPr>
            <w:tcW w:type="dxa" w:w="2424"/>
          </w:tcPr>
          <w:p>
            <w:pPr>
              <w:spacing w:after="0"/>
              <w:jc w:val="left"/>
            </w:pPr>
            <w:r>
              <w:rPr>
                <w:sz w:val="16"/>
              </w:rPr>
              <w:t>F4, 16.1 mi path length (records before 1996 may include the whole path; rating and listing come from the county where the tornado began), 110 yd wide</w:t>
            </w:r>
          </w:p>
        </w:tc>
        <w:tc>
          <w:tcPr>
            <w:tcW w:type="dxa" w:w="2700"/>
          </w:tcPr>
          <w:p>
            <w:pPr>
              <w:spacing w:after="0"/>
              <w:jc w:val="left"/>
            </w:pPr>
            <w:r>
              <w:rPr>
                <w:sz w:val="16"/>
              </w:rPr>
              <w:t>damage not recorded (pre-1996 record)</w:t>
            </w:r>
          </w:p>
        </w:tc>
        <w:tc>
          <w:tcPr>
            <w:tcW w:type="dxa" w:w="1055"/>
          </w:tcPr>
          <w:p>
            <w:pPr>
              <w:spacing w:after="0"/>
              <w:jc w:val="right"/>
            </w:pPr>
            <w:r>
              <w:rPr>
                <w:sz w:val="16"/>
              </w:rPr>
              <w:t>0, 2</w:t>
            </w:r>
          </w:p>
        </w:tc>
        <w:tc>
          <w:tcPr>
            <w:tcW w:type="dxa" w:w="1647"/>
          </w:tcPr>
          <w:p>
            <w:pPr>
              <w:spacing w:after="0"/>
              <w:jc w:val="left"/>
            </w:pPr>
            <w:r>
              <w:rPr>
                <w:sz w:val="16"/>
              </w:rPr>
              <w:t>location not recorded</w:t>
            </w:r>
          </w:p>
        </w:tc>
        <w:tc>
          <w:tcPr>
            <w:tcW w:type="dxa" w:w="1834"/>
          </w:tcPr>
          <w:p>
            <w:pPr>
              <w:spacing w:after="0"/>
              <w:jc w:val="left"/>
            </w:pPr>
          </w:p>
        </w:tc>
        <w:tc>
          <w:tcPr>
            <w:tcW w:type="dxa" w:w="2200"/>
          </w:tcPr>
          <w:p>
            <w:pPr>
              <w:spacing w:after="0"/>
              <w:jc w:val="left"/>
            </w:pPr>
            <w:r>
              <w:rPr>
                <w:sz w:val="16"/>
              </w:rPr>
              <w:t>B1-c worst recorded: Tornado</w:t>
            </w:r>
          </w:p>
        </w:tc>
      </w:tr>
      <w:tr>
        <w:trPr>
          <w:cantSplit/>
        </w:trPr>
        <w:tc>
          <w:tcPr>
            <w:tcW w:type="dxa" w:w="1037"/>
          </w:tcPr>
          <w:p>
            <w:pPr>
              <w:spacing w:after="0"/>
              <w:jc w:val="left"/>
            </w:pPr>
            <w:r>
              <w:rPr>
                <w:sz w:val="16"/>
              </w:rPr>
              <w:t>1962-04-30</w:t>
            </w:r>
          </w:p>
        </w:tc>
        <w:tc>
          <w:tcPr>
            <w:tcW w:type="dxa" w:w="1215"/>
          </w:tcPr>
          <w:p>
            <w:pPr>
              <w:spacing w:after="0"/>
              <w:jc w:val="left"/>
            </w:pPr>
            <w:r>
              <w:rPr>
                <w:sz w:val="16"/>
              </w:rPr>
              <w:t>Tornado</w:t>
            </w:r>
          </w:p>
        </w:tc>
        <w:tc>
          <w:tcPr>
            <w:tcW w:type="dxa" w:w="2424"/>
          </w:tcPr>
          <w:p>
            <w:pPr>
              <w:spacing w:after="0"/>
              <w:jc w:val="left"/>
            </w:pPr>
            <w:r>
              <w:rPr>
                <w:sz w:val="16"/>
              </w:rPr>
              <w:t>F2, 33 yd wide</w:t>
            </w:r>
          </w:p>
        </w:tc>
        <w:tc>
          <w:tcPr>
            <w:tcW w:type="dxa" w:w="2700"/>
          </w:tcPr>
          <w:p>
            <w:pPr>
              <w:spacing w:after="0"/>
              <w:jc w:val="left"/>
            </w:pPr>
            <w:r>
              <w:rPr>
                <w:sz w:val="16"/>
              </w:rPr>
              <w:t>$25,000 property; crops not recorded (1962 dollars)</w:t>
            </w:r>
          </w:p>
        </w:tc>
        <w:tc>
          <w:tcPr>
            <w:tcW w:type="dxa" w:w="1055"/>
          </w:tcPr>
          <w:p>
            <w:pPr>
              <w:spacing w:after="0"/>
              <w:jc w:val="right"/>
            </w:pPr>
            <w:r>
              <w:rPr>
                <w:sz w:val="16"/>
              </w:rPr>
              <w:t>0, 5</w:t>
            </w:r>
          </w:p>
        </w:tc>
        <w:tc>
          <w:tcPr>
            <w:tcW w:type="dxa" w:w="1647"/>
          </w:tcPr>
          <w:p>
            <w:pPr>
              <w:spacing w:after="0"/>
              <w:jc w:val="left"/>
            </w:pPr>
            <w:r>
              <w:rPr>
                <w:sz w:val="16"/>
              </w:rPr>
              <w:t>location not recorded</w:t>
            </w:r>
          </w:p>
        </w:tc>
        <w:tc>
          <w:tcPr>
            <w:tcW w:type="dxa" w:w="1834"/>
          </w:tcPr>
          <w:p>
            <w:pPr>
              <w:spacing w:after="0"/>
              <w:jc w:val="left"/>
            </w:pPr>
          </w:p>
        </w:tc>
        <w:tc>
          <w:tcPr>
            <w:tcW w:type="dxa" w:w="220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(309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69"/>
        <w:gridCol w:w="1037"/>
        <w:gridCol w:w="1757"/>
        <w:gridCol w:w="1519"/>
        <w:gridCol w:w="1498"/>
        <w:gridCol w:w="1037"/>
        <w:gridCol w:w="1972"/>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3.53</w:t>
            </w:r>
          </w:p>
        </w:tc>
        <w:tc>
          <w:tcPr>
            <w:tcW w:type="dxa" w:w="1446"/>
          </w:tcPr>
          <w:p>
            <w:pPr>
              <w:spacing w:after="0"/>
              <w:jc w:val="left"/>
            </w:pPr>
            <w:r>
              <w:rPr>
                <w:sz w:val="16"/>
              </w:rPr>
              <w:t>event-days per year</w:t>
            </w:r>
          </w:p>
        </w:tc>
        <w:tc>
          <w:tcPr>
            <w:tcW w:type="dxa" w:w="1569"/>
          </w:tcPr>
          <w:p>
            <w:pPr>
              <w:spacing w:after="0"/>
              <w:jc w:val="left"/>
            </w:pPr>
            <w:r>
              <w:rPr>
                <w:sz w:val="16"/>
              </w:rPr>
              <w:t>about 3.53 days per year</w:t>
            </w:r>
          </w:p>
        </w:tc>
        <w:tc>
          <w:tcPr>
            <w:tcW w:type="dxa" w:w="1037"/>
          </w:tcPr>
          <w:p>
            <w:pPr>
              <w:spacing w:after="0"/>
              <w:jc w:val="left"/>
            </w:pPr>
            <w:r>
              <w:rPr>
                <w:sz w:val="16"/>
              </w:rPr>
              <w:t>Likely</w:t>
            </w:r>
          </w:p>
        </w:tc>
        <w:tc>
          <w:tcPr>
            <w:tcW w:type="dxa" w:w="1757"/>
          </w:tcPr>
          <w:p>
            <w:pPr>
              <w:spacing w:after="0"/>
              <w:jc w:val="left"/>
            </w:pPr>
            <w:r>
              <w:rPr>
                <w:sz w:val="16"/>
              </w:rPr>
              <w:t>event-days in 10 of 30 years, 1996 to 2025 (33.3%)</w:t>
            </w:r>
          </w:p>
        </w:tc>
        <w:tc>
          <w:tcPr>
            <w:tcW w:type="dxa" w:w="1519"/>
          </w:tcPr>
          <w:p>
            <w:pPr>
              <w:spacing w:after="0"/>
              <w:jc w:val="right"/>
            </w:pPr>
            <w:r>
              <w:rPr>
                <w:sz w:val="16"/>
              </w:rPr>
              <w:t>67</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r>
              <w:rPr>
                <w:sz w:val="16"/>
              </w:rPr>
              <w:t>NRI gives about 3.53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0</w:t>
            </w:r>
          </w:p>
        </w:tc>
        <w:tc>
          <w:tcPr>
            <w:tcW w:type="dxa" w:w="1446"/>
          </w:tcPr>
          <w:p>
            <w:pPr>
              <w:spacing w:after="0"/>
              <w:jc w:val="left"/>
            </w:pPr>
            <w:r>
              <w:rPr>
                <w:sz w:val="16"/>
              </w:rPr>
              <w:t>event-days per year</w:t>
            </w:r>
          </w:p>
        </w:tc>
        <w:tc>
          <w:tcPr>
            <w:tcW w:type="dxa" w:w="1569"/>
          </w:tcPr>
          <w:p>
            <w:pPr>
              <w:spacing w:after="0"/>
              <w:jc w:val="left"/>
            </w:pPr>
            <w:r>
              <w:rPr>
                <w:sz w:val="16"/>
              </w:rPr>
              <w:t>none modeled</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19"/>
          </w:tcPr>
          <w:p>
            <w:pPr>
              <w:spacing w:after="0"/>
              <w:jc w:val="right"/>
            </w:pPr>
            <w:r>
              <w:rPr>
                <w:sz w:val="16"/>
              </w:rPr>
              <w:t>0</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2"/>
          </w:tcPr>
          <w:p>
            <w:pPr>
              <w:spacing w:after="0"/>
              <w:jc w:val="left"/>
            </w:pPr>
            <w:r>
              <w:rPr>
                <w:sz w:val="16"/>
              </w:rPr>
              <w:t>NRI models no drought event-days here (2000 to 2025, 25.25 years; D3 and D4 only),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0.00155</w:t>
            </w:r>
          </w:p>
        </w:tc>
        <w:tc>
          <w:tcPr>
            <w:tcW w:type="dxa" w:w="1446"/>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0.155%</w:t>
            </w: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3.33</w:t>
            </w:r>
          </w:p>
        </w:tc>
        <w:tc>
          <w:tcPr>
            <w:tcW w:type="dxa" w:w="1446"/>
          </w:tcPr>
          <w:p>
            <w:pPr>
              <w:spacing w:after="0"/>
              <w:jc w:val="left"/>
            </w:pPr>
            <w:r>
              <w:rPr>
                <w:sz w:val="16"/>
              </w:rPr>
              <w:t>events per year</w:t>
            </w:r>
          </w:p>
        </w:tc>
        <w:tc>
          <w:tcPr>
            <w:tcW w:type="dxa" w:w="1569"/>
          </w:tcPr>
          <w:p>
            <w:pPr>
              <w:spacing w:after="0"/>
              <w:jc w:val="left"/>
            </w:pPr>
            <w:r>
              <w:rPr>
                <w:sz w:val="16"/>
              </w:rPr>
              <w:t>about 3.33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126.7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4</w:t>
            </w:r>
          </w:p>
        </w:tc>
        <w:tc>
          <w:tcPr>
            <w:tcW w:type="dxa" w:w="1446"/>
          </w:tcPr>
          <w:p>
            <w:pPr>
              <w:spacing w:after="0"/>
              <w:jc w:val="left"/>
            </w:pPr>
            <w:r>
              <w:rPr>
                <w:sz w:val="16"/>
              </w:rPr>
              <w:t>event-days per year</w:t>
            </w:r>
          </w:p>
        </w:tc>
        <w:tc>
          <w:tcPr>
            <w:tcW w:type="dxa" w:w="1569"/>
          </w:tcPr>
          <w:p>
            <w:pPr>
              <w:spacing w:after="0"/>
              <w:jc w:val="left"/>
            </w:pPr>
            <w:r>
              <w:rPr>
                <w:sz w:val="16"/>
              </w:rPr>
              <w:t>about 4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19"/>
          </w:tcPr>
          <w:p>
            <w:pPr>
              <w:spacing w:after="0"/>
              <w:jc w:val="right"/>
            </w:pPr>
            <w:r>
              <w:rPr>
                <w:sz w:val="16"/>
              </w:rPr>
              <w:t>66</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r>
              <w:rPr>
                <w:sz w:val="16"/>
              </w:rPr>
              <w:t>NRI gives about 4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0.0123</w:t>
            </w:r>
          </w:p>
        </w:tc>
        <w:tc>
          <w:tcPr>
            <w:tcW w:type="dxa" w:w="1446"/>
          </w:tcPr>
          <w:p>
            <w:pPr>
              <w:spacing w:after="0"/>
              <w:jc w:val="left"/>
            </w:pPr>
            <w:r>
              <w:rPr>
                <w:sz w:val="16"/>
              </w:rPr>
              <w:t>events per year</w:t>
            </w:r>
          </w:p>
        </w:tc>
        <w:tc>
          <w:tcPr>
            <w:tcW w:type="dxa" w:w="1569"/>
          </w:tcPr>
          <w:p>
            <w:pPr>
              <w:spacing w:after="0"/>
              <w:jc w:val="left"/>
            </w:pPr>
            <w:r>
              <w:rPr>
                <w:sz w:val="16"/>
              </w:rPr>
              <w:t>about 1 in 81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19"/>
          </w:tcPr>
          <w:p>
            <w:pPr>
              <w:spacing w:after="0"/>
              <w:jc w:val="right"/>
            </w:pPr>
            <w:r>
              <w:rPr>
                <w:sz w:val="16"/>
              </w:rPr>
              <w:t>4</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7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0.819</w:t>
            </w:r>
          </w:p>
        </w:tc>
        <w:tc>
          <w:tcPr>
            <w:tcW w:type="dxa" w:w="1446"/>
          </w:tcPr>
          <w:p>
            <w:pPr>
              <w:spacing w:after="0"/>
              <w:jc w:val="left"/>
            </w:pPr>
            <w:r>
              <w:rPr>
                <w:sz w:val="16"/>
              </w:rPr>
              <w:t>event-days per year</w:t>
            </w:r>
          </w:p>
        </w:tc>
        <w:tc>
          <w:tcPr>
            <w:tcW w:type="dxa" w:w="1569"/>
          </w:tcPr>
          <w:p>
            <w:pPr>
              <w:spacing w:after="0"/>
              <w:jc w:val="left"/>
            </w:pPr>
            <w:r>
              <w:rPr>
                <w:sz w:val="16"/>
              </w:rPr>
              <w:t>about 0.819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19"/>
          </w:tcPr>
          <w:p>
            <w:pPr>
              <w:spacing w:after="0"/>
              <w:jc w:val="right"/>
            </w:pPr>
            <w:r>
              <w:rPr>
                <w:sz w:val="16"/>
              </w:rPr>
              <w:t>56</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0.714</w:t>
            </w:r>
          </w:p>
        </w:tc>
        <w:tc>
          <w:tcPr>
            <w:tcW w:type="dxa" w:w="1446"/>
          </w:tcPr>
          <w:p>
            <w:pPr>
              <w:spacing w:after="0"/>
              <w:jc w:val="left"/>
            </w:pPr>
            <w:r>
              <w:rPr>
                <w:sz w:val="16"/>
              </w:rPr>
              <w:t>event-days per year</w:t>
            </w:r>
          </w:p>
        </w:tc>
        <w:tc>
          <w:tcPr>
            <w:tcW w:type="dxa" w:w="1569"/>
          </w:tcPr>
          <w:p>
            <w:pPr>
              <w:spacing w:after="0"/>
              <w:jc w:val="left"/>
            </w:pPr>
            <w:r>
              <w:rPr>
                <w:sz w:val="16"/>
              </w:rPr>
              <w:t>about 0.714 days per year</w:t>
            </w:r>
          </w:p>
        </w:tc>
        <w:tc>
          <w:tcPr>
            <w:tcW w:type="dxa" w:w="1037"/>
          </w:tcPr>
          <w:p>
            <w:pPr>
              <w:spacing w:after="0"/>
              <w:jc w:val="left"/>
            </w:pPr>
            <w:r>
              <w:rPr>
                <w:sz w:val="16"/>
              </w:rPr>
              <w:t>Likely</w:t>
            </w:r>
          </w:p>
        </w:tc>
        <w:tc>
          <w:tcPr>
            <w:tcW w:type="dxa" w:w="1757"/>
          </w:tcPr>
          <w:p>
            <w:pPr>
              <w:spacing w:after="0"/>
              <w:jc w:val="left"/>
            </w:pPr>
            <w:r>
              <w:rPr>
                <w:sz w:val="16"/>
              </w:rPr>
              <w:t>event-days in 13 of 30 years, 1996 to 2025 (43.3%)</w:t>
            </w:r>
          </w:p>
        </w:tc>
        <w:tc>
          <w:tcPr>
            <w:tcW w:type="dxa" w:w="1519"/>
          </w:tcPr>
          <w:p>
            <w:pPr>
              <w:spacing w:after="0"/>
              <w:jc w:val="right"/>
            </w:pPr>
            <w:r>
              <w:rPr>
                <w:sz w:val="16"/>
              </w:rPr>
              <w:t>20</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0.0669</w:t>
            </w:r>
          </w:p>
        </w:tc>
        <w:tc>
          <w:tcPr>
            <w:tcW w:type="dxa" w:w="1446"/>
          </w:tcPr>
          <w:p>
            <w:pPr>
              <w:spacing w:after="0"/>
              <w:jc w:val="left"/>
            </w:pPr>
            <w:r>
              <w:rPr>
                <w:sz w:val="16"/>
              </w:rPr>
              <w:t>events per year (modeled)</w:t>
            </w:r>
          </w:p>
        </w:tc>
        <w:tc>
          <w:tcPr>
            <w:tcW w:type="dxa" w:w="1569"/>
          </w:tcPr>
          <w:p>
            <w:pPr>
              <w:spacing w:after="0"/>
              <w:jc w:val="left"/>
            </w:pPr>
            <w:r>
              <w:rPr>
                <w:sz w:val="16"/>
              </w:rPr>
              <w:t>about 1 in 15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44.8</w:t>
            </w:r>
          </w:p>
        </w:tc>
        <w:tc>
          <w:tcPr>
            <w:tcW w:type="dxa" w:w="1446"/>
          </w:tcPr>
          <w:p>
            <w:pPr>
              <w:spacing w:after="0"/>
              <w:jc w:val="left"/>
            </w:pPr>
            <w:r>
              <w:rPr>
                <w:sz w:val="16"/>
              </w:rPr>
              <w:t>days per year with a strike</w:t>
            </w:r>
          </w:p>
        </w:tc>
        <w:tc>
          <w:tcPr>
            <w:tcW w:type="dxa" w:w="1569"/>
          </w:tcPr>
          <w:p>
            <w:pPr>
              <w:spacing w:after="0"/>
              <w:jc w:val="left"/>
            </w:pPr>
            <w:r>
              <w:rPr>
                <w:sz w:val="16"/>
              </w:rPr>
              <w:t>about 44.8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5.06</w:t>
            </w:r>
          </w:p>
        </w:tc>
        <w:tc>
          <w:tcPr>
            <w:tcW w:type="dxa" w:w="1446"/>
          </w:tcPr>
          <w:p>
            <w:pPr>
              <w:spacing w:after="0"/>
              <w:jc w:val="left"/>
            </w:pPr>
            <w:r>
              <w:rPr>
                <w:sz w:val="16"/>
              </w:rPr>
              <w:t>events per year</w:t>
            </w:r>
          </w:p>
        </w:tc>
        <w:tc>
          <w:tcPr>
            <w:tcW w:type="dxa" w:w="1569"/>
          </w:tcPr>
          <w:p>
            <w:pPr>
              <w:spacing w:after="0"/>
              <w:jc w:val="left"/>
            </w:pPr>
            <w:r>
              <w:rPr>
                <w:sz w:val="16"/>
              </w:rPr>
              <w:t>about 5.06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193</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0.323</w:t>
            </w:r>
          </w:p>
        </w:tc>
        <w:tc>
          <w:tcPr>
            <w:tcW w:type="dxa" w:w="1446"/>
          </w:tcPr>
          <w:p>
            <w:pPr>
              <w:spacing w:after="0"/>
              <w:jc w:val="left"/>
            </w:pPr>
            <w:r>
              <w:rPr>
                <w:sz w:val="16"/>
              </w:rPr>
              <w:t>events per year</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0.000228</w:t>
            </w:r>
          </w:p>
        </w:tc>
        <w:tc>
          <w:tcPr>
            <w:tcW w:type="dxa" w:w="1446"/>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0.0228%</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10.1</w:t>
            </w:r>
          </w:p>
        </w:tc>
        <w:tc>
          <w:tcPr>
            <w:tcW w:type="dxa" w:w="1446"/>
          </w:tcPr>
          <w:p>
            <w:pPr>
              <w:spacing w:after="0"/>
              <w:jc w:val="left"/>
            </w:pPr>
            <w:r>
              <w:rPr>
                <w:sz w:val="16"/>
              </w:rPr>
              <w:t>event-days per year</w:t>
            </w:r>
          </w:p>
        </w:tc>
        <w:tc>
          <w:tcPr>
            <w:tcW w:type="dxa" w:w="1569"/>
          </w:tcPr>
          <w:p>
            <w:pPr>
              <w:spacing w:after="0"/>
              <w:jc w:val="left"/>
            </w:pPr>
            <w:r>
              <w:rPr>
                <w:sz w:val="16"/>
              </w:rPr>
              <w:t>about 10.1 days per year</w:t>
            </w:r>
          </w:p>
        </w:tc>
        <w:tc>
          <w:tcPr>
            <w:tcW w:type="dxa" w:w="1037"/>
          </w:tcPr>
          <w:p>
            <w:pPr>
              <w:spacing w:after="0"/>
              <w:jc w:val="left"/>
            </w:pPr>
            <w:r>
              <w:rPr>
                <w:sz w:val="16"/>
              </w:rPr>
              <w:t>Likely</w:t>
            </w:r>
          </w:p>
        </w:tc>
        <w:tc>
          <w:tcPr>
            <w:tcW w:type="dxa" w:w="1757"/>
          </w:tcPr>
          <w:p>
            <w:pPr>
              <w:spacing w:after="0"/>
              <w:jc w:val="left"/>
            </w:pPr>
            <w:r>
              <w:rPr>
                <w:sz w:val="16"/>
              </w:rPr>
              <w:t>event-days in 21 of 30 years, 1996 to 2025 (70%)</w:t>
            </w:r>
          </w:p>
        </w:tc>
        <w:tc>
          <w:tcPr>
            <w:tcW w:type="dxa" w:w="1519"/>
          </w:tcPr>
          <w:p>
            <w:pPr>
              <w:spacing w:after="0"/>
              <w:jc w:val="right"/>
            </w:pPr>
            <w:r>
              <w:rPr>
                <w:sz w:val="16"/>
              </w:rPr>
              <w:t>191</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79</w:t>
            </w:r>
          </w:p>
        </w:tc>
        <w:tc>
          <w:tcPr>
            <w:tcW w:type="dxa" w:w="1476"/>
          </w:tcPr>
          <w:p>
            <w:pPr>
              <w:spacing w:after="0"/>
              <w:jc w:val="right"/>
            </w:pPr>
            <w:r>
              <w:rPr>
                <w:sz w:val="16"/>
              </w:rPr>
              <w:t>30</w:t>
            </w:r>
          </w:p>
        </w:tc>
        <w:tc>
          <w:tcPr>
            <w:tcW w:type="dxa" w:w="1476"/>
          </w:tcPr>
          <w:p>
            <w:pPr>
              <w:spacing w:after="0"/>
              <w:jc w:val="right"/>
            </w:pPr>
            <w:r>
              <w:rPr>
                <w:sz w:val="16"/>
              </w:rPr>
              <w:t>2.63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4 of 4</w:t>
            </w:r>
          </w:p>
        </w:tc>
        <w:tc>
          <w:tcPr>
            <w:tcW w:type="dxa" w:w="934"/>
          </w:tcPr>
          <w:p>
            <w:pPr>
              <w:spacing w:after="0"/>
              <w:jc w:val="right"/>
            </w:pPr>
            <w:r>
              <w:rPr>
                <w:sz w:val="16"/>
              </w:rPr>
              <w:t>88.8</w:t>
            </w:r>
          </w:p>
        </w:tc>
        <w:tc>
          <w:tcPr>
            <w:tcW w:type="dxa" w:w="710"/>
          </w:tcPr>
          <w:p>
            <w:pPr>
              <w:spacing w:after="0"/>
              <w:jc w:val="right"/>
            </w:pPr>
            <w:r>
              <w:rPr>
                <w:sz w:val="16"/>
              </w:rPr>
              <w:t>90.4</w:t>
            </w:r>
          </w:p>
        </w:tc>
        <w:tc>
          <w:tcPr>
            <w:tcW w:type="dxa" w:w="677"/>
          </w:tcPr>
          <w:p>
            <w:pPr>
              <w:spacing w:after="0"/>
              <w:jc w:val="right"/>
            </w:pPr>
            <w:r>
              <w:rPr>
                <w:sz w:val="16"/>
              </w:rPr>
              <w:t>97.8</w:t>
            </w:r>
          </w:p>
        </w:tc>
        <w:tc>
          <w:tcPr>
            <w:tcW w:type="dxa" w:w="2761"/>
          </w:tcPr>
          <w:p>
            <w:pPr>
              <w:spacing w:after="0"/>
              <w:jc w:val="left"/>
            </w:pPr>
            <w:r>
              <w:rPr>
                <w:sz w:val="16"/>
              </w:rPr>
              <w:t>Very High 1, Relatively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 Rating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4 of 4</w:t>
            </w:r>
          </w:p>
        </w:tc>
        <w:tc>
          <w:tcPr>
            <w:tcW w:type="dxa" w:w="934"/>
          </w:tcPr>
          <w:p>
            <w:pPr>
              <w:spacing w:after="0"/>
              <w:jc w:val="right"/>
            </w:pPr>
            <w:r>
              <w:rPr>
                <w:sz w:val="16"/>
              </w:rPr>
              <w:t>58.3</w:t>
            </w:r>
          </w:p>
        </w:tc>
        <w:tc>
          <w:tcPr>
            <w:tcW w:type="dxa" w:w="710"/>
          </w:tcPr>
          <w:p>
            <w:pPr>
              <w:spacing w:after="0"/>
              <w:jc w:val="right"/>
            </w:pPr>
            <w:r>
              <w:rPr>
                <w:sz w:val="16"/>
              </w:rPr>
              <w:t>64.0</w:t>
            </w:r>
          </w:p>
        </w:tc>
        <w:tc>
          <w:tcPr>
            <w:tcW w:type="dxa" w:w="677"/>
          </w:tcPr>
          <w:p>
            <w:pPr>
              <w:spacing w:after="0"/>
              <w:jc w:val="right"/>
            </w:pPr>
            <w:r>
              <w:rPr>
                <w:sz w:val="16"/>
              </w:rPr>
              <w:t>70.0</w:t>
            </w:r>
          </w:p>
        </w:tc>
        <w:tc>
          <w:tcPr>
            <w:tcW w:type="dxa" w:w="2761"/>
          </w:tcPr>
          <w:p>
            <w:pPr>
              <w:spacing w:after="0"/>
              <w:jc w:val="left"/>
            </w:pPr>
            <w:r>
              <w:rPr>
                <w:sz w:val="16"/>
              </w:rPr>
              <w:t>Relatively Low 4</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4 of 4</w:t>
            </w:r>
          </w:p>
        </w:tc>
        <w:tc>
          <w:tcPr>
            <w:tcW w:type="dxa" w:w="934"/>
          </w:tcPr>
          <w:p>
            <w:pPr>
              <w:spacing w:after="0"/>
              <w:jc w:val="right"/>
            </w:pPr>
            <w:r>
              <w:rPr>
                <w:sz w:val="16"/>
              </w:rPr>
              <w:t>77.1</w:t>
            </w:r>
          </w:p>
        </w:tc>
        <w:tc>
          <w:tcPr>
            <w:tcW w:type="dxa" w:w="710"/>
          </w:tcPr>
          <w:p>
            <w:pPr>
              <w:spacing w:after="0"/>
              <w:jc w:val="right"/>
            </w:pPr>
            <w:r>
              <w:rPr>
                <w:sz w:val="16"/>
              </w:rPr>
              <w:t>82.7</w:t>
            </w:r>
          </w:p>
        </w:tc>
        <w:tc>
          <w:tcPr>
            <w:tcW w:type="dxa" w:w="677"/>
          </w:tcPr>
          <w:p>
            <w:pPr>
              <w:spacing w:after="0"/>
              <w:jc w:val="right"/>
            </w:pPr>
            <w:r>
              <w:rPr>
                <w:sz w:val="16"/>
              </w:rPr>
              <w:t>85.4</w:t>
            </w:r>
          </w:p>
        </w:tc>
        <w:tc>
          <w:tcPr>
            <w:tcW w:type="dxa" w:w="2761"/>
          </w:tcPr>
          <w:p>
            <w:pPr>
              <w:spacing w:after="0"/>
              <w:jc w:val="left"/>
            </w:pPr>
            <w:r>
              <w:rPr>
                <w:sz w:val="16"/>
              </w:rPr>
              <w:t>Relatively Moderate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4 of 4</w:t>
            </w:r>
          </w:p>
        </w:tc>
        <w:tc>
          <w:tcPr>
            <w:tcW w:type="dxa" w:w="934"/>
          </w:tcPr>
          <w:p>
            <w:pPr>
              <w:spacing w:after="0"/>
              <w:jc w:val="right"/>
            </w:pPr>
            <w:r>
              <w:rPr>
                <w:sz w:val="16"/>
              </w:rPr>
              <w:t>33.3</w:t>
            </w:r>
          </w:p>
        </w:tc>
        <w:tc>
          <w:tcPr>
            <w:tcW w:type="dxa" w:w="710"/>
          </w:tcPr>
          <w:p>
            <w:pPr>
              <w:spacing w:after="0"/>
              <w:jc w:val="right"/>
            </w:pPr>
            <w:r>
              <w:rPr>
                <w:sz w:val="16"/>
              </w:rPr>
              <w:t>36.7</w:t>
            </w:r>
          </w:p>
        </w:tc>
        <w:tc>
          <w:tcPr>
            <w:tcW w:type="dxa" w:w="677"/>
          </w:tcPr>
          <w:p>
            <w:pPr>
              <w:spacing w:after="0"/>
              <w:jc w:val="right"/>
            </w:pPr>
            <w:r>
              <w:rPr>
                <w:sz w:val="16"/>
              </w:rPr>
              <w:t>65.2</w:t>
            </w:r>
          </w:p>
        </w:tc>
        <w:tc>
          <w:tcPr>
            <w:tcW w:type="dxa" w:w="2761"/>
          </w:tcPr>
          <w:p>
            <w:pPr>
              <w:spacing w:after="0"/>
              <w:jc w:val="left"/>
            </w:pPr>
            <w:r>
              <w:rPr>
                <w:sz w:val="16"/>
              </w:rPr>
              <w:t>Relatively Moderate 1, Relatively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4 of 4</w:t>
            </w:r>
          </w:p>
        </w:tc>
        <w:tc>
          <w:tcPr>
            <w:tcW w:type="dxa" w:w="934"/>
          </w:tcPr>
          <w:p>
            <w:pPr>
              <w:spacing w:after="0"/>
              <w:jc w:val="right"/>
            </w:pPr>
            <w:r>
              <w:rPr>
                <w:sz w:val="16"/>
              </w:rPr>
              <w:t>32.6</w:t>
            </w:r>
          </w:p>
        </w:tc>
        <w:tc>
          <w:tcPr>
            <w:tcW w:type="dxa" w:w="710"/>
          </w:tcPr>
          <w:p>
            <w:pPr>
              <w:spacing w:after="0"/>
              <w:jc w:val="right"/>
            </w:pPr>
            <w:r>
              <w:rPr>
                <w:sz w:val="16"/>
              </w:rPr>
              <w:t>33.3</w:t>
            </w:r>
          </w:p>
        </w:tc>
        <w:tc>
          <w:tcPr>
            <w:tcW w:type="dxa" w:w="677"/>
          </w:tcPr>
          <w:p>
            <w:pPr>
              <w:spacing w:after="0"/>
              <w:jc w:val="right"/>
            </w:pPr>
            <w:r>
              <w:rPr>
                <w:sz w:val="16"/>
              </w:rPr>
              <w:t>40.6</w:t>
            </w:r>
          </w:p>
        </w:tc>
        <w:tc>
          <w:tcPr>
            <w:tcW w:type="dxa" w:w="2761"/>
          </w:tcPr>
          <w:p>
            <w:pPr>
              <w:spacing w:after="0"/>
              <w:jc w:val="left"/>
            </w:pPr>
            <w:r>
              <w:rPr>
                <w:sz w:val="16"/>
              </w:rPr>
              <w:t>Very Low 4</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4 of 4</w:t>
            </w:r>
          </w:p>
        </w:tc>
        <w:tc>
          <w:tcPr>
            <w:tcW w:type="dxa" w:w="934"/>
          </w:tcPr>
          <w:p>
            <w:pPr>
              <w:spacing w:after="0"/>
              <w:jc w:val="right"/>
            </w:pPr>
            <w:r>
              <w:rPr>
                <w:sz w:val="16"/>
              </w:rPr>
              <w:t>20.1</w:t>
            </w:r>
          </w:p>
        </w:tc>
        <w:tc>
          <w:tcPr>
            <w:tcW w:type="dxa" w:w="710"/>
          </w:tcPr>
          <w:p>
            <w:pPr>
              <w:spacing w:after="0"/>
              <w:jc w:val="right"/>
            </w:pPr>
            <w:r>
              <w:rPr>
                <w:sz w:val="16"/>
              </w:rPr>
              <w:t>24.1</w:t>
            </w:r>
          </w:p>
        </w:tc>
        <w:tc>
          <w:tcPr>
            <w:tcW w:type="dxa" w:w="677"/>
          </w:tcPr>
          <w:p>
            <w:pPr>
              <w:spacing w:after="0"/>
              <w:jc w:val="right"/>
            </w:pPr>
            <w:r>
              <w:rPr>
                <w:sz w:val="16"/>
              </w:rPr>
              <w:t>36.8</w:t>
            </w:r>
          </w:p>
        </w:tc>
        <w:tc>
          <w:tcPr>
            <w:tcW w:type="dxa" w:w="2761"/>
          </w:tcPr>
          <w:p>
            <w:pPr>
              <w:spacing w:after="0"/>
              <w:jc w:val="left"/>
            </w:pPr>
            <w:r>
              <w:rPr>
                <w:sz w:val="16"/>
              </w:rPr>
              <w:t>Relatively Low 1, Very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4 of 4</w:t>
            </w:r>
          </w:p>
        </w:tc>
        <w:tc>
          <w:tcPr>
            <w:tcW w:type="dxa" w:w="934"/>
          </w:tcPr>
          <w:p>
            <w:pPr>
              <w:spacing w:after="0"/>
              <w:jc w:val="right"/>
            </w:pPr>
            <w:r>
              <w:rPr>
                <w:sz w:val="16"/>
              </w:rPr>
              <w:t>38.3</w:t>
            </w:r>
          </w:p>
        </w:tc>
        <w:tc>
          <w:tcPr>
            <w:tcW w:type="dxa" w:w="710"/>
          </w:tcPr>
          <w:p>
            <w:pPr>
              <w:spacing w:after="0"/>
              <w:jc w:val="right"/>
            </w:pPr>
            <w:r>
              <w:rPr>
                <w:sz w:val="16"/>
              </w:rPr>
              <w:t>56.6</w:t>
            </w:r>
          </w:p>
        </w:tc>
        <w:tc>
          <w:tcPr>
            <w:tcW w:type="dxa" w:w="677"/>
          </w:tcPr>
          <w:p>
            <w:pPr>
              <w:spacing w:after="0"/>
              <w:jc w:val="right"/>
            </w:pPr>
            <w:r>
              <w:rPr>
                <w:sz w:val="16"/>
              </w:rPr>
              <w:t>72.6</w:t>
            </w:r>
          </w:p>
        </w:tc>
        <w:tc>
          <w:tcPr>
            <w:tcW w:type="dxa" w:w="2761"/>
          </w:tcPr>
          <w:p>
            <w:pPr>
              <w:spacing w:after="0"/>
              <w:jc w:val="left"/>
            </w:pPr>
            <w:r>
              <w:rPr>
                <w:sz w:val="16"/>
              </w:rPr>
              <w:t>Relatively Moderate 2, Relatively Low 2</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4 of 4</w:t>
            </w:r>
          </w:p>
        </w:tc>
        <w:tc>
          <w:tcPr>
            <w:tcW w:type="dxa" w:w="934"/>
          </w:tcPr>
          <w:p>
            <w:pPr>
              <w:spacing w:after="0"/>
              <w:jc w:val="right"/>
            </w:pPr>
            <w:r>
              <w:rPr>
                <w:sz w:val="16"/>
              </w:rPr>
              <w:t>66.7</w:t>
            </w:r>
          </w:p>
        </w:tc>
        <w:tc>
          <w:tcPr>
            <w:tcW w:type="dxa" w:w="710"/>
          </w:tcPr>
          <w:p>
            <w:pPr>
              <w:spacing w:after="0"/>
              <w:jc w:val="right"/>
            </w:pPr>
            <w:r>
              <w:rPr>
                <w:sz w:val="16"/>
              </w:rPr>
              <w:t>77.9</w:t>
            </w:r>
          </w:p>
        </w:tc>
        <w:tc>
          <w:tcPr>
            <w:tcW w:type="dxa" w:w="677"/>
          </w:tcPr>
          <w:p>
            <w:pPr>
              <w:spacing w:after="0"/>
              <w:jc w:val="right"/>
            </w:pPr>
            <w:r>
              <w:rPr>
                <w:sz w:val="16"/>
              </w:rPr>
              <w:t>83.3</w:t>
            </w:r>
          </w:p>
        </w:tc>
        <w:tc>
          <w:tcPr>
            <w:tcW w:type="dxa" w:w="2761"/>
          </w:tcPr>
          <w:p>
            <w:pPr>
              <w:spacing w:after="0"/>
              <w:jc w:val="left"/>
            </w:pPr>
            <w:r>
              <w:rPr>
                <w:sz w:val="16"/>
              </w:rPr>
              <w:t>Relatively Low 2, Very Low 2</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4 of 4</w:t>
            </w:r>
          </w:p>
        </w:tc>
        <w:tc>
          <w:tcPr>
            <w:tcW w:type="dxa" w:w="934"/>
          </w:tcPr>
          <w:p>
            <w:pPr>
              <w:spacing w:after="0"/>
              <w:jc w:val="right"/>
            </w:pPr>
            <w:r>
              <w:rPr>
                <w:sz w:val="16"/>
              </w:rPr>
              <w:t>35.2</w:t>
            </w:r>
          </w:p>
        </w:tc>
        <w:tc>
          <w:tcPr>
            <w:tcW w:type="dxa" w:w="710"/>
          </w:tcPr>
          <w:p>
            <w:pPr>
              <w:spacing w:after="0"/>
              <w:jc w:val="right"/>
            </w:pPr>
            <w:r>
              <w:rPr>
                <w:sz w:val="16"/>
              </w:rPr>
              <w:t>39.2</w:t>
            </w:r>
          </w:p>
        </w:tc>
        <w:tc>
          <w:tcPr>
            <w:tcW w:type="dxa" w:w="677"/>
          </w:tcPr>
          <w:p>
            <w:pPr>
              <w:spacing w:after="0"/>
              <w:jc w:val="right"/>
            </w:pPr>
            <w:r>
              <w:rPr>
                <w:sz w:val="16"/>
              </w:rPr>
              <w:t>61.8</w:t>
            </w:r>
          </w:p>
        </w:tc>
        <w:tc>
          <w:tcPr>
            <w:tcW w:type="dxa" w:w="2761"/>
          </w:tcPr>
          <w:p>
            <w:pPr>
              <w:spacing w:after="0"/>
              <w:jc w:val="left"/>
            </w:pPr>
            <w:r>
              <w:rPr>
                <w:sz w:val="16"/>
              </w:rPr>
              <w:t>Relatively Moderate 1, Relatively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4 of 4</w:t>
            </w:r>
          </w:p>
        </w:tc>
        <w:tc>
          <w:tcPr>
            <w:tcW w:type="dxa" w:w="934"/>
          </w:tcPr>
          <w:p>
            <w:pPr>
              <w:spacing w:after="0"/>
              <w:jc w:val="right"/>
            </w:pPr>
            <w:r>
              <w:rPr>
                <w:sz w:val="16"/>
              </w:rPr>
              <w:t>83.5</w:t>
            </w:r>
          </w:p>
        </w:tc>
        <w:tc>
          <w:tcPr>
            <w:tcW w:type="dxa" w:w="710"/>
          </w:tcPr>
          <w:p>
            <w:pPr>
              <w:spacing w:after="0"/>
              <w:jc w:val="right"/>
            </w:pPr>
            <w:r>
              <w:rPr>
                <w:sz w:val="16"/>
              </w:rPr>
              <w:t>86.8</w:t>
            </w:r>
          </w:p>
        </w:tc>
        <w:tc>
          <w:tcPr>
            <w:tcW w:type="dxa" w:w="677"/>
          </w:tcPr>
          <w:p>
            <w:pPr>
              <w:spacing w:after="0"/>
              <w:jc w:val="right"/>
            </w:pPr>
            <w:r>
              <w:rPr>
                <w:sz w:val="16"/>
              </w:rPr>
              <w:t>95.8</w:t>
            </w:r>
          </w:p>
        </w:tc>
        <w:tc>
          <w:tcPr>
            <w:tcW w:type="dxa" w:w="2761"/>
          </w:tcPr>
          <w:p>
            <w:pPr>
              <w:spacing w:after="0"/>
              <w:jc w:val="left"/>
            </w:pPr>
            <w:r>
              <w:rPr>
                <w:sz w:val="16"/>
              </w:rPr>
              <w:t>Relatively High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4 of 4</w:t>
            </w:r>
          </w:p>
        </w:tc>
        <w:tc>
          <w:tcPr>
            <w:tcW w:type="dxa" w:w="934"/>
          </w:tcPr>
          <w:p>
            <w:pPr>
              <w:spacing w:after="0"/>
              <w:jc w:val="right"/>
            </w:pPr>
            <w:r>
              <w:rPr>
                <w:sz w:val="16"/>
              </w:rPr>
              <w:t>62.6</w:t>
            </w:r>
          </w:p>
        </w:tc>
        <w:tc>
          <w:tcPr>
            <w:tcW w:type="dxa" w:w="710"/>
          </w:tcPr>
          <w:p>
            <w:pPr>
              <w:spacing w:after="0"/>
              <w:jc w:val="right"/>
            </w:pPr>
            <w:r>
              <w:rPr>
                <w:sz w:val="16"/>
              </w:rPr>
              <w:t>69.8</w:t>
            </w:r>
          </w:p>
        </w:tc>
        <w:tc>
          <w:tcPr>
            <w:tcW w:type="dxa" w:w="677"/>
          </w:tcPr>
          <w:p>
            <w:pPr>
              <w:spacing w:after="0"/>
              <w:jc w:val="right"/>
            </w:pPr>
            <w:r>
              <w:rPr>
                <w:sz w:val="16"/>
              </w:rPr>
              <w:t>78.6</w:t>
            </w:r>
          </w:p>
        </w:tc>
        <w:tc>
          <w:tcPr>
            <w:tcW w:type="dxa" w:w="2761"/>
          </w:tcPr>
          <w:p>
            <w:pPr>
              <w:spacing w:after="0"/>
              <w:jc w:val="left"/>
            </w:pPr>
            <w:r>
              <w:rPr>
                <w:sz w:val="16"/>
              </w:rPr>
              <w:t>Relatively High 1, Relatively Moderate 3</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4 of 4</w:t>
            </w:r>
          </w:p>
        </w:tc>
        <w:tc>
          <w:tcPr>
            <w:tcW w:type="dxa" w:w="934"/>
          </w:tcPr>
          <w:p>
            <w:pPr>
              <w:spacing w:after="0"/>
              <w:jc w:val="right"/>
            </w:pPr>
            <w:r>
              <w:rPr>
                <w:sz w:val="16"/>
              </w:rPr>
              <w:t>31.8</w:t>
            </w:r>
          </w:p>
        </w:tc>
        <w:tc>
          <w:tcPr>
            <w:tcW w:type="dxa" w:w="710"/>
          </w:tcPr>
          <w:p>
            <w:pPr>
              <w:spacing w:after="0"/>
              <w:jc w:val="right"/>
            </w:pPr>
            <w:r>
              <w:rPr>
                <w:sz w:val="16"/>
              </w:rPr>
              <w:t>53.5</w:t>
            </w:r>
          </w:p>
        </w:tc>
        <w:tc>
          <w:tcPr>
            <w:tcW w:type="dxa" w:w="677"/>
          </w:tcPr>
          <w:p>
            <w:pPr>
              <w:spacing w:after="0"/>
              <w:jc w:val="right"/>
            </w:pPr>
            <w:r>
              <w:rPr>
                <w:sz w:val="16"/>
              </w:rPr>
              <w:t>74.2</w:t>
            </w:r>
          </w:p>
        </w:tc>
        <w:tc>
          <w:tcPr>
            <w:tcW w:type="dxa" w:w="2761"/>
          </w:tcPr>
          <w:p>
            <w:pPr>
              <w:spacing w:after="0"/>
              <w:jc w:val="left"/>
            </w:pPr>
            <w:r>
              <w:rPr>
                <w:sz w:val="16"/>
              </w:rPr>
              <w:t>Relatively Low 2, Very Low 2</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4 of 4</w:t>
            </w:r>
          </w:p>
        </w:tc>
        <w:tc>
          <w:tcPr>
            <w:tcW w:type="dxa" w:w="934"/>
          </w:tcPr>
          <w:p>
            <w:pPr>
              <w:spacing w:after="0"/>
              <w:jc w:val="right"/>
            </w:pPr>
            <w:r>
              <w:rPr>
                <w:sz w:val="16"/>
              </w:rPr>
              <w:t>23.5</w:t>
            </w:r>
          </w:p>
        </w:tc>
        <w:tc>
          <w:tcPr>
            <w:tcW w:type="dxa" w:w="710"/>
          </w:tcPr>
          <w:p>
            <w:pPr>
              <w:spacing w:after="0"/>
              <w:jc w:val="right"/>
            </w:pPr>
            <w:r>
              <w:rPr>
                <w:sz w:val="16"/>
              </w:rPr>
              <w:t>26.8</w:t>
            </w:r>
          </w:p>
        </w:tc>
        <w:tc>
          <w:tcPr>
            <w:tcW w:type="dxa" w:w="677"/>
          </w:tcPr>
          <w:p>
            <w:pPr>
              <w:spacing w:after="0"/>
              <w:jc w:val="right"/>
            </w:pPr>
            <w:r>
              <w:rPr>
                <w:sz w:val="16"/>
              </w:rPr>
              <w:t>30.5</w:t>
            </w:r>
          </w:p>
        </w:tc>
        <w:tc>
          <w:tcPr>
            <w:tcW w:type="dxa" w:w="2761"/>
          </w:tcPr>
          <w:p>
            <w:pPr>
              <w:spacing w:after="0"/>
              <w:jc w:val="left"/>
            </w:pPr>
            <w:r>
              <w:rPr>
                <w:sz w:val="16"/>
              </w:rPr>
              <w:t>Relatively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2"/>
        <w:gridCol w:w="955"/>
        <w:gridCol w:w="2836"/>
        <w:gridCol w:w="2961"/>
        <w:gridCol w:w="2083"/>
        <w:gridCol w:w="2535"/>
        <w:gridCol w:w="910"/>
      </w:tblGrid>
      <w:tr>
        <w:trPr>
          <w:cantSplit/>
          <w:tblHeader/>
        </w:trPr>
        <w:tc>
          <w:tcPr>
            <w:tcW w:type="dxa" w:w="1832"/>
            <w:shd w:val="clear" w:color="auto" w:fill="E8E8E8"/>
          </w:tcPr>
          <w:p>
            <w:pPr>
              <w:spacing w:after="0"/>
              <w:jc w:val="left"/>
            </w:pPr>
            <w:r>
              <w:rPr>
                <w:b/>
                <w:sz w:val="16"/>
              </w:rPr>
              <w:t>Member</w:t>
            </w:r>
          </w:p>
        </w:tc>
        <w:tc>
          <w:tcPr>
            <w:tcW w:type="dxa" w:w="955"/>
            <w:shd w:val="clear" w:color="auto" w:fill="E8E8E8"/>
          </w:tcPr>
          <w:p>
            <w:pPr>
              <w:spacing w:after="0"/>
              <w:jc w:val="left"/>
            </w:pPr>
            <w:r>
              <w:rPr>
                <w:b/>
                <w:sz w:val="16"/>
              </w:rPr>
              <w:t>Type</w:t>
            </w:r>
          </w:p>
        </w:tc>
        <w:tc>
          <w:tcPr>
            <w:tcW w:type="dxa" w:w="2836"/>
            <w:shd w:val="clear" w:color="auto" w:fill="E8E8E8"/>
          </w:tcPr>
          <w:p>
            <w:pPr>
              <w:spacing w:after="0"/>
              <w:jc w:val="left"/>
            </w:pPr>
            <w:r>
              <w:rPr>
                <w:b/>
                <w:sz w:val="16"/>
              </w:rPr>
              <w:t>Plan status</w:t>
            </w:r>
          </w:p>
        </w:tc>
        <w:tc>
          <w:tcPr>
            <w:tcW w:type="dxa" w:w="296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3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10"/>
            <w:shd w:val="clear" w:color="auto" w:fill="E8E8E8"/>
          </w:tcPr>
          <w:p>
            <w:pPr>
              <w:spacing w:after="0"/>
              <w:jc w:val="left"/>
            </w:pPr>
            <w:r>
              <w:rPr>
                <w:b/>
                <w:sz w:val="16"/>
              </w:rPr>
              <w:t>Notes</w:t>
            </w:r>
          </w:p>
        </w:tc>
      </w:tr>
      <w:tr>
        <w:trPr>
          <w:cantSplit/>
        </w:trPr>
        <w:tc>
          <w:tcPr>
            <w:tcW w:type="dxa" w:w="1832"/>
          </w:tcPr>
          <w:p>
            <w:pPr>
              <w:spacing w:after="0"/>
              <w:jc w:val="left"/>
            </w:pPr>
            <w:r>
              <w:rPr>
                <w:sz w:val="16"/>
              </w:rPr>
              <w:t>Newton County</w:t>
            </w:r>
          </w:p>
        </w:tc>
        <w:tc>
          <w:tcPr>
            <w:tcW w:type="dxa" w:w="955"/>
          </w:tcPr>
          <w:p>
            <w:pPr>
              <w:spacing w:after="0"/>
              <w:jc w:val="left"/>
            </w:pPr>
            <w:r>
              <w:rPr>
                <w:sz w:val="16"/>
              </w:rPr>
              <w:t>County</w:t>
            </w:r>
          </w:p>
        </w:tc>
        <w:tc>
          <w:tcPr>
            <w:tcW w:type="dxa" w:w="2836"/>
          </w:tcPr>
          <w:p>
            <w:pPr>
              <w:spacing w:after="0"/>
              <w:jc w:val="left"/>
            </w:pPr>
            <w:r>
              <w:rPr>
                <w:sz w:val="16"/>
              </w:rPr>
              <w:t>Expired on 2026-07-21</w:t>
            </w:r>
          </w:p>
        </w:tc>
        <w:tc>
          <w:tcPr>
            <w:tcW w:type="dxa" w:w="2961"/>
          </w:tcPr>
          <w:p>
            <w:pPr>
              <w:spacing w:after="0"/>
              <w:jc w:val="right"/>
            </w:pPr>
            <w:r>
              <w:rPr>
                <w:sz w:val="16"/>
              </w:rPr>
              <w:t>FMA RL 0, SRL 0; any 3</w:t>
            </w:r>
          </w:p>
        </w:tc>
        <w:tc>
          <w:tcPr>
            <w:tcW w:type="dxa" w:w="2083"/>
          </w:tcPr>
          <w:p>
            <w:pPr>
              <w:spacing w:after="0"/>
              <w:jc w:val="right"/>
            </w:pPr>
            <w:r>
              <w:rPr>
                <w:sz w:val="16"/>
              </w:rPr>
              <w:t>$123,079.40</w:t>
            </w:r>
          </w:p>
        </w:tc>
        <w:tc>
          <w:tcPr>
            <w:tcW w:type="dxa" w:w="2535"/>
          </w:tcPr>
          <w:p>
            <w:pPr>
              <w:spacing w:after="0"/>
              <w:jc w:val="right"/>
            </w:pPr>
            <w:r>
              <w:rPr>
                <w:sz w:val="16"/>
              </w:rPr>
              <w:t>0; 0</w:t>
            </w:r>
          </w:p>
        </w:tc>
        <w:tc>
          <w:tcPr>
            <w:tcW w:type="dxa" w:w="910"/>
          </w:tcPr>
          <w:p>
            <w:pPr>
              <w:spacing w:after="0"/>
              <w:jc w:val="left"/>
            </w:pPr>
          </w:p>
        </w:tc>
      </w:tr>
      <w:tr>
        <w:trPr>
          <w:cantSplit/>
        </w:trPr>
        <w:tc>
          <w:tcPr>
            <w:tcW w:type="dxa" w:w="1832"/>
          </w:tcPr>
          <w:p>
            <w:pPr>
              <w:spacing w:after="0"/>
              <w:jc w:val="left"/>
            </w:pPr>
            <w:r>
              <w:rPr>
                <w:sz w:val="16"/>
              </w:rPr>
              <w:t>Brook town</w:t>
            </w:r>
          </w:p>
        </w:tc>
        <w:tc>
          <w:tcPr>
            <w:tcW w:type="dxa" w:w="955"/>
          </w:tcPr>
          <w:p>
            <w:pPr>
              <w:spacing w:after="0"/>
              <w:jc w:val="left"/>
            </w:pPr>
            <w:r>
              <w:rPr>
                <w:sz w:val="16"/>
              </w:rPr>
              <w:t>Town</w:t>
            </w:r>
          </w:p>
        </w:tc>
        <w:tc>
          <w:tcPr>
            <w:tcW w:type="dxa" w:w="2836"/>
          </w:tcPr>
          <w:p>
            <w:pPr>
              <w:spacing w:after="0"/>
              <w:jc w:val="left"/>
            </w:pPr>
            <w:r>
              <w:rPr>
                <w:sz w:val="16"/>
              </w:rPr>
              <w:t>Expired on 2026-07-21</w:t>
            </w:r>
          </w:p>
        </w:tc>
        <w:tc>
          <w:tcPr>
            <w:tcW w:type="dxa" w:w="2961"/>
          </w:tcPr>
          <w:p>
            <w:pPr>
              <w:spacing w:after="0"/>
              <w:jc w:val="right"/>
            </w:pPr>
            <w:r>
              <w:rPr>
                <w:sz w:val="16"/>
              </w:rPr>
              <w:t>FMA RL 0, SRL 0; any 0</w:t>
            </w:r>
          </w:p>
        </w:tc>
        <w:tc>
          <w:tcPr>
            <w:tcW w:type="dxa" w:w="2083"/>
          </w:tcPr>
          <w:p>
            <w:pPr>
              <w:spacing w:after="0"/>
              <w:jc w:val="right"/>
            </w:pPr>
            <w:r>
              <w:rPr>
                <w:sz w:val="16"/>
              </w:rPr>
              <w:t>$11,359.81</w:t>
            </w:r>
          </w:p>
        </w:tc>
        <w:tc>
          <w:tcPr>
            <w:tcW w:type="dxa" w:w="2535"/>
          </w:tcPr>
          <w:p>
            <w:pPr>
              <w:spacing w:after="0"/>
              <w:jc w:val="right"/>
            </w:pPr>
            <w:r>
              <w:rPr>
                <w:sz w:val="16"/>
              </w:rPr>
              <w:t>13; 1</w:t>
            </w:r>
          </w:p>
        </w:tc>
        <w:tc>
          <w:tcPr>
            <w:tcW w:type="dxa" w:w="910"/>
          </w:tcPr>
          <w:p>
            <w:pPr>
              <w:spacing w:after="0"/>
              <w:jc w:val="left"/>
            </w:pPr>
          </w:p>
        </w:tc>
      </w:tr>
      <w:tr>
        <w:trPr>
          <w:cantSplit/>
        </w:trPr>
        <w:tc>
          <w:tcPr>
            <w:tcW w:type="dxa" w:w="1832"/>
          </w:tcPr>
          <w:p>
            <w:pPr>
              <w:spacing w:after="0"/>
              <w:jc w:val="left"/>
            </w:pPr>
            <w:r>
              <w:rPr>
                <w:sz w:val="16"/>
              </w:rPr>
              <w:t>Goodland town</w:t>
            </w:r>
          </w:p>
        </w:tc>
        <w:tc>
          <w:tcPr>
            <w:tcW w:type="dxa" w:w="955"/>
          </w:tcPr>
          <w:p>
            <w:pPr>
              <w:spacing w:after="0"/>
              <w:jc w:val="left"/>
            </w:pPr>
            <w:r>
              <w:rPr>
                <w:sz w:val="16"/>
              </w:rPr>
              <w:t>Town</w:t>
            </w:r>
          </w:p>
        </w:tc>
        <w:tc>
          <w:tcPr>
            <w:tcW w:type="dxa" w:w="2836"/>
          </w:tcPr>
          <w:p>
            <w:pPr>
              <w:spacing w:after="0"/>
              <w:jc w:val="left"/>
            </w:pPr>
            <w:r>
              <w:rPr>
                <w:sz w:val="16"/>
              </w:rPr>
              <w:t>Expired on 2026-07-21</w:t>
            </w:r>
          </w:p>
        </w:tc>
        <w:tc>
          <w:tcPr>
            <w:tcW w:type="dxa" w:w="2961"/>
          </w:tcPr>
          <w:p>
            <w:pPr>
              <w:spacing w:after="0"/>
              <w:jc w:val="right"/>
            </w:pPr>
            <w:r>
              <w:rPr>
                <w:sz w:val="16"/>
              </w:rPr>
              <w:t>FMA RL 0, SRL 0; any 0</w:t>
            </w:r>
          </w:p>
        </w:tc>
        <w:tc>
          <w:tcPr>
            <w:tcW w:type="dxa" w:w="2083"/>
          </w:tcPr>
          <w:p>
            <w:pPr>
              <w:spacing w:after="0"/>
              <w:jc w:val="right"/>
            </w:pPr>
            <w:r>
              <w:rPr>
                <w:sz w:val="16"/>
              </w:rPr>
              <w:t>none found</w:t>
            </w:r>
          </w:p>
        </w:tc>
        <w:tc>
          <w:tcPr>
            <w:tcW w:type="dxa" w:w="2535"/>
          </w:tcPr>
          <w:p>
            <w:pPr>
              <w:spacing w:after="0"/>
              <w:jc w:val="right"/>
            </w:pPr>
            <w:r>
              <w:rPr>
                <w:sz w:val="16"/>
              </w:rPr>
              <w:t>9; 0</w:t>
            </w:r>
          </w:p>
        </w:tc>
        <w:tc>
          <w:tcPr>
            <w:tcW w:type="dxa" w:w="910"/>
          </w:tcPr>
          <w:p>
            <w:pPr>
              <w:spacing w:after="0"/>
              <w:jc w:val="left"/>
            </w:pPr>
          </w:p>
        </w:tc>
      </w:tr>
      <w:tr>
        <w:trPr>
          <w:cantSplit/>
        </w:trPr>
        <w:tc>
          <w:tcPr>
            <w:tcW w:type="dxa" w:w="1832"/>
          </w:tcPr>
          <w:p>
            <w:pPr>
              <w:spacing w:after="0"/>
              <w:jc w:val="left"/>
            </w:pPr>
            <w:r>
              <w:rPr>
                <w:sz w:val="16"/>
              </w:rPr>
              <w:t>Kentland town</w:t>
            </w:r>
          </w:p>
        </w:tc>
        <w:tc>
          <w:tcPr>
            <w:tcW w:type="dxa" w:w="955"/>
          </w:tcPr>
          <w:p>
            <w:pPr>
              <w:spacing w:after="0"/>
              <w:jc w:val="left"/>
            </w:pPr>
            <w:r>
              <w:rPr>
                <w:sz w:val="16"/>
              </w:rPr>
              <w:t>Town</w:t>
            </w:r>
          </w:p>
        </w:tc>
        <w:tc>
          <w:tcPr>
            <w:tcW w:type="dxa" w:w="2836"/>
          </w:tcPr>
          <w:p>
            <w:pPr>
              <w:spacing w:after="0"/>
              <w:jc w:val="left"/>
            </w:pPr>
            <w:r>
              <w:rPr>
                <w:sz w:val="16"/>
              </w:rPr>
              <w:t>Expired on 2026-07-21</w:t>
            </w:r>
          </w:p>
        </w:tc>
        <w:tc>
          <w:tcPr>
            <w:tcW w:type="dxa" w:w="2961"/>
          </w:tcPr>
          <w:p>
            <w:pPr>
              <w:spacing w:after="0"/>
              <w:jc w:val="right"/>
            </w:pPr>
            <w:r>
              <w:rPr>
                <w:sz w:val="16"/>
              </w:rPr>
              <w:t>FMA RL 0, SRL 0; any 0</w:t>
            </w:r>
          </w:p>
        </w:tc>
        <w:tc>
          <w:tcPr>
            <w:tcW w:type="dxa" w:w="2083"/>
          </w:tcPr>
          <w:p>
            <w:pPr>
              <w:spacing w:after="0"/>
              <w:jc w:val="right"/>
            </w:pPr>
            <w:r>
              <w:rPr>
                <w:sz w:val="16"/>
              </w:rPr>
              <w:t>$20,876.77</w:t>
            </w:r>
          </w:p>
        </w:tc>
        <w:tc>
          <w:tcPr>
            <w:tcW w:type="dxa" w:w="2535"/>
          </w:tcPr>
          <w:p>
            <w:pPr>
              <w:spacing w:after="0"/>
              <w:jc w:val="right"/>
            </w:pPr>
            <w:r>
              <w:rPr>
                <w:sz w:val="16"/>
              </w:rPr>
              <w:t>36; 2</w:t>
            </w:r>
          </w:p>
        </w:tc>
        <w:tc>
          <w:tcPr>
            <w:tcW w:type="dxa" w:w="910"/>
          </w:tcPr>
          <w:p>
            <w:pPr>
              <w:spacing w:after="0"/>
              <w:jc w:val="left"/>
            </w:pPr>
          </w:p>
        </w:tc>
      </w:tr>
      <w:tr>
        <w:trPr>
          <w:cantSplit/>
        </w:trPr>
        <w:tc>
          <w:tcPr>
            <w:tcW w:type="dxa" w:w="1832"/>
          </w:tcPr>
          <w:p>
            <w:pPr>
              <w:spacing w:after="0"/>
              <w:jc w:val="left"/>
            </w:pPr>
            <w:r>
              <w:rPr>
                <w:sz w:val="16"/>
              </w:rPr>
              <w:t>Morocco town</w:t>
            </w:r>
          </w:p>
        </w:tc>
        <w:tc>
          <w:tcPr>
            <w:tcW w:type="dxa" w:w="955"/>
          </w:tcPr>
          <w:p>
            <w:pPr>
              <w:spacing w:after="0"/>
              <w:jc w:val="left"/>
            </w:pPr>
            <w:r>
              <w:rPr>
                <w:sz w:val="16"/>
              </w:rPr>
              <w:t>Town</w:t>
            </w:r>
          </w:p>
        </w:tc>
        <w:tc>
          <w:tcPr>
            <w:tcW w:type="dxa" w:w="2836"/>
          </w:tcPr>
          <w:p>
            <w:pPr>
              <w:spacing w:after="0"/>
              <w:jc w:val="left"/>
            </w:pPr>
            <w:r>
              <w:rPr>
                <w:sz w:val="16"/>
              </w:rPr>
              <w:t>Expired on 2026-07-21</w:t>
            </w:r>
          </w:p>
        </w:tc>
        <w:tc>
          <w:tcPr>
            <w:tcW w:type="dxa" w:w="2961"/>
          </w:tcPr>
          <w:p>
            <w:pPr>
              <w:spacing w:after="0"/>
              <w:jc w:val="right"/>
            </w:pPr>
            <w:r>
              <w:rPr>
                <w:sz w:val="16"/>
              </w:rPr>
              <w:t>FMA RL 0, SRL 0; any 0</w:t>
            </w:r>
          </w:p>
        </w:tc>
        <w:tc>
          <w:tcPr>
            <w:tcW w:type="dxa" w:w="2083"/>
          </w:tcPr>
          <w:p>
            <w:pPr>
              <w:spacing w:after="0"/>
              <w:jc w:val="right"/>
            </w:pPr>
            <w:r>
              <w:rPr>
                <w:sz w:val="16"/>
              </w:rPr>
              <w:t>$44,969.52</w:t>
            </w:r>
          </w:p>
        </w:tc>
        <w:tc>
          <w:tcPr>
            <w:tcW w:type="dxa" w:w="2535"/>
          </w:tcPr>
          <w:p>
            <w:pPr>
              <w:spacing w:after="0"/>
              <w:jc w:val="right"/>
            </w:pPr>
            <w:r>
              <w:rPr>
                <w:sz w:val="16"/>
              </w:rPr>
              <w:t>18; 4</w:t>
            </w:r>
          </w:p>
        </w:tc>
        <w:tc>
          <w:tcPr>
            <w:tcW w:type="dxa" w:w="910"/>
          </w:tcPr>
          <w:p>
            <w:pPr>
              <w:spacing w:after="0"/>
              <w:jc w:val="left"/>
            </w:pPr>
          </w:p>
        </w:tc>
      </w:tr>
      <w:tr>
        <w:trPr>
          <w:cantSplit/>
        </w:trPr>
        <w:tc>
          <w:tcPr>
            <w:tcW w:type="dxa" w:w="1832"/>
          </w:tcPr>
          <w:p>
            <w:pPr>
              <w:spacing w:after="0"/>
              <w:jc w:val="left"/>
            </w:pPr>
            <w:r>
              <w:rPr>
                <w:sz w:val="16"/>
              </w:rPr>
              <w:t>Mount Ayr town</w:t>
            </w:r>
          </w:p>
        </w:tc>
        <w:tc>
          <w:tcPr>
            <w:tcW w:type="dxa" w:w="955"/>
          </w:tcPr>
          <w:p>
            <w:pPr>
              <w:spacing w:after="0"/>
              <w:jc w:val="left"/>
            </w:pPr>
            <w:r>
              <w:rPr>
                <w:sz w:val="16"/>
              </w:rPr>
              <w:t>Town</w:t>
            </w:r>
          </w:p>
        </w:tc>
        <w:tc>
          <w:tcPr>
            <w:tcW w:type="dxa" w:w="2836"/>
          </w:tcPr>
          <w:p>
            <w:pPr>
              <w:spacing w:after="0"/>
              <w:jc w:val="left"/>
            </w:pPr>
            <w:r>
              <w:rPr>
                <w:sz w:val="16"/>
              </w:rPr>
              <w:t>Expired on 2026-07-21</w:t>
            </w:r>
          </w:p>
        </w:tc>
        <w:tc>
          <w:tcPr>
            <w:tcW w:type="dxa" w:w="2961"/>
          </w:tcPr>
          <w:p>
            <w:pPr>
              <w:spacing w:after="0"/>
              <w:jc w:val="right"/>
            </w:pPr>
            <w:r>
              <w:rPr>
                <w:sz w:val="16"/>
              </w:rPr>
              <w:t>FMA RL 0, SRL 0; any 0</w:t>
            </w:r>
          </w:p>
        </w:tc>
        <w:tc>
          <w:tcPr>
            <w:tcW w:type="dxa" w:w="2083"/>
          </w:tcPr>
          <w:p>
            <w:pPr>
              <w:spacing w:after="0"/>
              <w:jc w:val="right"/>
            </w:pPr>
            <w:r>
              <w:rPr>
                <w:sz w:val="16"/>
              </w:rPr>
              <w:t>none found</w:t>
            </w:r>
          </w:p>
        </w:tc>
        <w:tc>
          <w:tcPr>
            <w:tcW w:type="dxa" w:w="2535"/>
          </w:tcPr>
          <w:p>
            <w:pPr>
              <w:spacing w:after="0"/>
              <w:jc w:val="right"/>
            </w:pPr>
            <w:r>
              <w:rPr>
                <w:sz w:val="16"/>
              </w:rPr>
              <w:t>13; 2</w:t>
            </w:r>
          </w:p>
        </w:tc>
        <w:tc>
          <w:tcPr>
            <w:tcW w:type="dxa" w:w="91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8"/>
        <w:gridCol w:w="1037"/>
        <w:gridCol w:w="1126"/>
        <w:gridCol w:w="1193"/>
        <w:gridCol w:w="1073"/>
        <w:gridCol w:w="1266"/>
        <w:gridCol w:w="1136"/>
        <w:gridCol w:w="1286"/>
        <w:gridCol w:w="130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6"/>
            <w:shd w:val="clear" w:color="auto" w:fill="E8E8E8"/>
          </w:tcPr>
          <w:p>
            <w:pPr>
              <w:spacing w:after="0"/>
              <w:jc w:val="right"/>
            </w:pPr>
            <w:r>
              <w:rPr>
                <w:b/>
                <w:sz w:val="16"/>
              </w:rPr>
              <w:t>Storm Events damage since 2021-07-22</w:t>
            </w:r>
          </w:p>
          <w:p>
            <w:pPr>
              <w:spacing w:after="0"/>
              <w:jc w:val="right"/>
            </w:pPr>
            <w:r>
              <w:rPr>
                <w:i/>
                <w:color w:val="555555"/>
                <w:sz w:val="14"/>
              </w:rPr>
              <w:t>county-coded records, property plus crops, nominal dollars</w:t>
            </w:r>
          </w:p>
        </w:tc>
        <w:tc>
          <w:tcPr>
            <w:tcW w:type="dxa" w:w="11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073"/>
          </w:tcPr>
          <w:p>
            <w:pPr>
              <w:spacing w:after="0"/>
              <w:jc w:val="right"/>
            </w:pP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073"/>
          </w:tcPr>
          <w:p>
            <w:pPr>
              <w:spacing w:after="0"/>
              <w:jc w:val="right"/>
            </w:pP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$3,684,987,744</w:t>
            </w:r>
          </w:p>
        </w:tc>
        <w:tc>
          <w:tcPr>
            <w:tcW w:type="dxa" w:w="1215"/>
          </w:tcPr>
          <w:p>
            <w:pPr>
              <w:spacing w:after="0"/>
              <w:jc w:val="right"/>
            </w:pPr>
            <w:r>
              <w:rPr>
                <w:sz w:val="16"/>
              </w:rPr>
              <w:t>$252,552,380</w:t>
            </w:r>
          </w:p>
        </w:tc>
        <w:tc>
          <w:tcPr>
            <w:tcW w:type="dxa" w:w="1048"/>
          </w:tcPr>
          <w:p>
            <w:pPr>
              <w:spacing w:after="0"/>
              <w:jc w:val="right"/>
            </w:pPr>
            <w:r>
              <w:rPr>
                <w:sz w:val="16"/>
              </w:rPr>
              <w:t>13,806</w:t>
            </w:r>
          </w:p>
        </w:tc>
        <w:tc>
          <w:tcPr>
            <w:tcW w:type="dxa" w:w="1037"/>
          </w:tcPr>
          <w:p>
            <w:pPr>
              <w:spacing w:after="0"/>
              <w:jc w:val="right"/>
            </w:pPr>
            <w:r>
              <w:rPr>
                <w:sz w:val="16"/>
              </w:rPr>
              <w:t>$344</w:t>
            </w:r>
          </w:p>
        </w:tc>
        <w:tc>
          <w:tcPr>
            <w:tcW w:type="dxa" w:w="1126"/>
          </w:tcPr>
          <w:p>
            <w:pPr>
              <w:spacing w:after="0"/>
              <w:jc w:val="right"/>
            </w:pPr>
            <w:r>
              <w:rPr>
                <w:sz w:val="16"/>
              </w:rPr>
              <w:t>$34,193</w:t>
            </w:r>
          </w:p>
        </w:tc>
        <w:tc>
          <w:tcPr>
            <w:tcW w:type="dxa" w:w="1193"/>
          </w:tcPr>
          <w:p>
            <w:pPr>
              <w:spacing w:after="0"/>
              <w:jc w:val="right"/>
            </w:pPr>
            <w:r>
              <w:rPr>
                <w:sz w:val="16"/>
              </w:rPr>
              <w:t>$1,549,143</w:t>
            </w:r>
          </w:p>
        </w:tc>
        <w:tc>
          <w:tcPr>
            <w:tcW w:type="dxa" w:w="1073"/>
          </w:tcPr>
          <w:p>
            <w:pPr>
              <w:spacing w:after="0"/>
              <w:jc w:val="right"/>
            </w:pPr>
            <w:r>
              <w:rPr>
                <w:sz w:val="16"/>
              </w:rPr>
              <w:t>under 0.0001%</w:t>
            </w:r>
          </w:p>
        </w:tc>
        <w:tc>
          <w:tcPr>
            <w:tcW w:type="dxa" w:w="1266"/>
          </w:tcPr>
          <w:p>
            <w:pPr>
              <w:spacing w:after="0"/>
              <w:jc w:val="right"/>
            </w:pPr>
          </w:p>
        </w:tc>
        <w:tc>
          <w:tcPr>
            <w:tcW w:type="dxa" w:w="1136"/>
          </w:tcPr>
          <w:p>
            <w:pPr>
              <w:spacing w:after="0"/>
              <w:jc w:val="right"/>
            </w:pPr>
            <w:r>
              <w:rPr>
                <w:sz w:val="16"/>
              </w:rPr>
              <w:t>$0</w:t>
            </w: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$0</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93"/>
          </w:tcPr>
          <w:p>
            <w:pPr>
              <w:spacing w:after="0"/>
              <w:jc w:val="right"/>
            </w:pPr>
          </w:p>
        </w:tc>
        <w:tc>
          <w:tcPr>
            <w:tcW w:type="dxa" w:w="1073"/>
          </w:tcPr>
          <w:p>
            <w:pPr>
              <w:spacing w:after="0"/>
              <w:jc w:val="right"/>
            </w:pPr>
          </w:p>
        </w:tc>
        <w:tc>
          <w:tcPr>
            <w:tcW w:type="dxa" w:w="1266"/>
          </w:tcPr>
          <w:p>
            <w:pPr>
              <w:spacing w:after="0"/>
              <w:jc w:val="right"/>
            </w:pPr>
          </w:p>
        </w:tc>
        <w:tc>
          <w:tcPr>
            <w:tcW w:type="dxa" w:w="1136"/>
          </w:tcPr>
          <w:p>
            <w:pPr>
              <w:spacing w:after="0"/>
              <w:jc w:val="right"/>
            </w:pPr>
            <w:r>
              <w:rPr>
                <w:sz w:val="16"/>
              </w:rPr>
              <w:t>$0</w:t>
            </w:r>
          </w:p>
        </w:tc>
        <w:tc>
          <w:tcPr>
            <w:tcW w:type="dxa" w:w="1286"/>
          </w:tcPr>
          <w:p>
            <w:pPr>
              <w:spacing w:after="0"/>
              <w:jc w:val="right"/>
            </w:pPr>
          </w:p>
        </w:tc>
        <w:tc>
          <w:tcPr>
            <w:tcW w:type="dxa" w:w="130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$6,841,611,838</w:t>
            </w:r>
          </w:p>
        </w:tc>
        <w:tc>
          <w:tcPr>
            <w:tcW w:type="dxa" w:w="1215"/>
          </w:tcPr>
          <w:p>
            <w:pPr>
              <w:spacing w:after="0"/>
              <w:jc w:val="right"/>
            </w:pPr>
          </w:p>
        </w:tc>
        <w:tc>
          <w:tcPr>
            <w:tcW w:type="dxa" w:w="1048"/>
          </w:tcPr>
          <w:p>
            <w:pPr>
              <w:spacing w:after="0"/>
              <w:jc w:val="right"/>
            </w:pPr>
            <w:r>
              <w:rPr>
                <w:sz w:val="16"/>
              </w:rPr>
              <w:t>13,830</w:t>
            </w:r>
          </w:p>
        </w:tc>
        <w:tc>
          <w:tcPr>
            <w:tcW w:type="dxa" w:w="1037"/>
          </w:tcPr>
          <w:p>
            <w:pPr>
              <w:spacing w:after="0"/>
              <w:jc w:val="right"/>
            </w:pPr>
            <w:r>
              <w:rPr>
                <w:sz w:val="16"/>
              </w:rPr>
              <w:t>$200,639</w:t>
            </w:r>
          </w:p>
        </w:tc>
        <w:tc>
          <w:tcPr>
            <w:tcW w:type="dxa" w:w="1126"/>
          </w:tcPr>
          <w:p>
            <w:pPr>
              <w:spacing w:after="0"/>
              <w:jc w:val="right"/>
            </w:pPr>
          </w:p>
        </w:tc>
        <w:tc>
          <w:tcPr>
            <w:tcW w:type="dxa" w:w="1193"/>
          </w:tcPr>
          <w:p>
            <w:pPr>
              <w:spacing w:after="0"/>
              <w:jc w:val="right"/>
            </w:pPr>
            <w:r>
              <w:rPr>
                <w:sz w:val="16"/>
              </w:rPr>
              <w:t>$25,514</w:t>
            </w:r>
          </w:p>
        </w:tc>
        <w:tc>
          <w:tcPr>
            <w:tcW w:type="dxa" w:w="1073"/>
          </w:tcPr>
          <w:p>
            <w:pPr>
              <w:spacing w:after="0"/>
              <w:jc w:val="right"/>
            </w:pPr>
            <w:r>
              <w:rPr>
                <w:sz w:val="16"/>
              </w:rPr>
              <w:t>0.00293%</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$3,684,987,744</w:t>
            </w:r>
          </w:p>
        </w:tc>
        <w:tc>
          <w:tcPr>
            <w:tcW w:type="dxa" w:w="1215"/>
          </w:tcPr>
          <w:p>
            <w:pPr>
              <w:spacing w:after="0"/>
              <w:jc w:val="right"/>
            </w:pPr>
            <w:r>
              <w:rPr>
                <w:sz w:val="16"/>
              </w:rPr>
              <w:t>$252,552,380</w:t>
            </w:r>
          </w:p>
        </w:tc>
        <w:tc>
          <w:tcPr>
            <w:tcW w:type="dxa" w:w="1048"/>
          </w:tcPr>
          <w:p>
            <w:pPr>
              <w:spacing w:after="0"/>
              <w:jc w:val="right"/>
            </w:pPr>
            <w:r>
              <w:rPr>
                <w:sz w:val="16"/>
              </w:rPr>
              <w:t>13,806</w:t>
            </w:r>
          </w:p>
        </w:tc>
        <w:tc>
          <w:tcPr>
            <w:tcW w:type="dxa" w:w="1037"/>
          </w:tcPr>
          <w:p>
            <w:pPr>
              <w:spacing w:after="0"/>
              <w:jc w:val="right"/>
            </w:pPr>
            <w:r>
              <w:rPr>
                <w:sz w:val="16"/>
              </w:rPr>
              <w:t>$160,674</w:t>
            </w:r>
          </w:p>
        </w:tc>
        <w:tc>
          <w:tcPr>
            <w:tcW w:type="dxa" w:w="1126"/>
          </w:tcPr>
          <w:p>
            <w:pPr>
              <w:spacing w:after="0"/>
              <w:jc w:val="right"/>
            </w:pPr>
            <w:r>
              <w:rPr>
                <w:sz w:val="16"/>
              </w:rPr>
              <w:t>$22,749</w:t>
            </w:r>
          </w:p>
        </w:tc>
        <w:tc>
          <w:tcPr>
            <w:tcW w:type="dxa" w:w="1193"/>
          </w:tcPr>
          <w:p>
            <w:pPr>
              <w:spacing w:after="0"/>
              <w:jc w:val="right"/>
            </w:pPr>
            <w:r>
              <w:rPr>
                <w:sz w:val="16"/>
              </w:rPr>
              <w:t>$5,828</w:t>
            </w:r>
          </w:p>
        </w:tc>
        <w:tc>
          <w:tcPr>
            <w:tcW w:type="dxa" w:w="1073"/>
          </w:tcPr>
          <w:p>
            <w:pPr>
              <w:spacing w:after="0"/>
              <w:jc w:val="right"/>
            </w:pPr>
            <w:r>
              <w:rPr>
                <w:sz w:val="16"/>
              </w:rPr>
              <w:t>0.00436%</w:t>
            </w:r>
          </w:p>
        </w:tc>
        <w:tc>
          <w:tcPr>
            <w:tcW w:type="dxa" w:w="1266"/>
          </w:tcPr>
          <w:p>
            <w:pPr>
              <w:spacing w:after="0"/>
              <w:jc w:val="right"/>
            </w:pPr>
            <w:r>
              <w:rPr>
                <w:sz w:val="16"/>
              </w:rPr>
              <w:t>$0</w:t>
            </w: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$3,684,987,744</w:t>
            </w:r>
          </w:p>
        </w:tc>
        <w:tc>
          <w:tcPr>
            <w:tcW w:type="dxa" w:w="1215"/>
          </w:tcPr>
          <w:p>
            <w:pPr>
              <w:spacing w:after="0"/>
              <w:jc w:val="right"/>
            </w:pPr>
            <w:r>
              <w:rPr>
                <w:sz w:val="16"/>
              </w:rPr>
              <w:t>$252,552,380</w:t>
            </w:r>
          </w:p>
        </w:tc>
        <w:tc>
          <w:tcPr>
            <w:tcW w:type="dxa" w:w="1048"/>
          </w:tcPr>
          <w:p>
            <w:pPr>
              <w:spacing w:after="0"/>
              <w:jc w:val="right"/>
            </w:pPr>
            <w:r>
              <w:rPr>
                <w:sz w:val="16"/>
              </w:rPr>
              <w:t>13,806</w:t>
            </w:r>
          </w:p>
        </w:tc>
        <w:tc>
          <w:tcPr>
            <w:tcW w:type="dxa" w:w="1037"/>
          </w:tcPr>
          <w:p>
            <w:pPr>
              <w:spacing w:after="0"/>
              <w:jc w:val="right"/>
            </w:pPr>
            <w:r>
              <w:rPr>
                <w:sz w:val="16"/>
              </w:rPr>
              <w:t>$1,140</w:t>
            </w:r>
          </w:p>
        </w:tc>
        <w:tc>
          <w:tcPr>
            <w:tcW w:type="dxa" w:w="1126"/>
          </w:tcPr>
          <w:p>
            <w:pPr>
              <w:spacing w:after="0"/>
              <w:jc w:val="right"/>
            </w:pPr>
            <w:r>
              <w:rPr>
                <w:sz w:val="16"/>
              </w:rPr>
              <w:t>$3</w:t>
            </w:r>
          </w:p>
        </w:tc>
        <w:tc>
          <w:tcPr>
            <w:tcW w:type="dxa" w:w="1193"/>
          </w:tcPr>
          <w:p>
            <w:pPr>
              <w:spacing w:after="0"/>
              <w:jc w:val="right"/>
            </w:pPr>
            <w:r>
              <w:rPr>
                <w:sz w:val="16"/>
              </w:rPr>
              <w:t>$128,578</w:t>
            </w:r>
          </w:p>
        </w:tc>
        <w:tc>
          <w:tcPr>
            <w:tcW w:type="dxa" w:w="1073"/>
          </w:tcPr>
          <w:p>
            <w:pPr>
              <w:spacing w:after="0"/>
              <w:jc w:val="right"/>
            </w:pPr>
            <w:r>
              <w:rPr>
                <w:sz w:val="16"/>
              </w:rPr>
              <w:t>under 0.0001%</w:t>
            </w:r>
          </w:p>
        </w:tc>
        <w:tc>
          <w:tcPr>
            <w:tcW w:type="dxa" w:w="1266"/>
          </w:tcPr>
          <w:p>
            <w:pPr>
              <w:spacing w:after="0"/>
              <w:jc w:val="right"/>
            </w:pPr>
          </w:p>
        </w:tc>
        <w:tc>
          <w:tcPr>
            <w:tcW w:type="dxa" w:w="1136"/>
          </w:tcPr>
          <w:p>
            <w:pPr>
              <w:spacing w:after="0"/>
              <w:jc w:val="right"/>
            </w:pPr>
            <w:r>
              <w:rPr>
                <w:sz w:val="16"/>
              </w:rPr>
              <w:t>$0</w:t>
            </w: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$3,684,987,744</w:t>
            </w:r>
          </w:p>
        </w:tc>
        <w:tc>
          <w:tcPr>
            <w:tcW w:type="dxa" w:w="1215"/>
          </w:tcPr>
          <w:p>
            <w:pPr>
              <w:spacing w:after="0"/>
              <w:jc w:val="right"/>
            </w:pPr>
            <w:r>
              <w:rPr>
                <w:sz w:val="16"/>
              </w:rPr>
              <w:t>$241,473,726</w:t>
            </w:r>
          </w:p>
        </w:tc>
        <w:tc>
          <w:tcPr>
            <w:tcW w:type="dxa" w:w="1048"/>
          </w:tcPr>
          <w:p>
            <w:pPr>
              <w:spacing w:after="0"/>
              <w:jc w:val="right"/>
            </w:pPr>
            <w:r>
              <w:rPr>
                <w:sz w:val="16"/>
              </w:rPr>
              <w:t>13,806</w:t>
            </w:r>
          </w:p>
        </w:tc>
        <w:tc>
          <w:tcPr>
            <w:tcW w:type="dxa" w:w="1037"/>
          </w:tcPr>
          <w:p>
            <w:pPr>
              <w:spacing w:after="0"/>
              <w:jc w:val="right"/>
            </w:pPr>
            <w:r>
              <w:rPr>
                <w:sz w:val="16"/>
              </w:rPr>
              <w:t>$329</w:t>
            </w:r>
          </w:p>
        </w:tc>
        <w:tc>
          <w:tcPr>
            <w:tcW w:type="dxa" w:w="1126"/>
          </w:tcPr>
          <w:p>
            <w:pPr>
              <w:spacing w:after="0"/>
              <w:jc w:val="right"/>
            </w:pPr>
            <w:r>
              <w:rPr>
                <w:sz w:val="16"/>
              </w:rPr>
              <w:t>$4,361</w:t>
            </w:r>
          </w:p>
        </w:tc>
        <w:tc>
          <w:tcPr>
            <w:tcW w:type="dxa" w:w="1193"/>
          </w:tcPr>
          <w:p>
            <w:pPr>
              <w:spacing w:after="0"/>
              <w:jc w:val="right"/>
            </w:pPr>
            <w:r>
              <w:rPr>
                <w:sz w:val="16"/>
              </w:rPr>
              <w:t>under $1</w:t>
            </w:r>
          </w:p>
        </w:tc>
        <w:tc>
          <w:tcPr>
            <w:tcW w:type="dxa" w:w="1073"/>
          </w:tcPr>
          <w:p>
            <w:pPr>
              <w:spacing w:after="0"/>
              <w:jc w:val="right"/>
            </w:pPr>
            <w:r>
              <w:rPr>
                <w:sz w:val="16"/>
              </w:rPr>
              <w:t>under 0.0001%</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$3,684,987,744</w:t>
            </w:r>
          </w:p>
        </w:tc>
        <w:tc>
          <w:tcPr>
            <w:tcW w:type="dxa" w:w="1215"/>
          </w:tcPr>
          <w:p>
            <w:pPr>
              <w:spacing w:after="0"/>
              <w:jc w:val="right"/>
            </w:pPr>
          </w:p>
        </w:tc>
        <w:tc>
          <w:tcPr>
            <w:tcW w:type="dxa" w:w="1048"/>
          </w:tcPr>
          <w:p>
            <w:pPr>
              <w:spacing w:after="0"/>
              <w:jc w:val="right"/>
            </w:pPr>
            <w:r>
              <w:rPr>
                <w:sz w:val="16"/>
              </w:rPr>
              <w:t>13,806</w:t>
            </w:r>
          </w:p>
        </w:tc>
        <w:tc>
          <w:tcPr>
            <w:tcW w:type="dxa" w:w="1037"/>
          </w:tcPr>
          <w:p>
            <w:pPr>
              <w:spacing w:after="0"/>
              <w:jc w:val="right"/>
            </w:pPr>
            <w:r>
              <w:rPr>
                <w:sz w:val="16"/>
              </w:rPr>
              <w:t>$2,012</w:t>
            </w:r>
          </w:p>
        </w:tc>
        <w:tc>
          <w:tcPr>
            <w:tcW w:type="dxa" w:w="1126"/>
          </w:tcPr>
          <w:p>
            <w:pPr>
              <w:spacing w:after="0"/>
              <w:jc w:val="right"/>
            </w:pPr>
          </w:p>
        </w:tc>
        <w:tc>
          <w:tcPr>
            <w:tcW w:type="dxa" w:w="1193"/>
          </w:tcPr>
          <w:p>
            <w:pPr>
              <w:spacing w:after="0"/>
              <w:jc w:val="right"/>
            </w:pPr>
            <w:r>
              <w:rPr>
                <w:sz w:val="16"/>
              </w:rPr>
              <w:t>$5,555</w:t>
            </w:r>
          </w:p>
        </w:tc>
        <w:tc>
          <w:tcPr>
            <w:tcW w:type="dxa" w:w="1073"/>
          </w:tcPr>
          <w:p>
            <w:pPr>
              <w:spacing w:after="0"/>
              <w:jc w:val="right"/>
            </w:pPr>
            <w:r>
              <w:rPr>
                <w:sz w:val="16"/>
              </w:rPr>
              <w:t>under 0.0001%</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$3,681,427,590</w:t>
            </w:r>
          </w:p>
        </w:tc>
        <w:tc>
          <w:tcPr>
            <w:tcW w:type="dxa" w:w="1215"/>
          </w:tcPr>
          <w:p>
            <w:pPr>
              <w:spacing w:after="0"/>
              <w:jc w:val="right"/>
            </w:pPr>
            <w:r>
              <w:rPr>
                <w:sz w:val="16"/>
              </w:rPr>
              <w:t>$7,495,657</w:t>
            </w:r>
          </w:p>
        </w:tc>
        <w:tc>
          <w:tcPr>
            <w:tcW w:type="dxa" w:w="1048"/>
          </w:tcPr>
          <w:p>
            <w:pPr>
              <w:spacing w:after="0"/>
              <w:jc w:val="right"/>
            </w:pPr>
            <w:r>
              <w:rPr>
                <w:sz w:val="16"/>
              </w:rPr>
              <w:t>456</w:t>
            </w:r>
          </w:p>
        </w:tc>
        <w:tc>
          <w:tcPr>
            <w:tcW w:type="dxa" w:w="1037"/>
          </w:tcPr>
          <w:p>
            <w:pPr>
              <w:spacing w:after="0"/>
              <w:jc w:val="right"/>
            </w:pPr>
            <w:r>
              <w:rPr>
                <w:sz w:val="16"/>
              </w:rPr>
              <w:t>$2,531,405</w:t>
            </w:r>
          </w:p>
        </w:tc>
        <w:tc>
          <w:tcPr>
            <w:tcW w:type="dxa" w:w="1126"/>
          </w:tcPr>
          <w:p>
            <w:pPr>
              <w:spacing w:after="0"/>
              <w:jc w:val="right"/>
            </w:pPr>
            <w:r>
              <w:rPr>
                <w:sz w:val="16"/>
              </w:rPr>
              <w:t>$48,815</w:t>
            </w:r>
          </w:p>
        </w:tc>
        <w:tc>
          <w:tcPr>
            <w:tcW w:type="dxa" w:w="1193"/>
          </w:tcPr>
          <w:p>
            <w:pPr>
              <w:spacing w:after="0"/>
              <w:jc w:val="right"/>
            </w:pPr>
            <w:r>
              <w:rPr>
                <w:sz w:val="16"/>
              </w:rPr>
              <w:t>$5,862</w:t>
            </w:r>
          </w:p>
        </w:tc>
        <w:tc>
          <w:tcPr>
            <w:tcW w:type="dxa" w:w="1073"/>
          </w:tcPr>
          <w:p>
            <w:pPr>
              <w:spacing w:after="0"/>
              <w:jc w:val="right"/>
            </w:pPr>
            <w:r>
              <w:rPr>
                <w:sz w:val="16"/>
              </w:rPr>
              <w:t>n/a (see note)</w:t>
            </w:r>
          </w:p>
        </w:tc>
        <w:tc>
          <w:tcPr>
            <w:tcW w:type="dxa" w:w="1266"/>
          </w:tcPr>
          <w:p>
            <w:pPr>
              <w:spacing w:after="0"/>
              <w:jc w:val="right"/>
            </w:pPr>
          </w:p>
        </w:tc>
        <w:tc>
          <w:tcPr>
            <w:tcW w:type="dxa" w:w="1136"/>
          </w:tcPr>
          <w:p>
            <w:pPr>
              <w:spacing w:after="0"/>
              <w:jc w:val="right"/>
            </w:pPr>
          </w:p>
        </w:tc>
        <w:tc>
          <w:tcPr>
            <w:tcW w:type="dxa" w:w="1286"/>
          </w:tcPr>
          <w:p>
            <w:pPr>
              <w:spacing w:after="0"/>
              <w:jc w:val="right"/>
            </w:pPr>
            <w:r>
              <w:rPr>
                <w:sz w:val="16"/>
              </w:rPr>
              <w:t>none found (1 declaration)</w:t>
            </w:r>
          </w:p>
        </w:tc>
        <w:tc>
          <w:tcPr>
            <w:tcW w:type="dxa" w:w="130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$13,305,640</w:t>
            </w:r>
          </w:p>
        </w:tc>
        <w:tc>
          <w:tcPr>
            <w:tcW w:type="dxa" w:w="1215"/>
          </w:tcPr>
          <w:p>
            <w:pPr>
              <w:spacing w:after="0"/>
              <w:jc w:val="right"/>
            </w:pPr>
          </w:p>
        </w:tc>
        <w:tc>
          <w:tcPr>
            <w:tcW w:type="dxa" w:w="1048"/>
          </w:tcPr>
          <w:p>
            <w:pPr>
              <w:spacing w:after="0"/>
              <w:jc w:val="right"/>
            </w:pPr>
            <w:r>
              <w:rPr>
                <w:sz w:val="16"/>
              </w:rPr>
              <w:t>44</w:t>
            </w:r>
          </w:p>
        </w:tc>
        <w:tc>
          <w:tcPr>
            <w:tcW w:type="dxa" w:w="1037"/>
          </w:tcPr>
          <w:p>
            <w:pPr>
              <w:spacing w:after="0"/>
              <w:jc w:val="right"/>
            </w:pPr>
            <w:r>
              <w:rPr>
                <w:sz w:val="16"/>
              </w:rPr>
              <w:t>$14</w:t>
            </w:r>
          </w:p>
        </w:tc>
        <w:tc>
          <w:tcPr>
            <w:tcW w:type="dxa" w:w="1126"/>
          </w:tcPr>
          <w:p>
            <w:pPr>
              <w:spacing w:after="0"/>
              <w:jc w:val="right"/>
            </w:pPr>
          </w:p>
        </w:tc>
        <w:tc>
          <w:tcPr>
            <w:tcW w:type="dxa" w:w="1193"/>
          </w:tcPr>
          <w:p>
            <w:pPr>
              <w:spacing w:after="0"/>
              <w:jc w:val="right"/>
            </w:pPr>
            <w:r>
              <w:rPr>
                <w:sz w:val="16"/>
              </w:rPr>
              <w:t>$300</w:t>
            </w:r>
          </w:p>
        </w:tc>
        <w:tc>
          <w:tcPr>
            <w:tcW w:type="dxa" w:w="1073"/>
          </w:tcPr>
          <w:p>
            <w:pPr>
              <w:spacing w:after="0"/>
              <w:jc w:val="right"/>
            </w:pPr>
            <w:r>
              <w:rPr>
                <w:sz w:val="16"/>
              </w:rPr>
              <w:t>0.000105%</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$3,684,987,744</w:t>
            </w:r>
          </w:p>
        </w:tc>
        <w:tc>
          <w:tcPr>
            <w:tcW w:type="dxa" w:w="1215"/>
          </w:tcPr>
          <w:p>
            <w:pPr>
              <w:spacing w:after="0"/>
              <w:jc w:val="right"/>
            </w:pPr>
          </w:p>
        </w:tc>
        <w:tc>
          <w:tcPr>
            <w:tcW w:type="dxa" w:w="1048"/>
          </w:tcPr>
          <w:p>
            <w:pPr>
              <w:spacing w:after="0"/>
              <w:jc w:val="right"/>
            </w:pPr>
            <w:r>
              <w:rPr>
                <w:sz w:val="16"/>
              </w:rPr>
              <w:t>13,806</w:t>
            </w:r>
          </w:p>
        </w:tc>
        <w:tc>
          <w:tcPr>
            <w:tcW w:type="dxa" w:w="1037"/>
          </w:tcPr>
          <w:p>
            <w:pPr>
              <w:spacing w:after="0"/>
              <w:jc w:val="right"/>
            </w:pPr>
            <w:r>
              <w:rPr>
                <w:sz w:val="16"/>
              </w:rPr>
              <w:t>$5,427</w:t>
            </w:r>
          </w:p>
        </w:tc>
        <w:tc>
          <w:tcPr>
            <w:tcW w:type="dxa" w:w="1126"/>
          </w:tcPr>
          <w:p>
            <w:pPr>
              <w:spacing w:after="0"/>
              <w:jc w:val="right"/>
            </w:pPr>
          </w:p>
        </w:tc>
        <w:tc>
          <w:tcPr>
            <w:tcW w:type="dxa" w:w="1193"/>
          </w:tcPr>
          <w:p>
            <w:pPr>
              <w:spacing w:after="0"/>
              <w:jc w:val="right"/>
            </w:pPr>
            <w:r>
              <w:rPr>
                <w:sz w:val="16"/>
              </w:rPr>
              <w:t>$32,068</w:t>
            </w:r>
          </w:p>
        </w:tc>
        <w:tc>
          <w:tcPr>
            <w:tcW w:type="dxa" w:w="1073"/>
          </w:tcPr>
          <w:p>
            <w:pPr>
              <w:spacing w:after="0"/>
              <w:jc w:val="right"/>
            </w:pPr>
            <w:r>
              <w:rPr>
                <w:sz w:val="16"/>
              </w:rPr>
              <w:t>0.000147%</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$3,684,987,744</w:t>
            </w:r>
          </w:p>
        </w:tc>
        <w:tc>
          <w:tcPr>
            <w:tcW w:type="dxa" w:w="1215"/>
          </w:tcPr>
          <w:p>
            <w:pPr>
              <w:spacing w:after="0"/>
              <w:jc w:val="right"/>
            </w:pPr>
            <w:r>
              <w:rPr>
                <w:sz w:val="16"/>
              </w:rPr>
              <w:t>$252,552,380</w:t>
            </w:r>
          </w:p>
        </w:tc>
        <w:tc>
          <w:tcPr>
            <w:tcW w:type="dxa" w:w="1048"/>
          </w:tcPr>
          <w:p>
            <w:pPr>
              <w:spacing w:after="0"/>
              <w:jc w:val="right"/>
            </w:pPr>
            <w:r>
              <w:rPr>
                <w:sz w:val="16"/>
              </w:rPr>
              <w:t>13,806</w:t>
            </w:r>
          </w:p>
        </w:tc>
        <w:tc>
          <w:tcPr>
            <w:tcW w:type="dxa" w:w="1037"/>
          </w:tcPr>
          <w:p>
            <w:pPr>
              <w:spacing w:after="0"/>
              <w:jc w:val="right"/>
            </w:pPr>
            <w:r>
              <w:rPr>
                <w:sz w:val="16"/>
              </w:rPr>
              <w:t>$96,955</w:t>
            </w:r>
          </w:p>
        </w:tc>
        <w:tc>
          <w:tcPr>
            <w:tcW w:type="dxa" w:w="1126"/>
          </w:tcPr>
          <w:p>
            <w:pPr>
              <w:spacing w:after="0"/>
              <w:jc w:val="right"/>
            </w:pPr>
            <w:r>
              <w:rPr>
                <w:sz w:val="16"/>
              </w:rPr>
              <w:t>$7,618</w:t>
            </w:r>
          </w:p>
        </w:tc>
        <w:tc>
          <w:tcPr>
            <w:tcW w:type="dxa" w:w="1193"/>
          </w:tcPr>
          <w:p>
            <w:pPr>
              <w:spacing w:after="0"/>
              <w:jc w:val="right"/>
            </w:pPr>
            <w:r>
              <w:rPr>
                <w:sz w:val="16"/>
              </w:rPr>
              <w:t>$259,825</w:t>
            </w:r>
          </w:p>
        </w:tc>
        <w:tc>
          <w:tcPr>
            <w:tcW w:type="dxa" w:w="1073"/>
          </w:tcPr>
          <w:p>
            <w:pPr>
              <w:spacing w:after="0"/>
              <w:jc w:val="right"/>
            </w:pPr>
            <w:r>
              <w:rPr>
                <w:sz w:val="16"/>
              </w:rPr>
              <w:t>0.00263%</w:t>
            </w:r>
          </w:p>
        </w:tc>
        <w:tc>
          <w:tcPr>
            <w:tcW w:type="dxa" w:w="1266"/>
          </w:tcPr>
          <w:p>
            <w:pPr>
              <w:spacing w:after="0"/>
              <w:jc w:val="right"/>
            </w:pPr>
            <w:r>
              <w:rPr>
                <w:sz w:val="16"/>
              </w:rPr>
              <w:t>$0</w:t>
            </w:r>
          </w:p>
        </w:tc>
        <w:tc>
          <w:tcPr>
            <w:tcW w:type="dxa" w:w="1136"/>
          </w:tcPr>
          <w:p>
            <w:pPr>
              <w:spacing w:after="0"/>
              <w:jc w:val="right"/>
            </w:pPr>
            <w:r>
              <w:rPr>
                <w:sz w:val="16"/>
              </w:rPr>
              <w:t>$0</w:t>
            </w:r>
          </w:p>
        </w:tc>
        <w:tc>
          <w:tcPr>
            <w:tcW w:type="dxa" w:w="1286"/>
          </w:tcPr>
          <w:p>
            <w:pPr>
              <w:spacing w:after="0"/>
              <w:jc w:val="right"/>
            </w:pPr>
            <w:r>
              <w:rPr>
                <w:sz w:val="16"/>
              </w:rPr>
              <w:t>none found (1 declaration)</w:t>
            </w:r>
          </w:p>
        </w:tc>
        <w:tc>
          <w:tcPr>
            <w:tcW w:type="dxa" w:w="130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$3,684,987,744</w:t>
            </w:r>
          </w:p>
        </w:tc>
        <w:tc>
          <w:tcPr>
            <w:tcW w:type="dxa" w:w="1215"/>
          </w:tcPr>
          <w:p>
            <w:pPr>
              <w:spacing w:after="0"/>
              <w:jc w:val="right"/>
            </w:pPr>
            <w:r>
              <w:rPr>
                <w:sz w:val="16"/>
              </w:rPr>
              <w:t>$252,552,380</w:t>
            </w:r>
          </w:p>
        </w:tc>
        <w:tc>
          <w:tcPr>
            <w:tcW w:type="dxa" w:w="1048"/>
          </w:tcPr>
          <w:p>
            <w:pPr>
              <w:spacing w:after="0"/>
              <w:jc w:val="right"/>
            </w:pPr>
            <w:r>
              <w:rPr>
                <w:sz w:val="16"/>
              </w:rPr>
              <w:t>13,806</w:t>
            </w:r>
          </w:p>
        </w:tc>
        <w:tc>
          <w:tcPr>
            <w:tcW w:type="dxa" w:w="1037"/>
          </w:tcPr>
          <w:p>
            <w:pPr>
              <w:spacing w:after="0"/>
              <w:jc w:val="right"/>
            </w:pPr>
            <w:r>
              <w:rPr>
                <w:sz w:val="16"/>
              </w:rPr>
              <w:t>$427,139</w:t>
            </w:r>
          </w:p>
        </w:tc>
        <w:tc>
          <w:tcPr>
            <w:tcW w:type="dxa" w:w="1126"/>
          </w:tcPr>
          <w:p>
            <w:pPr>
              <w:spacing w:after="0"/>
              <w:jc w:val="right"/>
            </w:pPr>
            <w:r>
              <w:rPr>
                <w:sz w:val="16"/>
              </w:rPr>
              <w:t>$2,539</w:t>
            </w:r>
          </w:p>
        </w:tc>
        <w:tc>
          <w:tcPr>
            <w:tcW w:type="dxa" w:w="1193"/>
          </w:tcPr>
          <w:p>
            <w:pPr>
              <w:spacing w:after="0"/>
              <w:jc w:val="right"/>
            </w:pPr>
            <w:r>
              <w:rPr>
                <w:sz w:val="16"/>
              </w:rPr>
              <w:t>$228,491</w:t>
            </w:r>
          </w:p>
        </w:tc>
        <w:tc>
          <w:tcPr>
            <w:tcW w:type="dxa" w:w="1073"/>
          </w:tcPr>
          <w:p>
            <w:pPr>
              <w:spacing w:after="0"/>
              <w:jc w:val="right"/>
            </w:pPr>
            <w:r>
              <w:rPr>
                <w:sz w:val="16"/>
              </w:rPr>
              <w:t>0.0116%</w:t>
            </w:r>
          </w:p>
        </w:tc>
        <w:tc>
          <w:tcPr>
            <w:tcW w:type="dxa" w:w="1266"/>
          </w:tcPr>
          <w:p>
            <w:pPr>
              <w:spacing w:after="0"/>
              <w:jc w:val="right"/>
            </w:pPr>
            <w:r>
              <w:rPr>
                <w:sz w:val="16"/>
              </w:rPr>
              <w:t>$0</w:t>
            </w:r>
          </w:p>
        </w:tc>
        <w:tc>
          <w:tcPr>
            <w:tcW w:type="dxa" w:w="1136"/>
          </w:tcPr>
          <w:p>
            <w:pPr>
              <w:spacing w:after="0"/>
              <w:jc w:val="right"/>
            </w:pPr>
          </w:p>
        </w:tc>
        <w:tc>
          <w:tcPr>
            <w:tcW w:type="dxa" w:w="1286"/>
          </w:tcPr>
          <w:p>
            <w:pPr>
              <w:spacing w:after="0"/>
              <w:jc w:val="right"/>
            </w:pPr>
            <w:r>
              <w:rPr>
                <w:sz w:val="16"/>
              </w:rPr>
              <w:t>none found (1 declaration)</w:t>
            </w:r>
          </w:p>
        </w:tc>
        <w:tc>
          <w:tcPr>
            <w:tcW w:type="dxa" w:w="1300"/>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073"/>
          </w:tcPr>
          <w:p>
            <w:pPr>
              <w:spacing w:after="0"/>
              <w:jc w:val="right"/>
            </w:pP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073"/>
          </w:tcPr>
          <w:p>
            <w:pPr>
              <w:spacing w:after="0"/>
              <w:jc w:val="right"/>
            </w:pP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$315,320,060</w:t>
            </w:r>
          </w:p>
        </w:tc>
        <w:tc>
          <w:tcPr>
            <w:tcW w:type="dxa" w:w="1215"/>
          </w:tcPr>
          <w:p>
            <w:pPr>
              <w:spacing w:after="0"/>
              <w:jc w:val="right"/>
            </w:pPr>
            <w:r>
              <w:rPr>
                <w:sz w:val="16"/>
              </w:rPr>
              <w:t>$59,905,602</w:t>
            </w:r>
          </w:p>
        </w:tc>
        <w:tc>
          <w:tcPr>
            <w:tcW w:type="dxa" w:w="1048"/>
          </w:tcPr>
          <w:p>
            <w:pPr>
              <w:spacing w:after="0"/>
              <w:jc w:val="right"/>
            </w:pPr>
            <w:r>
              <w:rPr>
                <w:sz w:val="16"/>
              </w:rPr>
              <w:t>2,174</w:t>
            </w:r>
          </w:p>
        </w:tc>
        <w:tc>
          <w:tcPr>
            <w:tcW w:type="dxa" w:w="1037"/>
          </w:tcPr>
          <w:p>
            <w:pPr>
              <w:spacing w:after="0"/>
              <w:jc w:val="right"/>
            </w:pPr>
            <w:r>
              <w:rPr>
                <w:sz w:val="16"/>
              </w:rPr>
              <w:t>$2,856</w:t>
            </w:r>
          </w:p>
        </w:tc>
        <w:tc>
          <w:tcPr>
            <w:tcW w:type="dxa" w:w="1126"/>
          </w:tcPr>
          <w:p>
            <w:pPr>
              <w:spacing w:after="0"/>
              <w:jc w:val="right"/>
            </w:pPr>
            <w:r>
              <w:rPr>
                <w:sz w:val="16"/>
              </w:rPr>
              <w:t>$177</w:t>
            </w:r>
          </w:p>
        </w:tc>
        <w:tc>
          <w:tcPr>
            <w:tcW w:type="dxa" w:w="1193"/>
          </w:tcPr>
          <w:p>
            <w:pPr>
              <w:spacing w:after="0"/>
              <w:jc w:val="right"/>
            </w:pPr>
            <w:r>
              <w:rPr>
                <w:sz w:val="16"/>
              </w:rPr>
              <w:t>$587</w:t>
            </w:r>
          </w:p>
        </w:tc>
        <w:tc>
          <w:tcPr>
            <w:tcW w:type="dxa" w:w="1073"/>
          </w:tcPr>
          <w:p>
            <w:pPr>
              <w:spacing w:after="0"/>
              <w:jc w:val="right"/>
            </w:pPr>
            <w:r>
              <w:rPr>
                <w:sz w:val="16"/>
              </w:rPr>
              <w:t>0.000906%</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$3,684,987,744</w:t>
            </w:r>
          </w:p>
        </w:tc>
        <w:tc>
          <w:tcPr>
            <w:tcW w:type="dxa" w:w="1215"/>
          </w:tcPr>
          <w:p>
            <w:pPr>
              <w:spacing w:after="0"/>
              <w:jc w:val="right"/>
            </w:pPr>
            <w:r>
              <w:rPr>
                <w:sz w:val="16"/>
              </w:rPr>
              <w:t>$252,552,380</w:t>
            </w:r>
          </w:p>
        </w:tc>
        <w:tc>
          <w:tcPr>
            <w:tcW w:type="dxa" w:w="1048"/>
          </w:tcPr>
          <w:p>
            <w:pPr>
              <w:spacing w:after="0"/>
              <w:jc w:val="right"/>
            </w:pPr>
            <w:r>
              <w:rPr>
                <w:sz w:val="16"/>
              </w:rPr>
              <w:t>13,806</w:t>
            </w:r>
          </w:p>
        </w:tc>
        <w:tc>
          <w:tcPr>
            <w:tcW w:type="dxa" w:w="1037"/>
          </w:tcPr>
          <w:p>
            <w:pPr>
              <w:spacing w:after="0"/>
              <w:jc w:val="right"/>
            </w:pPr>
            <w:r>
              <w:rPr>
                <w:sz w:val="16"/>
              </w:rPr>
              <w:t>$493</w:t>
            </w:r>
          </w:p>
        </w:tc>
        <w:tc>
          <w:tcPr>
            <w:tcW w:type="dxa" w:w="1126"/>
          </w:tcPr>
          <w:p>
            <w:pPr>
              <w:spacing w:after="0"/>
              <w:jc w:val="right"/>
            </w:pPr>
            <w:r>
              <w:rPr>
                <w:sz w:val="16"/>
              </w:rPr>
              <w:t>$836</w:t>
            </w:r>
          </w:p>
        </w:tc>
        <w:tc>
          <w:tcPr>
            <w:tcW w:type="dxa" w:w="1193"/>
          </w:tcPr>
          <w:p>
            <w:pPr>
              <w:spacing w:after="0"/>
              <w:jc w:val="right"/>
            </w:pPr>
            <w:r>
              <w:rPr>
                <w:sz w:val="16"/>
              </w:rPr>
              <w:t>$1,251</w:t>
            </w:r>
          </w:p>
        </w:tc>
        <w:tc>
          <w:tcPr>
            <w:tcW w:type="dxa" w:w="1073"/>
          </w:tcPr>
          <w:p>
            <w:pPr>
              <w:spacing w:after="0"/>
              <w:jc w:val="right"/>
            </w:pPr>
            <w:r>
              <w:rPr>
                <w:sz w:val="16"/>
              </w:rPr>
              <w:t>under 0.0001%</w:t>
            </w:r>
          </w:p>
        </w:tc>
        <w:tc>
          <w:tcPr>
            <w:tcW w:type="dxa" w:w="1266"/>
          </w:tcPr>
          <w:p>
            <w:pPr>
              <w:spacing w:after="0"/>
              <w:jc w:val="right"/>
            </w:pPr>
          </w:p>
        </w:tc>
        <w:tc>
          <w:tcPr>
            <w:tcW w:type="dxa" w:w="1136"/>
          </w:tcPr>
          <w:p>
            <w:pPr>
              <w:spacing w:after="0"/>
              <w:jc w:val="right"/>
            </w:pPr>
            <w:r>
              <w:rPr>
                <w:sz w:val="16"/>
              </w:rPr>
              <w:t>$0</w:t>
            </w:r>
          </w:p>
        </w:tc>
        <w:tc>
          <w:tcPr>
            <w:tcW w:type="dxa" w:w="1286"/>
          </w:tcPr>
          <w:p>
            <w:pPr>
              <w:spacing w:after="0"/>
              <w:jc w:val="right"/>
            </w:pPr>
            <w:r>
              <w:rPr>
                <w:sz w:val="16"/>
              </w:rPr>
              <w:t>none found (1 declaration)</w:t>
            </w:r>
          </w:p>
        </w:tc>
        <w:tc>
          <w:tcPr>
            <w:tcW w:type="dxa" w:w="1300"/>
          </w:tcPr>
          <w:p>
            <w:pPr>
              <w:spacing w:after="0"/>
              <w:jc w:val="left"/>
            </w:pPr>
          </w:p>
        </w:tc>
      </w:tr>
    </w:tbl>
    <w:p>
      <w:pPr>
        <w:spacing w:after="40" w:before="60"/>
      </w:pPr>
      <w:r>
        <w:rPr>
          <w:sz w:val="15"/>
        </w:rPr>
        <w:t>Totals since 2021-07-22 (Storm Events through 2026-06-30): 28 county-coded records, 28 with a damage value recorded (including $0), $0; 35 zone-level records, 35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13,806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$3,684,987,744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$252,552,380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$3,550,717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$2,243,001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NEWTON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Newton County</w:t>
            </w:r>
          </w:p>
        </w:tc>
        <w:tc>
          <w:tcPr>
            <w:tcW w:type="dxa" w:w="1527"/>
          </w:tcPr>
          <w:p>
            <w:pPr>
              <w:spacing w:after="0"/>
              <w:jc w:val="left"/>
            </w:pPr>
            <w:r>
              <w:rPr>
                <w:sz w:val="16"/>
              </w:rPr>
              <w:t>180179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3</w:t>
            </w:r>
          </w:p>
        </w:tc>
        <w:tc>
          <w:tcPr>
            <w:tcW w:type="dxa" w:w="1372"/>
          </w:tcPr>
          <w:p>
            <w:pPr>
              <w:spacing w:after="0"/>
              <w:jc w:val="right"/>
            </w:pPr>
            <w:r>
              <w:rPr>
                <w:sz w:val="16"/>
              </w:rPr>
              <w:t>0</w:t>
            </w:r>
          </w:p>
        </w:tc>
        <w:tc>
          <w:tcPr>
            <w:tcW w:type="dxa" w:w="1372"/>
          </w:tcPr>
          <w:p>
            <w:pPr>
              <w:spacing w:after="0"/>
              <w:jc w:val="right"/>
            </w:pPr>
            <w:r>
              <w:rPr>
                <w:sz w:val="16"/>
              </w:rPr>
              <w:t>3</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Brook town</w:t>
            </w:r>
          </w:p>
        </w:tc>
        <w:tc>
          <w:tcPr>
            <w:tcW w:type="dxa" w:w="1527"/>
          </w:tcPr>
          <w:p>
            <w:pPr>
              <w:spacing w:after="0"/>
              <w:jc w:val="left"/>
            </w:pPr>
            <w:r>
              <w:rPr>
                <w:sz w:val="16"/>
              </w:rPr>
              <w:t>180180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Goodland town</w:t>
            </w:r>
          </w:p>
        </w:tc>
        <w:tc>
          <w:tcPr>
            <w:tcW w:type="dxa" w:w="1527"/>
          </w:tcPr>
          <w:p>
            <w:pPr>
              <w:spacing w:after="0"/>
              <w:jc w:val="left"/>
            </w:pPr>
            <w:r>
              <w:rPr>
                <w:sz w:val="16"/>
              </w:rPr>
              <w:t>180181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Kentland town</w:t>
            </w:r>
          </w:p>
        </w:tc>
        <w:tc>
          <w:tcPr>
            <w:tcW w:type="dxa" w:w="1527"/>
          </w:tcPr>
          <w:p>
            <w:pPr>
              <w:spacing w:after="0"/>
              <w:jc w:val="left"/>
            </w:pPr>
            <w:r>
              <w:rPr>
                <w:sz w:val="16"/>
              </w:rPr>
              <w:t>180182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Morocco town</w:t>
            </w:r>
          </w:p>
        </w:tc>
        <w:tc>
          <w:tcPr>
            <w:tcW w:type="dxa" w:w="1527"/>
          </w:tcPr>
          <w:p>
            <w:pPr>
              <w:spacing w:after="0"/>
              <w:jc w:val="left"/>
            </w:pPr>
            <w:r>
              <w:rPr>
                <w:sz w:val="16"/>
              </w:rPr>
              <w:t>180551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Mount Ayr town</w:t>
            </w:r>
          </w:p>
        </w:tc>
        <w:tc>
          <w:tcPr>
            <w:tcW w:type="dxa" w:w="1527"/>
          </w:tcPr>
          <w:p>
            <w:pPr>
              <w:spacing w:after="0"/>
              <w:jc w:val="left"/>
            </w:pPr>
            <w:r>
              <w:rPr>
                <w:sz w:val="16"/>
              </w:rPr>
              <w:t>180552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Newton County, IN: risk-assessment baseline packet, release 2026-10 (data as of 2026-09-28; County area 18111).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Newton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Newton County, IN: Risk-assessment baseline packet</dc:title>
  <dc:subject>Hazard Plain release 2026-10, as of 2026-09-28. Preview: automated baseline</dc:subject>
  <dc:creator>Hazard Plain</dc:creator>
  <cp:keywords>Hazard Plain; hazard mitigation; risk assessment; 18111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