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Cass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18017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2029-04-18</w:t>
      </w:r>
    </w:p>
    <w:p>
      <w:pPr>
        <w:keepNext/>
        <w:spacing w:after="40" w:before="0"/>
      </w:pPr>
      <w:r>
        <w:rPr>
          <w:b/>
        </w:rPr>
        <w:t xml:space="preserve">Plan: </w:t>
      </w:r>
      <w:r>
        <w:rPr/>
        <w:t>Cass County 2024 Hazard Mitigation Plan (FEMA plan 109666)</w:t>
      </w:r>
    </w:p>
    <w:p>
      <w:pPr>
        <w:keepNext/>
        <w:spacing w:after="40" w:before="0"/>
      </w:pPr>
      <w:r>
        <w:rPr>
          <w:b/>
        </w:rPr>
        <w:t xml:space="preserve">Approved: </w:t>
      </w:r>
      <w:r>
        <w:rPr/>
        <w:t>2024-04-19</w:t>
      </w:r>
    </w:p>
    <w:p>
      <w:pPr>
        <w:keepNext/>
        <w:spacing w:after="40" w:before="0"/>
      </w:pPr>
      <w:r>
        <w:rPr>
          <w:b/>
        </w:rPr>
        <w:t xml:space="preserve">Expires: </w:t>
      </w:r>
      <w:r>
        <w:rPr/>
        <w:t>2029-04-18</w:t>
      </w:r>
    </w:p>
    <w:p>
      <w:pPr>
        <w:keepNext/>
        <w:spacing w:after="40" w:before="0"/>
      </w:pPr>
      <w:r>
        <w:rPr>
          <w:b/>
        </w:rPr>
        <w:t xml:space="preserve">As of: </w:t>
      </w:r>
      <w:r>
        <w:rPr/>
        <w:t>2026-09-28</w:t>
      </w:r>
    </w:p>
    <w:p>
      <w:pPr>
        <w:keepNext/>
        <w:spacing w:after="40" w:before="0"/>
      </w:pPr>
      <w:r>
        <w:rPr>
          <w:b/>
        </w:rPr>
        <w:t xml:space="preserve">Days: </w:t>
      </w:r>
      <w:r>
        <w:rPr/>
        <w:t>933 days to expiry</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EM-3641-IN, EM-3651-IN, DR-4933-IN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16"/>
        <w:gridCol w:w="1651"/>
        <w:gridCol w:w="1781"/>
        <w:gridCol w:w="2885"/>
        <w:gridCol w:w="1191"/>
        <w:gridCol w:w="1037"/>
        <w:gridCol w:w="833"/>
        <w:gridCol w:w="1366"/>
        <w:gridCol w:w="1653"/>
      </w:tblGrid>
      <w:tr>
        <w:trPr>
          <w:cantSplit/>
          <w:tblHeader/>
        </w:trPr>
        <w:tc>
          <w:tcPr>
            <w:tcW w:type="dxa" w:w="1716"/>
            <w:shd w:val="clear" w:color="auto" w:fill="E8E8E8"/>
          </w:tcPr>
          <w:p>
            <w:pPr>
              <w:spacing w:after="0"/>
              <w:jc w:val="left"/>
            </w:pPr>
            <w:r>
              <w:rPr>
                <w:b/>
                <w:sz w:val="16"/>
              </w:rPr>
              <w:t>Jurisdiction</w:t>
            </w:r>
          </w:p>
        </w:tc>
        <w:tc>
          <w:tcPr>
            <w:tcW w:type="dxa" w:w="1651"/>
            <w:shd w:val="clear" w:color="auto" w:fill="E8E8E8"/>
          </w:tcPr>
          <w:p>
            <w:pPr>
              <w:spacing w:after="0"/>
              <w:jc w:val="left"/>
            </w:pPr>
            <w:r>
              <w:rPr>
                <w:b/>
                <w:sz w:val="16"/>
              </w:rPr>
              <w:t>Type</w:t>
            </w:r>
          </w:p>
        </w:tc>
        <w:tc>
          <w:tcPr>
            <w:tcW w:type="dxa" w:w="1781"/>
            <w:shd w:val="clear" w:color="auto" w:fill="E8E8E8"/>
          </w:tcPr>
          <w:p>
            <w:pPr>
              <w:spacing w:after="0"/>
              <w:jc w:val="left"/>
            </w:pPr>
            <w:r>
              <w:rPr>
                <w:b/>
                <w:sz w:val="16"/>
              </w:rPr>
              <w:t>Status</w:t>
            </w:r>
          </w:p>
        </w:tc>
        <w:tc>
          <w:tcPr>
            <w:tcW w:type="dxa" w:w="2885"/>
            <w:shd w:val="clear" w:color="auto" w:fill="E8E8E8"/>
          </w:tcPr>
          <w:p>
            <w:pPr>
              <w:spacing w:after="0"/>
              <w:jc w:val="left"/>
            </w:pPr>
            <w:r>
              <w:rPr>
                <w:b/>
                <w:sz w:val="16"/>
              </w:rPr>
              <w:t>Plan</w:t>
            </w:r>
          </w:p>
        </w:tc>
        <w:tc>
          <w:tcPr>
            <w:tcW w:type="dxa" w:w="119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66"/>
            <w:shd w:val="clear" w:color="auto" w:fill="E8E8E8"/>
          </w:tcPr>
          <w:p>
            <w:pPr>
              <w:spacing w:after="0"/>
              <w:jc w:val="left"/>
            </w:pPr>
            <w:r>
              <w:rPr>
                <w:b/>
                <w:sz w:val="16"/>
              </w:rPr>
              <w:t>Update underway</w:t>
            </w:r>
          </w:p>
        </w:tc>
        <w:tc>
          <w:tcPr>
            <w:tcW w:type="dxa" w:w="1653"/>
            <w:shd w:val="clear" w:color="auto" w:fill="E8E8E8"/>
          </w:tcPr>
          <w:p>
            <w:pPr>
              <w:spacing w:after="0"/>
              <w:jc w:val="left"/>
            </w:pPr>
            <w:r>
              <w:rPr>
                <w:b/>
                <w:sz w:val="16"/>
              </w:rPr>
              <w:t>Notes</w:t>
            </w:r>
          </w:p>
        </w:tc>
      </w:tr>
      <w:tr>
        <w:trPr>
          <w:cantSplit/>
        </w:trPr>
        <w:tc>
          <w:tcPr>
            <w:tcW w:type="dxa" w:w="1716"/>
          </w:tcPr>
          <w:p>
            <w:pPr>
              <w:spacing w:after="0"/>
              <w:jc w:val="left"/>
            </w:pPr>
            <w:r>
              <w:rPr>
                <w:sz w:val="16"/>
              </w:rPr>
              <w:t>Cass County</w:t>
            </w:r>
          </w:p>
        </w:tc>
        <w:tc>
          <w:tcPr>
            <w:tcW w:type="dxa" w:w="1651"/>
          </w:tcPr>
          <w:p>
            <w:pPr>
              <w:spacing w:after="0"/>
              <w:jc w:val="left"/>
            </w:pPr>
            <w:r>
              <w:rPr>
                <w:sz w:val="16"/>
              </w:rPr>
              <w:t>County</w:t>
            </w:r>
          </w:p>
        </w:tc>
        <w:tc>
          <w:tcPr>
            <w:tcW w:type="dxa" w:w="1781"/>
          </w:tcPr>
          <w:p>
            <w:pPr>
              <w:spacing w:after="0"/>
              <w:jc w:val="left"/>
            </w:pPr>
            <w:r>
              <w:rPr>
                <w:sz w:val="16"/>
              </w:rPr>
              <w:t>Approved, expires 2029-04-18</w:t>
            </w:r>
          </w:p>
        </w:tc>
        <w:tc>
          <w:tcPr>
            <w:tcW w:type="dxa" w:w="2885"/>
          </w:tcPr>
          <w:p>
            <w:pPr>
              <w:spacing w:after="0"/>
              <w:jc w:val="left"/>
            </w:pPr>
            <w:r>
              <w:rPr>
                <w:sz w:val="16"/>
              </w:rPr>
              <w:t>Cass County 2024 Hazard Mitigation Plan (FEMA plan 109666)</w:t>
            </w:r>
          </w:p>
        </w:tc>
        <w:tc>
          <w:tcPr>
            <w:tcW w:type="dxa" w:w="1191"/>
          </w:tcPr>
          <w:p>
            <w:pPr>
              <w:spacing w:after="0"/>
              <w:jc w:val="left"/>
            </w:pPr>
            <w:r>
              <w:rPr>
                <w:sz w:val="16"/>
              </w:rPr>
              <w:t>2024-04-19</w:t>
            </w:r>
          </w:p>
        </w:tc>
        <w:tc>
          <w:tcPr>
            <w:tcW w:type="dxa" w:w="1037"/>
          </w:tcPr>
          <w:p>
            <w:pPr>
              <w:spacing w:after="0"/>
              <w:jc w:val="left"/>
            </w:pPr>
            <w:r>
              <w:rPr>
                <w:sz w:val="16"/>
              </w:rPr>
              <w:t>2029-04-18</w:t>
            </w:r>
          </w:p>
        </w:tc>
        <w:tc>
          <w:tcPr>
            <w:tcW w:type="dxa" w:w="833"/>
          </w:tcPr>
          <w:p>
            <w:pPr>
              <w:spacing w:after="0"/>
              <w:jc w:val="right"/>
            </w:pPr>
            <w:r>
              <w:rPr>
                <w:sz w:val="16"/>
              </w:rPr>
              <w:t>933</w:t>
            </w:r>
          </w:p>
        </w:tc>
        <w:tc>
          <w:tcPr>
            <w:tcW w:type="dxa" w:w="1366"/>
          </w:tcPr>
          <w:p>
            <w:pPr>
              <w:spacing w:after="0"/>
              <w:jc w:val="left"/>
            </w:pPr>
          </w:p>
        </w:tc>
        <w:tc>
          <w:tcPr>
            <w:tcW w:type="dxa" w:w="1653"/>
          </w:tcPr>
          <w:p>
            <w:pPr>
              <w:spacing w:after="0"/>
              <w:jc w:val="left"/>
            </w:pPr>
          </w:p>
        </w:tc>
      </w:tr>
      <w:tr>
        <w:trPr>
          <w:cantSplit/>
        </w:trPr>
        <w:tc>
          <w:tcPr>
            <w:tcW w:type="dxa" w:w="1716"/>
          </w:tcPr>
          <w:p>
            <w:pPr>
              <w:spacing w:after="0"/>
              <w:jc w:val="left"/>
            </w:pPr>
            <w:r>
              <w:rPr>
                <w:sz w:val="16"/>
              </w:rPr>
              <w:t>Galveston town</w:t>
            </w:r>
          </w:p>
        </w:tc>
        <w:tc>
          <w:tcPr>
            <w:tcW w:type="dxa" w:w="1651"/>
          </w:tcPr>
          <w:p>
            <w:pPr>
              <w:spacing w:after="0"/>
              <w:jc w:val="left"/>
            </w:pPr>
            <w:r>
              <w:rPr>
                <w:sz w:val="16"/>
              </w:rPr>
              <w:t>Town</w:t>
            </w:r>
          </w:p>
        </w:tc>
        <w:tc>
          <w:tcPr>
            <w:tcW w:type="dxa" w:w="1781"/>
          </w:tcPr>
          <w:p>
            <w:pPr>
              <w:spacing w:after="0"/>
              <w:jc w:val="left"/>
            </w:pPr>
            <w:r>
              <w:rPr>
                <w:sz w:val="16"/>
              </w:rPr>
              <w:t>Approved, expires 2029-04-18</w:t>
            </w:r>
          </w:p>
        </w:tc>
        <w:tc>
          <w:tcPr>
            <w:tcW w:type="dxa" w:w="2885"/>
          </w:tcPr>
          <w:p>
            <w:pPr>
              <w:spacing w:after="0"/>
              <w:jc w:val="left"/>
            </w:pPr>
            <w:r>
              <w:rPr>
                <w:sz w:val="16"/>
              </w:rPr>
              <w:t>Cass County 2024 Hazard Mitigation Plan (FEMA plan 109666)</w:t>
            </w:r>
          </w:p>
        </w:tc>
        <w:tc>
          <w:tcPr>
            <w:tcW w:type="dxa" w:w="1191"/>
          </w:tcPr>
          <w:p>
            <w:pPr>
              <w:spacing w:after="0"/>
              <w:jc w:val="left"/>
            </w:pPr>
            <w:r>
              <w:rPr>
                <w:sz w:val="16"/>
              </w:rPr>
              <w:t>2024-04-19</w:t>
            </w:r>
          </w:p>
        </w:tc>
        <w:tc>
          <w:tcPr>
            <w:tcW w:type="dxa" w:w="1037"/>
          </w:tcPr>
          <w:p>
            <w:pPr>
              <w:spacing w:after="0"/>
              <w:jc w:val="left"/>
            </w:pPr>
            <w:r>
              <w:rPr>
                <w:sz w:val="16"/>
              </w:rPr>
              <w:t>2029-04-18</w:t>
            </w:r>
          </w:p>
        </w:tc>
        <w:tc>
          <w:tcPr>
            <w:tcW w:type="dxa" w:w="833"/>
          </w:tcPr>
          <w:p>
            <w:pPr>
              <w:spacing w:after="0"/>
              <w:jc w:val="right"/>
            </w:pPr>
            <w:r>
              <w:rPr>
                <w:sz w:val="16"/>
              </w:rPr>
              <w:t>933</w:t>
            </w:r>
          </w:p>
        </w:tc>
        <w:tc>
          <w:tcPr>
            <w:tcW w:type="dxa" w:w="1366"/>
          </w:tcPr>
          <w:p>
            <w:pPr>
              <w:spacing w:after="0"/>
              <w:jc w:val="left"/>
            </w:pPr>
          </w:p>
        </w:tc>
        <w:tc>
          <w:tcPr>
            <w:tcW w:type="dxa" w:w="1653"/>
          </w:tcPr>
          <w:p>
            <w:pPr>
              <w:spacing w:after="0"/>
              <w:jc w:val="left"/>
            </w:pPr>
            <w:r>
              <w:rPr>
                <w:sz w:val="16"/>
              </w:rPr>
              <w:t>member approved 2025-01-12</w:t>
            </w:r>
          </w:p>
        </w:tc>
      </w:tr>
      <w:tr>
        <w:trPr>
          <w:cantSplit/>
        </w:trPr>
        <w:tc>
          <w:tcPr>
            <w:tcW w:type="dxa" w:w="1716"/>
          </w:tcPr>
          <w:p>
            <w:pPr>
              <w:spacing w:after="0"/>
              <w:jc w:val="left"/>
            </w:pPr>
            <w:r>
              <w:rPr>
                <w:sz w:val="16"/>
              </w:rPr>
              <w:t>Logansport city</w:t>
            </w:r>
          </w:p>
        </w:tc>
        <w:tc>
          <w:tcPr>
            <w:tcW w:type="dxa" w:w="1651"/>
          </w:tcPr>
          <w:p>
            <w:pPr>
              <w:spacing w:after="0"/>
              <w:jc w:val="left"/>
            </w:pPr>
            <w:r>
              <w:rPr>
                <w:sz w:val="16"/>
              </w:rPr>
              <w:t>City</w:t>
            </w:r>
          </w:p>
        </w:tc>
        <w:tc>
          <w:tcPr>
            <w:tcW w:type="dxa" w:w="1781"/>
          </w:tcPr>
          <w:p>
            <w:pPr>
              <w:spacing w:after="0"/>
              <w:jc w:val="left"/>
            </w:pPr>
            <w:r>
              <w:rPr>
                <w:sz w:val="16"/>
              </w:rPr>
              <w:t>Approved, expires 2029-04-18</w:t>
            </w:r>
          </w:p>
        </w:tc>
        <w:tc>
          <w:tcPr>
            <w:tcW w:type="dxa" w:w="2885"/>
          </w:tcPr>
          <w:p>
            <w:pPr>
              <w:spacing w:after="0"/>
              <w:jc w:val="left"/>
            </w:pPr>
            <w:r>
              <w:rPr>
                <w:sz w:val="16"/>
              </w:rPr>
              <w:t>Cass County 2024 Hazard Mitigation Plan (FEMA plan 109666)</w:t>
            </w:r>
          </w:p>
        </w:tc>
        <w:tc>
          <w:tcPr>
            <w:tcW w:type="dxa" w:w="1191"/>
          </w:tcPr>
          <w:p>
            <w:pPr>
              <w:spacing w:after="0"/>
              <w:jc w:val="left"/>
            </w:pPr>
            <w:r>
              <w:rPr>
                <w:sz w:val="16"/>
              </w:rPr>
              <w:t>2024-04-19</w:t>
            </w:r>
          </w:p>
        </w:tc>
        <w:tc>
          <w:tcPr>
            <w:tcW w:type="dxa" w:w="1037"/>
          </w:tcPr>
          <w:p>
            <w:pPr>
              <w:spacing w:after="0"/>
              <w:jc w:val="left"/>
            </w:pPr>
            <w:r>
              <w:rPr>
                <w:sz w:val="16"/>
              </w:rPr>
              <w:t>2029-04-18</w:t>
            </w:r>
          </w:p>
        </w:tc>
        <w:tc>
          <w:tcPr>
            <w:tcW w:type="dxa" w:w="833"/>
          </w:tcPr>
          <w:p>
            <w:pPr>
              <w:spacing w:after="0"/>
              <w:jc w:val="right"/>
            </w:pPr>
            <w:r>
              <w:rPr>
                <w:sz w:val="16"/>
              </w:rPr>
              <w:t>933</w:t>
            </w:r>
          </w:p>
        </w:tc>
        <w:tc>
          <w:tcPr>
            <w:tcW w:type="dxa" w:w="1366"/>
          </w:tcPr>
          <w:p>
            <w:pPr>
              <w:spacing w:after="0"/>
              <w:jc w:val="left"/>
            </w:pPr>
          </w:p>
        </w:tc>
        <w:tc>
          <w:tcPr>
            <w:tcW w:type="dxa" w:w="1653"/>
          </w:tcPr>
          <w:p>
            <w:pPr>
              <w:spacing w:after="0"/>
              <w:jc w:val="left"/>
            </w:pPr>
            <w:r>
              <w:rPr>
                <w:sz w:val="16"/>
              </w:rPr>
              <w:t>member approved 2024-06-07</w:t>
            </w:r>
          </w:p>
        </w:tc>
      </w:tr>
      <w:tr>
        <w:trPr>
          <w:cantSplit/>
        </w:trPr>
        <w:tc>
          <w:tcPr>
            <w:tcW w:type="dxa" w:w="1716"/>
          </w:tcPr>
          <w:p>
            <w:pPr>
              <w:spacing w:after="0"/>
              <w:jc w:val="left"/>
            </w:pPr>
            <w:r>
              <w:rPr>
                <w:sz w:val="16"/>
              </w:rPr>
              <w:t>Royal Center town</w:t>
            </w:r>
          </w:p>
        </w:tc>
        <w:tc>
          <w:tcPr>
            <w:tcW w:type="dxa" w:w="1651"/>
          </w:tcPr>
          <w:p>
            <w:pPr>
              <w:spacing w:after="0"/>
              <w:jc w:val="left"/>
            </w:pPr>
            <w:r>
              <w:rPr>
                <w:sz w:val="16"/>
              </w:rPr>
              <w:t>Town</w:t>
            </w:r>
          </w:p>
        </w:tc>
        <w:tc>
          <w:tcPr>
            <w:tcW w:type="dxa" w:w="1781"/>
          </w:tcPr>
          <w:p>
            <w:pPr>
              <w:spacing w:after="0"/>
              <w:jc w:val="left"/>
            </w:pPr>
            <w:r>
              <w:rPr>
                <w:sz w:val="16"/>
              </w:rPr>
              <w:t>Approved, expires 2029-04-18</w:t>
            </w:r>
          </w:p>
        </w:tc>
        <w:tc>
          <w:tcPr>
            <w:tcW w:type="dxa" w:w="2885"/>
          </w:tcPr>
          <w:p>
            <w:pPr>
              <w:spacing w:after="0"/>
              <w:jc w:val="left"/>
            </w:pPr>
            <w:r>
              <w:rPr>
                <w:sz w:val="16"/>
              </w:rPr>
              <w:t>Cass County 2024 Hazard Mitigation Plan (FEMA plan 109666)</w:t>
            </w:r>
          </w:p>
        </w:tc>
        <w:tc>
          <w:tcPr>
            <w:tcW w:type="dxa" w:w="1191"/>
          </w:tcPr>
          <w:p>
            <w:pPr>
              <w:spacing w:after="0"/>
              <w:jc w:val="left"/>
            </w:pPr>
            <w:r>
              <w:rPr>
                <w:sz w:val="16"/>
              </w:rPr>
              <w:t>2024-04-19</w:t>
            </w:r>
          </w:p>
        </w:tc>
        <w:tc>
          <w:tcPr>
            <w:tcW w:type="dxa" w:w="1037"/>
          </w:tcPr>
          <w:p>
            <w:pPr>
              <w:spacing w:after="0"/>
              <w:jc w:val="left"/>
            </w:pPr>
            <w:r>
              <w:rPr>
                <w:sz w:val="16"/>
              </w:rPr>
              <w:t>2029-04-18</w:t>
            </w:r>
          </w:p>
        </w:tc>
        <w:tc>
          <w:tcPr>
            <w:tcW w:type="dxa" w:w="833"/>
          </w:tcPr>
          <w:p>
            <w:pPr>
              <w:spacing w:after="0"/>
              <w:jc w:val="right"/>
            </w:pPr>
            <w:r>
              <w:rPr>
                <w:sz w:val="16"/>
              </w:rPr>
              <w:t>933</w:t>
            </w:r>
          </w:p>
        </w:tc>
        <w:tc>
          <w:tcPr>
            <w:tcW w:type="dxa" w:w="1366"/>
          </w:tcPr>
          <w:p>
            <w:pPr>
              <w:spacing w:after="0"/>
              <w:jc w:val="left"/>
            </w:pPr>
          </w:p>
        </w:tc>
        <w:tc>
          <w:tcPr>
            <w:tcW w:type="dxa" w:w="1653"/>
          </w:tcPr>
          <w:p>
            <w:pPr>
              <w:spacing w:after="0"/>
              <w:jc w:val="left"/>
            </w:pPr>
            <w:r>
              <w:rPr>
                <w:sz w:val="16"/>
              </w:rPr>
              <w:t>member approved 2024-05-22</w:t>
            </w:r>
          </w:p>
        </w:tc>
      </w:tr>
      <w:tr>
        <w:trPr>
          <w:cantSplit/>
        </w:trPr>
        <w:tc>
          <w:tcPr>
            <w:tcW w:type="dxa" w:w="1716"/>
          </w:tcPr>
          <w:p>
            <w:pPr>
              <w:spacing w:after="0"/>
              <w:jc w:val="left"/>
            </w:pPr>
            <w:r>
              <w:rPr>
                <w:sz w:val="16"/>
              </w:rPr>
              <w:t>Walton town</w:t>
            </w:r>
          </w:p>
        </w:tc>
        <w:tc>
          <w:tcPr>
            <w:tcW w:type="dxa" w:w="1651"/>
          </w:tcPr>
          <w:p>
            <w:pPr>
              <w:spacing w:after="0"/>
              <w:jc w:val="left"/>
            </w:pPr>
            <w:r>
              <w:rPr>
                <w:sz w:val="16"/>
              </w:rPr>
              <w:t>Town</w:t>
            </w:r>
          </w:p>
        </w:tc>
        <w:tc>
          <w:tcPr>
            <w:tcW w:type="dxa" w:w="1781"/>
          </w:tcPr>
          <w:p>
            <w:pPr>
              <w:spacing w:after="0"/>
              <w:jc w:val="left"/>
            </w:pPr>
            <w:r>
              <w:rPr>
                <w:sz w:val="16"/>
              </w:rPr>
              <w:t>Plan 109666 approved 2024-04-19, pending adoption here; not yet eligible</w:t>
            </w:r>
          </w:p>
        </w:tc>
        <w:tc>
          <w:tcPr>
            <w:tcW w:type="dxa" w:w="2885"/>
          </w:tcPr>
          <w:p>
            <w:pPr>
              <w:spacing w:after="0"/>
              <w:jc w:val="left"/>
            </w:pPr>
            <w:r>
              <w:rPr>
                <w:sz w:val="16"/>
              </w:rPr>
              <w:t>Cass County 2024 Hazard Mitigation Plan (FEMA plan 109666), pending adoption here</w:t>
            </w:r>
          </w:p>
        </w:tc>
        <w:tc>
          <w:tcPr>
            <w:tcW w:type="dxa" w:w="1191"/>
          </w:tcPr>
          <w:p>
            <w:pPr>
              <w:spacing w:after="0"/>
              <w:jc w:val="left"/>
            </w:pPr>
            <w:r>
              <w:rPr>
                <w:sz w:val="16"/>
              </w:rPr>
              <w:t>2024-04-19 by FEMA; not yet adopted here</w:t>
            </w:r>
          </w:p>
        </w:tc>
        <w:tc>
          <w:tcPr>
            <w:tcW w:type="dxa" w:w="1037"/>
          </w:tcPr>
          <w:p>
            <w:pPr>
              <w:spacing w:after="0"/>
              <w:jc w:val="left"/>
            </w:pPr>
            <w:r>
              <w:rPr>
                <w:sz w:val="16"/>
              </w:rPr>
              <w:t>2029-04-18 once adopted</w:t>
            </w:r>
          </w:p>
        </w:tc>
        <w:tc>
          <w:tcPr>
            <w:tcW w:type="dxa" w:w="833"/>
          </w:tcPr>
          <w:p>
            <w:pPr>
              <w:spacing w:after="0"/>
              <w:jc w:val="right"/>
            </w:pPr>
          </w:p>
        </w:tc>
        <w:tc>
          <w:tcPr>
            <w:tcW w:type="dxa" w:w="1366"/>
          </w:tcPr>
          <w:p>
            <w:pPr>
              <w:spacing w:after="0"/>
              <w:jc w:val="left"/>
            </w:pPr>
            <w:r>
              <w:rPr>
                <w:sz w:val="16"/>
              </w:rPr>
              <w:t>FEMA tracker shows a plan approvable pending adoption</w:t>
            </w:r>
          </w:p>
        </w:tc>
        <w:tc>
          <w:tcPr>
            <w:tcW w:type="dxa" w:w="1653"/>
          </w:tcPr>
          <w:p>
            <w:pPr>
              <w:spacing w:after="0"/>
              <w:jc w:val="left"/>
            </w:pPr>
            <w:r>
              <w:rPr>
                <w:sz w:val="16"/>
              </w:rPr>
              <w:t>Not yet eligible: adopt the approved plan.</w:t>
            </w:r>
          </w:p>
        </w:tc>
      </w:tr>
      <w:tr>
        <w:trPr>
          <w:cantSplit/>
        </w:trPr>
        <w:tc>
          <w:tcPr>
            <w:tcW w:type="dxa" w:w="1716"/>
          </w:tcPr>
          <w:p>
            <w:pPr>
              <w:spacing w:after="0"/>
              <w:jc w:val="left"/>
            </w:pPr>
            <w:r>
              <w:rPr>
                <w:sz w:val="16"/>
              </w:rPr>
              <w:t>Caston School Corporation</w:t>
            </w:r>
          </w:p>
        </w:tc>
        <w:tc>
          <w:tcPr>
            <w:tcW w:type="dxa" w:w="1651"/>
          </w:tcPr>
          <w:p>
            <w:pPr>
              <w:spacing w:after="0"/>
              <w:jc w:val="left"/>
            </w:pPr>
            <w:r>
              <w:rPr>
                <w:sz w:val="16"/>
              </w:rPr>
              <w:t>School/School District</w:t>
            </w:r>
          </w:p>
        </w:tc>
        <w:tc>
          <w:tcPr>
            <w:tcW w:type="dxa" w:w="1781"/>
          </w:tcPr>
          <w:p>
            <w:pPr>
              <w:spacing w:after="0"/>
              <w:jc w:val="left"/>
            </w:pPr>
            <w:r>
              <w:rPr>
                <w:sz w:val="16"/>
              </w:rPr>
              <w:t>Approved, expires 2029-04-18</w:t>
            </w:r>
          </w:p>
        </w:tc>
        <w:tc>
          <w:tcPr>
            <w:tcW w:type="dxa" w:w="2885"/>
          </w:tcPr>
          <w:p>
            <w:pPr>
              <w:spacing w:after="0"/>
              <w:jc w:val="left"/>
            </w:pPr>
            <w:r>
              <w:rPr>
                <w:sz w:val="16"/>
              </w:rPr>
              <w:t>Cass County 2024 Hazard Mitigation Plan (FEMA plan 109666)</w:t>
            </w:r>
          </w:p>
        </w:tc>
        <w:tc>
          <w:tcPr>
            <w:tcW w:type="dxa" w:w="1191"/>
          </w:tcPr>
          <w:p>
            <w:pPr>
              <w:spacing w:after="0"/>
              <w:jc w:val="left"/>
            </w:pPr>
            <w:r>
              <w:rPr>
                <w:sz w:val="16"/>
              </w:rPr>
              <w:t>2024-04-19</w:t>
            </w:r>
          </w:p>
        </w:tc>
        <w:tc>
          <w:tcPr>
            <w:tcW w:type="dxa" w:w="1037"/>
          </w:tcPr>
          <w:p>
            <w:pPr>
              <w:spacing w:after="0"/>
              <w:jc w:val="left"/>
            </w:pPr>
            <w:r>
              <w:rPr>
                <w:sz w:val="16"/>
              </w:rPr>
              <w:t>2029-04-18</w:t>
            </w:r>
          </w:p>
        </w:tc>
        <w:tc>
          <w:tcPr>
            <w:tcW w:type="dxa" w:w="833"/>
          </w:tcPr>
          <w:p>
            <w:pPr>
              <w:spacing w:after="0"/>
              <w:jc w:val="right"/>
            </w:pPr>
            <w:r>
              <w:rPr>
                <w:sz w:val="16"/>
              </w:rPr>
              <w:t>933</w:t>
            </w:r>
          </w:p>
        </w:tc>
        <w:tc>
          <w:tcPr>
            <w:tcW w:type="dxa" w:w="1366"/>
          </w:tcPr>
          <w:p>
            <w:pPr>
              <w:spacing w:after="0"/>
              <w:jc w:val="left"/>
            </w:pPr>
          </w:p>
        </w:tc>
        <w:tc>
          <w:tcPr>
            <w:tcW w:type="dxa" w:w="1653"/>
          </w:tcPr>
          <w:p>
            <w:pPr>
              <w:spacing w:after="0"/>
              <w:jc w:val="left"/>
            </w:pPr>
            <w:r>
              <w:rPr>
                <w:sz w:val="16"/>
              </w:rPr>
              <w:t>member approved 2024-04-29</w:t>
            </w:r>
          </w:p>
        </w:tc>
      </w:tr>
      <w:tr>
        <w:trPr>
          <w:cantSplit/>
        </w:trPr>
        <w:tc>
          <w:tcPr>
            <w:tcW w:type="dxa" w:w="1716"/>
          </w:tcPr>
          <w:p>
            <w:pPr>
              <w:spacing w:after="0"/>
              <w:jc w:val="left"/>
            </w:pPr>
            <w:r>
              <w:rPr>
                <w:sz w:val="16"/>
              </w:rPr>
              <w:t>Logansport Community School Corporation</w:t>
            </w:r>
          </w:p>
        </w:tc>
        <w:tc>
          <w:tcPr>
            <w:tcW w:type="dxa" w:w="1651"/>
          </w:tcPr>
          <w:p>
            <w:pPr>
              <w:spacing w:after="0"/>
              <w:jc w:val="left"/>
            </w:pPr>
            <w:r>
              <w:rPr>
                <w:sz w:val="16"/>
              </w:rPr>
              <w:t>School/School District</w:t>
            </w:r>
          </w:p>
        </w:tc>
        <w:tc>
          <w:tcPr>
            <w:tcW w:type="dxa" w:w="1781"/>
          </w:tcPr>
          <w:p>
            <w:pPr>
              <w:spacing w:after="0"/>
              <w:jc w:val="left"/>
            </w:pPr>
            <w:r>
              <w:rPr>
                <w:sz w:val="16"/>
              </w:rPr>
              <w:t>Approved, expires 2029-04-18</w:t>
            </w:r>
          </w:p>
        </w:tc>
        <w:tc>
          <w:tcPr>
            <w:tcW w:type="dxa" w:w="2885"/>
          </w:tcPr>
          <w:p>
            <w:pPr>
              <w:spacing w:after="0"/>
              <w:jc w:val="left"/>
            </w:pPr>
            <w:r>
              <w:rPr>
                <w:sz w:val="16"/>
              </w:rPr>
              <w:t>Cass County 2024 Hazard Mitigation Plan (FEMA plan 109666)</w:t>
            </w:r>
          </w:p>
        </w:tc>
        <w:tc>
          <w:tcPr>
            <w:tcW w:type="dxa" w:w="1191"/>
          </w:tcPr>
          <w:p>
            <w:pPr>
              <w:spacing w:after="0"/>
              <w:jc w:val="left"/>
            </w:pPr>
            <w:r>
              <w:rPr>
                <w:sz w:val="16"/>
              </w:rPr>
              <w:t>2024-04-19</w:t>
            </w:r>
          </w:p>
        </w:tc>
        <w:tc>
          <w:tcPr>
            <w:tcW w:type="dxa" w:w="1037"/>
          </w:tcPr>
          <w:p>
            <w:pPr>
              <w:spacing w:after="0"/>
              <w:jc w:val="left"/>
            </w:pPr>
            <w:r>
              <w:rPr>
                <w:sz w:val="16"/>
              </w:rPr>
              <w:t>2029-04-18</w:t>
            </w:r>
          </w:p>
        </w:tc>
        <w:tc>
          <w:tcPr>
            <w:tcW w:type="dxa" w:w="833"/>
          </w:tcPr>
          <w:p>
            <w:pPr>
              <w:spacing w:after="0"/>
              <w:jc w:val="right"/>
            </w:pPr>
            <w:r>
              <w:rPr>
                <w:sz w:val="16"/>
              </w:rPr>
              <w:t>933</w:t>
            </w:r>
          </w:p>
        </w:tc>
        <w:tc>
          <w:tcPr>
            <w:tcW w:type="dxa" w:w="1366"/>
          </w:tcPr>
          <w:p>
            <w:pPr>
              <w:spacing w:after="0"/>
              <w:jc w:val="left"/>
            </w:pPr>
          </w:p>
        </w:tc>
        <w:tc>
          <w:tcPr>
            <w:tcW w:type="dxa" w:w="1653"/>
          </w:tcPr>
          <w:p>
            <w:pPr>
              <w:spacing w:after="0"/>
              <w:jc w:val="left"/>
            </w:pPr>
          </w:p>
        </w:tc>
      </w:tr>
      <w:tr>
        <w:trPr>
          <w:cantSplit/>
        </w:trPr>
        <w:tc>
          <w:tcPr>
            <w:tcW w:type="dxa" w:w="1716"/>
          </w:tcPr>
          <w:p>
            <w:pPr>
              <w:spacing w:after="0"/>
              <w:jc w:val="left"/>
            </w:pPr>
            <w:r>
              <w:rPr>
                <w:sz w:val="16"/>
              </w:rPr>
              <w:t>Pioneer Regional School Corporation</w:t>
            </w:r>
          </w:p>
        </w:tc>
        <w:tc>
          <w:tcPr>
            <w:tcW w:type="dxa" w:w="1651"/>
          </w:tcPr>
          <w:p>
            <w:pPr>
              <w:spacing w:after="0"/>
              <w:jc w:val="left"/>
            </w:pPr>
            <w:r>
              <w:rPr>
                <w:sz w:val="16"/>
              </w:rPr>
              <w:t>School/School District</w:t>
            </w:r>
          </w:p>
        </w:tc>
        <w:tc>
          <w:tcPr>
            <w:tcW w:type="dxa" w:w="1781"/>
          </w:tcPr>
          <w:p>
            <w:pPr>
              <w:spacing w:after="0"/>
              <w:jc w:val="left"/>
            </w:pPr>
            <w:r>
              <w:rPr>
                <w:sz w:val="16"/>
              </w:rPr>
              <w:t>Approved, expires 2029-04-18</w:t>
            </w:r>
          </w:p>
        </w:tc>
        <w:tc>
          <w:tcPr>
            <w:tcW w:type="dxa" w:w="2885"/>
          </w:tcPr>
          <w:p>
            <w:pPr>
              <w:spacing w:after="0"/>
              <w:jc w:val="left"/>
            </w:pPr>
            <w:r>
              <w:rPr>
                <w:sz w:val="16"/>
              </w:rPr>
              <w:t>Cass County 2024 Hazard Mitigation Plan (FEMA plan 109666)</w:t>
            </w:r>
          </w:p>
        </w:tc>
        <w:tc>
          <w:tcPr>
            <w:tcW w:type="dxa" w:w="1191"/>
          </w:tcPr>
          <w:p>
            <w:pPr>
              <w:spacing w:after="0"/>
              <w:jc w:val="left"/>
            </w:pPr>
            <w:r>
              <w:rPr>
                <w:sz w:val="16"/>
              </w:rPr>
              <w:t>2024-04-19</w:t>
            </w:r>
          </w:p>
        </w:tc>
        <w:tc>
          <w:tcPr>
            <w:tcW w:type="dxa" w:w="1037"/>
          </w:tcPr>
          <w:p>
            <w:pPr>
              <w:spacing w:after="0"/>
              <w:jc w:val="left"/>
            </w:pPr>
            <w:r>
              <w:rPr>
                <w:sz w:val="16"/>
              </w:rPr>
              <w:t>2029-04-18</w:t>
            </w:r>
          </w:p>
        </w:tc>
        <w:tc>
          <w:tcPr>
            <w:tcW w:type="dxa" w:w="833"/>
          </w:tcPr>
          <w:p>
            <w:pPr>
              <w:spacing w:after="0"/>
              <w:jc w:val="right"/>
            </w:pPr>
            <w:r>
              <w:rPr>
                <w:sz w:val="16"/>
              </w:rPr>
              <w:t>933</w:t>
            </w:r>
          </w:p>
        </w:tc>
        <w:tc>
          <w:tcPr>
            <w:tcW w:type="dxa" w:w="1366"/>
          </w:tcPr>
          <w:p>
            <w:pPr>
              <w:spacing w:after="0"/>
              <w:jc w:val="left"/>
            </w:pPr>
          </w:p>
        </w:tc>
        <w:tc>
          <w:tcPr>
            <w:tcW w:type="dxa" w:w="1653"/>
          </w:tcPr>
          <w:p>
            <w:pPr>
              <w:spacing w:after="0"/>
              <w:jc w:val="left"/>
            </w:pPr>
            <w:r>
              <w:rPr>
                <w:sz w:val="16"/>
              </w:rPr>
              <w:t>member approved 2024-04-29</w:t>
            </w:r>
          </w:p>
        </w:tc>
      </w:tr>
      <w:tr>
        <w:trPr>
          <w:cantSplit/>
        </w:trPr>
        <w:tc>
          <w:tcPr>
            <w:tcW w:type="dxa" w:w="1716"/>
          </w:tcPr>
          <w:p>
            <w:pPr>
              <w:spacing w:after="0"/>
              <w:jc w:val="left"/>
            </w:pPr>
            <w:r>
              <w:rPr>
                <w:sz w:val="16"/>
              </w:rPr>
              <w:t>Lewis Cass Schools</w:t>
            </w:r>
          </w:p>
        </w:tc>
        <w:tc>
          <w:tcPr>
            <w:tcW w:type="dxa" w:w="1651"/>
          </w:tcPr>
          <w:p>
            <w:pPr>
              <w:spacing w:after="0"/>
              <w:jc w:val="left"/>
            </w:pPr>
            <w:r>
              <w:rPr>
                <w:sz w:val="16"/>
              </w:rPr>
              <w:t>School/School District</w:t>
            </w:r>
          </w:p>
        </w:tc>
        <w:tc>
          <w:tcPr>
            <w:tcW w:type="dxa" w:w="1781"/>
          </w:tcPr>
          <w:p>
            <w:pPr>
              <w:spacing w:after="0"/>
              <w:jc w:val="left"/>
            </w:pPr>
            <w:r>
              <w:rPr>
                <w:sz w:val="16"/>
              </w:rPr>
              <w:t>Approved, expires 2029-04-18</w:t>
            </w:r>
          </w:p>
        </w:tc>
        <w:tc>
          <w:tcPr>
            <w:tcW w:type="dxa" w:w="2885"/>
          </w:tcPr>
          <w:p>
            <w:pPr>
              <w:spacing w:after="0"/>
              <w:jc w:val="left"/>
            </w:pPr>
            <w:r>
              <w:rPr>
                <w:sz w:val="16"/>
              </w:rPr>
              <w:t>Cass County 2024 Hazard Mitigation Plan (FEMA plan 109666)</w:t>
            </w:r>
          </w:p>
        </w:tc>
        <w:tc>
          <w:tcPr>
            <w:tcW w:type="dxa" w:w="1191"/>
          </w:tcPr>
          <w:p>
            <w:pPr>
              <w:spacing w:after="0"/>
              <w:jc w:val="left"/>
            </w:pPr>
            <w:r>
              <w:rPr>
                <w:sz w:val="16"/>
              </w:rPr>
              <w:t>2024-04-19</w:t>
            </w:r>
          </w:p>
        </w:tc>
        <w:tc>
          <w:tcPr>
            <w:tcW w:type="dxa" w:w="1037"/>
          </w:tcPr>
          <w:p>
            <w:pPr>
              <w:spacing w:after="0"/>
              <w:jc w:val="left"/>
            </w:pPr>
            <w:r>
              <w:rPr>
                <w:sz w:val="16"/>
              </w:rPr>
              <w:t>2029-04-18</w:t>
            </w:r>
          </w:p>
        </w:tc>
        <w:tc>
          <w:tcPr>
            <w:tcW w:type="dxa" w:w="833"/>
          </w:tcPr>
          <w:p>
            <w:pPr>
              <w:spacing w:after="0"/>
              <w:jc w:val="right"/>
            </w:pPr>
            <w:r>
              <w:rPr>
                <w:sz w:val="16"/>
              </w:rPr>
              <w:t>933</w:t>
            </w:r>
          </w:p>
        </w:tc>
        <w:tc>
          <w:tcPr>
            <w:tcW w:type="dxa" w:w="1366"/>
          </w:tcPr>
          <w:p>
            <w:pPr>
              <w:spacing w:after="0"/>
              <w:jc w:val="left"/>
            </w:pPr>
          </w:p>
        </w:tc>
        <w:tc>
          <w:tcPr>
            <w:tcW w:type="dxa" w:w="1653"/>
          </w:tcPr>
          <w:p>
            <w:pPr>
              <w:spacing w:after="0"/>
              <w:jc w:val="left"/>
            </w:pPr>
            <w:r>
              <w:rPr>
                <w:sz w:val="16"/>
              </w:rPr>
              <w:t>member approved 2024-04-29</w:t>
            </w:r>
          </w:p>
        </w:tc>
      </w:tr>
      <w:tr>
        <w:trPr>
          <w:cantSplit/>
        </w:trPr>
        <w:tc>
          <w:tcPr>
            <w:tcW w:type="dxa" w:w="1716"/>
          </w:tcPr>
          <w:p>
            <w:pPr>
              <w:spacing w:after="0"/>
              <w:jc w:val="left"/>
            </w:pPr>
            <w:r>
              <w:rPr>
                <w:sz w:val="16"/>
              </w:rPr>
              <w:t>Ridgeview Lake Association, Inc.</w:t>
            </w:r>
          </w:p>
        </w:tc>
        <w:tc>
          <w:tcPr>
            <w:tcW w:type="dxa" w:w="1651"/>
          </w:tcPr>
          <w:p>
            <w:pPr>
              <w:spacing w:after="0"/>
              <w:jc w:val="left"/>
            </w:pPr>
            <w:r>
              <w:rPr>
                <w:sz w:val="16"/>
              </w:rPr>
              <w:t>Other</w:t>
            </w:r>
          </w:p>
        </w:tc>
        <w:tc>
          <w:tcPr>
            <w:tcW w:type="dxa" w:w="1781"/>
          </w:tcPr>
          <w:p>
            <w:pPr>
              <w:spacing w:after="0"/>
              <w:jc w:val="left"/>
            </w:pPr>
            <w:r>
              <w:rPr>
                <w:sz w:val="16"/>
              </w:rPr>
              <w:t>Approved, expires 2029-04-18</w:t>
            </w:r>
          </w:p>
        </w:tc>
        <w:tc>
          <w:tcPr>
            <w:tcW w:type="dxa" w:w="2885"/>
          </w:tcPr>
          <w:p>
            <w:pPr>
              <w:spacing w:after="0"/>
              <w:jc w:val="left"/>
            </w:pPr>
            <w:r>
              <w:rPr>
                <w:sz w:val="16"/>
              </w:rPr>
              <w:t>Cass County 2024 Hazard Mitigation Plan (FEMA plan 109666)</w:t>
            </w:r>
          </w:p>
        </w:tc>
        <w:tc>
          <w:tcPr>
            <w:tcW w:type="dxa" w:w="1191"/>
          </w:tcPr>
          <w:p>
            <w:pPr>
              <w:spacing w:after="0"/>
              <w:jc w:val="left"/>
            </w:pPr>
            <w:r>
              <w:rPr>
                <w:sz w:val="16"/>
              </w:rPr>
              <w:t>2024-04-19</w:t>
            </w:r>
          </w:p>
        </w:tc>
        <w:tc>
          <w:tcPr>
            <w:tcW w:type="dxa" w:w="1037"/>
          </w:tcPr>
          <w:p>
            <w:pPr>
              <w:spacing w:after="0"/>
              <w:jc w:val="left"/>
            </w:pPr>
            <w:r>
              <w:rPr>
                <w:sz w:val="16"/>
              </w:rPr>
              <w:t>2029-04-18</w:t>
            </w:r>
          </w:p>
        </w:tc>
        <w:tc>
          <w:tcPr>
            <w:tcW w:type="dxa" w:w="833"/>
          </w:tcPr>
          <w:p>
            <w:pPr>
              <w:spacing w:after="0"/>
              <w:jc w:val="right"/>
            </w:pPr>
            <w:r>
              <w:rPr>
                <w:sz w:val="16"/>
              </w:rPr>
              <w:t>933</w:t>
            </w:r>
          </w:p>
        </w:tc>
        <w:tc>
          <w:tcPr>
            <w:tcW w:type="dxa" w:w="1366"/>
          </w:tcPr>
          <w:p>
            <w:pPr>
              <w:spacing w:after="0"/>
              <w:jc w:val="left"/>
            </w:pPr>
          </w:p>
        </w:tc>
        <w:tc>
          <w:tcPr>
            <w:tcW w:type="dxa" w:w="165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$8,405,891</w:t>
            </w:r>
          </w:p>
        </w:tc>
        <w:tc>
          <w:tcPr>
            <w:tcW w:type="dxa" w:w="1126"/>
          </w:tcPr>
          <w:p>
            <w:pPr>
              <w:spacing w:after="0"/>
              <w:jc w:val="right"/>
            </w:pPr>
            <w:r>
              <w:rPr>
                <w:sz w:val="16"/>
              </w:rPr>
              <w:t>$31,132</w:t>
            </w:r>
          </w:p>
        </w:tc>
        <w:tc>
          <w:tcPr>
            <w:tcW w:type="dxa" w:w="1297"/>
          </w:tcPr>
          <w:p>
            <w:pPr>
              <w:spacing w:after="0"/>
              <w:jc w:val="right"/>
            </w:pPr>
            <w:r>
              <w:rPr>
                <w:sz w:val="16"/>
              </w:rPr>
              <w:t>$9,861</w:t>
            </w:r>
          </w:p>
        </w:tc>
        <w:tc>
          <w:tcPr>
            <w:tcW w:type="dxa" w:w="1111"/>
          </w:tcPr>
          <w:p>
            <w:pPr>
              <w:spacing w:after="0"/>
              <w:jc w:val="right"/>
            </w:pPr>
            <w:r>
              <w:rPr>
                <w:sz w:val="16"/>
              </w:rPr>
              <w:t>$8,446,884</w:t>
            </w:r>
          </w:p>
        </w:tc>
        <w:tc>
          <w:tcPr>
            <w:tcW w:type="dxa" w:w="1199"/>
          </w:tcPr>
          <w:p>
            <w:pPr>
              <w:spacing w:after="0"/>
              <w:jc w:val="right"/>
            </w:pPr>
            <w:r>
              <w:rPr>
                <w:sz w:val="16"/>
              </w:rPr>
              <w:t>23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$898</w:t>
            </w:r>
          </w:p>
        </w:tc>
        <w:tc>
          <w:tcPr>
            <w:tcW w:type="dxa" w:w="1126"/>
          </w:tcPr>
          <w:p>
            <w:pPr>
              <w:spacing w:after="0"/>
              <w:jc w:val="right"/>
            </w:pPr>
            <w:r>
              <w:rPr>
                <w:sz w:val="16"/>
              </w:rPr>
              <w:t>$68,764</w:t>
            </w:r>
          </w:p>
        </w:tc>
        <w:tc>
          <w:tcPr>
            <w:tcW w:type="dxa" w:w="1297"/>
          </w:tcPr>
          <w:p>
            <w:pPr>
              <w:spacing w:after="0"/>
              <w:jc w:val="right"/>
            </w:pPr>
            <w:r>
              <w:rPr>
                <w:sz w:val="16"/>
              </w:rPr>
              <w:t>$1,997,448</w:t>
            </w:r>
          </w:p>
        </w:tc>
        <w:tc>
          <w:tcPr>
            <w:tcW w:type="dxa" w:w="1111"/>
          </w:tcPr>
          <w:p>
            <w:pPr>
              <w:spacing w:after="0"/>
              <w:jc w:val="right"/>
            </w:pPr>
            <w:r>
              <w:rPr>
                <w:sz w:val="16"/>
              </w:rPr>
              <w:t>$2,067,110</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$588,908</w:t>
            </w:r>
          </w:p>
        </w:tc>
        <w:tc>
          <w:tcPr>
            <w:tcW w:type="dxa" w:w="1126"/>
          </w:tcPr>
          <w:p>
            <w:pPr>
              <w:spacing w:after="0"/>
              <w:jc w:val="right"/>
            </w:pPr>
            <w:r>
              <w:rPr>
                <w:sz w:val="16"/>
              </w:rPr>
              <w:t>$2,157</w:t>
            </w:r>
          </w:p>
        </w:tc>
        <w:tc>
          <w:tcPr>
            <w:tcW w:type="dxa" w:w="1297"/>
          </w:tcPr>
          <w:p>
            <w:pPr>
              <w:spacing w:after="0"/>
              <w:jc w:val="right"/>
            </w:pPr>
            <w:r>
              <w:rPr>
                <w:sz w:val="16"/>
              </w:rPr>
              <w:t>$861,236</w:t>
            </w:r>
          </w:p>
        </w:tc>
        <w:tc>
          <w:tcPr>
            <w:tcW w:type="dxa" w:w="1111"/>
          </w:tcPr>
          <w:p>
            <w:pPr>
              <w:spacing w:after="0"/>
              <w:jc w:val="right"/>
            </w:pPr>
            <w:r>
              <w:rPr>
                <w:sz w:val="16"/>
              </w:rPr>
              <w:t>$1,452,301</w:t>
            </w:r>
          </w:p>
        </w:tc>
        <w:tc>
          <w:tcPr>
            <w:tcW w:type="dxa" w:w="1199"/>
          </w:tcPr>
          <w:p>
            <w:pPr>
              <w:spacing w:after="0"/>
              <w:jc w:val="right"/>
            </w:pPr>
            <w:r>
              <w:rPr>
                <w:sz w:val="16"/>
              </w:rPr>
              <w:t>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High</w:t>
            </w:r>
          </w:p>
        </w:tc>
        <w:tc>
          <w:tcPr>
            <w:tcW w:type="dxa" w:w="1185"/>
          </w:tcPr>
          <w:p>
            <w:pPr>
              <w:spacing w:after="0"/>
              <w:jc w:val="left"/>
            </w:pPr>
            <w:r>
              <w:rPr>
                <w:sz w:val="16"/>
              </w:rPr>
              <w:t>Relatively Moderate</w:t>
            </w:r>
          </w:p>
        </w:tc>
        <w:tc>
          <w:tcPr>
            <w:tcW w:type="dxa" w:w="1037"/>
          </w:tcPr>
          <w:p>
            <w:pPr>
              <w:spacing w:after="0"/>
              <w:jc w:val="right"/>
            </w:pPr>
            <w:r>
              <w:rPr>
                <w:sz w:val="16"/>
              </w:rPr>
              <w:t>$250,638</w:t>
            </w:r>
          </w:p>
        </w:tc>
        <w:tc>
          <w:tcPr>
            <w:tcW w:type="dxa" w:w="1126"/>
          </w:tcPr>
          <w:p>
            <w:pPr>
              <w:spacing w:after="0"/>
              <w:jc w:val="right"/>
            </w:pPr>
            <w:r>
              <w:rPr>
                <w:sz w:val="16"/>
              </w:rPr>
              <w:t>$2,686</w:t>
            </w:r>
          </w:p>
        </w:tc>
        <w:tc>
          <w:tcPr>
            <w:tcW w:type="dxa" w:w="1297"/>
          </w:tcPr>
          <w:p>
            <w:pPr>
              <w:spacing w:after="0"/>
              <w:jc w:val="right"/>
            </w:pPr>
            <w:r>
              <w:rPr>
                <w:sz w:val="16"/>
              </w:rPr>
              <w:t>$1,083,609</w:t>
            </w:r>
          </w:p>
        </w:tc>
        <w:tc>
          <w:tcPr>
            <w:tcW w:type="dxa" w:w="1111"/>
          </w:tcPr>
          <w:p>
            <w:pPr>
              <w:spacing w:after="0"/>
              <w:jc w:val="right"/>
            </w:pPr>
            <w:r>
              <w:rPr>
                <w:sz w:val="16"/>
              </w:rPr>
              <w:t>$1,336,933</w:t>
            </w:r>
          </w:p>
        </w:tc>
        <w:tc>
          <w:tcPr>
            <w:tcW w:type="dxa" w:w="1199"/>
          </w:tcPr>
          <w:p>
            <w:pPr>
              <w:spacing w:after="0"/>
              <w:jc w:val="right"/>
            </w:pPr>
            <w:r>
              <w:rPr>
                <w:sz w:val="16"/>
              </w:rPr>
              <w:t>200</w:t>
            </w:r>
          </w:p>
        </w:tc>
        <w:tc>
          <w:tcPr>
            <w:tcW w:type="dxa" w:w="2172"/>
          </w:tcPr>
          <w:p>
            <w:pPr>
              <w:spacing w:after="0"/>
              <w:jc w:val="left"/>
            </w:pPr>
          </w:p>
        </w:tc>
        <w:tc>
          <w:tcPr>
            <w:tcW w:type="dxa" w:w="2080"/>
          </w:tcPr>
          <w:p>
            <w:pPr>
              <w:spacing w:after="0"/>
              <w:jc w:val="left"/>
            </w:pPr>
            <w:r>
              <w:rPr>
                <w:sz w:val="16"/>
              </w:rPr>
              <w:t>Includes 10 High Wind records and 1 Strong Wind record,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Hail</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$506,820</w:t>
            </w:r>
          </w:p>
        </w:tc>
        <w:tc>
          <w:tcPr>
            <w:tcW w:type="dxa" w:w="1126"/>
          </w:tcPr>
          <w:p>
            <w:pPr>
              <w:spacing w:after="0"/>
              <w:jc w:val="right"/>
            </w:pPr>
            <w:r>
              <w:rPr>
                <w:sz w:val="16"/>
              </w:rPr>
              <w:t>$27,661</w:t>
            </w:r>
          </w:p>
        </w:tc>
        <w:tc>
          <w:tcPr>
            <w:tcW w:type="dxa" w:w="1297"/>
          </w:tcPr>
          <w:p>
            <w:pPr>
              <w:spacing w:after="0"/>
              <w:jc w:val="right"/>
            </w:pPr>
            <w:r>
              <w:rPr>
                <w:sz w:val="16"/>
              </w:rPr>
              <w:t>$48,171</w:t>
            </w:r>
          </w:p>
        </w:tc>
        <w:tc>
          <w:tcPr>
            <w:tcW w:type="dxa" w:w="1111"/>
          </w:tcPr>
          <w:p>
            <w:pPr>
              <w:spacing w:after="0"/>
              <w:jc w:val="right"/>
            </w:pPr>
            <w:r>
              <w:rPr>
                <w:sz w:val="16"/>
              </w:rPr>
              <w:t>$582,651</w:t>
            </w:r>
          </w:p>
        </w:tc>
        <w:tc>
          <w:tcPr>
            <w:tcW w:type="dxa" w:w="1199"/>
          </w:tcPr>
          <w:p>
            <w:pPr>
              <w:spacing w:after="0"/>
              <w:jc w:val="right"/>
            </w:pPr>
            <w:r>
              <w:rPr>
                <w:sz w:val="16"/>
              </w:rPr>
              <w:t>58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$3,294</w:t>
            </w:r>
          </w:p>
        </w:tc>
        <w:tc>
          <w:tcPr>
            <w:tcW w:type="dxa" w:w="1126"/>
          </w:tcPr>
          <w:p>
            <w:pPr>
              <w:spacing w:after="0"/>
              <w:jc w:val="right"/>
            </w:pPr>
            <w:r>
              <w:rPr>
                <w:sz w:val="16"/>
              </w:rPr>
              <w:t>$3</w:t>
            </w:r>
          </w:p>
        </w:tc>
        <w:tc>
          <w:tcPr>
            <w:tcW w:type="dxa" w:w="1297"/>
          </w:tcPr>
          <w:p>
            <w:pPr>
              <w:spacing w:after="0"/>
              <w:jc w:val="right"/>
            </w:pPr>
            <w:r>
              <w:rPr>
                <w:sz w:val="16"/>
              </w:rPr>
              <w:t>$543,118</w:t>
            </w:r>
          </w:p>
        </w:tc>
        <w:tc>
          <w:tcPr>
            <w:tcW w:type="dxa" w:w="1111"/>
          </w:tcPr>
          <w:p>
            <w:pPr>
              <w:spacing w:after="0"/>
              <w:jc w:val="right"/>
            </w:pPr>
            <w:r>
              <w:rPr>
                <w:sz w:val="16"/>
              </w:rPr>
              <w:t>$546,415</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$371,306</w:t>
            </w:r>
          </w:p>
        </w:tc>
        <w:tc>
          <w:tcPr>
            <w:tcW w:type="dxa" w:w="1126"/>
          </w:tcPr>
          <w:p>
            <w:pPr>
              <w:spacing w:after="0"/>
              <w:jc w:val="right"/>
            </w:pPr>
          </w:p>
        </w:tc>
        <w:tc>
          <w:tcPr>
            <w:tcW w:type="dxa" w:w="1297"/>
          </w:tcPr>
          <w:p>
            <w:pPr>
              <w:spacing w:after="0"/>
              <w:jc w:val="right"/>
            </w:pPr>
            <w:r>
              <w:rPr>
                <w:sz w:val="16"/>
              </w:rPr>
              <w:t>$51,170</w:t>
            </w:r>
          </w:p>
        </w:tc>
        <w:tc>
          <w:tcPr>
            <w:tcW w:type="dxa" w:w="1111"/>
          </w:tcPr>
          <w:p>
            <w:pPr>
              <w:spacing w:after="0"/>
              <w:jc w:val="right"/>
            </w:pPr>
            <w:r>
              <w:rPr>
                <w:sz w:val="16"/>
              </w:rPr>
              <w:t>$422,475</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$404,443</w:t>
            </w:r>
          </w:p>
        </w:tc>
        <w:tc>
          <w:tcPr>
            <w:tcW w:type="dxa" w:w="1297"/>
          </w:tcPr>
          <w:p>
            <w:pPr>
              <w:spacing w:after="0"/>
              <w:jc w:val="right"/>
            </w:pPr>
          </w:p>
        </w:tc>
        <w:tc>
          <w:tcPr>
            <w:tcW w:type="dxa" w:w="1111"/>
          </w:tcPr>
          <w:p>
            <w:pPr>
              <w:spacing w:after="0"/>
              <w:jc w:val="right"/>
            </w:pPr>
            <w:r>
              <w:rPr>
                <w:sz w:val="16"/>
              </w:rPr>
              <w:t>$404,443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$11,659</w:t>
            </w:r>
          </w:p>
        </w:tc>
        <w:tc>
          <w:tcPr>
            <w:tcW w:type="dxa" w:w="1126"/>
          </w:tcPr>
          <w:p>
            <w:pPr>
              <w:spacing w:after="0"/>
              <w:jc w:val="right"/>
            </w:pPr>
          </w:p>
        </w:tc>
        <w:tc>
          <w:tcPr>
            <w:tcW w:type="dxa" w:w="1297"/>
          </w:tcPr>
          <w:p>
            <w:pPr>
              <w:spacing w:after="0"/>
              <w:jc w:val="right"/>
            </w:pPr>
            <w:r>
              <w:rPr>
                <w:sz w:val="16"/>
              </w:rPr>
              <w:t>$138,258</w:t>
            </w:r>
          </w:p>
        </w:tc>
        <w:tc>
          <w:tcPr>
            <w:tcW w:type="dxa" w:w="1111"/>
          </w:tcPr>
          <w:p>
            <w:pPr>
              <w:spacing w:after="0"/>
              <w:jc w:val="right"/>
            </w:pPr>
            <w:r>
              <w:rPr>
                <w:sz w:val="16"/>
              </w:rPr>
              <w:t>$149,917</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$2,366</w:t>
            </w:r>
          </w:p>
        </w:tc>
        <w:tc>
          <w:tcPr>
            <w:tcW w:type="dxa" w:w="1126"/>
          </w:tcPr>
          <w:p>
            <w:pPr>
              <w:spacing w:after="0"/>
              <w:jc w:val="right"/>
            </w:pPr>
            <w:r>
              <w:rPr>
                <w:sz w:val="16"/>
              </w:rPr>
              <w:t>$584</w:t>
            </w:r>
          </w:p>
        </w:tc>
        <w:tc>
          <w:tcPr>
            <w:tcW w:type="dxa" w:w="1297"/>
          </w:tcPr>
          <w:p>
            <w:pPr>
              <w:spacing w:after="0"/>
              <w:jc w:val="right"/>
            </w:pPr>
            <w:r>
              <w:rPr>
                <w:sz w:val="16"/>
              </w:rPr>
              <w:t>$75,557</w:t>
            </w:r>
          </w:p>
        </w:tc>
        <w:tc>
          <w:tcPr>
            <w:tcW w:type="dxa" w:w="1111"/>
          </w:tcPr>
          <w:p>
            <w:pPr>
              <w:spacing w:after="0"/>
              <w:jc w:val="right"/>
            </w:pPr>
            <w:r>
              <w:rPr>
                <w:sz w:val="16"/>
              </w:rPr>
              <w:t>$78,507</w:t>
            </w:r>
          </w:p>
        </w:tc>
        <w:tc>
          <w:tcPr>
            <w:tcW w:type="dxa" w:w="1199"/>
          </w:tcPr>
          <w:p>
            <w:pPr>
              <w:spacing w:after="0"/>
              <w:jc w:val="right"/>
            </w:pPr>
            <w:r>
              <w:rPr>
                <w:sz w:val="16"/>
              </w:rPr>
              <w:t>66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$4,092</w:t>
            </w:r>
          </w:p>
        </w:tc>
        <w:tc>
          <w:tcPr>
            <w:tcW w:type="dxa" w:w="1126"/>
          </w:tcPr>
          <w:p>
            <w:pPr>
              <w:spacing w:after="0"/>
              <w:jc w:val="right"/>
            </w:pPr>
          </w:p>
        </w:tc>
        <w:tc>
          <w:tcPr>
            <w:tcW w:type="dxa" w:w="1297"/>
          </w:tcPr>
          <w:p>
            <w:pPr>
              <w:spacing w:after="0"/>
              <w:jc w:val="right"/>
            </w:pPr>
            <w:r>
              <w:rPr>
                <w:sz w:val="16"/>
              </w:rPr>
              <w:t>$18,904</w:t>
            </w:r>
          </w:p>
        </w:tc>
        <w:tc>
          <w:tcPr>
            <w:tcW w:type="dxa" w:w="1111"/>
          </w:tcPr>
          <w:p>
            <w:pPr>
              <w:spacing w:after="0"/>
              <w:jc w:val="right"/>
            </w:pPr>
            <w:r>
              <w:rPr>
                <w:sz w:val="16"/>
              </w:rPr>
              <w:t>$22,997</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$6,882</w:t>
            </w:r>
          </w:p>
        </w:tc>
        <w:tc>
          <w:tcPr>
            <w:tcW w:type="dxa" w:w="1126"/>
          </w:tcPr>
          <w:p>
            <w:pPr>
              <w:spacing w:after="0"/>
              <w:jc w:val="right"/>
            </w:pPr>
            <w:r>
              <w:rPr>
                <w:sz w:val="16"/>
              </w:rPr>
              <w:t>$8,501</w:t>
            </w:r>
          </w:p>
        </w:tc>
        <w:tc>
          <w:tcPr>
            <w:tcW w:type="dxa" w:w="1297"/>
          </w:tcPr>
          <w:p>
            <w:pPr>
              <w:spacing w:after="0"/>
              <w:jc w:val="right"/>
            </w:pPr>
            <w:r>
              <w:rPr>
                <w:sz w:val="16"/>
              </w:rPr>
              <w:t>$8</w:t>
            </w:r>
          </w:p>
        </w:tc>
        <w:tc>
          <w:tcPr>
            <w:tcW w:type="dxa" w:w="1111"/>
          </w:tcPr>
          <w:p>
            <w:pPr>
              <w:spacing w:after="0"/>
              <w:jc w:val="right"/>
            </w:pPr>
            <w:r>
              <w:rPr>
                <w:sz w:val="16"/>
              </w:rPr>
              <w:t>$15,392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$2,657</w:t>
            </w:r>
          </w:p>
        </w:tc>
        <w:tc>
          <w:tcPr>
            <w:tcW w:type="dxa" w:w="1126"/>
          </w:tcPr>
          <w:p>
            <w:pPr>
              <w:spacing w:after="0"/>
              <w:jc w:val="right"/>
            </w:pPr>
            <w:r>
              <w:rPr>
                <w:sz w:val="16"/>
              </w:rPr>
              <w:t>$5</w:t>
            </w:r>
          </w:p>
        </w:tc>
        <w:tc>
          <w:tcPr>
            <w:tcW w:type="dxa" w:w="1297"/>
          </w:tcPr>
          <w:p>
            <w:pPr>
              <w:spacing w:after="0"/>
              <w:jc w:val="right"/>
            </w:pPr>
            <w:r>
              <w:rPr>
                <w:sz w:val="16"/>
              </w:rPr>
              <w:t>$256</w:t>
            </w:r>
          </w:p>
        </w:tc>
        <w:tc>
          <w:tcPr>
            <w:tcW w:type="dxa" w:w="1111"/>
          </w:tcPr>
          <w:p>
            <w:pPr>
              <w:spacing w:after="0"/>
              <w:jc w:val="right"/>
            </w:pPr>
            <w:r>
              <w:rPr>
                <w:sz w:val="16"/>
              </w:rPr>
              <w:t>$2,919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$80</w:t>
            </w:r>
          </w:p>
        </w:tc>
        <w:tc>
          <w:tcPr>
            <w:tcW w:type="dxa" w:w="1126"/>
          </w:tcPr>
          <w:p>
            <w:pPr>
              <w:spacing w:after="0"/>
              <w:jc w:val="right"/>
            </w:pPr>
          </w:p>
        </w:tc>
        <w:tc>
          <w:tcPr>
            <w:tcW w:type="dxa" w:w="1297"/>
          </w:tcPr>
          <w:p>
            <w:pPr>
              <w:spacing w:after="0"/>
              <w:jc w:val="right"/>
            </w:pPr>
            <w:r>
              <w:rPr>
                <w:sz w:val="16"/>
              </w:rPr>
              <w:t>$983</w:t>
            </w:r>
          </w:p>
        </w:tc>
        <w:tc>
          <w:tcPr>
            <w:tcW w:type="dxa" w:w="1111"/>
          </w:tcPr>
          <w:p>
            <w:pPr>
              <w:spacing w:after="0"/>
              <w:jc w:val="right"/>
            </w:pPr>
            <w:r>
              <w:rPr>
                <w:sz w:val="16"/>
              </w:rPr>
              <w:t>$1,063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4"/>
        <w:gridCol w:w="1797"/>
        <w:gridCol w:w="1637"/>
        <w:gridCol w:w="1477"/>
        <w:gridCol w:w="1602"/>
        <w:gridCol w:w="1674"/>
        <w:gridCol w:w="1717"/>
        <w:gridCol w:w="2375"/>
      </w:tblGrid>
      <w:tr>
        <w:trPr>
          <w:cantSplit/>
          <w:tblHeader/>
        </w:trPr>
        <w:tc>
          <w:tcPr>
            <w:tcW w:type="dxa" w:w="1834"/>
            <w:shd w:val="clear" w:color="auto" w:fill="E8E8E8"/>
          </w:tcPr>
          <w:p>
            <w:pPr>
              <w:spacing w:after="0"/>
              <w:jc w:val="left"/>
            </w:pPr>
            <w:r>
              <w:rPr>
                <w:b/>
                <w:sz w:val="16"/>
              </w:rPr>
              <w:t>Hazard</w:t>
            </w:r>
          </w:p>
        </w:tc>
        <w:tc>
          <w:tcPr>
            <w:tcW w:type="dxa" w:w="1797"/>
            <w:shd w:val="clear" w:color="auto" w:fill="E8E8E8"/>
          </w:tcPr>
          <w:p>
            <w:pPr>
              <w:spacing w:after="0"/>
              <w:jc w:val="left"/>
            </w:pPr>
            <w:r>
              <w:rPr>
                <w:b/>
                <w:sz w:val="16"/>
              </w:rPr>
              <w:t>Scale</w:t>
            </w:r>
          </w:p>
        </w:tc>
        <w:tc>
          <w:tcPr>
            <w:tcW w:type="dxa" w:w="1637"/>
            <w:shd w:val="clear" w:color="auto" w:fill="E8E8E8"/>
          </w:tcPr>
          <w:p>
            <w:pPr>
              <w:spacing w:after="0"/>
              <w:jc w:val="right"/>
            </w:pPr>
            <w:r>
              <w:rPr>
                <w:b/>
                <w:sz w:val="16"/>
              </w:rPr>
              <w:t>Records</w:t>
            </w:r>
          </w:p>
          <w:p>
            <w:pPr>
              <w:spacing w:after="0"/>
              <w:jc w:val="right"/>
            </w:pPr>
            <w:r>
              <w:rPr>
                <w:i/>
                <w:color w:val="555555"/>
                <w:sz w:val="14"/>
              </w:rPr>
              <w:t>count, years</w:t>
            </w:r>
          </w:p>
        </w:tc>
        <w:tc>
          <w:tcPr>
            <w:tcW w:type="dxa" w:w="1477"/>
            <w:shd w:val="clear" w:color="auto" w:fill="E8E8E8"/>
          </w:tcPr>
          <w:p>
            <w:pPr>
              <w:spacing w:after="0"/>
              <w:jc w:val="left"/>
            </w:pPr>
            <w:r>
              <w:rPr>
                <w:b/>
                <w:sz w:val="16"/>
              </w:rPr>
              <w:t>Observed range</w:t>
            </w:r>
          </w:p>
        </w:tc>
        <w:tc>
          <w:tcPr>
            <w:tcW w:type="dxa" w:w="1602"/>
            <w:shd w:val="clear" w:color="auto" w:fill="E8E8E8"/>
          </w:tcPr>
          <w:p>
            <w:pPr>
              <w:spacing w:after="0"/>
              <w:jc w:val="left"/>
            </w:pPr>
            <w:r>
              <w:rPr>
                <w:b/>
                <w:sz w:val="16"/>
              </w:rPr>
              <w:t>Worst recorded event</w:t>
            </w:r>
          </w:p>
        </w:tc>
        <w:tc>
          <w:tcPr>
            <w:tcW w:type="dxa" w:w="1674"/>
            <w:shd w:val="clear" w:color="auto" w:fill="E8E8E8"/>
          </w:tcPr>
          <w:p>
            <w:pPr>
              <w:spacing w:after="0"/>
              <w:jc w:val="left"/>
            </w:pPr>
            <w:r>
              <w:rPr>
                <w:b/>
                <w:sz w:val="16"/>
              </w:rPr>
              <w:t>Most damaging (when different)</w:t>
            </w:r>
          </w:p>
        </w:tc>
        <w:tc>
          <w:tcPr>
            <w:tcW w:type="dxa" w:w="1717"/>
            <w:shd w:val="clear" w:color="auto" w:fill="E8E8E8"/>
          </w:tcPr>
          <w:p>
            <w:pPr>
              <w:spacing w:after="0"/>
              <w:jc w:val="left"/>
            </w:pPr>
            <w:r>
              <w:rPr>
                <w:b/>
                <w:sz w:val="16"/>
              </w:rPr>
              <w:t>How it applies to members</w:t>
            </w:r>
          </w:p>
        </w:tc>
        <w:tc>
          <w:tcPr>
            <w:tcW w:type="dxa" w:w="2375"/>
            <w:shd w:val="clear" w:color="auto" w:fill="E8E8E8"/>
          </w:tcPr>
          <w:p>
            <w:pPr>
              <w:spacing w:after="0"/>
              <w:jc w:val="left"/>
            </w:pPr>
            <w:r>
              <w:rPr>
                <w:b/>
                <w:sz w:val="16"/>
              </w:rPr>
              <w:t>Note</w:t>
            </w:r>
          </w:p>
        </w:tc>
      </w:tr>
      <w:tr>
        <w:trPr>
          <w:cantSplit/>
        </w:trPr>
        <w:tc>
          <w:tcPr>
            <w:tcW w:type="dxa" w:w="1834"/>
          </w:tcPr>
          <w:p>
            <w:pPr>
              <w:spacing w:after="0"/>
              <w:jc w:val="left"/>
            </w:pPr>
            <w:r>
              <w:rPr>
                <w:sz w:val="16"/>
              </w:rPr>
              <w:t>Avalanche</w:t>
            </w:r>
          </w:p>
        </w:tc>
        <w:tc>
          <w:tcPr>
            <w:tcW w:type="dxa" w:w="1797"/>
          </w:tcPr>
          <w:p>
            <w:pPr>
              <w:spacing w:after="0"/>
              <w:jc w:val="left"/>
            </w:pPr>
            <w:r>
              <w:rPr>
                <w:sz w:val="16"/>
              </w:rPr>
              <w:t>none (count and damage)</w:t>
            </w:r>
          </w:p>
        </w:tc>
        <w:tc>
          <w:tcPr>
            <w:tcW w:type="dxa" w:w="1637"/>
          </w:tcPr>
          <w:p>
            <w:pPr>
              <w:spacing w:after="0"/>
              <w:jc w:val="right"/>
            </w:pPr>
            <w:r>
              <w:rPr>
                <w:sz w:val="16"/>
              </w:rPr>
              <w:t>0</w:t>
            </w:r>
          </w:p>
        </w:tc>
        <w:tc>
          <w:tcPr>
            <w:tcW w:type="dxa" w:w="1477"/>
          </w:tcPr>
          <w:p>
            <w:pPr>
              <w:spacing w:after="0"/>
              <w:jc w:val="left"/>
            </w:pPr>
          </w:p>
        </w:tc>
        <w:tc>
          <w:tcPr>
            <w:tcW w:type="dxa" w:w="1602"/>
          </w:tcPr>
          <w:p>
            <w:pPr>
              <w:spacing w:after="0"/>
              <w:jc w:val="left"/>
            </w:pPr>
          </w:p>
        </w:tc>
        <w:tc>
          <w:tcPr>
            <w:tcW w:type="dxa" w:w="1674"/>
          </w:tcPr>
          <w:p>
            <w:pPr>
              <w:spacing w:after="0"/>
              <w:jc w:val="left"/>
            </w:pPr>
          </w:p>
        </w:tc>
        <w:tc>
          <w:tcPr>
            <w:tcW w:type="dxa" w:w="1717"/>
          </w:tcPr>
          <w:p>
            <w:pPr>
              <w:spacing w:after="0"/>
              <w:jc w:val="left"/>
            </w:pPr>
          </w:p>
        </w:tc>
        <w:tc>
          <w:tcPr>
            <w:tcW w:type="dxa" w:w="2375"/>
          </w:tcPr>
          <w:p>
            <w:pPr>
              <w:spacing w:after="0"/>
              <w:jc w:val="left"/>
            </w:pPr>
            <w:r>
              <w:rPr>
                <w:sz w:val="16"/>
              </w:rPr>
              <w:t>Physical measure: in event narratives only; local data required.</w:t>
            </w:r>
          </w:p>
        </w:tc>
      </w:tr>
      <w:tr>
        <w:trPr>
          <w:cantSplit/>
        </w:trPr>
        <w:tc>
          <w:tcPr>
            <w:tcW w:type="dxa" w:w="1834"/>
          </w:tcPr>
          <w:p>
            <w:pPr>
              <w:spacing w:after="0"/>
              <w:jc w:val="left"/>
            </w:pPr>
            <w:r>
              <w:rPr>
                <w:sz w:val="16"/>
              </w:rPr>
              <w:t>Coastal Flood, Storm Surge/Tide</w:t>
            </w:r>
          </w:p>
        </w:tc>
        <w:tc>
          <w:tcPr>
            <w:tcW w:type="dxa" w:w="1797"/>
          </w:tcPr>
          <w:p>
            <w:pPr>
              <w:spacing w:after="0"/>
              <w:jc w:val="left"/>
            </w:pPr>
            <w:r>
              <w:rPr>
                <w:sz w:val="16"/>
              </w:rPr>
              <w:t>none in data (FIRM for depth)</w:t>
            </w:r>
          </w:p>
        </w:tc>
        <w:tc>
          <w:tcPr>
            <w:tcW w:type="dxa" w:w="1637"/>
          </w:tcPr>
          <w:p>
            <w:pPr>
              <w:spacing w:after="0"/>
              <w:jc w:val="right"/>
            </w:pPr>
            <w:r>
              <w:rPr>
                <w:sz w:val="16"/>
              </w:rPr>
              <w:t>0</w:t>
            </w:r>
          </w:p>
        </w:tc>
        <w:tc>
          <w:tcPr>
            <w:tcW w:type="dxa" w:w="1477"/>
          </w:tcPr>
          <w:p>
            <w:pPr>
              <w:spacing w:after="0"/>
              <w:jc w:val="left"/>
            </w:pPr>
          </w:p>
        </w:tc>
        <w:tc>
          <w:tcPr>
            <w:tcW w:type="dxa" w:w="1602"/>
          </w:tcPr>
          <w:p>
            <w:pPr>
              <w:spacing w:after="0"/>
              <w:jc w:val="left"/>
            </w:pPr>
          </w:p>
        </w:tc>
        <w:tc>
          <w:tcPr>
            <w:tcW w:type="dxa" w:w="1674"/>
          </w:tcPr>
          <w:p>
            <w:pPr>
              <w:spacing w:after="0"/>
              <w:jc w:val="left"/>
            </w:pPr>
          </w:p>
        </w:tc>
        <w:tc>
          <w:tcPr>
            <w:tcW w:type="dxa" w:w="1717"/>
          </w:tcPr>
          <w:p>
            <w:pPr>
              <w:spacing w:after="0"/>
              <w:jc w:val="left"/>
            </w:pPr>
          </w:p>
        </w:tc>
        <w:tc>
          <w:tcPr>
            <w:tcW w:type="dxa" w:w="2375"/>
          </w:tcPr>
          <w:p>
            <w:pPr>
              <w:spacing w:after="0"/>
              <w:jc w:val="left"/>
            </w:pPr>
            <w:r>
              <w:rPr>
                <w:sz w:val="16"/>
              </w:rPr>
              <w:t>Flood depth: see the FEMA Flood Insurance Rate Map.</w:t>
            </w:r>
          </w:p>
        </w:tc>
      </w:tr>
      <w:tr>
        <w:trPr>
          <w:cantSplit/>
        </w:trPr>
        <w:tc>
          <w:tcPr>
            <w:tcW w:type="dxa" w:w="1834"/>
          </w:tcPr>
          <w:p>
            <w:pPr>
              <w:spacing w:after="0"/>
              <w:jc w:val="left"/>
            </w:pPr>
            <w:r>
              <w:rPr>
                <w:sz w:val="16"/>
              </w:rPr>
              <w:t>Cold/Wind Chill, Extreme Cold/Wind Chill</w:t>
            </w:r>
          </w:p>
        </w:tc>
        <w:tc>
          <w:tcPr>
            <w:tcW w:type="dxa" w:w="1797"/>
          </w:tcPr>
          <w:p>
            <w:pPr>
              <w:spacing w:after="0"/>
              <w:jc w:val="left"/>
            </w:pPr>
            <w:r>
              <w:rPr>
                <w:sz w:val="16"/>
              </w:rPr>
              <w:t>wind chill</w:t>
            </w:r>
          </w:p>
        </w:tc>
        <w:tc>
          <w:tcPr>
            <w:tcW w:type="dxa" w:w="1637"/>
          </w:tcPr>
          <w:p>
            <w:pPr>
              <w:spacing w:after="0"/>
              <w:jc w:val="right"/>
            </w:pPr>
            <w:r>
              <w:rPr>
                <w:sz w:val="16"/>
              </w:rPr>
              <w:t>6, 1996 to 2024 (6 zone-level)</w:t>
            </w:r>
          </w:p>
        </w:tc>
        <w:tc>
          <w:tcPr>
            <w:tcW w:type="dxa" w:w="1477"/>
          </w:tcPr>
          <w:p>
            <w:pPr>
              <w:spacing w:after="0"/>
              <w:jc w:val="left"/>
            </w:pPr>
            <w:r>
              <w:rPr>
                <w:sz w:val="16"/>
              </w:rPr>
              <w:t>1 day to 4 days (median 2 days); 6 with a recorded value</w:t>
            </w:r>
          </w:p>
        </w:tc>
        <w:tc>
          <w:tcPr>
            <w:tcW w:type="dxa" w:w="1602"/>
          </w:tcPr>
          <w:p>
            <w:pPr>
              <w:spacing w:after="0"/>
              <w:jc w:val="left"/>
            </w:pPr>
            <w:r>
              <w:rPr>
                <w:sz w:val="16"/>
              </w:rPr>
              <w:t>4 consecutive days, 1996-02-02 to 1996-02-05, zone-level</w:t>
            </w:r>
          </w:p>
        </w:tc>
        <w:tc>
          <w:tcPr>
            <w:tcW w:type="dxa" w:w="1674"/>
          </w:tcPr>
          <w:p>
            <w:pPr>
              <w:spacing w:after="0"/>
              <w:jc w:val="left"/>
            </w:pPr>
          </w:p>
        </w:tc>
        <w:tc>
          <w:tcPr>
            <w:tcW w:type="dxa" w:w="1717"/>
          </w:tcPr>
          <w:p>
            <w:pPr>
              <w:spacing w:after="0"/>
              <w:jc w:val="left"/>
            </w:pPr>
            <w:r>
              <w:rPr>
                <w:sz w:val="16"/>
              </w:rPr>
              <w:t>Zone-level records: applies countywide; national data do not locate these events within the county.</w:t>
            </w:r>
          </w:p>
        </w:tc>
        <w:tc>
          <w:tcPr>
            <w:tcW w:type="dxa" w:w="2375"/>
          </w:tcPr>
          <w:p>
            <w:pPr>
              <w:spacing w:after="0"/>
              <w:jc w:val="left"/>
            </w:pPr>
            <w:r>
              <w:rPr>
                <w:sz w:val="16"/>
              </w:rPr>
              <w:t>Wind chill: in event narratives only; local data required.</w:t>
            </w:r>
          </w:p>
        </w:tc>
      </w:tr>
      <w:tr>
        <w:trPr>
          <w:cantSplit/>
        </w:trPr>
        <w:tc>
          <w:tcPr>
            <w:tcW w:type="dxa" w:w="1834"/>
          </w:tcPr>
          <w:p>
            <w:pPr>
              <w:spacing w:after="0"/>
              <w:jc w:val="left"/>
            </w:pPr>
            <w:r>
              <w:rPr>
                <w:sz w:val="16"/>
              </w:rPr>
              <w:t>Frost/Freeze (outside NRI Cold Wave definition)</w:t>
            </w:r>
          </w:p>
        </w:tc>
        <w:tc>
          <w:tcPr>
            <w:tcW w:type="dxa" w:w="1797"/>
          </w:tcPr>
          <w:p>
            <w:pPr>
              <w:spacing w:after="0"/>
              <w:jc w:val="left"/>
            </w:pPr>
            <w:r>
              <w:rPr>
                <w:sz w:val="16"/>
              </w:rPr>
              <w:t>crop damage</w:t>
            </w:r>
          </w:p>
        </w:tc>
        <w:tc>
          <w:tcPr>
            <w:tcW w:type="dxa" w:w="1637"/>
          </w:tcPr>
          <w:p>
            <w:pPr>
              <w:spacing w:after="0"/>
              <w:jc w:val="right"/>
            </w:pPr>
            <w:r>
              <w:rPr>
                <w:sz w:val="16"/>
              </w:rPr>
              <w:t>0</w:t>
            </w:r>
          </w:p>
        </w:tc>
        <w:tc>
          <w:tcPr>
            <w:tcW w:type="dxa" w:w="1477"/>
          </w:tcPr>
          <w:p>
            <w:pPr>
              <w:spacing w:after="0"/>
              <w:jc w:val="left"/>
            </w:pPr>
          </w:p>
        </w:tc>
        <w:tc>
          <w:tcPr>
            <w:tcW w:type="dxa" w:w="1602"/>
          </w:tcPr>
          <w:p>
            <w:pPr>
              <w:spacing w:after="0"/>
              <w:jc w:val="left"/>
            </w:pPr>
          </w:p>
        </w:tc>
        <w:tc>
          <w:tcPr>
            <w:tcW w:type="dxa" w:w="1674"/>
          </w:tcPr>
          <w:p>
            <w:pPr>
              <w:spacing w:after="0"/>
              <w:jc w:val="left"/>
            </w:pPr>
          </w:p>
        </w:tc>
        <w:tc>
          <w:tcPr>
            <w:tcW w:type="dxa" w:w="1717"/>
          </w:tcPr>
          <w:p>
            <w:pPr>
              <w:spacing w:after="0"/>
              <w:jc w:val="left"/>
            </w:pPr>
          </w:p>
        </w:tc>
        <w:tc>
          <w:tcPr>
            <w:tcW w:type="dxa" w:w="2375"/>
          </w:tcPr>
          <w:p>
            <w:pPr>
              <w:spacing w:after="0"/>
              <w:jc w:val="left"/>
            </w:pPr>
            <w:r>
              <w:rPr>
                <w:sz w:val="16"/>
              </w:rPr>
              <w:t>Temperature: in event narratives only; local data required.</w:t>
            </w:r>
          </w:p>
        </w:tc>
      </w:tr>
      <w:tr>
        <w:trPr>
          <w:cantSplit/>
        </w:trPr>
        <w:tc>
          <w:tcPr>
            <w:tcW w:type="dxa" w:w="1834"/>
          </w:tcPr>
          <w:p>
            <w:pPr>
              <w:spacing w:after="0"/>
              <w:jc w:val="left"/>
            </w:pPr>
            <w:r>
              <w:rPr>
                <w:sz w:val="16"/>
              </w:rPr>
              <w:t>Drought</w:t>
            </w:r>
          </w:p>
        </w:tc>
        <w:tc>
          <w:tcPr>
            <w:tcW w:type="dxa" w:w="1797"/>
          </w:tcPr>
          <w:p>
            <w:pPr>
              <w:spacing w:after="0"/>
              <w:jc w:val="left"/>
            </w:pPr>
            <w:r>
              <w:rPr>
                <w:sz w:val="16"/>
              </w:rPr>
              <w:t>US Drought Monitor D-scale</w:t>
            </w:r>
          </w:p>
        </w:tc>
        <w:tc>
          <w:tcPr>
            <w:tcW w:type="dxa" w:w="1637"/>
          </w:tcPr>
          <w:p>
            <w:pPr>
              <w:spacing w:after="0"/>
              <w:jc w:val="right"/>
            </w:pPr>
            <w:r>
              <w:rPr>
                <w:sz w:val="16"/>
              </w:rPr>
              <w:t>0</w:t>
            </w:r>
          </w:p>
        </w:tc>
        <w:tc>
          <w:tcPr>
            <w:tcW w:type="dxa" w:w="1477"/>
          </w:tcPr>
          <w:p>
            <w:pPr>
              <w:spacing w:after="0"/>
              <w:jc w:val="left"/>
            </w:pPr>
          </w:p>
        </w:tc>
        <w:tc>
          <w:tcPr>
            <w:tcW w:type="dxa" w:w="1602"/>
          </w:tcPr>
          <w:p>
            <w:pPr>
              <w:spacing w:after="0"/>
              <w:jc w:val="left"/>
            </w:pPr>
          </w:p>
        </w:tc>
        <w:tc>
          <w:tcPr>
            <w:tcW w:type="dxa" w:w="1674"/>
          </w:tcPr>
          <w:p>
            <w:pPr>
              <w:spacing w:after="0"/>
              <w:jc w:val="left"/>
            </w:pPr>
          </w:p>
        </w:tc>
        <w:tc>
          <w:tcPr>
            <w:tcW w:type="dxa" w:w="1717"/>
          </w:tcPr>
          <w:p>
            <w:pPr>
              <w:spacing w:after="0"/>
              <w:jc w:val="left"/>
            </w:pPr>
          </w:p>
        </w:tc>
        <w:tc>
          <w:tcPr>
            <w:tcW w:type="dxa" w:w="23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4"/>
          </w:tcPr>
          <w:p>
            <w:pPr>
              <w:spacing w:after="0"/>
              <w:jc w:val="left"/>
            </w:pPr>
            <w:r>
              <w:rPr>
                <w:sz w:val="16"/>
              </w:rPr>
              <w:t>Earthquake</w:t>
            </w:r>
          </w:p>
        </w:tc>
        <w:tc>
          <w:tcPr>
            <w:tcW w:type="dxa" w:w="1797"/>
          </w:tcPr>
          <w:p>
            <w:pPr>
              <w:spacing w:after="0"/>
              <w:jc w:val="left"/>
            </w:pPr>
            <w:r>
              <w:rPr>
                <w:sz w:val="16"/>
              </w:rPr>
              <w:t>Modified Mercalli (local data)</w:t>
            </w:r>
          </w:p>
        </w:tc>
        <w:tc>
          <w:tcPr>
            <w:tcW w:type="dxa" w:w="1637"/>
          </w:tcPr>
          <w:p>
            <w:pPr>
              <w:spacing w:after="0"/>
              <w:jc w:val="right"/>
            </w:pPr>
            <w:r>
              <w:rPr>
                <w:sz w:val="16"/>
              </w:rPr>
              <w:t>0</w:t>
            </w:r>
          </w:p>
        </w:tc>
        <w:tc>
          <w:tcPr>
            <w:tcW w:type="dxa" w:w="1477"/>
          </w:tcPr>
          <w:p>
            <w:pPr>
              <w:spacing w:after="0"/>
              <w:jc w:val="left"/>
            </w:pPr>
          </w:p>
        </w:tc>
        <w:tc>
          <w:tcPr>
            <w:tcW w:type="dxa" w:w="1602"/>
          </w:tcPr>
          <w:p>
            <w:pPr>
              <w:spacing w:after="0"/>
              <w:jc w:val="left"/>
            </w:pPr>
          </w:p>
        </w:tc>
        <w:tc>
          <w:tcPr>
            <w:tcW w:type="dxa" w:w="1674"/>
          </w:tcPr>
          <w:p>
            <w:pPr>
              <w:spacing w:after="0"/>
              <w:jc w:val="left"/>
            </w:pPr>
          </w:p>
        </w:tc>
        <w:tc>
          <w:tcPr>
            <w:tcW w:type="dxa" w:w="1717"/>
          </w:tcPr>
          <w:p>
            <w:pPr>
              <w:spacing w:after="0"/>
              <w:jc w:val="left"/>
            </w:pPr>
          </w:p>
        </w:tc>
        <w:tc>
          <w:tcPr>
            <w:tcW w:type="dxa" w:w="2375"/>
          </w:tcPr>
          <w:p>
            <w:pPr>
              <w:spacing w:after="0"/>
              <w:jc w:val="left"/>
            </w:pPr>
            <w:r>
              <w:rPr>
                <w:sz w:val="16"/>
              </w:rPr>
              <w:t>No Storm Events record; local data required (e.g., USGS).</w:t>
            </w:r>
          </w:p>
        </w:tc>
      </w:tr>
      <w:tr>
        <w:trPr>
          <w:cantSplit/>
        </w:trPr>
        <w:tc>
          <w:tcPr>
            <w:tcW w:type="dxa" w:w="1834"/>
          </w:tcPr>
          <w:p>
            <w:pPr>
              <w:spacing w:after="0"/>
              <w:jc w:val="left"/>
            </w:pPr>
            <w:r>
              <w:rPr>
                <w:sz w:val="16"/>
              </w:rPr>
              <w:t>Hail</w:t>
            </w:r>
          </w:p>
        </w:tc>
        <w:tc>
          <w:tcPr>
            <w:tcW w:type="dxa" w:w="1797"/>
          </w:tcPr>
          <w:p>
            <w:pPr>
              <w:spacing w:after="0"/>
              <w:jc w:val="left"/>
            </w:pPr>
            <w:r>
              <w:rPr>
                <w:sz w:val="16"/>
              </w:rPr>
              <w:t>hail size (inches)</w:t>
            </w:r>
          </w:p>
        </w:tc>
        <w:tc>
          <w:tcPr>
            <w:tcW w:type="dxa" w:w="1637"/>
          </w:tcPr>
          <w:p>
            <w:pPr>
              <w:spacing w:after="0"/>
              <w:jc w:val="right"/>
            </w:pPr>
            <w:r>
              <w:rPr>
                <w:sz w:val="16"/>
              </w:rPr>
              <w:t>68, 1979 to 2026</w:t>
            </w:r>
          </w:p>
        </w:tc>
        <w:tc>
          <w:tcPr>
            <w:tcW w:type="dxa" w:w="1477"/>
          </w:tcPr>
          <w:p>
            <w:pPr>
              <w:spacing w:after="0"/>
              <w:jc w:val="left"/>
            </w:pPr>
            <w:r>
              <w:rPr>
                <w:sz w:val="16"/>
              </w:rPr>
              <w:t>0.75 in to 2.75 in (median 1 in); 68 with a recorded value</w:t>
            </w:r>
          </w:p>
        </w:tc>
        <w:tc>
          <w:tcPr>
            <w:tcW w:type="dxa" w:w="1602"/>
          </w:tcPr>
          <w:p>
            <w:pPr>
              <w:spacing w:after="0"/>
              <w:jc w:val="left"/>
            </w:pPr>
            <w:r>
              <w:rPr>
                <w:sz w:val="16"/>
              </w:rPr>
              <w:t>2.75 in hail, 2003-07-06</w:t>
            </w:r>
          </w:p>
        </w:tc>
        <w:tc>
          <w:tcPr>
            <w:tcW w:type="dxa" w:w="1674"/>
          </w:tcPr>
          <w:p>
            <w:pPr>
              <w:spacing w:after="0"/>
              <w:jc w:val="left"/>
            </w:pPr>
            <w:r>
              <w:rPr>
                <w:sz w:val="16"/>
              </w:rPr>
              <w:t>Hail, 2008-07-02, $5,000 property; $5,000 crops (2008 dollars)</w:t>
            </w:r>
          </w:p>
        </w:tc>
        <w:tc>
          <w:tcPr>
            <w:tcW w:type="dxa" w:w="1717"/>
          </w:tcPr>
          <w:p>
            <w:pPr>
              <w:spacing w:after="0"/>
              <w:jc w:val="left"/>
            </w:pPr>
            <w:r>
              <w:rPr>
                <w:sz w:val="16"/>
              </w:rPr>
              <w:t>Event records naming member places: Logansport city (22 records), Royal Center town (7 records), Galveston town (5 records), Walton town (4 records).</w:t>
            </w:r>
          </w:p>
        </w:tc>
        <w:tc>
          <w:tcPr>
            <w:tcW w:type="dxa" w:w="2375"/>
          </w:tcPr>
          <w:p>
            <w:pPr>
              <w:spacing w:after="0"/>
              <w:jc w:val="left"/>
            </w:pPr>
          </w:p>
        </w:tc>
      </w:tr>
      <w:tr>
        <w:trPr>
          <w:cantSplit/>
        </w:trPr>
        <w:tc>
          <w:tcPr>
            <w:tcW w:type="dxa" w:w="1834"/>
          </w:tcPr>
          <w:p>
            <w:pPr>
              <w:spacing w:after="0"/>
              <w:jc w:val="left"/>
            </w:pPr>
            <w:r>
              <w:rPr>
                <w:sz w:val="16"/>
              </w:rPr>
              <w:t>Excessive Heat, Heat</w:t>
            </w:r>
          </w:p>
        </w:tc>
        <w:tc>
          <w:tcPr>
            <w:tcW w:type="dxa" w:w="1797"/>
          </w:tcPr>
          <w:p>
            <w:pPr>
              <w:spacing w:after="0"/>
              <w:jc w:val="left"/>
            </w:pPr>
            <w:r>
              <w:rPr>
                <w:sz w:val="16"/>
              </w:rPr>
              <w:t>heat index (narratives)</w:t>
            </w:r>
          </w:p>
        </w:tc>
        <w:tc>
          <w:tcPr>
            <w:tcW w:type="dxa" w:w="1637"/>
          </w:tcPr>
          <w:p>
            <w:pPr>
              <w:spacing w:after="0"/>
              <w:jc w:val="right"/>
            </w:pPr>
            <w:r>
              <w:rPr>
                <w:sz w:val="16"/>
              </w:rPr>
              <w:t>3, 1997 to 1997 (3 zone-level)</w:t>
            </w:r>
          </w:p>
        </w:tc>
        <w:tc>
          <w:tcPr>
            <w:tcW w:type="dxa" w:w="1477"/>
          </w:tcPr>
          <w:p>
            <w:pPr>
              <w:spacing w:after="0"/>
              <w:jc w:val="left"/>
            </w:pPr>
            <w:r>
              <w:rPr>
                <w:sz w:val="16"/>
              </w:rPr>
              <w:t>2 days; 1 with a recorded value</w:t>
            </w:r>
          </w:p>
        </w:tc>
        <w:tc>
          <w:tcPr>
            <w:tcW w:type="dxa" w:w="1602"/>
          </w:tcPr>
          <w:p>
            <w:pPr>
              <w:spacing w:after="0"/>
              <w:jc w:val="left"/>
            </w:pPr>
            <w:r>
              <w:rPr>
                <w:sz w:val="16"/>
              </w:rPr>
              <w:t>2 consecutive days, 1997-07-26 to 1997-07-27, zone-level</w:t>
            </w:r>
          </w:p>
        </w:tc>
        <w:tc>
          <w:tcPr>
            <w:tcW w:type="dxa" w:w="1674"/>
          </w:tcPr>
          <w:p>
            <w:pPr>
              <w:spacing w:after="0"/>
              <w:jc w:val="left"/>
            </w:pPr>
          </w:p>
        </w:tc>
        <w:tc>
          <w:tcPr>
            <w:tcW w:type="dxa" w:w="1717"/>
          </w:tcPr>
          <w:p>
            <w:pPr>
              <w:spacing w:after="0"/>
              <w:jc w:val="left"/>
            </w:pPr>
            <w:r>
              <w:rPr>
                <w:sz w:val="16"/>
              </w:rPr>
              <w:t>Zone-level records: applies countywide; national data do not locate these events within the county.</w:t>
            </w:r>
          </w:p>
        </w:tc>
        <w:tc>
          <w:tcPr>
            <w:tcW w:type="dxa" w:w="2375"/>
          </w:tcPr>
          <w:p>
            <w:pPr>
              <w:spacing w:after="0"/>
              <w:jc w:val="left"/>
            </w:pPr>
            <w:r>
              <w:rPr>
                <w:sz w:val="16"/>
              </w:rPr>
              <w:t>Heat index: in event narratives only; local data required.</w:t>
            </w:r>
          </w:p>
        </w:tc>
      </w:tr>
      <w:tr>
        <w:trPr>
          <w:cantSplit/>
        </w:trPr>
        <w:tc>
          <w:tcPr>
            <w:tcW w:type="dxa" w:w="1834"/>
          </w:tcPr>
          <w:p>
            <w:pPr>
              <w:spacing w:after="0"/>
              <w:jc w:val="left"/>
            </w:pPr>
            <w:r>
              <w:rPr>
                <w:sz w:val="16"/>
              </w:rPr>
              <w:t>Hurricane, Tropical Storm, Tropical Depression</w:t>
            </w:r>
          </w:p>
        </w:tc>
        <w:tc>
          <w:tcPr>
            <w:tcW w:type="dxa" w:w="1797"/>
          </w:tcPr>
          <w:p>
            <w:pPr>
              <w:spacing w:after="0"/>
              <w:jc w:val="left"/>
            </w:pPr>
            <w:r>
              <w:rPr>
                <w:sz w:val="16"/>
              </w:rPr>
              <w:t>Saffir-Simpson</w:t>
            </w:r>
          </w:p>
        </w:tc>
        <w:tc>
          <w:tcPr>
            <w:tcW w:type="dxa" w:w="1637"/>
          </w:tcPr>
          <w:p>
            <w:pPr>
              <w:spacing w:after="0"/>
              <w:jc w:val="right"/>
            </w:pPr>
            <w:r>
              <w:rPr>
                <w:sz w:val="16"/>
              </w:rPr>
              <w:t>0</w:t>
            </w:r>
          </w:p>
        </w:tc>
        <w:tc>
          <w:tcPr>
            <w:tcW w:type="dxa" w:w="1477"/>
          </w:tcPr>
          <w:p>
            <w:pPr>
              <w:spacing w:after="0"/>
              <w:jc w:val="left"/>
            </w:pPr>
          </w:p>
        </w:tc>
        <w:tc>
          <w:tcPr>
            <w:tcW w:type="dxa" w:w="1602"/>
          </w:tcPr>
          <w:p>
            <w:pPr>
              <w:spacing w:after="0"/>
              <w:jc w:val="left"/>
            </w:pPr>
          </w:p>
        </w:tc>
        <w:tc>
          <w:tcPr>
            <w:tcW w:type="dxa" w:w="1674"/>
          </w:tcPr>
          <w:p>
            <w:pPr>
              <w:spacing w:after="0"/>
              <w:jc w:val="left"/>
            </w:pPr>
          </w:p>
        </w:tc>
        <w:tc>
          <w:tcPr>
            <w:tcW w:type="dxa" w:w="1717"/>
          </w:tcPr>
          <w:p>
            <w:pPr>
              <w:spacing w:after="0"/>
              <w:jc w:val="left"/>
            </w:pPr>
          </w:p>
        </w:tc>
        <w:tc>
          <w:tcPr>
            <w:tcW w:type="dxa" w:w="237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34"/>
          </w:tcPr>
          <w:p>
            <w:pPr>
              <w:spacing w:after="0"/>
              <w:jc w:val="left"/>
            </w:pPr>
            <w:r>
              <w:rPr>
                <w:sz w:val="16"/>
              </w:rPr>
              <w:t>Ice Storm</w:t>
            </w:r>
          </w:p>
        </w:tc>
        <w:tc>
          <w:tcPr>
            <w:tcW w:type="dxa" w:w="1797"/>
          </w:tcPr>
          <w:p>
            <w:pPr>
              <w:spacing w:after="0"/>
              <w:jc w:val="left"/>
            </w:pPr>
            <w:r>
              <w:rPr>
                <w:sz w:val="16"/>
              </w:rPr>
              <w:t>Sperry-Piltz (local data)</w:t>
            </w:r>
          </w:p>
        </w:tc>
        <w:tc>
          <w:tcPr>
            <w:tcW w:type="dxa" w:w="1637"/>
          </w:tcPr>
          <w:p>
            <w:pPr>
              <w:spacing w:after="0"/>
              <w:jc w:val="right"/>
            </w:pPr>
            <w:r>
              <w:rPr>
                <w:sz w:val="16"/>
              </w:rPr>
              <w:t>4, 2005 to 2008 (4 zone-level)</w:t>
            </w:r>
          </w:p>
        </w:tc>
        <w:tc>
          <w:tcPr>
            <w:tcW w:type="dxa" w:w="1477"/>
          </w:tcPr>
          <w:p>
            <w:pPr>
              <w:spacing w:after="0"/>
              <w:jc w:val="left"/>
            </w:pPr>
          </w:p>
        </w:tc>
        <w:tc>
          <w:tcPr>
            <w:tcW w:type="dxa" w:w="1602"/>
          </w:tcPr>
          <w:p>
            <w:pPr>
              <w:spacing w:after="0"/>
              <w:jc w:val="left"/>
            </w:pPr>
            <w:r>
              <w:rPr>
                <w:sz w:val="16"/>
              </w:rPr>
              <w:t>Ice Storm, 2007-02-24, $50,000 property; $0 crops, reported for the zone (2007 dollars); NWS zone INZ022 (CASS), zone-level: may include parts of neighboring counties</w:t>
            </w:r>
          </w:p>
        </w:tc>
        <w:tc>
          <w:tcPr>
            <w:tcW w:type="dxa" w:w="1674"/>
          </w:tcPr>
          <w:p>
            <w:pPr>
              <w:spacing w:after="0"/>
              <w:jc w:val="left"/>
            </w:pPr>
          </w:p>
        </w:tc>
        <w:tc>
          <w:tcPr>
            <w:tcW w:type="dxa" w:w="1717"/>
          </w:tcPr>
          <w:p>
            <w:pPr>
              <w:spacing w:after="0"/>
              <w:jc w:val="left"/>
            </w:pPr>
            <w:r>
              <w:rPr>
                <w:sz w:val="16"/>
              </w:rPr>
              <w:t>Zone-level records: applies countywide; national data do not locate these events within the county.</w:t>
            </w:r>
          </w:p>
        </w:tc>
        <w:tc>
          <w:tcPr>
            <w:tcW w:type="dxa" w:w="2375"/>
          </w:tcPr>
          <w:p>
            <w:pPr>
              <w:spacing w:after="0"/>
              <w:jc w:val="left"/>
            </w:pPr>
            <w:r>
              <w:rPr>
                <w:sz w:val="16"/>
              </w:rPr>
              <w:t>Ice thickness: in event narratives only; local data required.</w:t>
            </w:r>
          </w:p>
        </w:tc>
      </w:tr>
      <w:tr>
        <w:trPr>
          <w:cantSplit/>
        </w:trPr>
        <w:tc>
          <w:tcPr>
            <w:tcW w:type="dxa" w:w="1834"/>
          </w:tcPr>
          <w:p>
            <w:pPr>
              <w:spacing w:after="0"/>
              <w:jc w:val="left"/>
            </w:pPr>
            <w:r>
              <w:rPr>
                <w:sz w:val="16"/>
              </w:rPr>
              <w:t>Flash Flood, Flood, Lakeshore Flood</w:t>
            </w:r>
          </w:p>
        </w:tc>
        <w:tc>
          <w:tcPr>
            <w:tcW w:type="dxa" w:w="1797"/>
          </w:tcPr>
          <w:p>
            <w:pPr>
              <w:spacing w:after="0"/>
              <w:jc w:val="left"/>
            </w:pPr>
            <w:r>
              <w:rPr>
                <w:sz w:val="16"/>
              </w:rPr>
              <w:t>damage and flood days (FIRM for depth)</w:t>
            </w:r>
          </w:p>
        </w:tc>
        <w:tc>
          <w:tcPr>
            <w:tcW w:type="dxa" w:w="1637"/>
          </w:tcPr>
          <w:p>
            <w:pPr>
              <w:spacing w:after="0"/>
              <w:jc w:val="right"/>
            </w:pPr>
            <w:r>
              <w:rPr>
                <w:sz w:val="16"/>
              </w:rPr>
              <w:t>23, 1997 to 2017 (5 zone-level)</w:t>
            </w:r>
          </w:p>
        </w:tc>
        <w:tc>
          <w:tcPr>
            <w:tcW w:type="dxa" w:w="1477"/>
          </w:tcPr>
          <w:p>
            <w:pPr>
              <w:spacing w:after="0"/>
              <w:jc w:val="left"/>
            </w:pPr>
          </w:p>
        </w:tc>
        <w:tc>
          <w:tcPr>
            <w:tcW w:type="dxa" w:w="1602"/>
          </w:tcPr>
          <w:p>
            <w:pPr>
              <w:spacing w:after="0"/>
              <w:jc w:val="left"/>
            </w:pPr>
            <w:r>
              <w:rPr>
                <w:sz w:val="16"/>
              </w:rPr>
              <w:t>Flash Flood, 2003-07-05, $1,250,000 property; crops not reported (2003 dollars)</w:t>
            </w:r>
          </w:p>
        </w:tc>
        <w:tc>
          <w:tcPr>
            <w:tcW w:type="dxa" w:w="1674"/>
          </w:tcPr>
          <w:p>
            <w:pPr>
              <w:spacing w:after="0"/>
              <w:jc w:val="left"/>
            </w:pPr>
          </w:p>
        </w:tc>
        <w:tc>
          <w:tcPr>
            <w:tcW w:type="dxa" w:w="1717"/>
          </w:tcPr>
          <w:p>
            <w:pPr>
              <w:spacing w:after="0"/>
              <w:jc w:val="left"/>
            </w:pPr>
            <w:r>
              <w:rPr>
                <w:sz w:val="16"/>
              </w:rPr>
              <w:t>Event records naming member places: Logansport city (8 records), Galveston town (3 records), Walton town (1 record). Zone-level records (5) apply countywide.</w:t>
            </w:r>
          </w:p>
        </w:tc>
        <w:tc>
          <w:tcPr>
            <w:tcW w:type="dxa" w:w="237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34"/>
          </w:tcPr>
          <w:p>
            <w:pPr>
              <w:spacing w:after="0"/>
              <w:jc w:val="left"/>
            </w:pPr>
            <w:r>
              <w:rPr>
                <w:sz w:val="16"/>
              </w:rPr>
              <w:t>Debris Flow</w:t>
            </w:r>
          </w:p>
        </w:tc>
        <w:tc>
          <w:tcPr>
            <w:tcW w:type="dxa" w:w="1797"/>
          </w:tcPr>
          <w:p>
            <w:pPr>
              <w:spacing w:after="0"/>
              <w:jc w:val="left"/>
            </w:pPr>
            <w:r>
              <w:rPr>
                <w:sz w:val="16"/>
              </w:rPr>
              <w:t>none (count and damage)</w:t>
            </w:r>
          </w:p>
        </w:tc>
        <w:tc>
          <w:tcPr>
            <w:tcW w:type="dxa" w:w="1637"/>
          </w:tcPr>
          <w:p>
            <w:pPr>
              <w:spacing w:after="0"/>
              <w:jc w:val="right"/>
            </w:pPr>
            <w:r>
              <w:rPr>
                <w:sz w:val="16"/>
              </w:rPr>
              <w:t>0</w:t>
            </w:r>
          </w:p>
        </w:tc>
        <w:tc>
          <w:tcPr>
            <w:tcW w:type="dxa" w:w="1477"/>
          </w:tcPr>
          <w:p>
            <w:pPr>
              <w:spacing w:after="0"/>
              <w:jc w:val="left"/>
            </w:pPr>
          </w:p>
        </w:tc>
        <w:tc>
          <w:tcPr>
            <w:tcW w:type="dxa" w:w="1602"/>
          </w:tcPr>
          <w:p>
            <w:pPr>
              <w:spacing w:after="0"/>
              <w:jc w:val="left"/>
            </w:pPr>
          </w:p>
        </w:tc>
        <w:tc>
          <w:tcPr>
            <w:tcW w:type="dxa" w:w="1674"/>
          </w:tcPr>
          <w:p>
            <w:pPr>
              <w:spacing w:after="0"/>
              <w:jc w:val="left"/>
            </w:pPr>
          </w:p>
        </w:tc>
        <w:tc>
          <w:tcPr>
            <w:tcW w:type="dxa" w:w="1717"/>
          </w:tcPr>
          <w:p>
            <w:pPr>
              <w:spacing w:after="0"/>
              <w:jc w:val="left"/>
            </w:pPr>
          </w:p>
        </w:tc>
        <w:tc>
          <w:tcPr>
            <w:tcW w:type="dxa" w:w="2375"/>
          </w:tcPr>
          <w:p>
            <w:pPr>
              <w:spacing w:after="0"/>
              <w:jc w:val="left"/>
            </w:pPr>
            <w:r>
              <w:rPr>
                <w:sz w:val="16"/>
              </w:rPr>
              <w:t>Physical measure: in event narratives only; local data required.</w:t>
            </w:r>
          </w:p>
        </w:tc>
      </w:tr>
      <w:tr>
        <w:trPr>
          <w:cantSplit/>
        </w:trPr>
        <w:tc>
          <w:tcPr>
            <w:tcW w:type="dxa" w:w="1834"/>
          </w:tcPr>
          <w:p>
            <w:pPr>
              <w:spacing w:after="0"/>
              <w:jc w:val="left"/>
            </w:pPr>
            <w:r>
              <w:rPr>
                <w:sz w:val="16"/>
              </w:rPr>
              <w:t>Lightning</w:t>
            </w:r>
          </w:p>
        </w:tc>
        <w:tc>
          <w:tcPr>
            <w:tcW w:type="dxa" w:w="1797"/>
          </w:tcPr>
          <w:p>
            <w:pPr>
              <w:spacing w:after="0"/>
              <w:jc w:val="left"/>
            </w:pPr>
            <w:r>
              <w:rPr>
                <w:sz w:val="16"/>
              </w:rPr>
              <w:t>annualized frequency (the measure FEMA's Local Mitigation Planning Handbook names)</w:t>
            </w:r>
          </w:p>
        </w:tc>
        <w:tc>
          <w:tcPr>
            <w:tcW w:type="dxa" w:w="1637"/>
          </w:tcPr>
          <w:p>
            <w:pPr>
              <w:spacing w:after="0"/>
              <w:jc w:val="right"/>
            </w:pPr>
            <w:r>
              <w:rPr>
                <w:sz w:val="16"/>
              </w:rPr>
              <w:t>3, 1996 to 2025</w:t>
            </w:r>
          </w:p>
        </w:tc>
        <w:tc>
          <w:tcPr>
            <w:tcW w:type="dxa" w:w="1477"/>
          </w:tcPr>
          <w:p>
            <w:pPr>
              <w:spacing w:after="0"/>
              <w:jc w:val="left"/>
            </w:pPr>
          </w:p>
        </w:tc>
        <w:tc>
          <w:tcPr>
            <w:tcW w:type="dxa" w:w="1602"/>
          </w:tcPr>
          <w:p>
            <w:pPr>
              <w:spacing w:after="0"/>
              <w:jc w:val="left"/>
            </w:pPr>
            <w:r>
              <w:rPr>
                <w:sz w:val="16"/>
              </w:rPr>
              <w:t>Lightning, 2025-05-16, $50,000 property; $0 crops (2025 dollars)</w:t>
            </w:r>
          </w:p>
        </w:tc>
        <w:tc>
          <w:tcPr>
            <w:tcW w:type="dxa" w:w="1674"/>
          </w:tcPr>
          <w:p>
            <w:pPr>
              <w:spacing w:after="0"/>
              <w:jc w:val="left"/>
            </w:pPr>
          </w:p>
        </w:tc>
        <w:tc>
          <w:tcPr>
            <w:tcW w:type="dxa" w:w="1717"/>
          </w:tcPr>
          <w:p>
            <w:pPr>
              <w:spacing w:after="0"/>
              <w:jc w:val="left"/>
            </w:pPr>
            <w:r>
              <w:rPr>
                <w:sz w:val="16"/>
              </w:rPr>
              <w:t>Event records naming member places: Logansport city (2 records).</w:t>
            </w:r>
          </w:p>
        </w:tc>
        <w:tc>
          <w:tcPr>
            <w:tcW w:type="dxa" w:w="2375"/>
          </w:tcPr>
          <w:p>
            <w:pPr>
              <w:spacing w:after="0"/>
              <w:jc w:val="left"/>
            </w:pPr>
            <w:r>
              <w:rPr>
                <w:sz w:val="16"/>
              </w:rPr>
              <w:t>Storm Events lists lightning with damage or casualties; physical measure in event narratives only; local data required.</w:t>
            </w:r>
          </w:p>
        </w:tc>
      </w:tr>
      <w:tr>
        <w:trPr>
          <w:cantSplit/>
        </w:trPr>
        <w:tc>
          <w:tcPr>
            <w:tcW w:type="dxa" w:w="1834"/>
          </w:tcPr>
          <w:p>
            <w:pPr>
              <w:spacing w:after="0"/>
              <w:jc w:val="left"/>
            </w:pPr>
            <w:r>
              <w:rPr>
                <w:sz w:val="16"/>
              </w:rPr>
              <w:t>High Wind and Strong Wind (outside NRI Strong Wind definition)</w:t>
            </w:r>
          </w:p>
        </w:tc>
        <w:tc>
          <w:tcPr>
            <w:tcW w:type="dxa" w:w="1797"/>
          </w:tcPr>
          <w:p>
            <w:pPr>
              <w:spacing w:after="0"/>
              <w:jc w:val="left"/>
            </w:pPr>
            <w:r>
              <w:rPr>
                <w:sz w:val="16"/>
              </w:rPr>
              <w:t>wind speed (kt and mph)</w:t>
            </w:r>
          </w:p>
        </w:tc>
        <w:tc>
          <w:tcPr>
            <w:tcW w:type="dxa" w:w="1637"/>
          </w:tcPr>
          <w:p>
            <w:pPr>
              <w:spacing w:after="0"/>
              <w:jc w:val="right"/>
            </w:pPr>
            <w:r>
              <w:rPr>
                <w:sz w:val="16"/>
              </w:rPr>
              <w:t>11, 1997 to 2021 (11 zone-level)</w:t>
            </w:r>
          </w:p>
        </w:tc>
        <w:tc>
          <w:tcPr>
            <w:tcW w:type="dxa" w:w="1477"/>
          </w:tcPr>
          <w:p>
            <w:pPr>
              <w:spacing w:after="0"/>
              <w:jc w:val="left"/>
            </w:pPr>
            <w:r>
              <w:rPr>
                <w:sz w:val="16"/>
              </w:rPr>
              <w:t>47 kt (54 mph) to 56 kt (64 mph) (median 50 kt (58 mph)); 10 with a recorded value</w:t>
            </w:r>
          </w:p>
        </w:tc>
        <w:tc>
          <w:tcPr>
            <w:tcW w:type="dxa" w:w="1602"/>
          </w:tcPr>
          <w:p>
            <w:pPr>
              <w:spacing w:after="0"/>
              <w:jc w:val="left"/>
            </w:pPr>
            <w:r>
              <w:rPr>
                <w:sz w:val="16"/>
              </w:rPr>
              <w:t>56 kt (64 mph) measured gust, High Wind, 2003-11-12; NWS zone INZ022 (CASS), zone-level: may include parts of neighboring counties</w:t>
            </w:r>
          </w:p>
        </w:tc>
        <w:tc>
          <w:tcPr>
            <w:tcW w:type="dxa" w:w="1674"/>
          </w:tcPr>
          <w:p>
            <w:pPr>
              <w:spacing w:after="0"/>
              <w:jc w:val="left"/>
            </w:pPr>
          </w:p>
        </w:tc>
        <w:tc>
          <w:tcPr>
            <w:tcW w:type="dxa" w:w="1717"/>
          </w:tcPr>
          <w:p>
            <w:pPr>
              <w:spacing w:after="0"/>
              <w:jc w:val="left"/>
            </w:pPr>
            <w:r>
              <w:rPr>
                <w:sz w:val="16"/>
              </w:rPr>
              <w:t>Zone-level records: applies countywide; national data do not locate these events within the county.</w:t>
            </w:r>
          </w:p>
        </w:tc>
        <w:tc>
          <w:tcPr>
            <w:tcW w:type="dxa" w:w="2375"/>
          </w:tcPr>
          <w:p>
            <w:pPr>
              <w:spacing w:after="0"/>
              <w:jc w:val="left"/>
            </w:pPr>
          </w:p>
        </w:tc>
      </w:tr>
      <w:tr>
        <w:trPr>
          <w:cantSplit/>
        </w:trPr>
        <w:tc>
          <w:tcPr>
            <w:tcW w:type="dxa" w:w="1834"/>
          </w:tcPr>
          <w:p>
            <w:pPr>
              <w:spacing w:after="0"/>
              <w:jc w:val="left"/>
            </w:pPr>
            <w:r>
              <w:rPr>
                <w:sz w:val="16"/>
              </w:rPr>
              <w:t>Thunderstorm Wind</w:t>
            </w:r>
          </w:p>
        </w:tc>
        <w:tc>
          <w:tcPr>
            <w:tcW w:type="dxa" w:w="1797"/>
          </w:tcPr>
          <w:p>
            <w:pPr>
              <w:spacing w:after="0"/>
              <w:jc w:val="left"/>
            </w:pPr>
            <w:r>
              <w:rPr>
                <w:sz w:val="16"/>
              </w:rPr>
              <w:t>wind speed (kt and mph)</w:t>
            </w:r>
          </w:p>
        </w:tc>
        <w:tc>
          <w:tcPr>
            <w:tcW w:type="dxa" w:w="1637"/>
          </w:tcPr>
          <w:p>
            <w:pPr>
              <w:spacing w:after="0"/>
              <w:jc w:val="right"/>
            </w:pPr>
            <w:r>
              <w:rPr>
                <w:sz w:val="16"/>
              </w:rPr>
              <w:t>238, 1956 to 2026</w:t>
            </w:r>
          </w:p>
        </w:tc>
        <w:tc>
          <w:tcPr>
            <w:tcW w:type="dxa" w:w="1477"/>
          </w:tcPr>
          <w:p>
            <w:pPr>
              <w:spacing w:after="0"/>
              <w:jc w:val="left"/>
            </w:pPr>
            <w:r>
              <w:rPr>
                <w:sz w:val="16"/>
              </w:rPr>
              <w:t>50 kt (58 mph) to 87 kt (100 mph) (median 55 kt (63 mph)); 170 with a recorded value</w:t>
            </w:r>
          </w:p>
        </w:tc>
        <w:tc>
          <w:tcPr>
            <w:tcW w:type="dxa" w:w="1602"/>
          </w:tcPr>
          <w:p>
            <w:pPr>
              <w:spacing w:after="0"/>
              <w:jc w:val="left"/>
            </w:pPr>
            <w:r>
              <w:rPr>
                <w:sz w:val="16"/>
              </w:rPr>
              <w:t>87 kt (100 mph), measurement type not recorded, Thunderstorm Wind, 1988-08-15; same speed and measurement basis also recorded on 1956-08-12</w:t>
            </w:r>
          </w:p>
        </w:tc>
        <w:tc>
          <w:tcPr>
            <w:tcW w:type="dxa" w:w="1674"/>
          </w:tcPr>
          <w:p>
            <w:pPr>
              <w:spacing w:after="0"/>
              <w:jc w:val="left"/>
            </w:pPr>
            <w:r>
              <w:rPr>
                <w:sz w:val="16"/>
              </w:rPr>
              <w:t>Thunderstorm Wind, 1993-09-02, $500,000 property; crops not recorded (1993 dollars)</w:t>
            </w:r>
          </w:p>
        </w:tc>
        <w:tc>
          <w:tcPr>
            <w:tcW w:type="dxa" w:w="1717"/>
          </w:tcPr>
          <w:p>
            <w:pPr>
              <w:spacing w:after="0"/>
              <w:jc w:val="left"/>
            </w:pPr>
            <w:r>
              <w:rPr>
                <w:sz w:val="16"/>
              </w:rPr>
              <w:t>Event records naming member places: Logansport city (64 records), Royal Center town (18 records), Walton town (13 records), Galveston town (7 records).</w:t>
            </w:r>
          </w:p>
        </w:tc>
        <w:tc>
          <w:tcPr>
            <w:tcW w:type="dxa" w:w="2375"/>
          </w:tcPr>
          <w:p>
            <w:pPr>
              <w:spacing w:after="0"/>
              <w:jc w:val="left"/>
            </w:pPr>
          </w:p>
        </w:tc>
      </w:tr>
      <w:tr>
        <w:trPr>
          <w:cantSplit/>
        </w:trPr>
        <w:tc>
          <w:tcPr>
            <w:tcW w:type="dxa" w:w="1834"/>
          </w:tcPr>
          <w:p>
            <w:pPr>
              <w:spacing w:after="0"/>
              <w:jc w:val="left"/>
            </w:pPr>
            <w:r>
              <w:rPr>
                <w:sz w:val="16"/>
              </w:rPr>
              <w:t>Tornado</w:t>
            </w:r>
          </w:p>
        </w:tc>
        <w:tc>
          <w:tcPr>
            <w:tcW w:type="dxa" w:w="1797"/>
          </w:tcPr>
          <w:p>
            <w:pPr>
              <w:spacing w:after="0"/>
              <w:jc w:val="left"/>
            </w:pPr>
            <w:r>
              <w:rPr>
                <w:sz w:val="16"/>
              </w:rPr>
              <w:t>Enhanced Fujita (F before Feb 2007)</w:t>
            </w:r>
          </w:p>
        </w:tc>
        <w:tc>
          <w:tcPr>
            <w:tcW w:type="dxa" w:w="1637"/>
          </w:tcPr>
          <w:p>
            <w:pPr>
              <w:spacing w:after="0"/>
              <w:jc w:val="right"/>
            </w:pPr>
            <w:r>
              <w:rPr>
                <w:sz w:val="16"/>
              </w:rPr>
              <w:t>30, 1956 to 2026</w:t>
            </w:r>
          </w:p>
        </w:tc>
        <w:tc>
          <w:tcPr>
            <w:tcW w:type="dxa" w:w="1477"/>
          </w:tcPr>
          <w:p>
            <w:pPr>
              <w:spacing w:after="0"/>
              <w:jc w:val="left"/>
            </w:pPr>
            <w:r>
              <w:rPr>
                <w:sz w:val="16"/>
              </w:rPr>
              <w:t>F/EF0 to F/EF4 (median F/EF1); 29 with a recorded value</w:t>
            </w:r>
          </w:p>
        </w:tc>
        <w:tc>
          <w:tcPr>
            <w:tcW w:type="dxa" w:w="1602"/>
          </w:tcPr>
          <w:p>
            <w:pPr>
              <w:spacing w:after="0"/>
              <w:jc w:val="left"/>
            </w:pPr>
            <w:r>
              <w:rPr>
                <w:sz w:val="16"/>
              </w:rPr>
              <w:t>F4 tornado, 1974-04-03, 3.6 mi path length (records before 1996 may include the whole path; rating and listing come from the county where the tornado began), 33 yd wide, damage not recorded (pre-1996 record), 4 direct injuries</w:t>
            </w:r>
          </w:p>
        </w:tc>
        <w:tc>
          <w:tcPr>
            <w:tcW w:type="dxa" w:w="1674"/>
          </w:tcPr>
          <w:p>
            <w:pPr>
              <w:spacing w:after="0"/>
              <w:jc w:val="left"/>
            </w:pPr>
            <w:r>
              <w:rPr>
                <w:sz w:val="16"/>
              </w:rPr>
              <w:t>Tornado, 2010-06-06, $125,000 property; $0 crops (2010 dollars)</w:t>
            </w:r>
          </w:p>
        </w:tc>
        <w:tc>
          <w:tcPr>
            <w:tcW w:type="dxa" w:w="1717"/>
          </w:tcPr>
          <w:p>
            <w:pPr>
              <w:spacing w:after="0"/>
              <w:jc w:val="left"/>
            </w:pPr>
            <w:r>
              <w:rPr>
                <w:sz w:val="16"/>
              </w:rPr>
              <w:t>Event records naming member places: Royal Center town (2 records), Walton town (1 record).</w:t>
            </w:r>
          </w:p>
        </w:tc>
        <w:tc>
          <w:tcPr>
            <w:tcW w:type="dxa" w:w="237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34"/>
          </w:tcPr>
          <w:p>
            <w:pPr>
              <w:spacing w:after="0"/>
              <w:jc w:val="left"/>
            </w:pPr>
            <w:r>
              <w:rPr>
                <w:sz w:val="16"/>
              </w:rPr>
              <w:t>Tsunami</w:t>
            </w:r>
          </w:p>
        </w:tc>
        <w:tc>
          <w:tcPr>
            <w:tcW w:type="dxa" w:w="1797"/>
          </w:tcPr>
          <w:p>
            <w:pPr>
              <w:spacing w:after="0"/>
              <w:jc w:val="left"/>
            </w:pPr>
            <w:r>
              <w:rPr>
                <w:sz w:val="16"/>
              </w:rPr>
              <w:t>none (count and damage)</w:t>
            </w:r>
          </w:p>
        </w:tc>
        <w:tc>
          <w:tcPr>
            <w:tcW w:type="dxa" w:w="1637"/>
          </w:tcPr>
          <w:p>
            <w:pPr>
              <w:spacing w:after="0"/>
              <w:jc w:val="right"/>
            </w:pPr>
            <w:r>
              <w:rPr>
                <w:sz w:val="16"/>
              </w:rPr>
              <w:t>0</w:t>
            </w:r>
          </w:p>
        </w:tc>
        <w:tc>
          <w:tcPr>
            <w:tcW w:type="dxa" w:w="1477"/>
          </w:tcPr>
          <w:p>
            <w:pPr>
              <w:spacing w:after="0"/>
              <w:jc w:val="left"/>
            </w:pPr>
          </w:p>
        </w:tc>
        <w:tc>
          <w:tcPr>
            <w:tcW w:type="dxa" w:w="1602"/>
          </w:tcPr>
          <w:p>
            <w:pPr>
              <w:spacing w:after="0"/>
              <w:jc w:val="left"/>
            </w:pPr>
          </w:p>
        </w:tc>
        <w:tc>
          <w:tcPr>
            <w:tcW w:type="dxa" w:w="1674"/>
          </w:tcPr>
          <w:p>
            <w:pPr>
              <w:spacing w:after="0"/>
              <w:jc w:val="left"/>
            </w:pPr>
          </w:p>
        </w:tc>
        <w:tc>
          <w:tcPr>
            <w:tcW w:type="dxa" w:w="1717"/>
          </w:tcPr>
          <w:p>
            <w:pPr>
              <w:spacing w:after="0"/>
              <w:jc w:val="left"/>
            </w:pPr>
          </w:p>
        </w:tc>
        <w:tc>
          <w:tcPr>
            <w:tcW w:type="dxa" w:w="2375"/>
          </w:tcPr>
          <w:p>
            <w:pPr>
              <w:spacing w:after="0"/>
              <w:jc w:val="left"/>
            </w:pPr>
            <w:r>
              <w:rPr>
                <w:sz w:val="16"/>
              </w:rPr>
              <w:t>Physical measure: in event narratives only; local data required.</w:t>
            </w:r>
          </w:p>
        </w:tc>
      </w:tr>
      <w:tr>
        <w:trPr>
          <w:cantSplit/>
        </w:trPr>
        <w:tc>
          <w:tcPr>
            <w:tcW w:type="dxa" w:w="1834"/>
          </w:tcPr>
          <w:p>
            <w:pPr>
              <w:spacing w:after="0"/>
              <w:jc w:val="left"/>
            </w:pPr>
            <w:r>
              <w:rPr>
                <w:sz w:val="16"/>
              </w:rPr>
              <w:t>Volcanic Ash, Volcanic Ashfall</w:t>
            </w:r>
          </w:p>
        </w:tc>
        <w:tc>
          <w:tcPr>
            <w:tcW w:type="dxa" w:w="1797"/>
          </w:tcPr>
          <w:p>
            <w:pPr>
              <w:spacing w:after="0"/>
              <w:jc w:val="left"/>
            </w:pPr>
            <w:r>
              <w:rPr>
                <w:sz w:val="16"/>
              </w:rPr>
              <w:t>Volcanic Explosivity Index (local data)</w:t>
            </w:r>
          </w:p>
        </w:tc>
        <w:tc>
          <w:tcPr>
            <w:tcW w:type="dxa" w:w="1637"/>
          </w:tcPr>
          <w:p>
            <w:pPr>
              <w:spacing w:after="0"/>
              <w:jc w:val="right"/>
            </w:pPr>
            <w:r>
              <w:rPr>
                <w:sz w:val="16"/>
              </w:rPr>
              <w:t>0</w:t>
            </w:r>
          </w:p>
        </w:tc>
        <w:tc>
          <w:tcPr>
            <w:tcW w:type="dxa" w:w="1477"/>
          </w:tcPr>
          <w:p>
            <w:pPr>
              <w:spacing w:after="0"/>
              <w:jc w:val="left"/>
            </w:pPr>
          </w:p>
        </w:tc>
        <w:tc>
          <w:tcPr>
            <w:tcW w:type="dxa" w:w="1602"/>
          </w:tcPr>
          <w:p>
            <w:pPr>
              <w:spacing w:after="0"/>
              <w:jc w:val="left"/>
            </w:pPr>
          </w:p>
        </w:tc>
        <w:tc>
          <w:tcPr>
            <w:tcW w:type="dxa" w:w="1674"/>
          </w:tcPr>
          <w:p>
            <w:pPr>
              <w:spacing w:after="0"/>
              <w:jc w:val="left"/>
            </w:pPr>
          </w:p>
        </w:tc>
        <w:tc>
          <w:tcPr>
            <w:tcW w:type="dxa" w:w="1717"/>
          </w:tcPr>
          <w:p>
            <w:pPr>
              <w:spacing w:after="0"/>
              <w:jc w:val="left"/>
            </w:pPr>
          </w:p>
        </w:tc>
        <w:tc>
          <w:tcPr>
            <w:tcW w:type="dxa" w:w="2375"/>
          </w:tcPr>
          <w:p>
            <w:pPr>
              <w:spacing w:after="0"/>
              <w:jc w:val="left"/>
            </w:pPr>
            <w:r>
              <w:rPr>
                <w:sz w:val="16"/>
              </w:rPr>
              <w:t>Physical measure: in event narratives only; local data required.</w:t>
            </w:r>
          </w:p>
        </w:tc>
      </w:tr>
      <w:tr>
        <w:trPr>
          <w:cantSplit/>
        </w:trPr>
        <w:tc>
          <w:tcPr>
            <w:tcW w:type="dxa" w:w="1834"/>
          </w:tcPr>
          <w:p>
            <w:pPr>
              <w:spacing w:after="0"/>
              <w:jc w:val="left"/>
            </w:pPr>
            <w:r>
              <w:rPr>
                <w:sz w:val="16"/>
              </w:rPr>
              <w:t>Wildfire</w:t>
            </w:r>
          </w:p>
        </w:tc>
        <w:tc>
          <w:tcPr>
            <w:tcW w:type="dxa" w:w="1797"/>
          </w:tcPr>
          <w:p>
            <w:pPr>
              <w:spacing w:after="0"/>
              <w:jc w:val="left"/>
            </w:pPr>
            <w:r>
              <w:rPr>
                <w:sz w:val="16"/>
              </w:rPr>
              <w:t>acres burned (local data)</w:t>
            </w:r>
          </w:p>
        </w:tc>
        <w:tc>
          <w:tcPr>
            <w:tcW w:type="dxa" w:w="1637"/>
          </w:tcPr>
          <w:p>
            <w:pPr>
              <w:spacing w:after="0"/>
              <w:jc w:val="right"/>
            </w:pPr>
            <w:r>
              <w:rPr>
                <w:sz w:val="16"/>
              </w:rPr>
              <w:t>0</w:t>
            </w:r>
          </w:p>
        </w:tc>
        <w:tc>
          <w:tcPr>
            <w:tcW w:type="dxa" w:w="1477"/>
          </w:tcPr>
          <w:p>
            <w:pPr>
              <w:spacing w:after="0"/>
              <w:jc w:val="left"/>
            </w:pPr>
          </w:p>
        </w:tc>
        <w:tc>
          <w:tcPr>
            <w:tcW w:type="dxa" w:w="1602"/>
          </w:tcPr>
          <w:p>
            <w:pPr>
              <w:spacing w:after="0"/>
              <w:jc w:val="left"/>
            </w:pPr>
          </w:p>
        </w:tc>
        <w:tc>
          <w:tcPr>
            <w:tcW w:type="dxa" w:w="1674"/>
          </w:tcPr>
          <w:p>
            <w:pPr>
              <w:spacing w:after="0"/>
              <w:jc w:val="left"/>
            </w:pPr>
          </w:p>
        </w:tc>
        <w:tc>
          <w:tcPr>
            <w:tcW w:type="dxa" w:w="1717"/>
          </w:tcPr>
          <w:p>
            <w:pPr>
              <w:spacing w:after="0"/>
              <w:jc w:val="left"/>
            </w:pPr>
          </w:p>
        </w:tc>
        <w:tc>
          <w:tcPr>
            <w:tcW w:type="dxa" w:w="2375"/>
          </w:tcPr>
          <w:p>
            <w:pPr>
              <w:spacing w:after="0"/>
              <w:jc w:val="left"/>
            </w:pPr>
            <w:r>
              <w:rPr>
                <w:sz w:val="16"/>
              </w:rPr>
              <w:t>Acres burned: in event narratives only; local data required.</w:t>
            </w:r>
          </w:p>
        </w:tc>
      </w:tr>
      <w:tr>
        <w:trPr>
          <w:cantSplit/>
        </w:trPr>
        <w:tc>
          <w:tcPr>
            <w:tcW w:type="dxa" w:w="1834"/>
          </w:tcPr>
          <w:p>
            <w:pPr>
              <w:spacing w:after="0"/>
              <w:jc w:val="left"/>
            </w:pPr>
            <w:r>
              <w:rPr>
                <w:sz w:val="16"/>
              </w:rPr>
              <w:t>Winter Storm, Heavy Snow, Blizzard, Lake-Effect Snow, Winter Weather, Sleet</w:t>
            </w:r>
          </w:p>
        </w:tc>
        <w:tc>
          <w:tcPr>
            <w:tcW w:type="dxa" w:w="1797"/>
          </w:tcPr>
          <w:p>
            <w:pPr>
              <w:spacing w:after="0"/>
              <w:jc w:val="left"/>
            </w:pPr>
            <w:r>
              <w:rPr>
                <w:sz w:val="16"/>
              </w:rPr>
              <w:t>none in data (snowfall local)</w:t>
            </w:r>
          </w:p>
        </w:tc>
        <w:tc>
          <w:tcPr>
            <w:tcW w:type="dxa" w:w="1637"/>
          </w:tcPr>
          <w:p>
            <w:pPr>
              <w:spacing w:after="0"/>
              <w:jc w:val="right"/>
            </w:pPr>
            <w:r>
              <w:rPr>
                <w:sz w:val="16"/>
              </w:rPr>
              <w:t>66, 1996 to 2026 (66 zone-level)</w:t>
            </w:r>
          </w:p>
        </w:tc>
        <w:tc>
          <w:tcPr>
            <w:tcW w:type="dxa" w:w="1477"/>
          </w:tcPr>
          <w:p>
            <w:pPr>
              <w:spacing w:after="0"/>
              <w:jc w:val="left"/>
            </w:pPr>
          </w:p>
        </w:tc>
        <w:tc>
          <w:tcPr>
            <w:tcW w:type="dxa" w:w="1602"/>
          </w:tcPr>
          <w:p>
            <w:pPr>
              <w:spacing w:after="0"/>
              <w:jc w:val="left"/>
            </w:pPr>
            <w:r>
              <w:rPr>
                <w:sz w:val="16"/>
              </w:rPr>
              <w:t>No damage reported in 66 records.</w:t>
            </w:r>
          </w:p>
        </w:tc>
        <w:tc>
          <w:tcPr>
            <w:tcW w:type="dxa" w:w="1674"/>
          </w:tcPr>
          <w:p>
            <w:pPr>
              <w:spacing w:after="0"/>
              <w:jc w:val="left"/>
            </w:pPr>
          </w:p>
        </w:tc>
        <w:tc>
          <w:tcPr>
            <w:tcW w:type="dxa" w:w="1717"/>
          </w:tcPr>
          <w:p>
            <w:pPr>
              <w:spacing w:after="0"/>
              <w:jc w:val="left"/>
            </w:pPr>
            <w:r>
              <w:rPr>
                <w:sz w:val="16"/>
              </w:rPr>
              <w:t>Zone-level records: applies countywide; national data do not locate these events within the county.</w:t>
            </w:r>
          </w:p>
        </w:tc>
        <w:tc>
          <w:tcPr>
            <w:tcW w:type="dxa" w:w="237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8"/>
        <w:gridCol w:w="2908"/>
        <w:gridCol w:w="2177"/>
        <w:gridCol w:w="2357"/>
        <w:gridCol w:w="132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8"/>
            <w:shd w:val="clear" w:color="auto" w:fill="E8E8E8"/>
          </w:tcPr>
          <w:p>
            <w:pPr>
              <w:spacing w:after="0"/>
              <w:jc w:val="left"/>
            </w:pPr>
            <w:r>
              <w:rPr>
                <w:b/>
                <w:sz w:val="16"/>
              </w:rPr>
              <w:t>Type</w:t>
            </w:r>
          </w:p>
        </w:tc>
        <w:tc>
          <w:tcPr>
            <w:tcW w:type="dxa" w:w="2908"/>
            <w:shd w:val="clear" w:color="auto" w:fill="E8E8E8"/>
          </w:tcPr>
          <w:p>
            <w:pPr>
              <w:spacing w:after="0"/>
              <w:jc w:val="left"/>
            </w:pPr>
            <w:r>
              <w:rPr>
                <w:b/>
                <w:sz w:val="16"/>
              </w:rPr>
              <w:t>Title</w:t>
            </w:r>
          </w:p>
        </w:tc>
        <w:tc>
          <w:tcPr>
            <w:tcW w:type="dxa" w:w="2177"/>
            <w:shd w:val="clear" w:color="auto" w:fill="E8E8E8"/>
          </w:tcPr>
          <w:p>
            <w:pPr>
              <w:spacing w:after="0"/>
              <w:jc w:val="left"/>
            </w:pPr>
            <w:r>
              <w:rPr>
                <w:b/>
                <w:sz w:val="16"/>
              </w:rPr>
              <w:t>Mapped hazard</w:t>
            </w:r>
          </w:p>
        </w:tc>
        <w:tc>
          <w:tcPr>
            <w:tcW w:type="dxa" w:w="235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2026-08-11</w:t>
            </w:r>
          </w:p>
        </w:tc>
        <w:tc>
          <w:tcPr>
            <w:tcW w:type="dxa" w:w="1037"/>
          </w:tcPr>
          <w:p>
            <w:pPr>
              <w:spacing w:after="0"/>
              <w:jc w:val="left"/>
            </w:pPr>
            <w:r>
              <w:rPr>
                <w:sz w:val="16"/>
              </w:rPr>
              <w:t>DR-4933-IN</w:t>
            </w:r>
          </w:p>
        </w:tc>
        <w:tc>
          <w:tcPr>
            <w:tcW w:type="dxa" w:w="1348"/>
          </w:tcPr>
          <w:p>
            <w:pPr>
              <w:spacing w:after="0"/>
              <w:jc w:val="left"/>
            </w:pPr>
            <w:r>
              <w:rPr>
                <w:sz w:val="16"/>
              </w:rPr>
              <w:t>Major disaster</w:t>
            </w:r>
          </w:p>
        </w:tc>
        <w:tc>
          <w:tcPr>
            <w:tcW w:type="dxa" w:w="2908"/>
          </w:tcPr>
          <w:p>
            <w:pPr>
              <w:spacing w:after="0"/>
              <w:jc w:val="left"/>
            </w:pPr>
            <w:r>
              <w:rPr>
                <w:sz w:val="16"/>
              </w:rPr>
              <w:t>SEVERE STORMS, STRAIGHT-LINE WINDS, TORNADOES, AND FLOODING</w:t>
            </w:r>
          </w:p>
        </w:tc>
        <w:tc>
          <w:tcPr>
            <w:tcW w:type="dxa" w:w="2177"/>
          </w:tcPr>
          <w:p>
            <w:pPr>
              <w:spacing w:after="0"/>
              <w:jc w:val="left"/>
            </w:pPr>
            <w:r>
              <w:rPr>
                <w:sz w:val="16"/>
              </w:rPr>
              <w:t>Inland Flooding (primary); also designated: Strong Wind, Tornado</w:t>
            </w:r>
          </w:p>
        </w:tc>
        <w:tc>
          <w:tcPr>
            <w:tcW w:type="dxa" w:w="2357"/>
          </w:tcPr>
          <w:p>
            <w:pPr>
              <w:spacing w:after="0"/>
              <w:jc w:val="right"/>
            </w:pPr>
            <w:r>
              <w:rPr>
                <w:sz w:val="16"/>
              </w:rPr>
              <w:t>not yet in FEMA's PA summaries (they cover declarations through 2026-06-30)</w:t>
            </w:r>
          </w:p>
        </w:tc>
        <w:tc>
          <w:tcPr>
            <w:tcW w:type="dxa" w:w="1321"/>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48"/>
          </w:tcPr>
          <w:p>
            <w:pPr>
              <w:spacing w:after="0"/>
              <w:jc w:val="left"/>
            </w:pPr>
            <w:r>
              <w:rPr>
                <w:sz w:val="16"/>
              </w:rPr>
              <w:t>Emergency</w:t>
            </w:r>
          </w:p>
        </w:tc>
        <w:tc>
          <w:tcPr>
            <w:tcW w:type="dxa" w:w="2908"/>
          </w:tcPr>
          <w:p>
            <w:pPr>
              <w:spacing w:after="0"/>
              <w:jc w:val="left"/>
            </w:pPr>
            <w:r>
              <w:rPr>
                <w:sz w:val="16"/>
              </w:rPr>
              <w:t>SEVERE STORMS, STRAIGHT-LINE WINDS, TORNADOES, AND FLOODING</w:t>
            </w:r>
          </w:p>
        </w:tc>
        <w:tc>
          <w:tcPr>
            <w:tcW w:type="dxa" w:w="2177"/>
          </w:tcPr>
          <w:p>
            <w:pPr>
              <w:spacing w:after="0"/>
              <w:jc w:val="left"/>
            </w:pPr>
            <w:r>
              <w:rPr>
                <w:sz w:val="16"/>
              </w:rPr>
              <w:t>Inland Flooding (primary); also designated: Strong Wind, Tornado</w:t>
            </w:r>
          </w:p>
        </w:tc>
        <w:tc>
          <w:tcPr>
            <w:tcW w:type="dxa" w:w="2357"/>
          </w:tcPr>
          <w:p>
            <w:pPr>
              <w:spacing w:after="0"/>
              <w:jc w:val="right"/>
            </w:pPr>
            <w:r>
              <w:rPr>
                <w:sz w:val="16"/>
              </w:rPr>
              <w:t>not yet in FEMA's PA summaries (they cover declarations through 2026-06-30)</w:t>
            </w:r>
          </w:p>
        </w:tc>
        <w:tc>
          <w:tcPr>
            <w:tcW w:type="dxa" w:w="1321"/>
          </w:tcPr>
          <w:p>
            <w:pPr>
              <w:spacing w:after="0"/>
              <w:jc w:val="left"/>
            </w:pPr>
            <w:r>
              <w:rPr>
                <w:sz w:val="16"/>
              </w:rPr>
              <w:t>new since last plan; within last 5 years</w:t>
            </w:r>
          </w:p>
        </w:tc>
        <w:tc>
          <w:tcPr>
            <w:tcW w:type="dxa" w:w="890"/>
          </w:tcPr>
          <w:p>
            <w:pPr>
              <w:spacing w:after="0"/>
              <w:jc w:val="left"/>
            </w:pPr>
            <w:r>
              <w:rPr>
                <w:sz w:val="16"/>
              </w:rPr>
              <w:t>same incident as DR-4933</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48"/>
          </w:tcPr>
          <w:p>
            <w:pPr>
              <w:spacing w:after="0"/>
              <w:jc w:val="left"/>
            </w:pPr>
            <w:r>
              <w:rPr>
                <w:sz w:val="16"/>
              </w:rPr>
              <w:t>Emergency</w:t>
            </w:r>
          </w:p>
        </w:tc>
        <w:tc>
          <w:tcPr>
            <w:tcW w:type="dxa" w:w="2908"/>
          </w:tcPr>
          <w:p>
            <w:pPr>
              <w:spacing w:after="0"/>
              <w:jc w:val="left"/>
            </w:pPr>
            <w:r>
              <w:rPr>
                <w:sz w:val="16"/>
              </w:rPr>
              <w:t>SEVERE WINTER STORM</w:t>
            </w:r>
          </w:p>
        </w:tc>
        <w:tc>
          <w:tcPr>
            <w:tcW w:type="dxa" w:w="2177"/>
          </w:tcPr>
          <w:p>
            <w:pPr>
              <w:spacing w:after="0"/>
              <w:jc w:val="left"/>
            </w:pPr>
            <w:r>
              <w:rPr>
                <w:sz w:val="16"/>
              </w:rPr>
              <w:t>Winter Weather</w:t>
            </w:r>
          </w:p>
        </w:tc>
        <w:tc>
          <w:tcPr>
            <w:tcW w:type="dxa" w:w="2357"/>
          </w:tcPr>
          <w:p>
            <w:pPr>
              <w:spacing w:after="0"/>
              <w:jc w:val="right"/>
            </w:pPr>
            <w:r>
              <w:rPr>
                <w:sz w:val="16"/>
              </w:rPr>
              <w:t>none found</w:t>
            </w:r>
          </w:p>
        </w:tc>
        <w:tc>
          <w:tcPr>
            <w:tcW w:type="dxa" w:w="1321"/>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48"/>
          </w:tcPr>
          <w:p>
            <w:pPr>
              <w:spacing w:after="0"/>
              <w:jc w:val="left"/>
            </w:pPr>
            <w:r>
              <w:rPr>
                <w:sz w:val="16"/>
              </w:rPr>
              <w:t>Major disaster</w:t>
            </w:r>
          </w:p>
        </w:tc>
        <w:tc>
          <w:tcPr>
            <w:tcW w:type="dxa" w:w="2908"/>
          </w:tcPr>
          <w:p>
            <w:pPr>
              <w:spacing w:after="0"/>
              <w:jc w:val="left"/>
            </w:pPr>
            <w:r>
              <w:rPr>
                <w:sz w:val="16"/>
              </w:rPr>
              <w:t>COVID-19 PANDEMIC</w:t>
            </w:r>
          </w:p>
        </w:tc>
        <w:tc>
          <w:tcPr>
            <w:tcW w:type="dxa" w:w="2177"/>
          </w:tcPr>
          <w:p>
            <w:pPr>
              <w:spacing w:after="0"/>
              <w:jc w:val="left"/>
            </w:pPr>
            <w:r>
              <w:rPr>
                <w:sz w:val="16"/>
              </w:rPr>
              <w:t>Non-natural, not counted</w:t>
            </w:r>
          </w:p>
        </w:tc>
        <w:tc>
          <w:tcPr>
            <w:tcW w:type="dxa" w:w="2357"/>
          </w:tcPr>
          <w:p>
            <w:pPr>
              <w:spacing w:after="0"/>
              <w:jc w:val="right"/>
            </w:pPr>
            <w:r>
              <w:rPr>
                <w:sz w:val="16"/>
              </w:rPr>
              <w:t>$20,692.86</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48"/>
          </w:tcPr>
          <w:p>
            <w:pPr>
              <w:spacing w:after="0"/>
              <w:jc w:val="left"/>
            </w:pPr>
            <w:r>
              <w:rPr>
                <w:sz w:val="16"/>
              </w:rPr>
              <w:t>Emergency</w:t>
            </w:r>
          </w:p>
        </w:tc>
        <w:tc>
          <w:tcPr>
            <w:tcW w:type="dxa" w:w="2908"/>
          </w:tcPr>
          <w:p>
            <w:pPr>
              <w:spacing w:after="0"/>
              <w:jc w:val="left"/>
            </w:pPr>
            <w:r>
              <w:rPr>
                <w:sz w:val="16"/>
              </w:rPr>
              <w:t>COVID-19</w:t>
            </w:r>
          </w:p>
        </w:tc>
        <w:tc>
          <w:tcPr>
            <w:tcW w:type="dxa" w:w="2177"/>
          </w:tcPr>
          <w:p>
            <w:pPr>
              <w:spacing w:after="0"/>
              <w:jc w:val="left"/>
            </w:pPr>
            <w:r>
              <w:rPr>
                <w:sz w:val="16"/>
              </w:rPr>
              <w:t>Non-natural, not counted</w:t>
            </w:r>
          </w:p>
        </w:tc>
        <w:tc>
          <w:tcPr>
            <w:tcW w:type="dxa" w:w="2357"/>
          </w:tcPr>
          <w:p>
            <w:pPr>
              <w:spacing w:after="0"/>
              <w:jc w:val="right"/>
            </w:pPr>
            <w:r>
              <w:rPr>
                <w:sz w:val="16"/>
              </w:rPr>
              <w:t>none found</w:t>
            </w:r>
          </w:p>
        </w:tc>
        <w:tc>
          <w:tcPr>
            <w:tcW w:type="dxa" w:w="1321"/>
          </w:tcPr>
          <w:p>
            <w:pPr>
              <w:spacing w:after="0"/>
              <w:jc w:val="left"/>
            </w:pPr>
          </w:p>
        </w:tc>
        <w:tc>
          <w:tcPr>
            <w:tcW w:type="dxa" w:w="890"/>
          </w:tcPr>
          <w:p>
            <w:pPr>
              <w:spacing w:after="0"/>
              <w:jc w:val="left"/>
            </w:pPr>
            <w:r>
              <w:rPr>
                <w:sz w:val="16"/>
              </w:rPr>
              <w:t>same incident as DR-4515</w:t>
            </w:r>
          </w:p>
        </w:tc>
      </w:tr>
      <w:tr>
        <w:trPr>
          <w:cantSplit/>
        </w:trPr>
        <w:tc>
          <w:tcPr>
            <w:tcW w:type="dxa" w:w="1037"/>
          </w:tcPr>
          <w:p>
            <w:pPr>
              <w:spacing w:after="0"/>
              <w:jc w:val="left"/>
            </w:pPr>
            <w:r>
              <w:rPr>
                <w:sz w:val="16"/>
              </w:rPr>
              <w:t>2008-01-30</w:t>
            </w:r>
          </w:p>
        </w:tc>
        <w:tc>
          <w:tcPr>
            <w:tcW w:type="dxa" w:w="1037"/>
          </w:tcPr>
          <w:p>
            <w:pPr>
              <w:spacing w:after="0"/>
              <w:jc w:val="left"/>
            </w:pPr>
            <w:r>
              <w:rPr>
                <w:sz w:val="16"/>
              </w:rPr>
              <w:t>2008-01-07</w:t>
            </w:r>
          </w:p>
        </w:tc>
        <w:tc>
          <w:tcPr>
            <w:tcW w:type="dxa" w:w="1037"/>
          </w:tcPr>
          <w:p>
            <w:pPr>
              <w:spacing w:after="0"/>
              <w:jc w:val="left"/>
            </w:pPr>
            <w:r>
              <w:rPr>
                <w:sz w:val="16"/>
              </w:rPr>
              <w:t>DR-1740-IN</w:t>
            </w:r>
          </w:p>
        </w:tc>
        <w:tc>
          <w:tcPr>
            <w:tcW w:type="dxa" w:w="1348"/>
          </w:tcPr>
          <w:p>
            <w:pPr>
              <w:spacing w:after="0"/>
              <w:jc w:val="left"/>
            </w:pPr>
            <w:r>
              <w:rPr>
                <w:sz w:val="16"/>
              </w:rPr>
              <w:t>Major disaster</w:t>
            </w:r>
          </w:p>
        </w:tc>
        <w:tc>
          <w:tcPr>
            <w:tcW w:type="dxa" w:w="2908"/>
          </w:tcPr>
          <w:p>
            <w:pPr>
              <w:spacing w:after="0"/>
              <w:jc w:val="left"/>
            </w:pPr>
            <w:r>
              <w:rPr>
                <w:sz w:val="16"/>
              </w:rPr>
              <w:t>SEVERE STORMS AND FLOODING</w:t>
            </w:r>
          </w:p>
        </w:tc>
        <w:tc>
          <w:tcPr>
            <w:tcW w:type="dxa" w:w="2177"/>
          </w:tcPr>
          <w:p>
            <w:pPr>
              <w:spacing w:after="0"/>
              <w:jc w:val="left"/>
            </w:pPr>
            <w:r>
              <w:rPr>
                <w:sz w:val="16"/>
              </w:rPr>
              <w:t>Inland Flooding</w:t>
            </w:r>
          </w:p>
        </w:tc>
        <w:tc>
          <w:tcPr>
            <w:tcW w:type="dxa" w:w="2357"/>
          </w:tcPr>
          <w:p>
            <w:pPr>
              <w:spacing w:after="0"/>
              <w:jc w:val="right"/>
            </w:pPr>
            <w:r>
              <w:rPr>
                <w:sz w:val="16"/>
              </w:rPr>
              <w:t>$384,619.71</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348"/>
          </w:tcPr>
          <w:p>
            <w:pPr>
              <w:spacing w:after="0"/>
              <w:jc w:val="left"/>
            </w:pPr>
            <w:r>
              <w:rPr>
                <w:sz w:val="16"/>
              </w:rPr>
              <w:t>Emergency</w:t>
            </w:r>
          </w:p>
        </w:tc>
        <w:tc>
          <w:tcPr>
            <w:tcW w:type="dxa" w:w="2908"/>
          </w:tcPr>
          <w:p>
            <w:pPr>
              <w:spacing w:after="0"/>
              <w:jc w:val="left"/>
            </w:pPr>
            <w:r>
              <w:rPr>
                <w:sz w:val="16"/>
              </w:rPr>
              <w:t>SNOW</w:t>
            </w:r>
          </w:p>
        </w:tc>
        <w:tc>
          <w:tcPr>
            <w:tcW w:type="dxa" w:w="2177"/>
          </w:tcPr>
          <w:p>
            <w:pPr>
              <w:spacing w:after="0"/>
              <w:jc w:val="left"/>
            </w:pPr>
            <w:r>
              <w:rPr>
                <w:sz w:val="16"/>
              </w:rPr>
              <w:t>Winter Weather</w:t>
            </w:r>
          </w:p>
        </w:tc>
        <w:tc>
          <w:tcPr>
            <w:tcW w:type="dxa" w:w="2357"/>
          </w:tcPr>
          <w:p>
            <w:pPr>
              <w:spacing w:after="0"/>
              <w:jc w:val="right"/>
            </w:pPr>
            <w:r>
              <w:rPr>
                <w:sz w:val="16"/>
              </w:rPr>
              <w:t>$69,438.08</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48"/>
          </w:tcPr>
          <w:p>
            <w:pPr>
              <w:spacing w:after="0"/>
              <w:jc w:val="left"/>
            </w:pPr>
            <w:r>
              <w:rPr>
                <w:sz w:val="16"/>
              </w:rPr>
              <w:t>Emergency</w:t>
            </w:r>
          </w:p>
        </w:tc>
        <w:tc>
          <w:tcPr>
            <w:tcW w:type="dxa" w:w="2908"/>
          </w:tcPr>
          <w:p>
            <w:pPr>
              <w:spacing w:after="0"/>
              <w:jc w:val="left"/>
            </w:pPr>
            <w:r>
              <w:rPr>
                <w:sz w:val="16"/>
              </w:rPr>
              <w:t>HURRICANE KATRINA EVACUATION</w:t>
            </w:r>
          </w:p>
        </w:tc>
        <w:tc>
          <w:tcPr>
            <w:tcW w:type="dxa" w:w="2177"/>
          </w:tcPr>
          <w:p>
            <w:pPr>
              <w:spacing w:after="0"/>
              <w:jc w:val="left"/>
            </w:pPr>
            <w:r>
              <w:rPr>
                <w:sz w:val="16"/>
              </w:rPr>
              <w:t>Hurricane: evacuation support, not a local hazard event; not counted</w:t>
            </w:r>
          </w:p>
        </w:tc>
        <w:tc>
          <w:tcPr>
            <w:tcW w:type="dxa" w:w="2357"/>
          </w:tcPr>
          <w:p>
            <w:pPr>
              <w:spacing w:after="0"/>
              <w:jc w:val="right"/>
            </w:pPr>
            <w:r>
              <w:rPr>
                <w:sz w:val="16"/>
              </w:rPr>
              <w:t>none found</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48"/>
          </w:tcPr>
          <w:p>
            <w:pPr>
              <w:spacing w:after="0"/>
              <w:jc w:val="left"/>
            </w:pPr>
            <w:r>
              <w:rPr>
                <w:sz w:val="16"/>
              </w:rPr>
              <w:t>Major disaster</w:t>
            </w:r>
          </w:p>
        </w:tc>
        <w:tc>
          <w:tcPr>
            <w:tcW w:type="dxa" w:w="2908"/>
          </w:tcPr>
          <w:p>
            <w:pPr>
              <w:spacing w:after="0"/>
              <w:jc w:val="left"/>
            </w:pPr>
            <w:r>
              <w:rPr>
                <w:sz w:val="16"/>
              </w:rPr>
              <w:t>SEVERE WINTER STORMS AND FLOODING</w:t>
            </w:r>
          </w:p>
        </w:tc>
        <w:tc>
          <w:tcPr>
            <w:tcW w:type="dxa" w:w="2177"/>
          </w:tcPr>
          <w:p>
            <w:pPr>
              <w:spacing w:after="0"/>
              <w:jc w:val="left"/>
            </w:pPr>
            <w:r>
              <w:rPr>
                <w:sz w:val="16"/>
              </w:rPr>
              <w:t>Inland Flooding; Winter Weather</w:t>
            </w:r>
          </w:p>
        </w:tc>
        <w:tc>
          <w:tcPr>
            <w:tcW w:type="dxa" w:w="2357"/>
          </w:tcPr>
          <w:p>
            <w:pPr>
              <w:spacing w:after="0"/>
              <w:jc w:val="right"/>
            </w:pPr>
            <w:r>
              <w:rPr>
                <w:sz w:val="16"/>
              </w:rPr>
              <w:t>PA not declared for this county</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48"/>
          </w:tcPr>
          <w:p>
            <w:pPr>
              <w:spacing w:after="0"/>
              <w:jc w:val="left"/>
            </w:pPr>
            <w:r>
              <w:rPr>
                <w:sz w:val="16"/>
              </w:rPr>
              <w:t>Major disaster</w:t>
            </w:r>
          </w:p>
        </w:tc>
        <w:tc>
          <w:tcPr>
            <w:tcW w:type="dxa" w:w="2908"/>
          </w:tcPr>
          <w:p>
            <w:pPr>
              <w:spacing w:after="0"/>
              <w:jc w:val="left"/>
            </w:pPr>
            <w:r>
              <w:rPr>
                <w:sz w:val="16"/>
              </w:rPr>
              <w:t>SEVERE STORMS, TORNADOES, AND FLOODING</w:t>
            </w:r>
          </w:p>
        </w:tc>
        <w:tc>
          <w:tcPr>
            <w:tcW w:type="dxa" w:w="2177"/>
          </w:tcPr>
          <w:p>
            <w:pPr>
              <w:spacing w:after="0"/>
              <w:jc w:val="left"/>
            </w:pPr>
            <w:r>
              <w:rPr>
                <w:sz w:val="16"/>
              </w:rPr>
              <w:t>Inland Flooding; Tornado</w:t>
            </w:r>
          </w:p>
        </w:tc>
        <w:tc>
          <w:tcPr>
            <w:tcW w:type="dxa" w:w="2357"/>
          </w:tcPr>
          <w:p>
            <w:pPr>
              <w:spacing w:after="0"/>
              <w:jc w:val="right"/>
            </w:pPr>
            <w:r>
              <w:rPr>
                <w:sz w:val="16"/>
              </w:rPr>
              <w:t>PA not declared for this county</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348"/>
          </w:tcPr>
          <w:p>
            <w:pPr>
              <w:spacing w:after="0"/>
              <w:jc w:val="left"/>
            </w:pPr>
            <w:r>
              <w:rPr>
                <w:sz w:val="16"/>
              </w:rPr>
              <w:t>Major disaster</w:t>
            </w:r>
          </w:p>
        </w:tc>
        <w:tc>
          <w:tcPr>
            <w:tcW w:type="dxa" w:w="2908"/>
          </w:tcPr>
          <w:p>
            <w:pPr>
              <w:spacing w:after="0"/>
              <w:jc w:val="left"/>
            </w:pPr>
            <w:r>
              <w:rPr>
                <w:sz w:val="16"/>
              </w:rPr>
              <w:t>SEVERE STORMS, TORNADOES, AND FLOODING</w:t>
            </w:r>
          </w:p>
        </w:tc>
        <w:tc>
          <w:tcPr>
            <w:tcW w:type="dxa" w:w="2177"/>
          </w:tcPr>
          <w:p>
            <w:pPr>
              <w:spacing w:after="0"/>
              <w:jc w:val="left"/>
            </w:pPr>
            <w:r>
              <w:rPr>
                <w:sz w:val="16"/>
              </w:rPr>
              <w:t>Inland Flooding; Tornado</w:t>
            </w:r>
          </w:p>
        </w:tc>
        <w:tc>
          <w:tcPr>
            <w:tcW w:type="dxa" w:w="2357"/>
          </w:tcPr>
          <w:p>
            <w:pPr>
              <w:spacing w:after="0"/>
              <w:jc w:val="right"/>
            </w:pPr>
            <w:r>
              <w:rPr>
                <w:sz w:val="16"/>
              </w:rPr>
              <w:t>$267,111.89</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EM-3162-IN</w:t>
            </w:r>
          </w:p>
        </w:tc>
        <w:tc>
          <w:tcPr>
            <w:tcW w:type="dxa" w:w="1348"/>
          </w:tcPr>
          <w:p>
            <w:pPr>
              <w:spacing w:after="0"/>
              <w:jc w:val="left"/>
            </w:pPr>
            <w:r>
              <w:rPr>
                <w:sz w:val="16"/>
              </w:rPr>
              <w:t>Emergency</w:t>
            </w:r>
          </w:p>
        </w:tc>
        <w:tc>
          <w:tcPr>
            <w:tcW w:type="dxa" w:w="2908"/>
          </w:tcPr>
          <w:p>
            <w:pPr>
              <w:spacing w:after="0"/>
              <w:jc w:val="left"/>
            </w:pPr>
            <w:r>
              <w:rPr>
                <w:sz w:val="16"/>
              </w:rPr>
              <w:t>SNOW</w:t>
            </w:r>
          </w:p>
        </w:tc>
        <w:tc>
          <w:tcPr>
            <w:tcW w:type="dxa" w:w="2177"/>
          </w:tcPr>
          <w:p>
            <w:pPr>
              <w:spacing w:after="0"/>
              <w:jc w:val="left"/>
            </w:pPr>
            <w:r>
              <w:rPr>
                <w:sz w:val="16"/>
              </w:rPr>
              <w:t>Winter Weather</w:t>
            </w:r>
          </w:p>
        </w:tc>
        <w:tc>
          <w:tcPr>
            <w:tcW w:type="dxa" w:w="2357"/>
          </w:tcPr>
          <w:p>
            <w:pPr>
              <w:spacing w:after="0"/>
              <w:jc w:val="right"/>
            </w:pPr>
            <w:r>
              <w:rPr>
                <w:sz w:val="16"/>
              </w:rPr>
              <w:t>$37,387.32</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48"/>
          </w:tcPr>
          <w:p>
            <w:pPr>
              <w:spacing w:after="0"/>
              <w:jc w:val="left"/>
            </w:pPr>
            <w:r>
              <w:rPr>
                <w:sz w:val="16"/>
              </w:rPr>
              <w:t>Emergency</w:t>
            </w:r>
          </w:p>
        </w:tc>
        <w:tc>
          <w:tcPr>
            <w:tcW w:type="dxa" w:w="2908"/>
          </w:tcPr>
          <w:p>
            <w:pPr>
              <w:spacing w:after="0"/>
              <w:jc w:val="left"/>
            </w:pPr>
            <w:r>
              <w:rPr>
                <w:sz w:val="16"/>
              </w:rPr>
              <w:t>IN-WINTER STORM 12/23/98</w:t>
            </w:r>
          </w:p>
        </w:tc>
        <w:tc>
          <w:tcPr>
            <w:tcW w:type="dxa" w:w="2177"/>
          </w:tcPr>
          <w:p>
            <w:pPr>
              <w:spacing w:after="0"/>
              <w:jc w:val="left"/>
            </w:pPr>
            <w:r>
              <w:rPr>
                <w:sz w:val="16"/>
              </w:rPr>
              <w:t>Winter Weather</w:t>
            </w:r>
          </w:p>
        </w:tc>
        <w:tc>
          <w:tcPr>
            <w:tcW w:type="dxa" w:w="2357"/>
          </w:tcPr>
          <w:p>
            <w:pPr>
              <w:spacing w:after="0"/>
              <w:jc w:val="right"/>
            </w:pPr>
            <w:r>
              <w:rPr>
                <w:sz w:val="16"/>
              </w:rPr>
              <w:t>$68,207.96</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1991-03-29</w:t>
            </w:r>
          </w:p>
        </w:tc>
        <w:tc>
          <w:tcPr>
            <w:tcW w:type="dxa" w:w="1037"/>
          </w:tcPr>
          <w:p>
            <w:pPr>
              <w:spacing w:after="0"/>
              <w:jc w:val="left"/>
            </w:pPr>
            <w:r>
              <w:rPr>
                <w:sz w:val="16"/>
              </w:rPr>
              <w:t>1991-03-12</w:t>
            </w:r>
          </w:p>
        </w:tc>
        <w:tc>
          <w:tcPr>
            <w:tcW w:type="dxa" w:w="1037"/>
          </w:tcPr>
          <w:p>
            <w:pPr>
              <w:spacing w:after="0"/>
              <w:jc w:val="left"/>
            </w:pPr>
            <w:r>
              <w:rPr>
                <w:sz w:val="16"/>
              </w:rPr>
              <w:t>DR-899-IN</w:t>
            </w:r>
          </w:p>
        </w:tc>
        <w:tc>
          <w:tcPr>
            <w:tcW w:type="dxa" w:w="1348"/>
          </w:tcPr>
          <w:p>
            <w:pPr>
              <w:spacing w:after="0"/>
              <w:jc w:val="left"/>
            </w:pPr>
            <w:r>
              <w:rPr>
                <w:sz w:val="16"/>
              </w:rPr>
              <w:t>Major disaster</w:t>
            </w:r>
          </w:p>
        </w:tc>
        <w:tc>
          <w:tcPr>
            <w:tcW w:type="dxa" w:w="2908"/>
          </w:tcPr>
          <w:p>
            <w:pPr>
              <w:spacing w:after="0"/>
              <w:jc w:val="left"/>
            </w:pPr>
            <w:r>
              <w:rPr>
                <w:sz w:val="16"/>
              </w:rPr>
              <w:t>SEVERE ICE STORM</w:t>
            </w:r>
          </w:p>
        </w:tc>
        <w:tc>
          <w:tcPr>
            <w:tcW w:type="dxa" w:w="2177"/>
          </w:tcPr>
          <w:p>
            <w:pPr>
              <w:spacing w:after="0"/>
              <w:jc w:val="left"/>
            </w:pPr>
            <w:r>
              <w:rPr>
                <w:sz w:val="16"/>
              </w:rPr>
              <w:t>Ice Storm</w:t>
            </w:r>
          </w:p>
        </w:tc>
        <w:tc>
          <w:tcPr>
            <w:tcW w:type="dxa" w:w="2357"/>
          </w:tcPr>
          <w:p>
            <w:pPr>
              <w:spacing w:after="0"/>
              <w:jc w:val="right"/>
            </w:pPr>
            <w:r>
              <w:rPr>
                <w:sz w:val="16"/>
              </w:rPr>
              <w:t>none found</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348"/>
          </w:tcPr>
          <w:p>
            <w:pPr>
              <w:spacing w:after="0"/>
              <w:jc w:val="left"/>
            </w:pPr>
            <w:r>
              <w:rPr>
                <w:sz w:val="16"/>
              </w:rPr>
              <w:t>Emergency</w:t>
            </w:r>
          </w:p>
        </w:tc>
        <w:tc>
          <w:tcPr>
            <w:tcW w:type="dxa" w:w="2908"/>
          </w:tcPr>
          <w:p>
            <w:pPr>
              <w:spacing w:after="0"/>
              <w:jc w:val="left"/>
            </w:pPr>
            <w:r>
              <w:rPr>
                <w:sz w:val="16"/>
              </w:rPr>
              <w:t>SNOWSTORMS</w:t>
            </w:r>
          </w:p>
        </w:tc>
        <w:tc>
          <w:tcPr>
            <w:tcW w:type="dxa" w:w="2177"/>
          </w:tcPr>
          <w:p>
            <w:pPr>
              <w:spacing w:after="0"/>
              <w:jc w:val="left"/>
            </w:pPr>
            <w:r>
              <w:rPr>
                <w:sz w:val="16"/>
              </w:rPr>
              <w:t>Winter Weather</w:t>
            </w:r>
          </w:p>
        </w:tc>
        <w:tc>
          <w:tcPr>
            <w:tcW w:type="dxa" w:w="2357"/>
          </w:tcPr>
          <w:p>
            <w:pPr>
              <w:spacing w:after="0"/>
              <w:jc w:val="right"/>
            </w:pPr>
            <w:r>
              <w:rPr>
                <w:sz w:val="16"/>
              </w:rPr>
              <w:t>none found</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348"/>
          </w:tcPr>
          <w:p>
            <w:pPr>
              <w:spacing w:after="0"/>
              <w:jc w:val="left"/>
            </w:pPr>
            <w:r>
              <w:rPr>
                <w:sz w:val="16"/>
              </w:rPr>
              <w:t>Major disaster</w:t>
            </w:r>
          </w:p>
        </w:tc>
        <w:tc>
          <w:tcPr>
            <w:tcW w:type="dxa" w:w="2908"/>
          </w:tcPr>
          <w:p>
            <w:pPr>
              <w:spacing w:after="0"/>
              <w:jc w:val="left"/>
            </w:pPr>
            <w:r>
              <w:rPr>
                <w:sz w:val="16"/>
              </w:rPr>
              <w:t>TORNADOES</w:t>
            </w:r>
          </w:p>
        </w:tc>
        <w:tc>
          <w:tcPr>
            <w:tcW w:type="dxa" w:w="2177"/>
          </w:tcPr>
          <w:p>
            <w:pPr>
              <w:spacing w:after="0"/>
              <w:jc w:val="left"/>
            </w:pPr>
            <w:r>
              <w:rPr>
                <w:sz w:val="16"/>
              </w:rPr>
              <w:t>Tornado</w:t>
            </w:r>
          </w:p>
        </w:tc>
        <w:tc>
          <w:tcPr>
            <w:tcW w:type="dxa" w:w="2357"/>
          </w:tcPr>
          <w:p>
            <w:pPr>
              <w:spacing w:after="0"/>
              <w:jc w:val="right"/>
            </w:pPr>
            <w:r>
              <w:rPr>
                <w:sz w:val="16"/>
              </w:rPr>
              <w:t>none found</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DR-189-IN</w:t>
            </w:r>
          </w:p>
        </w:tc>
        <w:tc>
          <w:tcPr>
            <w:tcW w:type="dxa" w:w="1348"/>
          </w:tcPr>
          <w:p>
            <w:pPr>
              <w:spacing w:after="0"/>
              <w:jc w:val="left"/>
            </w:pPr>
            <w:r>
              <w:rPr>
                <w:sz w:val="16"/>
              </w:rPr>
              <w:t>Major disaster</w:t>
            </w:r>
          </w:p>
        </w:tc>
        <w:tc>
          <w:tcPr>
            <w:tcW w:type="dxa" w:w="2908"/>
          </w:tcPr>
          <w:p>
            <w:pPr>
              <w:spacing w:after="0"/>
              <w:jc w:val="left"/>
            </w:pPr>
            <w:r>
              <w:rPr>
                <w:sz w:val="16"/>
              </w:rPr>
              <w:t>TORNADOES &amp; SEVERE STORMS</w:t>
            </w:r>
          </w:p>
        </w:tc>
        <w:tc>
          <w:tcPr>
            <w:tcW w:type="dxa" w:w="2177"/>
          </w:tcPr>
          <w:p>
            <w:pPr>
              <w:spacing w:after="0"/>
              <w:jc w:val="left"/>
            </w:pPr>
            <w:r>
              <w:rPr>
                <w:sz w:val="16"/>
              </w:rPr>
              <w:t>Tornado</w:t>
            </w:r>
          </w:p>
        </w:tc>
        <w:tc>
          <w:tcPr>
            <w:tcW w:type="dxa" w:w="2357"/>
          </w:tcPr>
          <w:p>
            <w:pPr>
              <w:spacing w:after="0"/>
              <w:jc w:val="right"/>
            </w:pPr>
            <w:r>
              <w:rPr>
                <w:sz w:val="16"/>
              </w:rPr>
              <w:t>none found</w:t>
            </w:r>
          </w:p>
        </w:tc>
        <w:tc>
          <w:tcPr>
            <w:tcW w:type="dxa" w:w="1321"/>
          </w:tcPr>
          <w:p>
            <w:pPr>
              <w:spacing w:after="0"/>
              <w:jc w:val="left"/>
            </w:pPr>
          </w:p>
        </w:tc>
        <w:tc>
          <w:tcPr>
            <w:tcW w:type="dxa" w:w="890"/>
          </w:tcPr>
          <w:p>
            <w:pPr>
              <w:spacing w:after="0"/>
              <w:jc w:val="left"/>
            </w:pPr>
          </w:p>
        </w:tc>
      </w:tr>
    </w:tbl>
    <w:p>
      <w:pPr>
        <w:spacing w:after="40" w:before="60"/>
        <w:ind w:left="360"/>
      </w:pPr>
      <w:r>
        <w:rPr>
          <w:sz w:val="15"/>
        </w:rPr>
        <w:t>School districts and special districts in this county: $41,826.55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68</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249</w:t>
            </w:r>
          </w:p>
        </w:tc>
        <w:tc>
          <w:tcPr>
            <w:tcW w:type="dxa" w:w="1422"/>
          </w:tcPr>
          <w:p>
            <w:pPr>
              <w:spacing w:after="0"/>
              <w:jc w:val="right"/>
            </w:pPr>
            <w:r>
              <w:rPr>
                <w:sz w:val="16"/>
              </w:rPr>
              <w:t>45</w:t>
            </w:r>
          </w:p>
        </w:tc>
        <w:tc>
          <w:tcPr>
            <w:tcW w:type="dxa" w:w="1356"/>
          </w:tcPr>
          <w:p>
            <w:pPr>
              <w:spacing w:after="0"/>
              <w:jc w:val="right"/>
            </w:pPr>
            <w:r>
              <w:rPr>
                <w:sz w:val="16"/>
              </w:rPr>
              <w:t>1</w:t>
            </w:r>
          </w:p>
        </w:tc>
        <w:tc>
          <w:tcPr>
            <w:tcW w:type="dxa" w:w="963"/>
          </w:tcPr>
          <w:p>
            <w:pPr>
              <w:spacing w:after="0"/>
              <w:jc w:val="right"/>
            </w:pPr>
            <w:r>
              <w:rPr>
                <w:sz w:val="16"/>
              </w:rPr>
              <w:t>59</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10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30</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7"/>
        <w:gridCol w:w="2783"/>
        <w:gridCol w:w="2742"/>
        <w:gridCol w:w="1094"/>
        <w:gridCol w:w="1722"/>
        <w:gridCol w:w="1005"/>
        <w:gridCol w:w="2393"/>
      </w:tblGrid>
      <w:tr>
        <w:trPr>
          <w:cantSplit/>
          <w:tblHeader/>
        </w:trPr>
        <w:tc>
          <w:tcPr>
            <w:tcW w:type="dxa" w:w="1037"/>
            <w:shd w:val="clear" w:color="auto" w:fill="E8E8E8"/>
          </w:tcPr>
          <w:p>
            <w:pPr>
              <w:spacing w:after="0"/>
              <w:jc w:val="left"/>
            </w:pPr>
            <w:r>
              <w:rPr>
                <w:b/>
                <w:sz w:val="16"/>
              </w:rPr>
              <w:t>Date</w:t>
            </w:r>
          </w:p>
        </w:tc>
        <w:tc>
          <w:tcPr>
            <w:tcW w:type="dxa" w:w="1337"/>
            <w:shd w:val="clear" w:color="auto" w:fill="E8E8E8"/>
          </w:tcPr>
          <w:p>
            <w:pPr>
              <w:spacing w:after="0"/>
              <w:jc w:val="left"/>
            </w:pPr>
            <w:r>
              <w:rPr>
                <w:b/>
                <w:sz w:val="16"/>
              </w:rPr>
              <w:t>Event type</w:t>
            </w:r>
          </w:p>
        </w:tc>
        <w:tc>
          <w:tcPr>
            <w:tcW w:type="dxa" w:w="2783"/>
            <w:shd w:val="clear" w:color="auto" w:fill="E8E8E8"/>
          </w:tcPr>
          <w:p>
            <w:pPr>
              <w:spacing w:after="0"/>
              <w:jc w:val="left"/>
            </w:pPr>
            <w:r>
              <w:rPr>
                <w:b/>
                <w:sz w:val="16"/>
              </w:rPr>
              <w:t>Magnitude or extent</w:t>
            </w:r>
          </w:p>
        </w:tc>
        <w:tc>
          <w:tcPr>
            <w:tcW w:type="dxa" w:w="2742"/>
            <w:shd w:val="clear" w:color="auto" w:fill="E8E8E8"/>
          </w:tcPr>
          <w:p>
            <w:pPr>
              <w:spacing w:after="0"/>
              <w:jc w:val="left"/>
            </w:pPr>
            <w:r>
              <w:rPr>
                <w:b/>
                <w:sz w:val="16"/>
              </w:rPr>
              <w:t>Damage</w:t>
            </w:r>
          </w:p>
          <w:p>
            <w:pPr>
              <w:spacing w:after="0"/>
              <w:jc w:val="left"/>
            </w:pPr>
            <w:r>
              <w:rPr>
                <w:i/>
                <w:color w:val="555555"/>
                <w:sz w:val="14"/>
              </w:rPr>
              <w:t>nominal dollars</w:t>
            </w:r>
          </w:p>
        </w:tc>
        <w:tc>
          <w:tcPr>
            <w:tcW w:type="dxa" w:w="109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2"/>
            <w:shd w:val="clear" w:color="auto" w:fill="E8E8E8"/>
          </w:tcPr>
          <w:p>
            <w:pPr>
              <w:spacing w:after="0"/>
              <w:jc w:val="left"/>
            </w:pPr>
            <w:r>
              <w:rPr>
                <w:b/>
                <w:sz w:val="16"/>
              </w:rPr>
              <w:t>Location</w:t>
            </w:r>
          </w:p>
        </w:tc>
        <w:tc>
          <w:tcPr>
            <w:tcW w:type="dxa" w:w="1005"/>
            <w:shd w:val="clear" w:color="auto" w:fill="E8E8E8"/>
          </w:tcPr>
          <w:p>
            <w:pPr>
              <w:spacing w:after="0"/>
              <w:jc w:val="left"/>
            </w:pPr>
            <w:r>
              <w:rPr>
                <w:b/>
                <w:sz w:val="16"/>
              </w:rPr>
              <w:t>Flags</w:t>
            </w:r>
          </w:p>
        </w:tc>
        <w:tc>
          <w:tcPr>
            <w:tcW w:type="dxa" w:w="23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2025-05-16</w:t>
            </w:r>
          </w:p>
        </w:tc>
        <w:tc>
          <w:tcPr>
            <w:tcW w:type="dxa" w:w="1337"/>
          </w:tcPr>
          <w:p>
            <w:pPr>
              <w:spacing w:after="0"/>
              <w:jc w:val="left"/>
            </w:pPr>
            <w:r>
              <w:rPr>
                <w:sz w:val="16"/>
              </w:rPr>
              <w:t>Lightning</w:t>
            </w:r>
          </w:p>
        </w:tc>
        <w:tc>
          <w:tcPr>
            <w:tcW w:type="dxa" w:w="2783"/>
          </w:tcPr>
          <w:p>
            <w:pPr>
              <w:spacing w:after="0"/>
              <w:jc w:val="left"/>
            </w:pPr>
          </w:p>
        </w:tc>
        <w:tc>
          <w:tcPr>
            <w:tcW w:type="dxa" w:w="2742"/>
          </w:tcPr>
          <w:p>
            <w:pPr>
              <w:spacing w:after="0"/>
              <w:jc w:val="left"/>
            </w:pPr>
            <w:r>
              <w:rPr>
                <w:sz w:val="16"/>
              </w:rPr>
              <w:t>$50,000 property; $0 crops (2025 dollars)</w:t>
            </w:r>
          </w:p>
        </w:tc>
        <w:tc>
          <w:tcPr>
            <w:tcW w:type="dxa" w:w="1094"/>
          </w:tcPr>
          <w:p>
            <w:pPr>
              <w:spacing w:after="0"/>
              <w:jc w:val="right"/>
            </w:pPr>
            <w:r>
              <w:rPr>
                <w:sz w:val="16"/>
              </w:rPr>
              <w:t>0, 0</w:t>
            </w:r>
          </w:p>
        </w:tc>
        <w:tc>
          <w:tcPr>
            <w:tcW w:type="dxa" w:w="1722"/>
          </w:tcPr>
          <w:p>
            <w:pPr>
              <w:spacing w:after="0"/>
              <w:jc w:val="left"/>
            </w:pPr>
            <w:r>
              <w:rPr>
                <w:sz w:val="16"/>
              </w:rPr>
              <w:t>DUNKIRK</w:t>
            </w:r>
          </w:p>
        </w:tc>
        <w:tc>
          <w:tcPr>
            <w:tcW w:type="dxa" w:w="1005"/>
          </w:tcPr>
          <w:p>
            <w:pPr>
              <w:spacing w:after="0"/>
              <w:jc w:val="left"/>
            </w:pPr>
            <w:r>
              <w:rPr>
                <w:sz w:val="16"/>
              </w:rPr>
              <w:t>new since last plan; within last 5 years</w:t>
            </w:r>
          </w:p>
        </w:tc>
        <w:tc>
          <w:tcPr>
            <w:tcW w:type="dxa" w:w="2393"/>
          </w:tcPr>
          <w:p>
            <w:pPr>
              <w:spacing w:after="0"/>
              <w:jc w:val="left"/>
            </w:pPr>
            <w:r>
              <w:rPr>
                <w:sz w:val="16"/>
              </w:rPr>
              <w:t>B1-c worst recorded: Lightning</w:t>
            </w:r>
          </w:p>
        </w:tc>
      </w:tr>
      <w:tr>
        <w:trPr>
          <w:cantSplit/>
        </w:trPr>
        <w:tc>
          <w:tcPr>
            <w:tcW w:type="dxa" w:w="1037"/>
          </w:tcPr>
          <w:p>
            <w:pPr>
              <w:spacing w:after="0"/>
              <w:jc w:val="left"/>
            </w:pPr>
            <w:r>
              <w:rPr>
                <w:sz w:val="16"/>
              </w:rPr>
              <w:t>2023-03-31</w:t>
            </w:r>
          </w:p>
        </w:tc>
        <w:tc>
          <w:tcPr>
            <w:tcW w:type="dxa" w:w="1337"/>
          </w:tcPr>
          <w:p>
            <w:pPr>
              <w:spacing w:after="0"/>
              <w:jc w:val="left"/>
            </w:pPr>
            <w:r>
              <w:rPr>
                <w:sz w:val="16"/>
              </w:rPr>
              <w:t>Thunderstorm Wind</w:t>
            </w:r>
          </w:p>
        </w:tc>
        <w:tc>
          <w:tcPr>
            <w:tcW w:type="dxa" w:w="2783"/>
          </w:tcPr>
          <w:p>
            <w:pPr>
              <w:spacing w:after="0"/>
              <w:jc w:val="left"/>
            </w:pPr>
            <w:r>
              <w:rPr>
                <w:sz w:val="16"/>
              </w:rPr>
              <w:t>52 kt (60 mph) estimated gust</w:t>
            </w:r>
          </w:p>
        </w:tc>
        <w:tc>
          <w:tcPr>
            <w:tcW w:type="dxa" w:w="2742"/>
          </w:tcPr>
          <w:p>
            <w:pPr>
              <w:spacing w:after="0"/>
              <w:jc w:val="left"/>
            </w:pPr>
            <w:r>
              <w:rPr>
                <w:sz w:val="16"/>
              </w:rPr>
              <w:t>$30,000 property; $0 crops (2023 dollars)</w:t>
            </w:r>
          </w:p>
        </w:tc>
        <w:tc>
          <w:tcPr>
            <w:tcW w:type="dxa" w:w="1094"/>
          </w:tcPr>
          <w:p>
            <w:pPr>
              <w:spacing w:after="0"/>
              <w:jc w:val="right"/>
            </w:pPr>
            <w:r>
              <w:rPr>
                <w:sz w:val="16"/>
              </w:rPr>
              <w:t>0, 7</w:t>
            </w:r>
          </w:p>
        </w:tc>
        <w:tc>
          <w:tcPr>
            <w:tcW w:type="dxa" w:w="1722"/>
          </w:tcPr>
          <w:p>
            <w:pPr>
              <w:spacing w:after="0"/>
              <w:jc w:val="left"/>
            </w:pPr>
            <w:r>
              <w:rPr>
                <w:sz w:val="16"/>
              </w:rPr>
              <w:t>ROYAL CENTER</w:t>
            </w:r>
          </w:p>
        </w:tc>
        <w:tc>
          <w:tcPr>
            <w:tcW w:type="dxa" w:w="1005"/>
          </w:tcPr>
          <w:p>
            <w:pPr>
              <w:spacing w:after="0"/>
              <w:jc w:val="left"/>
            </w:pPr>
            <w:r>
              <w:rPr>
                <w:sz w:val="16"/>
              </w:rPr>
              <w:t>within last 5 years</w:t>
            </w:r>
          </w:p>
        </w:tc>
        <w:tc>
          <w:tcPr>
            <w:tcW w:type="dxa" w:w="2393"/>
          </w:tcPr>
          <w:p>
            <w:pPr>
              <w:spacing w:after="0"/>
              <w:jc w:val="left"/>
            </w:pPr>
            <w:r>
              <w:rPr>
                <w:sz w:val="16"/>
              </w:rPr>
              <w:t>deaths or injuries recorded</w:t>
            </w:r>
          </w:p>
        </w:tc>
      </w:tr>
      <w:tr>
        <w:trPr>
          <w:cantSplit/>
        </w:trPr>
        <w:tc>
          <w:tcPr>
            <w:tcW w:type="dxa" w:w="1037"/>
          </w:tcPr>
          <w:p>
            <w:pPr>
              <w:spacing w:after="0"/>
              <w:jc w:val="left"/>
            </w:pPr>
            <w:r>
              <w:rPr>
                <w:sz w:val="16"/>
              </w:rPr>
              <w:t>2010-06-06</w:t>
            </w:r>
          </w:p>
        </w:tc>
        <w:tc>
          <w:tcPr>
            <w:tcW w:type="dxa" w:w="1337"/>
          </w:tcPr>
          <w:p>
            <w:pPr>
              <w:spacing w:after="0"/>
              <w:jc w:val="left"/>
            </w:pPr>
            <w:r>
              <w:rPr>
                <w:sz w:val="16"/>
              </w:rPr>
              <w:t>Tornado</w:t>
            </w:r>
          </w:p>
        </w:tc>
        <w:tc>
          <w:tcPr>
            <w:tcW w:type="dxa" w:w="2783"/>
          </w:tcPr>
          <w:p>
            <w:pPr>
              <w:spacing w:after="0"/>
              <w:jc w:val="left"/>
            </w:pPr>
            <w:r>
              <w:rPr>
                <w:sz w:val="16"/>
              </w:rPr>
              <w:t>EF1, 3.4 mi within this county, 150 yd wide</w:t>
            </w:r>
          </w:p>
        </w:tc>
        <w:tc>
          <w:tcPr>
            <w:tcW w:type="dxa" w:w="2742"/>
          </w:tcPr>
          <w:p>
            <w:pPr>
              <w:spacing w:after="0"/>
              <w:jc w:val="left"/>
            </w:pPr>
            <w:r>
              <w:rPr>
                <w:sz w:val="16"/>
              </w:rPr>
              <w:t>$125,000 property; $0 crops (2010 dollars)</w:t>
            </w:r>
          </w:p>
        </w:tc>
        <w:tc>
          <w:tcPr>
            <w:tcW w:type="dxa" w:w="1094"/>
          </w:tcPr>
          <w:p>
            <w:pPr>
              <w:spacing w:after="0"/>
              <w:jc w:val="right"/>
            </w:pPr>
            <w:r>
              <w:rPr>
                <w:sz w:val="16"/>
              </w:rPr>
              <w:t>0, 1</w:t>
            </w:r>
          </w:p>
        </w:tc>
        <w:tc>
          <w:tcPr>
            <w:tcW w:type="dxa" w:w="1722"/>
          </w:tcPr>
          <w:p>
            <w:pPr>
              <w:spacing w:after="0"/>
              <w:jc w:val="left"/>
            </w:pPr>
            <w:r>
              <w:rPr>
                <w:sz w:val="16"/>
              </w:rPr>
              <w:t>DEACON</w:t>
            </w:r>
          </w:p>
        </w:tc>
        <w:tc>
          <w:tcPr>
            <w:tcW w:type="dxa" w:w="1005"/>
          </w:tcPr>
          <w:p>
            <w:pPr>
              <w:spacing w:after="0"/>
              <w:jc w:val="left"/>
            </w:pPr>
          </w:p>
        </w:tc>
        <w:tc>
          <w:tcPr>
            <w:tcW w:type="dxa" w:w="2393"/>
          </w:tcPr>
          <w:p>
            <w:pPr>
              <w:spacing w:after="0"/>
              <w:jc w:val="left"/>
            </w:pPr>
            <w:r>
              <w:rPr>
                <w:sz w:val="16"/>
              </w:rPr>
              <w:t>B1-c most damaging: Tornado</w:t>
            </w:r>
          </w:p>
        </w:tc>
      </w:tr>
      <w:tr>
        <w:trPr>
          <w:cantSplit/>
        </w:trPr>
        <w:tc>
          <w:tcPr>
            <w:tcW w:type="dxa" w:w="1037"/>
          </w:tcPr>
          <w:p>
            <w:pPr>
              <w:spacing w:after="0"/>
              <w:jc w:val="left"/>
            </w:pPr>
            <w:r>
              <w:rPr>
                <w:sz w:val="16"/>
              </w:rPr>
              <w:t>2007-02-24</w:t>
            </w:r>
          </w:p>
        </w:tc>
        <w:tc>
          <w:tcPr>
            <w:tcW w:type="dxa" w:w="1337"/>
          </w:tcPr>
          <w:p>
            <w:pPr>
              <w:spacing w:after="0"/>
              <w:jc w:val="left"/>
            </w:pPr>
            <w:r>
              <w:rPr>
                <w:sz w:val="16"/>
              </w:rPr>
              <w:t>Ice Storm</w:t>
            </w:r>
          </w:p>
        </w:tc>
        <w:tc>
          <w:tcPr>
            <w:tcW w:type="dxa" w:w="2783"/>
          </w:tcPr>
          <w:p>
            <w:pPr>
              <w:spacing w:after="0"/>
              <w:jc w:val="left"/>
            </w:pPr>
          </w:p>
        </w:tc>
        <w:tc>
          <w:tcPr>
            <w:tcW w:type="dxa" w:w="2742"/>
          </w:tcPr>
          <w:p>
            <w:pPr>
              <w:spacing w:after="0"/>
              <w:jc w:val="left"/>
            </w:pPr>
            <w:r>
              <w:rPr>
                <w:sz w:val="16"/>
              </w:rPr>
              <w:t>$50,000 property; $0 crops, reported for the zone (2007 dollars)</w:t>
            </w:r>
          </w:p>
        </w:tc>
        <w:tc>
          <w:tcPr>
            <w:tcW w:type="dxa" w:w="1094"/>
          </w:tcPr>
          <w:p>
            <w:pPr>
              <w:spacing w:after="0"/>
              <w:jc w:val="right"/>
            </w:pPr>
            <w:r>
              <w:rPr>
                <w:sz w:val="16"/>
              </w:rPr>
              <w:t>0, 0</w:t>
            </w:r>
          </w:p>
        </w:tc>
        <w:tc>
          <w:tcPr>
            <w:tcW w:type="dxa" w:w="1722"/>
          </w:tcPr>
          <w:p>
            <w:pPr>
              <w:spacing w:after="0"/>
              <w:jc w:val="left"/>
            </w:pPr>
            <w:r>
              <w:rPr>
                <w:sz w:val="16"/>
              </w:rPr>
              <w:t>NWS zone INZ022 (CASS), zone-level: may include parts of neighboring counties</w:t>
            </w:r>
          </w:p>
        </w:tc>
        <w:tc>
          <w:tcPr>
            <w:tcW w:type="dxa" w:w="1005"/>
          </w:tcPr>
          <w:p>
            <w:pPr>
              <w:spacing w:after="0"/>
              <w:jc w:val="left"/>
            </w:pPr>
          </w:p>
        </w:tc>
        <w:tc>
          <w:tcPr>
            <w:tcW w:type="dxa" w:w="2393"/>
          </w:tcPr>
          <w:p>
            <w:pPr>
              <w:spacing w:after="0"/>
              <w:jc w:val="left"/>
            </w:pPr>
            <w:r>
              <w:rPr>
                <w:sz w:val="16"/>
              </w:rPr>
              <w:t>B1-c worst recorded: Ice Storm</w:t>
            </w:r>
          </w:p>
        </w:tc>
      </w:tr>
      <w:tr>
        <w:trPr>
          <w:cantSplit/>
        </w:trPr>
        <w:tc>
          <w:tcPr>
            <w:tcW w:type="dxa" w:w="1037"/>
          </w:tcPr>
          <w:p>
            <w:pPr>
              <w:spacing w:after="0"/>
              <w:jc w:val="left"/>
            </w:pPr>
            <w:r>
              <w:rPr>
                <w:sz w:val="16"/>
              </w:rPr>
              <w:t>2003-11-12</w:t>
            </w:r>
          </w:p>
        </w:tc>
        <w:tc>
          <w:tcPr>
            <w:tcW w:type="dxa" w:w="1337"/>
          </w:tcPr>
          <w:p>
            <w:pPr>
              <w:spacing w:after="0"/>
              <w:jc w:val="left"/>
            </w:pPr>
            <w:r>
              <w:rPr>
                <w:sz w:val="16"/>
              </w:rPr>
              <w:t>High Wind</w:t>
            </w:r>
          </w:p>
        </w:tc>
        <w:tc>
          <w:tcPr>
            <w:tcW w:type="dxa" w:w="2783"/>
          </w:tcPr>
          <w:p>
            <w:pPr>
              <w:spacing w:after="0"/>
              <w:jc w:val="left"/>
            </w:pPr>
            <w:r>
              <w:rPr>
                <w:sz w:val="16"/>
              </w:rPr>
              <w:t>56 kt (64 mph) measured gust</w:t>
            </w:r>
          </w:p>
        </w:tc>
        <w:tc>
          <w:tcPr>
            <w:tcW w:type="dxa" w:w="2742"/>
          </w:tcPr>
          <w:p>
            <w:pPr>
              <w:spacing w:after="0"/>
              <w:jc w:val="left"/>
            </w:pPr>
            <w:r>
              <w:rPr>
                <w:sz w:val="16"/>
              </w:rPr>
              <w:t>$0 property; crops not reported, reported for the zone (2003 dollars)</w:t>
            </w:r>
          </w:p>
        </w:tc>
        <w:tc>
          <w:tcPr>
            <w:tcW w:type="dxa" w:w="1094"/>
          </w:tcPr>
          <w:p>
            <w:pPr>
              <w:spacing w:after="0"/>
              <w:jc w:val="right"/>
            </w:pPr>
            <w:r>
              <w:rPr>
                <w:sz w:val="16"/>
              </w:rPr>
              <w:t>0, 0</w:t>
            </w:r>
          </w:p>
        </w:tc>
        <w:tc>
          <w:tcPr>
            <w:tcW w:type="dxa" w:w="1722"/>
          </w:tcPr>
          <w:p>
            <w:pPr>
              <w:spacing w:after="0"/>
              <w:jc w:val="left"/>
            </w:pPr>
            <w:r>
              <w:rPr>
                <w:sz w:val="16"/>
              </w:rPr>
              <w:t>NWS zone INZ022 (CASS), zone-level: may include parts of neighboring counties</w:t>
            </w:r>
          </w:p>
        </w:tc>
        <w:tc>
          <w:tcPr>
            <w:tcW w:type="dxa" w:w="1005"/>
          </w:tcPr>
          <w:p>
            <w:pPr>
              <w:spacing w:after="0"/>
              <w:jc w:val="left"/>
            </w:pPr>
          </w:p>
        </w:tc>
        <w:tc>
          <w:tcPr>
            <w:tcW w:type="dxa" w:w="239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2003-07-06</w:t>
            </w:r>
          </w:p>
        </w:tc>
        <w:tc>
          <w:tcPr>
            <w:tcW w:type="dxa" w:w="1337"/>
          </w:tcPr>
          <w:p>
            <w:pPr>
              <w:spacing w:after="0"/>
              <w:jc w:val="left"/>
            </w:pPr>
            <w:r>
              <w:rPr>
                <w:sz w:val="16"/>
              </w:rPr>
              <w:t>Hail</w:t>
            </w:r>
          </w:p>
        </w:tc>
        <w:tc>
          <w:tcPr>
            <w:tcW w:type="dxa" w:w="2783"/>
          </w:tcPr>
          <w:p>
            <w:pPr>
              <w:spacing w:after="0"/>
              <w:jc w:val="left"/>
            </w:pPr>
            <w:r>
              <w:rPr>
                <w:sz w:val="16"/>
              </w:rPr>
              <w:t>2.75 in</w:t>
            </w:r>
          </w:p>
        </w:tc>
        <w:tc>
          <w:tcPr>
            <w:tcW w:type="dxa" w:w="2742"/>
          </w:tcPr>
          <w:p>
            <w:pPr>
              <w:spacing w:after="0"/>
              <w:jc w:val="left"/>
            </w:pPr>
            <w:r>
              <w:rPr>
                <w:sz w:val="16"/>
              </w:rPr>
              <w:t>$0 property; crops not reported (2003 dollars)</w:t>
            </w:r>
          </w:p>
        </w:tc>
        <w:tc>
          <w:tcPr>
            <w:tcW w:type="dxa" w:w="1094"/>
          </w:tcPr>
          <w:p>
            <w:pPr>
              <w:spacing w:after="0"/>
              <w:jc w:val="right"/>
            </w:pPr>
            <w:r>
              <w:rPr>
                <w:sz w:val="16"/>
              </w:rPr>
              <w:t>0, 0</w:t>
            </w:r>
          </w:p>
        </w:tc>
        <w:tc>
          <w:tcPr>
            <w:tcW w:type="dxa" w:w="1722"/>
          </w:tcPr>
          <w:p>
            <w:pPr>
              <w:spacing w:after="0"/>
              <w:jc w:val="left"/>
            </w:pPr>
            <w:r>
              <w:rPr>
                <w:sz w:val="16"/>
              </w:rPr>
              <w:t>ROYAL CENTER</w:t>
            </w:r>
          </w:p>
        </w:tc>
        <w:tc>
          <w:tcPr>
            <w:tcW w:type="dxa" w:w="1005"/>
          </w:tcPr>
          <w:p>
            <w:pPr>
              <w:spacing w:after="0"/>
              <w:jc w:val="left"/>
            </w:pPr>
          </w:p>
        </w:tc>
        <w:tc>
          <w:tcPr>
            <w:tcW w:type="dxa" w:w="2393"/>
          </w:tcPr>
          <w:p>
            <w:pPr>
              <w:spacing w:after="0"/>
              <w:jc w:val="left"/>
            </w:pPr>
            <w:r>
              <w:rPr>
                <w:sz w:val="16"/>
              </w:rPr>
              <w:t>B1-c worst recorded: Hail</w:t>
            </w:r>
          </w:p>
        </w:tc>
      </w:tr>
      <w:tr>
        <w:trPr>
          <w:cantSplit/>
        </w:trPr>
        <w:tc>
          <w:tcPr>
            <w:tcW w:type="dxa" w:w="1037"/>
          </w:tcPr>
          <w:p>
            <w:pPr>
              <w:spacing w:after="0"/>
              <w:jc w:val="left"/>
            </w:pPr>
            <w:r>
              <w:rPr>
                <w:sz w:val="16"/>
              </w:rPr>
              <w:t>2003-07-05</w:t>
            </w:r>
          </w:p>
        </w:tc>
        <w:tc>
          <w:tcPr>
            <w:tcW w:type="dxa" w:w="1337"/>
          </w:tcPr>
          <w:p>
            <w:pPr>
              <w:spacing w:after="0"/>
              <w:jc w:val="left"/>
            </w:pPr>
            <w:r>
              <w:rPr>
                <w:sz w:val="16"/>
              </w:rPr>
              <w:t>Flash Flood</w:t>
            </w:r>
          </w:p>
        </w:tc>
        <w:tc>
          <w:tcPr>
            <w:tcW w:type="dxa" w:w="2783"/>
          </w:tcPr>
          <w:p>
            <w:pPr>
              <w:spacing w:after="0"/>
              <w:jc w:val="left"/>
            </w:pPr>
          </w:p>
        </w:tc>
        <w:tc>
          <w:tcPr>
            <w:tcW w:type="dxa" w:w="2742"/>
          </w:tcPr>
          <w:p>
            <w:pPr>
              <w:spacing w:after="0"/>
              <w:jc w:val="left"/>
            </w:pPr>
            <w:r>
              <w:rPr>
                <w:sz w:val="16"/>
              </w:rPr>
              <w:t>$1,250,000 property; crops not reported (2003 dollars)</w:t>
            </w:r>
          </w:p>
        </w:tc>
        <w:tc>
          <w:tcPr>
            <w:tcW w:type="dxa" w:w="1094"/>
          </w:tcPr>
          <w:p>
            <w:pPr>
              <w:spacing w:after="0"/>
              <w:jc w:val="right"/>
            </w:pPr>
            <w:r>
              <w:rPr>
                <w:sz w:val="16"/>
              </w:rPr>
              <w:t>0, 0</w:t>
            </w:r>
          </w:p>
        </w:tc>
        <w:tc>
          <w:tcPr>
            <w:tcW w:type="dxa" w:w="1722"/>
          </w:tcPr>
          <w:p>
            <w:pPr>
              <w:spacing w:after="0"/>
              <w:jc w:val="left"/>
            </w:pPr>
            <w:r>
              <w:rPr>
                <w:sz w:val="16"/>
              </w:rPr>
              <w:t>GALVESTON</w:t>
            </w:r>
          </w:p>
        </w:tc>
        <w:tc>
          <w:tcPr>
            <w:tcW w:type="dxa" w:w="1005"/>
          </w:tcPr>
          <w:p>
            <w:pPr>
              <w:spacing w:after="0"/>
              <w:jc w:val="left"/>
            </w:pPr>
          </w:p>
        </w:tc>
        <w:tc>
          <w:tcPr>
            <w:tcW w:type="dxa" w:w="23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1997-07-26</w:t>
            </w:r>
          </w:p>
        </w:tc>
        <w:tc>
          <w:tcPr>
            <w:tcW w:type="dxa" w:w="1337"/>
          </w:tcPr>
          <w:p>
            <w:pPr>
              <w:spacing w:after="0"/>
              <w:jc w:val="left"/>
            </w:pPr>
            <w:r>
              <w:rPr>
                <w:sz w:val="16"/>
              </w:rPr>
              <w:t>Heat</w:t>
            </w:r>
          </w:p>
        </w:tc>
        <w:tc>
          <w:tcPr>
            <w:tcW w:type="dxa" w:w="2783"/>
          </w:tcPr>
          <w:p>
            <w:pPr>
              <w:spacing w:after="0"/>
              <w:jc w:val="left"/>
            </w:pPr>
          </w:p>
        </w:tc>
        <w:tc>
          <w:tcPr>
            <w:tcW w:type="dxa" w:w="2742"/>
          </w:tcPr>
          <w:p>
            <w:pPr>
              <w:spacing w:after="0"/>
              <w:jc w:val="left"/>
            </w:pPr>
            <w:r>
              <w:rPr>
                <w:sz w:val="16"/>
              </w:rPr>
              <w:t>damage not reported</w:t>
            </w:r>
          </w:p>
        </w:tc>
        <w:tc>
          <w:tcPr>
            <w:tcW w:type="dxa" w:w="1094"/>
          </w:tcPr>
          <w:p>
            <w:pPr>
              <w:spacing w:after="0"/>
              <w:jc w:val="right"/>
            </w:pPr>
            <w:r>
              <w:rPr>
                <w:sz w:val="16"/>
              </w:rPr>
              <w:t>0, 0</w:t>
            </w:r>
          </w:p>
        </w:tc>
        <w:tc>
          <w:tcPr>
            <w:tcW w:type="dxa" w:w="1722"/>
          </w:tcPr>
          <w:p>
            <w:pPr>
              <w:spacing w:after="0"/>
              <w:jc w:val="left"/>
            </w:pPr>
            <w:r>
              <w:rPr>
                <w:sz w:val="16"/>
              </w:rPr>
              <w:t>NWS zone INZ022 (CASS), zone-level: may include parts of neighboring counties</w:t>
            </w:r>
          </w:p>
        </w:tc>
        <w:tc>
          <w:tcPr>
            <w:tcW w:type="dxa" w:w="1005"/>
          </w:tcPr>
          <w:p>
            <w:pPr>
              <w:spacing w:after="0"/>
              <w:jc w:val="left"/>
            </w:pPr>
          </w:p>
        </w:tc>
        <w:tc>
          <w:tcPr>
            <w:tcW w:type="dxa" w:w="2393"/>
          </w:tcPr>
          <w:p>
            <w:pPr>
              <w:spacing w:after="0"/>
              <w:jc w:val="left"/>
            </w:pPr>
            <w:r>
              <w:rPr>
                <w:sz w:val="16"/>
              </w:rPr>
              <w:t>B1-c worst recorded: Excessive Heat, Heat</w:t>
            </w:r>
          </w:p>
        </w:tc>
      </w:tr>
      <w:tr>
        <w:trPr>
          <w:cantSplit/>
        </w:trPr>
        <w:tc>
          <w:tcPr>
            <w:tcW w:type="dxa" w:w="1037"/>
          </w:tcPr>
          <w:p>
            <w:pPr>
              <w:spacing w:after="0"/>
              <w:jc w:val="left"/>
            </w:pPr>
            <w:r>
              <w:rPr>
                <w:sz w:val="16"/>
              </w:rPr>
              <w:t>1996-10-17</w:t>
            </w:r>
          </w:p>
        </w:tc>
        <w:tc>
          <w:tcPr>
            <w:tcW w:type="dxa" w:w="1337"/>
          </w:tcPr>
          <w:p>
            <w:pPr>
              <w:spacing w:after="0"/>
              <w:jc w:val="left"/>
            </w:pPr>
            <w:r>
              <w:rPr>
                <w:sz w:val="16"/>
              </w:rPr>
              <w:t>Thunderstorm Wind</w:t>
            </w:r>
          </w:p>
        </w:tc>
        <w:tc>
          <w:tcPr>
            <w:tcW w:type="dxa" w:w="2783"/>
          </w:tcPr>
          <w:p>
            <w:pPr>
              <w:spacing w:after="0"/>
              <w:jc w:val="left"/>
            </w:pPr>
            <w:r>
              <w:rPr>
                <w:sz w:val="16"/>
              </w:rPr>
              <w:t>speed not recorded</w:t>
            </w:r>
          </w:p>
        </w:tc>
        <w:tc>
          <w:tcPr>
            <w:tcW w:type="dxa" w:w="2742"/>
          </w:tcPr>
          <w:p>
            <w:pPr>
              <w:spacing w:after="0"/>
              <w:jc w:val="left"/>
            </w:pPr>
            <w:r>
              <w:rPr>
                <w:sz w:val="16"/>
              </w:rPr>
              <w:t>$200,000 property; crops not reported (1996 dollars)</w:t>
            </w:r>
          </w:p>
        </w:tc>
        <w:tc>
          <w:tcPr>
            <w:tcW w:type="dxa" w:w="1094"/>
          </w:tcPr>
          <w:p>
            <w:pPr>
              <w:spacing w:after="0"/>
              <w:jc w:val="right"/>
            </w:pPr>
            <w:r>
              <w:rPr>
                <w:sz w:val="16"/>
              </w:rPr>
              <w:t>0, 3</w:t>
            </w:r>
          </w:p>
        </w:tc>
        <w:tc>
          <w:tcPr>
            <w:tcW w:type="dxa" w:w="1722"/>
          </w:tcPr>
          <w:p>
            <w:pPr>
              <w:spacing w:after="0"/>
              <w:jc w:val="left"/>
            </w:pPr>
            <w:r>
              <w:rPr>
                <w:sz w:val="16"/>
              </w:rPr>
              <w:t>LOGANSPORT</w:t>
            </w:r>
          </w:p>
        </w:tc>
        <w:tc>
          <w:tcPr>
            <w:tcW w:type="dxa" w:w="1005"/>
          </w:tcPr>
          <w:p>
            <w:pPr>
              <w:spacing w:after="0"/>
              <w:jc w:val="left"/>
            </w:pPr>
          </w:p>
        </w:tc>
        <w:tc>
          <w:tcPr>
            <w:tcW w:type="dxa" w:w="2393"/>
          </w:tcPr>
          <w:p>
            <w:pPr>
              <w:spacing w:after="0"/>
              <w:jc w:val="left"/>
            </w:pPr>
            <w:r>
              <w:rPr>
                <w:sz w:val="16"/>
              </w:rPr>
              <w:t>deaths or injuries recorded</w:t>
            </w:r>
          </w:p>
        </w:tc>
      </w:tr>
      <w:tr>
        <w:trPr>
          <w:cantSplit/>
        </w:trPr>
        <w:tc>
          <w:tcPr>
            <w:tcW w:type="dxa" w:w="1037"/>
          </w:tcPr>
          <w:p>
            <w:pPr>
              <w:spacing w:after="0"/>
              <w:jc w:val="left"/>
            </w:pPr>
            <w:r>
              <w:rPr>
                <w:sz w:val="16"/>
              </w:rPr>
              <w:t>1996-02-02</w:t>
            </w:r>
          </w:p>
        </w:tc>
        <w:tc>
          <w:tcPr>
            <w:tcW w:type="dxa" w:w="1337"/>
          </w:tcPr>
          <w:p>
            <w:pPr>
              <w:spacing w:after="0"/>
              <w:jc w:val="left"/>
            </w:pPr>
            <w:r>
              <w:rPr>
                <w:sz w:val="16"/>
              </w:rPr>
              <w:t>Cold/Wind Chill</w:t>
            </w:r>
          </w:p>
        </w:tc>
        <w:tc>
          <w:tcPr>
            <w:tcW w:type="dxa" w:w="2783"/>
          </w:tcPr>
          <w:p>
            <w:pPr>
              <w:spacing w:after="0"/>
              <w:jc w:val="left"/>
            </w:pPr>
          </w:p>
        </w:tc>
        <w:tc>
          <w:tcPr>
            <w:tcW w:type="dxa" w:w="2742"/>
          </w:tcPr>
          <w:p>
            <w:pPr>
              <w:spacing w:after="0"/>
              <w:jc w:val="left"/>
            </w:pPr>
            <w:r>
              <w:rPr>
                <w:sz w:val="16"/>
              </w:rPr>
              <w:t>damage not reported</w:t>
            </w:r>
          </w:p>
        </w:tc>
        <w:tc>
          <w:tcPr>
            <w:tcW w:type="dxa" w:w="1094"/>
          </w:tcPr>
          <w:p>
            <w:pPr>
              <w:spacing w:after="0"/>
              <w:jc w:val="right"/>
            </w:pPr>
            <w:r>
              <w:rPr>
                <w:sz w:val="16"/>
              </w:rPr>
              <w:t>0, 0</w:t>
            </w:r>
          </w:p>
        </w:tc>
        <w:tc>
          <w:tcPr>
            <w:tcW w:type="dxa" w:w="1722"/>
          </w:tcPr>
          <w:p>
            <w:pPr>
              <w:spacing w:after="0"/>
              <w:jc w:val="left"/>
            </w:pPr>
            <w:r>
              <w:rPr>
                <w:sz w:val="16"/>
              </w:rPr>
              <w:t>NWS zone INZ022 (CASS), zone-level: may include parts of neighboring counties</w:t>
            </w:r>
          </w:p>
        </w:tc>
        <w:tc>
          <w:tcPr>
            <w:tcW w:type="dxa" w:w="1005"/>
          </w:tcPr>
          <w:p>
            <w:pPr>
              <w:spacing w:after="0"/>
              <w:jc w:val="left"/>
            </w:pPr>
          </w:p>
        </w:tc>
        <w:tc>
          <w:tcPr>
            <w:tcW w:type="dxa" w:w="23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1988-08-15</w:t>
            </w:r>
          </w:p>
        </w:tc>
        <w:tc>
          <w:tcPr>
            <w:tcW w:type="dxa" w:w="1337"/>
          </w:tcPr>
          <w:p>
            <w:pPr>
              <w:spacing w:after="0"/>
              <w:jc w:val="left"/>
            </w:pPr>
            <w:r>
              <w:rPr>
                <w:sz w:val="16"/>
              </w:rPr>
              <w:t>Thunderstorm Wind</w:t>
            </w:r>
          </w:p>
        </w:tc>
        <w:tc>
          <w:tcPr>
            <w:tcW w:type="dxa" w:w="2783"/>
          </w:tcPr>
          <w:p>
            <w:pPr>
              <w:spacing w:after="0"/>
              <w:jc w:val="left"/>
            </w:pPr>
            <w:r>
              <w:rPr>
                <w:sz w:val="16"/>
              </w:rPr>
              <w:t>87 kt (100 mph), measurement type not recorded</w:t>
            </w:r>
          </w:p>
        </w:tc>
        <w:tc>
          <w:tcPr>
            <w:tcW w:type="dxa" w:w="2742"/>
          </w:tcPr>
          <w:p>
            <w:pPr>
              <w:spacing w:after="0"/>
              <w:jc w:val="left"/>
            </w:pPr>
            <w:r>
              <w:rPr>
                <w:sz w:val="16"/>
              </w:rPr>
              <w:t>damage not recorded (pre-1996 record)</w:t>
            </w:r>
          </w:p>
        </w:tc>
        <w:tc>
          <w:tcPr>
            <w:tcW w:type="dxa" w:w="1094"/>
          </w:tcPr>
          <w:p>
            <w:pPr>
              <w:spacing w:after="0"/>
              <w:jc w:val="right"/>
            </w:pPr>
            <w:r>
              <w:rPr>
                <w:sz w:val="16"/>
              </w:rPr>
              <w:t>0, 0</w:t>
            </w:r>
          </w:p>
        </w:tc>
        <w:tc>
          <w:tcPr>
            <w:tcW w:type="dxa" w:w="1722"/>
          </w:tcPr>
          <w:p>
            <w:pPr>
              <w:spacing w:after="0"/>
              <w:jc w:val="left"/>
            </w:pPr>
            <w:r>
              <w:rPr>
                <w:sz w:val="16"/>
              </w:rPr>
              <w:t>location not recorded</w:t>
            </w:r>
          </w:p>
        </w:tc>
        <w:tc>
          <w:tcPr>
            <w:tcW w:type="dxa" w:w="1005"/>
          </w:tcPr>
          <w:p>
            <w:pPr>
              <w:spacing w:after="0"/>
              <w:jc w:val="left"/>
            </w:pPr>
          </w:p>
        </w:tc>
        <w:tc>
          <w:tcPr>
            <w:tcW w:type="dxa" w:w="2393"/>
          </w:tcPr>
          <w:p>
            <w:pPr>
              <w:spacing w:after="0"/>
              <w:jc w:val="left"/>
            </w:pPr>
            <w:r>
              <w:rPr>
                <w:sz w:val="16"/>
              </w:rPr>
              <w:t>B1-c worst recorded: Thunderstorm Wind</w:t>
            </w:r>
          </w:p>
        </w:tc>
      </w:tr>
      <w:tr>
        <w:trPr>
          <w:cantSplit/>
        </w:trPr>
        <w:tc>
          <w:tcPr>
            <w:tcW w:type="dxa" w:w="1037"/>
          </w:tcPr>
          <w:p>
            <w:pPr>
              <w:spacing w:after="0"/>
              <w:jc w:val="left"/>
            </w:pPr>
            <w:r>
              <w:rPr>
                <w:sz w:val="16"/>
              </w:rPr>
              <w:t>1974-04-03</w:t>
            </w:r>
          </w:p>
        </w:tc>
        <w:tc>
          <w:tcPr>
            <w:tcW w:type="dxa" w:w="1337"/>
          </w:tcPr>
          <w:p>
            <w:pPr>
              <w:spacing w:after="0"/>
              <w:jc w:val="left"/>
            </w:pPr>
            <w:r>
              <w:rPr>
                <w:sz w:val="16"/>
              </w:rPr>
              <w:t>Tornado</w:t>
            </w:r>
          </w:p>
        </w:tc>
        <w:tc>
          <w:tcPr>
            <w:tcW w:type="dxa" w:w="2783"/>
          </w:tcPr>
          <w:p>
            <w:pPr>
              <w:spacing w:after="0"/>
              <w:jc w:val="left"/>
            </w:pPr>
            <w:r>
              <w:rPr>
                <w:sz w:val="16"/>
              </w:rPr>
              <w:t>F4, 3.6 mi path length (records before 1996 may include the whole path; rating and listing come from the county where the tornado began), 33 yd wide</w:t>
            </w:r>
          </w:p>
        </w:tc>
        <w:tc>
          <w:tcPr>
            <w:tcW w:type="dxa" w:w="2742"/>
          </w:tcPr>
          <w:p>
            <w:pPr>
              <w:spacing w:after="0"/>
              <w:jc w:val="left"/>
            </w:pPr>
            <w:r>
              <w:rPr>
                <w:sz w:val="16"/>
              </w:rPr>
              <w:t>damage not recorded (pre-1996 record)</w:t>
            </w:r>
          </w:p>
        </w:tc>
        <w:tc>
          <w:tcPr>
            <w:tcW w:type="dxa" w:w="1094"/>
          </w:tcPr>
          <w:p>
            <w:pPr>
              <w:spacing w:after="0"/>
              <w:jc w:val="right"/>
            </w:pPr>
            <w:r>
              <w:rPr>
                <w:sz w:val="16"/>
              </w:rPr>
              <w:t>0, 4</w:t>
            </w:r>
          </w:p>
        </w:tc>
        <w:tc>
          <w:tcPr>
            <w:tcW w:type="dxa" w:w="1722"/>
          </w:tcPr>
          <w:p>
            <w:pPr>
              <w:spacing w:after="0"/>
              <w:jc w:val="left"/>
            </w:pPr>
            <w:r>
              <w:rPr>
                <w:sz w:val="16"/>
              </w:rPr>
              <w:t>location not recorded</w:t>
            </w:r>
          </w:p>
        </w:tc>
        <w:tc>
          <w:tcPr>
            <w:tcW w:type="dxa" w:w="1005"/>
          </w:tcPr>
          <w:p>
            <w:pPr>
              <w:spacing w:after="0"/>
              <w:jc w:val="left"/>
            </w:pPr>
          </w:p>
        </w:tc>
        <w:tc>
          <w:tcPr>
            <w:tcW w:type="dxa" w:w="239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(452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4.11</w:t>
            </w:r>
          </w:p>
        </w:tc>
        <w:tc>
          <w:tcPr>
            <w:tcW w:type="dxa" w:w="1451"/>
          </w:tcPr>
          <w:p>
            <w:pPr>
              <w:spacing w:after="0"/>
              <w:jc w:val="left"/>
            </w:pPr>
            <w:r>
              <w:rPr>
                <w:sz w:val="16"/>
              </w:rPr>
              <w:t>event-days per year</w:t>
            </w:r>
          </w:p>
        </w:tc>
        <w:tc>
          <w:tcPr>
            <w:tcW w:type="dxa" w:w="1574"/>
          </w:tcPr>
          <w:p>
            <w:pPr>
              <w:spacing w:after="0"/>
              <w:jc w:val="left"/>
            </w:pPr>
            <w:r>
              <w:rPr>
                <w:sz w:val="16"/>
              </w:rPr>
              <w:t>about 4.11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78</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4.11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1.94</w:t>
            </w:r>
          </w:p>
        </w:tc>
        <w:tc>
          <w:tcPr>
            <w:tcW w:type="dxa" w:w="1451"/>
          </w:tcPr>
          <w:p>
            <w:pPr>
              <w:spacing w:after="0"/>
              <w:jc w:val="left"/>
            </w:pPr>
            <w:r>
              <w:rPr>
                <w:sz w:val="16"/>
              </w:rPr>
              <w:t>event-days per year</w:t>
            </w:r>
          </w:p>
        </w:tc>
        <w:tc>
          <w:tcPr>
            <w:tcW w:type="dxa" w:w="1574"/>
          </w:tcPr>
          <w:p>
            <w:pPr>
              <w:spacing w:after="0"/>
              <w:jc w:val="left"/>
            </w:pPr>
            <w:r>
              <w:rPr>
                <w:sz w:val="16"/>
              </w:rPr>
              <w:t>about 1.94 days per year</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21"/>
          </w:tcPr>
          <w:p>
            <w:pPr>
              <w:spacing w:after="0"/>
              <w:jc w:val="right"/>
            </w:pPr>
            <w:r>
              <w:rPr>
                <w:sz w:val="16"/>
              </w:rPr>
              <w:t>49</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0.00151</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0.151%</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3.94</w:t>
            </w:r>
          </w:p>
        </w:tc>
        <w:tc>
          <w:tcPr>
            <w:tcW w:type="dxa" w:w="1451"/>
          </w:tcPr>
          <w:p>
            <w:pPr>
              <w:spacing w:after="0"/>
              <w:jc w:val="left"/>
            </w:pPr>
            <w:r>
              <w:rPr>
                <w:sz w:val="16"/>
              </w:rPr>
              <w:t>events per year</w:t>
            </w:r>
          </w:p>
        </w:tc>
        <w:tc>
          <w:tcPr>
            <w:tcW w:type="dxa" w:w="1574"/>
          </w:tcPr>
          <w:p>
            <w:pPr>
              <w:spacing w:after="0"/>
              <w:jc w:val="left"/>
            </w:pPr>
            <w:r>
              <w:rPr>
                <w:sz w:val="16"/>
              </w:rPr>
              <w:t>about 3.94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149.7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5.16</w:t>
            </w:r>
          </w:p>
        </w:tc>
        <w:tc>
          <w:tcPr>
            <w:tcW w:type="dxa" w:w="1451"/>
          </w:tcPr>
          <w:p>
            <w:pPr>
              <w:spacing w:after="0"/>
              <w:jc w:val="left"/>
            </w:pPr>
            <w:r>
              <w:rPr>
                <w:sz w:val="16"/>
              </w:rPr>
              <w:t>event-days per year</w:t>
            </w:r>
          </w:p>
        </w:tc>
        <w:tc>
          <w:tcPr>
            <w:tcW w:type="dxa" w:w="1574"/>
          </w:tcPr>
          <w:p>
            <w:pPr>
              <w:spacing w:after="0"/>
              <w:jc w:val="left"/>
            </w:pPr>
            <w:r>
              <w:rPr>
                <w:sz w:val="16"/>
              </w:rPr>
              <w:t>about 5.16 days per year</w:t>
            </w:r>
          </w:p>
        </w:tc>
        <w:tc>
          <w:tcPr>
            <w:tcW w:type="dxa" w:w="1037"/>
          </w:tcPr>
          <w:p>
            <w:pPr>
              <w:spacing w:after="0"/>
              <w:jc w:val="left"/>
            </w:pPr>
            <w:r>
              <w:rPr>
                <w:sz w:val="16"/>
              </w:rPr>
              <w:t>Possible</w:t>
            </w:r>
          </w:p>
        </w:tc>
        <w:tc>
          <w:tcPr>
            <w:tcW w:type="dxa" w:w="1729"/>
          </w:tcPr>
          <w:p>
            <w:pPr>
              <w:spacing w:after="0"/>
              <w:jc w:val="left"/>
            </w:pPr>
            <w:r>
              <w:rPr>
                <w:sz w:val="16"/>
              </w:rPr>
              <w:t>event-days in 1 of 30 years, 1996 to 2025 (3.33%)</w:t>
            </w:r>
          </w:p>
        </w:tc>
        <w:tc>
          <w:tcPr>
            <w:tcW w:type="dxa" w:w="1521"/>
          </w:tcPr>
          <w:p>
            <w:pPr>
              <w:spacing w:after="0"/>
              <w:jc w:val="right"/>
            </w:pPr>
            <w:r>
              <w:rPr>
                <w:sz w:val="16"/>
              </w:rPr>
              <w:t>81</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5.16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0.0211</w:t>
            </w:r>
          </w:p>
        </w:tc>
        <w:tc>
          <w:tcPr>
            <w:tcW w:type="dxa" w:w="1451"/>
          </w:tcPr>
          <w:p>
            <w:pPr>
              <w:spacing w:after="0"/>
              <w:jc w:val="left"/>
            </w:pPr>
            <w:r>
              <w:rPr>
                <w:sz w:val="16"/>
              </w:rPr>
              <w:t>events per year</w:t>
            </w:r>
          </w:p>
        </w:tc>
        <w:tc>
          <w:tcPr>
            <w:tcW w:type="dxa" w:w="1574"/>
          </w:tcPr>
          <w:p>
            <w:pPr>
              <w:spacing w:after="0"/>
              <w:jc w:val="left"/>
            </w:pPr>
            <w:r>
              <w:rPr>
                <w:sz w:val="16"/>
              </w:rPr>
              <w:t>about 1 in 47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8</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0.888</w:t>
            </w:r>
          </w:p>
        </w:tc>
        <w:tc>
          <w:tcPr>
            <w:tcW w:type="dxa" w:w="1451"/>
          </w:tcPr>
          <w:p>
            <w:pPr>
              <w:spacing w:after="0"/>
              <w:jc w:val="left"/>
            </w:pPr>
            <w:r>
              <w:rPr>
                <w:sz w:val="16"/>
              </w:rPr>
              <w:t>event-days per year</w:t>
            </w:r>
          </w:p>
        </w:tc>
        <w:tc>
          <w:tcPr>
            <w:tcW w:type="dxa" w:w="1574"/>
          </w:tcPr>
          <w:p>
            <w:pPr>
              <w:spacing w:after="0"/>
              <w:jc w:val="left"/>
            </w:pPr>
            <w:r>
              <w:rPr>
                <w:sz w:val="16"/>
              </w:rPr>
              <w:t>about 0.888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60</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0.536</w:t>
            </w:r>
          </w:p>
        </w:tc>
        <w:tc>
          <w:tcPr>
            <w:tcW w:type="dxa" w:w="1451"/>
          </w:tcPr>
          <w:p>
            <w:pPr>
              <w:spacing w:after="0"/>
              <w:jc w:val="left"/>
            </w:pPr>
            <w:r>
              <w:rPr>
                <w:sz w:val="16"/>
              </w:rPr>
              <w:t>event-days per year</w:t>
            </w:r>
          </w:p>
        </w:tc>
        <w:tc>
          <w:tcPr>
            <w:tcW w:type="dxa" w:w="1574"/>
          </w:tcPr>
          <w:p>
            <w:pPr>
              <w:spacing w:after="0"/>
              <w:jc w:val="left"/>
            </w:pPr>
            <w:r>
              <w:rPr>
                <w:sz w:val="16"/>
              </w:rPr>
              <w:t>about 0.536 days per year</w:t>
            </w:r>
          </w:p>
        </w:tc>
        <w:tc>
          <w:tcPr>
            <w:tcW w:type="dxa" w:w="1037"/>
          </w:tcPr>
          <w:p>
            <w:pPr>
              <w:spacing w:after="0"/>
              <w:jc w:val="left"/>
            </w:pPr>
            <w:r>
              <w:rPr>
                <w:sz w:val="16"/>
              </w:rPr>
              <w:t>Likely</w:t>
            </w:r>
          </w:p>
        </w:tc>
        <w:tc>
          <w:tcPr>
            <w:tcW w:type="dxa" w:w="1729"/>
          </w:tcPr>
          <w:p>
            <w:pPr>
              <w:spacing w:after="0"/>
              <w:jc w:val="left"/>
            </w:pPr>
            <w:r>
              <w:rPr>
                <w:sz w:val="16"/>
              </w:rPr>
              <w:t>event-days in 11 of 30 years, 1996 to 2025 (36.7%)</w:t>
            </w:r>
          </w:p>
        </w:tc>
        <w:tc>
          <w:tcPr>
            <w:tcW w:type="dxa" w:w="1521"/>
          </w:tcPr>
          <w:p>
            <w:pPr>
              <w:spacing w:after="0"/>
              <w:jc w:val="right"/>
            </w:pPr>
            <w:r>
              <w:rPr>
                <w:sz w:val="16"/>
              </w:rPr>
              <w:t>15</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0.0818</w:t>
            </w:r>
          </w:p>
        </w:tc>
        <w:tc>
          <w:tcPr>
            <w:tcW w:type="dxa" w:w="1451"/>
          </w:tcPr>
          <w:p>
            <w:pPr>
              <w:spacing w:after="0"/>
              <w:jc w:val="left"/>
            </w:pPr>
            <w:r>
              <w:rPr>
                <w:sz w:val="16"/>
              </w:rPr>
              <w:t>events per year (modeled)</w:t>
            </w:r>
          </w:p>
        </w:tc>
        <w:tc>
          <w:tcPr>
            <w:tcW w:type="dxa" w:w="1574"/>
          </w:tcPr>
          <w:p>
            <w:pPr>
              <w:spacing w:after="0"/>
              <w:jc w:val="left"/>
            </w:pPr>
            <w:r>
              <w:rPr>
                <w:sz w:val="16"/>
              </w:rPr>
              <w:t>about 1 in 12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44.2</w:t>
            </w:r>
          </w:p>
        </w:tc>
        <w:tc>
          <w:tcPr>
            <w:tcW w:type="dxa" w:w="1451"/>
          </w:tcPr>
          <w:p>
            <w:pPr>
              <w:spacing w:after="0"/>
              <w:jc w:val="left"/>
            </w:pPr>
            <w:r>
              <w:rPr>
                <w:sz w:val="16"/>
              </w:rPr>
              <w:t>days per year with a strike</w:t>
            </w:r>
          </w:p>
        </w:tc>
        <w:tc>
          <w:tcPr>
            <w:tcW w:type="dxa" w:w="1574"/>
          </w:tcPr>
          <w:p>
            <w:pPr>
              <w:spacing w:after="0"/>
              <w:jc w:val="left"/>
            </w:pPr>
            <w:r>
              <w:rPr>
                <w:sz w:val="16"/>
              </w:rPr>
              <w:t>about 44.2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5.22</w:t>
            </w:r>
          </w:p>
        </w:tc>
        <w:tc>
          <w:tcPr>
            <w:tcW w:type="dxa" w:w="1451"/>
          </w:tcPr>
          <w:p>
            <w:pPr>
              <w:spacing w:after="0"/>
              <w:jc w:val="left"/>
            </w:pPr>
            <w:r>
              <w:rPr>
                <w:sz w:val="16"/>
              </w:rPr>
              <w:t>events per year</w:t>
            </w:r>
          </w:p>
        </w:tc>
        <w:tc>
          <w:tcPr>
            <w:tcW w:type="dxa" w:w="1574"/>
          </w:tcPr>
          <w:p>
            <w:pPr>
              <w:spacing w:after="0"/>
              <w:jc w:val="left"/>
            </w:pPr>
            <w:r>
              <w:rPr>
                <w:sz w:val="16"/>
              </w:rPr>
              <w:t>about 5.22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199</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0.298</w:t>
            </w:r>
          </w:p>
        </w:tc>
        <w:tc>
          <w:tcPr>
            <w:tcW w:type="dxa" w:w="1451"/>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0.0000147</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0.00147%</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9.21</w:t>
            </w:r>
          </w:p>
        </w:tc>
        <w:tc>
          <w:tcPr>
            <w:tcW w:type="dxa" w:w="1451"/>
          </w:tcPr>
          <w:p>
            <w:pPr>
              <w:spacing w:after="0"/>
              <w:jc w:val="left"/>
            </w:pPr>
            <w:r>
              <w:rPr>
                <w:sz w:val="16"/>
              </w:rPr>
              <w:t>event-days per year</w:t>
            </w:r>
          </w:p>
        </w:tc>
        <w:tc>
          <w:tcPr>
            <w:tcW w:type="dxa" w:w="1574"/>
          </w:tcPr>
          <w:p>
            <w:pPr>
              <w:spacing w:after="0"/>
              <w:jc w:val="left"/>
            </w:pPr>
            <w:r>
              <w:rPr>
                <w:sz w:val="16"/>
              </w:rPr>
              <w:t>about 9.21 days per year</w:t>
            </w:r>
          </w:p>
        </w:tc>
        <w:tc>
          <w:tcPr>
            <w:tcW w:type="dxa" w:w="1037"/>
          </w:tcPr>
          <w:p>
            <w:pPr>
              <w:spacing w:after="0"/>
              <w:jc w:val="left"/>
            </w:pPr>
            <w:r>
              <w:rPr>
                <w:sz w:val="16"/>
              </w:rPr>
              <w:t>Likely</w:t>
            </w:r>
          </w:p>
        </w:tc>
        <w:tc>
          <w:tcPr>
            <w:tcW w:type="dxa" w:w="1729"/>
          </w:tcPr>
          <w:p>
            <w:pPr>
              <w:spacing w:after="0"/>
              <w:jc w:val="left"/>
            </w:pPr>
            <w:r>
              <w:rPr>
                <w:sz w:val="16"/>
              </w:rPr>
              <w:t>event-days in 25 of 30 years, 1996 to 2025 (83.3%)</w:t>
            </w:r>
          </w:p>
        </w:tc>
        <w:tc>
          <w:tcPr>
            <w:tcW w:type="dxa" w:w="1521"/>
          </w:tcPr>
          <w:p>
            <w:pPr>
              <w:spacing w:after="0"/>
              <w:jc w:val="right"/>
            </w:pPr>
            <w:r>
              <w:rPr>
                <w:sz w:val="16"/>
              </w:rPr>
              <w:t>175</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150</w:t>
            </w:r>
          </w:p>
        </w:tc>
        <w:tc>
          <w:tcPr>
            <w:tcW w:type="dxa" w:w="1476"/>
          </w:tcPr>
          <w:p>
            <w:pPr>
              <w:spacing w:after="0"/>
              <w:jc w:val="right"/>
            </w:pPr>
            <w:r>
              <w:rPr>
                <w:sz w:val="16"/>
              </w:rPr>
              <w:t>30</w:t>
            </w:r>
          </w:p>
        </w:tc>
        <w:tc>
          <w:tcPr>
            <w:tcW w:type="dxa" w:w="1476"/>
          </w:tcPr>
          <w:p>
            <w:pPr>
              <w:spacing w:after="0"/>
              <w:jc w:val="right"/>
            </w:pPr>
            <w:r>
              <w:rPr>
                <w:sz w:val="16"/>
              </w:rPr>
              <w:t>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11 of 11</w:t>
            </w:r>
          </w:p>
        </w:tc>
        <w:tc>
          <w:tcPr>
            <w:tcW w:type="dxa" w:w="876"/>
          </w:tcPr>
          <w:p>
            <w:pPr>
              <w:spacing w:after="0"/>
              <w:jc w:val="right"/>
            </w:pPr>
            <w:r>
              <w:rPr>
                <w:sz w:val="16"/>
              </w:rPr>
              <w:t>70.3</w:t>
            </w:r>
          </w:p>
        </w:tc>
        <w:tc>
          <w:tcPr>
            <w:tcW w:type="dxa" w:w="680"/>
          </w:tcPr>
          <w:p>
            <w:pPr>
              <w:spacing w:after="0"/>
              <w:jc w:val="right"/>
            </w:pPr>
            <w:r>
              <w:rPr>
                <w:sz w:val="16"/>
              </w:rPr>
              <w:t>80.8</w:t>
            </w:r>
          </w:p>
        </w:tc>
        <w:tc>
          <w:tcPr>
            <w:tcW w:type="dxa" w:w="648"/>
          </w:tcPr>
          <w:p>
            <w:pPr>
              <w:spacing w:after="0"/>
              <w:jc w:val="right"/>
            </w:pPr>
            <w:r>
              <w:rPr>
                <w:sz w:val="16"/>
              </w:rPr>
              <w:t>92.7</w:t>
            </w:r>
          </w:p>
        </w:tc>
        <w:tc>
          <w:tcPr>
            <w:tcW w:type="dxa" w:w="3520"/>
          </w:tcPr>
          <w:p>
            <w:pPr>
              <w:spacing w:after="0"/>
              <w:jc w:val="left"/>
            </w:pPr>
            <w:r>
              <w:rPr>
                <w:sz w:val="16"/>
              </w:rPr>
              <w:t>Relatively High 9, Relatively Moderate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9 of 11</w:t>
            </w:r>
          </w:p>
        </w:tc>
        <w:tc>
          <w:tcPr>
            <w:tcW w:type="dxa" w:w="876"/>
          </w:tcPr>
          <w:p>
            <w:pPr>
              <w:spacing w:after="0"/>
              <w:jc w:val="right"/>
            </w:pPr>
            <w:r>
              <w:rPr>
                <w:sz w:val="16"/>
              </w:rPr>
              <w:t>73.4</w:t>
            </w:r>
          </w:p>
        </w:tc>
        <w:tc>
          <w:tcPr>
            <w:tcW w:type="dxa" w:w="680"/>
          </w:tcPr>
          <w:p>
            <w:pPr>
              <w:spacing w:after="0"/>
              <w:jc w:val="right"/>
            </w:pPr>
            <w:r>
              <w:rPr>
                <w:sz w:val="16"/>
              </w:rPr>
              <w:t>94.1</w:t>
            </w:r>
          </w:p>
        </w:tc>
        <w:tc>
          <w:tcPr>
            <w:tcW w:type="dxa" w:w="648"/>
          </w:tcPr>
          <w:p>
            <w:pPr>
              <w:spacing w:after="0"/>
              <w:jc w:val="right"/>
            </w:pPr>
            <w:r>
              <w:rPr>
                <w:sz w:val="16"/>
              </w:rPr>
              <w:t>96.2</w:t>
            </w:r>
          </w:p>
        </w:tc>
        <w:tc>
          <w:tcPr>
            <w:tcW w:type="dxa" w:w="3520"/>
          </w:tcPr>
          <w:p>
            <w:pPr>
              <w:spacing w:after="0"/>
              <w:jc w:val="left"/>
            </w:pPr>
            <w:r>
              <w:rPr>
                <w:sz w:val="16"/>
              </w:rPr>
              <w:t>Relatively Moderate 6, Relatively Low 1, Very Low 2, No Rating 2</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11 of 11</w:t>
            </w:r>
          </w:p>
        </w:tc>
        <w:tc>
          <w:tcPr>
            <w:tcW w:type="dxa" w:w="876"/>
          </w:tcPr>
          <w:p>
            <w:pPr>
              <w:spacing w:after="0"/>
              <w:jc w:val="right"/>
            </w:pPr>
            <w:r>
              <w:rPr>
                <w:sz w:val="16"/>
              </w:rPr>
              <w:t>45.0</w:t>
            </w:r>
          </w:p>
        </w:tc>
        <w:tc>
          <w:tcPr>
            <w:tcW w:type="dxa" w:w="680"/>
          </w:tcPr>
          <w:p>
            <w:pPr>
              <w:spacing w:after="0"/>
              <w:jc w:val="right"/>
            </w:pPr>
            <w:r>
              <w:rPr>
                <w:sz w:val="16"/>
              </w:rPr>
              <w:t>56.7</w:t>
            </w:r>
          </w:p>
        </w:tc>
        <w:tc>
          <w:tcPr>
            <w:tcW w:type="dxa" w:w="648"/>
          </w:tcPr>
          <w:p>
            <w:pPr>
              <w:spacing w:after="0"/>
              <w:jc w:val="right"/>
            </w:pPr>
            <w:r>
              <w:rPr>
                <w:sz w:val="16"/>
              </w:rPr>
              <w:t>70.0</w:t>
            </w:r>
          </w:p>
        </w:tc>
        <w:tc>
          <w:tcPr>
            <w:tcW w:type="dxa" w:w="3520"/>
          </w:tcPr>
          <w:p>
            <w:pPr>
              <w:spacing w:after="0"/>
              <w:jc w:val="left"/>
            </w:pPr>
            <w:r>
              <w:rPr>
                <w:sz w:val="16"/>
              </w:rPr>
              <w:t>Relatively Low 11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11 of 11</w:t>
            </w:r>
          </w:p>
        </w:tc>
        <w:tc>
          <w:tcPr>
            <w:tcW w:type="dxa" w:w="876"/>
          </w:tcPr>
          <w:p>
            <w:pPr>
              <w:spacing w:after="0"/>
              <w:jc w:val="right"/>
            </w:pPr>
            <w:r>
              <w:rPr>
                <w:sz w:val="16"/>
              </w:rPr>
              <w:t>74.8</w:t>
            </w:r>
          </w:p>
        </w:tc>
        <w:tc>
          <w:tcPr>
            <w:tcW w:type="dxa" w:w="680"/>
          </w:tcPr>
          <w:p>
            <w:pPr>
              <w:spacing w:after="0"/>
              <w:jc w:val="right"/>
            </w:pPr>
            <w:r>
              <w:rPr>
                <w:sz w:val="16"/>
              </w:rPr>
              <w:t>83.9</w:t>
            </w:r>
          </w:p>
        </w:tc>
        <w:tc>
          <w:tcPr>
            <w:tcW w:type="dxa" w:w="648"/>
          </w:tcPr>
          <w:p>
            <w:pPr>
              <w:spacing w:after="0"/>
              <w:jc w:val="right"/>
            </w:pPr>
            <w:r>
              <w:rPr>
                <w:sz w:val="16"/>
              </w:rPr>
              <w:t>90.4</w:t>
            </w:r>
          </w:p>
        </w:tc>
        <w:tc>
          <w:tcPr>
            <w:tcW w:type="dxa" w:w="3520"/>
          </w:tcPr>
          <w:p>
            <w:pPr>
              <w:spacing w:after="0"/>
              <w:jc w:val="left"/>
            </w:pPr>
            <w:r>
              <w:rPr>
                <w:sz w:val="16"/>
              </w:rPr>
              <w:t>Relatively High 3, Relatively Moderate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11 of 11</w:t>
            </w:r>
          </w:p>
        </w:tc>
        <w:tc>
          <w:tcPr>
            <w:tcW w:type="dxa" w:w="876"/>
          </w:tcPr>
          <w:p>
            <w:pPr>
              <w:spacing w:after="0"/>
              <w:jc w:val="right"/>
            </w:pPr>
            <w:r>
              <w:rPr>
                <w:sz w:val="16"/>
              </w:rPr>
              <w:t>42.5</w:t>
            </w:r>
          </w:p>
        </w:tc>
        <w:tc>
          <w:tcPr>
            <w:tcW w:type="dxa" w:w="680"/>
          </w:tcPr>
          <w:p>
            <w:pPr>
              <w:spacing w:after="0"/>
              <w:jc w:val="right"/>
            </w:pPr>
            <w:r>
              <w:rPr>
                <w:sz w:val="16"/>
              </w:rPr>
              <w:t>58.5</w:t>
            </w:r>
          </w:p>
        </w:tc>
        <w:tc>
          <w:tcPr>
            <w:tcW w:type="dxa" w:w="648"/>
          </w:tcPr>
          <w:p>
            <w:pPr>
              <w:spacing w:after="0"/>
              <w:jc w:val="right"/>
            </w:pPr>
            <w:r>
              <w:rPr>
                <w:sz w:val="16"/>
              </w:rPr>
              <w:t>80.0</w:t>
            </w:r>
          </w:p>
        </w:tc>
        <w:tc>
          <w:tcPr>
            <w:tcW w:type="dxa" w:w="3520"/>
          </w:tcPr>
          <w:p>
            <w:pPr>
              <w:spacing w:after="0"/>
              <w:jc w:val="left"/>
            </w:pPr>
            <w:r>
              <w:rPr>
                <w:sz w:val="16"/>
              </w:rPr>
              <w:t>Relatively Moderate 8, Relatively Low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11 of 11</w:t>
            </w:r>
          </w:p>
        </w:tc>
        <w:tc>
          <w:tcPr>
            <w:tcW w:type="dxa" w:w="876"/>
          </w:tcPr>
          <w:p>
            <w:pPr>
              <w:spacing w:after="0"/>
              <w:jc w:val="right"/>
            </w:pPr>
            <w:r>
              <w:rPr>
                <w:sz w:val="16"/>
              </w:rPr>
              <w:t>28.0</w:t>
            </w:r>
          </w:p>
        </w:tc>
        <w:tc>
          <w:tcPr>
            <w:tcW w:type="dxa" w:w="680"/>
          </w:tcPr>
          <w:p>
            <w:pPr>
              <w:spacing w:after="0"/>
              <w:jc w:val="right"/>
            </w:pPr>
            <w:r>
              <w:rPr>
                <w:sz w:val="16"/>
              </w:rPr>
              <w:t>36.4</w:t>
            </w:r>
          </w:p>
        </w:tc>
        <w:tc>
          <w:tcPr>
            <w:tcW w:type="dxa" w:w="648"/>
          </w:tcPr>
          <w:p>
            <w:pPr>
              <w:spacing w:after="0"/>
              <w:jc w:val="right"/>
            </w:pPr>
            <w:r>
              <w:rPr>
                <w:sz w:val="16"/>
              </w:rPr>
              <w:t>44.7</w:t>
            </w:r>
          </w:p>
        </w:tc>
        <w:tc>
          <w:tcPr>
            <w:tcW w:type="dxa" w:w="3520"/>
          </w:tcPr>
          <w:p>
            <w:pPr>
              <w:spacing w:after="0"/>
              <w:jc w:val="left"/>
            </w:pPr>
            <w:r>
              <w:rPr>
                <w:sz w:val="16"/>
              </w:rPr>
              <w:t>Very Low 11</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11 of 11</w:t>
            </w:r>
          </w:p>
        </w:tc>
        <w:tc>
          <w:tcPr>
            <w:tcW w:type="dxa" w:w="876"/>
          </w:tcPr>
          <w:p>
            <w:pPr>
              <w:spacing w:after="0"/>
              <w:jc w:val="right"/>
            </w:pPr>
            <w:r>
              <w:rPr>
                <w:sz w:val="16"/>
              </w:rPr>
              <w:t>17.2</w:t>
            </w:r>
          </w:p>
        </w:tc>
        <w:tc>
          <w:tcPr>
            <w:tcW w:type="dxa" w:w="680"/>
          </w:tcPr>
          <w:p>
            <w:pPr>
              <w:spacing w:after="0"/>
              <w:jc w:val="right"/>
            </w:pPr>
            <w:r>
              <w:rPr>
                <w:sz w:val="16"/>
              </w:rPr>
              <w:t>29.0</w:t>
            </w:r>
          </w:p>
        </w:tc>
        <w:tc>
          <w:tcPr>
            <w:tcW w:type="dxa" w:w="648"/>
          </w:tcPr>
          <w:p>
            <w:pPr>
              <w:spacing w:after="0"/>
              <w:jc w:val="right"/>
            </w:pPr>
            <w:r>
              <w:rPr>
                <w:sz w:val="16"/>
              </w:rPr>
              <w:t>46.9</w:t>
            </w:r>
          </w:p>
        </w:tc>
        <w:tc>
          <w:tcPr>
            <w:tcW w:type="dxa" w:w="3520"/>
          </w:tcPr>
          <w:p>
            <w:pPr>
              <w:spacing w:after="0"/>
              <w:jc w:val="left"/>
            </w:pPr>
            <w:r>
              <w:rPr>
                <w:sz w:val="16"/>
              </w:rPr>
              <w:t>Relatively Low 3, Very Low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11 of 11</w:t>
            </w:r>
          </w:p>
        </w:tc>
        <w:tc>
          <w:tcPr>
            <w:tcW w:type="dxa" w:w="876"/>
          </w:tcPr>
          <w:p>
            <w:pPr>
              <w:spacing w:after="0"/>
              <w:jc w:val="right"/>
            </w:pPr>
            <w:r>
              <w:rPr>
                <w:sz w:val="16"/>
              </w:rPr>
              <w:t>46.2</w:t>
            </w:r>
          </w:p>
        </w:tc>
        <w:tc>
          <w:tcPr>
            <w:tcW w:type="dxa" w:w="680"/>
          </w:tcPr>
          <w:p>
            <w:pPr>
              <w:spacing w:after="0"/>
              <w:jc w:val="right"/>
            </w:pPr>
            <w:r>
              <w:rPr>
                <w:sz w:val="16"/>
              </w:rPr>
              <w:t>59.3</w:t>
            </w:r>
          </w:p>
        </w:tc>
        <w:tc>
          <w:tcPr>
            <w:tcW w:type="dxa" w:w="648"/>
          </w:tcPr>
          <w:p>
            <w:pPr>
              <w:spacing w:after="0"/>
              <w:jc w:val="right"/>
            </w:pPr>
            <w:r>
              <w:rPr>
                <w:sz w:val="16"/>
              </w:rPr>
              <w:t>95.5</w:t>
            </w:r>
          </w:p>
        </w:tc>
        <w:tc>
          <w:tcPr>
            <w:tcW w:type="dxa" w:w="3520"/>
          </w:tcPr>
          <w:p>
            <w:pPr>
              <w:spacing w:after="0"/>
              <w:jc w:val="left"/>
            </w:pPr>
            <w:r>
              <w:rPr>
                <w:sz w:val="16"/>
              </w:rPr>
              <w:t>Relatively High 3, Relatively Moderate 6, Relatively Low 2</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11 of 11</w:t>
            </w:r>
          </w:p>
        </w:tc>
        <w:tc>
          <w:tcPr>
            <w:tcW w:type="dxa" w:w="876"/>
          </w:tcPr>
          <w:p>
            <w:pPr>
              <w:spacing w:after="0"/>
              <w:jc w:val="right"/>
            </w:pPr>
            <w:r>
              <w:rPr>
                <w:sz w:val="16"/>
              </w:rPr>
              <w:t>34.7</w:t>
            </w:r>
          </w:p>
        </w:tc>
        <w:tc>
          <w:tcPr>
            <w:tcW w:type="dxa" w:w="680"/>
          </w:tcPr>
          <w:p>
            <w:pPr>
              <w:spacing w:after="0"/>
              <w:jc w:val="right"/>
            </w:pPr>
            <w:r>
              <w:rPr>
                <w:sz w:val="16"/>
              </w:rPr>
              <w:t>74.2</w:t>
            </w:r>
          </w:p>
        </w:tc>
        <w:tc>
          <w:tcPr>
            <w:tcW w:type="dxa" w:w="648"/>
          </w:tcPr>
          <w:p>
            <w:pPr>
              <w:spacing w:after="0"/>
              <w:jc w:val="right"/>
            </w:pPr>
            <w:r>
              <w:rPr>
                <w:sz w:val="16"/>
              </w:rPr>
              <w:t>88.9</w:t>
            </w:r>
          </w:p>
        </w:tc>
        <w:tc>
          <w:tcPr>
            <w:tcW w:type="dxa" w:w="3520"/>
          </w:tcPr>
          <w:p>
            <w:pPr>
              <w:spacing w:after="0"/>
              <w:jc w:val="left"/>
            </w:pPr>
            <w:r>
              <w:rPr>
                <w:sz w:val="16"/>
              </w:rPr>
              <w:t>Relatively Low 4, Very Low 7</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11 of 11</w:t>
            </w:r>
          </w:p>
        </w:tc>
        <w:tc>
          <w:tcPr>
            <w:tcW w:type="dxa" w:w="876"/>
          </w:tcPr>
          <w:p>
            <w:pPr>
              <w:spacing w:after="0"/>
              <w:jc w:val="right"/>
            </w:pPr>
            <w:r>
              <w:rPr>
                <w:sz w:val="16"/>
              </w:rPr>
              <w:t>40.8</w:t>
            </w:r>
          </w:p>
        </w:tc>
        <w:tc>
          <w:tcPr>
            <w:tcW w:type="dxa" w:w="680"/>
          </w:tcPr>
          <w:p>
            <w:pPr>
              <w:spacing w:after="0"/>
              <w:jc w:val="right"/>
            </w:pPr>
            <w:r>
              <w:rPr>
                <w:sz w:val="16"/>
              </w:rPr>
              <w:t>55.5</w:t>
            </w:r>
          </w:p>
        </w:tc>
        <w:tc>
          <w:tcPr>
            <w:tcW w:type="dxa" w:w="648"/>
          </w:tcPr>
          <w:p>
            <w:pPr>
              <w:spacing w:after="0"/>
              <w:jc w:val="right"/>
            </w:pPr>
            <w:r>
              <w:rPr>
                <w:sz w:val="16"/>
              </w:rPr>
              <w:t>78.7</w:t>
            </w:r>
          </w:p>
        </w:tc>
        <w:tc>
          <w:tcPr>
            <w:tcW w:type="dxa" w:w="3520"/>
          </w:tcPr>
          <w:p>
            <w:pPr>
              <w:spacing w:after="0"/>
              <w:jc w:val="left"/>
            </w:pPr>
            <w:r>
              <w:rPr>
                <w:sz w:val="16"/>
              </w:rPr>
              <w:t>Relatively High 1, Relatively Moderate 8,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11 of 11</w:t>
            </w:r>
          </w:p>
        </w:tc>
        <w:tc>
          <w:tcPr>
            <w:tcW w:type="dxa" w:w="876"/>
          </w:tcPr>
          <w:p>
            <w:pPr>
              <w:spacing w:after="0"/>
              <w:jc w:val="right"/>
            </w:pPr>
            <w:r>
              <w:rPr>
                <w:sz w:val="16"/>
              </w:rPr>
              <w:t>86.5</w:t>
            </w:r>
          </w:p>
        </w:tc>
        <w:tc>
          <w:tcPr>
            <w:tcW w:type="dxa" w:w="680"/>
          </w:tcPr>
          <w:p>
            <w:pPr>
              <w:spacing w:after="0"/>
              <w:jc w:val="right"/>
            </w:pPr>
            <w:r>
              <w:rPr>
                <w:sz w:val="16"/>
              </w:rPr>
              <w:t>93.6</w:t>
            </w:r>
          </w:p>
        </w:tc>
        <w:tc>
          <w:tcPr>
            <w:tcW w:type="dxa" w:w="648"/>
          </w:tcPr>
          <w:p>
            <w:pPr>
              <w:spacing w:after="0"/>
              <w:jc w:val="right"/>
            </w:pPr>
            <w:r>
              <w:rPr>
                <w:sz w:val="16"/>
              </w:rPr>
              <w:t>98.3</w:t>
            </w:r>
          </w:p>
        </w:tc>
        <w:tc>
          <w:tcPr>
            <w:tcW w:type="dxa" w:w="3520"/>
          </w:tcPr>
          <w:p>
            <w:pPr>
              <w:spacing w:after="0"/>
              <w:jc w:val="left"/>
            </w:pPr>
            <w:r>
              <w:rPr>
                <w:sz w:val="16"/>
              </w:rPr>
              <w:t>Very High 3, Relatively High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11 of 11</w:t>
            </w:r>
          </w:p>
        </w:tc>
        <w:tc>
          <w:tcPr>
            <w:tcW w:type="dxa" w:w="876"/>
          </w:tcPr>
          <w:p>
            <w:pPr>
              <w:spacing w:after="0"/>
              <w:jc w:val="right"/>
            </w:pPr>
            <w:r>
              <w:rPr>
                <w:sz w:val="16"/>
              </w:rPr>
              <w:t>54.2</w:t>
            </w:r>
          </w:p>
        </w:tc>
        <w:tc>
          <w:tcPr>
            <w:tcW w:type="dxa" w:w="680"/>
          </w:tcPr>
          <w:p>
            <w:pPr>
              <w:spacing w:after="0"/>
              <w:jc w:val="right"/>
            </w:pPr>
            <w:r>
              <w:rPr>
                <w:sz w:val="16"/>
              </w:rPr>
              <w:t>66.5</w:t>
            </w:r>
          </w:p>
        </w:tc>
        <w:tc>
          <w:tcPr>
            <w:tcW w:type="dxa" w:w="648"/>
          </w:tcPr>
          <w:p>
            <w:pPr>
              <w:spacing w:after="0"/>
              <w:jc w:val="right"/>
            </w:pPr>
            <w:r>
              <w:rPr>
                <w:sz w:val="16"/>
              </w:rPr>
              <w:t>81.7</w:t>
            </w:r>
          </w:p>
        </w:tc>
        <w:tc>
          <w:tcPr>
            <w:tcW w:type="dxa" w:w="3520"/>
          </w:tcPr>
          <w:p>
            <w:pPr>
              <w:spacing w:after="0"/>
              <w:jc w:val="left"/>
            </w:pPr>
            <w:r>
              <w:rPr>
                <w:sz w:val="16"/>
              </w:rPr>
              <w:t>Relatively High 2, Relatively Moderate 9</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11 of 11</w:t>
            </w:r>
          </w:p>
        </w:tc>
        <w:tc>
          <w:tcPr>
            <w:tcW w:type="dxa" w:w="876"/>
          </w:tcPr>
          <w:p>
            <w:pPr>
              <w:spacing w:after="0"/>
              <w:jc w:val="right"/>
            </w:pPr>
            <w:r>
              <w:rPr>
                <w:sz w:val="16"/>
              </w:rPr>
              <w:t>29.3</w:t>
            </w:r>
          </w:p>
        </w:tc>
        <w:tc>
          <w:tcPr>
            <w:tcW w:type="dxa" w:w="680"/>
          </w:tcPr>
          <w:p>
            <w:pPr>
              <w:spacing w:after="0"/>
              <w:jc w:val="right"/>
            </w:pPr>
            <w:r>
              <w:rPr>
                <w:sz w:val="16"/>
              </w:rPr>
              <w:t>55.3</w:t>
            </w:r>
          </w:p>
        </w:tc>
        <w:tc>
          <w:tcPr>
            <w:tcW w:type="dxa" w:w="648"/>
          </w:tcPr>
          <w:p>
            <w:pPr>
              <w:spacing w:after="0"/>
              <w:jc w:val="right"/>
            </w:pPr>
            <w:r>
              <w:rPr>
                <w:sz w:val="16"/>
              </w:rPr>
              <w:t>62.3</w:t>
            </w:r>
          </w:p>
        </w:tc>
        <w:tc>
          <w:tcPr>
            <w:tcW w:type="dxa" w:w="3520"/>
          </w:tcPr>
          <w:p>
            <w:pPr>
              <w:spacing w:after="0"/>
              <w:jc w:val="left"/>
            </w:pPr>
            <w:r>
              <w:rPr>
                <w:sz w:val="16"/>
              </w:rPr>
              <w:t>Very Low 11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11 of 11</w:t>
            </w:r>
          </w:p>
        </w:tc>
        <w:tc>
          <w:tcPr>
            <w:tcW w:type="dxa" w:w="876"/>
          </w:tcPr>
          <w:p>
            <w:pPr>
              <w:spacing w:after="0"/>
              <w:jc w:val="right"/>
            </w:pPr>
            <w:r>
              <w:rPr>
                <w:sz w:val="16"/>
              </w:rPr>
              <w:t>62.7</w:t>
            </w:r>
          </w:p>
        </w:tc>
        <w:tc>
          <w:tcPr>
            <w:tcW w:type="dxa" w:w="680"/>
          </w:tcPr>
          <w:p>
            <w:pPr>
              <w:spacing w:after="0"/>
              <w:jc w:val="right"/>
            </w:pPr>
            <w:r>
              <w:rPr>
                <w:sz w:val="16"/>
              </w:rPr>
              <w:t>74.4</w:t>
            </w:r>
          </w:p>
        </w:tc>
        <w:tc>
          <w:tcPr>
            <w:tcW w:type="dxa" w:w="648"/>
          </w:tcPr>
          <w:p>
            <w:pPr>
              <w:spacing w:after="0"/>
              <w:jc w:val="right"/>
            </w:pPr>
            <w:r>
              <w:rPr>
                <w:sz w:val="16"/>
              </w:rPr>
              <w:t>88.7</w:t>
            </w:r>
          </w:p>
        </w:tc>
        <w:tc>
          <w:tcPr>
            <w:tcW w:type="dxa" w:w="3520"/>
          </w:tcPr>
          <w:p>
            <w:pPr>
              <w:spacing w:after="0"/>
              <w:jc w:val="left"/>
            </w:pPr>
            <w:r>
              <w:rPr>
                <w:sz w:val="16"/>
              </w:rPr>
              <w:t>Relatively High 4, Relatively Moderate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Cass County</w:t>
            </w:r>
          </w:p>
        </w:tc>
        <w:tc>
          <w:tcPr>
            <w:tcW w:type="dxa" w:w="884"/>
          </w:tcPr>
          <w:p>
            <w:pPr>
              <w:spacing w:after="0"/>
              <w:jc w:val="left"/>
            </w:pPr>
            <w:r>
              <w:rPr>
                <w:sz w:val="16"/>
              </w:rPr>
              <w:t>County</w:t>
            </w:r>
          </w:p>
        </w:tc>
        <w:tc>
          <w:tcPr>
            <w:tcW w:type="dxa" w:w="3438"/>
          </w:tcPr>
          <w:p>
            <w:pPr>
              <w:spacing w:after="0"/>
              <w:jc w:val="left"/>
            </w:pPr>
            <w:r>
              <w:rPr>
                <w:sz w:val="16"/>
              </w:rPr>
              <w:t>Approved, expires 2029-04-18</w:t>
            </w:r>
          </w:p>
        </w:tc>
        <w:tc>
          <w:tcPr>
            <w:tcW w:type="dxa" w:w="2742"/>
          </w:tcPr>
          <w:p>
            <w:pPr>
              <w:spacing w:after="0"/>
              <w:jc w:val="right"/>
            </w:pPr>
            <w:r>
              <w:rPr>
                <w:sz w:val="16"/>
              </w:rPr>
              <w:t>FMA RL 1, SRL 1; any 3</w:t>
            </w:r>
          </w:p>
        </w:tc>
        <w:tc>
          <w:tcPr>
            <w:tcW w:type="dxa" w:w="1929"/>
          </w:tcPr>
          <w:p>
            <w:pPr>
              <w:spacing w:after="0"/>
              <w:jc w:val="right"/>
            </w:pPr>
            <w:r>
              <w:rPr>
                <w:sz w:val="16"/>
              </w:rPr>
              <w:t>$67,499.26</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Galveston town</w:t>
            </w:r>
          </w:p>
        </w:tc>
        <w:tc>
          <w:tcPr>
            <w:tcW w:type="dxa" w:w="884"/>
          </w:tcPr>
          <w:p>
            <w:pPr>
              <w:spacing w:after="0"/>
              <w:jc w:val="left"/>
            </w:pPr>
            <w:r>
              <w:rPr>
                <w:sz w:val="16"/>
              </w:rPr>
              <w:t>Town</w:t>
            </w:r>
          </w:p>
        </w:tc>
        <w:tc>
          <w:tcPr>
            <w:tcW w:type="dxa" w:w="3438"/>
          </w:tcPr>
          <w:p>
            <w:pPr>
              <w:spacing w:after="0"/>
              <w:jc w:val="left"/>
            </w:pPr>
            <w:r>
              <w:rPr>
                <w:sz w:val="16"/>
              </w:rPr>
              <w:t>Approved, expires 2029-04-18</w:t>
            </w:r>
          </w:p>
        </w:tc>
        <w:tc>
          <w:tcPr>
            <w:tcW w:type="dxa" w:w="2742"/>
          </w:tcPr>
          <w:p>
            <w:pPr>
              <w:spacing w:after="0"/>
              <w:jc w:val="right"/>
            </w:pPr>
            <w:r>
              <w:rPr>
                <w:sz w:val="16"/>
              </w:rPr>
              <w:t>FMA RL 0, SRL 0; any 0</w:t>
            </w:r>
          </w:p>
        </w:tc>
        <w:tc>
          <w:tcPr>
            <w:tcW w:type="dxa" w:w="1929"/>
          </w:tcPr>
          <w:p>
            <w:pPr>
              <w:spacing w:after="0"/>
              <w:jc w:val="right"/>
            </w:pPr>
            <w:r>
              <w:rPr>
                <w:sz w:val="16"/>
              </w:rPr>
              <w:t>$11,193.53</w:t>
            </w:r>
          </w:p>
        </w:tc>
        <w:tc>
          <w:tcPr>
            <w:tcW w:type="dxa" w:w="2347"/>
          </w:tcPr>
          <w:p>
            <w:pPr>
              <w:spacing w:after="0"/>
              <w:jc w:val="right"/>
            </w:pPr>
            <w:r>
              <w:rPr>
                <w:sz w:val="16"/>
              </w:rPr>
              <w:t>15; 1</w:t>
            </w:r>
          </w:p>
        </w:tc>
        <w:tc>
          <w:tcPr>
            <w:tcW w:type="dxa" w:w="843"/>
          </w:tcPr>
          <w:p>
            <w:pPr>
              <w:spacing w:after="0"/>
              <w:jc w:val="left"/>
            </w:pPr>
          </w:p>
        </w:tc>
      </w:tr>
      <w:tr>
        <w:trPr>
          <w:cantSplit/>
        </w:trPr>
        <w:tc>
          <w:tcPr>
            <w:tcW w:type="dxa" w:w="1929"/>
          </w:tcPr>
          <w:p>
            <w:pPr>
              <w:spacing w:after="0"/>
              <w:jc w:val="left"/>
            </w:pPr>
            <w:r>
              <w:rPr>
                <w:sz w:val="16"/>
              </w:rPr>
              <w:t>Logansport city</w:t>
            </w:r>
          </w:p>
        </w:tc>
        <w:tc>
          <w:tcPr>
            <w:tcW w:type="dxa" w:w="884"/>
          </w:tcPr>
          <w:p>
            <w:pPr>
              <w:spacing w:after="0"/>
              <w:jc w:val="left"/>
            </w:pPr>
            <w:r>
              <w:rPr>
                <w:sz w:val="16"/>
              </w:rPr>
              <w:t>City</w:t>
            </w:r>
          </w:p>
        </w:tc>
        <w:tc>
          <w:tcPr>
            <w:tcW w:type="dxa" w:w="3438"/>
          </w:tcPr>
          <w:p>
            <w:pPr>
              <w:spacing w:after="0"/>
              <w:jc w:val="left"/>
            </w:pPr>
            <w:r>
              <w:rPr>
                <w:sz w:val="16"/>
              </w:rPr>
              <w:t>Approved, expires 2029-04-18</w:t>
            </w:r>
          </w:p>
        </w:tc>
        <w:tc>
          <w:tcPr>
            <w:tcW w:type="dxa" w:w="2742"/>
          </w:tcPr>
          <w:p>
            <w:pPr>
              <w:spacing w:after="0"/>
              <w:jc w:val="right"/>
            </w:pPr>
            <w:r>
              <w:rPr>
                <w:sz w:val="16"/>
              </w:rPr>
              <w:t>FMA RL 0, SRL 0; any 1</w:t>
            </w:r>
          </w:p>
        </w:tc>
        <w:tc>
          <w:tcPr>
            <w:tcW w:type="dxa" w:w="1929"/>
          </w:tcPr>
          <w:p>
            <w:pPr>
              <w:spacing w:after="0"/>
              <w:jc w:val="right"/>
            </w:pPr>
            <w:r>
              <w:rPr>
                <w:sz w:val="16"/>
              </w:rPr>
              <w:t>$26,613.36</w:t>
            </w:r>
          </w:p>
        </w:tc>
        <w:tc>
          <w:tcPr>
            <w:tcW w:type="dxa" w:w="2347"/>
          </w:tcPr>
          <w:p>
            <w:pPr>
              <w:spacing w:after="0"/>
              <w:jc w:val="right"/>
            </w:pPr>
            <w:r>
              <w:rPr>
                <w:sz w:val="16"/>
              </w:rPr>
              <w:t>96; 4</w:t>
            </w:r>
          </w:p>
        </w:tc>
        <w:tc>
          <w:tcPr>
            <w:tcW w:type="dxa" w:w="843"/>
          </w:tcPr>
          <w:p>
            <w:pPr>
              <w:spacing w:after="0"/>
              <w:jc w:val="left"/>
            </w:pPr>
          </w:p>
        </w:tc>
      </w:tr>
      <w:tr>
        <w:trPr>
          <w:cantSplit/>
        </w:trPr>
        <w:tc>
          <w:tcPr>
            <w:tcW w:type="dxa" w:w="1929"/>
          </w:tcPr>
          <w:p>
            <w:pPr>
              <w:spacing w:after="0"/>
              <w:jc w:val="left"/>
            </w:pPr>
            <w:r>
              <w:rPr>
                <w:sz w:val="16"/>
              </w:rPr>
              <w:t>Royal Center town</w:t>
            </w:r>
          </w:p>
        </w:tc>
        <w:tc>
          <w:tcPr>
            <w:tcW w:type="dxa" w:w="884"/>
          </w:tcPr>
          <w:p>
            <w:pPr>
              <w:spacing w:after="0"/>
              <w:jc w:val="left"/>
            </w:pPr>
            <w:r>
              <w:rPr>
                <w:sz w:val="16"/>
              </w:rPr>
              <w:t>Town</w:t>
            </w:r>
          </w:p>
        </w:tc>
        <w:tc>
          <w:tcPr>
            <w:tcW w:type="dxa" w:w="3438"/>
          </w:tcPr>
          <w:p>
            <w:pPr>
              <w:spacing w:after="0"/>
              <w:jc w:val="left"/>
            </w:pPr>
            <w:r>
              <w:rPr>
                <w:sz w:val="16"/>
              </w:rPr>
              <w:t>Approved, expires 2029-04-18</w:t>
            </w:r>
          </w:p>
        </w:tc>
        <w:tc>
          <w:tcPr>
            <w:tcW w:type="dxa" w:w="2742"/>
          </w:tcPr>
          <w:p>
            <w:pPr>
              <w:spacing w:after="0"/>
              <w:jc w:val="right"/>
            </w:pPr>
            <w:r>
              <w:rPr>
                <w:sz w:val="16"/>
              </w:rPr>
              <w:t>FMA RL 0, SRL 0; any 0</w:t>
            </w:r>
          </w:p>
        </w:tc>
        <w:tc>
          <w:tcPr>
            <w:tcW w:type="dxa" w:w="1929"/>
          </w:tcPr>
          <w:p>
            <w:pPr>
              <w:spacing w:after="0"/>
              <w:jc w:val="right"/>
            </w:pPr>
            <w:r>
              <w:rPr>
                <w:sz w:val="16"/>
              </w:rPr>
              <w:t>$10,679.23</w:t>
            </w:r>
          </w:p>
        </w:tc>
        <w:tc>
          <w:tcPr>
            <w:tcW w:type="dxa" w:w="2347"/>
          </w:tcPr>
          <w:p>
            <w:pPr>
              <w:spacing w:after="0"/>
              <w:jc w:val="right"/>
            </w:pPr>
            <w:r>
              <w:rPr>
                <w:sz w:val="16"/>
              </w:rPr>
              <w:t>27; 2</w:t>
            </w:r>
          </w:p>
        </w:tc>
        <w:tc>
          <w:tcPr>
            <w:tcW w:type="dxa" w:w="843"/>
          </w:tcPr>
          <w:p>
            <w:pPr>
              <w:spacing w:after="0"/>
              <w:jc w:val="left"/>
            </w:pPr>
          </w:p>
        </w:tc>
      </w:tr>
      <w:tr>
        <w:trPr>
          <w:cantSplit/>
        </w:trPr>
        <w:tc>
          <w:tcPr>
            <w:tcW w:type="dxa" w:w="1929"/>
          </w:tcPr>
          <w:p>
            <w:pPr>
              <w:spacing w:after="0"/>
              <w:jc w:val="left"/>
            </w:pPr>
            <w:r>
              <w:rPr>
                <w:sz w:val="16"/>
              </w:rPr>
              <w:t>Walton town</w:t>
            </w:r>
          </w:p>
        </w:tc>
        <w:tc>
          <w:tcPr>
            <w:tcW w:type="dxa" w:w="884"/>
          </w:tcPr>
          <w:p>
            <w:pPr>
              <w:spacing w:after="0"/>
              <w:jc w:val="left"/>
            </w:pPr>
            <w:r>
              <w:rPr>
                <w:sz w:val="16"/>
              </w:rPr>
              <w:t>Town</w:t>
            </w:r>
          </w:p>
        </w:tc>
        <w:tc>
          <w:tcPr>
            <w:tcW w:type="dxa" w:w="3438"/>
          </w:tcPr>
          <w:p>
            <w:pPr>
              <w:spacing w:after="0"/>
              <w:jc w:val="left"/>
            </w:pPr>
            <w:r>
              <w:rPr>
                <w:sz w:val="16"/>
              </w:rPr>
              <w:t>Plan 109666 approved 2024-04-19, pending adoption here; not yet eligible</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19; no approved plan</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146"/>
        <w:gridCol w:w="1305"/>
        <w:gridCol w:w="1156"/>
        <w:gridCol w:w="1067"/>
        <w:gridCol w:w="1321"/>
        <w:gridCol w:w="11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2024-04-19</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$8,257,525,838</w:t>
            </w:r>
          </w:p>
        </w:tc>
        <w:tc>
          <w:tcPr>
            <w:tcW w:type="dxa" w:w="1215"/>
          </w:tcPr>
          <w:p>
            <w:pPr>
              <w:spacing w:after="0"/>
              <w:jc w:val="right"/>
            </w:pPr>
            <w:r>
              <w:rPr>
                <w:sz w:val="16"/>
              </w:rPr>
              <w:t>$192,455,189</w:t>
            </w:r>
          </w:p>
        </w:tc>
        <w:tc>
          <w:tcPr>
            <w:tcW w:type="dxa" w:w="1040"/>
          </w:tcPr>
          <w:p>
            <w:pPr>
              <w:spacing w:after="0"/>
              <w:jc w:val="right"/>
            </w:pPr>
            <w:r>
              <w:rPr>
                <w:sz w:val="16"/>
              </w:rPr>
              <w:t>37,854</w:t>
            </w:r>
          </w:p>
        </w:tc>
        <w:tc>
          <w:tcPr>
            <w:tcW w:type="dxa" w:w="1037"/>
          </w:tcPr>
          <w:p>
            <w:pPr>
              <w:spacing w:after="0"/>
              <w:jc w:val="right"/>
            </w:pPr>
            <w:r>
              <w:rPr>
                <w:sz w:val="16"/>
              </w:rPr>
              <w:t>$898</w:t>
            </w:r>
          </w:p>
        </w:tc>
        <w:tc>
          <w:tcPr>
            <w:tcW w:type="dxa" w:w="1126"/>
          </w:tcPr>
          <w:p>
            <w:pPr>
              <w:spacing w:after="0"/>
              <w:jc w:val="right"/>
            </w:pPr>
            <w:r>
              <w:rPr>
                <w:sz w:val="16"/>
              </w:rPr>
              <w:t>$68,764</w:t>
            </w:r>
          </w:p>
        </w:tc>
        <w:tc>
          <w:tcPr>
            <w:tcW w:type="dxa" w:w="1146"/>
          </w:tcPr>
          <w:p>
            <w:pPr>
              <w:spacing w:after="0"/>
              <w:jc w:val="right"/>
            </w:pPr>
            <w:r>
              <w:rPr>
                <w:sz w:val="16"/>
              </w:rPr>
              <w:t>$1,997,448</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$112,605,109</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$404,443</w:t>
            </w:r>
          </w:p>
        </w:tc>
        <w:tc>
          <w:tcPr>
            <w:tcW w:type="dxa" w:w="1146"/>
          </w:tcPr>
          <w:p>
            <w:pPr>
              <w:spacing w:after="0"/>
              <w:jc w:val="right"/>
            </w:pPr>
          </w:p>
        </w:tc>
        <w:tc>
          <w:tcPr>
            <w:tcW w:type="dxa" w:w="1305"/>
          </w:tcPr>
          <w:p>
            <w:pPr>
              <w:spacing w:after="0"/>
              <w:jc w:val="right"/>
            </w:pPr>
            <w:r>
              <w:rPr>
                <w:sz w:val="16"/>
              </w:rPr>
              <w:t>0.359% (agriculture)</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$14,601,650,300</w:t>
            </w:r>
          </w:p>
        </w:tc>
        <w:tc>
          <w:tcPr>
            <w:tcW w:type="dxa" w:w="1215"/>
          </w:tcPr>
          <w:p>
            <w:pPr>
              <w:spacing w:after="0"/>
              <w:jc w:val="right"/>
            </w:pPr>
          </w:p>
        </w:tc>
        <w:tc>
          <w:tcPr>
            <w:tcW w:type="dxa" w:w="1040"/>
          </w:tcPr>
          <w:p>
            <w:pPr>
              <w:spacing w:after="0"/>
              <w:jc w:val="right"/>
            </w:pPr>
            <w:r>
              <w:rPr>
                <w:sz w:val="16"/>
              </w:rPr>
              <w:t>37,870</w:t>
            </w:r>
          </w:p>
        </w:tc>
        <w:tc>
          <w:tcPr>
            <w:tcW w:type="dxa" w:w="1037"/>
          </w:tcPr>
          <w:p>
            <w:pPr>
              <w:spacing w:after="0"/>
              <w:jc w:val="right"/>
            </w:pPr>
            <w:r>
              <w:rPr>
                <w:sz w:val="16"/>
              </w:rPr>
              <w:t>$371,306</w:t>
            </w:r>
          </w:p>
        </w:tc>
        <w:tc>
          <w:tcPr>
            <w:tcW w:type="dxa" w:w="1126"/>
          </w:tcPr>
          <w:p>
            <w:pPr>
              <w:spacing w:after="0"/>
              <w:jc w:val="right"/>
            </w:pPr>
          </w:p>
        </w:tc>
        <w:tc>
          <w:tcPr>
            <w:tcW w:type="dxa" w:w="1146"/>
          </w:tcPr>
          <w:p>
            <w:pPr>
              <w:spacing w:after="0"/>
              <w:jc w:val="right"/>
            </w:pPr>
            <w:r>
              <w:rPr>
                <w:sz w:val="16"/>
              </w:rPr>
              <w:t>$51,170</w:t>
            </w:r>
          </w:p>
        </w:tc>
        <w:tc>
          <w:tcPr>
            <w:tcW w:type="dxa" w:w="1305"/>
          </w:tcPr>
          <w:p>
            <w:pPr>
              <w:spacing w:after="0"/>
              <w:jc w:val="right"/>
            </w:pPr>
            <w:r>
              <w:rPr>
                <w:sz w:val="16"/>
              </w:rPr>
              <w:t>0.00254%</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$8,257,525,838</w:t>
            </w:r>
          </w:p>
        </w:tc>
        <w:tc>
          <w:tcPr>
            <w:tcW w:type="dxa" w:w="1215"/>
          </w:tcPr>
          <w:p>
            <w:pPr>
              <w:spacing w:after="0"/>
              <w:jc w:val="right"/>
            </w:pPr>
            <w:r>
              <w:rPr>
                <w:sz w:val="16"/>
              </w:rPr>
              <w:t>$192,455,189</w:t>
            </w:r>
          </w:p>
        </w:tc>
        <w:tc>
          <w:tcPr>
            <w:tcW w:type="dxa" w:w="1040"/>
          </w:tcPr>
          <w:p>
            <w:pPr>
              <w:spacing w:after="0"/>
              <w:jc w:val="right"/>
            </w:pPr>
            <w:r>
              <w:rPr>
                <w:sz w:val="16"/>
              </w:rPr>
              <w:t>37,854</w:t>
            </w:r>
          </w:p>
        </w:tc>
        <w:tc>
          <w:tcPr>
            <w:tcW w:type="dxa" w:w="1037"/>
          </w:tcPr>
          <w:p>
            <w:pPr>
              <w:spacing w:after="0"/>
              <w:jc w:val="right"/>
            </w:pPr>
            <w:r>
              <w:rPr>
                <w:sz w:val="16"/>
              </w:rPr>
              <w:t>$506,820</w:t>
            </w:r>
          </w:p>
        </w:tc>
        <w:tc>
          <w:tcPr>
            <w:tcW w:type="dxa" w:w="1126"/>
          </w:tcPr>
          <w:p>
            <w:pPr>
              <w:spacing w:after="0"/>
              <w:jc w:val="right"/>
            </w:pPr>
            <w:r>
              <w:rPr>
                <w:sz w:val="16"/>
              </w:rPr>
              <w:t>$27,661</w:t>
            </w:r>
          </w:p>
        </w:tc>
        <w:tc>
          <w:tcPr>
            <w:tcW w:type="dxa" w:w="1146"/>
          </w:tcPr>
          <w:p>
            <w:pPr>
              <w:spacing w:after="0"/>
              <w:jc w:val="right"/>
            </w:pPr>
            <w:r>
              <w:rPr>
                <w:sz w:val="16"/>
              </w:rPr>
              <w:t>$48,171</w:t>
            </w:r>
          </w:p>
        </w:tc>
        <w:tc>
          <w:tcPr>
            <w:tcW w:type="dxa" w:w="1305"/>
          </w:tcPr>
          <w:p>
            <w:pPr>
              <w:spacing w:after="0"/>
              <w:jc w:val="right"/>
            </w:pPr>
            <w:r>
              <w:rPr>
                <w:sz w:val="16"/>
              </w:rPr>
              <w:t>0.00614%</w:t>
            </w:r>
          </w:p>
        </w:tc>
        <w:tc>
          <w:tcPr>
            <w:tcW w:type="dxa" w:w="1156"/>
          </w:tcPr>
          <w:p>
            <w:pPr>
              <w:spacing w:after="0"/>
              <w:jc w:val="right"/>
            </w:pPr>
            <w:r>
              <w:rPr>
                <w:sz w:val="16"/>
              </w:rPr>
              <w:t>$2,000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$8,257,525,838</w:t>
            </w:r>
          </w:p>
        </w:tc>
        <w:tc>
          <w:tcPr>
            <w:tcW w:type="dxa" w:w="1215"/>
          </w:tcPr>
          <w:p>
            <w:pPr>
              <w:spacing w:after="0"/>
              <w:jc w:val="right"/>
            </w:pPr>
            <w:r>
              <w:rPr>
                <w:sz w:val="16"/>
              </w:rPr>
              <w:t>$192,455,189</w:t>
            </w:r>
          </w:p>
        </w:tc>
        <w:tc>
          <w:tcPr>
            <w:tcW w:type="dxa" w:w="1040"/>
          </w:tcPr>
          <w:p>
            <w:pPr>
              <w:spacing w:after="0"/>
              <w:jc w:val="right"/>
            </w:pPr>
            <w:r>
              <w:rPr>
                <w:sz w:val="16"/>
              </w:rPr>
              <w:t>37,854</w:t>
            </w:r>
          </w:p>
        </w:tc>
        <w:tc>
          <w:tcPr>
            <w:tcW w:type="dxa" w:w="1037"/>
          </w:tcPr>
          <w:p>
            <w:pPr>
              <w:spacing w:after="0"/>
              <w:jc w:val="right"/>
            </w:pPr>
            <w:r>
              <w:rPr>
                <w:sz w:val="16"/>
              </w:rPr>
              <w:t>$3,294</w:t>
            </w:r>
          </w:p>
        </w:tc>
        <w:tc>
          <w:tcPr>
            <w:tcW w:type="dxa" w:w="1126"/>
          </w:tcPr>
          <w:p>
            <w:pPr>
              <w:spacing w:after="0"/>
              <w:jc w:val="right"/>
            </w:pPr>
            <w:r>
              <w:rPr>
                <w:sz w:val="16"/>
              </w:rPr>
              <w:t>$3</w:t>
            </w:r>
          </w:p>
        </w:tc>
        <w:tc>
          <w:tcPr>
            <w:tcW w:type="dxa" w:w="1146"/>
          </w:tcPr>
          <w:p>
            <w:pPr>
              <w:spacing w:after="0"/>
              <w:jc w:val="right"/>
            </w:pPr>
            <w:r>
              <w:rPr>
                <w:sz w:val="16"/>
              </w:rPr>
              <w:t>$543,118</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$8,254,971,391</w:t>
            </w:r>
          </w:p>
        </w:tc>
        <w:tc>
          <w:tcPr>
            <w:tcW w:type="dxa" w:w="1215"/>
          </w:tcPr>
          <w:p>
            <w:pPr>
              <w:spacing w:after="0"/>
              <w:jc w:val="right"/>
            </w:pPr>
            <w:r>
              <w:rPr>
                <w:sz w:val="16"/>
              </w:rPr>
              <w:t>$190,559,331</w:t>
            </w:r>
          </w:p>
        </w:tc>
        <w:tc>
          <w:tcPr>
            <w:tcW w:type="dxa" w:w="1040"/>
          </w:tcPr>
          <w:p>
            <w:pPr>
              <w:spacing w:after="0"/>
              <w:jc w:val="right"/>
            </w:pPr>
            <w:r>
              <w:rPr>
                <w:sz w:val="16"/>
              </w:rPr>
              <w:t>37,842</w:t>
            </w:r>
          </w:p>
        </w:tc>
        <w:tc>
          <w:tcPr>
            <w:tcW w:type="dxa" w:w="1037"/>
          </w:tcPr>
          <w:p>
            <w:pPr>
              <w:spacing w:after="0"/>
              <w:jc w:val="right"/>
            </w:pPr>
            <w:r>
              <w:rPr>
                <w:sz w:val="16"/>
              </w:rPr>
              <w:t>$6,882</w:t>
            </w:r>
          </w:p>
        </w:tc>
        <w:tc>
          <w:tcPr>
            <w:tcW w:type="dxa" w:w="1126"/>
          </w:tcPr>
          <w:p>
            <w:pPr>
              <w:spacing w:after="0"/>
              <w:jc w:val="right"/>
            </w:pPr>
            <w:r>
              <w:rPr>
                <w:sz w:val="16"/>
              </w:rPr>
              <w:t>$8,501</w:t>
            </w:r>
          </w:p>
        </w:tc>
        <w:tc>
          <w:tcPr>
            <w:tcW w:type="dxa" w:w="1146"/>
          </w:tcPr>
          <w:p>
            <w:pPr>
              <w:spacing w:after="0"/>
              <w:jc w:val="right"/>
            </w:pPr>
            <w:r>
              <w:rPr>
                <w:sz w:val="16"/>
              </w:rPr>
              <w:t>$8</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$8,256,973,088</w:t>
            </w:r>
          </w:p>
        </w:tc>
        <w:tc>
          <w:tcPr>
            <w:tcW w:type="dxa" w:w="1215"/>
          </w:tcPr>
          <w:p>
            <w:pPr>
              <w:spacing w:after="0"/>
              <w:jc w:val="right"/>
            </w:pPr>
          </w:p>
        </w:tc>
        <w:tc>
          <w:tcPr>
            <w:tcW w:type="dxa" w:w="1040"/>
          </w:tcPr>
          <w:p>
            <w:pPr>
              <w:spacing w:after="0"/>
              <w:jc w:val="right"/>
            </w:pPr>
            <w:r>
              <w:rPr>
                <w:sz w:val="16"/>
              </w:rPr>
              <w:t>37,849</w:t>
            </w:r>
          </w:p>
        </w:tc>
        <w:tc>
          <w:tcPr>
            <w:tcW w:type="dxa" w:w="1037"/>
          </w:tcPr>
          <w:p>
            <w:pPr>
              <w:spacing w:after="0"/>
              <w:jc w:val="right"/>
            </w:pPr>
            <w:r>
              <w:rPr>
                <w:sz w:val="16"/>
              </w:rPr>
              <w:t>$4,092</w:t>
            </w:r>
          </w:p>
        </w:tc>
        <w:tc>
          <w:tcPr>
            <w:tcW w:type="dxa" w:w="1126"/>
          </w:tcPr>
          <w:p>
            <w:pPr>
              <w:spacing w:after="0"/>
              <w:jc w:val="right"/>
            </w:pPr>
          </w:p>
        </w:tc>
        <w:tc>
          <w:tcPr>
            <w:tcW w:type="dxa" w:w="1146"/>
          </w:tcPr>
          <w:p>
            <w:pPr>
              <w:spacing w:after="0"/>
              <w:jc w:val="right"/>
            </w:pPr>
            <w:r>
              <w:rPr>
                <w:sz w:val="16"/>
              </w:rPr>
              <w:t>$18,904</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$8,248,619,126</w:t>
            </w:r>
          </w:p>
        </w:tc>
        <w:tc>
          <w:tcPr>
            <w:tcW w:type="dxa" w:w="1215"/>
          </w:tcPr>
          <w:p>
            <w:pPr>
              <w:spacing w:after="0"/>
              <w:jc w:val="right"/>
            </w:pPr>
            <w:r>
              <w:rPr>
                <w:sz w:val="16"/>
              </w:rPr>
              <w:t>$4,716,265</w:t>
            </w:r>
          </w:p>
        </w:tc>
        <w:tc>
          <w:tcPr>
            <w:tcW w:type="dxa" w:w="1040"/>
          </w:tcPr>
          <w:p>
            <w:pPr>
              <w:spacing w:after="0"/>
              <w:jc w:val="right"/>
            </w:pPr>
            <w:r>
              <w:rPr>
                <w:sz w:val="16"/>
              </w:rPr>
              <w:t>1,010</w:t>
            </w:r>
          </w:p>
        </w:tc>
        <w:tc>
          <w:tcPr>
            <w:tcW w:type="dxa" w:w="1037"/>
          </w:tcPr>
          <w:p>
            <w:pPr>
              <w:spacing w:after="0"/>
              <w:jc w:val="right"/>
            </w:pPr>
            <w:r>
              <w:rPr>
                <w:sz w:val="16"/>
              </w:rPr>
              <w:t>$8,405,891</w:t>
            </w:r>
          </w:p>
        </w:tc>
        <w:tc>
          <w:tcPr>
            <w:tcW w:type="dxa" w:w="1126"/>
          </w:tcPr>
          <w:p>
            <w:pPr>
              <w:spacing w:after="0"/>
              <w:jc w:val="right"/>
            </w:pPr>
            <w:r>
              <w:rPr>
                <w:sz w:val="16"/>
              </w:rPr>
              <w:t>$31,132</w:t>
            </w:r>
          </w:p>
        </w:tc>
        <w:tc>
          <w:tcPr>
            <w:tcW w:type="dxa" w:w="1146"/>
          </w:tcPr>
          <w:p>
            <w:pPr>
              <w:spacing w:after="0"/>
              <w:jc w:val="right"/>
            </w:pPr>
            <w:r>
              <w:rPr>
                <w:sz w:val="16"/>
              </w:rPr>
              <w:t>$9,861</w:t>
            </w:r>
          </w:p>
        </w:tc>
        <w:tc>
          <w:tcPr>
            <w:tcW w:type="dxa" w:w="1305"/>
          </w:tcPr>
          <w:p>
            <w:pPr>
              <w:spacing w:after="0"/>
              <w:jc w:val="right"/>
            </w:pPr>
            <w:r>
              <w:rPr>
                <w:sz w:val="16"/>
              </w:rPr>
              <w:t>n/a (see note)</w:t>
            </w:r>
          </w:p>
        </w:tc>
        <w:tc>
          <w:tcPr>
            <w:tcW w:type="dxa" w:w="1156"/>
          </w:tcPr>
          <w:p>
            <w:pPr>
              <w:spacing w:after="0"/>
              <w:jc w:val="right"/>
            </w:pPr>
          </w:p>
        </w:tc>
        <w:tc>
          <w:tcPr>
            <w:tcW w:type="dxa" w:w="1067"/>
          </w:tcPr>
          <w:p>
            <w:pPr>
              <w:spacing w:after="0"/>
              <w:jc w:val="right"/>
            </w:pPr>
          </w:p>
        </w:tc>
        <w:tc>
          <w:tcPr>
            <w:tcW w:type="dxa" w:w="1321"/>
          </w:tcPr>
          <w:p>
            <w:pPr>
              <w:spacing w:after="0"/>
              <w:jc w:val="right"/>
            </w:pPr>
            <w:r>
              <w:rPr>
                <w:sz w:val="16"/>
              </w:rPr>
              <w:t>none found (2 declarations)</w:t>
            </w:r>
          </w:p>
        </w:tc>
        <w:tc>
          <w:tcPr>
            <w:tcW w:type="dxa" w:w="117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$62,214,485</w:t>
            </w:r>
          </w:p>
        </w:tc>
        <w:tc>
          <w:tcPr>
            <w:tcW w:type="dxa" w:w="1215"/>
          </w:tcPr>
          <w:p>
            <w:pPr>
              <w:spacing w:after="0"/>
              <w:jc w:val="right"/>
            </w:pPr>
          </w:p>
        </w:tc>
        <w:tc>
          <w:tcPr>
            <w:tcW w:type="dxa" w:w="1040"/>
          </w:tcPr>
          <w:p>
            <w:pPr>
              <w:spacing w:after="0"/>
              <w:jc w:val="right"/>
            </w:pPr>
            <w:r>
              <w:rPr>
                <w:sz w:val="16"/>
              </w:rPr>
              <w:t>278</w:t>
            </w:r>
          </w:p>
        </w:tc>
        <w:tc>
          <w:tcPr>
            <w:tcW w:type="dxa" w:w="1037"/>
          </w:tcPr>
          <w:p>
            <w:pPr>
              <w:spacing w:after="0"/>
              <w:jc w:val="right"/>
            </w:pPr>
            <w:r>
              <w:rPr>
                <w:sz w:val="16"/>
              </w:rPr>
              <w:t>$80</w:t>
            </w:r>
          </w:p>
        </w:tc>
        <w:tc>
          <w:tcPr>
            <w:tcW w:type="dxa" w:w="1126"/>
          </w:tcPr>
          <w:p>
            <w:pPr>
              <w:spacing w:after="0"/>
              <w:jc w:val="right"/>
            </w:pPr>
          </w:p>
        </w:tc>
        <w:tc>
          <w:tcPr>
            <w:tcW w:type="dxa" w:w="1146"/>
          </w:tcPr>
          <w:p>
            <w:pPr>
              <w:spacing w:after="0"/>
              <w:jc w:val="right"/>
            </w:pPr>
            <w:r>
              <w:rPr>
                <w:sz w:val="16"/>
              </w:rPr>
              <w:t>$983</w:t>
            </w:r>
          </w:p>
        </w:tc>
        <w:tc>
          <w:tcPr>
            <w:tcW w:type="dxa" w:w="1305"/>
          </w:tcPr>
          <w:p>
            <w:pPr>
              <w:spacing w:after="0"/>
              <w:jc w:val="right"/>
            </w:pPr>
            <w:r>
              <w:rPr>
                <w:sz w:val="16"/>
              </w:rPr>
              <w:t>0.000129%</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$8,257,525,838</w:t>
            </w:r>
          </w:p>
        </w:tc>
        <w:tc>
          <w:tcPr>
            <w:tcW w:type="dxa" w:w="1215"/>
          </w:tcPr>
          <w:p>
            <w:pPr>
              <w:spacing w:after="0"/>
              <w:jc w:val="right"/>
            </w:pPr>
          </w:p>
        </w:tc>
        <w:tc>
          <w:tcPr>
            <w:tcW w:type="dxa" w:w="1040"/>
          </w:tcPr>
          <w:p>
            <w:pPr>
              <w:spacing w:after="0"/>
              <w:jc w:val="right"/>
            </w:pPr>
            <w:r>
              <w:rPr>
                <w:sz w:val="16"/>
              </w:rPr>
              <w:t>37,854</w:t>
            </w:r>
          </w:p>
        </w:tc>
        <w:tc>
          <w:tcPr>
            <w:tcW w:type="dxa" w:w="1037"/>
          </w:tcPr>
          <w:p>
            <w:pPr>
              <w:spacing w:after="0"/>
              <w:jc w:val="right"/>
            </w:pPr>
            <w:r>
              <w:rPr>
                <w:sz w:val="16"/>
              </w:rPr>
              <w:t>$11,659</w:t>
            </w:r>
          </w:p>
        </w:tc>
        <w:tc>
          <w:tcPr>
            <w:tcW w:type="dxa" w:w="1126"/>
          </w:tcPr>
          <w:p>
            <w:pPr>
              <w:spacing w:after="0"/>
              <w:jc w:val="right"/>
            </w:pPr>
          </w:p>
        </w:tc>
        <w:tc>
          <w:tcPr>
            <w:tcW w:type="dxa" w:w="1146"/>
          </w:tcPr>
          <w:p>
            <w:pPr>
              <w:spacing w:after="0"/>
              <w:jc w:val="right"/>
            </w:pPr>
            <w:r>
              <w:rPr>
                <w:sz w:val="16"/>
              </w:rPr>
              <w:t>$138,258</w:t>
            </w:r>
          </w:p>
        </w:tc>
        <w:tc>
          <w:tcPr>
            <w:tcW w:type="dxa" w:w="1305"/>
          </w:tcPr>
          <w:p>
            <w:pPr>
              <w:spacing w:after="0"/>
              <w:jc w:val="right"/>
            </w:pPr>
            <w:r>
              <w:rPr>
                <w:sz w:val="16"/>
              </w:rPr>
              <w:t>0.000141%</w:t>
            </w:r>
          </w:p>
        </w:tc>
        <w:tc>
          <w:tcPr>
            <w:tcW w:type="dxa" w:w="1156"/>
          </w:tcPr>
          <w:p>
            <w:pPr>
              <w:spacing w:after="0"/>
              <w:jc w:val="right"/>
            </w:pPr>
            <w:r>
              <w:rPr>
                <w:sz w:val="16"/>
              </w:rPr>
              <w:t>$50,000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$8,257,525,838</w:t>
            </w:r>
          </w:p>
        </w:tc>
        <w:tc>
          <w:tcPr>
            <w:tcW w:type="dxa" w:w="1215"/>
          </w:tcPr>
          <w:p>
            <w:pPr>
              <w:spacing w:after="0"/>
              <w:jc w:val="right"/>
            </w:pPr>
            <w:r>
              <w:rPr>
                <w:sz w:val="16"/>
              </w:rPr>
              <w:t>$192,455,189</w:t>
            </w:r>
          </w:p>
        </w:tc>
        <w:tc>
          <w:tcPr>
            <w:tcW w:type="dxa" w:w="1040"/>
          </w:tcPr>
          <w:p>
            <w:pPr>
              <w:spacing w:after="0"/>
              <w:jc w:val="right"/>
            </w:pPr>
            <w:r>
              <w:rPr>
                <w:sz w:val="16"/>
              </w:rPr>
              <w:t>37,854</w:t>
            </w:r>
          </w:p>
        </w:tc>
        <w:tc>
          <w:tcPr>
            <w:tcW w:type="dxa" w:w="1037"/>
          </w:tcPr>
          <w:p>
            <w:pPr>
              <w:spacing w:after="0"/>
              <w:jc w:val="right"/>
            </w:pPr>
            <w:r>
              <w:rPr>
                <w:sz w:val="16"/>
              </w:rPr>
              <w:t>$250,638</w:t>
            </w:r>
          </w:p>
        </w:tc>
        <w:tc>
          <w:tcPr>
            <w:tcW w:type="dxa" w:w="1126"/>
          </w:tcPr>
          <w:p>
            <w:pPr>
              <w:spacing w:after="0"/>
              <w:jc w:val="right"/>
            </w:pPr>
            <w:r>
              <w:rPr>
                <w:sz w:val="16"/>
              </w:rPr>
              <w:t>$2,686</w:t>
            </w:r>
          </w:p>
        </w:tc>
        <w:tc>
          <w:tcPr>
            <w:tcW w:type="dxa" w:w="1146"/>
          </w:tcPr>
          <w:p>
            <w:pPr>
              <w:spacing w:after="0"/>
              <w:jc w:val="right"/>
            </w:pPr>
            <w:r>
              <w:rPr>
                <w:sz w:val="16"/>
              </w:rPr>
              <w:t>$1,083,609</w:t>
            </w:r>
          </w:p>
        </w:tc>
        <w:tc>
          <w:tcPr>
            <w:tcW w:type="dxa" w:w="1305"/>
          </w:tcPr>
          <w:p>
            <w:pPr>
              <w:spacing w:after="0"/>
              <w:jc w:val="right"/>
            </w:pPr>
            <w:r>
              <w:rPr>
                <w:sz w:val="16"/>
              </w:rPr>
              <w:t>0.00304%</w:t>
            </w:r>
          </w:p>
        </w:tc>
        <w:tc>
          <w:tcPr>
            <w:tcW w:type="dxa" w:w="1156"/>
          </w:tcPr>
          <w:p>
            <w:pPr>
              <w:spacing w:after="0"/>
              <w:jc w:val="right"/>
            </w:pPr>
            <w:r>
              <w:rPr>
                <w:sz w:val="16"/>
              </w:rPr>
              <w:t>$273,000</w:t>
            </w:r>
          </w:p>
        </w:tc>
        <w:tc>
          <w:tcPr>
            <w:tcW w:type="dxa" w:w="1067"/>
          </w:tcPr>
          <w:p>
            <w:pPr>
              <w:spacing w:after="0"/>
              <w:jc w:val="right"/>
            </w:pPr>
          </w:p>
        </w:tc>
        <w:tc>
          <w:tcPr>
            <w:tcW w:type="dxa" w:w="1321"/>
          </w:tcPr>
          <w:p>
            <w:pPr>
              <w:spacing w:after="0"/>
              <w:jc w:val="right"/>
            </w:pPr>
            <w:r>
              <w:rPr>
                <w:sz w:val="16"/>
              </w:rPr>
              <w:t>none found (2 declarations)</w:t>
            </w:r>
          </w:p>
        </w:tc>
        <w:tc>
          <w:tcPr>
            <w:tcW w:type="dxa" w:w="11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$8,257,525,838</w:t>
            </w:r>
          </w:p>
        </w:tc>
        <w:tc>
          <w:tcPr>
            <w:tcW w:type="dxa" w:w="1215"/>
          </w:tcPr>
          <w:p>
            <w:pPr>
              <w:spacing w:after="0"/>
              <w:jc w:val="right"/>
            </w:pPr>
            <w:r>
              <w:rPr>
                <w:sz w:val="16"/>
              </w:rPr>
              <w:t>$192,455,189</w:t>
            </w:r>
          </w:p>
        </w:tc>
        <w:tc>
          <w:tcPr>
            <w:tcW w:type="dxa" w:w="1040"/>
          </w:tcPr>
          <w:p>
            <w:pPr>
              <w:spacing w:after="0"/>
              <w:jc w:val="right"/>
            </w:pPr>
            <w:r>
              <w:rPr>
                <w:sz w:val="16"/>
              </w:rPr>
              <w:t>37,854</w:t>
            </w:r>
          </w:p>
        </w:tc>
        <w:tc>
          <w:tcPr>
            <w:tcW w:type="dxa" w:w="1037"/>
          </w:tcPr>
          <w:p>
            <w:pPr>
              <w:spacing w:after="0"/>
              <w:jc w:val="right"/>
            </w:pPr>
            <w:r>
              <w:rPr>
                <w:sz w:val="16"/>
              </w:rPr>
              <w:t>$588,908</w:t>
            </w:r>
          </w:p>
        </w:tc>
        <w:tc>
          <w:tcPr>
            <w:tcW w:type="dxa" w:w="1126"/>
          </w:tcPr>
          <w:p>
            <w:pPr>
              <w:spacing w:after="0"/>
              <w:jc w:val="right"/>
            </w:pPr>
            <w:r>
              <w:rPr>
                <w:sz w:val="16"/>
              </w:rPr>
              <w:t>$2,157</w:t>
            </w:r>
          </w:p>
        </w:tc>
        <w:tc>
          <w:tcPr>
            <w:tcW w:type="dxa" w:w="1146"/>
          </w:tcPr>
          <w:p>
            <w:pPr>
              <w:spacing w:after="0"/>
              <w:jc w:val="right"/>
            </w:pPr>
            <w:r>
              <w:rPr>
                <w:sz w:val="16"/>
              </w:rPr>
              <w:t>$861,236</w:t>
            </w:r>
          </w:p>
        </w:tc>
        <w:tc>
          <w:tcPr>
            <w:tcW w:type="dxa" w:w="1305"/>
          </w:tcPr>
          <w:p>
            <w:pPr>
              <w:spacing w:after="0"/>
              <w:jc w:val="right"/>
            </w:pPr>
            <w:r>
              <w:rPr>
                <w:sz w:val="16"/>
              </w:rPr>
              <w:t>0.00713%</w:t>
            </w:r>
          </w:p>
        </w:tc>
        <w:tc>
          <w:tcPr>
            <w:tcW w:type="dxa" w:w="1156"/>
          </w:tcPr>
          <w:p>
            <w:pPr>
              <w:spacing w:after="0"/>
              <w:jc w:val="right"/>
            </w:pPr>
            <w:r>
              <w:rPr>
                <w:sz w:val="16"/>
              </w:rPr>
              <w:t>$11,000</w:t>
            </w:r>
          </w:p>
        </w:tc>
        <w:tc>
          <w:tcPr>
            <w:tcW w:type="dxa" w:w="1067"/>
          </w:tcPr>
          <w:p>
            <w:pPr>
              <w:spacing w:after="0"/>
              <w:jc w:val="right"/>
            </w:pPr>
          </w:p>
        </w:tc>
        <w:tc>
          <w:tcPr>
            <w:tcW w:type="dxa" w:w="1321"/>
          </w:tcPr>
          <w:p>
            <w:pPr>
              <w:spacing w:after="0"/>
              <w:jc w:val="right"/>
            </w:pPr>
            <w:r>
              <w:rPr>
                <w:sz w:val="16"/>
              </w:rPr>
              <w:t>none found (2 declarations)</w:t>
            </w:r>
          </w:p>
        </w:tc>
        <w:tc>
          <w:tcPr>
            <w:tcW w:type="dxa" w:w="11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$2,411,829,602</w:t>
            </w:r>
          </w:p>
        </w:tc>
        <w:tc>
          <w:tcPr>
            <w:tcW w:type="dxa" w:w="1215"/>
          </w:tcPr>
          <w:p>
            <w:pPr>
              <w:spacing w:after="0"/>
              <w:jc w:val="right"/>
            </w:pPr>
            <w:r>
              <w:rPr>
                <w:sz w:val="16"/>
              </w:rPr>
              <w:t>$40,594,693</w:t>
            </w:r>
          </w:p>
        </w:tc>
        <w:tc>
          <w:tcPr>
            <w:tcW w:type="dxa" w:w="1040"/>
          </w:tcPr>
          <w:p>
            <w:pPr>
              <w:spacing w:after="0"/>
              <w:jc w:val="right"/>
            </w:pPr>
            <w:r>
              <w:rPr>
                <w:sz w:val="16"/>
              </w:rPr>
              <w:t>10,002</w:t>
            </w:r>
          </w:p>
        </w:tc>
        <w:tc>
          <w:tcPr>
            <w:tcW w:type="dxa" w:w="1037"/>
          </w:tcPr>
          <w:p>
            <w:pPr>
              <w:spacing w:after="0"/>
              <w:jc w:val="right"/>
            </w:pPr>
            <w:r>
              <w:rPr>
                <w:sz w:val="16"/>
              </w:rPr>
              <w:t>$2,657</w:t>
            </w:r>
          </w:p>
        </w:tc>
        <w:tc>
          <w:tcPr>
            <w:tcW w:type="dxa" w:w="1126"/>
          </w:tcPr>
          <w:p>
            <w:pPr>
              <w:spacing w:after="0"/>
              <w:jc w:val="right"/>
            </w:pPr>
            <w:r>
              <w:rPr>
                <w:sz w:val="16"/>
              </w:rPr>
              <w:t>$5</w:t>
            </w:r>
          </w:p>
        </w:tc>
        <w:tc>
          <w:tcPr>
            <w:tcW w:type="dxa" w:w="1146"/>
          </w:tcPr>
          <w:p>
            <w:pPr>
              <w:spacing w:after="0"/>
              <w:jc w:val="right"/>
            </w:pPr>
            <w:r>
              <w:rPr>
                <w:sz w:val="16"/>
              </w:rPr>
              <w:t>$256</w:t>
            </w:r>
          </w:p>
        </w:tc>
        <w:tc>
          <w:tcPr>
            <w:tcW w:type="dxa" w:w="1305"/>
          </w:tcPr>
          <w:p>
            <w:pPr>
              <w:spacing w:after="0"/>
              <w:jc w:val="right"/>
            </w:pPr>
            <w:r>
              <w:rPr>
                <w:sz w:val="16"/>
              </w:rPr>
              <w:t>0.00011%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$8,257,525,838</w:t>
            </w:r>
          </w:p>
        </w:tc>
        <w:tc>
          <w:tcPr>
            <w:tcW w:type="dxa" w:w="1215"/>
          </w:tcPr>
          <w:p>
            <w:pPr>
              <w:spacing w:after="0"/>
              <w:jc w:val="right"/>
            </w:pPr>
            <w:r>
              <w:rPr>
                <w:sz w:val="16"/>
              </w:rPr>
              <w:t>$192,455,189</w:t>
            </w:r>
          </w:p>
        </w:tc>
        <w:tc>
          <w:tcPr>
            <w:tcW w:type="dxa" w:w="1040"/>
          </w:tcPr>
          <w:p>
            <w:pPr>
              <w:spacing w:after="0"/>
              <w:jc w:val="right"/>
            </w:pPr>
            <w:r>
              <w:rPr>
                <w:sz w:val="16"/>
              </w:rPr>
              <w:t>37,854</w:t>
            </w:r>
          </w:p>
        </w:tc>
        <w:tc>
          <w:tcPr>
            <w:tcW w:type="dxa" w:w="1037"/>
          </w:tcPr>
          <w:p>
            <w:pPr>
              <w:spacing w:after="0"/>
              <w:jc w:val="right"/>
            </w:pPr>
            <w:r>
              <w:rPr>
                <w:sz w:val="16"/>
              </w:rPr>
              <w:t>$2,366</w:t>
            </w:r>
          </w:p>
        </w:tc>
        <w:tc>
          <w:tcPr>
            <w:tcW w:type="dxa" w:w="1126"/>
          </w:tcPr>
          <w:p>
            <w:pPr>
              <w:spacing w:after="0"/>
              <w:jc w:val="right"/>
            </w:pPr>
            <w:r>
              <w:rPr>
                <w:sz w:val="16"/>
              </w:rPr>
              <w:t>$584</w:t>
            </w:r>
          </w:p>
        </w:tc>
        <w:tc>
          <w:tcPr>
            <w:tcW w:type="dxa" w:w="1146"/>
          </w:tcPr>
          <w:p>
            <w:pPr>
              <w:spacing w:after="0"/>
              <w:jc w:val="right"/>
            </w:pPr>
            <w:r>
              <w:rPr>
                <w:sz w:val="16"/>
              </w:rPr>
              <w:t>$75,557</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r>
              <w:rPr>
                <w:sz w:val="16"/>
              </w:rPr>
              <w:t>none found (1 declaration)</w:t>
            </w:r>
          </w:p>
        </w:tc>
        <w:tc>
          <w:tcPr>
            <w:tcW w:type="dxa" w:w="1178"/>
          </w:tcPr>
          <w:p>
            <w:pPr>
              <w:spacing w:after="0"/>
              <w:jc w:val="left"/>
            </w:pPr>
          </w:p>
        </w:tc>
      </w:tr>
    </w:tbl>
    <w:p>
      <w:pPr>
        <w:spacing w:after="40" w:before="60"/>
      </w:pPr>
      <w:r>
        <w:rPr>
          <w:sz w:val="15"/>
        </w:rPr>
        <w:t>Totals since 2024-04-19 (Storm Events through 2026-06-30): 58 county-coded records, 57 with a damage value recorded (including $0), $336,000; 3 zone-level records, 3 with a damage value recorded (including $0), $0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37,854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$8,257,525,838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$192,455,189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$10,701,428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$4,828,579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CASS COUNTY *</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LOGANSPORT,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Cass County</w:t>
            </w:r>
          </w:p>
        </w:tc>
        <w:tc>
          <w:tcPr>
            <w:tcW w:type="dxa" w:w="1499"/>
          </w:tcPr>
          <w:p>
            <w:pPr>
              <w:spacing w:after="0"/>
              <w:jc w:val="left"/>
            </w:pPr>
            <w:r>
              <w:rPr>
                <w:sz w:val="16"/>
              </w:rPr>
              <w:t>180022</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Galveston town</w:t>
            </w:r>
          </w:p>
        </w:tc>
        <w:tc>
          <w:tcPr>
            <w:tcW w:type="dxa" w:w="1499"/>
          </w:tcPr>
          <w:p>
            <w:pPr>
              <w:spacing w:after="0"/>
              <w:jc w:val="left"/>
            </w:pPr>
            <w:r>
              <w:rPr>
                <w:sz w:val="16"/>
              </w:rPr>
              <w:t>180356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Logansport city</w:t>
            </w:r>
          </w:p>
        </w:tc>
        <w:tc>
          <w:tcPr>
            <w:tcW w:type="dxa" w:w="1499"/>
          </w:tcPr>
          <w:p>
            <w:pPr>
              <w:spacing w:after="0"/>
              <w:jc w:val="left"/>
            </w:pPr>
            <w:r>
              <w:rPr>
                <w:sz w:val="16"/>
              </w:rPr>
              <w:t>180023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Royal Center town</w:t>
            </w:r>
          </w:p>
        </w:tc>
        <w:tc>
          <w:tcPr>
            <w:tcW w:type="dxa" w:w="1499"/>
          </w:tcPr>
          <w:p>
            <w:pPr>
              <w:spacing w:after="0"/>
              <w:jc w:val="left"/>
            </w:pPr>
            <w:r>
              <w:rPr>
                <w:sz w:val="16"/>
              </w:rPr>
              <w:t>185271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Walton town</w:t>
            </w:r>
          </w:p>
        </w:tc>
        <w:tc>
          <w:tcPr>
            <w:tcW w:type="dxa" w:w="1499"/>
          </w:tcPr>
          <w:p>
            <w:pPr>
              <w:spacing w:after="0"/>
              <w:jc w:val="left"/>
            </w:pPr>
            <w:r>
              <w:rPr>
                <w:sz w:val="16"/>
              </w:rPr>
              <w:t>180024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Cass County, IN: risk-assessment baseline packet, release 2026-10 (data as of 2026-09-28; County area 18017).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Cass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Cass County, IN: Risk-assessment baseline packet</dc:title>
  <dc:subject>Hazard Plain release 2026-10, as of 2026-09-28. Preview: automated baseline</dc:subject>
  <dc:creator>Hazard Plain</dc:creator>
  <cp:keywords>Hazard Plain; hazard mitigation; risk assessment; 18017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