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Hardin County, IL</w:t>
      </w:r>
    </w:p>
    <w:p>
      <w:pPr>
        <w:spacing w:after="120" w:before="0"/>
      </w:pPr>
      <w:r>
        <w:rPr>
          <w:color w:val="555555"/>
          <w:sz w:val="24"/>
        </w:rPr>
        <w:t>Risk-assessment baseline packet</w:t>
      </w:r>
    </w:p>
    <w:p>
      <w:pPr>
        <w:spacing w:after="120" w:before="0"/>
      </w:pPr>
      <w:r>
        <w:rPr>
          <w:b/>
          <w:sz w:val="18"/>
        </w:rPr>
        <w:t xml:space="preserve">County FIPS: </w:t>
      </w:r>
      <w:r>
        <w:rPr>
          <w:sz w:val="18"/>
        </w:rPr>
        <w:t>17069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2030-04-13. Plan: Hardin and Pope Counties 2024 Hazard Mitigation Plan (FEMA plan 110148), approved 2025-04-14.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2025-04-14: no new hazard declaration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($1,590,212 a year), Earthquake ($630,938) and Tornado ($466,652).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Hardin and Pope Counties 2024 Hazard Mitigation Plan (FEMA plan 110148)</w:t>
      </w:r>
    </w:p>
    <w:p>
      <w:pPr>
        <w:keepNext/>
        <w:spacing w:after="40" w:before="0"/>
      </w:pPr>
      <w:r>
        <w:rPr>
          <w:b/>
        </w:rPr>
        <w:t xml:space="preserve">Approved: </w:t>
      </w:r>
      <w:r>
        <w:rPr/>
        <w:t>2025-04-14</w:t>
      </w:r>
    </w:p>
    <w:p>
      <w:pPr>
        <w:keepNext/>
        <w:spacing w:after="40" w:before="0"/>
      </w:pPr>
      <w:r>
        <w:rPr>
          <w:b/>
        </w:rPr>
        <w:t xml:space="preserve">Days to expiry: </w:t>
      </w:r>
      <w:r>
        <w:rPr/>
        <w:t>1,291</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77"/>
        <w:gridCol w:w="1027"/>
        <w:gridCol w:w="3531"/>
        <w:gridCol w:w="3014"/>
        <w:gridCol w:w="1385"/>
        <w:gridCol w:w="1385"/>
        <w:gridCol w:w="1194"/>
      </w:tblGrid>
      <w:tr>
        <w:trPr>
          <w:cantSplit/>
          <w:tblHeader/>
        </w:trPr>
        <w:tc>
          <w:tcPr>
            <w:tcW w:type="dxa" w:w="2577"/>
            <w:shd w:val="clear" w:color="auto" w:fill="E8E8E8"/>
          </w:tcPr>
          <w:p>
            <w:pPr>
              <w:spacing w:after="0"/>
              <w:jc w:val="left"/>
            </w:pPr>
            <w:r>
              <w:rPr>
                <w:b/>
                <w:sz w:val="16"/>
              </w:rPr>
              <w:t>Jurisdiction</w:t>
            </w:r>
          </w:p>
        </w:tc>
        <w:tc>
          <w:tcPr>
            <w:tcW w:type="dxa" w:w="1027"/>
            <w:shd w:val="clear" w:color="auto" w:fill="E8E8E8"/>
          </w:tcPr>
          <w:p>
            <w:pPr>
              <w:spacing w:after="0"/>
              <w:jc w:val="left"/>
            </w:pPr>
            <w:r>
              <w:rPr>
                <w:b/>
                <w:sz w:val="16"/>
              </w:rPr>
              <w:t>Type</w:t>
            </w:r>
          </w:p>
        </w:tc>
        <w:tc>
          <w:tcPr>
            <w:tcW w:type="dxa" w:w="3531"/>
            <w:shd w:val="clear" w:color="auto" w:fill="E8E8E8"/>
          </w:tcPr>
          <w:p>
            <w:pPr>
              <w:spacing w:after="0"/>
              <w:jc w:val="left"/>
            </w:pPr>
            <w:r>
              <w:rPr>
                <w:b/>
                <w:sz w:val="16"/>
              </w:rPr>
              <w:t>Status</w:t>
            </w:r>
          </w:p>
        </w:tc>
        <w:tc>
          <w:tcPr>
            <w:tcW w:type="dxa" w:w="3014"/>
            <w:shd w:val="clear" w:color="auto" w:fill="E8E8E8"/>
          </w:tcPr>
          <w:p>
            <w:pPr>
              <w:spacing w:after="0"/>
              <w:jc w:val="left"/>
            </w:pPr>
            <w:r>
              <w:rPr>
                <w:b/>
                <w:sz w:val="16"/>
              </w:rPr>
              <w:t>Plan</w:t>
            </w:r>
          </w:p>
        </w:tc>
        <w:tc>
          <w:tcPr>
            <w:tcW w:type="dxa" w:w="1385"/>
            <w:shd w:val="clear" w:color="auto" w:fill="E8E8E8"/>
          </w:tcPr>
          <w:p>
            <w:pPr>
              <w:spacing w:after="0"/>
              <w:jc w:val="left"/>
            </w:pPr>
            <w:r>
              <w:rPr>
                <w:b/>
                <w:sz w:val="16"/>
              </w:rPr>
              <w:t>Approved</w:t>
            </w:r>
          </w:p>
        </w:tc>
        <w:tc>
          <w:tcPr>
            <w:tcW w:type="dxa" w:w="1385"/>
            <w:shd w:val="clear" w:color="auto" w:fill="E8E8E8"/>
          </w:tcPr>
          <w:p>
            <w:pPr>
              <w:spacing w:after="0"/>
              <w:jc w:val="left"/>
            </w:pPr>
            <w:r>
              <w:rPr>
                <w:b/>
                <w:sz w:val="16"/>
              </w:rPr>
              <w:t>Expires</w:t>
            </w:r>
          </w:p>
        </w:tc>
        <w:tc>
          <w:tcPr>
            <w:tcW w:type="dxa" w:w="119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77"/>
          </w:tcPr>
          <w:p>
            <w:pPr>
              <w:spacing w:after="0"/>
              <w:jc w:val="left"/>
            </w:pPr>
            <w:r>
              <w:rPr>
                <w:sz w:val="16"/>
              </w:rPr>
              <w:t>Hardin County</w:t>
            </w:r>
          </w:p>
        </w:tc>
        <w:tc>
          <w:tcPr>
            <w:tcW w:type="dxa" w:w="1027"/>
          </w:tcPr>
          <w:p>
            <w:pPr>
              <w:spacing w:after="0"/>
              <w:jc w:val="left"/>
            </w:pPr>
            <w:r>
              <w:rPr>
                <w:sz w:val="16"/>
              </w:rPr>
              <w:t>County</w:t>
            </w:r>
          </w:p>
        </w:tc>
        <w:tc>
          <w:tcPr>
            <w:tcW w:type="dxa" w:w="3531"/>
          </w:tcPr>
          <w:p>
            <w:pPr>
              <w:spacing w:after="0"/>
              <w:jc w:val="left"/>
            </w:pPr>
            <w:r>
              <w:rPr>
                <w:sz w:val="16"/>
              </w:rPr>
              <w:t>Approved, expires 2030-04-13</w:t>
            </w:r>
          </w:p>
        </w:tc>
        <w:tc>
          <w:tcPr>
            <w:tcW w:type="dxa" w:w="3014"/>
          </w:tcPr>
          <w:p>
            <w:pPr>
              <w:spacing w:after="0"/>
              <w:jc w:val="left"/>
            </w:pPr>
            <w:r>
              <w:rPr>
                <w:sz w:val="16"/>
              </w:rPr>
              <w:t>Hardin and Pope Counties 2024 Hazard Mitigation Plan (FEMA plan 110148)</w:t>
            </w:r>
          </w:p>
        </w:tc>
        <w:tc>
          <w:tcPr>
            <w:tcW w:type="dxa" w:w="1385"/>
          </w:tcPr>
          <w:p>
            <w:pPr>
              <w:spacing w:after="0"/>
              <w:jc w:val="left"/>
            </w:pPr>
            <w:r>
              <w:rPr>
                <w:sz w:val="16"/>
              </w:rPr>
              <w:t>2025-04-14</w:t>
            </w:r>
          </w:p>
        </w:tc>
        <w:tc>
          <w:tcPr>
            <w:tcW w:type="dxa" w:w="1385"/>
          </w:tcPr>
          <w:p>
            <w:pPr>
              <w:spacing w:after="0"/>
              <w:jc w:val="left"/>
            </w:pPr>
            <w:r>
              <w:rPr>
                <w:sz w:val="16"/>
              </w:rPr>
              <w:t>2030-04-13</w:t>
            </w:r>
          </w:p>
        </w:tc>
        <w:tc>
          <w:tcPr>
            <w:tcW w:type="dxa" w:w="1194"/>
          </w:tcPr>
          <w:p>
            <w:pPr>
              <w:spacing w:after="0"/>
              <w:jc w:val="right"/>
            </w:pPr>
            <w:r>
              <w:rPr>
                <w:sz w:val="16"/>
              </w:rPr>
              <w:t>1,291</w:t>
            </w:r>
          </w:p>
        </w:tc>
      </w:tr>
      <w:tr>
        <w:trPr>
          <w:cantSplit/>
        </w:trPr>
        <w:tc>
          <w:tcPr>
            <w:tcW w:type="dxa" w:w="2577"/>
          </w:tcPr>
          <w:p>
            <w:pPr>
              <w:spacing w:after="0"/>
              <w:jc w:val="left"/>
            </w:pPr>
            <w:r>
              <w:rPr>
                <w:sz w:val="16"/>
              </w:rPr>
              <w:t>Cave-In-Rock village</w:t>
            </w:r>
          </w:p>
        </w:tc>
        <w:tc>
          <w:tcPr>
            <w:tcW w:type="dxa" w:w="1027"/>
          </w:tcPr>
          <w:p>
            <w:pPr>
              <w:spacing w:after="0"/>
              <w:jc w:val="left"/>
            </w:pPr>
            <w:r>
              <w:rPr>
                <w:sz w:val="16"/>
              </w:rPr>
              <w:t>Village</w:t>
            </w:r>
          </w:p>
        </w:tc>
        <w:tc>
          <w:tcPr>
            <w:tcW w:type="dxa" w:w="3531"/>
          </w:tcPr>
          <w:p>
            <w:pPr>
              <w:spacing w:after="0"/>
              <w:jc w:val="left"/>
            </w:pPr>
            <w:r>
              <w:rPr>
                <w:sz w:val="16"/>
              </w:rPr>
              <w:t>Approved, expires 2030-04-13</w:t>
            </w:r>
          </w:p>
        </w:tc>
        <w:tc>
          <w:tcPr>
            <w:tcW w:type="dxa" w:w="3014"/>
          </w:tcPr>
          <w:p>
            <w:pPr>
              <w:spacing w:after="0"/>
              <w:jc w:val="left"/>
            </w:pPr>
            <w:r>
              <w:rPr>
                <w:sz w:val="16"/>
              </w:rPr>
              <w:t>Hardin and Pope Counties 2024 Hazard Mitigation Plan (FEMA plan 110148)</w:t>
            </w:r>
          </w:p>
        </w:tc>
        <w:tc>
          <w:tcPr>
            <w:tcW w:type="dxa" w:w="1385"/>
          </w:tcPr>
          <w:p>
            <w:pPr>
              <w:spacing w:after="0"/>
              <w:jc w:val="left"/>
            </w:pPr>
            <w:r>
              <w:rPr>
                <w:sz w:val="16"/>
              </w:rPr>
              <w:t>2025-04-14</w:t>
            </w:r>
          </w:p>
        </w:tc>
        <w:tc>
          <w:tcPr>
            <w:tcW w:type="dxa" w:w="1385"/>
          </w:tcPr>
          <w:p>
            <w:pPr>
              <w:spacing w:after="0"/>
              <w:jc w:val="left"/>
            </w:pPr>
            <w:r>
              <w:rPr>
                <w:sz w:val="16"/>
              </w:rPr>
              <w:t>2030-04-13</w:t>
            </w:r>
          </w:p>
        </w:tc>
        <w:tc>
          <w:tcPr>
            <w:tcW w:type="dxa" w:w="1194"/>
          </w:tcPr>
          <w:p>
            <w:pPr>
              <w:spacing w:after="0"/>
              <w:jc w:val="right"/>
            </w:pPr>
            <w:r>
              <w:rPr>
                <w:sz w:val="16"/>
              </w:rPr>
              <w:t>1,291</w:t>
            </w:r>
          </w:p>
        </w:tc>
      </w:tr>
      <w:tr>
        <w:trPr>
          <w:cantSplit/>
        </w:trPr>
        <w:tc>
          <w:tcPr>
            <w:tcW w:type="dxa" w:w="2577"/>
          </w:tcPr>
          <w:p>
            <w:pPr>
              <w:spacing w:after="0"/>
              <w:jc w:val="left"/>
            </w:pPr>
            <w:r>
              <w:rPr>
                <w:sz w:val="16"/>
              </w:rPr>
              <w:t>Elizabethtown village</w:t>
            </w:r>
          </w:p>
        </w:tc>
        <w:tc>
          <w:tcPr>
            <w:tcW w:type="dxa" w:w="1027"/>
          </w:tcPr>
          <w:p>
            <w:pPr>
              <w:spacing w:after="0"/>
              <w:jc w:val="left"/>
            </w:pPr>
            <w:r>
              <w:rPr>
                <w:sz w:val="16"/>
              </w:rPr>
              <w:t>Village</w:t>
            </w:r>
          </w:p>
        </w:tc>
        <w:tc>
          <w:tcPr>
            <w:tcW w:type="dxa" w:w="3531"/>
          </w:tcPr>
          <w:p>
            <w:pPr>
              <w:spacing w:after="0"/>
              <w:jc w:val="left"/>
            </w:pPr>
            <w:r>
              <w:rPr>
                <w:sz w:val="16"/>
              </w:rPr>
              <w:t>Approved, expires 2030-04-13</w:t>
            </w:r>
          </w:p>
        </w:tc>
        <w:tc>
          <w:tcPr>
            <w:tcW w:type="dxa" w:w="3014"/>
          </w:tcPr>
          <w:p>
            <w:pPr>
              <w:spacing w:after="0"/>
              <w:jc w:val="left"/>
            </w:pPr>
            <w:r>
              <w:rPr>
                <w:sz w:val="16"/>
              </w:rPr>
              <w:t>Hardin and Pope Counties 2024 Hazard Mitigation Plan (FEMA plan 110148)</w:t>
            </w:r>
          </w:p>
        </w:tc>
        <w:tc>
          <w:tcPr>
            <w:tcW w:type="dxa" w:w="1385"/>
          </w:tcPr>
          <w:p>
            <w:pPr>
              <w:spacing w:after="0"/>
              <w:jc w:val="left"/>
            </w:pPr>
            <w:r>
              <w:rPr>
                <w:sz w:val="16"/>
              </w:rPr>
              <w:t>2025-04-14</w:t>
            </w:r>
          </w:p>
        </w:tc>
        <w:tc>
          <w:tcPr>
            <w:tcW w:type="dxa" w:w="1385"/>
          </w:tcPr>
          <w:p>
            <w:pPr>
              <w:spacing w:after="0"/>
              <w:jc w:val="left"/>
            </w:pPr>
            <w:r>
              <w:rPr>
                <w:sz w:val="16"/>
              </w:rPr>
              <w:t>2030-04-13</w:t>
            </w:r>
          </w:p>
        </w:tc>
        <w:tc>
          <w:tcPr>
            <w:tcW w:type="dxa" w:w="1194"/>
          </w:tcPr>
          <w:p>
            <w:pPr>
              <w:spacing w:after="0"/>
              <w:jc w:val="right"/>
            </w:pPr>
            <w:r>
              <w:rPr>
                <w:sz w:val="16"/>
              </w:rPr>
              <w:t>1,291</w:t>
            </w:r>
          </w:p>
        </w:tc>
      </w:tr>
      <w:tr>
        <w:trPr>
          <w:cantSplit/>
        </w:trPr>
        <w:tc>
          <w:tcPr>
            <w:tcW w:type="dxa" w:w="2577"/>
          </w:tcPr>
          <w:p>
            <w:pPr>
              <w:spacing w:after="0"/>
              <w:jc w:val="left"/>
            </w:pPr>
            <w:r>
              <w:rPr>
                <w:sz w:val="16"/>
              </w:rPr>
              <w:t>Rosiclare city</w:t>
            </w:r>
          </w:p>
        </w:tc>
        <w:tc>
          <w:tcPr>
            <w:tcW w:type="dxa" w:w="1027"/>
          </w:tcPr>
          <w:p>
            <w:pPr>
              <w:spacing w:after="0"/>
              <w:jc w:val="left"/>
            </w:pPr>
            <w:r>
              <w:rPr>
                <w:sz w:val="16"/>
              </w:rPr>
              <w:t>City</w:t>
            </w:r>
          </w:p>
        </w:tc>
        <w:tc>
          <w:tcPr>
            <w:tcW w:type="dxa" w:w="3531"/>
          </w:tcPr>
          <w:p>
            <w:pPr>
              <w:spacing w:after="0"/>
              <w:jc w:val="left"/>
            </w:pPr>
            <w:r>
              <w:rPr>
                <w:sz w:val="16"/>
              </w:rPr>
              <w:t>Approved, expires 2030-04-13</w:t>
            </w:r>
          </w:p>
        </w:tc>
        <w:tc>
          <w:tcPr>
            <w:tcW w:type="dxa" w:w="3014"/>
          </w:tcPr>
          <w:p>
            <w:pPr>
              <w:spacing w:after="0"/>
              <w:jc w:val="left"/>
            </w:pPr>
            <w:r>
              <w:rPr>
                <w:sz w:val="16"/>
              </w:rPr>
              <w:t>Hardin and Pope Counties 2024 Hazard Mitigation Plan (FEMA plan 110148)</w:t>
            </w:r>
          </w:p>
        </w:tc>
        <w:tc>
          <w:tcPr>
            <w:tcW w:type="dxa" w:w="1385"/>
          </w:tcPr>
          <w:p>
            <w:pPr>
              <w:spacing w:after="0"/>
              <w:jc w:val="left"/>
            </w:pPr>
            <w:r>
              <w:rPr>
                <w:sz w:val="16"/>
              </w:rPr>
              <w:t>2025-04-14</w:t>
            </w:r>
          </w:p>
        </w:tc>
        <w:tc>
          <w:tcPr>
            <w:tcW w:type="dxa" w:w="1385"/>
          </w:tcPr>
          <w:p>
            <w:pPr>
              <w:spacing w:after="0"/>
              <w:jc w:val="left"/>
            </w:pPr>
            <w:r>
              <w:rPr>
                <w:sz w:val="16"/>
              </w:rPr>
              <w:t>2030-04-13</w:t>
            </w:r>
          </w:p>
        </w:tc>
        <w:tc>
          <w:tcPr>
            <w:tcW w:type="dxa" w:w="1194"/>
          </w:tcPr>
          <w:p>
            <w:pPr>
              <w:spacing w:after="0"/>
              <w:jc w:val="right"/>
            </w:pPr>
            <w:r>
              <w:rPr>
                <w:sz w:val="16"/>
              </w:rPr>
              <w:t>1,291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110148 covers 3 other participants: Eddyville village (Pope County); Golconda city (Pope County); Pope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250"/>
        <w:gridCol w:w="1037"/>
        <w:gridCol w:w="1126"/>
        <w:gridCol w:w="1584"/>
        <w:gridCol w:w="1143"/>
        <w:gridCol w:w="1784"/>
        <w:gridCol w:w="320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$1,577,824</w:t>
            </w:r>
          </w:p>
        </w:tc>
        <w:tc>
          <w:tcPr>
            <w:tcW w:type="dxa" w:w="1126"/>
          </w:tcPr>
          <w:p>
            <w:pPr>
              <w:spacing w:after="0"/>
              <w:jc w:val="right"/>
            </w:pPr>
            <w:r>
              <w:rPr>
                <w:sz w:val="16"/>
              </w:rPr>
              <w:t>$6,386</w:t>
            </w:r>
          </w:p>
        </w:tc>
        <w:tc>
          <w:tcPr>
            <w:tcW w:type="dxa" w:w="1584"/>
          </w:tcPr>
          <w:p>
            <w:pPr>
              <w:spacing w:after="0"/>
              <w:jc w:val="right"/>
            </w:pPr>
            <w:r>
              <w:rPr>
                <w:sz w:val="16"/>
              </w:rPr>
              <w:t>$6,002</w:t>
            </w:r>
          </w:p>
        </w:tc>
        <w:tc>
          <w:tcPr>
            <w:tcW w:type="dxa" w:w="1143"/>
          </w:tcPr>
          <w:p>
            <w:pPr>
              <w:spacing w:after="0"/>
              <w:jc w:val="right"/>
            </w:pPr>
            <w:r>
              <w:rPr>
                <w:sz w:val="16"/>
              </w:rPr>
              <w:t>$1,590,212</w:t>
            </w:r>
          </w:p>
        </w:tc>
        <w:tc>
          <w:tcPr>
            <w:tcW w:type="dxa" w:w="1784"/>
          </w:tcPr>
          <w:p>
            <w:pPr>
              <w:spacing w:after="0"/>
              <w:jc w:val="right"/>
            </w:pPr>
            <w:r>
              <w:rPr>
                <w:sz w:val="16"/>
              </w:rPr>
              <w:t>58</w:t>
            </w:r>
          </w:p>
        </w:tc>
        <w:tc>
          <w:tcPr>
            <w:tcW w:type="dxa" w:w="320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Earthquake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$414,834</w:t>
            </w:r>
          </w:p>
        </w:tc>
        <w:tc>
          <w:tcPr>
            <w:tcW w:type="dxa" w:w="1126"/>
          </w:tcPr>
          <w:p>
            <w:pPr>
              <w:spacing w:after="0"/>
              <w:jc w:val="right"/>
            </w:pPr>
            <w:r>
              <w:rPr>
                <w:sz w:val="16"/>
              </w:rPr>
              <w:t>n/a</w:t>
            </w:r>
          </w:p>
        </w:tc>
        <w:tc>
          <w:tcPr>
            <w:tcW w:type="dxa" w:w="1584"/>
          </w:tcPr>
          <w:p>
            <w:pPr>
              <w:spacing w:after="0"/>
              <w:jc w:val="right"/>
            </w:pPr>
            <w:r>
              <w:rPr>
                <w:sz w:val="16"/>
              </w:rPr>
              <w:t>$216,104</w:t>
            </w:r>
          </w:p>
        </w:tc>
        <w:tc>
          <w:tcPr>
            <w:tcW w:type="dxa" w:w="1143"/>
          </w:tcPr>
          <w:p>
            <w:pPr>
              <w:spacing w:after="0"/>
              <w:jc w:val="right"/>
            </w:pPr>
            <w:r>
              <w:rPr>
                <w:sz w:val="16"/>
              </w:rPr>
              <w:t>$630,938</w:t>
            </w:r>
          </w:p>
        </w:tc>
        <w:tc>
          <w:tcPr>
            <w:tcW w:type="dxa" w:w="1784"/>
          </w:tcPr>
          <w:p>
            <w:pPr>
              <w:spacing w:after="0"/>
              <w:jc w:val="right"/>
            </w:pPr>
          </w:p>
        </w:tc>
        <w:tc>
          <w:tcPr>
            <w:tcW w:type="dxa" w:w="3202"/>
          </w:tcPr>
          <w:p>
            <w:pPr>
              <w:spacing w:after="0"/>
              <w:jc w:val="left"/>
            </w:pPr>
            <w:r>
              <w:rPr>
                <w:sz w:val="16"/>
              </w:rPr>
              <w:t>Storm Events does not record earthquakes.</w:t>
            </w: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$209,300</w:t>
            </w:r>
          </w:p>
        </w:tc>
        <w:tc>
          <w:tcPr>
            <w:tcW w:type="dxa" w:w="1126"/>
          </w:tcPr>
          <w:p>
            <w:pPr>
              <w:spacing w:after="0"/>
              <w:jc w:val="right"/>
            </w:pPr>
            <w:r>
              <w:rPr>
                <w:sz w:val="16"/>
              </w:rPr>
              <w:t>$1,530</w:t>
            </w:r>
          </w:p>
        </w:tc>
        <w:tc>
          <w:tcPr>
            <w:tcW w:type="dxa" w:w="1584"/>
          </w:tcPr>
          <w:p>
            <w:pPr>
              <w:spacing w:after="0"/>
              <w:jc w:val="right"/>
            </w:pPr>
            <w:r>
              <w:rPr>
                <w:sz w:val="16"/>
              </w:rPr>
              <w:t>$255,821</w:t>
            </w:r>
          </w:p>
        </w:tc>
        <w:tc>
          <w:tcPr>
            <w:tcW w:type="dxa" w:w="1143"/>
          </w:tcPr>
          <w:p>
            <w:pPr>
              <w:spacing w:after="0"/>
              <w:jc w:val="right"/>
            </w:pPr>
            <w:r>
              <w:rPr>
                <w:sz w:val="16"/>
              </w:rPr>
              <w:t>$466,652</w:t>
            </w:r>
          </w:p>
        </w:tc>
        <w:tc>
          <w:tcPr>
            <w:tcW w:type="dxa" w:w="1784"/>
          </w:tcPr>
          <w:p>
            <w:pPr>
              <w:spacing w:after="0"/>
              <w:jc w:val="right"/>
            </w:pPr>
            <w:r>
              <w:rPr>
                <w:sz w:val="16"/>
              </w:rPr>
              <w:t>2</w:t>
            </w:r>
          </w:p>
        </w:tc>
        <w:tc>
          <w:tcPr>
            <w:tcW w:type="dxa" w:w="320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$144,760</w:t>
            </w:r>
          </w:p>
        </w:tc>
        <w:tc>
          <w:tcPr>
            <w:tcW w:type="dxa" w:w="1126"/>
          </w:tcPr>
          <w:p>
            <w:pPr>
              <w:spacing w:after="0"/>
              <w:jc w:val="right"/>
            </w:pPr>
            <w:r>
              <w:rPr>
                <w:sz w:val="16"/>
              </w:rPr>
              <w:t>$104,222</w:t>
            </w:r>
          </w:p>
        </w:tc>
        <w:tc>
          <w:tcPr>
            <w:tcW w:type="dxa" w:w="1584"/>
          </w:tcPr>
          <w:p>
            <w:pPr>
              <w:spacing w:after="0"/>
              <w:jc w:val="right"/>
            </w:pPr>
            <w:r>
              <w:rPr>
                <w:sz w:val="16"/>
              </w:rPr>
              <w:t>$64,107</w:t>
            </w:r>
          </w:p>
        </w:tc>
        <w:tc>
          <w:tcPr>
            <w:tcW w:type="dxa" w:w="1143"/>
          </w:tcPr>
          <w:p>
            <w:pPr>
              <w:spacing w:after="0"/>
              <w:jc w:val="right"/>
            </w:pPr>
            <w:r>
              <w:rPr>
                <w:sz w:val="16"/>
              </w:rPr>
              <w:t>$313,089</w:t>
            </w:r>
          </w:p>
        </w:tc>
        <w:tc>
          <w:tcPr>
            <w:tcW w:type="dxa" w:w="1784"/>
          </w:tcPr>
          <w:p>
            <w:pPr>
              <w:spacing w:after="0"/>
              <w:jc w:val="right"/>
            </w:pPr>
            <w:r>
              <w:rPr>
                <w:sz w:val="16"/>
              </w:rPr>
              <w:t>89</w:t>
            </w:r>
          </w:p>
        </w:tc>
        <w:tc>
          <w:tcPr>
            <w:tcW w:type="dxa" w:w="3202"/>
          </w:tcPr>
          <w:p>
            <w:pPr>
              <w:spacing w:after="0"/>
              <w:jc w:val="left"/>
            </w:pPr>
            <w:r>
              <w:rPr>
                <w:sz w:val="16"/>
              </w:rPr>
              <w:t>Includes 5 High Wind and 58 Strong Wind records (NOAA non-thunderstorm wind types,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Cold Wave</w:t>
            </w:r>
          </w:p>
        </w:tc>
        <w:tc>
          <w:tcPr>
            <w:tcW w:type="dxa" w:w="1250"/>
          </w:tcPr>
          <w:p>
            <w:pPr>
              <w:spacing w:after="0"/>
              <w:jc w:val="left"/>
            </w:pPr>
            <w:r>
              <w:rPr>
                <w:sz w:val="16"/>
              </w:rPr>
              <w:t>Very Low</w:t>
            </w:r>
          </w:p>
        </w:tc>
        <w:tc>
          <w:tcPr>
            <w:tcW w:type="dxa" w:w="1250"/>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$19,395</w:t>
            </w:r>
          </w:p>
        </w:tc>
        <w:tc>
          <w:tcPr>
            <w:tcW w:type="dxa" w:w="1584"/>
          </w:tcPr>
          <w:p>
            <w:pPr>
              <w:spacing w:after="0"/>
              <w:jc w:val="right"/>
            </w:pPr>
            <w:r>
              <w:rPr>
                <w:sz w:val="16"/>
              </w:rPr>
              <w:t>$159,482</w:t>
            </w:r>
          </w:p>
        </w:tc>
        <w:tc>
          <w:tcPr>
            <w:tcW w:type="dxa" w:w="1143"/>
          </w:tcPr>
          <w:p>
            <w:pPr>
              <w:spacing w:after="0"/>
              <w:jc w:val="right"/>
            </w:pPr>
            <w:r>
              <w:rPr>
                <w:sz w:val="16"/>
              </w:rPr>
              <w:t>$178,889</w:t>
            </w:r>
          </w:p>
        </w:tc>
        <w:tc>
          <w:tcPr>
            <w:tcW w:type="dxa" w:w="1784"/>
          </w:tcPr>
          <w:p>
            <w:pPr>
              <w:spacing w:after="0"/>
              <w:jc w:val="right"/>
            </w:pPr>
            <w:r>
              <w:rPr>
                <w:sz w:val="16"/>
              </w:rPr>
              <w:t>71</w:t>
            </w:r>
          </w:p>
        </w:tc>
        <w:tc>
          <w:tcPr>
            <w:tcW w:type="dxa" w:w="3202"/>
          </w:tcPr>
          <w:p>
            <w:pPr>
              <w:spacing w:after="0"/>
              <w:jc w:val="left"/>
            </w:pPr>
            <w:r>
              <w:rPr>
                <w:sz w:val="16"/>
              </w:rPr>
              <w:t>Includes 51 Frost/Freeze records (outside NRI's Cold Wave definition; counted in this table and in B1-d, not in the B1-e descriptor).</w:t>
            </w: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$1</w:t>
            </w:r>
          </w:p>
        </w:tc>
        <w:tc>
          <w:tcPr>
            <w:tcW w:type="dxa" w:w="1584"/>
          </w:tcPr>
          <w:p>
            <w:pPr>
              <w:spacing w:after="0"/>
              <w:jc w:val="right"/>
            </w:pPr>
            <w:r>
              <w:rPr>
                <w:sz w:val="16"/>
              </w:rPr>
              <w:t>$146,835</w:t>
            </w:r>
          </w:p>
        </w:tc>
        <w:tc>
          <w:tcPr>
            <w:tcW w:type="dxa" w:w="1143"/>
          </w:tcPr>
          <w:p>
            <w:pPr>
              <w:spacing w:after="0"/>
              <w:jc w:val="right"/>
            </w:pPr>
            <w:r>
              <w:rPr>
                <w:sz w:val="16"/>
              </w:rPr>
              <w:t>$146,841</w:t>
            </w:r>
          </w:p>
        </w:tc>
        <w:tc>
          <w:tcPr>
            <w:tcW w:type="dxa" w:w="1784"/>
          </w:tcPr>
          <w:p>
            <w:pPr>
              <w:spacing w:after="0"/>
              <w:jc w:val="right"/>
            </w:pPr>
            <w:r>
              <w:rPr>
                <w:sz w:val="16"/>
              </w:rPr>
              <w:t>82</w:t>
            </w:r>
          </w:p>
        </w:tc>
        <w:tc>
          <w:tcPr>
            <w:tcW w:type="dxa" w:w="320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Drought</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$97,350</w:t>
            </w:r>
          </w:p>
        </w:tc>
        <w:tc>
          <w:tcPr>
            <w:tcW w:type="dxa" w:w="1584"/>
          </w:tcPr>
          <w:p>
            <w:pPr>
              <w:spacing w:after="0"/>
              <w:jc w:val="right"/>
            </w:pPr>
            <w:r>
              <w:rPr>
                <w:sz w:val="16"/>
              </w:rPr>
              <w:t>n/a</w:t>
            </w:r>
          </w:p>
        </w:tc>
        <w:tc>
          <w:tcPr>
            <w:tcW w:type="dxa" w:w="1143"/>
          </w:tcPr>
          <w:p>
            <w:pPr>
              <w:spacing w:after="0"/>
              <w:jc w:val="right"/>
            </w:pPr>
            <w:r>
              <w:rPr>
                <w:sz w:val="16"/>
              </w:rPr>
              <w:t>$97,350</w:t>
            </w:r>
          </w:p>
        </w:tc>
        <w:tc>
          <w:tcPr>
            <w:tcW w:type="dxa" w:w="1784"/>
          </w:tcPr>
          <w:p>
            <w:pPr>
              <w:spacing w:after="0"/>
              <w:jc w:val="right"/>
            </w:pPr>
            <w:r>
              <w:rPr>
                <w:sz w:val="16"/>
              </w:rPr>
              <w:t>32</w:t>
            </w:r>
          </w:p>
        </w:tc>
        <w:tc>
          <w:tcPr>
            <w:tcW w:type="dxa" w:w="320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$1,276</w:t>
            </w:r>
          </w:p>
        </w:tc>
        <w:tc>
          <w:tcPr>
            <w:tcW w:type="dxa" w:w="1126"/>
          </w:tcPr>
          <w:p>
            <w:pPr>
              <w:spacing w:after="0"/>
              <w:jc w:val="right"/>
            </w:pPr>
            <w:r>
              <w:rPr>
                <w:sz w:val="16"/>
              </w:rPr>
              <w:t>n/a</w:t>
            </w:r>
          </w:p>
        </w:tc>
        <w:tc>
          <w:tcPr>
            <w:tcW w:type="dxa" w:w="1584"/>
          </w:tcPr>
          <w:p>
            <w:pPr>
              <w:spacing w:after="0"/>
              <w:jc w:val="right"/>
            </w:pPr>
            <w:r>
              <w:rPr>
                <w:sz w:val="16"/>
              </w:rPr>
              <w:t>$48,929</w:t>
            </w:r>
          </w:p>
        </w:tc>
        <w:tc>
          <w:tcPr>
            <w:tcW w:type="dxa" w:w="1143"/>
          </w:tcPr>
          <w:p>
            <w:pPr>
              <w:spacing w:after="0"/>
              <w:jc w:val="right"/>
            </w:pPr>
            <w:r>
              <w:rPr>
                <w:sz w:val="16"/>
              </w:rPr>
              <w:t>$50,205</w:t>
            </w:r>
          </w:p>
        </w:tc>
        <w:tc>
          <w:tcPr>
            <w:tcW w:type="dxa" w:w="1784"/>
          </w:tcPr>
          <w:p>
            <w:pPr>
              <w:spacing w:after="0"/>
              <w:jc w:val="right"/>
            </w:pPr>
            <w:r>
              <w:rPr>
                <w:sz w:val="16"/>
              </w:rPr>
              <w:t>1</w:t>
            </w:r>
          </w:p>
        </w:tc>
        <w:tc>
          <w:tcPr>
            <w:tcW w:type="dxa" w:w="320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$45,822</w:t>
            </w:r>
          </w:p>
        </w:tc>
        <w:tc>
          <w:tcPr>
            <w:tcW w:type="dxa" w:w="1126"/>
          </w:tcPr>
          <w:p>
            <w:pPr>
              <w:spacing w:after="0"/>
              <w:jc w:val="right"/>
            </w:pPr>
            <w:r>
              <w:rPr>
                <w:sz w:val="16"/>
              </w:rPr>
              <w:t>$949</w:t>
            </w:r>
          </w:p>
        </w:tc>
        <w:tc>
          <w:tcPr>
            <w:tcW w:type="dxa" w:w="1584"/>
          </w:tcPr>
          <w:p>
            <w:pPr>
              <w:spacing w:after="0"/>
              <w:jc w:val="right"/>
            </w:pPr>
            <w:r>
              <w:rPr>
                <w:sz w:val="16"/>
              </w:rPr>
              <w:t>$1,588</w:t>
            </w:r>
          </w:p>
        </w:tc>
        <w:tc>
          <w:tcPr>
            <w:tcW w:type="dxa" w:w="1143"/>
          </w:tcPr>
          <w:p>
            <w:pPr>
              <w:spacing w:after="0"/>
              <w:jc w:val="right"/>
            </w:pPr>
            <w:r>
              <w:rPr>
                <w:sz w:val="16"/>
              </w:rPr>
              <w:t>$48,358</w:t>
            </w:r>
          </w:p>
        </w:tc>
        <w:tc>
          <w:tcPr>
            <w:tcW w:type="dxa" w:w="1784"/>
          </w:tcPr>
          <w:p>
            <w:pPr>
              <w:spacing w:after="0"/>
              <w:jc w:val="right"/>
            </w:pPr>
            <w:r>
              <w:rPr>
                <w:sz w:val="16"/>
              </w:rPr>
              <w:t>14</w:t>
            </w:r>
          </w:p>
        </w:tc>
        <w:tc>
          <w:tcPr>
            <w:tcW w:type="dxa" w:w="320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Ice Storm</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$39,683</w:t>
            </w:r>
          </w:p>
        </w:tc>
        <w:tc>
          <w:tcPr>
            <w:tcW w:type="dxa" w:w="1126"/>
          </w:tcPr>
          <w:p>
            <w:pPr>
              <w:spacing w:after="0"/>
              <w:jc w:val="right"/>
            </w:pPr>
            <w:r>
              <w:rPr>
                <w:sz w:val="16"/>
              </w:rPr>
              <w:t>n/a</w:t>
            </w:r>
          </w:p>
        </w:tc>
        <w:tc>
          <w:tcPr>
            <w:tcW w:type="dxa" w:w="1584"/>
          </w:tcPr>
          <w:p>
            <w:pPr>
              <w:spacing w:after="0"/>
              <w:jc w:val="right"/>
            </w:pPr>
            <w:r>
              <w:rPr>
                <w:sz w:val="16"/>
              </w:rPr>
              <w:t>$6,478</w:t>
            </w:r>
          </w:p>
        </w:tc>
        <w:tc>
          <w:tcPr>
            <w:tcW w:type="dxa" w:w="1143"/>
          </w:tcPr>
          <w:p>
            <w:pPr>
              <w:spacing w:after="0"/>
              <w:jc w:val="right"/>
            </w:pPr>
            <w:r>
              <w:rPr>
                <w:sz w:val="16"/>
              </w:rPr>
              <w:t>$46,161</w:t>
            </w:r>
          </w:p>
        </w:tc>
        <w:tc>
          <w:tcPr>
            <w:tcW w:type="dxa" w:w="1784"/>
          </w:tcPr>
          <w:p>
            <w:pPr>
              <w:spacing w:after="0"/>
              <w:jc w:val="right"/>
            </w:pPr>
            <w:r>
              <w:rPr>
                <w:sz w:val="16"/>
              </w:rPr>
              <w:t>5</w:t>
            </w:r>
          </w:p>
        </w:tc>
        <w:tc>
          <w:tcPr>
            <w:tcW w:type="dxa" w:w="320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0"/>
          </w:tcPr>
          <w:p>
            <w:pPr>
              <w:spacing w:after="0"/>
              <w:jc w:val="left"/>
            </w:pPr>
            <w:r>
              <w:rPr>
                <w:sz w:val="16"/>
              </w:rPr>
              <w:t>Very Low</w:t>
            </w:r>
          </w:p>
        </w:tc>
        <w:tc>
          <w:tcPr>
            <w:tcW w:type="dxa" w:w="1250"/>
          </w:tcPr>
          <w:p>
            <w:pPr>
              <w:spacing w:after="0"/>
              <w:jc w:val="left"/>
            </w:pPr>
            <w:r>
              <w:rPr>
                <w:sz w:val="16"/>
              </w:rPr>
              <w:t>Relatively Low</w:t>
            </w:r>
          </w:p>
        </w:tc>
        <w:tc>
          <w:tcPr>
            <w:tcW w:type="dxa" w:w="1037"/>
          </w:tcPr>
          <w:p>
            <w:pPr>
              <w:spacing w:after="0"/>
              <w:jc w:val="right"/>
            </w:pPr>
            <w:r>
              <w:rPr>
                <w:sz w:val="16"/>
              </w:rPr>
              <w:t>$15,576</w:t>
            </w:r>
          </w:p>
        </w:tc>
        <w:tc>
          <w:tcPr>
            <w:tcW w:type="dxa" w:w="1126"/>
          </w:tcPr>
          <w:p>
            <w:pPr>
              <w:spacing w:after="0"/>
              <w:jc w:val="right"/>
            </w:pPr>
            <w:r>
              <w:rPr>
                <w:sz w:val="16"/>
              </w:rPr>
              <w:t>$85</w:t>
            </w:r>
          </w:p>
        </w:tc>
        <w:tc>
          <w:tcPr>
            <w:tcW w:type="dxa" w:w="1584"/>
          </w:tcPr>
          <w:p>
            <w:pPr>
              <w:spacing w:after="0"/>
              <w:jc w:val="right"/>
            </w:pPr>
            <w:r>
              <w:rPr>
                <w:sz w:val="16"/>
              </w:rPr>
              <w:t>$3,058</w:t>
            </w:r>
          </w:p>
        </w:tc>
        <w:tc>
          <w:tcPr>
            <w:tcW w:type="dxa" w:w="1143"/>
          </w:tcPr>
          <w:p>
            <w:pPr>
              <w:spacing w:after="0"/>
              <w:jc w:val="right"/>
            </w:pPr>
            <w:r>
              <w:rPr>
                <w:sz w:val="16"/>
              </w:rPr>
              <w:t>$18,718</w:t>
            </w:r>
          </w:p>
        </w:tc>
        <w:tc>
          <w:tcPr>
            <w:tcW w:type="dxa" w:w="1784"/>
          </w:tcPr>
          <w:p>
            <w:pPr>
              <w:spacing w:after="0"/>
              <w:jc w:val="right"/>
            </w:pPr>
            <w:r>
              <w:rPr>
                <w:sz w:val="16"/>
              </w:rPr>
              <w:t>100</w:t>
            </w:r>
          </w:p>
        </w:tc>
        <w:tc>
          <w:tcPr>
            <w:tcW w:type="dxa" w:w="320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Hurricane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$4,433</w:t>
            </w:r>
          </w:p>
        </w:tc>
        <w:tc>
          <w:tcPr>
            <w:tcW w:type="dxa" w:w="1126"/>
          </w:tcPr>
          <w:p>
            <w:pPr>
              <w:spacing w:after="0"/>
              <w:jc w:val="right"/>
            </w:pPr>
            <w:r>
              <w:rPr>
                <w:sz w:val="16"/>
              </w:rPr>
              <w:t>$3,595</w:t>
            </w:r>
          </w:p>
        </w:tc>
        <w:tc>
          <w:tcPr>
            <w:tcW w:type="dxa" w:w="1584"/>
          </w:tcPr>
          <w:p>
            <w:pPr>
              <w:spacing w:after="0"/>
              <w:jc w:val="right"/>
            </w:pPr>
            <w:r>
              <w:rPr>
                <w:sz w:val="16"/>
              </w:rPr>
              <w:t>$24</w:t>
            </w:r>
          </w:p>
        </w:tc>
        <w:tc>
          <w:tcPr>
            <w:tcW w:type="dxa" w:w="1143"/>
          </w:tcPr>
          <w:p>
            <w:pPr>
              <w:spacing w:after="0"/>
              <w:jc w:val="right"/>
            </w:pPr>
            <w:r>
              <w:rPr>
                <w:sz w:val="16"/>
              </w:rPr>
              <w:t>$8,052</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$1,088</w:t>
            </w:r>
          </w:p>
        </w:tc>
        <w:tc>
          <w:tcPr>
            <w:tcW w:type="dxa" w:w="1126"/>
          </w:tcPr>
          <w:p>
            <w:pPr>
              <w:spacing w:after="0"/>
              <w:jc w:val="right"/>
            </w:pPr>
            <w:r>
              <w:rPr>
                <w:sz w:val="16"/>
              </w:rPr>
              <w:t>$23</w:t>
            </w:r>
          </w:p>
        </w:tc>
        <w:tc>
          <w:tcPr>
            <w:tcW w:type="dxa" w:w="1584"/>
          </w:tcPr>
          <w:p>
            <w:pPr>
              <w:spacing w:after="0"/>
              <w:jc w:val="right"/>
            </w:pPr>
            <w:r>
              <w:rPr>
                <w:sz w:val="16"/>
              </w:rPr>
              <w:t>$347</w:t>
            </w:r>
          </w:p>
        </w:tc>
        <w:tc>
          <w:tcPr>
            <w:tcW w:type="dxa" w:w="1143"/>
          </w:tcPr>
          <w:p>
            <w:pPr>
              <w:spacing w:after="0"/>
              <w:jc w:val="right"/>
            </w:pPr>
            <w:r>
              <w:rPr>
                <w:sz w:val="16"/>
              </w:rPr>
              <w:t>$1,458</w:t>
            </w:r>
          </w:p>
        </w:tc>
        <w:tc>
          <w:tcPr>
            <w:tcW w:type="dxa" w:w="1784"/>
          </w:tcPr>
          <w:p>
            <w:pPr>
              <w:spacing w:after="0"/>
              <w:jc w:val="right"/>
            </w:pPr>
            <w:r>
              <w:rPr>
                <w:sz w:val="16"/>
              </w:rPr>
              <w:t>1</w:t>
            </w:r>
          </w:p>
        </w:tc>
        <w:tc>
          <w:tcPr>
            <w:tcW w:type="dxa" w:w="3202"/>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$24</w:t>
            </w:r>
          </w:p>
        </w:tc>
        <w:tc>
          <w:tcPr>
            <w:tcW w:type="dxa" w:w="1126"/>
          </w:tcPr>
          <w:p>
            <w:pPr>
              <w:spacing w:after="0"/>
              <w:jc w:val="right"/>
            </w:pPr>
            <w:r>
              <w:rPr>
                <w:sz w:val="16"/>
              </w:rPr>
              <w:t>n/a</w:t>
            </w:r>
          </w:p>
        </w:tc>
        <w:tc>
          <w:tcPr>
            <w:tcW w:type="dxa" w:w="1584"/>
          </w:tcPr>
          <w:p>
            <w:pPr>
              <w:spacing w:after="0"/>
              <w:jc w:val="right"/>
            </w:pPr>
            <w:r>
              <w:rPr>
                <w:sz w:val="16"/>
              </w:rPr>
              <w:t>$283</w:t>
            </w:r>
          </w:p>
        </w:tc>
        <w:tc>
          <w:tcPr>
            <w:tcW w:type="dxa" w:w="1143"/>
          </w:tcPr>
          <w:p>
            <w:pPr>
              <w:spacing w:after="0"/>
              <w:jc w:val="right"/>
            </w:pPr>
            <w:r>
              <w:rPr>
                <w:sz w:val="16"/>
              </w:rPr>
              <w:t>$307</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9709 (Relatively Moderate, 84.7); tract 9710 (Relatively Moderate, 84.0)</w:t>
            </w:r>
          </w:p>
        </w:tc>
      </w:tr>
      <w:tr>
        <w:trPr>
          <w:cantSplit/>
        </w:trPr>
        <w:tc>
          <w:tcPr>
            <w:tcW w:type="dxa" w:w="4483"/>
          </w:tcPr>
          <w:p>
            <w:pPr>
              <w:spacing w:after="0"/>
              <w:jc w:val="left"/>
            </w:pPr>
            <w:r>
              <w:rPr>
                <w:sz w:val="16"/>
              </w:rPr>
              <w:t>Hurricane</w:t>
            </w:r>
          </w:p>
        </w:tc>
        <w:tc>
          <w:tcPr>
            <w:tcW w:type="dxa" w:w="9629"/>
          </w:tcPr>
          <w:p>
            <w:pPr>
              <w:spacing w:after="0"/>
              <w:jc w:val="left"/>
            </w:pPr>
            <w:r>
              <w:rPr>
                <w:sz w:val="16"/>
              </w:rPr>
              <w:t>tract 9710 (Very Low, 48.4); tract 9709 (Very Low, 46.1)</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9710 (Relatively Low, 87.8); tract 9709 (Very Low, 79.5)</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9710 (Relatively High, 86.2); tract 9709 (Relatively High, 81.1)</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9710 (Very Low, 66.3); tract 9709 (Very Low, 65.4)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9709 is Census Tract 9709).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5"/>
        <w:gridCol w:w="1859"/>
        <w:gridCol w:w="1768"/>
        <w:gridCol w:w="1942"/>
        <w:gridCol w:w="1614"/>
        <w:gridCol w:w="1585"/>
        <w:gridCol w:w="1607"/>
        <w:gridCol w:w="1902"/>
      </w:tblGrid>
      <w:tr>
        <w:trPr>
          <w:cantSplit/>
          <w:tblHeader/>
        </w:trPr>
        <w:tc>
          <w:tcPr>
            <w:tcW w:type="dxa" w:w="1835"/>
            <w:shd w:val="clear" w:color="auto" w:fill="E8E8E8"/>
          </w:tcPr>
          <w:p>
            <w:pPr>
              <w:spacing w:after="0"/>
              <w:jc w:val="left"/>
            </w:pPr>
            <w:r>
              <w:rPr>
                <w:b/>
                <w:sz w:val="16"/>
              </w:rPr>
              <w:t>Hazard</w:t>
            </w:r>
          </w:p>
        </w:tc>
        <w:tc>
          <w:tcPr>
            <w:tcW w:type="dxa" w:w="1859"/>
            <w:shd w:val="clear" w:color="auto" w:fill="E8E8E8"/>
          </w:tcPr>
          <w:p>
            <w:pPr>
              <w:spacing w:after="0"/>
              <w:jc w:val="left"/>
            </w:pPr>
            <w:r>
              <w:rPr>
                <w:b/>
                <w:sz w:val="16"/>
              </w:rPr>
              <w:t>Scale</w:t>
            </w:r>
          </w:p>
        </w:tc>
        <w:tc>
          <w:tcPr>
            <w:tcW w:type="dxa" w:w="17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2"/>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585"/>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jurisdictions</w:t>
            </w:r>
          </w:p>
        </w:tc>
        <w:tc>
          <w:tcPr>
            <w:tcW w:type="dxa" w:w="1902"/>
            <w:shd w:val="clear" w:color="auto" w:fill="E8E8E8"/>
          </w:tcPr>
          <w:p>
            <w:pPr>
              <w:spacing w:after="0"/>
              <w:jc w:val="left"/>
            </w:pPr>
            <w:r>
              <w:rPr>
                <w:b/>
                <w:sz w:val="16"/>
              </w:rPr>
              <w:t>Note</w:t>
            </w:r>
          </w:p>
        </w:tc>
      </w:tr>
      <w:tr>
        <w:trPr>
          <w:cantSplit/>
        </w:trPr>
        <w:tc>
          <w:tcPr>
            <w:tcW w:type="dxa" w:w="1835"/>
          </w:tcPr>
          <w:p>
            <w:pPr>
              <w:spacing w:after="0"/>
              <w:jc w:val="left"/>
            </w:pPr>
            <w:r>
              <w:rPr>
                <w:sz w:val="16"/>
              </w:rPr>
              <w:t>Cold/Wind Chill, Extreme Cold/Wind Chill</w:t>
            </w:r>
          </w:p>
        </w:tc>
        <w:tc>
          <w:tcPr>
            <w:tcW w:type="dxa" w:w="1859"/>
          </w:tcPr>
          <w:p>
            <w:pPr>
              <w:spacing w:after="0"/>
              <w:jc w:val="left"/>
            </w:pPr>
            <w:r>
              <w:rPr>
                <w:sz w:val="16"/>
              </w:rPr>
              <w:t>wind chill</w:t>
            </w:r>
          </w:p>
        </w:tc>
        <w:tc>
          <w:tcPr>
            <w:tcW w:type="dxa" w:w="1768"/>
          </w:tcPr>
          <w:p>
            <w:pPr>
              <w:spacing w:after="0"/>
              <w:jc w:val="right"/>
            </w:pPr>
            <w:r>
              <w:rPr>
                <w:sz w:val="16"/>
              </w:rPr>
              <w:t>20 records, 1996 to 2026 (20 zone-level)</w:t>
            </w:r>
          </w:p>
        </w:tc>
        <w:tc>
          <w:tcPr>
            <w:tcW w:type="dxa" w:w="1942"/>
          </w:tcPr>
          <w:p>
            <w:pPr>
              <w:spacing w:after="0"/>
              <w:jc w:val="left"/>
            </w:pPr>
            <w:r>
              <w:rPr>
                <w:sz w:val="16"/>
              </w:rPr>
              <w:t>1 day to 24 days (median 1 day); 19 with a recorded value</w:t>
            </w:r>
          </w:p>
        </w:tc>
        <w:tc>
          <w:tcPr>
            <w:tcW w:type="dxa" w:w="1614"/>
          </w:tcPr>
          <w:p>
            <w:pPr>
              <w:spacing w:after="0"/>
              <w:jc w:val="left"/>
            </w:pPr>
            <w:r>
              <w:rPr>
                <w:sz w:val="16"/>
              </w:rPr>
              <w:t>2000-12-12 to 2001-01-04 (2 records, 1 of them a monthly summary record), zone-level</w:t>
            </w:r>
          </w:p>
        </w:tc>
        <w:tc>
          <w:tcPr>
            <w:tcW w:type="dxa" w:w="1585"/>
          </w:tcPr>
          <w:p>
            <w:pPr>
              <w:spacing w:after="0"/>
              <w:jc w:val="left"/>
            </w:pPr>
          </w:p>
        </w:tc>
        <w:tc>
          <w:tcPr>
            <w:tcW w:type="dxa" w:w="1607"/>
          </w:tcPr>
          <w:p>
            <w:pPr>
              <w:spacing w:after="0"/>
              <w:jc w:val="left"/>
            </w:pPr>
            <w:r>
              <w:rPr>
                <w:sz w:val="16"/>
              </w:rPr>
              <w:t>Countywide (zone-level records).</w:t>
            </w:r>
          </w:p>
        </w:tc>
        <w:tc>
          <w:tcPr>
            <w:tcW w:type="dxa" w:w="1902"/>
          </w:tcPr>
          <w:p>
            <w:pPr>
              <w:spacing w:after="0"/>
              <w:jc w:val="left"/>
            </w:pPr>
          </w:p>
        </w:tc>
      </w:tr>
      <w:tr>
        <w:trPr>
          <w:cantSplit/>
        </w:trPr>
        <w:tc>
          <w:tcPr>
            <w:tcW w:type="dxa" w:w="1835"/>
          </w:tcPr>
          <w:p>
            <w:pPr>
              <w:spacing w:after="0"/>
              <w:jc w:val="left"/>
            </w:pPr>
            <w:r>
              <w:rPr>
                <w:sz w:val="16"/>
              </w:rPr>
              <w:t>Frost/Freeze (outside NRI's Cold Wave definition)</w:t>
            </w:r>
          </w:p>
        </w:tc>
        <w:tc>
          <w:tcPr>
            <w:tcW w:type="dxa" w:w="1859"/>
          </w:tcPr>
          <w:p>
            <w:pPr>
              <w:spacing w:after="0"/>
              <w:jc w:val="left"/>
            </w:pPr>
            <w:r>
              <w:rPr>
                <w:sz w:val="16"/>
              </w:rPr>
              <w:t>crop damage</w:t>
            </w:r>
          </w:p>
        </w:tc>
        <w:tc>
          <w:tcPr>
            <w:tcW w:type="dxa" w:w="1768"/>
          </w:tcPr>
          <w:p>
            <w:pPr>
              <w:spacing w:after="0"/>
              <w:jc w:val="right"/>
            </w:pPr>
            <w:r>
              <w:rPr>
                <w:sz w:val="16"/>
              </w:rPr>
              <w:t>51 records, 1997 to 2024 (51 zone-level)</w:t>
            </w:r>
          </w:p>
        </w:tc>
        <w:tc>
          <w:tcPr>
            <w:tcW w:type="dxa" w:w="1942"/>
          </w:tcPr>
          <w:p>
            <w:pPr>
              <w:spacing w:after="0"/>
              <w:jc w:val="left"/>
            </w:pPr>
          </w:p>
        </w:tc>
        <w:tc>
          <w:tcPr>
            <w:tcW w:type="dxa" w:w="1614"/>
          </w:tcPr>
          <w:p>
            <w:pPr>
              <w:spacing w:after="0"/>
              <w:jc w:val="left"/>
            </w:pPr>
            <w:r>
              <w:rPr>
                <w:sz w:val="16"/>
              </w:rPr>
              <w:t>Frost/Freeze, 2008-04-29, $10,000 crop damage (2008 dollars); NWS zone ILZ091</w:t>
            </w:r>
          </w:p>
        </w:tc>
        <w:tc>
          <w:tcPr>
            <w:tcW w:type="dxa" w:w="1585"/>
          </w:tcPr>
          <w:p>
            <w:pPr>
              <w:spacing w:after="0"/>
              <w:jc w:val="left"/>
            </w:pPr>
          </w:p>
        </w:tc>
        <w:tc>
          <w:tcPr>
            <w:tcW w:type="dxa" w:w="1607"/>
          </w:tcPr>
          <w:p>
            <w:pPr>
              <w:spacing w:after="0"/>
              <w:jc w:val="left"/>
            </w:pPr>
            <w:r>
              <w:rPr>
                <w:sz w:val="16"/>
              </w:rPr>
              <w:t>Countywide (zone-level records).</w:t>
            </w:r>
          </w:p>
        </w:tc>
        <w:tc>
          <w:tcPr>
            <w:tcW w:type="dxa" w:w="1902"/>
          </w:tcPr>
          <w:p>
            <w:pPr>
              <w:spacing w:after="0"/>
              <w:jc w:val="left"/>
            </w:pPr>
          </w:p>
        </w:tc>
      </w:tr>
      <w:tr>
        <w:trPr>
          <w:cantSplit/>
        </w:trPr>
        <w:tc>
          <w:tcPr>
            <w:tcW w:type="dxa" w:w="1835"/>
          </w:tcPr>
          <w:p>
            <w:pPr>
              <w:spacing w:after="0"/>
              <w:jc w:val="left"/>
            </w:pPr>
            <w:r>
              <w:rPr>
                <w:sz w:val="16"/>
              </w:rPr>
              <w:t>Drought</w:t>
            </w:r>
          </w:p>
        </w:tc>
        <w:tc>
          <w:tcPr>
            <w:tcW w:type="dxa" w:w="1859"/>
          </w:tcPr>
          <w:p>
            <w:pPr>
              <w:spacing w:after="0"/>
              <w:jc w:val="left"/>
            </w:pPr>
            <w:r>
              <w:rPr>
                <w:sz w:val="16"/>
              </w:rPr>
              <w:t>U.S. Drought Monitor scale (D0 to D4)</w:t>
            </w:r>
          </w:p>
        </w:tc>
        <w:tc>
          <w:tcPr>
            <w:tcW w:type="dxa" w:w="1768"/>
          </w:tcPr>
          <w:p>
            <w:pPr>
              <w:spacing w:after="0"/>
              <w:jc w:val="right"/>
            </w:pPr>
            <w:r>
              <w:rPr>
                <w:sz w:val="16"/>
              </w:rPr>
              <w:t>32 records, 1996 to 2025 (32 zone-level)</w:t>
            </w:r>
          </w:p>
        </w:tc>
        <w:tc>
          <w:tcPr>
            <w:tcW w:type="dxa" w:w="1942"/>
          </w:tcPr>
          <w:p>
            <w:pPr>
              <w:spacing w:after="0"/>
              <w:jc w:val="left"/>
            </w:pPr>
            <w:r>
              <w:rPr>
                <w:sz w:val="16"/>
              </w:rPr>
              <w:t>15 days to 219 days (median 34 days); 13 with a recorded value</w:t>
            </w:r>
          </w:p>
        </w:tc>
        <w:tc>
          <w:tcPr>
            <w:tcW w:type="dxa" w:w="1614"/>
          </w:tcPr>
          <w:p>
            <w:pPr>
              <w:spacing w:after="0"/>
              <w:jc w:val="left"/>
            </w:pPr>
            <w:r>
              <w:rPr>
                <w:sz w:val="16"/>
              </w:rPr>
              <w:t>219 days (about 7.2 months), 2012-05-12 to 2012-12-16, a run of 8 consecutive Storm Events drought records, zone-level</w:t>
            </w:r>
          </w:p>
        </w:tc>
        <w:tc>
          <w:tcPr>
            <w:tcW w:type="dxa" w:w="1585"/>
          </w:tcPr>
          <w:p>
            <w:pPr>
              <w:spacing w:after="0"/>
              <w:jc w:val="left"/>
            </w:pPr>
            <w:r>
              <w:rPr>
                <w:sz w:val="16"/>
              </w:rPr>
              <w:t>Drought, 2007-09-01, $0 property; $3,450,000 crops (zone total, 2007 dollars)</w:t>
            </w:r>
          </w:p>
        </w:tc>
        <w:tc>
          <w:tcPr>
            <w:tcW w:type="dxa" w:w="1607"/>
          </w:tcPr>
          <w:p>
            <w:pPr>
              <w:spacing w:after="0"/>
              <w:jc w:val="left"/>
            </w:pPr>
            <w:r>
              <w:rPr>
                <w:sz w:val="16"/>
              </w:rPr>
              <w:t>Countywide (zone-level records).</w:t>
            </w:r>
          </w:p>
        </w:tc>
        <w:tc>
          <w:tcPr>
            <w:tcW w:type="dxa" w:w="19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5"/>
          </w:tcPr>
          <w:p>
            <w:pPr>
              <w:spacing w:after="0"/>
              <w:jc w:val="left"/>
            </w:pPr>
            <w:r>
              <w:rPr>
                <w:sz w:val="16"/>
              </w:rPr>
              <w:t>Earthquake</w:t>
            </w:r>
          </w:p>
        </w:tc>
        <w:tc>
          <w:tcPr>
            <w:tcW w:type="dxa" w:w="1859"/>
          </w:tcPr>
          <w:p>
            <w:pPr>
              <w:spacing w:after="0"/>
              <w:jc w:val="left"/>
            </w:pPr>
            <w:r>
              <w:rPr>
                <w:sz w:val="16"/>
              </w:rPr>
              <w:t>Modified Mercalli (local data)</w:t>
            </w:r>
          </w:p>
        </w:tc>
        <w:tc>
          <w:tcPr>
            <w:tcW w:type="dxa" w:w="1768"/>
          </w:tcPr>
          <w:p>
            <w:pPr>
              <w:spacing w:after="0"/>
              <w:jc w:val="right"/>
            </w:pPr>
            <w:r>
              <w:rPr>
                <w:sz w:val="16"/>
              </w:rPr>
              <w:t>0</w:t>
            </w:r>
          </w:p>
        </w:tc>
        <w:tc>
          <w:tcPr>
            <w:tcW w:type="dxa" w:w="1942"/>
          </w:tcPr>
          <w:p>
            <w:pPr>
              <w:spacing w:after="0"/>
              <w:jc w:val="left"/>
            </w:pPr>
          </w:p>
        </w:tc>
        <w:tc>
          <w:tcPr>
            <w:tcW w:type="dxa" w:w="1614"/>
          </w:tcPr>
          <w:p>
            <w:pPr>
              <w:spacing w:after="0"/>
              <w:jc w:val="left"/>
            </w:pPr>
          </w:p>
        </w:tc>
        <w:tc>
          <w:tcPr>
            <w:tcW w:type="dxa" w:w="1585"/>
          </w:tcPr>
          <w:p>
            <w:pPr>
              <w:spacing w:after="0"/>
              <w:jc w:val="left"/>
            </w:pPr>
          </w:p>
        </w:tc>
        <w:tc>
          <w:tcPr>
            <w:tcW w:type="dxa" w:w="1607"/>
          </w:tcPr>
          <w:p>
            <w:pPr>
              <w:spacing w:after="0"/>
              <w:jc w:val="left"/>
            </w:pPr>
          </w:p>
        </w:tc>
        <w:tc>
          <w:tcPr>
            <w:tcW w:type="dxa" w:w="1902"/>
          </w:tcPr>
          <w:p>
            <w:pPr>
              <w:spacing w:after="0"/>
              <w:jc w:val="left"/>
            </w:pPr>
            <w:r>
              <w:rPr>
                <w:sz w:val="16"/>
              </w:rPr>
              <w:t>Storm Events does not record earthquakes; the USGS earthquake catalog is the source.</w:t>
            </w:r>
          </w:p>
        </w:tc>
      </w:tr>
      <w:tr>
        <w:trPr>
          <w:cantSplit/>
        </w:trPr>
        <w:tc>
          <w:tcPr>
            <w:tcW w:type="dxa" w:w="1835"/>
          </w:tcPr>
          <w:p>
            <w:pPr>
              <w:spacing w:after="0"/>
              <w:jc w:val="left"/>
            </w:pPr>
            <w:r>
              <w:rPr>
                <w:sz w:val="16"/>
              </w:rPr>
              <w:t>Hail</w:t>
            </w:r>
          </w:p>
        </w:tc>
        <w:tc>
          <w:tcPr>
            <w:tcW w:type="dxa" w:w="1859"/>
          </w:tcPr>
          <w:p>
            <w:pPr>
              <w:spacing w:after="0"/>
              <w:jc w:val="left"/>
            </w:pPr>
            <w:r>
              <w:rPr>
                <w:sz w:val="16"/>
              </w:rPr>
              <w:t>hail size (inches)</w:t>
            </w:r>
          </w:p>
        </w:tc>
        <w:tc>
          <w:tcPr>
            <w:tcW w:type="dxa" w:w="1768"/>
          </w:tcPr>
          <w:p>
            <w:pPr>
              <w:spacing w:after="0"/>
              <w:jc w:val="right"/>
            </w:pPr>
            <w:r>
              <w:rPr>
                <w:sz w:val="16"/>
              </w:rPr>
              <w:t>14 records, 1997 to 2020</w:t>
            </w:r>
          </w:p>
        </w:tc>
        <w:tc>
          <w:tcPr>
            <w:tcW w:type="dxa" w:w="1942"/>
          </w:tcPr>
          <w:p>
            <w:pPr>
              <w:spacing w:after="0"/>
              <w:jc w:val="left"/>
            </w:pPr>
            <w:r>
              <w:rPr>
                <w:sz w:val="16"/>
              </w:rPr>
              <w:t>0.75 in to 2 in (median 1 in); 14 with a recorded value</w:t>
            </w:r>
          </w:p>
        </w:tc>
        <w:tc>
          <w:tcPr>
            <w:tcW w:type="dxa" w:w="1614"/>
          </w:tcPr>
          <w:p>
            <w:pPr>
              <w:spacing w:after="0"/>
              <w:jc w:val="left"/>
            </w:pPr>
            <w:r>
              <w:rPr>
                <w:sz w:val="16"/>
              </w:rPr>
              <w:t>2 in hail, 1998-06-14</w:t>
            </w:r>
          </w:p>
        </w:tc>
        <w:tc>
          <w:tcPr>
            <w:tcW w:type="dxa" w:w="1585"/>
          </w:tcPr>
          <w:p>
            <w:pPr>
              <w:spacing w:after="0"/>
              <w:jc w:val="left"/>
            </w:pPr>
          </w:p>
        </w:tc>
        <w:tc>
          <w:tcPr>
            <w:tcW w:type="dxa" w:w="1607"/>
          </w:tcPr>
          <w:p>
            <w:pPr>
              <w:spacing w:after="0"/>
              <w:jc w:val="left"/>
            </w:pPr>
            <w:r>
              <w:rPr>
                <w:sz w:val="16"/>
              </w:rPr>
              <w:t>Event records naming jurisdictions in the plan: Elizabethtown village (8 records), Rosiclare city (3 records), Cave-In-Rock village (2 records).</w:t>
            </w:r>
          </w:p>
        </w:tc>
        <w:tc>
          <w:tcPr>
            <w:tcW w:type="dxa" w:w="1902"/>
          </w:tcPr>
          <w:p>
            <w:pPr>
              <w:spacing w:after="0"/>
              <w:jc w:val="left"/>
            </w:pPr>
          </w:p>
        </w:tc>
      </w:tr>
      <w:tr>
        <w:trPr>
          <w:cantSplit/>
        </w:trPr>
        <w:tc>
          <w:tcPr>
            <w:tcW w:type="dxa" w:w="1835"/>
          </w:tcPr>
          <w:p>
            <w:pPr>
              <w:spacing w:after="0"/>
              <w:jc w:val="left"/>
            </w:pPr>
            <w:r>
              <w:rPr>
                <w:sz w:val="16"/>
              </w:rPr>
              <w:t>Excessive Heat, Heat</w:t>
            </w:r>
          </w:p>
        </w:tc>
        <w:tc>
          <w:tcPr>
            <w:tcW w:type="dxa" w:w="1859"/>
          </w:tcPr>
          <w:p>
            <w:pPr>
              <w:spacing w:after="0"/>
              <w:jc w:val="left"/>
            </w:pPr>
            <w:r>
              <w:rPr>
                <w:sz w:val="16"/>
              </w:rPr>
              <w:t>heat index (in event narratives)</w:t>
            </w:r>
          </w:p>
        </w:tc>
        <w:tc>
          <w:tcPr>
            <w:tcW w:type="dxa" w:w="1768"/>
          </w:tcPr>
          <w:p>
            <w:pPr>
              <w:spacing w:after="0"/>
              <w:jc w:val="right"/>
            </w:pPr>
            <w:r>
              <w:rPr>
                <w:sz w:val="16"/>
              </w:rPr>
              <w:t>82 records, 1997 to 2025 (82 zone-level)</w:t>
            </w:r>
          </w:p>
        </w:tc>
        <w:tc>
          <w:tcPr>
            <w:tcW w:type="dxa" w:w="1942"/>
          </w:tcPr>
          <w:p>
            <w:pPr>
              <w:spacing w:after="0"/>
              <w:jc w:val="left"/>
            </w:pPr>
            <w:r>
              <w:rPr>
                <w:sz w:val="16"/>
              </w:rPr>
              <w:t>1 day to 14 days (median 2 days); 70 with a recorded value</w:t>
            </w:r>
          </w:p>
        </w:tc>
        <w:tc>
          <w:tcPr>
            <w:tcW w:type="dxa" w:w="1614"/>
          </w:tcPr>
          <w:p>
            <w:pPr>
              <w:spacing w:after="0"/>
              <w:jc w:val="left"/>
            </w:pPr>
            <w:r>
              <w:rPr>
                <w:sz w:val="16"/>
              </w:rPr>
              <w:t>14 consecutive days, 1999-07-18 to 1999-07-31, zone-level</w:t>
            </w:r>
          </w:p>
        </w:tc>
        <w:tc>
          <w:tcPr>
            <w:tcW w:type="dxa" w:w="1585"/>
          </w:tcPr>
          <w:p>
            <w:pPr>
              <w:spacing w:after="0"/>
              <w:jc w:val="left"/>
            </w:pPr>
          </w:p>
        </w:tc>
        <w:tc>
          <w:tcPr>
            <w:tcW w:type="dxa" w:w="1607"/>
          </w:tcPr>
          <w:p>
            <w:pPr>
              <w:spacing w:after="0"/>
              <w:jc w:val="left"/>
            </w:pPr>
            <w:r>
              <w:rPr>
                <w:sz w:val="16"/>
              </w:rPr>
              <w:t>Countywide (zone-level records).</w:t>
            </w:r>
          </w:p>
        </w:tc>
        <w:tc>
          <w:tcPr>
            <w:tcW w:type="dxa" w:w="1902"/>
          </w:tcPr>
          <w:p>
            <w:pPr>
              <w:spacing w:after="0"/>
              <w:jc w:val="left"/>
            </w:pPr>
            <w:r>
              <w:rPr>
                <w:sz w:val="16"/>
              </w:rPr>
              <w:t>Heat records from November to March (unseasonable warmth, not a heat wave) are counted but not used for the longest run.</w:t>
            </w:r>
          </w:p>
        </w:tc>
      </w:tr>
      <w:tr>
        <w:trPr>
          <w:cantSplit/>
        </w:trPr>
        <w:tc>
          <w:tcPr>
            <w:tcW w:type="dxa" w:w="1835"/>
          </w:tcPr>
          <w:p>
            <w:pPr>
              <w:spacing w:after="0"/>
              <w:jc w:val="left"/>
            </w:pPr>
            <w:r>
              <w:rPr>
                <w:sz w:val="16"/>
              </w:rPr>
              <w:t>Hurricane, Tropical Storm, Tropical Depression</w:t>
            </w:r>
          </w:p>
        </w:tc>
        <w:tc>
          <w:tcPr>
            <w:tcW w:type="dxa" w:w="1859"/>
          </w:tcPr>
          <w:p>
            <w:pPr>
              <w:spacing w:after="0"/>
              <w:jc w:val="left"/>
            </w:pPr>
            <w:r>
              <w:rPr>
                <w:sz w:val="16"/>
              </w:rPr>
              <w:t>Saffir-Simpson</w:t>
            </w:r>
          </w:p>
        </w:tc>
        <w:tc>
          <w:tcPr>
            <w:tcW w:type="dxa" w:w="1768"/>
          </w:tcPr>
          <w:p>
            <w:pPr>
              <w:spacing w:after="0"/>
              <w:jc w:val="right"/>
            </w:pPr>
            <w:r>
              <w:rPr>
                <w:sz w:val="16"/>
              </w:rPr>
              <w:t>0</w:t>
            </w:r>
          </w:p>
        </w:tc>
        <w:tc>
          <w:tcPr>
            <w:tcW w:type="dxa" w:w="1942"/>
          </w:tcPr>
          <w:p>
            <w:pPr>
              <w:spacing w:after="0"/>
              <w:jc w:val="left"/>
            </w:pPr>
          </w:p>
        </w:tc>
        <w:tc>
          <w:tcPr>
            <w:tcW w:type="dxa" w:w="1614"/>
          </w:tcPr>
          <w:p>
            <w:pPr>
              <w:spacing w:after="0"/>
              <w:jc w:val="left"/>
            </w:pPr>
          </w:p>
        </w:tc>
        <w:tc>
          <w:tcPr>
            <w:tcW w:type="dxa" w:w="1585"/>
          </w:tcPr>
          <w:p>
            <w:pPr>
              <w:spacing w:after="0"/>
              <w:jc w:val="left"/>
            </w:pPr>
          </w:p>
        </w:tc>
        <w:tc>
          <w:tcPr>
            <w:tcW w:type="dxa" w:w="1607"/>
          </w:tcPr>
          <w:p>
            <w:pPr>
              <w:spacing w:after="0"/>
              <w:jc w:val="left"/>
            </w:pPr>
          </w:p>
        </w:tc>
        <w:tc>
          <w:tcPr>
            <w:tcW w:type="dxa" w:w="19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5"/>
          </w:tcPr>
          <w:p>
            <w:pPr>
              <w:spacing w:after="0"/>
              <w:jc w:val="left"/>
            </w:pPr>
            <w:r>
              <w:rPr>
                <w:sz w:val="16"/>
              </w:rPr>
              <w:t>Ice Storm</w:t>
            </w:r>
          </w:p>
        </w:tc>
        <w:tc>
          <w:tcPr>
            <w:tcW w:type="dxa" w:w="1859"/>
          </w:tcPr>
          <w:p>
            <w:pPr>
              <w:spacing w:after="0"/>
              <w:jc w:val="left"/>
            </w:pPr>
            <w:r>
              <w:rPr>
                <w:sz w:val="16"/>
              </w:rPr>
              <w:t>Sperry-Piltz ice scale (local data)</w:t>
            </w:r>
          </w:p>
        </w:tc>
        <w:tc>
          <w:tcPr>
            <w:tcW w:type="dxa" w:w="1768"/>
          </w:tcPr>
          <w:p>
            <w:pPr>
              <w:spacing w:after="0"/>
              <w:jc w:val="right"/>
            </w:pPr>
            <w:r>
              <w:rPr>
                <w:sz w:val="16"/>
              </w:rPr>
              <w:t>5 records, 1997 to 2025 (5 zone-level)</w:t>
            </w:r>
          </w:p>
        </w:tc>
        <w:tc>
          <w:tcPr>
            <w:tcW w:type="dxa" w:w="1942"/>
          </w:tcPr>
          <w:p>
            <w:pPr>
              <w:spacing w:after="0"/>
              <w:jc w:val="left"/>
            </w:pPr>
          </w:p>
        </w:tc>
        <w:tc>
          <w:tcPr>
            <w:tcW w:type="dxa" w:w="1614"/>
          </w:tcPr>
          <w:p>
            <w:pPr>
              <w:spacing w:after="0"/>
              <w:jc w:val="left"/>
            </w:pPr>
            <w:r>
              <w:rPr>
                <w:sz w:val="16"/>
              </w:rPr>
              <w:t>Ice Storm, 2025-01-05, $25,000 property; $0 crops (2025 dollars); NWS zone ILZ091</w:t>
            </w:r>
          </w:p>
        </w:tc>
        <w:tc>
          <w:tcPr>
            <w:tcW w:type="dxa" w:w="1585"/>
          </w:tcPr>
          <w:p>
            <w:pPr>
              <w:spacing w:after="0"/>
              <w:jc w:val="left"/>
            </w:pPr>
          </w:p>
        </w:tc>
        <w:tc>
          <w:tcPr>
            <w:tcW w:type="dxa" w:w="1607"/>
          </w:tcPr>
          <w:p>
            <w:pPr>
              <w:spacing w:after="0"/>
              <w:jc w:val="left"/>
            </w:pPr>
            <w:r>
              <w:rPr>
                <w:sz w:val="16"/>
              </w:rPr>
              <w:t>Countywide (zone-level records).</w:t>
            </w:r>
          </w:p>
        </w:tc>
        <w:tc>
          <w:tcPr>
            <w:tcW w:type="dxa" w:w="1902"/>
          </w:tcPr>
          <w:p>
            <w:pPr>
              <w:spacing w:after="0"/>
              <w:jc w:val="left"/>
            </w:pPr>
          </w:p>
        </w:tc>
      </w:tr>
      <w:tr>
        <w:trPr>
          <w:cantSplit/>
        </w:trPr>
        <w:tc>
          <w:tcPr>
            <w:tcW w:type="dxa" w:w="1835"/>
          </w:tcPr>
          <w:p>
            <w:pPr>
              <w:spacing w:after="0"/>
              <w:jc w:val="left"/>
            </w:pPr>
            <w:r>
              <w:rPr>
                <w:sz w:val="16"/>
              </w:rPr>
              <w:t>Flash Flood, Flood, Lakeshore Flood</w:t>
            </w:r>
          </w:p>
        </w:tc>
        <w:tc>
          <w:tcPr>
            <w:tcW w:type="dxa" w:w="1859"/>
          </w:tcPr>
          <w:p>
            <w:pPr>
              <w:spacing w:after="0"/>
              <w:jc w:val="left"/>
            </w:pPr>
            <w:r>
              <w:rPr>
                <w:sz w:val="16"/>
              </w:rPr>
              <w:t>damage and flood days (flood depth: FIRM)</w:t>
            </w:r>
          </w:p>
        </w:tc>
        <w:tc>
          <w:tcPr>
            <w:tcW w:type="dxa" w:w="1768"/>
          </w:tcPr>
          <w:p>
            <w:pPr>
              <w:spacing w:after="0"/>
              <w:jc w:val="right"/>
            </w:pPr>
            <w:r>
              <w:rPr>
                <w:sz w:val="16"/>
              </w:rPr>
              <w:t>58 records, 1996 to 2024 (25 zone-level)</w:t>
            </w:r>
          </w:p>
        </w:tc>
        <w:tc>
          <w:tcPr>
            <w:tcW w:type="dxa" w:w="1942"/>
          </w:tcPr>
          <w:p>
            <w:pPr>
              <w:spacing w:after="0"/>
              <w:jc w:val="left"/>
            </w:pPr>
          </w:p>
        </w:tc>
        <w:tc>
          <w:tcPr>
            <w:tcW w:type="dxa" w:w="1614"/>
          </w:tcPr>
          <w:p>
            <w:pPr>
              <w:spacing w:after="0"/>
              <w:jc w:val="left"/>
            </w:pPr>
            <w:r>
              <w:rPr>
                <w:sz w:val="16"/>
              </w:rPr>
              <w:t>Flood, 2011-05-01, $150,000 property; $0 crops (2011 dollars)</w:t>
            </w:r>
          </w:p>
        </w:tc>
        <w:tc>
          <w:tcPr>
            <w:tcW w:type="dxa" w:w="1585"/>
          </w:tcPr>
          <w:p>
            <w:pPr>
              <w:spacing w:after="0"/>
              <w:jc w:val="left"/>
            </w:pPr>
          </w:p>
        </w:tc>
        <w:tc>
          <w:tcPr>
            <w:tcW w:type="dxa" w:w="1607"/>
          </w:tcPr>
          <w:p>
            <w:pPr>
              <w:spacing w:after="0"/>
              <w:jc w:val="left"/>
            </w:pPr>
            <w:r>
              <w:rPr>
                <w:sz w:val="16"/>
              </w:rPr>
              <w:t>Event records naming jurisdictions in the plan: Elizabethtown village (13 records), Cave-In-Rock village (11 records), Rosiclare city (11 records). Zone-level records (25) apply countywide.</w:t>
            </w:r>
          </w:p>
        </w:tc>
        <w:tc>
          <w:tcPr>
            <w:tcW w:type="dxa" w:w="19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5"/>
          </w:tcPr>
          <w:p>
            <w:pPr>
              <w:spacing w:after="0"/>
              <w:jc w:val="left"/>
            </w:pPr>
            <w:r>
              <w:rPr>
                <w:sz w:val="16"/>
              </w:rPr>
              <w:t>Debris Flow</w:t>
            </w:r>
          </w:p>
        </w:tc>
        <w:tc>
          <w:tcPr>
            <w:tcW w:type="dxa" w:w="1859"/>
          </w:tcPr>
          <w:p>
            <w:pPr>
              <w:spacing w:after="0"/>
              <w:jc w:val="left"/>
            </w:pPr>
            <w:r>
              <w:rPr>
                <w:sz w:val="16"/>
              </w:rPr>
              <w:t>none (count and damage only)</w:t>
            </w:r>
          </w:p>
        </w:tc>
        <w:tc>
          <w:tcPr>
            <w:tcW w:type="dxa" w:w="1768"/>
          </w:tcPr>
          <w:p>
            <w:pPr>
              <w:spacing w:after="0"/>
              <w:jc w:val="right"/>
            </w:pPr>
            <w:r>
              <w:rPr>
                <w:sz w:val="16"/>
              </w:rPr>
              <w:t>0</w:t>
            </w:r>
          </w:p>
        </w:tc>
        <w:tc>
          <w:tcPr>
            <w:tcW w:type="dxa" w:w="1942"/>
          </w:tcPr>
          <w:p>
            <w:pPr>
              <w:spacing w:after="0"/>
              <w:jc w:val="left"/>
            </w:pPr>
          </w:p>
        </w:tc>
        <w:tc>
          <w:tcPr>
            <w:tcW w:type="dxa" w:w="1614"/>
          </w:tcPr>
          <w:p>
            <w:pPr>
              <w:spacing w:after="0"/>
              <w:jc w:val="left"/>
            </w:pPr>
          </w:p>
        </w:tc>
        <w:tc>
          <w:tcPr>
            <w:tcW w:type="dxa" w:w="1585"/>
          </w:tcPr>
          <w:p>
            <w:pPr>
              <w:spacing w:after="0"/>
              <w:jc w:val="left"/>
            </w:pPr>
          </w:p>
        </w:tc>
        <w:tc>
          <w:tcPr>
            <w:tcW w:type="dxa" w:w="1607"/>
          </w:tcPr>
          <w:p>
            <w:pPr>
              <w:spacing w:after="0"/>
              <w:jc w:val="left"/>
            </w:pPr>
          </w:p>
        </w:tc>
        <w:tc>
          <w:tcPr>
            <w:tcW w:type="dxa" w:w="1902"/>
          </w:tcPr>
          <w:p>
            <w:pPr>
              <w:spacing w:after="0"/>
              <w:jc w:val="left"/>
            </w:pPr>
          </w:p>
        </w:tc>
      </w:tr>
      <w:tr>
        <w:trPr>
          <w:cantSplit/>
        </w:trPr>
        <w:tc>
          <w:tcPr>
            <w:tcW w:type="dxa" w:w="1835"/>
          </w:tcPr>
          <w:p>
            <w:pPr>
              <w:spacing w:after="0"/>
              <w:jc w:val="left"/>
            </w:pPr>
            <w:r>
              <w:rPr>
                <w:sz w:val="16"/>
              </w:rPr>
              <w:t>Lightning</w:t>
            </w:r>
          </w:p>
        </w:tc>
        <w:tc>
          <w:tcPr>
            <w:tcW w:type="dxa" w:w="1859"/>
          </w:tcPr>
          <w:p>
            <w:pPr>
              <w:spacing w:after="0"/>
              <w:jc w:val="left"/>
            </w:pPr>
            <w:r>
              <w:rPr>
                <w:sz w:val="16"/>
              </w:rPr>
              <w:t>annualized frequency (the measure FEMA's Local Mitigation Planning Handbook names)</w:t>
            </w:r>
          </w:p>
        </w:tc>
        <w:tc>
          <w:tcPr>
            <w:tcW w:type="dxa" w:w="1768"/>
          </w:tcPr>
          <w:p>
            <w:pPr>
              <w:spacing w:after="0"/>
              <w:jc w:val="right"/>
            </w:pPr>
            <w:r>
              <w:rPr>
                <w:sz w:val="16"/>
              </w:rPr>
              <w:t>1 record, 2019</w:t>
            </w:r>
          </w:p>
        </w:tc>
        <w:tc>
          <w:tcPr>
            <w:tcW w:type="dxa" w:w="1942"/>
          </w:tcPr>
          <w:p>
            <w:pPr>
              <w:spacing w:after="0"/>
              <w:jc w:val="left"/>
            </w:pPr>
          </w:p>
        </w:tc>
        <w:tc>
          <w:tcPr>
            <w:tcW w:type="dxa" w:w="1614"/>
          </w:tcPr>
          <w:p>
            <w:pPr>
              <w:spacing w:after="0"/>
              <w:jc w:val="left"/>
            </w:pPr>
            <w:r>
              <w:rPr>
                <w:sz w:val="16"/>
              </w:rPr>
              <w:t>Lightning, 2019-06-21, $0 property; $0 crops (2019 dollars), 1 direct injury</w:t>
            </w:r>
          </w:p>
        </w:tc>
        <w:tc>
          <w:tcPr>
            <w:tcW w:type="dxa" w:w="1585"/>
          </w:tcPr>
          <w:p>
            <w:pPr>
              <w:spacing w:after="0"/>
              <w:jc w:val="left"/>
            </w:pPr>
          </w:p>
        </w:tc>
        <w:tc>
          <w:tcPr>
            <w:tcW w:type="dxa" w:w="1607"/>
          </w:tcPr>
          <w:p>
            <w:pPr>
              <w:spacing w:after="0"/>
              <w:jc w:val="left"/>
            </w:pPr>
            <w:r>
              <w:rPr>
                <w:sz w:val="16"/>
              </w:rPr>
              <w:t>Event records naming jurisdictions in the plan: Rosiclare city (1 record).</w:t>
            </w:r>
          </w:p>
        </w:tc>
        <w:tc>
          <w:tcPr>
            <w:tcW w:type="dxa" w:w="1902"/>
          </w:tcPr>
          <w:p>
            <w:pPr>
              <w:spacing w:after="0"/>
              <w:jc w:val="left"/>
            </w:pPr>
            <w:r>
              <w:rPr>
                <w:sz w:val="16"/>
              </w:rPr>
              <w:t>Storm Events lists lightning with damage or casualties.</w:t>
            </w:r>
          </w:p>
        </w:tc>
      </w:tr>
      <w:tr>
        <w:trPr>
          <w:cantSplit/>
        </w:trPr>
        <w:tc>
          <w:tcPr>
            <w:tcW w:type="dxa" w:w="1835"/>
          </w:tcPr>
          <w:p>
            <w:pPr>
              <w:spacing w:after="0"/>
              <w:jc w:val="left"/>
            </w:pPr>
            <w:r>
              <w:rPr>
                <w:sz w:val="16"/>
              </w:rPr>
              <w:t>High Wind and Strong Wind (outside NRI's Strong Wind definition)</w:t>
            </w:r>
          </w:p>
        </w:tc>
        <w:tc>
          <w:tcPr>
            <w:tcW w:type="dxa" w:w="1859"/>
          </w:tcPr>
          <w:p>
            <w:pPr>
              <w:spacing w:after="0"/>
              <w:jc w:val="left"/>
            </w:pPr>
            <w:r>
              <w:rPr>
                <w:sz w:val="16"/>
              </w:rPr>
              <w:t>wind speed (kt and mph)</w:t>
            </w:r>
          </w:p>
        </w:tc>
        <w:tc>
          <w:tcPr>
            <w:tcW w:type="dxa" w:w="1768"/>
          </w:tcPr>
          <w:p>
            <w:pPr>
              <w:spacing w:after="0"/>
              <w:jc w:val="right"/>
            </w:pPr>
            <w:r>
              <w:rPr>
                <w:sz w:val="16"/>
              </w:rPr>
              <w:t>63 records, 1997 to 2025 (63 zone-level)</w:t>
            </w:r>
          </w:p>
        </w:tc>
        <w:tc>
          <w:tcPr>
            <w:tcW w:type="dxa" w:w="1942"/>
          </w:tcPr>
          <w:p>
            <w:pPr>
              <w:spacing w:after="0"/>
              <w:jc w:val="left"/>
            </w:pPr>
            <w:r>
              <w:rPr>
                <w:sz w:val="16"/>
              </w:rPr>
              <w:t>26 kt (30 mph) to 56 kt (64 mph) (median 39 kt (45 mph)); 59 with a recorded value</w:t>
            </w:r>
          </w:p>
        </w:tc>
        <w:tc>
          <w:tcPr>
            <w:tcW w:type="dxa" w:w="1614"/>
          </w:tcPr>
          <w:p>
            <w:pPr>
              <w:spacing w:after="0"/>
              <w:jc w:val="left"/>
            </w:pPr>
            <w:r>
              <w:rPr>
                <w:sz w:val="16"/>
              </w:rPr>
              <w:t>56 kt (64 mph) estimated gust, High Wind, 2008-09-14; NWS zone ILZ091</w:t>
            </w:r>
          </w:p>
        </w:tc>
        <w:tc>
          <w:tcPr>
            <w:tcW w:type="dxa" w:w="1585"/>
          </w:tcPr>
          <w:p>
            <w:pPr>
              <w:spacing w:after="0"/>
              <w:jc w:val="left"/>
            </w:pPr>
          </w:p>
        </w:tc>
        <w:tc>
          <w:tcPr>
            <w:tcW w:type="dxa" w:w="1607"/>
          </w:tcPr>
          <w:p>
            <w:pPr>
              <w:spacing w:after="0"/>
              <w:jc w:val="left"/>
            </w:pPr>
            <w:r>
              <w:rPr>
                <w:sz w:val="16"/>
              </w:rPr>
              <w:t>Countywide (zone-level records).</w:t>
            </w:r>
          </w:p>
        </w:tc>
        <w:tc>
          <w:tcPr>
            <w:tcW w:type="dxa" w:w="1902"/>
          </w:tcPr>
          <w:p>
            <w:pPr>
              <w:spacing w:after="0"/>
              <w:jc w:val="left"/>
            </w:pPr>
          </w:p>
        </w:tc>
      </w:tr>
      <w:tr>
        <w:trPr>
          <w:cantSplit/>
        </w:trPr>
        <w:tc>
          <w:tcPr>
            <w:tcW w:type="dxa" w:w="1835"/>
          </w:tcPr>
          <w:p>
            <w:pPr>
              <w:spacing w:after="0"/>
              <w:jc w:val="left"/>
            </w:pPr>
            <w:r>
              <w:rPr>
                <w:sz w:val="16"/>
              </w:rPr>
              <w:t>Thunderstorm Wind</w:t>
            </w:r>
          </w:p>
        </w:tc>
        <w:tc>
          <w:tcPr>
            <w:tcW w:type="dxa" w:w="1859"/>
          </w:tcPr>
          <w:p>
            <w:pPr>
              <w:spacing w:after="0"/>
              <w:jc w:val="left"/>
            </w:pPr>
            <w:r>
              <w:rPr>
                <w:sz w:val="16"/>
              </w:rPr>
              <w:t>wind speed (kt and mph)</w:t>
            </w:r>
          </w:p>
        </w:tc>
        <w:tc>
          <w:tcPr>
            <w:tcW w:type="dxa" w:w="1768"/>
          </w:tcPr>
          <w:p>
            <w:pPr>
              <w:spacing w:after="0"/>
              <w:jc w:val="right"/>
            </w:pPr>
            <w:r>
              <w:rPr>
                <w:sz w:val="16"/>
              </w:rPr>
              <w:t>31 records, 1975 to 2025</w:t>
            </w:r>
          </w:p>
        </w:tc>
        <w:tc>
          <w:tcPr>
            <w:tcW w:type="dxa" w:w="1942"/>
          </w:tcPr>
          <w:p>
            <w:pPr>
              <w:spacing w:after="0"/>
              <w:jc w:val="left"/>
            </w:pPr>
            <w:r>
              <w:rPr>
                <w:sz w:val="16"/>
              </w:rPr>
              <w:t>50 kt (58 mph) to 70 kt (81 mph) (median 52 kt (60 mph)); 24 with a recorded value</w:t>
            </w:r>
          </w:p>
        </w:tc>
        <w:tc>
          <w:tcPr>
            <w:tcW w:type="dxa" w:w="1614"/>
          </w:tcPr>
          <w:p>
            <w:pPr>
              <w:spacing w:after="0"/>
              <w:jc w:val="left"/>
            </w:pPr>
            <w:r>
              <w:rPr>
                <w:sz w:val="16"/>
              </w:rPr>
              <w:t>70 kt (81 mph) estimated gust, Thunderstorm Wind, 2008-05-31</w:t>
            </w:r>
          </w:p>
        </w:tc>
        <w:tc>
          <w:tcPr>
            <w:tcW w:type="dxa" w:w="1585"/>
          </w:tcPr>
          <w:p>
            <w:pPr>
              <w:spacing w:after="0"/>
              <w:jc w:val="left"/>
            </w:pPr>
            <w:r>
              <w:rPr>
                <w:sz w:val="16"/>
              </w:rPr>
              <w:t>Thunderstorm Wind, 2004-05-26, $80,000 property; crops not reported (2004 dollars)</w:t>
            </w:r>
          </w:p>
        </w:tc>
        <w:tc>
          <w:tcPr>
            <w:tcW w:type="dxa" w:w="1607"/>
          </w:tcPr>
          <w:p>
            <w:pPr>
              <w:spacing w:after="0"/>
              <w:jc w:val="left"/>
            </w:pPr>
            <w:r>
              <w:rPr>
                <w:sz w:val="16"/>
              </w:rPr>
              <w:t>Event records naming jurisdictions in the plan: Elizabethtown village (7 records), Cave-In-Rock village (6 records), Rosiclare city (3 records).</w:t>
            </w:r>
          </w:p>
        </w:tc>
        <w:tc>
          <w:tcPr>
            <w:tcW w:type="dxa" w:w="1902"/>
          </w:tcPr>
          <w:p>
            <w:pPr>
              <w:spacing w:after="0"/>
              <w:jc w:val="left"/>
            </w:pPr>
          </w:p>
        </w:tc>
      </w:tr>
      <w:tr>
        <w:trPr>
          <w:cantSplit/>
        </w:trPr>
        <w:tc>
          <w:tcPr>
            <w:tcW w:type="dxa" w:w="1835"/>
          </w:tcPr>
          <w:p>
            <w:pPr>
              <w:spacing w:after="0"/>
              <w:jc w:val="left"/>
            </w:pPr>
            <w:r>
              <w:rPr>
                <w:sz w:val="16"/>
              </w:rPr>
              <w:t>Tornado</w:t>
            </w:r>
          </w:p>
        </w:tc>
        <w:tc>
          <w:tcPr>
            <w:tcW w:type="dxa" w:w="1859"/>
          </w:tcPr>
          <w:p>
            <w:pPr>
              <w:spacing w:after="0"/>
              <w:jc w:val="left"/>
            </w:pPr>
            <w:r>
              <w:rPr>
                <w:sz w:val="16"/>
              </w:rPr>
              <w:t>Enhanced Fujita (Fujita before Feb 2007)</w:t>
            </w:r>
          </w:p>
        </w:tc>
        <w:tc>
          <w:tcPr>
            <w:tcW w:type="dxa" w:w="1768"/>
          </w:tcPr>
          <w:p>
            <w:pPr>
              <w:spacing w:after="0"/>
              <w:jc w:val="right"/>
            </w:pPr>
            <w:r>
              <w:rPr>
                <w:sz w:val="16"/>
              </w:rPr>
              <w:t>4 records, 1959 to 2016</w:t>
            </w:r>
          </w:p>
        </w:tc>
        <w:tc>
          <w:tcPr>
            <w:tcW w:type="dxa" w:w="1942"/>
          </w:tcPr>
          <w:p>
            <w:pPr>
              <w:spacing w:after="0"/>
              <w:jc w:val="left"/>
            </w:pPr>
            <w:r>
              <w:rPr>
                <w:sz w:val="16"/>
              </w:rPr>
              <w:t>F/EF0 to F/EF1 (median F/EF0); 3 with a recorded value</w:t>
            </w:r>
          </w:p>
        </w:tc>
        <w:tc>
          <w:tcPr>
            <w:tcW w:type="dxa" w:w="1614"/>
          </w:tcPr>
          <w:p>
            <w:pPr>
              <w:spacing w:after="0"/>
              <w:jc w:val="left"/>
            </w:pPr>
            <w:r>
              <w:rPr>
                <w:sz w:val="16"/>
              </w:rPr>
              <w:t>F1 tornado, 1990-09-07, 3 mi path length (whole path, pre-1996), 50 yd wide, $25,000 property; crops not recorded (1990 dollars)</w:t>
            </w:r>
          </w:p>
        </w:tc>
        <w:tc>
          <w:tcPr>
            <w:tcW w:type="dxa" w:w="1585"/>
          </w:tcPr>
          <w:p>
            <w:pPr>
              <w:spacing w:after="0"/>
              <w:jc w:val="left"/>
            </w:pPr>
          </w:p>
        </w:tc>
        <w:tc>
          <w:tcPr>
            <w:tcW w:type="dxa" w:w="1607"/>
          </w:tcPr>
          <w:p>
            <w:pPr>
              <w:spacing w:after="0"/>
              <w:jc w:val="left"/>
            </w:pPr>
            <w:r>
              <w:rPr>
                <w:sz w:val="16"/>
              </w:rPr>
              <w:t>Event records naming jurisdictions in the plan: Cave-In-Rock village (1 record).</w:t>
            </w:r>
          </w:p>
        </w:tc>
        <w:tc>
          <w:tcPr>
            <w:tcW w:type="dxa" w:w="19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5"/>
          </w:tcPr>
          <w:p>
            <w:pPr>
              <w:spacing w:after="0"/>
              <w:jc w:val="left"/>
            </w:pPr>
            <w:r>
              <w:rPr>
                <w:sz w:val="16"/>
              </w:rPr>
              <w:t>Wildfire</w:t>
            </w:r>
          </w:p>
        </w:tc>
        <w:tc>
          <w:tcPr>
            <w:tcW w:type="dxa" w:w="1859"/>
          </w:tcPr>
          <w:p>
            <w:pPr>
              <w:spacing w:after="0"/>
              <w:jc w:val="left"/>
            </w:pPr>
            <w:r>
              <w:rPr>
                <w:sz w:val="16"/>
              </w:rPr>
              <w:t>acres burned (local data)</w:t>
            </w:r>
          </w:p>
        </w:tc>
        <w:tc>
          <w:tcPr>
            <w:tcW w:type="dxa" w:w="1768"/>
          </w:tcPr>
          <w:p>
            <w:pPr>
              <w:spacing w:after="0"/>
              <w:jc w:val="right"/>
            </w:pPr>
            <w:r>
              <w:rPr>
                <w:sz w:val="16"/>
              </w:rPr>
              <w:t>1 record, 1996</w:t>
            </w:r>
          </w:p>
        </w:tc>
        <w:tc>
          <w:tcPr>
            <w:tcW w:type="dxa" w:w="1942"/>
          </w:tcPr>
          <w:p>
            <w:pPr>
              <w:spacing w:after="0"/>
              <w:jc w:val="left"/>
            </w:pPr>
          </w:p>
        </w:tc>
        <w:tc>
          <w:tcPr>
            <w:tcW w:type="dxa" w:w="1614"/>
          </w:tcPr>
          <w:p>
            <w:pPr>
              <w:spacing w:after="0"/>
              <w:jc w:val="left"/>
            </w:pPr>
            <w:r>
              <w:rPr>
                <w:sz w:val="16"/>
              </w:rPr>
              <w:t>No damage reported in 1 record.</w:t>
            </w:r>
          </w:p>
        </w:tc>
        <w:tc>
          <w:tcPr>
            <w:tcW w:type="dxa" w:w="1585"/>
          </w:tcPr>
          <w:p>
            <w:pPr>
              <w:spacing w:after="0"/>
              <w:jc w:val="left"/>
            </w:pPr>
          </w:p>
        </w:tc>
        <w:tc>
          <w:tcPr>
            <w:tcW w:type="dxa" w:w="1607"/>
          </w:tcPr>
          <w:p>
            <w:pPr>
              <w:spacing w:after="0"/>
              <w:jc w:val="left"/>
            </w:pPr>
            <w:r>
              <w:rPr>
                <w:sz w:val="16"/>
              </w:rPr>
              <w:t>Event records naming jurisdictions in the plan: Elizabethtown village (1 record).</w:t>
            </w:r>
          </w:p>
        </w:tc>
        <w:tc>
          <w:tcPr>
            <w:tcW w:type="dxa" w:w="1902"/>
          </w:tcPr>
          <w:p>
            <w:pPr>
              <w:spacing w:after="0"/>
              <w:jc w:val="left"/>
            </w:pPr>
          </w:p>
        </w:tc>
      </w:tr>
      <w:tr>
        <w:trPr>
          <w:cantSplit/>
        </w:trPr>
        <w:tc>
          <w:tcPr>
            <w:tcW w:type="dxa" w:w="1835"/>
          </w:tcPr>
          <w:p>
            <w:pPr>
              <w:spacing w:after="0"/>
              <w:jc w:val="left"/>
            </w:pPr>
            <w:r>
              <w:rPr>
                <w:sz w:val="16"/>
              </w:rPr>
              <w:t>Winter Storm, Heavy Snow, Blizzard, Lake-Effect Snow, Winter Weather, Sleet</w:t>
            </w:r>
          </w:p>
        </w:tc>
        <w:tc>
          <w:tcPr>
            <w:tcW w:type="dxa" w:w="1859"/>
          </w:tcPr>
          <w:p>
            <w:pPr>
              <w:spacing w:after="0"/>
              <w:jc w:val="left"/>
            </w:pPr>
            <w:r>
              <w:rPr>
                <w:sz w:val="16"/>
              </w:rPr>
              <w:t>none in data (snowfall: local data)</w:t>
            </w:r>
          </w:p>
        </w:tc>
        <w:tc>
          <w:tcPr>
            <w:tcW w:type="dxa" w:w="1768"/>
          </w:tcPr>
          <w:p>
            <w:pPr>
              <w:spacing w:after="0"/>
              <w:jc w:val="right"/>
            </w:pPr>
            <w:r>
              <w:rPr>
                <w:sz w:val="16"/>
              </w:rPr>
              <w:t>100 records, 1996 to 2026 (100 zone-level)</w:t>
            </w:r>
          </w:p>
        </w:tc>
        <w:tc>
          <w:tcPr>
            <w:tcW w:type="dxa" w:w="1942"/>
          </w:tcPr>
          <w:p>
            <w:pPr>
              <w:spacing w:after="0"/>
              <w:jc w:val="left"/>
            </w:pPr>
          </w:p>
        </w:tc>
        <w:tc>
          <w:tcPr>
            <w:tcW w:type="dxa" w:w="1614"/>
          </w:tcPr>
          <w:p>
            <w:pPr>
              <w:spacing w:after="0"/>
              <w:jc w:val="left"/>
            </w:pPr>
            <w:r>
              <w:rPr>
                <w:sz w:val="16"/>
              </w:rPr>
              <w:t>Winter Storm, 2009-01-26, $8,500,000 property; $0 crops (2009 dollars); NWS zone ILZ091</w:t>
            </w:r>
          </w:p>
        </w:tc>
        <w:tc>
          <w:tcPr>
            <w:tcW w:type="dxa" w:w="1585"/>
          </w:tcPr>
          <w:p>
            <w:pPr>
              <w:spacing w:after="0"/>
              <w:jc w:val="left"/>
            </w:pPr>
          </w:p>
        </w:tc>
        <w:tc>
          <w:tcPr>
            <w:tcW w:type="dxa" w:w="1607"/>
          </w:tcPr>
          <w:p>
            <w:pPr>
              <w:spacing w:after="0"/>
              <w:jc w:val="left"/>
            </w:pPr>
            <w:r>
              <w:rPr>
                <w:sz w:val="16"/>
              </w:rPr>
              <w:t>Countywide (zone-level records).</w:t>
            </w:r>
          </w:p>
        </w:tc>
        <w:tc>
          <w:tcPr>
            <w:tcW w:type="dxa" w:w="19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5"/>
        <w:gridCol w:w="2438"/>
        <w:gridCol w:w="2265"/>
        <w:gridCol w:w="4021"/>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5"/>
            <w:shd w:val="clear" w:color="auto" w:fill="E8E8E8"/>
          </w:tcPr>
          <w:p>
            <w:pPr>
              <w:spacing w:after="0"/>
              <w:jc w:val="left"/>
            </w:pPr>
            <w:r>
              <w:rPr>
                <w:b/>
                <w:sz w:val="16"/>
              </w:rPr>
              <w:t>Type</w:t>
            </w:r>
          </w:p>
        </w:tc>
        <w:tc>
          <w:tcPr>
            <w:tcW w:type="dxa" w:w="2438"/>
            <w:shd w:val="clear" w:color="auto" w:fill="E8E8E8"/>
          </w:tcPr>
          <w:p>
            <w:pPr>
              <w:spacing w:after="0"/>
              <w:jc w:val="left"/>
            </w:pPr>
            <w:r>
              <w:rPr>
                <w:b/>
                <w:sz w:val="16"/>
              </w:rPr>
              <w:t>Title</w:t>
            </w:r>
          </w:p>
        </w:tc>
        <w:tc>
          <w:tcPr>
            <w:tcW w:type="dxa" w:w="2265"/>
            <w:shd w:val="clear" w:color="auto" w:fill="E8E8E8"/>
          </w:tcPr>
          <w:p>
            <w:pPr>
              <w:spacing w:after="0"/>
              <w:jc w:val="left"/>
            </w:pPr>
            <w:r>
              <w:rPr>
                <w:b/>
                <w:sz w:val="16"/>
              </w:rPr>
              <w:t>Mapped hazard</w:t>
            </w:r>
          </w:p>
        </w:tc>
        <w:tc>
          <w:tcPr>
            <w:tcW w:type="dxa" w:w="40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85"/>
          </w:tcPr>
          <w:p>
            <w:pPr>
              <w:spacing w:after="0"/>
              <w:jc w:val="left"/>
            </w:pPr>
            <w:r>
              <w:rPr>
                <w:sz w:val="16"/>
              </w:rPr>
              <w:t>Major disaster</w:t>
            </w:r>
          </w:p>
        </w:tc>
        <w:tc>
          <w:tcPr>
            <w:tcW w:type="dxa" w:w="2438"/>
          </w:tcPr>
          <w:p>
            <w:pPr>
              <w:spacing w:after="0"/>
              <w:jc w:val="left"/>
            </w:pPr>
            <w:r>
              <w:rPr>
                <w:sz w:val="16"/>
              </w:rPr>
              <w:t>COVID-19 Pandemic</w:t>
            </w:r>
          </w:p>
        </w:tc>
        <w:tc>
          <w:tcPr>
            <w:tcW w:type="dxa" w:w="2265"/>
          </w:tcPr>
          <w:p>
            <w:pPr>
              <w:spacing w:after="0"/>
              <w:jc w:val="left"/>
            </w:pPr>
            <w:r>
              <w:rPr>
                <w:sz w:val="16"/>
              </w:rPr>
              <w:t>Non-natural, not counted</w:t>
            </w:r>
          </w:p>
        </w:tc>
        <w:tc>
          <w:tcPr>
            <w:tcW w:type="dxa" w:w="4021"/>
          </w:tcPr>
          <w:p>
            <w:pPr>
              <w:spacing w:after="0"/>
              <w:jc w:val="right"/>
            </w:pPr>
            <w:r>
              <w:rPr>
                <w:sz w:val="16"/>
              </w:rPr>
              <w:t>none placed in this county by FEMA's record; $797,909.42 for this declaration is not placed in any county (see the state page)</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85"/>
          </w:tcPr>
          <w:p>
            <w:pPr>
              <w:spacing w:after="0"/>
              <w:jc w:val="left"/>
            </w:pPr>
            <w:r>
              <w:rPr>
                <w:sz w:val="16"/>
              </w:rPr>
              <w:t>Emergency</w:t>
            </w:r>
          </w:p>
        </w:tc>
        <w:tc>
          <w:tcPr>
            <w:tcW w:type="dxa" w:w="2438"/>
          </w:tcPr>
          <w:p>
            <w:pPr>
              <w:spacing w:after="0"/>
              <w:jc w:val="left"/>
            </w:pPr>
            <w:r>
              <w:rPr>
                <w:sz w:val="16"/>
              </w:rPr>
              <w:t>COVID-19</w:t>
            </w:r>
          </w:p>
        </w:tc>
        <w:tc>
          <w:tcPr>
            <w:tcW w:type="dxa" w:w="2265"/>
          </w:tcPr>
          <w:p>
            <w:pPr>
              <w:spacing w:after="0"/>
              <w:jc w:val="left"/>
            </w:pPr>
            <w:r>
              <w:rPr>
                <w:sz w:val="16"/>
              </w:rPr>
              <w:t>Non-natural, not counted</w:t>
            </w:r>
          </w:p>
        </w:tc>
        <w:tc>
          <w:tcPr>
            <w:tcW w:type="dxa" w:w="4021"/>
          </w:tcPr>
          <w:p>
            <w:pPr>
              <w:spacing w:after="0"/>
              <w:jc w:val="right"/>
            </w:pPr>
            <w:r>
              <w:rPr>
                <w:sz w:val="16"/>
              </w:rPr>
              <w:t>no Public Assistance recorded</w:t>
            </w:r>
          </w:p>
        </w:tc>
        <w:tc>
          <w:tcPr>
            <w:tcW w:type="dxa" w:w="893"/>
          </w:tcPr>
          <w:p>
            <w:pPr>
              <w:spacing w:after="0"/>
              <w:jc w:val="left"/>
            </w:pPr>
            <w:r>
              <w:rPr>
                <w:sz w:val="16"/>
              </w:rPr>
              <w:t>same incident as DR-4489</w:t>
            </w: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385"/>
          </w:tcPr>
          <w:p>
            <w:pPr>
              <w:spacing w:after="0"/>
              <w:jc w:val="left"/>
            </w:pPr>
            <w:r>
              <w:rPr>
                <w:sz w:val="16"/>
              </w:rPr>
              <w:t>Major disaster</w:t>
            </w:r>
          </w:p>
        </w:tc>
        <w:tc>
          <w:tcPr>
            <w:tcW w:type="dxa" w:w="2438"/>
          </w:tcPr>
          <w:p>
            <w:pPr>
              <w:spacing w:after="0"/>
              <w:jc w:val="left"/>
            </w:pPr>
            <w:r>
              <w:rPr>
                <w:sz w:val="16"/>
              </w:rPr>
              <w:t>Severe Storms and Flooding</w:t>
            </w:r>
          </w:p>
        </w:tc>
        <w:tc>
          <w:tcPr>
            <w:tcW w:type="dxa" w:w="2265"/>
          </w:tcPr>
          <w:p>
            <w:pPr>
              <w:spacing w:after="0"/>
              <w:jc w:val="left"/>
            </w:pPr>
            <w:r>
              <w:rPr>
                <w:sz w:val="16"/>
              </w:rPr>
              <w:t>Inland Flooding</w:t>
            </w:r>
          </w:p>
        </w:tc>
        <w:tc>
          <w:tcPr>
            <w:tcW w:type="dxa" w:w="4021"/>
          </w:tcPr>
          <w:p>
            <w:pPr>
              <w:spacing w:after="0"/>
              <w:jc w:val="right"/>
            </w:pPr>
            <w:r>
              <w:rPr>
                <w:sz w:val="16"/>
              </w:rPr>
              <w:t>$160,868.95</w:t>
            </w:r>
          </w:p>
        </w:tc>
        <w:tc>
          <w:tcPr>
            <w:tcW w:type="dxa" w:w="893"/>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2009-01-26</w:t>
            </w:r>
          </w:p>
        </w:tc>
        <w:tc>
          <w:tcPr>
            <w:tcW w:type="dxa" w:w="1037"/>
          </w:tcPr>
          <w:p>
            <w:pPr>
              <w:spacing w:after="0"/>
              <w:jc w:val="left"/>
            </w:pPr>
            <w:r>
              <w:rPr>
                <w:sz w:val="16"/>
              </w:rPr>
              <w:t>DR-1826-IL</w:t>
            </w:r>
          </w:p>
        </w:tc>
        <w:tc>
          <w:tcPr>
            <w:tcW w:type="dxa" w:w="1385"/>
          </w:tcPr>
          <w:p>
            <w:pPr>
              <w:spacing w:after="0"/>
              <w:jc w:val="left"/>
            </w:pPr>
            <w:r>
              <w:rPr>
                <w:sz w:val="16"/>
              </w:rPr>
              <w:t>Major disaster</w:t>
            </w:r>
          </w:p>
        </w:tc>
        <w:tc>
          <w:tcPr>
            <w:tcW w:type="dxa" w:w="2438"/>
          </w:tcPr>
          <w:p>
            <w:pPr>
              <w:spacing w:after="0"/>
              <w:jc w:val="left"/>
            </w:pPr>
            <w:r>
              <w:rPr>
                <w:sz w:val="16"/>
              </w:rPr>
              <w:t>Severe Winter Storm</w:t>
            </w:r>
          </w:p>
        </w:tc>
        <w:tc>
          <w:tcPr>
            <w:tcW w:type="dxa" w:w="2265"/>
          </w:tcPr>
          <w:p>
            <w:pPr>
              <w:spacing w:after="0"/>
              <w:jc w:val="left"/>
            </w:pPr>
            <w:r>
              <w:rPr>
                <w:sz w:val="16"/>
              </w:rPr>
              <w:t>Winter Weather</w:t>
            </w:r>
          </w:p>
        </w:tc>
        <w:tc>
          <w:tcPr>
            <w:tcW w:type="dxa" w:w="4021"/>
          </w:tcPr>
          <w:p>
            <w:pPr>
              <w:spacing w:after="0"/>
              <w:jc w:val="right"/>
            </w:pPr>
            <w:r>
              <w:rPr>
                <w:sz w:val="16"/>
              </w:rPr>
              <w:t>$78,539.23</w:t>
            </w:r>
          </w:p>
        </w:tc>
        <w:tc>
          <w:tcPr>
            <w:tcW w:type="dxa" w:w="89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85"/>
          </w:tcPr>
          <w:p>
            <w:pPr>
              <w:spacing w:after="0"/>
              <w:jc w:val="left"/>
            </w:pPr>
            <w:r>
              <w:rPr>
                <w:sz w:val="16"/>
              </w:rPr>
              <w:t>Emergency</w:t>
            </w:r>
          </w:p>
        </w:tc>
        <w:tc>
          <w:tcPr>
            <w:tcW w:type="dxa" w:w="2438"/>
          </w:tcPr>
          <w:p>
            <w:pPr>
              <w:spacing w:after="0"/>
              <w:jc w:val="left"/>
            </w:pPr>
            <w:r>
              <w:rPr>
                <w:sz w:val="16"/>
              </w:rPr>
              <w:t>Hurricane Katrina Evacuation</w:t>
            </w:r>
          </w:p>
        </w:tc>
        <w:tc>
          <w:tcPr>
            <w:tcW w:type="dxa" w:w="2265"/>
          </w:tcPr>
          <w:p>
            <w:pPr>
              <w:spacing w:after="0"/>
              <w:jc w:val="left"/>
            </w:pPr>
            <w:r>
              <w:rPr>
                <w:sz w:val="16"/>
              </w:rPr>
              <w:t>Hurricane: evacuation support, not a local hazard event; not counted</w:t>
            </w:r>
          </w:p>
        </w:tc>
        <w:tc>
          <w:tcPr>
            <w:tcW w:type="dxa" w:w="4021"/>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2004-12-21</w:t>
            </w:r>
          </w:p>
        </w:tc>
        <w:tc>
          <w:tcPr>
            <w:tcW w:type="dxa" w:w="1037"/>
          </w:tcPr>
          <w:p>
            <w:pPr>
              <w:spacing w:after="0"/>
              <w:jc w:val="left"/>
            </w:pPr>
            <w:r>
              <w:rPr>
                <w:sz w:val="16"/>
              </w:rPr>
              <w:t>EM-3199-IL</w:t>
            </w:r>
          </w:p>
        </w:tc>
        <w:tc>
          <w:tcPr>
            <w:tcW w:type="dxa" w:w="1385"/>
          </w:tcPr>
          <w:p>
            <w:pPr>
              <w:spacing w:after="0"/>
              <w:jc w:val="left"/>
            </w:pPr>
            <w:r>
              <w:rPr>
                <w:sz w:val="16"/>
              </w:rPr>
              <w:t>Emergency</w:t>
            </w:r>
          </w:p>
        </w:tc>
        <w:tc>
          <w:tcPr>
            <w:tcW w:type="dxa" w:w="2438"/>
          </w:tcPr>
          <w:p>
            <w:pPr>
              <w:spacing w:after="0"/>
              <w:jc w:val="left"/>
            </w:pPr>
            <w:r>
              <w:rPr>
                <w:sz w:val="16"/>
              </w:rPr>
              <w:t>Record/Near Record Snow</w:t>
            </w:r>
          </w:p>
        </w:tc>
        <w:tc>
          <w:tcPr>
            <w:tcW w:type="dxa" w:w="2265"/>
          </w:tcPr>
          <w:p>
            <w:pPr>
              <w:spacing w:after="0"/>
              <w:jc w:val="left"/>
            </w:pPr>
            <w:r>
              <w:rPr>
                <w:sz w:val="16"/>
              </w:rPr>
              <w:t>Winter Weather</w:t>
            </w:r>
          </w:p>
        </w:tc>
        <w:tc>
          <w:tcPr>
            <w:tcW w:type="dxa" w:w="4021"/>
          </w:tcPr>
          <w:p>
            <w:pPr>
              <w:spacing w:after="0"/>
              <w:jc w:val="right"/>
            </w:pPr>
            <w:r>
              <w:rPr>
                <w:sz w:val="16"/>
              </w:rPr>
              <w:t>$9,699.34</w:t>
            </w:r>
          </w:p>
        </w:tc>
        <w:tc>
          <w:tcPr>
            <w:tcW w:type="dxa" w:w="893"/>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85"/>
          </w:tcPr>
          <w:p>
            <w:pPr>
              <w:spacing w:after="0"/>
              <w:jc w:val="left"/>
            </w:pPr>
            <w:r>
              <w:rPr>
                <w:sz w:val="16"/>
              </w:rPr>
              <w:t>Major disaster</w:t>
            </w:r>
          </w:p>
        </w:tc>
        <w:tc>
          <w:tcPr>
            <w:tcW w:type="dxa" w:w="2438"/>
          </w:tcPr>
          <w:p>
            <w:pPr>
              <w:spacing w:after="0"/>
              <w:jc w:val="left"/>
            </w:pPr>
            <w:r>
              <w:rPr>
                <w:sz w:val="16"/>
              </w:rPr>
              <w:t>Severe Storms, Tornadoes and Flooding</w:t>
            </w:r>
          </w:p>
        </w:tc>
        <w:tc>
          <w:tcPr>
            <w:tcW w:type="dxa" w:w="2265"/>
          </w:tcPr>
          <w:p>
            <w:pPr>
              <w:spacing w:after="0"/>
              <w:jc w:val="left"/>
            </w:pPr>
            <w:r>
              <w:rPr>
                <w:sz w:val="16"/>
              </w:rPr>
              <w:t>Tornado (primary); also designated: Inland Flooding</w:t>
            </w:r>
          </w:p>
        </w:tc>
        <w:tc>
          <w:tcPr>
            <w:tcW w:type="dxa" w:w="4021"/>
          </w:tcPr>
          <w:p>
            <w:pPr>
              <w:spacing w:after="0"/>
              <w:jc w:val="right"/>
            </w:pPr>
            <w:r>
              <w:rPr>
                <w:sz w:val="16"/>
              </w:rPr>
              <w:t>PA not declared for this county</w:t>
            </w:r>
          </w:p>
        </w:tc>
        <w:tc>
          <w:tcPr>
            <w:tcW w:type="dxa" w:w="893"/>
          </w:tcPr>
          <w:p>
            <w:pPr>
              <w:spacing w:after="0"/>
              <w:jc w:val="left"/>
            </w:pPr>
          </w:p>
        </w:tc>
      </w:tr>
      <w:tr>
        <w:trPr>
          <w:cantSplit/>
        </w:trPr>
        <w:tc>
          <w:tcPr>
            <w:tcW w:type="dxa" w:w="1037"/>
          </w:tcPr>
          <w:p>
            <w:pPr>
              <w:spacing w:after="0"/>
              <w:jc w:val="left"/>
            </w:pPr>
            <w:r>
              <w:rPr>
                <w:sz w:val="16"/>
              </w:rPr>
              <w:t>1997-03-21</w:t>
            </w:r>
          </w:p>
        </w:tc>
        <w:tc>
          <w:tcPr>
            <w:tcW w:type="dxa" w:w="1037"/>
          </w:tcPr>
          <w:p>
            <w:pPr>
              <w:spacing w:after="0"/>
              <w:jc w:val="left"/>
            </w:pPr>
            <w:r>
              <w:rPr>
                <w:sz w:val="16"/>
              </w:rPr>
              <w:t>1997-03-01</w:t>
            </w:r>
          </w:p>
        </w:tc>
        <w:tc>
          <w:tcPr>
            <w:tcW w:type="dxa" w:w="1037"/>
          </w:tcPr>
          <w:p>
            <w:pPr>
              <w:spacing w:after="0"/>
              <w:jc w:val="left"/>
            </w:pPr>
            <w:r>
              <w:rPr>
                <w:sz w:val="16"/>
              </w:rPr>
              <w:t>DR-1170-IL</w:t>
            </w:r>
          </w:p>
        </w:tc>
        <w:tc>
          <w:tcPr>
            <w:tcW w:type="dxa" w:w="1385"/>
          </w:tcPr>
          <w:p>
            <w:pPr>
              <w:spacing w:after="0"/>
              <w:jc w:val="left"/>
            </w:pPr>
            <w:r>
              <w:rPr>
                <w:sz w:val="16"/>
              </w:rPr>
              <w:t>Major disaster</w:t>
            </w:r>
          </w:p>
        </w:tc>
        <w:tc>
          <w:tcPr>
            <w:tcW w:type="dxa" w:w="2438"/>
          </w:tcPr>
          <w:p>
            <w:pPr>
              <w:spacing w:after="0"/>
              <w:jc w:val="left"/>
            </w:pPr>
            <w:r>
              <w:rPr>
                <w:sz w:val="16"/>
              </w:rPr>
              <w:t>Severe Storms and Flooding</w:t>
            </w:r>
          </w:p>
        </w:tc>
        <w:tc>
          <w:tcPr>
            <w:tcW w:type="dxa" w:w="2265"/>
          </w:tcPr>
          <w:p>
            <w:pPr>
              <w:spacing w:after="0"/>
              <w:jc w:val="left"/>
            </w:pPr>
            <w:r>
              <w:rPr>
                <w:sz w:val="16"/>
              </w:rPr>
              <w:t>Inland Flooding</w:t>
            </w:r>
          </w:p>
        </w:tc>
        <w:tc>
          <w:tcPr>
            <w:tcW w:type="dxa" w:w="4021"/>
          </w:tcPr>
          <w:p>
            <w:pPr>
              <w:spacing w:after="0"/>
              <w:jc w:val="right"/>
            </w:pPr>
            <w:r>
              <w:rPr>
                <w:sz w:val="16"/>
              </w:rPr>
              <w:t>no Public Assistance recorded</w:t>
            </w: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71</w:t>
            </w:r>
          </w:p>
        </w:tc>
        <w:tc>
          <w:tcPr>
            <w:tcW w:type="dxa" w:w="1110"/>
          </w:tcPr>
          <w:p>
            <w:pPr>
              <w:spacing w:after="0"/>
              <w:jc w:val="right"/>
            </w:pPr>
            <w:r>
              <w:rPr>
                <w:sz w:val="16"/>
              </w:rPr>
              <w:t>2</w:t>
            </w:r>
          </w:p>
        </w:tc>
        <w:tc>
          <w:tcPr>
            <w:tcW w:type="dxa" w:w="1912"/>
          </w:tcPr>
          <w:p>
            <w:pPr>
              <w:spacing w:after="0"/>
              <w:jc w:val="right"/>
            </w:pPr>
            <w:r>
              <w:rPr>
                <w:sz w:val="16"/>
              </w:rPr>
              <w:t>3</w:t>
            </w:r>
          </w:p>
        </w:tc>
        <w:tc>
          <w:tcPr>
            <w:tcW w:type="dxa" w:w="773"/>
          </w:tcPr>
          <w:p>
            <w:pPr>
              <w:spacing w:after="0"/>
              <w:jc w:val="right"/>
            </w:pPr>
            <w:r>
              <w:rPr>
                <w:sz w:val="16"/>
              </w:rPr>
              <w:t>11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51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32</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4</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82</w:t>
            </w:r>
          </w:p>
        </w:tc>
        <w:tc>
          <w:tcPr>
            <w:tcW w:type="dxa" w:w="1110"/>
          </w:tcPr>
          <w:p>
            <w:pPr>
              <w:spacing w:after="0"/>
              <w:jc w:val="right"/>
            </w:pPr>
            <w:r>
              <w:rPr>
                <w:sz w:val="16"/>
              </w:rPr>
              <w:t>4</w:t>
            </w:r>
          </w:p>
        </w:tc>
        <w:tc>
          <w:tcPr>
            <w:tcW w:type="dxa" w:w="1912"/>
          </w:tcPr>
          <w:p>
            <w:pPr>
              <w:spacing w:after="0"/>
              <w:jc w:val="right"/>
            </w:pPr>
            <w:r>
              <w:rPr>
                <w:sz w:val="16"/>
              </w:rPr>
              <w:t>6</w:t>
            </w:r>
          </w:p>
        </w:tc>
        <w:tc>
          <w:tcPr>
            <w:tcW w:type="dxa" w:w="773"/>
          </w:tcPr>
          <w:p>
            <w:pPr>
              <w:spacing w:after="0"/>
              <w:jc w:val="right"/>
            </w:pPr>
            <w:r>
              <w:rPr>
                <w:sz w:val="16"/>
              </w:rPr>
              <w:t>20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58</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2</w:t>
            </w:r>
          </w:p>
        </w:tc>
        <w:tc>
          <w:tcPr>
            <w:tcW w:type="dxa" w:w="1586"/>
          </w:tcPr>
          <w:p>
            <w:pPr>
              <w:spacing w:after="0"/>
              <w:jc w:val="right"/>
            </w:pPr>
            <w:r>
              <w:rPr>
                <w:sz w:val="16"/>
              </w:rPr>
              <w:t>3</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94</w:t>
            </w:r>
          </w:p>
        </w:tc>
        <w:tc>
          <w:tcPr>
            <w:tcW w:type="dxa" w:w="1110"/>
          </w:tcPr>
          <w:p>
            <w:pPr>
              <w:spacing w:after="0"/>
              <w:jc w:val="right"/>
            </w:pPr>
            <w:r>
              <w:rPr>
                <w:sz w:val="16"/>
              </w:rPr>
              <w:t>1</w:t>
            </w:r>
          </w:p>
        </w:tc>
        <w:tc>
          <w:tcPr>
            <w:tcW w:type="dxa" w:w="1912"/>
          </w:tcPr>
          <w:p>
            <w:pPr>
              <w:spacing w:after="0"/>
              <w:jc w:val="right"/>
            </w:pPr>
            <w:r>
              <w:rPr>
                <w:sz w:val="16"/>
              </w:rPr>
              <w:t>4</w:t>
            </w:r>
          </w:p>
        </w:tc>
        <w:tc>
          <w:tcPr>
            <w:tcW w:type="dxa" w:w="773"/>
          </w:tcPr>
          <w:p>
            <w:pPr>
              <w:spacing w:after="0"/>
              <w:jc w:val="right"/>
            </w:pPr>
            <w:r>
              <w:rPr>
                <w:sz w:val="16"/>
              </w:rPr>
              <w:t>13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5 High Wind and 58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100</w:t>
            </w:r>
          </w:p>
        </w:tc>
        <w:tc>
          <w:tcPr>
            <w:tcW w:type="dxa" w:w="1110"/>
          </w:tcPr>
          <w:p>
            <w:pPr>
              <w:spacing w:after="0"/>
              <w:jc w:val="right"/>
            </w:pPr>
            <w:r>
              <w:rPr>
                <w:sz w:val="16"/>
              </w:rPr>
              <w:t>2</w:t>
            </w:r>
          </w:p>
        </w:tc>
        <w:tc>
          <w:tcPr>
            <w:tcW w:type="dxa" w:w="1912"/>
          </w:tcPr>
          <w:p>
            <w:pPr>
              <w:spacing w:after="0"/>
              <w:jc w:val="right"/>
            </w:pPr>
            <w:r>
              <w:rPr>
                <w:sz w:val="16"/>
              </w:rPr>
              <w:t>4</w:t>
            </w:r>
          </w:p>
        </w:tc>
        <w:tc>
          <w:tcPr>
            <w:tcW w:type="dxa" w:w="773"/>
          </w:tcPr>
          <w:p>
            <w:pPr>
              <w:spacing w:after="0"/>
              <w:jc w:val="right"/>
            </w:pPr>
            <w:r>
              <w:rPr>
                <w:sz w:val="16"/>
              </w:rPr>
              <w:t>17</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08"/>
        <w:gridCol w:w="3567"/>
        <w:gridCol w:w="957"/>
        <w:gridCol w:w="2724"/>
        <w:gridCol w:w="30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08"/>
            <w:shd w:val="clear" w:color="auto" w:fill="E8E8E8"/>
          </w:tcPr>
          <w:p>
            <w:pPr>
              <w:spacing w:after="0"/>
              <w:jc w:val="left"/>
            </w:pPr>
            <w:r>
              <w:rPr>
                <w:b/>
                <w:sz w:val="16"/>
              </w:rPr>
              <w:t>Magnitude or extent</w:t>
            </w:r>
          </w:p>
        </w:tc>
        <w:tc>
          <w:tcPr>
            <w:tcW w:type="dxa" w:w="3567"/>
            <w:shd w:val="clear" w:color="auto" w:fill="E8E8E8"/>
          </w:tcPr>
          <w:p>
            <w:pPr>
              <w:spacing w:after="0"/>
              <w:jc w:val="left"/>
            </w:pPr>
            <w:r>
              <w:rPr>
                <w:b/>
                <w:sz w:val="16"/>
              </w:rPr>
              <w:t>Damage</w:t>
            </w:r>
          </w:p>
          <w:p>
            <w:pPr>
              <w:spacing w:after="0"/>
              <w:jc w:val="left"/>
            </w:pPr>
            <w:r>
              <w:rPr>
                <w:i/>
                <w:color w:val="555555"/>
                <w:sz w:val="14"/>
              </w:rPr>
              <w:t>nominal dollars</w:t>
            </w:r>
          </w:p>
        </w:tc>
        <w:tc>
          <w:tcPr>
            <w:tcW w:type="dxa" w:w="95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24"/>
            <w:shd w:val="clear" w:color="auto" w:fill="E8E8E8"/>
          </w:tcPr>
          <w:p>
            <w:pPr>
              <w:spacing w:after="0"/>
              <w:jc w:val="left"/>
            </w:pPr>
            <w:r>
              <w:rPr>
                <w:b/>
                <w:sz w:val="16"/>
              </w:rPr>
              <w:t>Location</w:t>
            </w:r>
          </w:p>
        </w:tc>
        <w:tc>
          <w:tcPr>
            <w:tcW w:type="dxa" w:w="30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2019-06-21</w:t>
            </w:r>
          </w:p>
        </w:tc>
        <w:tc>
          <w:tcPr>
            <w:tcW w:type="dxa" w:w="1215"/>
          </w:tcPr>
          <w:p>
            <w:pPr>
              <w:spacing w:after="0"/>
              <w:jc w:val="left"/>
            </w:pPr>
            <w:r>
              <w:rPr>
                <w:sz w:val="16"/>
              </w:rPr>
              <w:t>Lightning</w:t>
            </w:r>
          </w:p>
        </w:tc>
        <w:tc>
          <w:tcPr>
            <w:tcW w:type="dxa" w:w="1608"/>
          </w:tcPr>
          <w:p>
            <w:pPr>
              <w:spacing w:after="0"/>
              <w:jc w:val="left"/>
            </w:pPr>
          </w:p>
        </w:tc>
        <w:tc>
          <w:tcPr>
            <w:tcW w:type="dxa" w:w="3567"/>
          </w:tcPr>
          <w:p>
            <w:pPr>
              <w:spacing w:after="0"/>
              <w:jc w:val="left"/>
            </w:pPr>
            <w:r>
              <w:rPr>
                <w:sz w:val="16"/>
              </w:rPr>
              <w:t>$0 property; $0 crops (2019 dollars)</w:t>
            </w:r>
          </w:p>
        </w:tc>
        <w:tc>
          <w:tcPr>
            <w:tcW w:type="dxa" w:w="957"/>
          </w:tcPr>
          <w:p>
            <w:pPr>
              <w:spacing w:after="0"/>
              <w:jc w:val="right"/>
            </w:pPr>
            <w:r>
              <w:rPr>
                <w:sz w:val="16"/>
              </w:rPr>
              <w:t>0, 1</w:t>
            </w:r>
          </w:p>
        </w:tc>
        <w:tc>
          <w:tcPr>
            <w:tcW w:type="dxa" w:w="2724"/>
          </w:tcPr>
          <w:p>
            <w:pPr>
              <w:spacing w:after="0"/>
              <w:jc w:val="left"/>
            </w:pPr>
            <w:r>
              <w:rPr>
                <w:sz w:val="16"/>
              </w:rPr>
              <w:t>ROSICLARE</w:t>
            </w:r>
          </w:p>
        </w:tc>
        <w:tc>
          <w:tcPr>
            <w:tcW w:type="dxa" w:w="3005"/>
          </w:tcPr>
          <w:p>
            <w:pPr>
              <w:spacing w:after="0"/>
              <w:jc w:val="left"/>
            </w:pPr>
            <w:r>
              <w:rPr>
                <w:sz w:val="16"/>
              </w:rPr>
              <w:t>deaths or injuries recorded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608"/>
          </w:tcPr>
          <w:p>
            <w:pPr>
              <w:spacing w:after="0"/>
              <w:jc w:val="left"/>
            </w:pPr>
          </w:p>
        </w:tc>
        <w:tc>
          <w:tcPr>
            <w:tcW w:type="dxa" w:w="3567"/>
          </w:tcPr>
          <w:p>
            <w:pPr>
              <w:spacing w:after="0"/>
              <w:jc w:val="left"/>
            </w:pPr>
            <w:r>
              <w:rPr>
                <w:sz w:val="16"/>
              </w:rPr>
              <w:t>$0 property; $0 crops (zone total, 2012 dollars)</w:t>
            </w:r>
          </w:p>
        </w:tc>
        <w:tc>
          <w:tcPr>
            <w:tcW w:type="dxa" w:w="957"/>
          </w:tcPr>
          <w:p>
            <w:pPr>
              <w:spacing w:after="0"/>
              <w:jc w:val="right"/>
            </w:pPr>
            <w:r>
              <w:rPr>
                <w:sz w:val="16"/>
              </w:rPr>
              <w:t>0, 0</w:t>
            </w:r>
          </w:p>
        </w:tc>
        <w:tc>
          <w:tcPr>
            <w:tcW w:type="dxa" w:w="2724"/>
          </w:tcPr>
          <w:p>
            <w:pPr>
              <w:spacing w:after="0"/>
              <w:jc w:val="left"/>
            </w:pPr>
            <w:r>
              <w:rPr>
                <w:sz w:val="16"/>
              </w:rPr>
              <w:t>NWS zone ILZ091 (HARDIN), zone-level</w:t>
            </w:r>
          </w:p>
        </w:tc>
        <w:tc>
          <w:tcPr>
            <w:tcW w:type="dxa" w:w="3005"/>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608"/>
          </w:tcPr>
          <w:p>
            <w:pPr>
              <w:spacing w:after="0"/>
              <w:jc w:val="left"/>
            </w:pPr>
          </w:p>
        </w:tc>
        <w:tc>
          <w:tcPr>
            <w:tcW w:type="dxa" w:w="3567"/>
          </w:tcPr>
          <w:p>
            <w:pPr>
              <w:spacing w:after="0"/>
              <w:jc w:val="left"/>
            </w:pPr>
            <w:r>
              <w:rPr>
                <w:sz w:val="16"/>
              </w:rPr>
              <w:t>$150,000 property; $0 crops (2011 dollars)</w:t>
            </w:r>
          </w:p>
        </w:tc>
        <w:tc>
          <w:tcPr>
            <w:tcW w:type="dxa" w:w="957"/>
          </w:tcPr>
          <w:p>
            <w:pPr>
              <w:spacing w:after="0"/>
              <w:jc w:val="right"/>
            </w:pPr>
            <w:r>
              <w:rPr>
                <w:sz w:val="16"/>
              </w:rPr>
              <w:t>0, 0</w:t>
            </w:r>
          </w:p>
        </w:tc>
        <w:tc>
          <w:tcPr>
            <w:tcW w:type="dxa" w:w="2724"/>
          </w:tcPr>
          <w:p>
            <w:pPr>
              <w:spacing w:after="0"/>
              <w:jc w:val="left"/>
            </w:pPr>
            <w:r>
              <w:rPr>
                <w:sz w:val="16"/>
              </w:rPr>
              <w:t>CAVE IN ROCK</w:t>
            </w:r>
          </w:p>
        </w:tc>
        <w:tc>
          <w:tcPr>
            <w:tcW w:type="dxa" w:w="30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608"/>
          </w:tcPr>
          <w:p>
            <w:pPr>
              <w:spacing w:after="0"/>
              <w:jc w:val="left"/>
            </w:pPr>
            <w:r>
              <w:rPr>
                <w:sz w:val="16"/>
              </w:rPr>
              <w:t>56 kt (64 mph) estimated gust</w:t>
            </w:r>
          </w:p>
        </w:tc>
        <w:tc>
          <w:tcPr>
            <w:tcW w:type="dxa" w:w="3567"/>
          </w:tcPr>
          <w:p>
            <w:pPr>
              <w:spacing w:after="0"/>
              <w:jc w:val="left"/>
            </w:pPr>
            <w:r>
              <w:rPr>
                <w:sz w:val="16"/>
              </w:rPr>
              <w:t>$2,200,000 property; $2,000,000 crops (zone total, 2008 dollars)</w:t>
            </w:r>
          </w:p>
        </w:tc>
        <w:tc>
          <w:tcPr>
            <w:tcW w:type="dxa" w:w="957"/>
          </w:tcPr>
          <w:p>
            <w:pPr>
              <w:spacing w:after="0"/>
              <w:jc w:val="right"/>
            </w:pPr>
            <w:r>
              <w:rPr>
                <w:sz w:val="16"/>
              </w:rPr>
              <w:t>0, 0</w:t>
            </w:r>
          </w:p>
        </w:tc>
        <w:tc>
          <w:tcPr>
            <w:tcW w:type="dxa" w:w="2724"/>
          </w:tcPr>
          <w:p>
            <w:pPr>
              <w:spacing w:after="0"/>
              <w:jc w:val="left"/>
            </w:pPr>
            <w:r>
              <w:rPr>
                <w:sz w:val="16"/>
              </w:rPr>
              <w:t>NWS zone ILZ091 (HARDIN), zone-level</w:t>
            </w:r>
          </w:p>
        </w:tc>
        <w:tc>
          <w:tcPr>
            <w:tcW w:type="dxa" w:w="3005"/>
          </w:tcPr>
          <w:p>
            <w:pPr>
              <w:spacing w:after="0"/>
              <w:jc w:val="left"/>
            </w:pPr>
            <w:r>
              <w:rPr>
                <w:sz w:val="16"/>
              </w:rPr>
              <w:t>B1-c worst recorded: High Wind and Strong Wind</w:t>
            </w:r>
          </w:p>
        </w:tc>
      </w:tr>
      <w:tr>
        <w:trPr>
          <w:cantSplit/>
        </w:trPr>
        <w:tc>
          <w:tcPr>
            <w:tcW w:type="dxa" w:w="1037"/>
          </w:tcPr>
          <w:p>
            <w:pPr>
              <w:spacing w:after="0"/>
              <w:jc w:val="left"/>
            </w:pPr>
            <w:r>
              <w:rPr>
                <w:sz w:val="16"/>
              </w:rPr>
              <w:t>2008-05-31</w:t>
            </w:r>
          </w:p>
        </w:tc>
        <w:tc>
          <w:tcPr>
            <w:tcW w:type="dxa" w:w="1215"/>
          </w:tcPr>
          <w:p>
            <w:pPr>
              <w:spacing w:after="0"/>
              <w:jc w:val="left"/>
            </w:pPr>
            <w:r>
              <w:rPr>
                <w:sz w:val="16"/>
              </w:rPr>
              <w:t>Thunderstorm Wind</w:t>
            </w:r>
          </w:p>
        </w:tc>
        <w:tc>
          <w:tcPr>
            <w:tcW w:type="dxa" w:w="1608"/>
          </w:tcPr>
          <w:p>
            <w:pPr>
              <w:spacing w:after="0"/>
              <w:jc w:val="left"/>
            </w:pPr>
            <w:r>
              <w:rPr>
                <w:sz w:val="16"/>
              </w:rPr>
              <w:t>70 kt (81 mph) estimated gust</w:t>
            </w:r>
          </w:p>
        </w:tc>
        <w:tc>
          <w:tcPr>
            <w:tcW w:type="dxa" w:w="3567"/>
          </w:tcPr>
          <w:p>
            <w:pPr>
              <w:spacing w:after="0"/>
              <w:jc w:val="left"/>
            </w:pPr>
            <w:r>
              <w:rPr>
                <w:sz w:val="16"/>
              </w:rPr>
              <w:t>$50,000 property; $0 crops (2008 dollars)</w:t>
            </w:r>
          </w:p>
        </w:tc>
        <w:tc>
          <w:tcPr>
            <w:tcW w:type="dxa" w:w="957"/>
          </w:tcPr>
          <w:p>
            <w:pPr>
              <w:spacing w:after="0"/>
              <w:jc w:val="right"/>
            </w:pPr>
            <w:r>
              <w:rPr>
                <w:sz w:val="16"/>
              </w:rPr>
              <w:t>0, 0</w:t>
            </w:r>
          </w:p>
        </w:tc>
        <w:tc>
          <w:tcPr>
            <w:tcW w:type="dxa" w:w="2724"/>
          </w:tcPr>
          <w:p>
            <w:pPr>
              <w:spacing w:after="0"/>
              <w:jc w:val="left"/>
            </w:pPr>
            <w:r>
              <w:rPr>
                <w:sz w:val="16"/>
              </w:rPr>
              <w:t>CAVE IN ROCK</w:t>
            </w:r>
          </w:p>
        </w:tc>
        <w:tc>
          <w:tcPr>
            <w:tcW w:type="dxa" w:w="3005"/>
          </w:tcPr>
          <w:p>
            <w:pPr>
              <w:spacing w:after="0"/>
              <w:jc w:val="left"/>
            </w:pPr>
            <w:r>
              <w:rPr>
                <w:sz w:val="16"/>
              </w:rPr>
              <w:t>B1-c worst recorded: Thunderstorm Wind</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608"/>
          </w:tcPr>
          <w:p>
            <w:pPr>
              <w:spacing w:after="0"/>
              <w:jc w:val="left"/>
            </w:pPr>
          </w:p>
        </w:tc>
        <w:tc>
          <w:tcPr>
            <w:tcW w:type="dxa" w:w="3567"/>
          </w:tcPr>
          <w:p>
            <w:pPr>
              <w:spacing w:after="0"/>
              <w:jc w:val="left"/>
            </w:pPr>
            <w:r>
              <w:rPr>
                <w:sz w:val="16"/>
              </w:rPr>
              <w:t>$0 property; $10,000 crops (zone total, 2008 dollars)</w:t>
            </w:r>
          </w:p>
        </w:tc>
        <w:tc>
          <w:tcPr>
            <w:tcW w:type="dxa" w:w="957"/>
          </w:tcPr>
          <w:p>
            <w:pPr>
              <w:spacing w:after="0"/>
              <w:jc w:val="right"/>
            </w:pPr>
            <w:r>
              <w:rPr>
                <w:sz w:val="16"/>
              </w:rPr>
              <w:t>0, 0</w:t>
            </w:r>
          </w:p>
        </w:tc>
        <w:tc>
          <w:tcPr>
            <w:tcW w:type="dxa" w:w="2724"/>
          </w:tcPr>
          <w:p>
            <w:pPr>
              <w:spacing w:after="0"/>
              <w:jc w:val="left"/>
            </w:pPr>
            <w:r>
              <w:rPr>
                <w:sz w:val="16"/>
              </w:rPr>
              <w:t>NWS zone ILZ091 (HARDIN), zone-level</w:t>
            </w:r>
          </w:p>
        </w:tc>
        <w:tc>
          <w:tcPr>
            <w:tcW w:type="dxa" w:w="3005"/>
          </w:tcPr>
          <w:p>
            <w:pPr>
              <w:spacing w:after="0"/>
              <w:jc w:val="left"/>
            </w:pPr>
            <w:r>
              <w:rPr>
                <w:sz w:val="16"/>
              </w:rPr>
              <w:t>B1-c worst recorded: Frost/Freeze</w:t>
            </w:r>
          </w:p>
        </w:tc>
      </w:tr>
      <w:tr>
        <w:trPr>
          <w:cantSplit/>
        </w:trPr>
        <w:tc>
          <w:tcPr>
            <w:tcW w:type="dxa" w:w="1037"/>
          </w:tcPr>
          <w:p>
            <w:pPr>
              <w:spacing w:after="0"/>
              <w:jc w:val="left"/>
            </w:pPr>
            <w:r>
              <w:rPr>
                <w:sz w:val="16"/>
              </w:rPr>
              <w:t>2005-07-21</w:t>
            </w:r>
          </w:p>
        </w:tc>
        <w:tc>
          <w:tcPr>
            <w:tcW w:type="dxa" w:w="1215"/>
          </w:tcPr>
          <w:p>
            <w:pPr>
              <w:spacing w:after="0"/>
              <w:jc w:val="left"/>
            </w:pPr>
            <w:r>
              <w:rPr>
                <w:sz w:val="16"/>
              </w:rPr>
              <w:t>Heat</w:t>
            </w:r>
          </w:p>
        </w:tc>
        <w:tc>
          <w:tcPr>
            <w:tcW w:type="dxa" w:w="1608"/>
          </w:tcPr>
          <w:p>
            <w:pPr>
              <w:spacing w:after="0"/>
              <w:jc w:val="left"/>
            </w:pPr>
          </w:p>
        </w:tc>
        <w:tc>
          <w:tcPr>
            <w:tcW w:type="dxa" w:w="3567"/>
          </w:tcPr>
          <w:p>
            <w:pPr>
              <w:spacing w:after="0"/>
              <w:jc w:val="left"/>
            </w:pPr>
            <w:r>
              <w:rPr>
                <w:sz w:val="16"/>
              </w:rPr>
              <w:t>damage not reported</w:t>
            </w:r>
          </w:p>
        </w:tc>
        <w:tc>
          <w:tcPr>
            <w:tcW w:type="dxa" w:w="957"/>
          </w:tcPr>
          <w:p>
            <w:pPr>
              <w:spacing w:after="0"/>
              <w:jc w:val="right"/>
            </w:pPr>
            <w:r>
              <w:rPr>
                <w:sz w:val="16"/>
              </w:rPr>
              <w:t>0, 1</w:t>
            </w:r>
          </w:p>
        </w:tc>
        <w:tc>
          <w:tcPr>
            <w:tcW w:type="dxa" w:w="2724"/>
          </w:tcPr>
          <w:p>
            <w:pPr>
              <w:spacing w:after="0"/>
              <w:jc w:val="left"/>
            </w:pPr>
            <w:r>
              <w:rPr>
                <w:sz w:val="16"/>
              </w:rPr>
              <w:t>NWS zone ILZ091 (HARDIN), zone-level</w:t>
            </w:r>
          </w:p>
        </w:tc>
        <w:tc>
          <w:tcPr>
            <w:tcW w:type="dxa" w:w="3005"/>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608"/>
          </w:tcPr>
          <w:p>
            <w:pPr>
              <w:spacing w:after="0"/>
              <w:jc w:val="left"/>
            </w:pPr>
          </w:p>
        </w:tc>
        <w:tc>
          <w:tcPr>
            <w:tcW w:type="dxa" w:w="3567"/>
          </w:tcPr>
          <w:p>
            <w:pPr>
              <w:spacing w:after="0"/>
              <w:jc w:val="left"/>
            </w:pPr>
            <w:r>
              <w:rPr>
                <w:sz w:val="16"/>
              </w:rPr>
              <w:t>damage not reported</w:t>
            </w:r>
          </w:p>
        </w:tc>
        <w:tc>
          <w:tcPr>
            <w:tcW w:type="dxa" w:w="957"/>
          </w:tcPr>
          <w:p>
            <w:pPr>
              <w:spacing w:after="0"/>
              <w:jc w:val="right"/>
            </w:pPr>
            <w:r>
              <w:rPr>
                <w:sz w:val="16"/>
              </w:rPr>
              <w:t>0, 0</w:t>
            </w:r>
          </w:p>
        </w:tc>
        <w:tc>
          <w:tcPr>
            <w:tcW w:type="dxa" w:w="2724"/>
          </w:tcPr>
          <w:p>
            <w:pPr>
              <w:spacing w:after="0"/>
              <w:jc w:val="left"/>
            </w:pPr>
            <w:r>
              <w:rPr>
                <w:sz w:val="16"/>
              </w:rPr>
              <w:t>NWS zone ILZ091 (HARDIN), zone-level</w:t>
            </w:r>
          </w:p>
        </w:tc>
        <w:tc>
          <w:tcPr>
            <w:tcW w:type="dxa" w:w="30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608"/>
          </w:tcPr>
          <w:p>
            <w:pPr>
              <w:spacing w:after="0"/>
              <w:jc w:val="left"/>
            </w:pPr>
          </w:p>
        </w:tc>
        <w:tc>
          <w:tcPr>
            <w:tcW w:type="dxa" w:w="3567"/>
          </w:tcPr>
          <w:p>
            <w:pPr>
              <w:spacing w:after="0"/>
              <w:jc w:val="left"/>
            </w:pPr>
            <w:r>
              <w:rPr>
                <w:sz w:val="16"/>
              </w:rPr>
              <w:t>damage not reported</w:t>
            </w:r>
          </w:p>
        </w:tc>
        <w:tc>
          <w:tcPr>
            <w:tcW w:type="dxa" w:w="957"/>
          </w:tcPr>
          <w:p>
            <w:pPr>
              <w:spacing w:after="0"/>
              <w:jc w:val="right"/>
            </w:pPr>
            <w:r>
              <w:rPr>
                <w:sz w:val="16"/>
              </w:rPr>
              <w:t>0, 0</w:t>
            </w:r>
          </w:p>
        </w:tc>
        <w:tc>
          <w:tcPr>
            <w:tcW w:type="dxa" w:w="2724"/>
          </w:tcPr>
          <w:p>
            <w:pPr>
              <w:spacing w:after="0"/>
              <w:jc w:val="left"/>
            </w:pPr>
            <w:r>
              <w:rPr>
                <w:sz w:val="16"/>
              </w:rPr>
              <w:t>NWS zone ILZ091 (HARDIN), zone-level</w:t>
            </w:r>
          </w:p>
        </w:tc>
        <w:tc>
          <w:tcPr>
            <w:tcW w:type="dxa" w:w="3005"/>
          </w:tcPr>
          <w:p>
            <w:pPr>
              <w:spacing w:after="0"/>
              <w:jc w:val="left"/>
            </w:pPr>
            <w:r>
              <w:rPr>
                <w:sz w:val="16"/>
              </w:rPr>
              <w:t>B1-c worst recorded: Excessive Heat, Heat</w:t>
            </w:r>
          </w:p>
        </w:tc>
      </w:tr>
      <w:tr>
        <w:trPr>
          <w:cantSplit/>
        </w:trPr>
        <w:tc>
          <w:tcPr>
            <w:tcW w:type="dxa" w:w="1037"/>
          </w:tcPr>
          <w:p>
            <w:pPr>
              <w:spacing w:after="0"/>
              <w:jc w:val="left"/>
            </w:pPr>
            <w:r>
              <w:rPr>
                <w:sz w:val="16"/>
              </w:rPr>
              <w:t>1998-06-14</w:t>
            </w:r>
          </w:p>
        </w:tc>
        <w:tc>
          <w:tcPr>
            <w:tcW w:type="dxa" w:w="1215"/>
          </w:tcPr>
          <w:p>
            <w:pPr>
              <w:spacing w:after="0"/>
              <w:jc w:val="left"/>
            </w:pPr>
            <w:r>
              <w:rPr>
                <w:sz w:val="16"/>
              </w:rPr>
              <w:t>Hail</w:t>
            </w:r>
          </w:p>
        </w:tc>
        <w:tc>
          <w:tcPr>
            <w:tcW w:type="dxa" w:w="1608"/>
          </w:tcPr>
          <w:p>
            <w:pPr>
              <w:spacing w:after="0"/>
              <w:jc w:val="left"/>
            </w:pPr>
            <w:r>
              <w:rPr>
                <w:sz w:val="16"/>
              </w:rPr>
              <w:t>2 in</w:t>
            </w:r>
          </w:p>
        </w:tc>
        <w:tc>
          <w:tcPr>
            <w:tcW w:type="dxa" w:w="3567"/>
          </w:tcPr>
          <w:p>
            <w:pPr>
              <w:spacing w:after="0"/>
              <w:jc w:val="left"/>
            </w:pPr>
            <w:r>
              <w:rPr>
                <w:sz w:val="16"/>
              </w:rPr>
              <w:t>$40,000 property; crops not reported (1998 dollars)</w:t>
            </w:r>
          </w:p>
        </w:tc>
        <w:tc>
          <w:tcPr>
            <w:tcW w:type="dxa" w:w="957"/>
          </w:tcPr>
          <w:p>
            <w:pPr>
              <w:spacing w:after="0"/>
              <w:jc w:val="right"/>
            </w:pPr>
            <w:r>
              <w:rPr>
                <w:sz w:val="16"/>
              </w:rPr>
              <w:t>0, 0</w:t>
            </w:r>
          </w:p>
        </w:tc>
        <w:tc>
          <w:tcPr>
            <w:tcW w:type="dxa" w:w="2724"/>
          </w:tcPr>
          <w:p>
            <w:pPr>
              <w:spacing w:after="0"/>
              <w:jc w:val="left"/>
            </w:pPr>
            <w:r>
              <w:rPr>
                <w:sz w:val="16"/>
              </w:rPr>
              <w:t>CAVE IN ROCK to ELIZABETHTOWN</w:t>
            </w:r>
          </w:p>
        </w:tc>
        <w:tc>
          <w:tcPr>
            <w:tcW w:type="dxa" w:w="3005"/>
          </w:tcPr>
          <w:p>
            <w:pPr>
              <w:spacing w:after="0"/>
              <w:jc w:val="left"/>
            </w:pPr>
            <w:r>
              <w:rPr>
                <w:sz w:val="16"/>
              </w:rPr>
              <w:t>B1-c worst recorded: Hail</w:t>
            </w:r>
          </w:p>
        </w:tc>
      </w:tr>
      <w:tr>
        <w:trPr>
          <w:cantSplit/>
        </w:trPr>
        <w:tc>
          <w:tcPr>
            <w:tcW w:type="dxa" w:w="1037"/>
          </w:tcPr>
          <w:p>
            <w:pPr>
              <w:spacing w:after="0"/>
              <w:jc w:val="left"/>
            </w:pPr>
            <w:r>
              <w:rPr>
                <w:sz w:val="16"/>
              </w:rPr>
              <w:t>1997-07-02</w:t>
            </w:r>
          </w:p>
        </w:tc>
        <w:tc>
          <w:tcPr>
            <w:tcW w:type="dxa" w:w="1215"/>
          </w:tcPr>
          <w:p>
            <w:pPr>
              <w:spacing w:after="0"/>
              <w:jc w:val="left"/>
            </w:pPr>
            <w:r>
              <w:rPr>
                <w:sz w:val="16"/>
              </w:rPr>
              <w:t>Heat</w:t>
            </w:r>
          </w:p>
        </w:tc>
        <w:tc>
          <w:tcPr>
            <w:tcW w:type="dxa" w:w="1608"/>
          </w:tcPr>
          <w:p>
            <w:pPr>
              <w:spacing w:after="0"/>
              <w:jc w:val="left"/>
            </w:pPr>
          </w:p>
        </w:tc>
        <w:tc>
          <w:tcPr>
            <w:tcW w:type="dxa" w:w="3567"/>
          </w:tcPr>
          <w:p>
            <w:pPr>
              <w:spacing w:after="0"/>
              <w:jc w:val="left"/>
            </w:pPr>
            <w:r>
              <w:rPr>
                <w:sz w:val="16"/>
              </w:rPr>
              <w:t>damage not reported</w:t>
            </w:r>
          </w:p>
        </w:tc>
        <w:tc>
          <w:tcPr>
            <w:tcW w:type="dxa" w:w="957"/>
          </w:tcPr>
          <w:p>
            <w:pPr>
              <w:spacing w:after="0"/>
              <w:jc w:val="right"/>
            </w:pPr>
            <w:r>
              <w:rPr>
                <w:sz w:val="16"/>
              </w:rPr>
              <w:t>1, 0</w:t>
            </w:r>
          </w:p>
        </w:tc>
        <w:tc>
          <w:tcPr>
            <w:tcW w:type="dxa" w:w="2724"/>
          </w:tcPr>
          <w:p>
            <w:pPr>
              <w:spacing w:after="0"/>
              <w:jc w:val="left"/>
            </w:pPr>
            <w:r>
              <w:rPr>
                <w:sz w:val="16"/>
              </w:rPr>
              <w:t>NWS zone ILZ091 (HARDIN), zone-level</w:t>
            </w:r>
          </w:p>
        </w:tc>
        <w:tc>
          <w:tcPr>
            <w:tcW w:type="dxa" w:w="3005"/>
          </w:tcPr>
          <w:p>
            <w:pPr>
              <w:spacing w:after="0"/>
              <w:jc w:val="left"/>
            </w:pPr>
            <w:r>
              <w:rPr>
                <w:sz w:val="16"/>
              </w:rPr>
              <w:t>deaths or injuries recorded</w:t>
            </w:r>
          </w:p>
        </w:tc>
      </w:tr>
      <w:tr>
        <w:trPr>
          <w:cantSplit/>
        </w:trPr>
        <w:tc>
          <w:tcPr>
            <w:tcW w:type="dxa" w:w="1037"/>
          </w:tcPr>
          <w:p>
            <w:pPr>
              <w:spacing w:after="0"/>
              <w:jc w:val="left"/>
            </w:pPr>
            <w:r>
              <w:rPr>
                <w:sz w:val="16"/>
              </w:rPr>
              <w:t>1990-09-07</w:t>
            </w:r>
          </w:p>
        </w:tc>
        <w:tc>
          <w:tcPr>
            <w:tcW w:type="dxa" w:w="1215"/>
          </w:tcPr>
          <w:p>
            <w:pPr>
              <w:spacing w:after="0"/>
              <w:jc w:val="left"/>
            </w:pPr>
            <w:r>
              <w:rPr>
                <w:sz w:val="16"/>
              </w:rPr>
              <w:t>Tornado</w:t>
            </w:r>
          </w:p>
        </w:tc>
        <w:tc>
          <w:tcPr>
            <w:tcW w:type="dxa" w:w="1608"/>
          </w:tcPr>
          <w:p>
            <w:pPr>
              <w:spacing w:after="0"/>
              <w:jc w:val="left"/>
            </w:pPr>
            <w:r>
              <w:rPr>
                <w:sz w:val="16"/>
              </w:rPr>
              <w:t>F1, 3 mi path length (whole path, pre-1996), 50 yd wide</w:t>
            </w:r>
          </w:p>
        </w:tc>
        <w:tc>
          <w:tcPr>
            <w:tcW w:type="dxa" w:w="3567"/>
          </w:tcPr>
          <w:p>
            <w:pPr>
              <w:spacing w:after="0"/>
              <w:jc w:val="left"/>
            </w:pPr>
            <w:r>
              <w:rPr>
                <w:sz w:val="16"/>
              </w:rPr>
              <w:t>$25,000 property; crops not recorded (1990 dollars)</w:t>
            </w:r>
          </w:p>
        </w:tc>
        <w:tc>
          <w:tcPr>
            <w:tcW w:type="dxa" w:w="957"/>
          </w:tcPr>
          <w:p>
            <w:pPr>
              <w:spacing w:after="0"/>
              <w:jc w:val="right"/>
            </w:pPr>
            <w:r>
              <w:rPr>
                <w:sz w:val="16"/>
              </w:rPr>
              <w:t>0, 0</w:t>
            </w:r>
          </w:p>
        </w:tc>
        <w:tc>
          <w:tcPr>
            <w:tcW w:type="dxa" w:w="2724"/>
          </w:tcPr>
          <w:p>
            <w:pPr>
              <w:spacing w:after="0"/>
              <w:jc w:val="left"/>
            </w:pPr>
            <w:r>
              <w:rPr>
                <w:sz w:val="16"/>
              </w:rPr>
              <w:t>location not recorded</w:t>
            </w:r>
          </w:p>
        </w:tc>
        <w:tc>
          <w:tcPr>
            <w:tcW w:type="dxa" w:w="300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1.05</w:t>
            </w:r>
          </w:p>
        </w:tc>
        <w:tc>
          <w:tcPr>
            <w:tcW w:type="dxa" w:w="1335"/>
          </w:tcPr>
          <w:p>
            <w:pPr>
              <w:spacing w:after="0"/>
              <w:jc w:val="left"/>
            </w:pPr>
            <w:r>
              <w:rPr>
                <w:sz w:val="16"/>
              </w:rPr>
              <w:t>event-days per year</w:t>
            </w:r>
          </w:p>
        </w:tc>
        <w:tc>
          <w:tcPr>
            <w:tcW w:type="dxa" w:w="1715"/>
          </w:tcPr>
          <w:p>
            <w:pPr>
              <w:spacing w:after="0"/>
              <w:jc w:val="left"/>
            </w:pPr>
            <w:r>
              <w:rPr>
                <w:sz w:val="16"/>
              </w:rPr>
              <w:t>about 1.05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15 of 30 years, 1996 to 2025 (50%)</w:t>
            </w:r>
          </w:p>
        </w:tc>
        <w:tc>
          <w:tcPr>
            <w:tcW w:type="dxa" w:w="1571"/>
          </w:tcPr>
          <w:p>
            <w:pPr>
              <w:spacing w:after="0"/>
              <w:jc w:val="right"/>
            </w:pPr>
            <w:r>
              <w:rPr>
                <w:sz w:val="16"/>
              </w:rPr>
              <w:t>20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5.51</w:t>
            </w:r>
          </w:p>
        </w:tc>
        <w:tc>
          <w:tcPr>
            <w:tcW w:type="dxa" w:w="1335"/>
          </w:tcPr>
          <w:p>
            <w:pPr>
              <w:spacing w:after="0"/>
              <w:jc w:val="left"/>
            </w:pPr>
            <w:r>
              <w:rPr>
                <w:sz w:val="16"/>
              </w:rPr>
              <w:t>event-days per year</w:t>
            </w:r>
          </w:p>
        </w:tc>
        <w:tc>
          <w:tcPr>
            <w:tcW w:type="dxa" w:w="1715"/>
          </w:tcPr>
          <w:p>
            <w:pPr>
              <w:spacing w:after="0"/>
              <w:jc w:val="left"/>
            </w:pPr>
            <w:r>
              <w:rPr>
                <w:sz w:val="16"/>
              </w:rPr>
              <w:t>about 5.51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168</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0.00736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0.736%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3.08</w:t>
            </w:r>
          </w:p>
        </w:tc>
        <w:tc>
          <w:tcPr>
            <w:tcW w:type="dxa" w:w="1335"/>
          </w:tcPr>
          <w:p>
            <w:pPr>
              <w:spacing w:after="0"/>
              <w:jc w:val="left"/>
            </w:pPr>
            <w:r>
              <w:rPr>
                <w:sz w:val="16"/>
              </w:rPr>
              <w:t>events per year</w:t>
            </w:r>
          </w:p>
        </w:tc>
        <w:tc>
          <w:tcPr>
            <w:tcW w:type="dxa" w:w="1715"/>
          </w:tcPr>
          <w:p>
            <w:pPr>
              <w:spacing w:after="0"/>
              <w:jc w:val="left"/>
            </w:pPr>
            <w:r>
              <w:rPr>
                <w:sz w:val="16"/>
              </w:rPr>
              <w:t>about 3.08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116.9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9.47</w:t>
            </w:r>
          </w:p>
        </w:tc>
        <w:tc>
          <w:tcPr>
            <w:tcW w:type="dxa" w:w="1335"/>
          </w:tcPr>
          <w:p>
            <w:pPr>
              <w:spacing w:after="0"/>
              <w:jc w:val="left"/>
            </w:pPr>
            <w:r>
              <w:rPr>
                <w:sz w:val="16"/>
              </w:rPr>
              <w:t>event-days per year</w:t>
            </w:r>
          </w:p>
        </w:tc>
        <w:tc>
          <w:tcPr>
            <w:tcW w:type="dxa" w:w="1715"/>
          </w:tcPr>
          <w:p>
            <w:pPr>
              <w:spacing w:after="0"/>
              <w:jc w:val="left"/>
            </w:pPr>
            <w:r>
              <w:rPr>
                <w:sz w:val="16"/>
              </w:rPr>
              <w:t>about 9.47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128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0.0205</w:t>
            </w:r>
          </w:p>
        </w:tc>
        <w:tc>
          <w:tcPr>
            <w:tcW w:type="dxa" w:w="1335"/>
          </w:tcPr>
          <w:p>
            <w:pPr>
              <w:spacing w:after="0"/>
              <w:jc w:val="left"/>
            </w:pPr>
            <w:r>
              <w:rPr>
                <w:sz w:val="16"/>
              </w:rPr>
              <w:t>events per year</w:t>
            </w:r>
          </w:p>
        </w:tc>
        <w:tc>
          <w:tcPr>
            <w:tcW w:type="dxa" w:w="1715"/>
          </w:tcPr>
          <w:p>
            <w:pPr>
              <w:spacing w:after="0"/>
              <w:jc w:val="left"/>
            </w:pPr>
            <w:r>
              <w:rPr>
                <w:sz w:val="16"/>
              </w:rPr>
              <w:t>about 1 in 49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1.01</w:t>
            </w:r>
          </w:p>
        </w:tc>
        <w:tc>
          <w:tcPr>
            <w:tcW w:type="dxa" w:w="1335"/>
          </w:tcPr>
          <w:p>
            <w:pPr>
              <w:spacing w:after="0"/>
              <w:jc w:val="left"/>
            </w:pPr>
            <w:r>
              <w:rPr>
                <w:sz w:val="16"/>
              </w:rPr>
              <w:t>event-days per year</w:t>
            </w:r>
          </w:p>
        </w:tc>
        <w:tc>
          <w:tcPr>
            <w:tcW w:type="dxa" w:w="1715"/>
          </w:tcPr>
          <w:p>
            <w:pPr>
              <w:spacing w:after="0"/>
              <w:jc w:val="left"/>
            </w:pPr>
            <w:r>
              <w:rPr>
                <w:sz w:val="16"/>
              </w:rPr>
              <w:t>about 1.01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68</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1.86</w:t>
            </w:r>
          </w:p>
        </w:tc>
        <w:tc>
          <w:tcPr>
            <w:tcW w:type="dxa" w:w="1335"/>
          </w:tcPr>
          <w:p>
            <w:pPr>
              <w:spacing w:after="0"/>
              <w:jc w:val="left"/>
            </w:pPr>
            <w:r>
              <w:rPr>
                <w:sz w:val="16"/>
              </w:rPr>
              <w:t>event-days per year</w:t>
            </w:r>
          </w:p>
        </w:tc>
        <w:tc>
          <w:tcPr>
            <w:tcW w:type="dxa" w:w="1715"/>
          </w:tcPr>
          <w:p>
            <w:pPr>
              <w:spacing w:after="0"/>
              <w:jc w:val="left"/>
            </w:pPr>
            <w:r>
              <w:rPr>
                <w:sz w:val="16"/>
              </w:rPr>
              <w:t>about 1.86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52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0.731</w:t>
            </w:r>
          </w:p>
        </w:tc>
        <w:tc>
          <w:tcPr>
            <w:tcW w:type="dxa" w:w="1335"/>
          </w:tcPr>
          <w:p>
            <w:pPr>
              <w:spacing w:after="0"/>
              <w:jc w:val="left"/>
            </w:pPr>
            <w:r>
              <w:rPr>
                <w:sz w:val="16"/>
              </w:rPr>
              <w:t>events per year (modeled)</w:t>
            </w:r>
          </w:p>
        </w:tc>
        <w:tc>
          <w:tcPr>
            <w:tcW w:type="dxa" w:w="1715"/>
          </w:tcPr>
          <w:p>
            <w:pPr>
              <w:spacing w:after="0"/>
              <w:jc w:val="left"/>
            </w:pPr>
            <w:r>
              <w:rPr>
                <w:sz w:val="16"/>
              </w:rPr>
              <w:t>about 0.73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53.5</w:t>
            </w:r>
          </w:p>
        </w:tc>
        <w:tc>
          <w:tcPr>
            <w:tcW w:type="dxa" w:w="1335"/>
          </w:tcPr>
          <w:p>
            <w:pPr>
              <w:spacing w:after="0"/>
              <w:jc w:val="left"/>
            </w:pPr>
            <w:r>
              <w:rPr>
                <w:sz w:val="16"/>
              </w:rPr>
              <w:t>days per year with a strike</w:t>
            </w:r>
          </w:p>
        </w:tc>
        <w:tc>
          <w:tcPr>
            <w:tcW w:type="dxa" w:w="1715"/>
          </w:tcPr>
          <w:p>
            <w:pPr>
              <w:spacing w:after="0"/>
              <w:jc w:val="left"/>
            </w:pPr>
            <w:r>
              <w:rPr>
                <w:sz w:val="16"/>
              </w:rPr>
              <w:t>about 53.5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4.23</w:t>
            </w:r>
          </w:p>
        </w:tc>
        <w:tc>
          <w:tcPr>
            <w:tcW w:type="dxa" w:w="1335"/>
          </w:tcPr>
          <w:p>
            <w:pPr>
              <w:spacing w:after="0"/>
              <w:jc w:val="left"/>
            </w:pPr>
            <w:r>
              <w:rPr>
                <w:sz w:val="16"/>
              </w:rPr>
              <w:t>events per year</w:t>
            </w:r>
          </w:p>
        </w:tc>
        <w:tc>
          <w:tcPr>
            <w:tcW w:type="dxa" w:w="1715"/>
          </w:tcPr>
          <w:p>
            <w:pPr>
              <w:spacing w:after="0"/>
              <w:jc w:val="left"/>
            </w:pPr>
            <w:r>
              <w:rPr>
                <w:sz w:val="16"/>
              </w:rPr>
              <w:t>about 4.23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161</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0.153</w:t>
            </w:r>
          </w:p>
        </w:tc>
        <w:tc>
          <w:tcPr>
            <w:tcW w:type="dxa" w:w="1335"/>
          </w:tcPr>
          <w:p>
            <w:pPr>
              <w:spacing w:after="0"/>
              <w:jc w:val="left"/>
            </w:pPr>
            <w:r>
              <w:rPr>
                <w:sz w:val="16"/>
              </w:rPr>
              <w:t>events per year</w:t>
            </w:r>
          </w:p>
        </w:tc>
        <w:tc>
          <w:tcPr>
            <w:tcW w:type="dxa" w:w="1715"/>
          </w:tcPr>
          <w:p>
            <w:pPr>
              <w:spacing w:after="0"/>
              <w:jc w:val="left"/>
            </w:pPr>
            <w:r>
              <w:rPr>
                <w:sz w:val="16"/>
              </w:rPr>
              <w:t>about 1 in 7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0.000428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0.0428%</w:t>
            </w:r>
          </w:p>
        </w:tc>
        <w:tc>
          <w:tcPr>
            <w:tcW w:type="dxa" w:w="1037"/>
          </w:tcPr>
          <w:p>
            <w:pPr>
              <w:spacing w:after="0"/>
              <w:jc w:val="left"/>
            </w:pPr>
            <w:r>
              <w:rPr>
                <w:sz w:val="16"/>
              </w:rPr>
              <w:t>Possible</w:t>
            </w:r>
          </w:p>
        </w:tc>
        <w:tc>
          <w:tcPr>
            <w:tcW w:type="dxa" w:w="1315"/>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7</w:t>
            </w:r>
          </w:p>
        </w:tc>
        <w:tc>
          <w:tcPr>
            <w:tcW w:type="dxa" w:w="1335"/>
          </w:tcPr>
          <w:p>
            <w:pPr>
              <w:spacing w:after="0"/>
              <w:jc w:val="left"/>
            </w:pPr>
            <w:r>
              <w:rPr>
                <w:sz w:val="16"/>
              </w:rPr>
              <w:t>event-days per year</w:t>
            </w:r>
          </w:p>
        </w:tc>
        <w:tc>
          <w:tcPr>
            <w:tcW w:type="dxa" w:w="1715"/>
          </w:tcPr>
          <w:p>
            <w:pPr>
              <w:spacing w:after="0"/>
              <w:jc w:val="left"/>
            </w:pPr>
            <w:r>
              <w:rPr>
                <w:sz w:val="16"/>
              </w:rPr>
              <w:t>about 7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28 of 30 years, 1996 to 2025 (93.3%)</w:t>
            </w:r>
          </w:p>
        </w:tc>
        <w:tc>
          <w:tcPr>
            <w:tcW w:type="dxa" w:w="1571"/>
          </w:tcPr>
          <w:p>
            <w:pPr>
              <w:spacing w:after="0"/>
              <w:jc w:val="right"/>
            </w:pPr>
            <w:r>
              <w:rPr>
                <w:sz w:val="16"/>
              </w:rPr>
              <w:t>133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68.3</w:t>
            </w:r>
          </w:p>
        </w:tc>
        <w:tc>
          <w:tcPr>
            <w:tcW w:type="dxa" w:w="1679"/>
          </w:tcPr>
          <w:p>
            <w:pPr>
              <w:spacing w:after="0"/>
              <w:jc w:val="right"/>
            </w:pPr>
            <w:r>
              <w:rPr>
                <w:sz w:val="16"/>
              </w:rPr>
              <w:t>69.4</w:t>
            </w:r>
          </w:p>
        </w:tc>
        <w:tc>
          <w:tcPr>
            <w:tcW w:type="dxa" w:w="1601"/>
          </w:tcPr>
          <w:p>
            <w:pPr>
              <w:spacing w:after="0"/>
              <w:jc w:val="right"/>
            </w:pPr>
            <w:r>
              <w:rPr>
                <w:sz w:val="16"/>
              </w:rPr>
              <w:t>70.6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92.4</w:t>
            </w:r>
          </w:p>
        </w:tc>
        <w:tc>
          <w:tcPr>
            <w:tcW w:type="dxa" w:w="1679"/>
          </w:tcPr>
          <w:p>
            <w:pPr>
              <w:spacing w:after="0"/>
              <w:jc w:val="right"/>
            </w:pPr>
            <w:r>
              <w:rPr>
                <w:sz w:val="16"/>
              </w:rPr>
              <w:t>94.0</w:t>
            </w:r>
          </w:p>
        </w:tc>
        <w:tc>
          <w:tcPr>
            <w:tcW w:type="dxa" w:w="1601"/>
          </w:tcPr>
          <w:p>
            <w:pPr>
              <w:spacing w:after="0"/>
              <w:jc w:val="right"/>
            </w:pPr>
            <w:r>
              <w:rPr>
                <w:sz w:val="16"/>
              </w:rPr>
              <w:t>95.6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84.0</w:t>
            </w:r>
          </w:p>
        </w:tc>
        <w:tc>
          <w:tcPr>
            <w:tcW w:type="dxa" w:w="1679"/>
          </w:tcPr>
          <w:p>
            <w:pPr>
              <w:spacing w:after="0"/>
              <w:jc w:val="right"/>
            </w:pPr>
            <w:r>
              <w:rPr>
                <w:sz w:val="16"/>
              </w:rPr>
              <w:t>84.4</w:t>
            </w:r>
          </w:p>
        </w:tc>
        <w:tc>
          <w:tcPr>
            <w:tcW w:type="dxa" w:w="1601"/>
          </w:tcPr>
          <w:p>
            <w:pPr>
              <w:spacing w:after="0"/>
              <w:jc w:val="right"/>
            </w:pPr>
            <w:r>
              <w:rPr>
                <w:sz w:val="16"/>
              </w:rPr>
              <w:t>84.7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72.2</w:t>
            </w:r>
          </w:p>
        </w:tc>
        <w:tc>
          <w:tcPr>
            <w:tcW w:type="dxa" w:w="1679"/>
          </w:tcPr>
          <w:p>
            <w:pPr>
              <w:spacing w:after="0"/>
              <w:jc w:val="right"/>
            </w:pPr>
            <w:r>
              <w:rPr>
                <w:sz w:val="16"/>
              </w:rPr>
              <w:t>75.3</w:t>
            </w:r>
          </w:p>
        </w:tc>
        <w:tc>
          <w:tcPr>
            <w:tcW w:type="dxa" w:w="1601"/>
          </w:tcPr>
          <w:p>
            <w:pPr>
              <w:spacing w:after="0"/>
              <w:jc w:val="right"/>
            </w:pPr>
            <w:r>
              <w:rPr>
                <w:sz w:val="16"/>
              </w:rPr>
              <w:t>78.4</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75.3</w:t>
            </w:r>
          </w:p>
        </w:tc>
        <w:tc>
          <w:tcPr>
            <w:tcW w:type="dxa" w:w="1679"/>
          </w:tcPr>
          <w:p>
            <w:pPr>
              <w:spacing w:after="0"/>
              <w:jc w:val="right"/>
            </w:pPr>
            <w:r>
              <w:rPr>
                <w:sz w:val="16"/>
              </w:rPr>
              <w:t>76.1</w:t>
            </w:r>
          </w:p>
        </w:tc>
        <w:tc>
          <w:tcPr>
            <w:tcW w:type="dxa" w:w="1601"/>
          </w:tcPr>
          <w:p>
            <w:pPr>
              <w:spacing w:after="0"/>
              <w:jc w:val="right"/>
            </w:pPr>
            <w:r>
              <w:rPr>
                <w:sz w:val="16"/>
              </w:rPr>
              <w:t>76.9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46.1</w:t>
            </w:r>
          </w:p>
        </w:tc>
        <w:tc>
          <w:tcPr>
            <w:tcW w:type="dxa" w:w="1679"/>
          </w:tcPr>
          <w:p>
            <w:pPr>
              <w:spacing w:after="0"/>
              <w:jc w:val="right"/>
            </w:pPr>
            <w:r>
              <w:rPr>
                <w:sz w:val="16"/>
              </w:rPr>
              <w:t>47.2</w:t>
            </w:r>
          </w:p>
        </w:tc>
        <w:tc>
          <w:tcPr>
            <w:tcW w:type="dxa" w:w="1601"/>
          </w:tcPr>
          <w:p>
            <w:pPr>
              <w:spacing w:after="0"/>
              <w:jc w:val="right"/>
            </w:pPr>
            <w:r>
              <w:rPr>
                <w:sz w:val="16"/>
              </w:rPr>
              <w:t>48.4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86.1</w:t>
            </w:r>
          </w:p>
        </w:tc>
        <w:tc>
          <w:tcPr>
            <w:tcW w:type="dxa" w:w="1679"/>
          </w:tcPr>
          <w:p>
            <w:pPr>
              <w:spacing w:after="0"/>
              <w:jc w:val="right"/>
            </w:pPr>
            <w:r>
              <w:rPr>
                <w:sz w:val="16"/>
              </w:rPr>
              <w:t>88.4</w:t>
            </w:r>
          </w:p>
        </w:tc>
        <w:tc>
          <w:tcPr>
            <w:tcW w:type="dxa" w:w="1601"/>
          </w:tcPr>
          <w:p>
            <w:pPr>
              <w:spacing w:after="0"/>
              <w:jc w:val="right"/>
            </w:pPr>
            <w:r>
              <w:rPr>
                <w:sz w:val="16"/>
              </w:rPr>
              <w:t>90.7</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58.5</w:t>
            </w:r>
          </w:p>
        </w:tc>
        <w:tc>
          <w:tcPr>
            <w:tcW w:type="dxa" w:w="1679"/>
          </w:tcPr>
          <w:p>
            <w:pPr>
              <w:spacing w:after="0"/>
              <w:jc w:val="right"/>
            </w:pPr>
            <w:r>
              <w:rPr>
                <w:sz w:val="16"/>
              </w:rPr>
              <w:t>72.3</w:t>
            </w:r>
          </w:p>
        </w:tc>
        <w:tc>
          <w:tcPr>
            <w:tcW w:type="dxa" w:w="1601"/>
          </w:tcPr>
          <w:p>
            <w:pPr>
              <w:spacing w:after="0"/>
              <w:jc w:val="right"/>
            </w:pPr>
            <w:r>
              <w:rPr>
                <w:sz w:val="16"/>
              </w:rPr>
              <w:t>86.2</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79.5</w:t>
            </w:r>
          </w:p>
        </w:tc>
        <w:tc>
          <w:tcPr>
            <w:tcW w:type="dxa" w:w="1679"/>
          </w:tcPr>
          <w:p>
            <w:pPr>
              <w:spacing w:after="0"/>
              <w:jc w:val="right"/>
            </w:pPr>
            <w:r>
              <w:rPr>
                <w:sz w:val="16"/>
              </w:rPr>
              <w:t>83.6</w:t>
            </w:r>
          </w:p>
        </w:tc>
        <w:tc>
          <w:tcPr>
            <w:tcW w:type="dxa" w:w="1601"/>
          </w:tcPr>
          <w:p>
            <w:pPr>
              <w:spacing w:after="0"/>
              <w:jc w:val="right"/>
            </w:pPr>
            <w:r>
              <w:rPr>
                <w:sz w:val="16"/>
              </w:rPr>
              <w:t>87.8</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79.8</w:t>
            </w:r>
          </w:p>
        </w:tc>
        <w:tc>
          <w:tcPr>
            <w:tcW w:type="dxa" w:w="1679"/>
          </w:tcPr>
          <w:p>
            <w:pPr>
              <w:spacing w:after="0"/>
              <w:jc w:val="right"/>
            </w:pPr>
            <w:r>
              <w:rPr>
                <w:sz w:val="16"/>
              </w:rPr>
              <w:t>80.7</w:t>
            </w:r>
          </w:p>
        </w:tc>
        <w:tc>
          <w:tcPr>
            <w:tcW w:type="dxa" w:w="1601"/>
          </w:tcPr>
          <w:p>
            <w:pPr>
              <w:spacing w:after="0"/>
              <w:jc w:val="right"/>
            </w:pPr>
            <w:r>
              <w:rPr>
                <w:sz w:val="16"/>
              </w:rPr>
              <w:t>81.7</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95.8</w:t>
            </w:r>
          </w:p>
        </w:tc>
        <w:tc>
          <w:tcPr>
            <w:tcW w:type="dxa" w:w="1679"/>
          </w:tcPr>
          <w:p>
            <w:pPr>
              <w:spacing w:after="0"/>
              <w:jc w:val="right"/>
            </w:pPr>
            <w:r>
              <w:rPr>
                <w:sz w:val="16"/>
              </w:rPr>
              <w:t>96.9</w:t>
            </w:r>
          </w:p>
        </w:tc>
        <w:tc>
          <w:tcPr>
            <w:tcW w:type="dxa" w:w="1601"/>
          </w:tcPr>
          <w:p>
            <w:pPr>
              <w:spacing w:after="0"/>
              <w:jc w:val="right"/>
            </w:pPr>
            <w:r>
              <w:rPr>
                <w:sz w:val="16"/>
              </w:rPr>
              <w:t>97.9</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81.1</w:t>
            </w:r>
          </w:p>
        </w:tc>
        <w:tc>
          <w:tcPr>
            <w:tcW w:type="dxa" w:w="1679"/>
          </w:tcPr>
          <w:p>
            <w:pPr>
              <w:spacing w:after="0"/>
              <w:jc w:val="right"/>
            </w:pPr>
            <w:r>
              <w:rPr>
                <w:sz w:val="16"/>
              </w:rPr>
              <w:t>83.6</w:t>
            </w:r>
          </w:p>
        </w:tc>
        <w:tc>
          <w:tcPr>
            <w:tcW w:type="dxa" w:w="1601"/>
          </w:tcPr>
          <w:p>
            <w:pPr>
              <w:spacing w:after="0"/>
              <w:jc w:val="right"/>
            </w:pPr>
            <w:r>
              <w:rPr>
                <w:sz w:val="16"/>
              </w:rPr>
              <w:t>86.2</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65.4</w:t>
            </w:r>
          </w:p>
        </w:tc>
        <w:tc>
          <w:tcPr>
            <w:tcW w:type="dxa" w:w="1679"/>
          </w:tcPr>
          <w:p>
            <w:pPr>
              <w:spacing w:after="0"/>
              <w:jc w:val="right"/>
            </w:pPr>
            <w:r>
              <w:rPr>
                <w:sz w:val="16"/>
              </w:rPr>
              <w:t>65.8</w:t>
            </w:r>
          </w:p>
        </w:tc>
        <w:tc>
          <w:tcPr>
            <w:tcW w:type="dxa" w:w="1601"/>
          </w:tcPr>
          <w:p>
            <w:pPr>
              <w:spacing w:after="0"/>
              <w:jc w:val="right"/>
            </w:pPr>
            <w:r>
              <w:rPr>
                <w:sz w:val="16"/>
              </w:rPr>
              <w:t>66.3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80.9</w:t>
            </w:r>
          </w:p>
        </w:tc>
        <w:tc>
          <w:tcPr>
            <w:tcW w:type="dxa" w:w="1679"/>
          </w:tcPr>
          <w:p>
            <w:pPr>
              <w:spacing w:after="0"/>
              <w:jc w:val="right"/>
            </w:pPr>
            <w:r>
              <w:rPr>
                <w:sz w:val="16"/>
              </w:rPr>
              <w:t>84.2</w:t>
            </w:r>
          </w:p>
        </w:tc>
        <w:tc>
          <w:tcPr>
            <w:tcW w:type="dxa" w:w="1601"/>
          </w:tcPr>
          <w:p>
            <w:pPr>
              <w:spacing w:after="0"/>
              <w:jc w:val="right"/>
            </w:pPr>
            <w:r>
              <w:rPr>
                <w:sz w:val="16"/>
              </w:rPr>
              <w:t>87.5</w:t>
            </w:r>
          </w:p>
        </w:tc>
        <w:tc>
          <w:tcPr>
            <w:tcW w:type="dxa" w:w="49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251"/>
        <w:gridCol w:w="897"/>
        <w:gridCol w:w="3085"/>
        <w:gridCol w:w="2460"/>
        <w:gridCol w:w="2543"/>
        <w:gridCol w:w="2876"/>
      </w:tblGrid>
      <w:tr>
        <w:trPr>
          <w:cantSplit/>
          <w:tblHeader/>
        </w:trPr>
        <w:tc>
          <w:tcPr>
            <w:tcW w:type="dxa" w:w="2251"/>
            <w:shd w:val="clear" w:color="auto" w:fill="E8E8E8"/>
          </w:tcPr>
          <w:p>
            <w:pPr>
              <w:spacing w:after="0"/>
              <w:jc w:val="left"/>
            </w:pPr>
            <w:r>
              <w:rPr>
                <w:b/>
                <w:sz w:val="16"/>
              </w:rPr>
              <w:t>Jurisdiction</w:t>
            </w:r>
          </w:p>
        </w:tc>
        <w:tc>
          <w:tcPr>
            <w:tcW w:type="dxa" w:w="897"/>
            <w:shd w:val="clear" w:color="auto" w:fill="E8E8E8"/>
          </w:tcPr>
          <w:p>
            <w:pPr>
              <w:spacing w:after="0"/>
              <w:jc w:val="left"/>
            </w:pPr>
            <w:r>
              <w:rPr>
                <w:b/>
                <w:sz w:val="16"/>
              </w:rPr>
              <w:t>Type</w:t>
            </w:r>
          </w:p>
        </w:tc>
        <w:tc>
          <w:tcPr>
            <w:tcW w:type="dxa" w:w="3085"/>
            <w:shd w:val="clear" w:color="auto" w:fill="E8E8E8"/>
          </w:tcPr>
          <w:p>
            <w:pPr>
              <w:spacing w:after="0"/>
              <w:jc w:val="left"/>
            </w:pPr>
            <w:r>
              <w:rPr>
                <w:b/>
                <w:sz w:val="16"/>
              </w:rPr>
              <w:t>Plan status</w:t>
            </w:r>
          </w:p>
        </w:tc>
        <w:tc>
          <w:tcPr>
            <w:tcW w:type="dxa" w:w="24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251"/>
          </w:tcPr>
          <w:p>
            <w:pPr>
              <w:spacing w:after="0"/>
              <w:jc w:val="left"/>
            </w:pPr>
            <w:r>
              <w:rPr>
                <w:sz w:val="16"/>
              </w:rPr>
              <w:t>Hardin County</w:t>
            </w:r>
          </w:p>
        </w:tc>
        <w:tc>
          <w:tcPr>
            <w:tcW w:type="dxa" w:w="897"/>
          </w:tcPr>
          <w:p>
            <w:pPr>
              <w:spacing w:after="0"/>
              <w:jc w:val="left"/>
            </w:pPr>
            <w:r>
              <w:rPr>
                <w:sz w:val="16"/>
              </w:rPr>
              <w:t>County</w:t>
            </w:r>
          </w:p>
        </w:tc>
        <w:tc>
          <w:tcPr>
            <w:tcW w:type="dxa" w:w="3085"/>
          </w:tcPr>
          <w:p>
            <w:pPr>
              <w:spacing w:after="0"/>
              <w:jc w:val="left"/>
            </w:pPr>
            <w:r>
              <w:rPr>
                <w:sz w:val="16"/>
              </w:rPr>
              <w:t>Approved, expires 2030-04-13</w:t>
            </w:r>
          </w:p>
        </w:tc>
        <w:tc>
          <w:tcPr>
            <w:tcW w:type="dxa" w:w="2460"/>
          </w:tcPr>
          <w:p>
            <w:pPr>
              <w:spacing w:after="0"/>
              <w:jc w:val="right"/>
            </w:pPr>
            <w:r>
              <w:rPr>
                <w:sz w:val="16"/>
              </w:rPr>
              <w:t>FMA RL 0, SRL 0; any 0</w:t>
            </w:r>
          </w:p>
        </w:tc>
        <w:tc>
          <w:tcPr>
            <w:tcW w:type="dxa" w:w="2543"/>
          </w:tcPr>
          <w:p>
            <w:pPr>
              <w:spacing w:after="0"/>
              <w:jc w:val="right"/>
            </w:pPr>
            <w:r>
              <w:rPr>
                <w:sz w:val="16"/>
              </w:rPr>
              <w:t>$4,412.42</w:t>
            </w:r>
          </w:p>
        </w:tc>
        <w:tc>
          <w:tcPr>
            <w:tcW w:type="dxa" w:w="2876"/>
          </w:tcPr>
          <w:p>
            <w:pPr>
              <w:spacing w:after="0"/>
              <w:jc w:val="right"/>
            </w:pPr>
            <w:r>
              <w:rPr>
                <w:sz w:val="16"/>
              </w:rPr>
              <w:t>0 total; 0 since its plan</w:t>
            </w:r>
          </w:p>
        </w:tc>
      </w:tr>
      <w:tr>
        <w:trPr>
          <w:cantSplit/>
        </w:trPr>
        <w:tc>
          <w:tcPr>
            <w:tcW w:type="dxa" w:w="2251"/>
          </w:tcPr>
          <w:p>
            <w:pPr>
              <w:spacing w:after="0"/>
              <w:jc w:val="left"/>
            </w:pPr>
            <w:r>
              <w:rPr>
                <w:sz w:val="16"/>
              </w:rPr>
              <w:t>Cave-In-Rock village</w:t>
            </w:r>
          </w:p>
        </w:tc>
        <w:tc>
          <w:tcPr>
            <w:tcW w:type="dxa" w:w="897"/>
          </w:tcPr>
          <w:p>
            <w:pPr>
              <w:spacing w:after="0"/>
              <w:jc w:val="left"/>
            </w:pPr>
            <w:r>
              <w:rPr>
                <w:sz w:val="16"/>
              </w:rPr>
              <w:t>Village</w:t>
            </w:r>
          </w:p>
        </w:tc>
        <w:tc>
          <w:tcPr>
            <w:tcW w:type="dxa" w:w="3085"/>
          </w:tcPr>
          <w:p>
            <w:pPr>
              <w:spacing w:after="0"/>
              <w:jc w:val="left"/>
            </w:pPr>
            <w:r>
              <w:rPr>
                <w:sz w:val="16"/>
              </w:rPr>
              <w:t>Approved, expires 2030-04-13</w:t>
            </w:r>
          </w:p>
        </w:tc>
        <w:tc>
          <w:tcPr>
            <w:tcW w:type="dxa" w:w="2460"/>
          </w:tcPr>
          <w:p>
            <w:pPr>
              <w:spacing w:after="0"/>
              <w:jc w:val="right"/>
            </w:pPr>
            <w:r>
              <w:rPr>
                <w:sz w:val="16"/>
              </w:rPr>
              <w:t>FMA RL 0, SRL 0; any 0</w:t>
            </w:r>
          </w:p>
        </w:tc>
        <w:tc>
          <w:tcPr>
            <w:tcW w:type="dxa" w:w="2543"/>
          </w:tcPr>
          <w:p>
            <w:pPr>
              <w:spacing w:after="0"/>
              <w:jc w:val="right"/>
            </w:pPr>
            <w:r>
              <w:rPr>
                <w:sz w:val="16"/>
              </w:rPr>
              <w:t>$41,265.83</w:t>
            </w:r>
          </w:p>
        </w:tc>
        <w:tc>
          <w:tcPr>
            <w:tcW w:type="dxa" w:w="2876"/>
          </w:tcPr>
          <w:p>
            <w:pPr>
              <w:spacing w:after="0"/>
              <w:jc w:val="right"/>
            </w:pPr>
            <w:r>
              <w:rPr>
                <w:sz w:val="16"/>
              </w:rPr>
              <w:t>20 total; 0 since its plan</w:t>
            </w:r>
          </w:p>
        </w:tc>
      </w:tr>
      <w:tr>
        <w:trPr>
          <w:cantSplit/>
        </w:trPr>
        <w:tc>
          <w:tcPr>
            <w:tcW w:type="dxa" w:w="2251"/>
          </w:tcPr>
          <w:p>
            <w:pPr>
              <w:spacing w:after="0"/>
              <w:jc w:val="left"/>
            </w:pPr>
            <w:r>
              <w:rPr>
                <w:sz w:val="16"/>
              </w:rPr>
              <w:t>Elizabethtown village</w:t>
            </w:r>
          </w:p>
        </w:tc>
        <w:tc>
          <w:tcPr>
            <w:tcW w:type="dxa" w:w="897"/>
          </w:tcPr>
          <w:p>
            <w:pPr>
              <w:spacing w:after="0"/>
              <w:jc w:val="left"/>
            </w:pPr>
            <w:r>
              <w:rPr>
                <w:sz w:val="16"/>
              </w:rPr>
              <w:t>Village</w:t>
            </w:r>
          </w:p>
        </w:tc>
        <w:tc>
          <w:tcPr>
            <w:tcW w:type="dxa" w:w="3085"/>
          </w:tcPr>
          <w:p>
            <w:pPr>
              <w:spacing w:after="0"/>
              <w:jc w:val="left"/>
            </w:pPr>
            <w:r>
              <w:rPr>
                <w:sz w:val="16"/>
              </w:rPr>
              <w:t>Approved, expires 2030-04-13</w:t>
            </w:r>
          </w:p>
        </w:tc>
        <w:tc>
          <w:tcPr>
            <w:tcW w:type="dxa" w:w="2460"/>
          </w:tcPr>
          <w:p>
            <w:pPr>
              <w:spacing w:after="0"/>
              <w:jc w:val="right"/>
            </w:pPr>
            <w:r>
              <w:rPr>
                <w:sz w:val="16"/>
              </w:rPr>
              <w:t>FMA RL 0, SRL 0; any 2</w:t>
            </w:r>
          </w:p>
        </w:tc>
        <w:tc>
          <w:tcPr>
            <w:tcW w:type="dxa" w:w="2543"/>
          </w:tcPr>
          <w:p>
            <w:pPr>
              <w:spacing w:after="0"/>
              <w:jc w:val="right"/>
            </w:pPr>
            <w:r>
              <w:rPr>
                <w:sz w:val="16"/>
              </w:rPr>
              <w:t>$69,280.40</w:t>
            </w:r>
          </w:p>
        </w:tc>
        <w:tc>
          <w:tcPr>
            <w:tcW w:type="dxa" w:w="2876"/>
          </w:tcPr>
          <w:p>
            <w:pPr>
              <w:spacing w:after="0"/>
              <w:jc w:val="right"/>
            </w:pPr>
            <w:r>
              <w:rPr>
                <w:sz w:val="16"/>
              </w:rPr>
              <w:t>29 total; 1 since its plan</w:t>
            </w:r>
          </w:p>
        </w:tc>
      </w:tr>
      <w:tr>
        <w:trPr>
          <w:cantSplit/>
        </w:trPr>
        <w:tc>
          <w:tcPr>
            <w:tcW w:type="dxa" w:w="2251"/>
          </w:tcPr>
          <w:p>
            <w:pPr>
              <w:spacing w:after="0"/>
              <w:jc w:val="left"/>
            </w:pPr>
            <w:r>
              <w:rPr>
                <w:sz w:val="16"/>
              </w:rPr>
              <w:t>Rosiclare city</w:t>
            </w:r>
          </w:p>
        </w:tc>
        <w:tc>
          <w:tcPr>
            <w:tcW w:type="dxa" w:w="897"/>
          </w:tcPr>
          <w:p>
            <w:pPr>
              <w:spacing w:after="0"/>
              <w:jc w:val="left"/>
            </w:pPr>
            <w:r>
              <w:rPr>
                <w:sz w:val="16"/>
              </w:rPr>
              <w:t>City</w:t>
            </w:r>
          </w:p>
        </w:tc>
        <w:tc>
          <w:tcPr>
            <w:tcW w:type="dxa" w:w="3085"/>
          </w:tcPr>
          <w:p>
            <w:pPr>
              <w:spacing w:after="0"/>
              <w:jc w:val="left"/>
            </w:pPr>
            <w:r>
              <w:rPr>
                <w:sz w:val="16"/>
              </w:rPr>
              <w:t>Approved, expires 2030-04-13</w:t>
            </w:r>
          </w:p>
        </w:tc>
        <w:tc>
          <w:tcPr>
            <w:tcW w:type="dxa" w:w="2460"/>
          </w:tcPr>
          <w:p>
            <w:pPr>
              <w:spacing w:after="0"/>
              <w:jc w:val="right"/>
            </w:pPr>
            <w:r>
              <w:rPr>
                <w:sz w:val="16"/>
              </w:rPr>
              <w:t>FMA RL 0, SRL 0; any 0</w:t>
            </w:r>
          </w:p>
        </w:tc>
        <w:tc>
          <w:tcPr>
            <w:tcW w:type="dxa" w:w="2543"/>
          </w:tcPr>
          <w:p>
            <w:pPr>
              <w:spacing w:after="0"/>
              <w:jc w:val="right"/>
            </w:pPr>
            <w:r>
              <w:rPr>
                <w:sz w:val="16"/>
              </w:rPr>
              <w:t>$57,323.08</w:t>
            </w:r>
          </w:p>
        </w:tc>
        <w:tc>
          <w:tcPr>
            <w:tcW w:type="dxa" w:w="2876"/>
          </w:tcPr>
          <w:p>
            <w:pPr>
              <w:spacing w:after="0"/>
              <w:jc w:val="right"/>
            </w:pPr>
            <w:r>
              <w:rPr>
                <w:sz w:val="16"/>
              </w:rPr>
              <w:t>18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$1,000,292,043</w:t>
            </w:r>
          </w:p>
        </w:tc>
        <w:tc>
          <w:tcPr>
            <w:tcW w:type="dxa" w:w="1136"/>
          </w:tcPr>
          <w:p>
            <w:pPr>
              <w:spacing w:after="0"/>
              <w:jc w:val="right"/>
            </w:pPr>
            <w:r>
              <w:rPr>
                <w:sz w:val="16"/>
              </w:rPr>
              <w:t>$36,727,553</w:t>
            </w:r>
          </w:p>
        </w:tc>
        <w:tc>
          <w:tcPr>
            <w:tcW w:type="dxa" w:w="1045"/>
          </w:tcPr>
          <w:p>
            <w:pPr>
              <w:spacing w:after="0"/>
              <w:jc w:val="right"/>
            </w:pPr>
            <w:r>
              <w:rPr>
                <w:sz w:val="16"/>
              </w:rPr>
              <w:t>3,643</w:t>
            </w:r>
          </w:p>
        </w:tc>
        <w:tc>
          <w:tcPr>
            <w:tcW w:type="dxa" w:w="1037"/>
          </w:tcPr>
          <w:p>
            <w:pPr>
              <w:spacing w:after="0"/>
              <w:jc w:val="right"/>
            </w:pPr>
            <w:r>
              <w:rPr>
                <w:sz w:val="16"/>
              </w:rPr>
              <w:t>$11</w:t>
            </w:r>
          </w:p>
        </w:tc>
        <w:tc>
          <w:tcPr>
            <w:tcW w:type="dxa" w:w="1126"/>
          </w:tcPr>
          <w:p>
            <w:pPr>
              <w:spacing w:after="0"/>
              <w:jc w:val="right"/>
            </w:pPr>
            <w:r>
              <w:rPr>
                <w:sz w:val="16"/>
              </w:rPr>
              <w:t>$19,395</w:t>
            </w:r>
          </w:p>
        </w:tc>
        <w:tc>
          <w:tcPr>
            <w:tcW w:type="dxa" w:w="995"/>
          </w:tcPr>
          <w:p>
            <w:pPr>
              <w:spacing w:after="0"/>
              <w:jc w:val="right"/>
            </w:pPr>
            <w:r>
              <w:rPr>
                <w:sz w:val="16"/>
              </w:rPr>
              <w:t>$159,482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$3,799,338</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$97,350</w:t>
            </w:r>
          </w:p>
        </w:tc>
        <w:tc>
          <w:tcPr>
            <w:tcW w:type="dxa" w:w="995"/>
          </w:tcPr>
          <w:p>
            <w:pPr>
              <w:spacing w:after="0"/>
              <w:jc w:val="right"/>
            </w:pPr>
            <w:r>
              <w:rPr>
                <w:sz w:val="16"/>
              </w:rPr>
              <w:t>n/a</w:t>
            </w:r>
          </w:p>
        </w:tc>
        <w:tc>
          <w:tcPr>
            <w:tcW w:type="dxa" w:w="1305"/>
          </w:tcPr>
          <w:p>
            <w:pPr>
              <w:spacing w:after="0"/>
              <w:jc w:val="right"/>
            </w:pPr>
            <w:r>
              <w:rPr>
                <w:sz w:val="16"/>
              </w:rPr>
              <w:t>2.56% (agriculture)</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$1,574,933,475</w:t>
            </w:r>
          </w:p>
        </w:tc>
        <w:tc>
          <w:tcPr>
            <w:tcW w:type="dxa" w:w="1136"/>
          </w:tcPr>
          <w:p>
            <w:pPr>
              <w:spacing w:after="0"/>
              <w:jc w:val="right"/>
            </w:pPr>
            <w:r>
              <w:rPr>
                <w:sz w:val="16"/>
              </w:rPr>
              <w:t>n/a</w:t>
            </w:r>
          </w:p>
        </w:tc>
        <w:tc>
          <w:tcPr>
            <w:tcW w:type="dxa" w:w="1045"/>
          </w:tcPr>
          <w:p>
            <w:pPr>
              <w:spacing w:after="0"/>
              <w:jc w:val="right"/>
            </w:pPr>
            <w:r>
              <w:rPr>
                <w:sz w:val="16"/>
              </w:rPr>
              <w:t>3,649</w:t>
            </w:r>
          </w:p>
        </w:tc>
        <w:tc>
          <w:tcPr>
            <w:tcW w:type="dxa" w:w="1037"/>
          </w:tcPr>
          <w:p>
            <w:pPr>
              <w:spacing w:after="0"/>
              <w:jc w:val="right"/>
            </w:pPr>
            <w:r>
              <w:rPr>
                <w:sz w:val="16"/>
              </w:rPr>
              <w:t>$414,834</w:t>
            </w:r>
          </w:p>
        </w:tc>
        <w:tc>
          <w:tcPr>
            <w:tcW w:type="dxa" w:w="1126"/>
          </w:tcPr>
          <w:p>
            <w:pPr>
              <w:spacing w:after="0"/>
              <w:jc w:val="right"/>
            </w:pPr>
            <w:r>
              <w:rPr>
                <w:sz w:val="16"/>
              </w:rPr>
              <w:t>n/a</w:t>
            </w:r>
          </w:p>
        </w:tc>
        <w:tc>
          <w:tcPr>
            <w:tcW w:type="dxa" w:w="995"/>
          </w:tcPr>
          <w:p>
            <w:pPr>
              <w:spacing w:after="0"/>
              <w:jc w:val="right"/>
            </w:pPr>
            <w:r>
              <w:rPr>
                <w:sz w:val="16"/>
              </w:rPr>
              <w:t>$216,104</w:t>
            </w:r>
          </w:p>
        </w:tc>
        <w:tc>
          <w:tcPr>
            <w:tcW w:type="dxa" w:w="1305"/>
          </w:tcPr>
          <w:p>
            <w:pPr>
              <w:spacing w:after="0"/>
              <w:jc w:val="right"/>
            </w:pPr>
            <w:r>
              <w:rPr>
                <w:sz w:val="16"/>
              </w:rPr>
              <w:t>0.0263%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$1,000,292,043</w:t>
            </w:r>
          </w:p>
        </w:tc>
        <w:tc>
          <w:tcPr>
            <w:tcW w:type="dxa" w:w="1136"/>
          </w:tcPr>
          <w:p>
            <w:pPr>
              <w:spacing w:after="0"/>
              <w:jc w:val="right"/>
            </w:pPr>
            <w:r>
              <w:rPr>
                <w:sz w:val="16"/>
              </w:rPr>
              <w:t>$36,727,553</w:t>
            </w:r>
          </w:p>
        </w:tc>
        <w:tc>
          <w:tcPr>
            <w:tcW w:type="dxa" w:w="1045"/>
          </w:tcPr>
          <w:p>
            <w:pPr>
              <w:spacing w:after="0"/>
              <w:jc w:val="right"/>
            </w:pPr>
            <w:r>
              <w:rPr>
                <w:sz w:val="16"/>
              </w:rPr>
              <w:t>3,643</w:t>
            </w:r>
          </w:p>
        </w:tc>
        <w:tc>
          <w:tcPr>
            <w:tcW w:type="dxa" w:w="1037"/>
          </w:tcPr>
          <w:p>
            <w:pPr>
              <w:spacing w:after="0"/>
              <w:jc w:val="right"/>
            </w:pPr>
            <w:r>
              <w:rPr>
                <w:sz w:val="16"/>
              </w:rPr>
              <w:t>$45,822</w:t>
            </w:r>
          </w:p>
        </w:tc>
        <w:tc>
          <w:tcPr>
            <w:tcW w:type="dxa" w:w="1126"/>
          </w:tcPr>
          <w:p>
            <w:pPr>
              <w:spacing w:after="0"/>
              <w:jc w:val="right"/>
            </w:pPr>
            <w:r>
              <w:rPr>
                <w:sz w:val="16"/>
              </w:rPr>
              <w:t>$949</w:t>
            </w:r>
          </w:p>
        </w:tc>
        <w:tc>
          <w:tcPr>
            <w:tcW w:type="dxa" w:w="995"/>
          </w:tcPr>
          <w:p>
            <w:pPr>
              <w:spacing w:after="0"/>
              <w:jc w:val="right"/>
            </w:pPr>
            <w:r>
              <w:rPr>
                <w:sz w:val="16"/>
              </w:rPr>
              <w:t>$1,588</w:t>
            </w:r>
          </w:p>
        </w:tc>
        <w:tc>
          <w:tcPr>
            <w:tcW w:type="dxa" w:w="1305"/>
          </w:tcPr>
          <w:p>
            <w:pPr>
              <w:spacing w:after="0"/>
              <w:jc w:val="right"/>
            </w:pPr>
            <w:r>
              <w:rPr>
                <w:sz w:val="16"/>
              </w:rPr>
              <w:t>0.00458%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$1,000,292,043</w:t>
            </w:r>
          </w:p>
        </w:tc>
        <w:tc>
          <w:tcPr>
            <w:tcW w:type="dxa" w:w="1136"/>
          </w:tcPr>
          <w:p>
            <w:pPr>
              <w:spacing w:after="0"/>
              <w:jc w:val="right"/>
            </w:pPr>
            <w:r>
              <w:rPr>
                <w:sz w:val="16"/>
              </w:rPr>
              <w:t>$36,727,553</w:t>
            </w:r>
          </w:p>
        </w:tc>
        <w:tc>
          <w:tcPr>
            <w:tcW w:type="dxa" w:w="1045"/>
          </w:tcPr>
          <w:p>
            <w:pPr>
              <w:spacing w:after="0"/>
              <w:jc w:val="right"/>
            </w:pPr>
            <w:r>
              <w:rPr>
                <w:sz w:val="16"/>
              </w:rPr>
              <w:t>3,643</w:t>
            </w:r>
          </w:p>
        </w:tc>
        <w:tc>
          <w:tcPr>
            <w:tcW w:type="dxa" w:w="1037"/>
          </w:tcPr>
          <w:p>
            <w:pPr>
              <w:spacing w:after="0"/>
              <w:jc w:val="right"/>
            </w:pPr>
            <w:r>
              <w:rPr>
                <w:sz w:val="16"/>
              </w:rPr>
              <w:t>$5</w:t>
            </w:r>
          </w:p>
        </w:tc>
        <w:tc>
          <w:tcPr>
            <w:tcW w:type="dxa" w:w="1126"/>
          </w:tcPr>
          <w:p>
            <w:pPr>
              <w:spacing w:after="0"/>
              <w:jc w:val="right"/>
            </w:pPr>
            <w:r>
              <w:rPr>
                <w:sz w:val="16"/>
              </w:rPr>
              <w:t>$1</w:t>
            </w:r>
          </w:p>
        </w:tc>
        <w:tc>
          <w:tcPr>
            <w:tcW w:type="dxa" w:w="995"/>
          </w:tcPr>
          <w:p>
            <w:pPr>
              <w:spacing w:after="0"/>
              <w:jc w:val="right"/>
            </w:pPr>
            <w:r>
              <w:rPr>
                <w:sz w:val="16"/>
              </w:rPr>
              <w:t>$146,835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$999,325,935</w:t>
            </w:r>
          </w:p>
        </w:tc>
        <w:tc>
          <w:tcPr>
            <w:tcW w:type="dxa" w:w="1136"/>
          </w:tcPr>
          <w:p>
            <w:pPr>
              <w:spacing w:after="0"/>
              <w:jc w:val="right"/>
            </w:pPr>
            <w:r>
              <w:rPr>
                <w:sz w:val="16"/>
              </w:rPr>
              <w:t>$36,238,533</w:t>
            </w:r>
          </w:p>
        </w:tc>
        <w:tc>
          <w:tcPr>
            <w:tcW w:type="dxa" w:w="1045"/>
          </w:tcPr>
          <w:p>
            <w:pPr>
              <w:spacing w:after="0"/>
              <w:jc w:val="right"/>
            </w:pPr>
            <w:r>
              <w:rPr>
                <w:sz w:val="16"/>
              </w:rPr>
              <w:t>3,637</w:t>
            </w:r>
          </w:p>
        </w:tc>
        <w:tc>
          <w:tcPr>
            <w:tcW w:type="dxa" w:w="1037"/>
          </w:tcPr>
          <w:p>
            <w:pPr>
              <w:spacing w:after="0"/>
              <w:jc w:val="right"/>
            </w:pPr>
            <w:r>
              <w:rPr>
                <w:sz w:val="16"/>
              </w:rPr>
              <w:t>$4,433</w:t>
            </w:r>
          </w:p>
        </w:tc>
        <w:tc>
          <w:tcPr>
            <w:tcW w:type="dxa" w:w="1126"/>
          </w:tcPr>
          <w:p>
            <w:pPr>
              <w:spacing w:after="0"/>
              <w:jc w:val="right"/>
            </w:pPr>
            <w:r>
              <w:rPr>
                <w:sz w:val="16"/>
              </w:rPr>
              <w:t>$3,595</w:t>
            </w:r>
          </w:p>
        </w:tc>
        <w:tc>
          <w:tcPr>
            <w:tcW w:type="dxa" w:w="995"/>
          </w:tcPr>
          <w:p>
            <w:pPr>
              <w:spacing w:after="0"/>
              <w:jc w:val="right"/>
            </w:pPr>
            <w:r>
              <w:rPr>
                <w:sz w:val="16"/>
              </w:rPr>
              <w:t>$24</w:t>
            </w:r>
          </w:p>
        </w:tc>
        <w:tc>
          <w:tcPr>
            <w:tcW w:type="dxa" w:w="1305"/>
          </w:tcPr>
          <w:p>
            <w:pPr>
              <w:spacing w:after="0"/>
              <w:jc w:val="right"/>
            </w:pPr>
            <w:r>
              <w:rPr>
                <w:sz w:val="16"/>
              </w:rPr>
              <w:t>0.000444%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$1,000,292,043</w:t>
            </w:r>
          </w:p>
        </w:tc>
        <w:tc>
          <w:tcPr>
            <w:tcW w:type="dxa" w:w="1136"/>
          </w:tcPr>
          <w:p>
            <w:pPr>
              <w:spacing w:after="0"/>
              <w:jc w:val="right"/>
            </w:pPr>
            <w:r>
              <w:rPr>
                <w:sz w:val="16"/>
              </w:rPr>
              <w:t>n/a</w:t>
            </w:r>
          </w:p>
        </w:tc>
        <w:tc>
          <w:tcPr>
            <w:tcW w:type="dxa" w:w="1045"/>
          </w:tcPr>
          <w:p>
            <w:pPr>
              <w:spacing w:after="0"/>
              <w:jc w:val="right"/>
            </w:pPr>
            <w:r>
              <w:rPr>
                <w:sz w:val="16"/>
              </w:rPr>
              <w:t>3,643</w:t>
            </w:r>
          </w:p>
        </w:tc>
        <w:tc>
          <w:tcPr>
            <w:tcW w:type="dxa" w:w="1037"/>
          </w:tcPr>
          <w:p>
            <w:pPr>
              <w:spacing w:after="0"/>
              <w:jc w:val="right"/>
            </w:pPr>
            <w:r>
              <w:rPr>
                <w:sz w:val="16"/>
              </w:rPr>
              <w:t>$39,683</w:t>
            </w:r>
          </w:p>
        </w:tc>
        <w:tc>
          <w:tcPr>
            <w:tcW w:type="dxa" w:w="1126"/>
          </w:tcPr>
          <w:p>
            <w:pPr>
              <w:spacing w:after="0"/>
              <w:jc w:val="right"/>
            </w:pPr>
            <w:r>
              <w:rPr>
                <w:sz w:val="16"/>
              </w:rPr>
              <w:t>n/a</w:t>
            </w:r>
          </w:p>
        </w:tc>
        <w:tc>
          <w:tcPr>
            <w:tcW w:type="dxa" w:w="995"/>
          </w:tcPr>
          <w:p>
            <w:pPr>
              <w:spacing w:after="0"/>
              <w:jc w:val="right"/>
            </w:pPr>
            <w:r>
              <w:rPr>
                <w:sz w:val="16"/>
              </w:rPr>
              <w:t>$6,478</w:t>
            </w:r>
          </w:p>
        </w:tc>
        <w:tc>
          <w:tcPr>
            <w:tcW w:type="dxa" w:w="1305"/>
          </w:tcPr>
          <w:p>
            <w:pPr>
              <w:spacing w:after="0"/>
              <w:jc w:val="right"/>
            </w:pPr>
            <w:r>
              <w:rPr>
                <w:sz w:val="16"/>
              </w:rPr>
              <w:t>0.00397%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$999,822,218</w:t>
            </w:r>
          </w:p>
        </w:tc>
        <w:tc>
          <w:tcPr>
            <w:tcW w:type="dxa" w:w="1136"/>
          </w:tcPr>
          <w:p>
            <w:pPr>
              <w:spacing w:after="0"/>
              <w:jc w:val="right"/>
            </w:pPr>
            <w:r>
              <w:rPr>
                <w:sz w:val="16"/>
              </w:rPr>
              <w:t>$3,743,189</w:t>
            </w:r>
          </w:p>
        </w:tc>
        <w:tc>
          <w:tcPr>
            <w:tcW w:type="dxa" w:w="1045"/>
          </w:tcPr>
          <w:p>
            <w:pPr>
              <w:spacing w:after="0"/>
              <w:jc w:val="right"/>
            </w:pPr>
            <w:r>
              <w:rPr>
                <w:sz w:val="16"/>
              </w:rPr>
              <w:t>149</w:t>
            </w:r>
          </w:p>
        </w:tc>
        <w:tc>
          <w:tcPr>
            <w:tcW w:type="dxa" w:w="1037"/>
          </w:tcPr>
          <w:p>
            <w:pPr>
              <w:spacing w:after="0"/>
              <w:jc w:val="right"/>
            </w:pPr>
            <w:r>
              <w:rPr>
                <w:sz w:val="16"/>
              </w:rPr>
              <w:t>$1,577,824</w:t>
            </w:r>
          </w:p>
        </w:tc>
        <w:tc>
          <w:tcPr>
            <w:tcW w:type="dxa" w:w="1126"/>
          </w:tcPr>
          <w:p>
            <w:pPr>
              <w:spacing w:after="0"/>
              <w:jc w:val="right"/>
            </w:pPr>
            <w:r>
              <w:rPr>
                <w:sz w:val="16"/>
              </w:rPr>
              <w:t>$6,386</w:t>
            </w:r>
          </w:p>
        </w:tc>
        <w:tc>
          <w:tcPr>
            <w:tcW w:type="dxa" w:w="995"/>
          </w:tcPr>
          <w:p>
            <w:pPr>
              <w:spacing w:after="0"/>
              <w:jc w:val="right"/>
            </w:pPr>
            <w:r>
              <w:rPr>
                <w:sz w:val="16"/>
              </w:rPr>
              <w:t>$6,002</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$50,974,911</w:t>
            </w:r>
          </w:p>
        </w:tc>
        <w:tc>
          <w:tcPr>
            <w:tcW w:type="dxa" w:w="1136"/>
          </w:tcPr>
          <w:p>
            <w:pPr>
              <w:spacing w:after="0"/>
              <w:jc w:val="right"/>
            </w:pPr>
            <w:r>
              <w:rPr>
                <w:sz w:val="16"/>
              </w:rPr>
              <w:t>n/a</w:t>
            </w:r>
          </w:p>
        </w:tc>
        <w:tc>
          <w:tcPr>
            <w:tcW w:type="dxa" w:w="1045"/>
          </w:tcPr>
          <w:p>
            <w:pPr>
              <w:spacing w:after="0"/>
              <w:jc w:val="right"/>
            </w:pPr>
            <w:r>
              <w:rPr>
                <w:sz w:val="16"/>
              </w:rPr>
              <w:t>177</w:t>
            </w:r>
          </w:p>
        </w:tc>
        <w:tc>
          <w:tcPr>
            <w:tcW w:type="dxa" w:w="1037"/>
          </w:tcPr>
          <w:p>
            <w:pPr>
              <w:spacing w:after="0"/>
              <w:jc w:val="right"/>
            </w:pPr>
            <w:r>
              <w:rPr>
                <w:sz w:val="16"/>
              </w:rPr>
              <w:t>$24</w:t>
            </w:r>
          </w:p>
        </w:tc>
        <w:tc>
          <w:tcPr>
            <w:tcW w:type="dxa" w:w="1126"/>
          </w:tcPr>
          <w:p>
            <w:pPr>
              <w:spacing w:after="0"/>
              <w:jc w:val="right"/>
            </w:pPr>
            <w:r>
              <w:rPr>
                <w:sz w:val="16"/>
              </w:rPr>
              <w:t>n/a</w:t>
            </w:r>
          </w:p>
        </w:tc>
        <w:tc>
          <w:tcPr>
            <w:tcW w:type="dxa" w:w="995"/>
          </w:tcPr>
          <w:p>
            <w:pPr>
              <w:spacing w:after="0"/>
              <w:jc w:val="right"/>
            </w:pPr>
            <w:r>
              <w:rPr>
                <w:sz w:val="16"/>
              </w:rPr>
              <w:t>$283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$1,000,292,043</w:t>
            </w:r>
          </w:p>
        </w:tc>
        <w:tc>
          <w:tcPr>
            <w:tcW w:type="dxa" w:w="1136"/>
          </w:tcPr>
          <w:p>
            <w:pPr>
              <w:spacing w:after="0"/>
              <w:jc w:val="right"/>
            </w:pPr>
            <w:r>
              <w:rPr>
                <w:sz w:val="16"/>
              </w:rPr>
              <w:t>n/a</w:t>
            </w:r>
          </w:p>
        </w:tc>
        <w:tc>
          <w:tcPr>
            <w:tcW w:type="dxa" w:w="1045"/>
          </w:tcPr>
          <w:p>
            <w:pPr>
              <w:spacing w:after="0"/>
              <w:jc w:val="right"/>
            </w:pPr>
            <w:r>
              <w:rPr>
                <w:sz w:val="16"/>
              </w:rPr>
              <w:t>3,643</w:t>
            </w:r>
          </w:p>
        </w:tc>
        <w:tc>
          <w:tcPr>
            <w:tcW w:type="dxa" w:w="1037"/>
          </w:tcPr>
          <w:p>
            <w:pPr>
              <w:spacing w:after="0"/>
              <w:jc w:val="right"/>
            </w:pPr>
            <w:r>
              <w:rPr>
                <w:sz w:val="16"/>
              </w:rPr>
              <w:t>$1,276</w:t>
            </w:r>
          </w:p>
        </w:tc>
        <w:tc>
          <w:tcPr>
            <w:tcW w:type="dxa" w:w="1126"/>
          </w:tcPr>
          <w:p>
            <w:pPr>
              <w:spacing w:after="0"/>
              <w:jc w:val="right"/>
            </w:pPr>
            <w:r>
              <w:rPr>
                <w:sz w:val="16"/>
              </w:rPr>
              <w:t>n/a</w:t>
            </w:r>
          </w:p>
        </w:tc>
        <w:tc>
          <w:tcPr>
            <w:tcW w:type="dxa" w:w="995"/>
          </w:tcPr>
          <w:p>
            <w:pPr>
              <w:spacing w:after="0"/>
              <w:jc w:val="right"/>
            </w:pPr>
            <w:r>
              <w:rPr>
                <w:sz w:val="16"/>
              </w:rPr>
              <w:t>$48,929</w:t>
            </w:r>
          </w:p>
        </w:tc>
        <w:tc>
          <w:tcPr>
            <w:tcW w:type="dxa" w:w="1305"/>
          </w:tcPr>
          <w:p>
            <w:pPr>
              <w:spacing w:after="0"/>
              <w:jc w:val="right"/>
            </w:pPr>
            <w:r>
              <w:rPr>
                <w:sz w:val="16"/>
              </w:rPr>
              <w:t>0.000128%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$1,000,292,043</w:t>
            </w:r>
          </w:p>
        </w:tc>
        <w:tc>
          <w:tcPr>
            <w:tcW w:type="dxa" w:w="1136"/>
          </w:tcPr>
          <w:p>
            <w:pPr>
              <w:spacing w:after="0"/>
              <w:jc w:val="right"/>
            </w:pPr>
            <w:r>
              <w:rPr>
                <w:sz w:val="16"/>
              </w:rPr>
              <w:t>$36,727,553</w:t>
            </w:r>
          </w:p>
        </w:tc>
        <w:tc>
          <w:tcPr>
            <w:tcW w:type="dxa" w:w="1045"/>
          </w:tcPr>
          <w:p>
            <w:pPr>
              <w:spacing w:after="0"/>
              <w:jc w:val="right"/>
            </w:pPr>
            <w:r>
              <w:rPr>
                <w:sz w:val="16"/>
              </w:rPr>
              <w:t>3,643</w:t>
            </w:r>
          </w:p>
        </w:tc>
        <w:tc>
          <w:tcPr>
            <w:tcW w:type="dxa" w:w="1037"/>
          </w:tcPr>
          <w:p>
            <w:pPr>
              <w:spacing w:after="0"/>
              <w:jc w:val="right"/>
            </w:pPr>
            <w:r>
              <w:rPr>
                <w:sz w:val="16"/>
              </w:rPr>
              <w:t>$144,760</w:t>
            </w:r>
          </w:p>
        </w:tc>
        <w:tc>
          <w:tcPr>
            <w:tcW w:type="dxa" w:w="1126"/>
          </w:tcPr>
          <w:p>
            <w:pPr>
              <w:spacing w:after="0"/>
              <w:jc w:val="right"/>
            </w:pPr>
            <w:r>
              <w:rPr>
                <w:sz w:val="16"/>
              </w:rPr>
              <w:t>$104,222</w:t>
            </w:r>
          </w:p>
        </w:tc>
        <w:tc>
          <w:tcPr>
            <w:tcW w:type="dxa" w:w="995"/>
          </w:tcPr>
          <w:p>
            <w:pPr>
              <w:spacing w:after="0"/>
              <w:jc w:val="right"/>
            </w:pPr>
            <w:r>
              <w:rPr>
                <w:sz w:val="16"/>
              </w:rPr>
              <w:t>$64,107</w:t>
            </w:r>
          </w:p>
        </w:tc>
        <w:tc>
          <w:tcPr>
            <w:tcW w:type="dxa" w:w="1305"/>
          </w:tcPr>
          <w:p>
            <w:pPr>
              <w:spacing w:after="0"/>
              <w:jc w:val="right"/>
            </w:pPr>
            <w:r>
              <w:rPr>
                <w:sz w:val="16"/>
              </w:rPr>
              <w:t>0.0145%</w:t>
            </w:r>
          </w:p>
        </w:tc>
        <w:tc>
          <w:tcPr>
            <w:tcW w:type="dxa" w:w="1217"/>
          </w:tcPr>
          <w:p>
            <w:pPr>
              <w:spacing w:after="0"/>
              <w:jc w:val="right"/>
            </w:pPr>
            <w:r>
              <w:rPr>
                <w:sz w:val="16"/>
              </w:rPr>
              <w:t>$1,000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$1,000,292,043</w:t>
            </w:r>
          </w:p>
        </w:tc>
        <w:tc>
          <w:tcPr>
            <w:tcW w:type="dxa" w:w="1136"/>
          </w:tcPr>
          <w:p>
            <w:pPr>
              <w:spacing w:after="0"/>
              <w:jc w:val="right"/>
            </w:pPr>
            <w:r>
              <w:rPr>
                <w:sz w:val="16"/>
              </w:rPr>
              <w:t>$36,727,553</w:t>
            </w:r>
          </w:p>
        </w:tc>
        <w:tc>
          <w:tcPr>
            <w:tcW w:type="dxa" w:w="1045"/>
          </w:tcPr>
          <w:p>
            <w:pPr>
              <w:spacing w:after="0"/>
              <w:jc w:val="right"/>
            </w:pPr>
            <w:r>
              <w:rPr>
                <w:sz w:val="16"/>
              </w:rPr>
              <w:t>3,643</w:t>
            </w:r>
          </w:p>
        </w:tc>
        <w:tc>
          <w:tcPr>
            <w:tcW w:type="dxa" w:w="1037"/>
          </w:tcPr>
          <w:p>
            <w:pPr>
              <w:spacing w:after="0"/>
              <w:jc w:val="right"/>
            </w:pPr>
            <w:r>
              <w:rPr>
                <w:sz w:val="16"/>
              </w:rPr>
              <w:t>$209,300</w:t>
            </w:r>
          </w:p>
        </w:tc>
        <w:tc>
          <w:tcPr>
            <w:tcW w:type="dxa" w:w="1126"/>
          </w:tcPr>
          <w:p>
            <w:pPr>
              <w:spacing w:after="0"/>
              <w:jc w:val="right"/>
            </w:pPr>
            <w:r>
              <w:rPr>
                <w:sz w:val="16"/>
              </w:rPr>
              <w:t>$1,530</w:t>
            </w:r>
          </w:p>
        </w:tc>
        <w:tc>
          <w:tcPr>
            <w:tcW w:type="dxa" w:w="995"/>
          </w:tcPr>
          <w:p>
            <w:pPr>
              <w:spacing w:after="0"/>
              <w:jc w:val="right"/>
            </w:pPr>
            <w:r>
              <w:rPr>
                <w:sz w:val="16"/>
              </w:rPr>
              <w:t>$255,821</w:t>
            </w:r>
          </w:p>
        </w:tc>
        <w:tc>
          <w:tcPr>
            <w:tcW w:type="dxa" w:w="1305"/>
          </w:tcPr>
          <w:p>
            <w:pPr>
              <w:spacing w:after="0"/>
              <w:jc w:val="right"/>
            </w:pPr>
            <w:r>
              <w:rPr>
                <w:sz w:val="16"/>
              </w:rPr>
              <w:t>0.0209%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$40,032,400</w:t>
            </w:r>
          </w:p>
        </w:tc>
        <w:tc>
          <w:tcPr>
            <w:tcW w:type="dxa" w:w="1136"/>
          </w:tcPr>
          <w:p>
            <w:pPr>
              <w:spacing w:after="0"/>
              <w:jc w:val="right"/>
            </w:pPr>
            <w:r>
              <w:rPr>
                <w:sz w:val="16"/>
              </w:rPr>
              <w:t>$7,181,744</w:t>
            </w:r>
          </w:p>
        </w:tc>
        <w:tc>
          <w:tcPr>
            <w:tcW w:type="dxa" w:w="1045"/>
          </w:tcPr>
          <w:p>
            <w:pPr>
              <w:spacing w:after="0"/>
              <w:jc w:val="right"/>
            </w:pPr>
            <w:r>
              <w:rPr>
                <w:sz w:val="16"/>
              </w:rPr>
              <w:t>449</w:t>
            </w:r>
          </w:p>
        </w:tc>
        <w:tc>
          <w:tcPr>
            <w:tcW w:type="dxa" w:w="1037"/>
          </w:tcPr>
          <w:p>
            <w:pPr>
              <w:spacing w:after="0"/>
              <w:jc w:val="right"/>
            </w:pPr>
            <w:r>
              <w:rPr>
                <w:sz w:val="16"/>
              </w:rPr>
              <w:t>$1,088</w:t>
            </w:r>
          </w:p>
        </w:tc>
        <w:tc>
          <w:tcPr>
            <w:tcW w:type="dxa" w:w="1126"/>
          </w:tcPr>
          <w:p>
            <w:pPr>
              <w:spacing w:after="0"/>
              <w:jc w:val="right"/>
            </w:pPr>
            <w:r>
              <w:rPr>
                <w:sz w:val="16"/>
              </w:rPr>
              <w:t>$23</w:t>
            </w:r>
          </w:p>
        </w:tc>
        <w:tc>
          <w:tcPr>
            <w:tcW w:type="dxa" w:w="995"/>
          </w:tcPr>
          <w:p>
            <w:pPr>
              <w:spacing w:after="0"/>
              <w:jc w:val="right"/>
            </w:pPr>
            <w:r>
              <w:rPr>
                <w:sz w:val="16"/>
              </w:rPr>
              <w:t>$347</w:t>
            </w:r>
          </w:p>
        </w:tc>
        <w:tc>
          <w:tcPr>
            <w:tcW w:type="dxa" w:w="1305"/>
          </w:tcPr>
          <w:p>
            <w:pPr>
              <w:spacing w:after="0"/>
              <w:jc w:val="right"/>
            </w:pPr>
            <w:r>
              <w:rPr>
                <w:sz w:val="16"/>
              </w:rPr>
              <w:t>0.00272%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$1,000,292,043</w:t>
            </w:r>
          </w:p>
        </w:tc>
        <w:tc>
          <w:tcPr>
            <w:tcW w:type="dxa" w:w="1136"/>
          </w:tcPr>
          <w:p>
            <w:pPr>
              <w:spacing w:after="0"/>
              <w:jc w:val="right"/>
            </w:pPr>
            <w:r>
              <w:rPr>
                <w:sz w:val="16"/>
              </w:rPr>
              <w:t>$36,727,553</w:t>
            </w:r>
          </w:p>
        </w:tc>
        <w:tc>
          <w:tcPr>
            <w:tcW w:type="dxa" w:w="1045"/>
          </w:tcPr>
          <w:p>
            <w:pPr>
              <w:spacing w:after="0"/>
              <w:jc w:val="right"/>
            </w:pPr>
            <w:r>
              <w:rPr>
                <w:sz w:val="16"/>
              </w:rPr>
              <w:t>3,643</w:t>
            </w:r>
          </w:p>
        </w:tc>
        <w:tc>
          <w:tcPr>
            <w:tcW w:type="dxa" w:w="1037"/>
          </w:tcPr>
          <w:p>
            <w:pPr>
              <w:spacing w:after="0"/>
              <w:jc w:val="right"/>
            </w:pPr>
            <w:r>
              <w:rPr>
                <w:sz w:val="16"/>
              </w:rPr>
              <w:t>$15,576</w:t>
            </w:r>
          </w:p>
        </w:tc>
        <w:tc>
          <w:tcPr>
            <w:tcW w:type="dxa" w:w="1126"/>
          </w:tcPr>
          <w:p>
            <w:pPr>
              <w:spacing w:after="0"/>
              <w:jc w:val="right"/>
            </w:pPr>
            <w:r>
              <w:rPr>
                <w:sz w:val="16"/>
              </w:rPr>
              <w:t>$85</w:t>
            </w:r>
          </w:p>
        </w:tc>
        <w:tc>
          <w:tcPr>
            <w:tcW w:type="dxa" w:w="995"/>
          </w:tcPr>
          <w:p>
            <w:pPr>
              <w:spacing w:after="0"/>
              <w:jc w:val="right"/>
            </w:pPr>
            <w:r>
              <w:rPr>
                <w:sz w:val="16"/>
              </w:rPr>
              <w:t>$3,058</w:t>
            </w:r>
          </w:p>
        </w:tc>
        <w:tc>
          <w:tcPr>
            <w:tcW w:type="dxa" w:w="1305"/>
          </w:tcPr>
          <w:p>
            <w:pPr>
              <w:spacing w:after="0"/>
              <w:jc w:val="right"/>
            </w:pPr>
            <w:r>
              <w:rPr>
                <w:sz w:val="16"/>
              </w:rPr>
              <w:t>0.00156%</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2025-04-14 (Storm Events through 2026-06-30): 1 county-coded records, 1 with a damage value recorded (including $0), $1,000; 9 zone-level records, 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3,643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$1,000,292,043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$36,727,553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$2,688,172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$909,057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Elizabethtown village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Hardin County</w:t>
            </w:r>
          </w:p>
        </w:tc>
        <w:tc>
          <w:tcPr>
            <w:tcW w:type="dxa" w:w="1531"/>
          </w:tcPr>
          <w:p>
            <w:pPr>
              <w:spacing w:after="0"/>
              <w:jc w:val="left"/>
            </w:pPr>
            <w:r>
              <w:rPr>
                <w:sz w:val="16"/>
              </w:rPr>
              <w:t>171002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Cave-In-Rock village</w:t>
            </w:r>
          </w:p>
        </w:tc>
        <w:tc>
          <w:tcPr>
            <w:tcW w:type="dxa" w:w="1531"/>
          </w:tcPr>
          <w:p>
            <w:pPr>
              <w:spacing w:after="0"/>
              <w:jc w:val="left"/>
            </w:pPr>
            <w:r>
              <w:rPr>
                <w:sz w:val="16"/>
              </w:rPr>
              <w:t>170274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Elizabethtown village</w:t>
            </w:r>
          </w:p>
        </w:tc>
        <w:tc>
          <w:tcPr>
            <w:tcW w:type="dxa" w:w="1531"/>
          </w:tcPr>
          <w:p>
            <w:pPr>
              <w:spacing w:after="0"/>
              <w:jc w:val="left"/>
            </w:pPr>
            <w:r>
              <w:rPr>
                <w:sz w:val="16"/>
              </w:rPr>
              <w:t>170275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Rosiclare city</w:t>
            </w:r>
          </w:p>
        </w:tc>
        <w:tc>
          <w:tcPr>
            <w:tcW w:type="dxa" w:w="1531"/>
          </w:tcPr>
          <w:p>
            <w:pPr>
              <w:spacing w:after="0"/>
              <w:jc w:val="left"/>
            </w:pPr>
            <w:r>
              <w:rPr>
                <w:sz w:val="16"/>
              </w:rPr>
              <w:t>170276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Hardin County, IL: risk-assessment baseline packet, release 2026-10 (data as of 2026-09-30; County FIPS 17069). Automated baseline. </w:t>
      </w:r>
      <w:hyperlink r:id="rId15">
        <w:r>
          <w:rPr>
            <w:color w:val="1F4E99"/>
            <w:sz w:val="17"/>
            <w:u w:val="single"/>
          </w:rPr>
          <w:t>https://hazardplain.org/il/17069/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Hardin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Hardin County, IL: Risk-assessment baseline packet</dc:title>
  <dc:subject>Hazard Plain release 2026-10, as of 2026-09-30. Automated baseline</dc:subject>
  <dc:creator>Hazard Plain</dc:creator>
  <cp:keywords>Hazard Plain; hazard mitigation; risk assessment; 17069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