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Twiggs County, GA</w:t>
      </w:r>
    </w:p>
    <w:p>
      <w:pPr>
        <w:spacing w:after="120" w:before="0"/>
      </w:pPr>
      <w:r>
        <w:rPr>
          <w:color w:val="555555"/>
          <w:sz w:val="24"/>
        </w:rPr>
        <w:t>Risk-assessment baseline packet</w:t>
      </w:r>
    </w:p>
    <w:p>
      <w:pPr>
        <w:spacing w:after="120" w:before="0"/>
      </w:pPr>
      <w:r>
        <w:rPr>
          <w:b/>
          <w:sz w:val="18"/>
        </w:rPr>
        <w:t xml:space="preserve">County FIPS: </w:t>
      </w:r>
      <w:r>
        <w:rPr>
          <w:sz w:val="18"/>
        </w:rPr>
        <w:t>13289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2025-03-10. Plan: Twiggs County (FEMA plan 106152), approved 2020-03-11.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2020-03-11: 3 new hazard declarations (2 incidents) and 74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($1,047,564 a year), Heat Wave ($586,612) and Drought ($358,029).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13289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Expired on 2025-03-10</w:t>
      </w:r>
    </w:p>
    <w:p>
      <w:pPr>
        <w:keepNext/>
        <w:spacing w:after="40" w:before="0"/>
      </w:pPr>
      <w:r>
        <w:rPr>
          <w:b/>
        </w:rPr>
        <w:t xml:space="preserve">Plan: </w:t>
      </w:r>
      <w:r>
        <w:rPr/>
        <w:t>Twiggs County (FEMA plan 106152)</w:t>
      </w:r>
    </w:p>
    <w:p>
      <w:pPr>
        <w:keepNext/>
        <w:spacing w:after="40" w:before="0"/>
      </w:pPr>
      <w:r>
        <w:rPr>
          <w:b/>
        </w:rPr>
        <w:t xml:space="preserve">Approved: </w:t>
      </w:r>
      <w:r>
        <w:rPr/>
        <w:t>2020-03-11</w:t>
      </w:r>
    </w:p>
    <w:p>
      <w:pPr>
        <w:keepNext/>
        <w:spacing w:after="40" w:before="0"/>
      </w:pPr>
      <w:r>
        <w:rPr>
          <w:b/>
        </w:rPr>
        <w:t xml:space="preserve">Days since expiry: </w:t>
      </w:r>
      <w:r>
        <w:rPr/>
        <w:t>569</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2020-03-11)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EM-3616-GA (Hurricane Helene), DR-4830-GA (Hurricane Helene), EM-3642-GA (Severe Winter Storm);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14"/>
        <w:gridCol w:w="1753"/>
        <w:gridCol w:w="2539"/>
        <w:gridCol w:w="3774"/>
        <w:gridCol w:w="1304"/>
        <w:gridCol w:w="1304"/>
        <w:gridCol w:w="1124"/>
      </w:tblGrid>
      <w:tr>
        <w:trPr>
          <w:cantSplit/>
          <w:tblHeader/>
        </w:trPr>
        <w:tc>
          <w:tcPr>
            <w:tcW w:type="dxa" w:w="2314"/>
            <w:shd w:val="clear" w:color="auto" w:fill="E8E8E8"/>
          </w:tcPr>
          <w:p>
            <w:pPr>
              <w:spacing w:after="0"/>
              <w:jc w:val="left"/>
            </w:pPr>
            <w:r>
              <w:rPr>
                <w:b/>
                <w:sz w:val="16"/>
              </w:rPr>
              <w:t>Jurisdiction</w:t>
            </w:r>
          </w:p>
        </w:tc>
        <w:tc>
          <w:tcPr>
            <w:tcW w:type="dxa" w:w="1753"/>
            <w:shd w:val="clear" w:color="auto" w:fill="E8E8E8"/>
          </w:tcPr>
          <w:p>
            <w:pPr>
              <w:spacing w:after="0"/>
              <w:jc w:val="left"/>
            </w:pPr>
            <w:r>
              <w:rPr>
                <w:b/>
                <w:sz w:val="16"/>
              </w:rPr>
              <w:t>Type</w:t>
            </w:r>
          </w:p>
        </w:tc>
        <w:tc>
          <w:tcPr>
            <w:tcW w:type="dxa" w:w="2539"/>
            <w:shd w:val="clear" w:color="auto" w:fill="E8E8E8"/>
          </w:tcPr>
          <w:p>
            <w:pPr>
              <w:spacing w:after="0"/>
              <w:jc w:val="left"/>
            </w:pPr>
            <w:r>
              <w:rPr>
                <w:b/>
                <w:sz w:val="16"/>
              </w:rPr>
              <w:t>Status</w:t>
            </w:r>
          </w:p>
        </w:tc>
        <w:tc>
          <w:tcPr>
            <w:tcW w:type="dxa" w:w="3774"/>
            <w:shd w:val="clear" w:color="auto" w:fill="E8E8E8"/>
          </w:tcPr>
          <w:p>
            <w:pPr>
              <w:spacing w:after="0"/>
              <w:jc w:val="left"/>
            </w:pPr>
            <w:r>
              <w:rPr>
                <w:b/>
                <w:sz w:val="16"/>
              </w:rPr>
              <w:t>Plan</w:t>
            </w:r>
          </w:p>
        </w:tc>
        <w:tc>
          <w:tcPr>
            <w:tcW w:type="dxa" w:w="1304"/>
            <w:shd w:val="clear" w:color="auto" w:fill="E8E8E8"/>
          </w:tcPr>
          <w:p>
            <w:pPr>
              <w:spacing w:after="0"/>
              <w:jc w:val="left"/>
            </w:pPr>
            <w:r>
              <w:rPr>
                <w:b/>
                <w:sz w:val="16"/>
              </w:rPr>
              <w:t>Approved</w:t>
            </w:r>
          </w:p>
        </w:tc>
        <w:tc>
          <w:tcPr>
            <w:tcW w:type="dxa" w:w="1304"/>
            <w:shd w:val="clear" w:color="auto" w:fill="E8E8E8"/>
          </w:tcPr>
          <w:p>
            <w:pPr>
              <w:spacing w:after="0"/>
              <w:jc w:val="left"/>
            </w:pPr>
            <w:r>
              <w:rPr>
                <w:b/>
                <w:sz w:val="16"/>
              </w:rPr>
              <w:t>Expires</w:t>
            </w:r>
          </w:p>
        </w:tc>
        <w:tc>
          <w:tcPr>
            <w:tcW w:type="dxa" w:w="112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314"/>
          </w:tcPr>
          <w:p>
            <w:pPr>
              <w:spacing w:after="0"/>
              <w:jc w:val="left"/>
            </w:pPr>
            <w:r>
              <w:rPr>
                <w:sz w:val="16"/>
              </w:rPr>
              <w:t>Twiggs County (unincorporated area)</w:t>
            </w:r>
          </w:p>
        </w:tc>
        <w:tc>
          <w:tcPr>
            <w:tcW w:type="dxa" w:w="1753"/>
          </w:tcPr>
          <w:p>
            <w:pPr>
              <w:spacing w:after="0"/>
              <w:jc w:val="left"/>
            </w:pPr>
            <w:r>
              <w:rPr>
                <w:sz w:val="16"/>
              </w:rPr>
              <w:t>Unincorporated</w:t>
            </w:r>
          </w:p>
        </w:tc>
        <w:tc>
          <w:tcPr>
            <w:tcW w:type="dxa" w:w="2539"/>
          </w:tcPr>
          <w:p>
            <w:pPr>
              <w:spacing w:after="0"/>
              <w:jc w:val="left"/>
            </w:pPr>
            <w:r>
              <w:rPr>
                <w:sz w:val="16"/>
              </w:rPr>
              <w:t>Expired on 2025-03-10</w:t>
            </w:r>
          </w:p>
        </w:tc>
        <w:tc>
          <w:tcPr>
            <w:tcW w:type="dxa" w:w="3774"/>
          </w:tcPr>
          <w:p>
            <w:pPr>
              <w:spacing w:after="0"/>
              <w:jc w:val="left"/>
            </w:pPr>
            <w:r>
              <w:rPr>
                <w:sz w:val="16"/>
              </w:rPr>
              <w:t>Twiggs County (FEMA plan 106152)</w:t>
            </w:r>
          </w:p>
        </w:tc>
        <w:tc>
          <w:tcPr>
            <w:tcW w:type="dxa" w:w="1304"/>
          </w:tcPr>
          <w:p>
            <w:pPr>
              <w:spacing w:after="0"/>
              <w:jc w:val="left"/>
            </w:pPr>
            <w:r>
              <w:rPr>
                <w:sz w:val="16"/>
              </w:rPr>
              <w:t>2020-03-11</w:t>
            </w:r>
          </w:p>
        </w:tc>
        <w:tc>
          <w:tcPr>
            <w:tcW w:type="dxa" w:w="1304"/>
          </w:tcPr>
          <w:p>
            <w:pPr>
              <w:spacing w:after="0"/>
              <w:jc w:val="left"/>
            </w:pPr>
            <w:r>
              <w:rPr>
                <w:sz w:val="16"/>
              </w:rPr>
              <w:t>2025-03-10</w:t>
            </w:r>
          </w:p>
        </w:tc>
        <w:tc>
          <w:tcPr>
            <w:tcW w:type="dxa" w:w="1124"/>
          </w:tcPr>
          <w:p>
            <w:pPr>
              <w:spacing w:after="0"/>
              <w:jc w:val="right"/>
            </w:pPr>
            <w:r>
              <w:rPr>
                <w:sz w:val="16"/>
              </w:rPr>
              <w:t>-569</w:t>
            </w:r>
          </w:p>
        </w:tc>
      </w:tr>
      <w:tr>
        <w:trPr>
          <w:cantSplit/>
        </w:trPr>
        <w:tc>
          <w:tcPr>
            <w:tcW w:type="dxa" w:w="2314"/>
          </w:tcPr>
          <w:p>
            <w:pPr>
              <w:spacing w:after="0"/>
              <w:jc w:val="left"/>
            </w:pPr>
            <w:r>
              <w:rPr>
                <w:sz w:val="16"/>
              </w:rPr>
              <w:t>Danville town</w:t>
            </w:r>
          </w:p>
        </w:tc>
        <w:tc>
          <w:tcPr>
            <w:tcW w:type="dxa" w:w="1753"/>
          </w:tcPr>
          <w:p>
            <w:pPr>
              <w:spacing w:after="0"/>
              <w:jc w:val="left"/>
            </w:pPr>
            <w:r>
              <w:rPr>
                <w:sz w:val="16"/>
              </w:rPr>
              <w:t>Town</w:t>
            </w:r>
          </w:p>
        </w:tc>
        <w:tc>
          <w:tcPr>
            <w:tcW w:type="dxa" w:w="2539"/>
          </w:tcPr>
          <w:p>
            <w:pPr>
              <w:spacing w:after="0"/>
              <w:jc w:val="left"/>
            </w:pPr>
            <w:r>
              <w:rPr>
                <w:sz w:val="16"/>
              </w:rPr>
              <w:t>Expired on 2025-03-10</w:t>
            </w:r>
          </w:p>
        </w:tc>
        <w:tc>
          <w:tcPr>
            <w:tcW w:type="dxa" w:w="3774"/>
          </w:tcPr>
          <w:p>
            <w:pPr>
              <w:spacing w:after="0"/>
              <w:jc w:val="left"/>
            </w:pPr>
            <w:r>
              <w:rPr>
                <w:sz w:val="16"/>
              </w:rPr>
              <w:t>Twiggs County (FEMA plan 106152)</w:t>
            </w:r>
          </w:p>
        </w:tc>
        <w:tc>
          <w:tcPr>
            <w:tcW w:type="dxa" w:w="1304"/>
          </w:tcPr>
          <w:p>
            <w:pPr>
              <w:spacing w:after="0"/>
              <w:jc w:val="left"/>
            </w:pPr>
            <w:r>
              <w:rPr>
                <w:sz w:val="16"/>
              </w:rPr>
              <w:t>2020-03-11</w:t>
            </w:r>
          </w:p>
        </w:tc>
        <w:tc>
          <w:tcPr>
            <w:tcW w:type="dxa" w:w="1304"/>
          </w:tcPr>
          <w:p>
            <w:pPr>
              <w:spacing w:after="0"/>
              <w:jc w:val="left"/>
            </w:pPr>
            <w:r>
              <w:rPr>
                <w:sz w:val="16"/>
              </w:rPr>
              <w:t>2025-03-10</w:t>
            </w:r>
          </w:p>
        </w:tc>
        <w:tc>
          <w:tcPr>
            <w:tcW w:type="dxa" w:w="1124"/>
          </w:tcPr>
          <w:p>
            <w:pPr>
              <w:spacing w:after="0"/>
              <w:jc w:val="right"/>
            </w:pPr>
            <w:r>
              <w:rPr>
                <w:sz w:val="16"/>
              </w:rPr>
              <w:t>-569</w:t>
            </w:r>
          </w:p>
        </w:tc>
      </w:tr>
      <w:tr>
        <w:trPr>
          <w:cantSplit/>
        </w:trPr>
        <w:tc>
          <w:tcPr>
            <w:tcW w:type="dxa" w:w="2314"/>
          </w:tcPr>
          <w:p>
            <w:pPr>
              <w:spacing w:after="0"/>
              <w:jc w:val="left"/>
            </w:pPr>
            <w:r>
              <w:rPr>
                <w:sz w:val="16"/>
              </w:rPr>
              <w:t>Jeffersonville city</w:t>
            </w:r>
          </w:p>
        </w:tc>
        <w:tc>
          <w:tcPr>
            <w:tcW w:type="dxa" w:w="1753"/>
          </w:tcPr>
          <w:p>
            <w:pPr>
              <w:spacing w:after="0"/>
              <w:jc w:val="left"/>
            </w:pPr>
            <w:r>
              <w:rPr>
                <w:sz w:val="16"/>
              </w:rPr>
              <w:t>City</w:t>
            </w:r>
          </w:p>
        </w:tc>
        <w:tc>
          <w:tcPr>
            <w:tcW w:type="dxa" w:w="2539"/>
          </w:tcPr>
          <w:p>
            <w:pPr>
              <w:spacing w:after="0"/>
              <w:jc w:val="left"/>
            </w:pPr>
            <w:r>
              <w:rPr>
                <w:sz w:val="16"/>
              </w:rPr>
              <w:t>Expired on 2025-03-10</w:t>
            </w:r>
          </w:p>
        </w:tc>
        <w:tc>
          <w:tcPr>
            <w:tcW w:type="dxa" w:w="3774"/>
          </w:tcPr>
          <w:p>
            <w:pPr>
              <w:spacing w:after="0"/>
              <w:jc w:val="left"/>
            </w:pPr>
            <w:r>
              <w:rPr>
                <w:sz w:val="16"/>
              </w:rPr>
              <w:t>Twiggs County (FEMA plan 106152)</w:t>
            </w:r>
          </w:p>
        </w:tc>
        <w:tc>
          <w:tcPr>
            <w:tcW w:type="dxa" w:w="1304"/>
          </w:tcPr>
          <w:p>
            <w:pPr>
              <w:spacing w:after="0"/>
              <w:jc w:val="left"/>
            </w:pPr>
            <w:r>
              <w:rPr>
                <w:sz w:val="16"/>
              </w:rPr>
              <w:t>2020-03-11</w:t>
            </w:r>
          </w:p>
        </w:tc>
        <w:tc>
          <w:tcPr>
            <w:tcW w:type="dxa" w:w="1304"/>
          </w:tcPr>
          <w:p>
            <w:pPr>
              <w:spacing w:after="0"/>
              <w:jc w:val="left"/>
            </w:pPr>
            <w:r>
              <w:rPr>
                <w:sz w:val="16"/>
              </w:rPr>
              <w:t>2025-03-10</w:t>
            </w:r>
          </w:p>
        </w:tc>
        <w:tc>
          <w:tcPr>
            <w:tcW w:type="dxa" w:w="1124"/>
          </w:tcPr>
          <w:p>
            <w:pPr>
              <w:spacing w:after="0"/>
              <w:jc w:val="right"/>
            </w:pPr>
            <w:r>
              <w:rPr>
                <w:sz w:val="16"/>
              </w:rPr>
              <w:t>-569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6"/>
        <w:gridCol w:w="1037"/>
        <w:gridCol w:w="1037"/>
        <w:gridCol w:w="1037"/>
        <w:gridCol w:w="1037"/>
        <w:gridCol w:w="1126"/>
        <w:gridCol w:w="1688"/>
        <w:gridCol w:w="1159"/>
        <w:gridCol w:w="1891"/>
        <w:gridCol w:w="3394"/>
      </w:tblGrid>
      <w:tr>
        <w:trPr>
          <w:cantSplit/>
          <w:tblHeader/>
        </w:trPr>
        <w:tc>
          <w:tcPr>
            <w:tcW w:type="dxa" w:w="70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94"/>
            <w:shd w:val="clear" w:color="auto" w:fill="E8E8E8"/>
          </w:tcPr>
          <w:p>
            <w:pPr>
              <w:spacing w:after="0"/>
              <w:jc w:val="left"/>
            </w:pPr>
            <w:r>
              <w:rPr>
                <w:b/>
                <w:sz w:val="16"/>
              </w:rPr>
              <w:t>Storm Events coverage note</w:t>
            </w:r>
          </w:p>
        </w:tc>
      </w:tr>
      <w:tr>
        <w:trPr>
          <w:cantSplit/>
        </w:trPr>
        <w:tc>
          <w:tcPr>
            <w:tcW w:type="dxa" w:w="706"/>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$1,047,260</w:t>
            </w:r>
          </w:p>
        </w:tc>
        <w:tc>
          <w:tcPr>
            <w:tcW w:type="dxa" w:w="1126"/>
          </w:tcPr>
          <w:p>
            <w:pPr>
              <w:spacing w:after="0"/>
              <w:jc w:val="right"/>
            </w:pPr>
            <w:r>
              <w:rPr>
                <w:sz w:val="16"/>
              </w:rPr>
              <w:t>$2</w:t>
            </w:r>
          </w:p>
        </w:tc>
        <w:tc>
          <w:tcPr>
            <w:tcW w:type="dxa" w:w="1688"/>
          </w:tcPr>
          <w:p>
            <w:pPr>
              <w:spacing w:after="0"/>
              <w:jc w:val="right"/>
            </w:pPr>
            <w:r>
              <w:rPr>
                <w:sz w:val="16"/>
              </w:rPr>
              <w:t>$302</w:t>
            </w:r>
          </w:p>
        </w:tc>
        <w:tc>
          <w:tcPr>
            <w:tcW w:type="dxa" w:w="1159"/>
          </w:tcPr>
          <w:p>
            <w:pPr>
              <w:spacing w:after="0"/>
              <w:jc w:val="right"/>
            </w:pPr>
            <w:r>
              <w:rPr>
                <w:sz w:val="16"/>
              </w:rPr>
              <w:t>$1,047,564</w:t>
            </w:r>
          </w:p>
        </w:tc>
        <w:tc>
          <w:tcPr>
            <w:tcW w:type="dxa" w:w="1891"/>
          </w:tcPr>
          <w:p>
            <w:pPr>
              <w:spacing w:after="0"/>
              <w:jc w:val="right"/>
            </w:pPr>
            <w:r>
              <w:rPr>
                <w:sz w:val="16"/>
              </w:rPr>
              <w:t>4</w:t>
            </w:r>
          </w:p>
        </w:tc>
        <w:tc>
          <w:tcPr>
            <w:tcW w:type="dxa" w:w="3394"/>
          </w:tcPr>
          <w:p>
            <w:pPr>
              <w:spacing w:after="0"/>
              <w:jc w:val="left"/>
            </w:pPr>
          </w:p>
        </w:tc>
      </w:tr>
      <w:tr>
        <w:trPr>
          <w:cantSplit/>
        </w:trPr>
        <w:tc>
          <w:tcPr>
            <w:tcW w:type="dxa" w:w="706"/>
          </w:tcPr>
          <w:p>
            <w:pPr>
              <w:spacing w:after="0"/>
              <w:jc w:val="right"/>
            </w:pPr>
            <w:r>
              <w:rPr>
                <w:sz w:val="16"/>
              </w:rPr>
              <w:t>2</w:t>
            </w:r>
          </w:p>
        </w:tc>
        <w:tc>
          <w:tcPr>
            <w:tcW w:type="dxa" w:w="1037"/>
          </w:tcPr>
          <w:p>
            <w:pPr>
              <w:spacing w:after="0"/>
              <w:jc w:val="left"/>
            </w:pPr>
            <w:r>
              <w:rPr>
                <w:sz w:val="16"/>
              </w:rPr>
              <w:t>Heat Wave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$8</w:t>
            </w:r>
          </w:p>
        </w:tc>
        <w:tc>
          <w:tcPr>
            <w:tcW w:type="dxa" w:w="1126"/>
          </w:tcPr>
          <w:p>
            <w:pPr>
              <w:spacing w:after="0"/>
              <w:jc w:val="right"/>
            </w:pPr>
            <w:r>
              <w:rPr>
                <w:sz w:val="16"/>
              </w:rPr>
              <w:t>$26</w:t>
            </w:r>
          </w:p>
        </w:tc>
        <w:tc>
          <w:tcPr>
            <w:tcW w:type="dxa" w:w="1688"/>
          </w:tcPr>
          <w:p>
            <w:pPr>
              <w:spacing w:after="0"/>
              <w:jc w:val="right"/>
            </w:pPr>
            <w:r>
              <w:rPr>
                <w:sz w:val="16"/>
              </w:rPr>
              <w:t>$586,578</w:t>
            </w:r>
          </w:p>
        </w:tc>
        <w:tc>
          <w:tcPr>
            <w:tcW w:type="dxa" w:w="1159"/>
          </w:tcPr>
          <w:p>
            <w:pPr>
              <w:spacing w:after="0"/>
              <w:jc w:val="right"/>
            </w:pPr>
            <w:r>
              <w:rPr>
                <w:sz w:val="16"/>
              </w:rPr>
              <w:t>$586,612</w:t>
            </w:r>
          </w:p>
        </w:tc>
        <w:tc>
          <w:tcPr>
            <w:tcW w:type="dxa" w:w="1891"/>
          </w:tcPr>
          <w:p>
            <w:pPr>
              <w:spacing w:after="0"/>
              <w:jc w:val="right"/>
            </w:pPr>
            <w:r>
              <w:rPr>
                <w:sz w:val="16"/>
              </w:rPr>
              <w:t>12</w:t>
            </w:r>
          </w:p>
        </w:tc>
        <w:tc>
          <w:tcPr>
            <w:tcW w:type="dxa" w:w="3394"/>
          </w:tcPr>
          <w:p>
            <w:pPr>
              <w:spacing w:after="0"/>
              <w:jc w:val="left"/>
            </w:pPr>
          </w:p>
        </w:tc>
      </w:tr>
      <w:tr>
        <w:trPr>
          <w:cantSplit/>
        </w:trPr>
        <w:tc>
          <w:tcPr>
            <w:tcW w:type="dxa" w:w="706"/>
          </w:tcPr>
          <w:p>
            <w:pPr>
              <w:spacing w:after="0"/>
              <w:jc w:val="right"/>
            </w:pPr>
            <w:r>
              <w:rPr>
                <w:sz w:val="16"/>
              </w:rPr>
              <w:t>3</w:t>
            </w:r>
          </w:p>
        </w:tc>
        <w:tc>
          <w:tcPr>
            <w:tcW w:type="dxa" w:w="1037"/>
          </w:tcPr>
          <w:p>
            <w:pPr>
              <w:spacing w:after="0"/>
              <w:jc w:val="left"/>
            </w:pPr>
            <w:r>
              <w:rPr>
                <w:sz w:val="16"/>
              </w:rPr>
              <w:t>Drought</w:t>
            </w:r>
          </w:p>
        </w:tc>
        <w:tc>
          <w:tcPr>
            <w:tcW w:type="dxa" w:w="1037"/>
          </w:tcPr>
          <w:p>
            <w:pPr>
              <w:spacing w:after="0"/>
              <w:jc w:val="left"/>
            </w:pPr>
            <w:r>
              <w:rPr>
                <w:sz w:val="16"/>
              </w:rPr>
              <w:t>Relatively Moderate</w:t>
            </w:r>
          </w:p>
        </w:tc>
        <w:tc>
          <w:tcPr>
            <w:tcW w:type="dxa" w:w="103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$358,029</w:t>
            </w:r>
          </w:p>
        </w:tc>
        <w:tc>
          <w:tcPr>
            <w:tcW w:type="dxa" w:w="1688"/>
          </w:tcPr>
          <w:p>
            <w:pPr>
              <w:spacing w:after="0"/>
              <w:jc w:val="right"/>
            </w:pPr>
            <w:r>
              <w:rPr>
                <w:sz w:val="16"/>
              </w:rPr>
              <w:t>n/a</w:t>
            </w:r>
          </w:p>
        </w:tc>
        <w:tc>
          <w:tcPr>
            <w:tcW w:type="dxa" w:w="1159"/>
          </w:tcPr>
          <w:p>
            <w:pPr>
              <w:spacing w:after="0"/>
              <w:jc w:val="right"/>
            </w:pPr>
            <w:r>
              <w:rPr>
                <w:sz w:val="16"/>
              </w:rPr>
              <w:t>$358,029</w:t>
            </w:r>
          </w:p>
        </w:tc>
        <w:tc>
          <w:tcPr>
            <w:tcW w:type="dxa" w:w="1891"/>
          </w:tcPr>
          <w:p>
            <w:pPr>
              <w:spacing w:after="0"/>
              <w:jc w:val="right"/>
            </w:pPr>
            <w:r>
              <w:rPr>
                <w:sz w:val="16"/>
              </w:rPr>
              <w:t>33</w:t>
            </w:r>
          </w:p>
        </w:tc>
        <w:tc>
          <w:tcPr>
            <w:tcW w:type="dxa" w:w="3394"/>
          </w:tcPr>
          <w:p>
            <w:pPr>
              <w:spacing w:after="0"/>
              <w:jc w:val="left"/>
            </w:pPr>
          </w:p>
        </w:tc>
      </w:tr>
      <w:tr>
        <w:trPr>
          <w:cantSplit/>
        </w:trPr>
        <w:tc>
          <w:tcPr>
            <w:tcW w:type="dxa" w:w="706"/>
          </w:tcPr>
          <w:p>
            <w:pPr>
              <w:spacing w:after="0"/>
              <w:jc w:val="right"/>
            </w:pPr>
            <w:r>
              <w:rPr>
                <w:sz w:val="16"/>
              </w:rPr>
              <w:t>4</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$145,071</w:t>
            </w:r>
          </w:p>
        </w:tc>
        <w:tc>
          <w:tcPr>
            <w:tcW w:type="dxa" w:w="1126"/>
          </w:tcPr>
          <w:p>
            <w:pPr>
              <w:spacing w:after="0"/>
              <w:jc w:val="right"/>
            </w:pPr>
            <w:r>
              <w:rPr>
                <w:sz w:val="16"/>
              </w:rPr>
              <w:t>$213</w:t>
            </w:r>
          </w:p>
        </w:tc>
        <w:tc>
          <w:tcPr>
            <w:tcW w:type="dxa" w:w="1688"/>
          </w:tcPr>
          <w:p>
            <w:pPr>
              <w:spacing w:after="0"/>
              <w:jc w:val="right"/>
            </w:pPr>
            <w:r>
              <w:rPr>
                <w:sz w:val="16"/>
              </w:rPr>
              <w:t>$93,776</w:t>
            </w:r>
          </w:p>
        </w:tc>
        <w:tc>
          <w:tcPr>
            <w:tcW w:type="dxa" w:w="1159"/>
          </w:tcPr>
          <w:p>
            <w:pPr>
              <w:spacing w:after="0"/>
              <w:jc w:val="right"/>
            </w:pPr>
            <w:r>
              <w:rPr>
                <w:sz w:val="16"/>
              </w:rPr>
              <w:t>$239,060</w:t>
            </w:r>
          </w:p>
        </w:tc>
        <w:tc>
          <w:tcPr>
            <w:tcW w:type="dxa" w:w="1891"/>
          </w:tcPr>
          <w:p>
            <w:pPr>
              <w:spacing w:after="0"/>
              <w:jc w:val="right"/>
            </w:pPr>
            <w:r>
              <w:rPr>
                <w:sz w:val="16"/>
              </w:rPr>
              <w:t>16</w:t>
            </w:r>
          </w:p>
        </w:tc>
        <w:tc>
          <w:tcPr>
            <w:tcW w:type="dxa" w:w="3394"/>
          </w:tcPr>
          <w:p>
            <w:pPr>
              <w:spacing w:after="0"/>
              <w:jc w:val="left"/>
            </w:pPr>
          </w:p>
        </w:tc>
      </w:tr>
      <w:tr>
        <w:trPr>
          <w:cantSplit/>
        </w:trPr>
        <w:tc>
          <w:tcPr>
            <w:tcW w:type="dxa" w:w="706"/>
          </w:tcPr>
          <w:p>
            <w:pPr>
              <w:spacing w:after="0"/>
              <w:jc w:val="right"/>
            </w:pPr>
            <w:r>
              <w:rPr>
                <w:sz w:val="16"/>
              </w:rPr>
              <w:t>5</w:t>
            </w:r>
          </w:p>
        </w:tc>
        <w:tc>
          <w:tcPr>
            <w:tcW w:type="dxa" w:w="1037"/>
          </w:tcPr>
          <w:p>
            <w:pPr>
              <w:spacing w:after="0"/>
              <w:jc w:val="left"/>
            </w:pPr>
            <w:r>
              <w:rPr>
                <w:sz w:val="16"/>
              </w:rPr>
              <w:t>Hurricane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$108,612</w:t>
            </w:r>
          </w:p>
        </w:tc>
        <w:tc>
          <w:tcPr>
            <w:tcW w:type="dxa" w:w="1126"/>
          </w:tcPr>
          <w:p>
            <w:pPr>
              <w:spacing w:after="0"/>
              <w:jc w:val="right"/>
            </w:pPr>
            <w:r>
              <w:rPr>
                <w:sz w:val="16"/>
              </w:rPr>
              <w:t>$18,367</w:t>
            </w:r>
          </w:p>
        </w:tc>
        <w:tc>
          <w:tcPr>
            <w:tcW w:type="dxa" w:w="1688"/>
          </w:tcPr>
          <w:p>
            <w:pPr>
              <w:spacing w:after="0"/>
              <w:jc w:val="right"/>
            </w:pPr>
            <w:r>
              <w:rPr>
                <w:sz w:val="16"/>
              </w:rPr>
              <w:t>$5,914</w:t>
            </w:r>
          </w:p>
        </w:tc>
        <w:tc>
          <w:tcPr>
            <w:tcW w:type="dxa" w:w="1159"/>
          </w:tcPr>
          <w:p>
            <w:pPr>
              <w:spacing w:after="0"/>
              <w:jc w:val="right"/>
            </w:pPr>
            <w:r>
              <w:rPr>
                <w:sz w:val="16"/>
              </w:rPr>
              <w:t>$132,893</w:t>
            </w:r>
          </w:p>
        </w:tc>
        <w:tc>
          <w:tcPr>
            <w:tcW w:type="dxa" w:w="1891"/>
          </w:tcPr>
          <w:p>
            <w:pPr>
              <w:spacing w:after="0"/>
              <w:jc w:val="right"/>
            </w:pPr>
            <w:r>
              <w:rPr>
                <w:sz w:val="16"/>
              </w:rPr>
              <w:t>15</w:t>
            </w:r>
          </w:p>
        </w:tc>
        <w:tc>
          <w:tcPr>
            <w:tcW w:type="dxa" w:w="3394"/>
          </w:tcPr>
          <w:p>
            <w:pPr>
              <w:spacing w:after="0"/>
              <w:jc w:val="left"/>
            </w:pPr>
          </w:p>
        </w:tc>
      </w:tr>
      <w:tr>
        <w:trPr>
          <w:cantSplit/>
        </w:trPr>
        <w:tc>
          <w:tcPr>
            <w:tcW w:type="dxa" w:w="706"/>
          </w:tcPr>
          <w:p>
            <w:pPr>
              <w:spacing w:after="0"/>
              <w:jc w:val="right"/>
            </w:pPr>
            <w:r>
              <w:rPr>
                <w:sz w:val="16"/>
              </w:rPr>
              <w:t>6</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$45,686</w:t>
            </w:r>
          </w:p>
        </w:tc>
        <w:tc>
          <w:tcPr>
            <w:tcW w:type="dxa" w:w="1126"/>
          </w:tcPr>
          <w:p>
            <w:pPr>
              <w:spacing w:after="0"/>
              <w:jc w:val="right"/>
            </w:pPr>
            <w:r>
              <w:rPr>
                <w:sz w:val="16"/>
              </w:rPr>
              <w:t>$19,936</w:t>
            </w:r>
          </w:p>
        </w:tc>
        <w:tc>
          <w:tcPr>
            <w:tcW w:type="dxa" w:w="1688"/>
          </w:tcPr>
          <w:p>
            <w:pPr>
              <w:spacing w:after="0"/>
              <w:jc w:val="right"/>
            </w:pPr>
            <w:r>
              <w:rPr>
                <w:sz w:val="16"/>
              </w:rPr>
              <w:t>$38,249</w:t>
            </w:r>
          </w:p>
        </w:tc>
        <w:tc>
          <w:tcPr>
            <w:tcW w:type="dxa" w:w="1159"/>
          </w:tcPr>
          <w:p>
            <w:pPr>
              <w:spacing w:after="0"/>
              <w:jc w:val="right"/>
            </w:pPr>
            <w:r>
              <w:rPr>
                <w:sz w:val="16"/>
              </w:rPr>
              <w:t>$103,871</w:t>
            </w:r>
          </w:p>
        </w:tc>
        <w:tc>
          <w:tcPr>
            <w:tcW w:type="dxa" w:w="1891"/>
          </w:tcPr>
          <w:p>
            <w:pPr>
              <w:spacing w:after="0"/>
              <w:jc w:val="right"/>
            </w:pPr>
            <w:r>
              <w:rPr>
                <w:sz w:val="16"/>
              </w:rPr>
              <w:t>132</w:t>
            </w:r>
          </w:p>
        </w:tc>
        <w:tc>
          <w:tcPr>
            <w:tcW w:type="dxa" w:w="3394"/>
          </w:tcPr>
          <w:p>
            <w:pPr>
              <w:spacing w:after="0"/>
              <w:jc w:val="left"/>
            </w:pPr>
            <w:r>
              <w:rPr>
                <w:sz w:val="16"/>
              </w:rPr>
              <w:t>Includes 3 High Wind and 1 Strong Wind records (NOAA non-thunderstorm wind types, outside NRI's Strong Wind definition).</w:t>
            </w:r>
          </w:p>
        </w:tc>
      </w:tr>
      <w:tr>
        <w:trPr>
          <w:cantSplit/>
        </w:trPr>
        <w:tc>
          <w:tcPr>
            <w:tcW w:type="dxa" w:w="706"/>
          </w:tcPr>
          <w:p>
            <w:pPr>
              <w:spacing w:after="0"/>
              <w:jc w:val="right"/>
            </w:pPr>
            <w:r>
              <w:rPr>
                <w:sz w:val="16"/>
              </w:rPr>
              <w:t>7</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$60,954</w:t>
            </w:r>
          </w:p>
        </w:tc>
        <w:tc>
          <w:tcPr>
            <w:tcW w:type="dxa" w:w="1126"/>
          </w:tcPr>
          <w:p>
            <w:pPr>
              <w:spacing w:after="0"/>
              <w:jc w:val="right"/>
            </w:pPr>
            <w:r>
              <w:rPr>
                <w:sz w:val="16"/>
              </w:rPr>
              <w:t>n/a</w:t>
            </w:r>
          </w:p>
        </w:tc>
        <w:tc>
          <w:tcPr>
            <w:tcW w:type="dxa" w:w="1688"/>
          </w:tcPr>
          <w:p>
            <w:pPr>
              <w:spacing w:after="0"/>
              <w:jc w:val="right"/>
            </w:pPr>
            <w:r>
              <w:rPr>
                <w:sz w:val="16"/>
              </w:rPr>
              <w:t>$23,715</w:t>
            </w:r>
          </w:p>
        </w:tc>
        <w:tc>
          <w:tcPr>
            <w:tcW w:type="dxa" w:w="1159"/>
          </w:tcPr>
          <w:p>
            <w:pPr>
              <w:spacing w:after="0"/>
              <w:jc w:val="right"/>
            </w:pPr>
            <w:r>
              <w:rPr>
                <w:sz w:val="16"/>
              </w:rPr>
              <w:t>$84,669</w:t>
            </w:r>
          </w:p>
        </w:tc>
        <w:tc>
          <w:tcPr>
            <w:tcW w:type="dxa" w:w="1891"/>
          </w:tcPr>
          <w:p>
            <w:pPr>
              <w:spacing w:after="0"/>
              <w:jc w:val="right"/>
            </w:pPr>
          </w:p>
        </w:tc>
        <w:tc>
          <w:tcPr>
            <w:tcW w:type="dxa" w:w="3394"/>
          </w:tcPr>
          <w:p>
            <w:pPr>
              <w:spacing w:after="0"/>
              <w:jc w:val="left"/>
            </w:pPr>
            <w:r>
              <w:rPr>
                <w:sz w:val="16"/>
              </w:rPr>
              <w:t>Storm Events does not record earthquakes.</w:t>
            </w:r>
          </w:p>
        </w:tc>
      </w:tr>
      <w:tr>
        <w:trPr>
          <w:cantSplit/>
        </w:trPr>
        <w:tc>
          <w:tcPr>
            <w:tcW w:type="dxa" w:w="706"/>
          </w:tcPr>
          <w:p>
            <w:pPr>
              <w:spacing w:after="0"/>
              <w:jc w:val="right"/>
            </w:pPr>
            <w:r>
              <w:rPr>
                <w:sz w:val="16"/>
              </w:rPr>
              <w:t>8</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$42,927</w:t>
            </w:r>
          </w:p>
        </w:tc>
        <w:tc>
          <w:tcPr>
            <w:tcW w:type="dxa" w:w="1126"/>
          </w:tcPr>
          <w:p>
            <w:pPr>
              <w:spacing w:after="0"/>
              <w:jc w:val="right"/>
            </w:pPr>
            <w:r>
              <w:rPr>
                <w:sz w:val="16"/>
              </w:rPr>
              <w:t>$14</w:t>
            </w:r>
          </w:p>
        </w:tc>
        <w:tc>
          <w:tcPr>
            <w:tcW w:type="dxa" w:w="1688"/>
          </w:tcPr>
          <w:p>
            <w:pPr>
              <w:spacing w:after="0"/>
              <w:jc w:val="right"/>
            </w:pPr>
            <w:r>
              <w:rPr>
                <w:sz w:val="16"/>
              </w:rPr>
              <w:t>$4,225</w:t>
            </w:r>
          </w:p>
        </w:tc>
        <w:tc>
          <w:tcPr>
            <w:tcW w:type="dxa" w:w="1159"/>
          </w:tcPr>
          <w:p>
            <w:pPr>
              <w:spacing w:after="0"/>
              <w:jc w:val="right"/>
            </w:pPr>
            <w:r>
              <w:rPr>
                <w:sz w:val="16"/>
              </w:rPr>
              <w:t>$47,167</w:t>
            </w:r>
          </w:p>
        </w:tc>
        <w:tc>
          <w:tcPr>
            <w:tcW w:type="dxa" w:w="1891"/>
          </w:tcPr>
          <w:p>
            <w:pPr>
              <w:spacing w:after="0"/>
              <w:jc w:val="right"/>
            </w:pPr>
            <w:r>
              <w:rPr>
                <w:sz w:val="16"/>
              </w:rPr>
              <w:t>0</w:t>
            </w:r>
          </w:p>
        </w:tc>
        <w:tc>
          <w:tcPr>
            <w:tcW w:type="dxa" w:w="3394"/>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9</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$24,624</w:t>
            </w:r>
          </w:p>
        </w:tc>
        <w:tc>
          <w:tcPr>
            <w:tcW w:type="dxa" w:w="1126"/>
          </w:tcPr>
          <w:p>
            <w:pPr>
              <w:spacing w:after="0"/>
              <w:jc w:val="right"/>
            </w:pPr>
            <w:r>
              <w:rPr>
                <w:sz w:val="16"/>
              </w:rPr>
              <w:t>$1,092</w:t>
            </w:r>
          </w:p>
        </w:tc>
        <w:tc>
          <w:tcPr>
            <w:tcW w:type="dxa" w:w="1688"/>
          </w:tcPr>
          <w:p>
            <w:pPr>
              <w:spacing w:after="0"/>
              <w:jc w:val="right"/>
            </w:pPr>
            <w:r>
              <w:rPr>
                <w:sz w:val="16"/>
              </w:rPr>
              <w:t>$18,511</w:t>
            </w:r>
          </w:p>
        </w:tc>
        <w:tc>
          <w:tcPr>
            <w:tcW w:type="dxa" w:w="1159"/>
          </w:tcPr>
          <w:p>
            <w:pPr>
              <w:spacing w:after="0"/>
              <w:jc w:val="right"/>
            </w:pPr>
            <w:r>
              <w:rPr>
                <w:sz w:val="16"/>
              </w:rPr>
              <w:t>$44,228</w:t>
            </w:r>
          </w:p>
        </w:tc>
        <w:tc>
          <w:tcPr>
            <w:tcW w:type="dxa" w:w="1891"/>
          </w:tcPr>
          <w:p>
            <w:pPr>
              <w:spacing w:after="0"/>
              <w:jc w:val="right"/>
            </w:pPr>
            <w:r>
              <w:rPr>
                <w:sz w:val="16"/>
              </w:rPr>
              <w:t>26</w:t>
            </w:r>
          </w:p>
        </w:tc>
        <w:tc>
          <w:tcPr>
            <w:tcW w:type="dxa" w:w="3394"/>
          </w:tcPr>
          <w:p>
            <w:pPr>
              <w:spacing w:after="0"/>
              <w:jc w:val="left"/>
            </w:pPr>
          </w:p>
        </w:tc>
      </w:tr>
      <w:tr>
        <w:trPr>
          <w:cantSplit/>
        </w:trPr>
        <w:tc>
          <w:tcPr>
            <w:tcW w:type="dxa" w:w="706"/>
          </w:tcPr>
          <w:p>
            <w:pPr>
              <w:spacing w:after="0"/>
              <w:jc w:val="right"/>
            </w:pPr>
            <w:r>
              <w:rPr>
                <w:sz w:val="16"/>
              </w:rPr>
              <w:t>10</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$5,836</w:t>
            </w:r>
          </w:p>
        </w:tc>
        <w:tc>
          <w:tcPr>
            <w:tcW w:type="dxa" w:w="1126"/>
          </w:tcPr>
          <w:p>
            <w:pPr>
              <w:spacing w:after="0"/>
              <w:jc w:val="right"/>
            </w:pPr>
            <w:r>
              <w:rPr>
                <w:sz w:val="16"/>
              </w:rPr>
              <w:t>n/a</w:t>
            </w:r>
          </w:p>
        </w:tc>
        <w:tc>
          <w:tcPr>
            <w:tcW w:type="dxa" w:w="1688"/>
          </w:tcPr>
          <w:p>
            <w:pPr>
              <w:spacing w:after="0"/>
              <w:jc w:val="right"/>
            </w:pPr>
            <w:r>
              <w:rPr>
                <w:sz w:val="16"/>
              </w:rPr>
              <w:t>$15,877</w:t>
            </w:r>
          </w:p>
        </w:tc>
        <w:tc>
          <w:tcPr>
            <w:tcW w:type="dxa" w:w="1159"/>
          </w:tcPr>
          <w:p>
            <w:pPr>
              <w:spacing w:after="0"/>
              <w:jc w:val="right"/>
            </w:pPr>
            <w:r>
              <w:rPr>
                <w:sz w:val="16"/>
              </w:rPr>
              <w:t>$21,713</w:t>
            </w:r>
          </w:p>
        </w:tc>
        <w:tc>
          <w:tcPr>
            <w:tcW w:type="dxa" w:w="1891"/>
          </w:tcPr>
          <w:p>
            <w:pPr>
              <w:spacing w:after="0"/>
              <w:jc w:val="right"/>
            </w:pPr>
            <w:r>
              <w:rPr>
                <w:sz w:val="16"/>
              </w:rPr>
              <w:t>3</w:t>
            </w:r>
          </w:p>
        </w:tc>
        <w:tc>
          <w:tcPr>
            <w:tcW w:type="dxa" w:w="3394"/>
          </w:tcPr>
          <w:p>
            <w:pPr>
              <w:spacing w:after="0"/>
              <w:jc w:val="left"/>
            </w:pPr>
          </w:p>
        </w:tc>
      </w:tr>
      <w:tr>
        <w:trPr>
          <w:cantSplit/>
        </w:trPr>
        <w:tc>
          <w:tcPr>
            <w:tcW w:type="dxa" w:w="706"/>
          </w:tcPr>
          <w:p>
            <w:pPr>
              <w:spacing w:after="0"/>
              <w:jc w:val="right"/>
            </w:pPr>
            <w:r>
              <w:rPr>
                <w:sz w:val="16"/>
              </w:rPr>
              <w:t>11</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$301</w:t>
            </w:r>
          </w:p>
        </w:tc>
        <w:tc>
          <w:tcPr>
            <w:tcW w:type="dxa" w:w="1126"/>
          </w:tcPr>
          <w:p>
            <w:pPr>
              <w:spacing w:after="0"/>
              <w:jc w:val="right"/>
            </w:pPr>
            <w:r>
              <w:rPr>
                <w:sz w:val="16"/>
              </w:rPr>
              <w:t>$2,071</w:t>
            </w:r>
          </w:p>
        </w:tc>
        <w:tc>
          <w:tcPr>
            <w:tcW w:type="dxa" w:w="1688"/>
          </w:tcPr>
          <w:p>
            <w:pPr>
              <w:spacing w:after="0"/>
              <w:jc w:val="right"/>
            </w:pPr>
            <w:r>
              <w:rPr>
                <w:sz w:val="16"/>
              </w:rPr>
              <w:t>$17,167</w:t>
            </w:r>
          </w:p>
        </w:tc>
        <w:tc>
          <w:tcPr>
            <w:tcW w:type="dxa" w:w="1159"/>
          </w:tcPr>
          <w:p>
            <w:pPr>
              <w:spacing w:after="0"/>
              <w:jc w:val="right"/>
            </w:pPr>
            <w:r>
              <w:rPr>
                <w:sz w:val="16"/>
              </w:rPr>
              <w:t>$19,539</w:t>
            </w:r>
          </w:p>
        </w:tc>
        <w:tc>
          <w:tcPr>
            <w:tcW w:type="dxa" w:w="1891"/>
          </w:tcPr>
          <w:p>
            <w:pPr>
              <w:spacing w:after="0"/>
              <w:jc w:val="right"/>
            </w:pPr>
            <w:r>
              <w:rPr>
                <w:sz w:val="16"/>
              </w:rPr>
              <w:t>14</w:t>
            </w:r>
          </w:p>
        </w:tc>
        <w:tc>
          <w:tcPr>
            <w:tcW w:type="dxa" w:w="3394"/>
          </w:tcPr>
          <w:p>
            <w:pPr>
              <w:spacing w:after="0"/>
              <w:jc w:val="left"/>
            </w:pPr>
            <w:r>
              <w:rPr>
                <w:sz w:val="16"/>
              </w:rPr>
              <w:t>Includes 1 Frost/Freeze record (outside NRI's Cold Wave definition; counted in this table and in B1-d, not in the B1-e descriptor).</w:t>
            </w:r>
          </w:p>
        </w:tc>
      </w:tr>
      <w:tr>
        <w:trPr>
          <w:cantSplit/>
        </w:trPr>
        <w:tc>
          <w:tcPr>
            <w:tcW w:type="dxa" w:w="706"/>
          </w:tcPr>
          <w:p>
            <w:pPr>
              <w:spacing w:after="0"/>
              <w:jc w:val="right"/>
            </w:pPr>
            <w:r>
              <w:rPr>
                <w:sz w:val="16"/>
              </w:rPr>
              <w:t>12</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$9,511</w:t>
            </w:r>
          </w:p>
        </w:tc>
        <w:tc>
          <w:tcPr>
            <w:tcW w:type="dxa" w:w="1126"/>
          </w:tcPr>
          <w:p>
            <w:pPr>
              <w:spacing w:after="0"/>
              <w:jc w:val="right"/>
            </w:pPr>
            <w:r>
              <w:rPr>
                <w:sz w:val="16"/>
              </w:rPr>
              <w:t>n/a</w:t>
            </w:r>
          </w:p>
        </w:tc>
        <w:tc>
          <w:tcPr>
            <w:tcW w:type="dxa" w:w="1688"/>
          </w:tcPr>
          <w:p>
            <w:pPr>
              <w:spacing w:after="0"/>
              <w:jc w:val="right"/>
            </w:pPr>
            <w:r>
              <w:rPr>
                <w:sz w:val="16"/>
              </w:rPr>
              <w:t>$2,444</w:t>
            </w:r>
          </w:p>
        </w:tc>
        <w:tc>
          <w:tcPr>
            <w:tcW w:type="dxa" w:w="1159"/>
          </w:tcPr>
          <w:p>
            <w:pPr>
              <w:spacing w:after="0"/>
              <w:jc w:val="right"/>
            </w:pPr>
            <w:r>
              <w:rPr>
                <w:sz w:val="16"/>
              </w:rPr>
              <w:t>$11,955</w:t>
            </w:r>
          </w:p>
        </w:tc>
        <w:tc>
          <w:tcPr>
            <w:tcW w:type="dxa" w:w="1891"/>
          </w:tcPr>
          <w:p>
            <w:pPr>
              <w:spacing w:after="0"/>
              <w:jc w:val="right"/>
            </w:pPr>
            <w:r>
              <w:rPr>
                <w:sz w:val="16"/>
              </w:rPr>
              <w:t>1</w:t>
            </w:r>
          </w:p>
        </w:tc>
        <w:tc>
          <w:tcPr>
            <w:tcW w:type="dxa" w:w="3394"/>
          </w:tcPr>
          <w:p>
            <w:pPr>
              <w:spacing w:after="0"/>
              <w:jc w:val="left"/>
            </w:pPr>
          </w:p>
        </w:tc>
      </w:tr>
      <w:tr>
        <w:trPr>
          <w:cantSplit/>
        </w:trPr>
        <w:tc>
          <w:tcPr>
            <w:tcW w:type="dxa" w:w="706"/>
          </w:tcPr>
          <w:p>
            <w:pPr>
              <w:spacing w:after="0"/>
              <w:jc w:val="right"/>
            </w:pPr>
            <w:r>
              <w:rPr>
                <w:sz w:val="16"/>
              </w:rPr>
              <w:t>13</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$936</w:t>
            </w:r>
          </w:p>
        </w:tc>
        <w:tc>
          <w:tcPr>
            <w:tcW w:type="dxa" w:w="1126"/>
          </w:tcPr>
          <w:p>
            <w:pPr>
              <w:spacing w:after="0"/>
              <w:jc w:val="right"/>
            </w:pPr>
            <w:r>
              <w:rPr>
                <w:sz w:val="16"/>
              </w:rPr>
              <w:t>$5</w:t>
            </w:r>
          </w:p>
        </w:tc>
        <w:tc>
          <w:tcPr>
            <w:tcW w:type="dxa" w:w="1688"/>
          </w:tcPr>
          <w:p>
            <w:pPr>
              <w:spacing w:after="0"/>
              <w:jc w:val="right"/>
            </w:pPr>
            <w:r>
              <w:rPr>
                <w:sz w:val="16"/>
              </w:rPr>
              <w:t>$55</w:t>
            </w:r>
          </w:p>
        </w:tc>
        <w:tc>
          <w:tcPr>
            <w:tcW w:type="dxa" w:w="1159"/>
          </w:tcPr>
          <w:p>
            <w:pPr>
              <w:spacing w:after="0"/>
              <w:jc w:val="right"/>
            </w:pPr>
            <w:r>
              <w:rPr>
                <w:sz w:val="16"/>
              </w:rPr>
              <w:t>$996</w:t>
            </w:r>
          </w:p>
        </w:tc>
        <w:tc>
          <w:tcPr>
            <w:tcW w:type="dxa" w:w="1891"/>
          </w:tcPr>
          <w:p>
            <w:pPr>
              <w:spacing w:after="0"/>
              <w:jc w:val="right"/>
            </w:pPr>
            <w:r>
              <w:rPr>
                <w:sz w:val="16"/>
              </w:rPr>
              <w:t>10</w:t>
            </w:r>
          </w:p>
        </w:tc>
        <w:tc>
          <w:tcPr>
            <w:tcW w:type="dxa" w:w="3394"/>
          </w:tcPr>
          <w:p>
            <w:pPr>
              <w:spacing w:after="0"/>
              <w:jc w:val="left"/>
            </w:pPr>
          </w:p>
        </w:tc>
      </w:tr>
      <w:tr>
        <w:trPr>
          <w:cantSplit/>
        </w:trPr>
        <w:tc>
          <w:tcPr>
            <w:tcW w:type="dxa" w:w="706"/>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$207</w:t>
            </w:r>
          </w:p>
        </w:tc>
        <w:tc>
          <w:tcPr>
            <w:tcW w:type="dxa" w:w="1126"/>
          </w:tcPr>
          <w:p>
            <w:pPr>
              <w:spacing w:after="0"/>
              <w:jc w:val="right"/>
            </w:pPr>
            <w:r>
              <w:rPr>
                <w:sz w:val="16"/>
              </w:rPr>
              <w:t>n/a</w:t>
            </w:r>
          </w:p>
        </w:tc>
        <w:tc>
          <w:tcPr>
            <w:tcW w:type="dxa" w:w="1688"/>
          </w:tcPr>
          <w:p>
            <w:pPr>
              <w:spacing w:after="0"/>
              <w:jc w:val="right"/>
            </w:pPr>
            <w:r>
              <w:rPr>
                <w:sz w:val="16"/>
              </w:rPr>
              <w:t>$26</w:t>
            </w:r>
          </w:p>
        </w:tc>
        <w:tc>
          <w:tcPr>
            <w:tcW w:type="dxa" w:w="1159"/>
          </w:tcPr>
          <w:p>
            <w:pPr>
              <w:spacing w:after="0"/>
              <w:jc w:val="right"/>
            </w:pPr>
            <w:r>
              <w:rPr>
                <w:sz w:val="16"/>
              </w:rPr>
              <w:t>$233</w:t>
            </w:r>
          </w:p>
        </w:tc>
        <w:tc>
          <w:tcPr>
            <w:tcW w:type="dxa" w:w="1891"/>
          </w:tcPr>
          <w:p>
            <w:pPr>
              <w:spacing w:after="0"/>
              <w:jc w:val="right"/>
            </w:pPr>
            <w:r>
              <w:rPr>
                <w:sz w:val="16"/>
              </w:rPr>
              <w:t>0</w:t>
            </w:r>
          </w:p>
        </w:tc>
        <w:tc>
          <w:tcPr>
            <w:tcW w:type="dxa" w:w="339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63"/>
        <w:gridCol w:w="10849"/>
      </w:tblGrid>
      <w:tr>
        <w:trPr>
          <w:cantSplit/>
          <w:tblHeader/>
        </w:trPr>
        <w:tc>
          <w:tcPr>
            <w:tcW w:type="dxa" w:w="3263"/>
            <w:shd w:val="clear" w:color="auto" w:fill="E8E8E8"/>
          </w:tcPr>
          <w:p>
            <w:pPr>
              <w:spacing w:after="0"/>
              <w:jc w:val="left"/>
            </w:pPr>
            <w:r>
              <w:rPr>
                <w:b/>
                <w:sz w:val="16"/>
              </w:rPr>
              <w:t>Hazard</w:t>
            </w:r>
          </w:p>
        </w:tc>
        <w:tc>
          <w:tcPr>
            <w:tcW w:type="dxa" w:w="108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63"/>
          </w:tcPr>
          <w:p>
            <w:pPr>
              <w:spacing w:after="0"/>
              <w:jc w:val="left"/>
            </w:pPr>
            <w:r>
              <w:rPr>
                <w:sz w:val="16"/>
              </w:rPr>
              <w:t>Earthquake</w:t>
            </w:r>
          </w:p>
        </w:tc>
        <w:tc>
          <w:tcPr>
            <w:tcW w:type="dxa" w:w="10849"/>
          </w:tcPr>
          <w:p>
            <w:pPr>
              <w:spacing w:after="0"/>
              <w:jc w:val="left"/>
            </w:pPr>
            <w:r>
              <w:rPr>
                <w:sz w:val="16"/>
              </w:rPr>
              <w:t>tract 601.02 (Relatively Low, 64.4); tract 602 (Relatively Low, 59.3); tract 601.01 (Very Low, 40.3)</w:t>
            </w:r>
          </w:p>
        </w:tc>
      </w:tr>
      <w:tr>
        <w:trPr>
          <w:cantSplit/>
        </w:trPr>
        <w:tc>
          <w:tcPr>
            <w:tcW w:type="dxa" w:w="3263"/>
          </w:tcPr>
          <w:p>
            <w:pPr>
              <w:spacing w:after="0"/>
              <w:jc w:val="left"/>
            </w:pPr>
            <w:r>
              <w:rPr>
                <w:sz w:val="16"/>
              </w:rPr>
              <w:t>Hurricane</w:t>
            </w:r>
          </w:p>
        </w:tc>
        <w:tc>
          <w:tcPr>
            <w:tcW w:type="dxa" w:w="10849"/>
          </w:tcPr>
          <w:p>
            <w:pPr>
              <w:spacing w:after="0"/>
              <w:jc w:val="left"/>
            </w:pPr>
            <w:r>
              <w:rPr>
                <w:sz w:val="16"/>
              </w:rPr>
              <w:t>tract 602 (Relatively Low, 76.7); tract 601.02 (Relatively Low, 70.7); tract 601.01 (Relatively Low, 65.2)</w:t>
            </w:r>
          </w:p>
        </w:tc>
      </w:tr>
      <w:tr>
        <w:trPr>
          <w:cantSplit/>
        </w:trPr>
        <w:tc>
          <w:tcPr>
            <w:tcW w:type="dxa" w:w="3263"/>
          </w:tcPr>
          <w:p>
            <w:pPr>
              <w:spacing w:after="0"/>
              <w:jc w:val="left"/>
            </w:pPr>
            <w:r>
              <w:rPr>
                <w:sz w:val="16"/>
              </w:rPr>
              <w:t>Landslide</w:t>
            </w:r>
          </w:p>
        </w:tc>
        <w:tc>
          <w:tcPr>
            <w:tcW w:type="dxa" w:w="10849"/>
          </w:tcPr>
          <w:p>
            <w:pPr>
              <w:spacing w:after="0"/>
              <w:jc w:val="left"/>
            </w:pPr>
            <w:r>
              <w:rPr>
                <w:sz w:val="16"/>
              </w:rPr>
              <w:t>tract 601.02 (Relatively Low, 84.1); tract 601.01 (Relatively Low, 83.4); tract 602 (Very Low, 73.4)</w:t>
            </w:r>
          </w:p>
        </w:tc>
      </w:tr>
      <w:tr>
        <w:trPr>
          <w:cantSplit/>
        </w:trPr>
        <w:tc>
          <w:tcPr>
            <w:tcW w:type="dxa" w:w="3263"/>
          </w:tcPr>
          <w:p>
            <w:pPr>
              <w:spacing w:after="0"/>
              <w:jc w:val="left"/>
            </w:pPr>
            <w:r>
              <w:rPr>
                <w:sz w:val="16"/>
              </w:rPr>
              <w:t>Tornado</w:t>
            </w:r>
          </w:p>
        </w:tc>
        <w:tc>
          <w:tcPr>
            <w:tcW w:type="dxa" w:w="10849"/>
          </w:tcPr>
          <w:p>
            <w:pPr>
              <w:spacing w:after="0"/>
              <w:jc w:val="left"/>
            </w:pPr>
            <w:r>
              <w:rPr>
                <w:sz w:val="16"/>
              </w:rPr>
              <w:t>tract 602 (Relatively Moderate, 65.6); tract 601.02 (Relatively Moderate, 60.4); tract 601.01 (Relatively Moderate, 57.8)</w:t>
            </w:r>
          </w:p>
        </w:tc>
      </w:tr>
      <w:tr>
        <w:trPr>
          <w:cantSplit/>
        </w:trPr>
        <w:tc>
          <w:tcPr>
            <w:tcW w:type="dxa" w:w="3263"/>
          </w:tcPr>
          <w:p>
            <w:pPr>
              <w:spacing w:after="0"/>
              <w:jc w:val="left"/>
            </w:pPr>
            <w:r>
              <w:rPr>
                <w:sz w:val="16"/>
              </w:rPr>
              <w:t>Wildfire</w:t>
            </w:r>
          </w:p>
        </w:tc>
        <w:tc>
          <w:tcPr>
            <w:tcW w:type="dxa" w:w="10849"/>
          </w:tcPr>
          <w:p>
            <w:pPr>
              <w:spacing w:after="0"/>
              <w:jc w:val="left"/>
            </w:pPr>
            <w:r>
              <w:rPr>
                <w:sz w:val="16"/>
              </w:rPr>
              <w:t>tract 602 (Relatively Moderate, 89.4); tract 601.02 (Relatively Low, 88.3); tract 601.01 (Relatively Low, 87.5)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601.02 is Census Tract 601.02).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3"/>
        <w:gridCol w:w="1865"/>
        <w:gridCol w:w="1777"/>
        <w:gridCol w:w="1980"/>
        <w:gridCol w:w="1597"/>
        <w:gridCol w:w="1432"/>
        <w:gridCol w:w="1678"/>
        <w:gridCol w:w="1940"/>
      </w:tblGrid>
      <w:tr>
        <w:trPr>
          <w:cantSplit/>
          <w:tblHeader/>
        </w:trPr>
        <w:tc>
          <w:tcPr>
            <w:tcW w:type="dxa" w:w="1843"/>
            <w:shd w:val="clear" w:color="auto" w:fill="E8E8E8"/>
          </w:tcPr>
          <w:p>
            <w:pPr>
              <w:spacing w:after="0"/>
              <w:jc w:val="left"/>
            </w:pPr>
            <w:r>
              <w:rPr>
                <w:b/>
                <w:sz w:val="16"/>
              </w:rPr>
              <w:t>Hazard</w:t>
            </w:r>
          </w:p>
        </w:tc>
        <w:tc>
          <w:tcPr>
            <w:tcW w:type="dxa" w:w="1865"/>
            <w:shd w:val="clear" w:color="auto" w:fill="E8E8E8"/>
          </w:tcPr>
          <w:p>
            <w:pPr>
              <w:spacing w:after="0"/>
              <w:jc w:val="left"/>
            </w:pPr>
            <w:r>
              <w:rPr>
                <w:b/>
                <w:sz w:val="16"/>
              </w:rPr>
              <w:t>Scale</w:t>
            </w:r>
          </w:p>
        </w:tc>
        <w:tc>
          <w:tcPr>
            <w:tcW w:type="dxa" w:w="177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0"/>
            <w:shd w:val="clear" w:color="auto" w:fill="E8E8E8"/>
          </w:tcPr>
          <w:p>
            <w:pPr>
              <w:spacing w:after="0"/>
              <w:jc w:val="left"/>
            </w:pPr>
            <w:r>
              <w:rPr>
                <w:b/>
                <w:sz w:val="16"/>
              </w:rPr>
              <w:t>Observed range</w:t>
            </w:r>
          </w:p>
        </w:tc>
        <w:tc>
          <w:tcPr>
            <w:tcW w:type="dxa" w:w="1597"/>
            <w:shd w:val="clear" w:color="auto" w:fill="E8E8E8"/>
          </w:tcPr>
          <w:p>
            <w:pPr>
              <w:spacing w:after="0"/>
              <w:jc w:val="left"/>
            </w:pPr>
            <w:r>
              <w:rPr>
                <w:b/>
                <w:sz w:val="16"/>
              </w:rPr>
              <w:t>Worst recorded event</w:t>
            </w:r>
          </w:p>
        </w:tc>
        <w:tc>
          <w:tcPr>
            <w:tcW w:type="dxa" w:w="1432"/>
            <w:shd w:val="clear" w:color="auto" w:fill="E8E8E8"/>
          </w:tcPr>
          <w:p>
            <w:pPr>
              <w:spacing w:after="0"/>
              <w:jc w:val="left"/>
            </w:pPr>
            <w:r>
              <w:rPr>
                <w:b/>
                <w:sz w:val="16"/>
              </w:rPr>
              <w:t>Most damaging (when different)</w:t>
            </w:r>
          </w:p>
        </w:tc>
        <w:tc>
          <w:tcPr>
            <w:tcW w:type="dxa" w:w="1678"/>
            <w:shd w:val="clear" w:color="auto" w:fill="E8E8E8"/>
          </w:tcPr>
          <w:p>
            <w:pPr>
              <w:spacing w:after="0"/>
              <w:jc w:val="left"/>
            </w:pPr>
            <w:r>
              <w:rPr>
                <w:b/>
                <w:sz w:val="16"/>
              </w:rPr>
              <w:t>How it applies to jurisdictions</w:t>
            </w:r>
          </w:p>
        </w:tc>
        <w:tc>
          <w:tcPr>
            <w:tcW w:type="dxa" w:w="1940"/>
            <w:shd w:val="clear" w:color="auto" w:fill="E8E8E8"/>
          </w:tcPr>
          <w:p>
            <w:pPr>
              <w:spacing w:after="0"/>
              <w:jc w:val="left"/>
            </w:pPr>
            <w:r>
              <w:rPr>
                <w:b/>
                <w:sz w:val="16"/>
              </w:rPr>
              <w:t>Note</w:t>
            </w:r>
          </w:p>
        </w:tc>
      </w:tr>
      <w:tr>
        <w:trPr>
          <w:cantSplit/>
        </w:trPr>
        <w:tc>
          <w:tcPr>
            <w:tcW w:type="dxa" w:w="1843"/>
          </w:tcPr>
          <w:p>
            <w:pPr>
              <w:spacing w:after="0"/>
              <w:jc w:val="left"/>
            </w:pPr>
            <w:r>
              <w:rPr>
                <w:sz w:val="16"/>
              </w:rPr>
              <w:t>Cold/Wind Chill, Extreme Cold/Wind Chill</w:t>
            </w:r>
          </w:p>
        </w:tc>
        <w:tc>
          <w:tcPr>
            <w:tcW w:type="dxa" w:w="1865"/>
          </w:tcPr>
          <w:p>
            <w:pPr>
              <w:spacing w:after="0"/>
              <w:jc w:val="left"/>
            </w:pPr>
            <w:r>
              <w:rPr>
                <w:sz w:val="16"/>
              </w:rPr>
              <w:t>wind chill</w:t>
            </w:r>
          </w:p>
        </w:tc>
        <w:tc>
          <w:tcPr>
            <w:tcW w:type="dxa" w:w="1777"/>
          </w:tcPr>
          <w:p>
            <w:pPr>
              <w:spacing w:after="0"/>
              <w:jc w:val="right"/>
            </w:pPr>
            <w:r>
              <w:rPr>
                <w:sz w:val="16"/>
              </w:rPr>
              <w:t>13 records, 1996 to 2003 (13 zone-level)</w:t>
            </w:r>
          </w:p>
        </w:tc>
        <w:tc>
          <w:tcPr>
            <w:tcW w:type="dxa" w:w="1980"/>
          </w:tcPr>
          <w:p>
            <w:pPr>
              <w:spacing w:after="0"/>
              <w:jc w:val="left"/>
            </w:pPr>
            <w:r>
              <w:rPr>
                <w:sz w:val="16"/>
              </w:rPr>
              <w:t>1 day to 31 days (median 4 days); 10 with a recorded value</w:t>
            </w:r>
          </w:p>
        </w:tc>
        <w:tc>
          <w:tcPr>
            <w:tcW w:type="dxa" w:w="1597"/>
          </w:tcPr>
          <w:p>
            <w:pPr>
              <w:spacing w:after="0"/>
              <w:jc w:val="left"/>
            </w:pPr>
            <w:r>
              <w:rPr>
                <w:sz w:val="16"/>
              </w:rPr>
              <w:t>December 2000 (1 monthly summary record), zone-level</w:t>
            </w:r>
          </w:p>
        </w:tc>
        <w:tc>
          <w:tcPr>
            <w:tcW w:type="dxa" w:w="1432"/>
          </w:tcPr>
          <w:p>
            <w:pPr>
              <w:spacing w:after="0"/>
              <w:jc w:val="left"/>
            </w:pPr>
          </w:p>
        </w:tc>
        <w:tc>
          <w:tcPr>
            <w:tcW w:type="dxa" w:w="1678"/>
          </w:tcPr>
          <w:p>
            <w:pPr>
              <w:spacing w:after="0"/>
              <w:jc w:val="left"/>
            </w:pPr>
            <w:r>
              <w:rPr>
                <w:sz w:val="16"/>
              </w:rPr>
              <w:t>Countywide (zone-level records).</w:t>
            </w:r>
          </w:p>
        </w:tc>
        <w:tc>
          <w:tcPr>
            <w:tcW w:type="dxa" w:w="1940"/>
          </w:tcPr>
          <w:p>
            <w:pPr>
              <w:spacing w:after="0"/>
              <w:jc w:val="left"/>
            </w:pPr>
            <w:r>
              <w:rPr>
                <w:sz w:val="16"/>
              </w:rPr>
              <w:t>Cold/Wind Chill records from May to September (a frost night, not a cold wave) are counted but not used for the longest run.</w:t>
            </w:r>
          </w:p>
        </w:tc>
      </w:tr>
      <w:tr>
        <w:trPr>
          <w:cantSplit/>
        </w:trPr>
        <w:tc>
          <w:tcPr>
            <w:tcW w:type="dxa" w:w="1843"/>
          </w:tcPr>
          <w:p>
            <w:pPr>
              <w:spacing w:after="0"/>
              <w:jc w:val="left"/>
            </w:pPr>
            <w:r>
              <w:rPr>
                <w:sz w:val="16"/>
              </w:rPr>
              <w:t>Frost/Freeze (outside NRI's Cold Wave definition)</w:t>
            </w:r>
          </w:p>
        </w:tc>
        <w:tc>
          <w:tcPr>
            <w:tcW w:type="dxa" w:w="1865"/>
          </w:tcPr>
          <w:p>
            <w:pPr>
              <w:spacing w:after="0"/>
              <w:jc w:val="left"/>
            </w:pPr>
            <w:r>
              <w:rPr>
                <w:sz w:val="16"/>
              </w:rPr>
              <w:t>crop damage</w:t>
            </w:r>
          </w:p>
        </w:tc>
        <w:tc>
          <w:tcPr>
            <w:tcW w:type="dxa" w:w="1777"/>
          </w:tcPr>
          <w:p>
            <w:pPr>
              <w:spacing w:after="0"/>
              <w:jc w:val="right"/>
            </w:pPr>
            <w:r>
              <w:rPr>
                <w:sz w:val="16"/>
              </w:rPr>
              <w:t>1 record, 2007 (1 zone-level)</w:t>
            </w:r>
          </w:p>
        </w:tc>
        <w:tc>
          <w:tcPr>
            <w:tcW w:type="dxa" w:w="1980"/>
          </w:tcPr>
          <w:p>
            <w:pPr>
              <w:spacing w:after="0"/>
              <w:jc w:val="left"/>
            </w:pPr>
          </w:p>
        </w:tc>
        <w:tc>
          <w:tcPr>
            <w:tcW w:type="dxa" w:w="1597"/>
          </w:tcPr>
          <w:p>
            <w:pPr>
              <w:spacing w:after="0"/>
              <w:jc w:val="left"/>
            </w:pPr>
            <w:r>
              <w:rPr>
                <w:sz w:val="16"/>
              </w:rPr>
              <w:t>No crop damage reported in 1 record.</w:t>
            </w:r>
          </w:p>
        </w:tc>
        <w:tc>
          <w:tcPr>
            <w:tcW w:type="dxa" w:w="1432"/>
          </w:tcPr>
          <w:p>
            <w:pPr>
              <w:spacing w:after="0"/>
              <w:jc w:val="left"/>
            </w:pPr>
          </w:p>
        </w:tc>
        <w:tc>
          <w:tcPr>
            <w:tcW w:type="dxa" w:w="1678"/>
          </w:tcPr>
          <w:p>
            <w:pPr>
              <w:spacing w:after="0"/>
              <w:jc w:val="left"/>
            </w:pPr>
            <w:r>
              <w:rPr>
                <w:sz w:val="16"/>
              </w:rPr>
              <w:t>Countywide (zone-level records).</w:t>
            </w:r>
          </w:p>
        </w:tc>
        <w:tc>
          <w:tcPr>
            <w:tcW w:type="dxa" w:w="1940"/>
          </w:tcPr>
          <w:p>
            <w:pPr>
              <w:spacing w:after="0"/>
              <w:jc w:val="left"/>
            </w:pPr>
          </w:p>
        </w:tc>
      </w:tr>
      <w:tr>
        <w:trPr>
          <w:cantSplit/>
        </w:trPr>
        <w:tc>
          <w:tcPr>
            <w:tcW w:type="dxa" w:w="1843"/>
          </w:tcPr>
          <w:p>
            <w:pPr>
              <w:spacing w:after="0"/>
              <w:jc w:val="left"/>
            </w:pPr>
            <w:r>
              <w:rPr>
                <w:sz w:val="16"/>
              </w:rPr>
              <w:t>Drought</w:t>
            </w:r>
          </w:p>
        </w:tc>
        <w:tc>
          <w:tcPr>
            <w:tcW w:type="dxa" w:w="1865"/>
          </w:tcPr>
          <w:p>
            <w:pPr>
              <w:spacing w:after="0"/>
              <w:jc w:val="left"/>
            </w:pPr>
            <w:r>
              <w:rPr>
                <w:sz w:val="16"/>
              </w:rPr>
              <w:t>U.S. Drought Monitor scale (D0 to D4)</w:t>
            </w:r>
          </w:p>
        </w:tc>
        <w:tc>
          <w:tcPr>
            <w:tcW w:type="dxa" w:w="1777"/>
          </w:tcPr>
          <w:p>
            <w:pPr>
              <w:spacing w:after="0"/>
              <w:jc w:val="right"/>
            </w:pPr>
            <w:r>
              <w:rPr>
                <w:sz w:val="16"/>
              </w:rPr>
              <w:t>33 records, 1997 to 2026 (33 zone-level)</w:t>
            </w:r>
          </w:p>
        </w:tc>
        <w:tc>
          <w:tcPr>
            <w:tcW w:type="dxa" w:w="1980"/>
          </w:tcPr>
          <w:p>
            <w:pPr>
              <w:spacing w:after="0"/>
              <w:jc w:val="left"/>
            </w:pPr>
            <w:r>
              <w:rPr>
                <w:sz w:val="16"/>
              </w:rPr>
              <w:t>22 days to 184 days (median 31 days); 17 with a recorded value</w:t>
            </w:r>
          </w:p>
        </w:tc>
        <w:tc>
          <w:tcPr>
            <w:tcW w:type="dxa" w:w="1597"/>
          </w:tcPr>
          <w:p>
            <w:pPr>
              <w:spacing w:after="0"/>
              <w:jc w:val="left"/>
            </w:pPr>
            <w:r>
              <w:rPr>
                <w:sz w:val="16"/>
              </w:rPr>
              <w:t>184 days (6 months), 2016-08-01 to 2017-01-31, a run of 6 consecutive Storm Events drought records, zone-level</w:t>
            </w:r>
          </w:p>
        </w:tc>
        <w:tc>
          <w:tcPr>
            <w:tcW w:type="dxa" w:w="1432"/>
          </w:tcPr>
          <w:p>
            <w:pPr>
              <w:spacing w:after="0"/>
              <w:jc w:val="left"/>
            </w:pPr>
            <w:r>
              <w:rPr>
                <w:sz w:val="16"/>
              </w:rPr>
              <w:t>Drought, 2000-06-01, property not reported; $2,060,000 crops (zone total, 2000 dollars)</w:t>
            </w:r>
          </w:p>
        </w:tc>
        <w:tc>
          <w:tcPr>
            <w:tcW w:type="dxa" w:w="1678"/>
          </w:tcPr>
          <w:p>
            <w:pPr>
              <w:spacing w:after="0"/>
              <w:jc w:val="left"/>
            </w:pPr>
            <w:r>
              <w:rPr>
                <w:sz w:val="16"/>
              </w:rPr>
              <w:t>Countywide (zone-level records).</w:t>
            </w:r>
          </w:p>
        </w:tc>
        <w:tc>
          <w:tcPr>
            <w:tcW w:type="dxa" w:w="19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3"/>
          </w:tcPr>
          <w:p>
            <w:pPr>
              <w:spacing w:after="0"/>
              <w:jc w:val="left"/>
            </w:pPr>
            <w:r>
              <w:rPr>
                <w:sz w:val="16"/>
              </w:rPr>
              <w:t>Earthquake</w:t>
            </w:r>
          </w:p>
        </w:tc>
        <w:tc>
          <w:tcPr>
            <w:tcW w:type="dxa" w:w="1865"/>
          </w:tcPr>
          <w:p>
            <w:pPr>
              <w:spacing w:after="0"/>
              <w:jc w:val="left"/>
            </w:pPr>
            <w:r>
              <w:rPr>
                <w:sz w:val="16"/>
              </w:rPr>
              <w:t>Modified Mercalli (local data)</w:t>
            </w:r>
          </w:p>
        </w:tc>
        <w:tc>
          <w:tcPr>
            <w:tcW w:type="dxa" w:w="1777"/>
          </w:tcPr>
          <w:p>
            <w:pPr>
              <w:spacing w:after="0"/>
              <w:jc w:val="right"/>
            </w:pPr>
            <w:r>
              <w:rPr>
                <w:sz w:val="16"/>
              </w:rPr>
              <w:t>0</w:t>
            </w:r>
          </w:p>
        </w:tc>
        <w:tc>
          <w:tcPr>
            <w:tcW w:type="dxa" w:w="1980"/>
          </w:tcPr>
          <w:p>
            <w:pPr>
              <w:spacing w:after="0"/>
              <w:jc w:val="left"/>
            </w:pPr>
          </w:p>
        </w:tc>
        <w:tc>
          <w:tcPr>
            <w:tcW w:type="dxa" w:w="1597"/>
          </w:tcPr>
          <w:p>
            <w:pPr>
              <w:spacing w:after="0"/>
              <w:jc w:val="left"/>
            </w:pPr>
          </w:p>
        </w:tc>
        <w:tc>
          <w:tcPr>
            <w:tcW w:type="dxa" w:w="1432"/>
          </w:tcPr>
          <w:p>
            <w:pPr>
              <w:spacing w:after="0"/>
              <w:jc w:val="left"/>
            </w:pPr>
          </w:p>
        </w:tc>
        <w:tc>
          <w:tcPr>
            <w:tcW w:type="dxa" w:w="1678"/>
          </w:tcPr>
          <w:p>
            <w:pPr>
              <w:spacing w:after="0"/>
              <w:jc w:val="left"/>
            </w:pPr>
          </w:p>
        </w:tc>
        <w:tc>
          <w:tcPr>
            <w:tcW w:type="dxa" w:w="1940"/>
          </w:tcPr>
          <w:p>
            <w:pPr>
              <w:spacing w:after="0"/>
              <w:jc w:val="left"/>
            </w:pPr>
            <w:r>
              <w:rPr>
                <w:sz w:val="16"/>
              </w:rPr>
              <w:t>Storm Events does not record earthquakes; the USGS earthquake catalog is the source.</w:t>
            </w:r>
          </w:p>
        </w:tc>
      </w:tr>
      <w:tr>
        <w:trPr>
          <w:cantSplit/>
        </w:trPr>
        <w:tc>
          <w:tcPr>
            <w:tcW w:type="dxa" w:w="1843"/>
          </w:tcPr>
          <w:p>
            <w:pPr>
              <w:spacing w:after="0"/>
              <w:jc w:val="left"/>
            </w:pPr>
            <w:r>
              <w:rPr>
                <w:sz w:val="16"/>
              </w:rPr>
              <w:t>Hail</w:t>
            </w:r>
          </w:p>
        </w:tc>
        <w:tc>
          <w:tcPr>
            <w:tcW w:type="dxa" w:w="1865"/>
          </w:tcPr>
          <w:p>
            <w:pPr>
              <w:spacing w:after="0"/>
              <w:jc w:val="left"/>
            </w:pPr>
            <w:r>
              <w:rPr>
                <w:sz w:val="16"/>
              </w:rPr>
              <w:t>hail size (inches)</w:t>
            </w:r>
          </w:p>
        </w:tc>
        <w:tc>
          <w:tcPr>
            <w:tcW w:type="dxa" w:w="1777"/>
          </w:tcPr>
          <w:p>
            <w:pPr>
              <w:spacing w:after="0"/>
              <w:jc w:val="right"/>
            </w:pPr>
            <w:r>
              <w:rPr>
                <w:sz w:val="16"/>
              </w:rPr>
              <w:t>38 records, 1955 to 2023</w:t>
            </w:r>
          </w:p>
        </w:tc>
        <w:tc>
          <w:tcPr>
            <w:tcW w:type="dxa" w:w="1980"/>
          </w:tcPr>
          <w:p>
            <w:pPr>
              <w:spacing w:after="0"/>
              <w:jc w:val="left"/>
            </w:pPr>
            <w:r>
              <w:rPr>
                <w:sz w:val="16"/>
              </w:rPr>
              <w:t>0.75 in to 2.5 in (median 1 in); 38 with a recorded value</w:t>
            </w:r>
          </w:p>
        </w:tc>
        <w:tc>
          <w:tcPr>
            <w:tcW w:type="dxa" w:w="1597"/>
          </w:tcPr>
          <w:p>
            <w:pPr>
              <w:spacing w:after="0"/>
              <w:jc w:val="left"/>
            </w:pPr>
            <w:r>
              <w:rPr>
                <w:sz w:val="16"/>
              </w:rPr>
              <w:t>2.5 in hail, 1965-03-17</w:t>
            </w:r>
          </w:p>
        </w:tc>
        <w:tc>
          <w:tcPr>
            <w:tcW w:type="dxa" w:w="1432"/>
          </w:tcPr>
          <w:p>
            <w:pPr>
              <w:spacing w:after="0"/>
              <w:jc w:val="left"/>
            </w:pPr>
            <w:r>
              <w:rPr>
                <w:sz w:val="16"/>
              </w:rPr>
              <w:t>Hail, 2005-12-28, $50,000 property; crops not reported (2005 dollars)</w:t>
            </w:r>
          </w:p>
        </w:tc>
        <w:tc>
          <w:tcPr>
            <w:tcW w:type="dxa" w:w="1678"/>
          </w:tcPr>
          <w:p>
            <w:pPr>
              <w:spacing w:after="0"/>
              <w:jc w:val="left"/>
            </w:pPr>
            <w:r>
              <w:rPr>
                <w:sz w:val="16"/>
              </w:rPr>
              <w:t>Event records naming jurisdictions in the plan: Jeffersonville city (8 records), Danville town (1 record).</w:t>
            </w:r>
          </w:p>
        </w:tc>
        <w:tc>
          <w:tcPr>
            <w:tcW w:type="dxa" w:w="1940"/>
          </w:tcPr>
          <w:p>
            <w:pPr>
              <w:spacing w:after="0"/>
              <w:jc w:val="left"/>
            </w:pPr>
          </w:p>
        </w:tc>
      </w:tr>
      <w:tr>
        <w:trPr>
          <w:cantSplit/>
        </w:trPr>
        <w:tc>
          <w:tcPr>
            <w:tcW w:type="dxa" w:w="1843"/>
          </w:tcPr>
          <w:p>
            <w:pPr>
              <w:spacing w:after="0"/>
              <w:jc w:val="left"/>
            </w:pPr>
            <w:r>
              <w:rPr>
                <w:sz w:val="16"/>
              </w:rPr>
              <w:t>Excessive Heat, Heat</w:t>
            </w:r>
          </w:p>
        </w:tc>
        <w:tc>
          <w:tcPr>
            <w:tcW w:type="dxa" w:w="1865"/>
          </w:tcPr>
          <w:p>
            <w:pPr>
              <w:spacing w:after="0"/>
              <w:jc w:val="left"/>
            </w:pPr>
            <w:r>
              <w:rPr>
                <w:sz w:val="16"/>
              </w:rPr>
              <w:t>heat index (in event narratives)</w:t>
            </w:r>
          </w:p>
        </w:tc>
        <w:tc>
          <w:tcPr>
            <w:tcW w:type="dxa" w:w="1777"/>
          </w:tcPr>
          <w:p>
            <w:pPr>
              <w:spacing w:after="0"/>
              <w:jc w:val="right"/>
            </w:pPr>
            <w:r>
              <w:rPr>
                <w:sz w:val="16"/>
              </w:rPr>
              <w:t>12 records, 1999 to 2012 (12 zone-level)</w:t>
            </w:r>
          </w:p>
        </w:tc>
        <w:tc>
          <w:tcPr>
            <w:tcW w:type="dxa" w:w="1980"/>
          </w:tcPr>
          <w:p>
            <w:pPr>
              <w:spacing w:after="0"/>
              <w:jc w:val="left"/>
            </w:pPr>
            <w:r>
              <w:rPr>
                <w:sz w:val="16"/>
              </w:rPr>
              <w:t>1 day to 33 days (median 8.5 days); 6 with a recorded value</w:t>
            </w:r>
          </w:p>
        </w:tc>
        <w:tc>
          <w:tcPr>
            <w:tcW w:type="dxa" w:w="1597"/>
          </w:tcPr>
          <w:p>
            <w:pPr>
              <w:spacing w:after="0"/>
              <w:jc w:val="left"/>
            </w:pPr>
            <w:r>
              <w:rPr>
                <w:sz w:val="16"/>
              </w:rPr>
              <w:t>1999-07-20 to 1999-08-21 (2 records, 1 of them a monthly summary record), zone-level</w:t>
            </w:r>
          </w:p>
        </w:tc>
        <w:tc>
          <w:tcPr>
            <w:tcW w:type="dxa" w:w="1432"/>
          </w:tcPr>
          <w:p>
            <w:pPr>
              <w:spacing w:after="0"/>
              <w:jc w:val="left"/>
            </w:pPr>
          </w:p>
        </w:tc>
        <w:tc>
          <w:tcPr>
            <w:tcW w:type="dxa" w:w="1678"/>
          </w:tcPr>
          <w:p>
            <w:pPr>
              <w:spacing w:after="0"/>
              <w:jc w:val="left"/>
            </w:pPr>
            <w:r>
              <w:rPr>
                <w:sz w:val="16"/>
              </w:rPr>
              <w:t>Countywide (zone-level records).</w:t>
            </w:r>
          </w:p>
        </w:tc>
        <w:tc>
          <w:tcPr>
            <w:tcW w:type="dxa" w:w="1940"/>
          </w:tcPr>
          <w:p>
            <w:pPr>
              <w:spacing w:after="0"/>
              <w:jc w:val="left"/>
            </w:pPr>
            <w:r>
              <w:rPr>
                <w:sz w:val="16"/>
              </w:rPr>
              <w:t>Heat records from November to March (unseasonable warmth, not a heat wave) are counted but not used for the longest run.</w:t>
            </w:r>
          </w:p>
        </w:tc>
      </w:tr>
      <w:tr>
        <w:trPr>
          <w:cantSplit/>
        </w:trPr>
        <w:tc>
          <w:tcPr>
            <w:tcW w:type="dxa" w:w="1843"/>
          </w:tcPr>
          <w:p>
            <w:pPr>
              <w:spacing w:after="0"/>
              <w:jc w:val="left"/>
            </w:pPr>
            <w:r>
              <w:rPr>
                <w:sz w:val="16"/>
              </w:rPr>
              <w:t>Hurricane, Tropical Storm, Tropical Depression</w:t>
            </w:r>
          </w:p>
        </w:tc>
        <w:tc>
          <w:tcPr>
            <w:tcW w:type="dxa" w:w="1865"/>
          </w:tcPr>
          <w:p>
            <w:pPr>
              <w:spacing w:after="0"/>
              <w:jc w:val="left"/>
            </w:pPr>
            <w:r>
              <w:rPr>
                <w:sz w:val="16"/>
              </w:rPr>
              <w:t>Saffir-Simpson</w:t>
            </w:r>
          </w:p>
        </w:tc>
        <w:tc>
          <w:tcPr>
            <w:tcW w:type="dxa" w:w="1777"/>
          </w:tcPr>
          <w:p>
            <w:pPr>
              <w:spacing w:after="0"/>
              <w:jc w:val="right"/>
            </w:pPr>
            <w:r>
              <w:rPr>
                <w:sz w:val="16"/>
              </w:rPr>
              <w:t>15 records, 2002 to 2020 (15 zone-level)</w:t>
            </w:r>
          </w:p>
        </w:tc>
        <w:tc>
          <w:tcPr>
            <w:tcW w:type="dxa" w:w="1980"/>
          </w:tcPr>
          <w:p>
            <w:pPr>
              <w:spacing w:after="0"/>
              <w:jc w:val="left"/>
            </w:pPr>
          </w:p>
        </w:tc>
        <w:tc>
          <w:tcPr>
            <w:tcW w:type="dxa" w:w="1597"/>
          </w:tcPr>
          <w:p>
            <w:pPr>
              <w:spacing w:after="0"/>
              <w:jc w:val="left"/>
            </w:pPr>
            <w:r>
              <w:rPr>
                <w:sz w:val="16"/>
              </w:rPr>
              <w:t>Strongest recorded: Tropical Storm record, 2017-09-11, $100,000 property; crops not reported (2017 dollars); NWS zone GAZ083</w:t>
            </w:r>
          </w:p>
        </w:tc>
        <w:tc>
          <w:tcPr>
            <w:tcW w:type="dxa" w:w="1432"/>
          </w:tcPr>
          <w:p>
            <w:pPr>
              <w:spacing w:after="0"/>
              <w:jc w:val="left"/>
            </w:pPr>
          </w:p>
        </w:tc>
        <w:tc>
          <w:tcPr>
            <w:tcW w:type="dxa" w:w="1678"/>
          </w:tcPr>
          <w:p>
            <w:pPr>
              <w:spacing w:after="0"/>
              <w:jc w:val="left"/>
            </w:pPr>
            <w:r>
              <w:rPr>
                <w:sz w:val="16"/>
              </w:rPr>
              <w:t>Countywide (zone-level records).</w:t>
            </w:r>
          </w:p>
        </w:tc>
        <w:tc>
          <w:tcPr>
            <w:tcW w:type="dxa" w:w="194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3"/>
          </w:tcPr>
          <w:p>
            <w:pPr>
              <w:spacing w:after="0"/>
              <w:jc w:val="left"/>
            </w:pPr>
            <w:r>
              <w:rPr>
                <w:sz w:val="16"/>
              </w:rPr>
              <w:t>Ice Storm</w:t>
            </w:r>
          </w:p>
        </w:tc>
        <w:tc>
          <w:tcPr>
            <w:tcW w:type="dxa" w:w="1865"/>
          </w:tcPr>
          <w:p>
            <w:pPr>
              <w:spacing w:after="0"/>
              <w:jc w:val="left"/>
            </w:pPr>
            <w:r>
              <w:rPr>
                <w:sz w:val="16"/>
              </w:rPr>
              <w:t>Sperry-Piltz ice scale (local data)</w:t>
            </w:r>
          </w:p>
        </w:tc>
        <w:tc>
          <w:tcPr>
            <w:tcW w:type="dxa" w:w="1777"/>
          </w:tcPr>
          <w:p>
            <w:pPr>
              <w:spacing w:after="0"/>
              <w:jc w:val="right"/>
            </w:pPr>
            <w:r>
              <w:rPr>
                <w:sz w:val="16"/>
              </w:rPr>
              <w:t>1 record, 2014 (1 zone-level)</w:t>
            </w:r>
          </w:p>
        </w:tc>
        <w:tc>
          <w:tcPr>
            <w:tcW w:type="dxa" w:w="1980"/>
          </w:tcPr>
          <w:p>
            <w:pPr>
              <w:spacing w:after="0"/>
              <w:jc w:val="left"/>
            </w:pPr>
          </w:p>
        </w:tc>
        <w:tc>
          <w:tcPr>
            <w:tcW w:type="dxa" w:w="1597"/>
          </w:tcPr>
          <w:p>
            <w:pPr>
              <w:spacing w:after="0"/>
              <w:jc w:val="left"/>
            </w:pPr>
            <w:r>
              <w:rPr>
                <w:sz w:val="16"/>
              </w:rPr>
              <w:t>No damage reported in 1 record.</w:t>
            </w:r>
          </w:p>
        </w:tc>
        <w:tc>
          <w:tcPr>
            <w:tcW w:type="dxa" w:w="1432"/>
          </w:tcPr>
          <w:p>
            <w:pPr>
              <w:spacing w:after="0"/>
              <w:jc w:val="left"/>
            </w:pPr>
          </w:p>
        </w:tc>
        <w:tc>
          <w:tcPr>
            <w:tcW w:type="dxa" w:w="1678"/>
          </w:tcPr>
          <w:p>
            <w:pPr>
              <w:spacing w:after="0"/>
              <w:jc w:val="left"/>
            </w:pPr>
            <w:r>
              <w:rPr>
                <w:sz w:val="16"/>
              </w:rPr>
              <w:t>Countywide (zone-level records).</w:t>
            </w:r>
          </w:p>
        </w:tc>
        <w:tc>
          <w:tcPr>
            <w:tcW w:type="dxa" w:w="1940"/>
          </w:tcPr>
          <w:p>
            <w:pPr>
              <w:spacing w:after="0"/>
              <w:jc w:val="left"/>
            </w:pPr>
          </w:p>
        </w:tc>
      </w:tr>
      <w:tr>
        <w:trPr>
          <w:cantSplit/>
        </w:trPr>
        <w:tc>
          <w:tcPr>
            <w:tcW w:type="dxa" w:w="1843"/>
          </w:tcPr>
          <w:p>
            <w:pPr>
              <w:spacing w:after="0"/>
              <w:jc w:val="left"/>
            </w:pPr>
            <w:r>
              <w:rPr>
                <w:sz w:val="16"/>
              </w:rPr>
              <w:t>Flash Flood, Flood, Lakeshore Flood</w:t>
            </w:r>
          </w:p>
        </w:tc>
        <w:tc>
          <w:tcPr>
            <w:tcW w:type="dxa" w:w="1865"/>
          </w:tcPr>
          <w:p>
            <w:pPr>
              <w:spacing w:after="0"/>
              <w:jc w:val="left"/>
            </w:pPr>
            <w:r>
              <w:rPr>
                <w:sz w:val="16"/>
              </w:rPr>
              <w:t>damage and flood days (flood depth: FIRM)</w:t>
            </w:r>
          </w:p>
        </w:tc>
        <w:tc>
          <w:tcPr>
            <w:tcW w:type="dxa" w:w="1777"/>
          </w:tcPr>
          <w:p>
            <w:pPr>
              <w:spacing w:after="0"/>
              <w:jc w:val="right"/>
            </w:pPr>
            <w:r>
              <w:rPr>
                <w:sz w:val="16"/>
              </w:rPr>
              <w:t>4 records, 1998 to 2021 (3 zone-level)</w:t>
            </w:r>
          </w:p>
        </w:tc>
        <w:tc>
          <w:tcPr>
            <w:tcW w:type="dxa" w:w="1980"/>
          </w:tcPr>
          <w:p>
            <w:pPr>
              <w:spacing w:after="0"/>
              <w:jc w:val="left"/>
            </w:pPr>
          </w:p>
        </w:tc>
        <w:tc>
          <w:tcPr>
            <w:tcW w:type="dxa" w:w="1597"/>
          </w:tcPr>
          <w:p>
            <w:pPr>
              <w:spacing w:after="0"/>
              <w:jc w:val="left"/>
            </w:pPr>
            <w:r>
              <w:rPr>
                <w:sz w:val="16"/>
              </w:rPr>
              <w:t>Flood, 1998-02-04, $20,000 property; crops not reported (1998 dollars); NWS zone GAZ083</w:t>
            </w:r>
          </w:p>
        </w:tc>
        <w:tc>
          <w:tcPr>
            <w:tcW w:type="dxa" w:w="1432"/>
          </w:tcPr>
          <w:p>
            <w:pPr>
              <w:spacing w:after="0"/>
              <w:jc w:val="left"/>
            </w:pPr>
          </w:p>
        </w:tc>
        <w:tc>
          <w:tcPr>
            <w:tcW w:type="dxa" w:w="1678"/>
          </w:tcPr>
          <w:p>
            <w:pPr>
              <w:spacing w:after="0"/>
              <w:jc w:val="left"/>
            </w:pPr>
            <w:r>
              <w:rPr>
                <w:sz w:val="16"/>
              </w:rPr>
              <w:t>Event records naming jurisdictions in the plan: Danville town (1 record). Zone-level records (3) apply countywide.</w:t>
            </w:r>
          </w:p>
        </w:tc>
        <w:tc>
          <w:tcPr>
            <w:tcW w:type="dxa" w:w="194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3"/>
          </w:tcPr>
          <w:p>
            <w:pPr>
              <w:spacing w:after="0"/>
              <w:jc w:val="left"/>
            </w:pPr>
            <w:r>
              <w:rPr>
                <w:sz w:val="16"/>
              </w:rPr>
              <w:t>Debris Flow</w:t>
            </w:r>
          </w:p>
        </w:tc>
        <w:tc>
          <w:tcPr>
            <w:tcW w:type="dxa" w:w="1865"/>
          </w:tcPr>
          <w:p>
            <w:pPr>
              <w:spacing w:after="0"/>
              <w:jc w:val="left"/>
            </w:pPr>
            <w:r>
              <w:rPr>
                <w:sz w:val="16"/>
              </w:rPr>
              <w:t>none (count and damage only)</w:t>
            </w:r>
          </w:p>
        </w:tc>
        <w:tc>
          <w:tcPr>
            <w:tcW w:type="dxa" w:w="1777"/>
          </w:tcPr>
          <w:p>
            <w:pPr>
              <w:spacing w:after="0"/>
              <w:jc w:val="right"/>
            </w:pPr>
            <w:r>
              <w:rPr>
                <w:sz w:val="16"/>
              </w:rPr>
              <w:t>0</w:t>
            </w:r>
          </w:p>
        </w:tc>
        <w:tc>
          <w:tcPr>
            <w:tcW w:type="dxa" w:w="1980"/>
          </w:tcPr>
          <w:p>
            <w:pPr>
              <w:spacing w:after="0"/>
              <w:jc w:val="left"/>
            </w:pPr>
          </w:p>
        </w:tc>
        <w:tc>
          <w:tcPr>
            <w:tcW w:type="dxa" w:w="1597"/>
          </w:tcPr>
          <w:p>
            <w:pPr>
              <w:spacing w:after="0"/>
              <w:jc w:val="left"/>
            </w:pPr>
          </w:p>
        </w:tc>
        <w:tc>
          <w:tcPr>
            <w:tcW w:type="dxa" w:w="1432"/>
          </w:tcPr>
          <w:p>
            <w:pPr>
              <w:spacing w:after="0"/>
              <w:jc w:val="left"/>
            </w:pPr>
          </w:p>
        </w:tc>
        <w:tc>
          <w:tcPr>
            <w:tcW w:type="dxa" w:w="1678"/>
          </w:tcPr>
          <w:p>
            <w:pPr>
              <w:spacing w:after="0"/>
              <w:jc w:val="left"/>
            </w:pPr>
          </w:p>
        </w:tc>
        <w:tc>
          <w:tcPr>
            <w:tcW w:type="dxa" w:w="1940"/>
          </w:tcPr>
          <w:p>
            <w:pPr>
              <w:spacing w:after="0"/>
              <w:jc w:val="left"/>
            </w:pPr>
          </w:p>
        </w:tc>
      </w:tr>
      <w:tr>
        <w:trPr>
          <w:cantSplit/>
        </w:trPr>
        <w:tc>
          <w:tcPr>
            <w:tcW w:type="dxa" w:w="1843"/>
          </w:tcPr>
          <w:p>
            <w:pPr>
              <w:spacing w:after="0"/>
              <w:jc w:val="left"/>
            </w:pPr>
            <w:r>
              <w:rPr>
                <w:sz w:val="16"/>
              </w:rPr>
              <w:t>Lightning</w:t>
            </w:r>
          </w:p>
        </w:tc>
        <w:tc>
          <w:tcPr>
            <w:tcW w:type="dxa" w:w="1865"/>
          </w:tcPr>
          <w:p>
            <w:pPr>
              <w:spacing w:after="0"/>
              <w:jc w:val="left"/>
            </w:pPr>
            <w:r>
              <w:rPr>
                <w:sz w:val="16"/>
              </w:rPr>
              <w:t>annualized frequency (the measure FEMA's Local Mitigation Planning Handbook names)</w:t>
            </w:r>
          </w:p>
        </w:tc>
        <w:tc>
          <w:tcPr>
            <w:tcW w:type="dxa" w:w="1777"/>
          </w:tcPr>
          <w:p>
            <w:pPr>
              <w:spacing w:after="0"/>
              <w:jc w:val="right"/>
            </w:pPr>
            <w:r>
              <w:rPr>
                <w:sz w:val="16"/>
              </w:rPr>
              <w:t>3 records, 2004 to 2011</w:t>
            </w:r>
          </w:p>
        </w:tc>
        <w:tc>
          <w:tcPr>
            <w:tcW w:type="dxa" w:w="1980"/>
          </w:tcPr>
          <w:p>
            <w:pPr>
              <w:spacing w:after="0"/>
              <w:jc w:val="left"/>
            </w:pPr>
          </w:p>
        </w:tc>
        <w:tc>
          <w:tcPr>
            <w:tcW w:type="dxa" w:w="1597"/>
          </w:tcPr>
          <w:p>
            <w:pPr>
              <w:spacing w:after="0"/>
              <w:jc w:val="left"/>
            </w:pPr>
            <w:r>
              <w:rPr>
                <w:sz w:val="16"/>
              </w:rPr>
              <w:t>Lightning, 2005-03-05, $5,000 property; crops not reported (2005 dollars)</w:t>
            </w:r>
          </w:p>
        </w:tc>
        <w:tc>
          <w:tcPr>
            <w:tcW w:type="dxa" w:w="1432"/>
          </w:tcPr>
          <w:p>
            <w:pPr>
              <w:spacing w:after="0"/>
              <w:jc w:val="left"/>
            </w:pPr>
          </w:p>
        </w:tc>
        <w:tc>
          <w:tcPr>
            <w:tcW w:type="dxa" w:w="1678"/>
          </w:tcPr>
          <w:p>
            <w:pPr>
              <w:spacing w:after="0"/>
              <w:jc w:val="left"/>
            </w:pPr>
            <w:r>
              <w:rPr>
                <w:sz w:val="16"/>
              </w:rPr>
              <w:t>Event records naming jurisdictions in the plan: Jeffersonville city (2 records).</w:t>
            </w:r>
          </w:p>
        </w:tc>
        <w:tc>
          <w:tcPr>
            <w:tcW w:type="dxa" w:w="1940"/>
          </w:tcPr>
          <w:p>
            <w:pPr>
              <w:spacing w:after="0"/>
              <w:jc w:val="left"/>
            </w:pPr>
            <w:r>
              <w:rPr>
                <w:sz w:val="16"/>
              </w:rPr>
              <w:t>Storm Events lists lightning with damage or casualties.</w:t>
            </w:r>
          </w:p>
        </w:tc>
      </w:tr>
      <w:tr>
        <w:trPr>
          <w:cantSplit/>
        </w:trPr>
        <w:tc>
          <w:tcPr>
            <w:tcW w:type="dxa" w:w="1843"/>
          </w:tcPr>
          <w:p>
            <w:pPr>
              <w:spacing w:after="0"/>
              <w:jc w:val="left"/>
            </w:pPr>
            <w:r>
              <w:rPr>
                <w:sz w:val="16"/>
              </w:rPr>
              <w:t>High Wind and Strong Wind (outside NRI's Strong Wind definition)</w:t>
            </w:r>
          </w:p>
        </w:tc>
        <w:tc>
          <w:tcPr>
            <w:tcW w:type="dxa" w:w="1865"/>
          </w:tcPr>
          <w:p>
            <w:pPr>
              <w:spacing w:after="0"/>
              <w:jc w:val="left"/>
            </w:pPr>
            <w:r>
              <w:rPr>
                <w:sz w:val="16"/>
              </w:rPr>
              <w:t>wind speed (kt and mph)</w:t>
            </w:r>
          </w:p>
        </w:tc>
        <w:tc>
          <w:tcPr>
            <w:tcW w:type="dxa" w:w="1777"/>
          </w:tcPr>
          <w:p>
            <w:pPr>
              <w:spacing w:after="0"/>
              <w:jc w:val="right"/>
            </w:pPr>
            <w:r>
              <w:rPr>
                <w:sz w:val="16"/>
              </w:rPr>
              <w:t>4 records, 1998 to 2008 (4 zone-level)</w:t>
            </w:r>
          </w:p>
        </w:tc>
        <w:tc>
          <w:tcPr>
            <w:tcW w:type="dxa" w:w="1980"/>
          </w:tcPr>
          <w:p>
            <w:pPr>
              <w:spacing w:after="0"/>
              <w:jc w:val="left"/>
            </w:pPr>
            <w:r>
              <w:rPr>
                <w:sz w:val="16"/>
              </w:rPr>
              <w:t>35 kt (40 mph) to 50 kt (58 mph) (median 43 kt (49 mph)); 3 with a recorded value</w:t>
            </w:r>
          </w:p>
        </w:tc>
        <w:tc>
          <w:tcPr>
            <w:tcW w:type="dxa" w:w="1597"/>
          </w:tcPr>
          <w:p>
            <w:pPr>
              <w:spacing w:after="0"/>
              <w:jc w:val="left"/>
            </w:pPr>
            <w:r>
              <w:rPr>
                <w:sz w:val="16"/>
              </w:rPr>
              <w:t>50 kt (58 mph) estimated gust, High Wind, 2004-09-27; NWS zone GAZ083</w:t>
            </w:r>
          </w:p>
        </w:tc>
        <w:tc>
          <w:tcPr>
            <w:tcW w:type="dxa" w:w="1432"/>
          </w:tcPr>
          <w:p>
            <w:pPr>
              <w:spacing w:after="0"/>
              <w:jc w:val="left"/>
            </w:pPr>
            <w:r>
              <w:rPr>
                <w:sz w:val="16"/>
              </w:rPr>
              <w:t>High Wind, 2004-09-06, $900,000 property; crops not reported (zone total, 2004 dollars)</w:t>
            </w:r>
          </w:p>
        </w:tc>
        <w:tc>
          <w:tcPr>
            <w:tcW w:type="dxa" w:w="1678"/>
          </w:tcPr>
          <w:p>
            <w:pPr>
              <w:spacing w:after="0"/>
              <w:jc w:val="left"/>
            </w:pPr>
            <w:r>
              <w:rPr>
                <w:sz w:val="16"/>
              </w:rPr>
              <w:t>Countywide (zone-level records).</w:t>
            </w:r>
          </w:p>
        </w:tc>
        <w:tc>
          <w:tcPr>
            <w:tcW w:type="dxa" w:w="1940"/>
          </w:tcPr>
          <w:p>
            <w:pPr>
              <w:spacing w:after="0"/>
              <w:jc w:val="left"/>
            </w:pPr>
          </w:p>
        </w:tc>
      </w:tr>
      <w:tr>
        <w:trPr>
          <w:cantSplit/>
        </w:trPr>
        <w:tc>
          <w:tcPr>
            <w:tcW w:type="dxa" w:w="1843"/>
          </w:tcPr>
          <w:p>
            <w:pPr>
              <w:spacing w:after="0"/>
              <w:jc w:val="left"/>
            </w:pPr>
            <w:r>
              <w:rPr>
                <w:sz w:val="16"/>
              </w:rPr>
              <w:t>Thunderstorm Wind</w:t>
            </w:r>
          </w:p>
        </w:tc>
        <w:tc>
          <w:tcPr>
            <w:tcW w:type="dxa" w:w="1865"/>
          </w:tcPr>
          <w:p>
            <w:pPr>
              <w:spacing w:after="0"/>
              <w:jc w:val="left"/>
            </w:pPr>
            <w:r>
              <w:rPr>
                <w:sz w:val="16"/>
              </w:rPr>
              <w:t>wind speed (kt and mph)</w:t>
            </w:r>
          </w:p>
        </w:tc>
        <w:tc>
          <w:tcPr>
            <w:tcW w:type="dxa" w:w="1777"/>
          </w:tcPr>
          <w:p>
            <w:pPr>
              <w:spacing w:after="0"/>
              <w:jc w:val="right"/>
            </w:pPr>
            <w:r>
              <w:rPr>
                <w:sz w:val="16"/>
              </w:rPr>
              <w:t>159 records, 1962 to 2025</w:t>
            </w:r>
          </w:p>
        </w:tc>
        <w:tc>
          <w:tcPr>
            <w:tcW w:type="dxa" w:w="1980"/>
          </w:tcPr>
          <w:p>
            <w:pPr>
              <w:spacing w:after="0"/>
              <w:jc w:val="left"/>
            </w:pPr>
            <w:r>
              <w:rPr>
                <w:sz w:val="16"/>
              </w:rPr>
              <w:t>39 kt (45 mph) to 74 kt (85 mph) (median 50 kt (58 mph)); 115 with a recorded value</w:t>
            </w:r>
          </w:p>
        </w:tc>
        <w:tc>
          <w:tcPr>
            <w:tcW w:type="dxa" w:w="1597"/>
          </w:tcPr>
          <w:p>
            <w:pPr>
              <w:spacing w:after="0"/>
              <w:jc w:val="left"/>
            </w:pPr>
            <w:r>
              <w:rPr>
                <w:sz w:val="16"/>
              </w:rPr>
              <w:t>74 kt (85 mph) estimated gust, Thunderstorm Wind, 2003-05-02</w:t>
            </w:r>
          </w:p>
        </w:tc>
        <w:tc>
          <w:tcPr>
            <w:tcW w:type="dxa" w:w="1432"/>
          </w:tcPr>
          <w:p>
            <w:pPr>
              <w:spacing w:after="0"/>
              <w:jc w:val="left"/>
            </w:pPr>
            <w:r>
              <w:rPr>
                <w:sz w:val="16"/>
              </w:rPr>
              <w:t>Thunderstorm Wind, 2011-04-05, $150,000 property; $0 crops (2011 dollars)</w:t>
            </w:r>
          </w:p>
        </w:tc>
        <w:tc>
          <w:tcPr>
            <w:tcW w:type="dxa" w:w="1678"/>
          </w:tcPr>
          <w:p>
            <w:pPr>
              <w:spacing w:after="0"/>
              <w:jc w:val="left"/>
            </w:pPr>
            <w:r>
              <w:rPr>
                <w:sz w:val="16"/>
              </w:rPr>
              <w:t>Event records naming jurisdictions in the plan: Jeffersonville city (48 records), Danville town (17 records).</w:t>
            </w:r>
          </w:p>
        </w:tc>
        <w:tc>
          <w:tcPr>
            <w:tcW w:type="dxa" w:w="1940"/>
          </w:tcPr>
          <w:p>
            <w:pPr>
              <w:spacing w:after="0"/>
              <w:jc w:val="left"/>
            </w:pPr>
          </w:p>
        </w:tc>
      </w:tr>
      <w:tr>
        <w:trPr>
          <w:cantSplit/>
        </w:trPr>
        <w:tc>
          <w:tcPr>
            <w:tcW w:type="dxa" w:w="1843"/>
          </w:tcPr>
          <w:p>
            <w:pPr>
              <w:spacing w:after="0"/>
              <w:jc w:val="left"/>
            </w:pPr>
            <w:r>
              <w:rPr>
                <w:sz w:val="16"/>
              </w:rPr>
              <w:t>Tornado</w:t>
            </w:r>
          </w:p>
        </w:tc>
        <w:tc>
          <w:tcPr>
            <w:tcW w:type="dxa" w:w="1865"/>
          </w:tcPr>
          <w:p>
            <w:pPr>
              <w:spacing w:after="0"/>
              <w:jc w:val="left"/>
            </w:pPr>
            <w:r>
              <w:rPr>
                <w:sz w:val="16"/>
              </w:rPr>
              <w:t>Enhanced Fujita (Fujita before Feb 2007)</w:t>
            </w:r>
          </w:p>
        </w:tc>
        <w:tc>
          <w:tcPr>
            <w:tcW w:type="dxa" w:w="1777"/>
          </w:tcPr>
          <w:p>
            <w:pPr>
              <w:spacing w:after="0"/>
              <w:jc w:val="right"/>
            </w:pPr>
            <w:r>
              <w:rPr>
                <w:sz w:val="16"/>
              </w:rPr>
              <w:t>25 records, 1953 to 2026</w:t>
            </w:r>
          </w:p>
        </w:tc>
        <w:tc>
          <w:tcPr>
            <w:tcW w:type="dxa" w:w="1980"/>
          </w:tcPr>
          <w:p>
            <w:pPr>
              <w:spacing w:after="0"/>
              <w:jc w:val="left"/>
            </w:pPr>
            <w:r>
              <w:rPr>
                <w:sz w:val="16"/>
              </w:rPr>
              <w:t>F/EF0 to F/EF3 (median F/EF1); 25 with a recorded value</w:t>
            </w:r>
          </w:p>
        </w:tc>
        <w:tc>
          <w:tcPr>
            <w:tcW w:type="dxa" w:w="1597"/>
          </w:tcPr>
          <w:p>
            <w:pPr>
              <w:spacing w:after="0"/>
              <w:jc w:val="left"/>
            </w:pPr>
            <w:r>
              <w:rPr>
                <w:sz w:val="16"/>
              </w:rPr>
              <w:t>F3 tornado, 1953-04-30, 2 mi path length (whole path, pre-1996), 10 yd wide, $250,000 property; crops not recorded (1953 dollars), 1 direct death, 2 direct injuries</w:t>
            </w:r>
          </w:p>
        </w:tc>
        <w:tc>
          <w:tcPr>
            <w:tcW w:type="dxa" w:w="1432"/>
          </w:tcPr>
          <w:p>
            <w:pPr>
              <w:spacing w:after="0"/>
              <w:jc w:val="left"/>
            </w:pPr>
            <w:r>
              <w:rPr>
                <w:sz w:val="16"/>
              </w:rPr>
              <w:t>Tornado, 2008-05-11, $4,000,000 property; $0 crops (2008 dollars)</w:t>
            </w:r>
          </w:p>
        </w:tc>
        <w:tc>
          <w:tcPr>
            <w:tcW w:type="dxa" w:w="1678"/>
          </w:tcPr>
          <w:p>
            <w:pPr>
              <w:spacing w:after="0"/>
              <w:jc w:val="left"/>
            </w:pPr>
            <w:r>
              <w:rPr>
                <w:sz w:val="16"/>
              </w:rPr>
              <w:t>Event records naming jurisdictions in the plan: Jeffersonville city (4 records), Danville town (1 record).</w:t>
            </w:r>
          </w:p>
        </w:tc>
        <w:tc>
          <w:tcPr>
            <w:tcW w:type="dxa" w:w="194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3"/>
          </w:tcPr>
          <w:p>
            <w:pPr>
              <w:spacing w:after="0"/>
              <w:jc w:val="left"/>
            </w:pPr>
            <w:r>
              <w:rPr>
                <w:sz w:val="16"/>
              </w:rPr>
              <w:t>Wildfire</w:t>
            </w:r>
          </w:p>
        </w:tc>
        <w:tc>
          <w:tcPr>
            <w:tcW w:type="dxa" w:w="1865"/>
          </w:tcPr>
          <w:p>
            <w:pPr>
              <w:spacing w:after="0"/>
              <w:jc w:val="left"/>
            </w:pPr>
            <w:r>
              <w:rPr>
                <w:sz w:val="16"/>
              </w:rPr>
              <w:t>acres burned (local data)</w:t>
            </w:r>
          </w:p>
        </w:tc>
        <w:tc>
          <w:tcPr>
            <w:tcW w:type="dxa" w:w="1777"/>
          </w:tcPr>
          <w:p>
            <w:pPr>
              <w:spacing w:after="0"/>
              <w:jc w:val="right"/>
            </w:pPr>
            <w:r>
              <w:rPr>
                <w:sz w:val="16"/>
              </w:rPr>
              <w:t>0</w:t>
            </w:r>
          </w:p>
        </w:tc>
        <w:tc>
          <w:tcPr>
            <w:tcW w:type="dxa" w:w="1980"/>
          </w:tcPr>
          <w:p>
            <w:pPr>
              <w:spacing w:after="0"/>
              <w:jc w:val="left"/>
            </w:pPr>
          </w:p>
        </w:tc>
        <w:tc>
          <w:tcPr>
            <w:tcW w:type="dxa" w:w="1597"/>
          </w:tcPr>
          <w:p>
            <w:pPr>
              <w:spacing w:after="0"/>
              <w:jc w:val="left"/>
            </w:pPr>
          </w:p>
        </w:tc>
        <w:tc>
          <w:tcPr>
            <w:tcW w:type="dxa" w:w="1432"/>
          </w:tcPr>
          <w:p>
            <w:pPr>
              <w:spacing w:after="0"/>
              <w:jc w:val="left"/>
            </w:pPr>
          </w:p>
        </w:tc>
        <w:tc>
          <w:tcPr>
            <w:tcW w:type="dxa" w:w="1678"/>
          </w:tcPr>
          <w:p>
            <w:pPr>
              <w:spacing w:after="0"/>
              <w:jc w:val="left"/>
            </w:pPr>
          </w:p>
        </w:tc>
        <w:tc>
          <w:tcPr>
            <w:tcW w:type="dxa" w:w="1940"/>
          </w:tcPr>
          <w:p>
            <w:pPr>
              <w:spacing w:after="0"/>
              <w:jc w:val="left"/>
            </w:pPr>
          </w:p>
        </w:tc>
      </w:tr>
      <w:tr>
        <w:trPr>
          <w:cantSplit/>
        </w:trPr>
        <w:tc>
          <w:tcPr>
            <w:tcW w:type="dxa" w:w="1843"/>
          </w:tcPr>
          <w:p>
            <w:pPr>
              <w:spacing w:after="0"/>
              <w:jc w:val="left"/>
            </w:pPr>
            <w:r>
              <w:rPr>
                <w:sz w:val="16"/>
              </w:rPr>
              <w:t>Winter Storm, Heavy Snow, Blizzard, Lake-Effect Snow, Winter Weather, Sleet</w:t>
            </w:r>
          </w:p>
        </w:tc>
        <w:tc>
          <w:tcPr>
            <w:tcW w:type="dxa" w:w="1865"/>
          </w:tcPr>
          <w:p>
            <w:pPr>
              <w:spacing w:after="0"/>
              <w:jc w:val="left"/>
            </w:pPr>
            <w:r>
              <w:rPr>
                <w:sz w:val="16"/>
              </w:rPr>
              <w:t>none in data (snowfall: local data)</w:t>
            </w:r>
          </w:p>
        </w:tc>
        <w:tc>
          <w:tcPr>
            <w:tcW w:type="dxa" w:w="1777"/>
          </w:tcPr>
          <w:p>
            <w:pPr>
              <w:spacing w:after="0"/>
              <w:jc w:val="right"/>
            </w:pPr>
            <w:r>
              <w:rPr>
                <w:sz w:val="16"/>
              </w:rPr>
              <w:t>10 records, 2002 to 2026 (10 zone-level)</w:t>
            </w:r>
          </w:p>
        </w:tc>
        <w:tc>
          <w:tcPr>
            <w:tcW w:type="dxa" w:w="1980"/>
          </w:tcPr>
          <w:p>
            <w:pPr>
              <w:spacing w:after="0"/>
              <w:jc w:val="left"/>
            </w:pPr>
          </w:p>
        </w:tc>
        <w:tc>
          <w:tcPr>
            <w:tcW w:type="dxa" w:w="1597"/>
          </w:tcPr>
          <w:p>
            <w:pPr>
              <w:spacing w:after="0"/>
              <w:jc w:val="left"/>
            </w:pPr>
            <w:r>
              <w:rPr>
                <w:sz w:val="16"/>
              </w:rPr>
              <w:t>Winter Storm, 2005-01-28, $100,000 property; crops not reported (2005 dollars); NWS zone GAZ083</w:t>
            </w:r>
          </w:p>
        </w:tc>
        <w:tc>
          <w:tcPr>
            <w:tcW w:type="dxa" w:w="1432"/>
          </w:tcPr>
          <w:p>
            <w:pPr>
              <w:spacing w:after="0"/>
              <w:jc w:val="left"/>
            </w:pPr>
          </w:p>
        </w:tc>
        <w:tc>
          <w:tcPr>
            <w:tcW w:type="dxa" w:w="1678"/>
          </w:tcPr>
          <w:p>
            <w:pPr>
              <w:spacing w:after="0"/>
              <w:jc w:val="left"/>
            </w:pPr>
            <w:r>
              <w:rPr>
                <w:sz w:val="16"/>
              </w:rPr>
              <w:t>Countywide (zone-level records).</w:t>
            </w:r>
          </w:p>
        </w:tc>
        <w:tc>
          <w:tcPr>
            <w:tcW w:type="dxa" w:w="194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17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8"/>
        <w:gridCol w:w="1854"/>
        <w:gridCol w:w="2018"/>
        <w:gridCol w:w="2330"/>
        <w:gridCol w:w="1565"/>
        <w:gridCol w:w="194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8"/>
            <w:shd w:val="clear" w:color="auto" w:fill="E8E8E8"/>
          </w:tcPr>
          <w:p>
            <w:pPr>
              <w:spacing w:after="0"/>
              <w:jc w:val="left"/>
            </w:pPr>
            <w:r>
              <w:rPr>
                <w:b/>
                <w:sz w:val="16"/>
              </w:rPr>
              <w:t>Type</w:t>
            </w:r>
          </w:p>
        </w:tc>
        <w:tc>
          <w:tcPr>
            <w:tcW w:type="dxa" w:w="1854"/>
            <w:shd w:val="clear" w:color="auto" w:fill="E8E8E8"/>
          </w:tcPr>
          <w:p>
            <w:pPr>
              <w:spacing w:after="0"/>
              <w:jc w:val="left"/>
            </w:pPr>
            <w:r>
              <w:rPr>
                <w:b/>
                <w:sz w:val="16"/>
              </w:rPr>
              <w:t>Title</w:t>
            </w:r>
          </w:p>
        </w:tc>
        <w:tc>
          <w:tcPr>
            <w:tcW w:type="dxa" w:w="2018"/>
            <w:shd w:val="clear" w:color="auto" w:fill="E8E8E8"/>
          </w:tcPr>
          <w:p>
            <w:pPr>
              <w:spacing w:after="0"/>
              <w:jc w:val="left"/>
            </w:pPr>
            <w:r>
              <w:rPr>
                <w:b/>
                <w:sz w:val="16"/>
              </w:rPr>
              <w:t>Mapped hazard</w:t>
            </w:r>
          </w:p>
        </w:tc>
        <w:tc>
          <w:tcPr>
            <w:tcW w:type="dxa" w:w="233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65"/>
            <w:shd w:val="clear" w:color="auto" w:fill="E8E8E8"/>
          </w:tcPr>
          <w:p>
            <w:pPr>
              <w:spacing w:after="0"/>
              <w:jc w:val="left"/>
            </w:pPr>
            <w:r>
              <w:rPr>
                <w:b/>
                <w:sz w:val="16"/>
              </w:rPr>
              <w:t>Flags</w:t>
            </w:r>
          </w:p>
        </w:tc>
        <w:tc>
          <w:tcPr>
            <w:tcW w:type="dxa" w:w="194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288"/>
          </w:tcPr>
          <w:p>
            <w:pPr>
              <w:spacing w:after="0"/>
              <w:jc w:val="left"/>
            </w:pPr>
            <w:r>
              <w:rPr>
                <w:sz w:val="16"/>
              </w:rPr>
              <w:t>Emergency</w:t>
            </w:r>
          </w:p>
        </w:tc>
        <w:tc>
          <w:tcPr>
            <w:tcW w:type="dxa" w:w="1854"/>
          </w:tcPr>
          <w:p>
            <w:pPr>
              <w:spacing w:after="0"/>
              <w:jc w:val="left"/>
            </w:pPr>
            <w:r>
              <w:rPr>
                <w:sz w:val="16"/>
              </w:rPr>
              <w:t>Severe Winter Storm</w:t>
            </w:r>
          </w:p>
        </w:tc>
        <w:tc>
          <w:tcPr>
            <w:tcW w:type="dxa" w:w="2018"/>
          </w:tcPr>
          <w:p>
            <w:pPr>
              <w:spacing w:after="0"/>
              <w:jc w:val="left"/>
            </w:pPr>
            <w:r>
              <w:rPr>
                <w:sz w:val="16"/>
              </w:rPr>
              <w:t>Winter Weather</w:t>
            </w:r>
          </w:p>
        </w:tc>
        <w:tc>
          <w:tcPr>
            <w:tcW w:type="dxa" w:w="2330"/>
          </w:tcPr>
          <w:p>
            <w:pPr>
              <w:spacing w:after="0"/>
              <w:jc w:val="right"/>
            </w:pPr>
            <w:r>
              <w:rPr>
                <w:sz w:val="16"/>
              </w:rPr>
              <w:t>no Public Assistance recorded</w:t>
            </w:r>
          </w:p>
        </w:tc>
        <w:tc>
          <w:tcPr>
            <w:tcW w:type="dxa" w:w="1565"/>
          </w:tcPr>
          <w:p>
            <w:pPr>
              <w:spacing w:after="0"/>
              <w:jc w:val="left"/>
            </w:pPr>
            <w:r>
              <w:rPr>
                <w:sz w:val="16"/>
              </w:rPr>
              <w:t>new since last plan; within last 5 years</w:t>
            </w:r>
          </w:p>
        </w:tc>
        <w:tc>
          <w:tcPr>
            <w:tcW w:type="dxa" w:w="1947"/>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288"/>
          </w:tcPr>
          <w:p>
            <w:pPr>
              <w:spacing w:after="0"/>
              <w:jc w:val="left"/>
            </w:pPr>
            <w:r>
              <w:rPr>
                <w:sz w:val="16"/>
              </w:rPr>
              <w:t>Major disaster</w:t>
            </w:r>
          </w:p>
        </w:tc>
        <w:tc>
          <w:tcPr>
            <w:tcW w:type="dxa" w:w="1854"/>
          </w:tcPr>
          <w:p>
            <w:pPr>
              <w:spacing w:after="0"/>
              <w:jc w:val="left"/>
            </w:pPr>
            <w:r>
              <w:rPr>
                <w:sz w:val="16"/>
              </w:rPr>
              <w:t>Hurricane Helene</w:t>
            </w:r>
          </w:p>
        </w:tc>
        <w:tc>
          <w:tcPr>
            <w:tcW w:type="dxa" w:w="2018"/>
          </w:tcPr>
          <w:p>
            <w:pPr>
              <w:spacing w:after="0"/>
              <w:jc w:val="left"/>
            </w:pPr>
            <w:r>
              <w:rPr>
                <w:sz w:val="16"/>
              </w:rPr>
              <w:t>Hurricane</w:t>
            </w:r>
          </w:p>
        </w:tc>
        <w:tc>
          <w:tcPr>
            <w:tcW w:type="dxa" w:w="2330"/>
          </w:tcPr>
          <w:p>
            <w:pPr>
              <w:spacing w:after="0"/>
              <w:jc w:val="right"/>
            </w:pPr>
            <w:r>
              <w:rPr>
                <w:sz w:val="16"/>
              </w:rPr>
              <w:t>no Public Assistance recorded</w:t>
            </w:r>
          </w:p>
        </w:tc>
        <w:tc>
          <w:tcPr>
            <w:tcW w:type="dxa" w:w="1565"/>
          </w:tcPr>
          <w:p>
            <w:pPr>
              <w:spacing w:after="0"/>
              <w:jc w:val="left"/>
            </w:pPr>
            <w:r>
              <w:rPr>
                <w:sz w:val="16"/>
              </w:rPr>
              <w:t>new since last plan; within last 5 years</w:t>
            </w:r>
          </w:p>
        </w:tc>
        <w:tc>
          <w:tcPr>
            <w:tcW w:type="dxa" w:w="1947"/>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288"/>
          </w:tcPr>
          <w:p>
            <w:pPr>
              <w:spacing w:after="0"/>
              <w:jc w:val="left"/>
            </w:pPr>
            <w:r>
              <w:rPr>
                <w:sz w:val="16"/>
              </w:rPr>
              <w:t>Emergency</w:t>
            </w:r>
          </w:p>
        </w:tc>
        <w:tc>
          <w:tcPr>
            <w:tcW w:type="dxa" w:w="1854"/>
          </w:tcPr>
          <w:p>
            <w:pPr>
              <w:spacing w:after="0"/>
              <w:jc w:val="left"/>
            </w:pPr>
            <w:r>
              <w:rPr>
                <w:sz w:val="16"/>
              </w:rPr>
              <w:t>Hurricane Helene</w:t>
            </w:r>
          </w:p>
        </w:tc>
        <w:tc>
          <w:tcPr>
            <w:tcW w:type="dxa" w:w="2018"/>
          </w:tcPr>
          <w:p>
            <w:pPr>
              <w:spacing w:after="0"/>
              <w:jc w:val="left"/>
            </w:pPr>
            <w:r>
              <w:rPr>
                <w:sz w:val="16"/>
              </w:rPr>
              <w:t>Hurricane</w:t>
            </w:r>
          </w:p>
        </w:tc>
        <w:tc>
          <w:tcPr>
            <w:tcW w:type="dxa" w:w="2330"/>
          </w:tcPr>
          <w:p>
            <w:pPr>
              <w:spacing w:after="0"/>
              <w:jc w:val="right"/>
            </w:pPr>
            <w:r>
              <w:rPr>
                <w:sz w:val="16"/>
              </w:rPr>
              <w:t>no Public Assistance recorded</w:t>
            </w:r>
          </w:p>
        </w:tc>
        <w:tc>
          <w:tcPr>
            <w:tcW w:type="dxa" w:w="1565"/>
          </w:tcPr>
          <w:p>
            <w:pPr>
              <w:spacing w:after="0"/>
              <w:jc w:val="left"/>
            </w:pPr>
            <w:r>
              <w:rPr>
                <w:sz w:val="16"/>
              </w:rPr>
              <w:t>new since last plan; within last 5 years</w:t>
            </w:r>
          </w:p>
        </w:tc>
        <w:tc>
          <w:tcPr>
            <w:tcW w:type="dxa" w:w="1947"/>
          </w:tcPr>
          <w:p>
            <w:pPr>
              <w:spacing w:after="0"/>
              <w:jc w:val="left"/>
            </w:pPr>
            <w:r>
              <w:rPr>
                <w:sz w:val="16"/>
              </w:rPr>
              <w:t>same incident as DR-4830</w:t>
            </w: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288"/>
          </w:tcPr>
          <w:p>
            <w:pPr>
              <w:spacing w:after="0"/>
              <w:jc w:val="left"/>
            </w:pPr>
            <w:r>
              <w:rPr>
                <w:sz w:val="16"/>
              </w:rPr>
              <w:t>Major disaster</w:t>
            </w:r>
          </w:p>
        </w:tc>
        <w:tc>
          <w:tcPr>
            <w:tcW w:type="dxa" w:w="1854"/>
          </w:tcPr>
          <w:p>
            <w:pPr>
              <w:spacing w:after="0"/>
              <w:jc w:val="left"/>
            </w:pPr>
            <w:r>
              <w:rPr>
                <w:sz w:val="16"/>
              </w:rPr>
              <w:t>COVID-19 Pandemic</w:t>
            </w:r>
          </w:p>
        </w:tc>
        <w:tc>
          <w:tcPr>
            <w:tcW w:type="dxa" w:w="2018"/>
          </w:tcPr>
          <w:p>
            <w:pPr>
              <w:spacing w:after="0"/>
              <w:jc w:val="left"/>
            </w:pPr>
            <w:r>
              <w:rPr>
                <w:sz w:val="16"/>
              </w:rPr>
              <w:t>Non-natural, not counted</w:t>
            </w:r>
          </w:p>
        </w:tc>
        <w:tc>
          <w:tcPr>
            <w:tcW w:type="dxa" w:w="2330"/>
          </w:tcPr>
          <w:p>
            <w:pPr>
              <w:spacing w:after="0"/>
              <w:jc w:val="right"/>
            </w:pPr>
            <w:r>
              <w:rPr>
                <w:sz w:val="16"/>
              </w:rPr>
              <w:t>$35,391.48</w:t>
            </w:r>
          </w:p>
        </w:tc>
        <w:tc>
          <w:tcPr>
            <w:tcW w:type="dxa" w:w="1565"/>
          </w:tcPr>
          <w:p>
            <w:pPr>
              <w:spacing w:after="0"/>
              <w:jc w:val="left"/>
            </w:pPr>
            <w:r>
              <w:rPr>
                <w:sz w:val="16"/>
              </w:rPr>
              <w:t>new since last plan</w:t>
            </w:r>
          </w:p>
        </w:tc>
        <w:tc>
          <w:tcPr>
            <w:tcW w:type="dxa" w:w="194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288"/>
          </w:tcPr>
          <w:p>
            <w:pPr>
              <w:spacing w:after="0"/>
              <w:jc w:val="left"/>
            </w:pPr>
            <w:r>
              <w:rPr>
                <w:sz w:val="16"/>
              </w:rPr>
              <w:t>Emergency</w:t>
            </w:r>
          </w:p>
        </w:tc>
        <w:tc>
          <w:tcPr>
            <w:tcW w:type="dxa" w:w="1854"/>
          </w:tcPr>
          <w:p>
            <w:pPr>
              <w:spacing w:after="0"/>
              <w:jc w:val="left"/>
            </w:pPr>
            <w:r>
              <w:rPr>
                <w:sz w:val="16"/>
              </w:rPr>
              <w:t>COVID-19</w:t>
            </w:r>
          </w:p>
        </w:tc>
        <w:tc>
          <w:tcPr>
            <w:tcW w:type="dxa" w:w="2018"/>
          </w:tcPr>
          <w:p>
            <w:pPr>
              <w:spacing w:after="0"/>
              <w:jc w:val="left"/>
            </w:pPr>
            <w:r>
              <w:rPr>
                <w:sz w:val="16"/>
              </w:rPr>
              <w:t>Non-natural, not counted</w:t>
            </w:r>
          </w:p>
        </w:tc>
        <w:tc>
          <w:tcPr>
            <w:tcW w:type="dxa" w:w="2330"/>
          </w:tcPr>
          <w:p>
            <w:pPr>
              <w:spacing w:after="0"/>
              <w:jc w:val="right"/>
            </w:pPr>
            <w:r>
              <w:rPr>
                <w:sz w:val="16"/>
              </w:rPr>
              <w:t>no Public Assistance recorded</w:t>
            </w:r>
          </w:p>
        </w:tc>
        <w:tc>
          <w:tcPr>
            <w:tcW w:type="dxa" w:w="1565"/>
          </w:tcPr>
          <w:p>
            <w:pPr>
              <w:spacing w:after="0"/>
              <w:jc w:val="left"/>
            </w:pPr>
            <w:r>
              <w:rPr>
                <w:sz w:val="16"/>
              </w:rPr>
              <w:t>new since last plan</w:t>
            </w:r>
          </w:p>
        </w:tc>
        <w:tc>
          <w:tcPr>
            <w:tcW w:type="dxa" w:w="1947"/>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288"/>
          </w:tcPr>
          <w:p>
            <w:pPr>
              <w:spacing w:after="0"/>
              <w:jc w:val="left"/>
            </w:pPr>
            <w:r>
              <w:rPr>
                <w:sz w:val="16"/>
              </w:rPr>
              <w:t>Major disaster</w:t>
            </w:r>
          </w:p>
        </w:tc>
        <w:tc>
          <w:tcPr>
            <w:tcW w:type="dxa" w:w="1854"/>
          </w:tcPr>
          <w:p>
            <w:pPr>
              <w:spacing w:after="0"/>
              <w:jc w:val="left"/>
            </w:pPr>
            <w:r>
              <w:rPr>
                <w:sz w:val="16"/>
              </w:rPr>
              <w:t>Hurricane Michael</w:t>
            </w:r>
          </w:p>
        </w:tc>
        <w:tc>
          <w:tcPr>
            <w:tcW w:type="dxa" w:w="2018"/>
          </w:tcPr>
          <w:p>
            <w:pPr>
              <w:spacing w:after="0"/>
              <w:jc w:val="left"/>
            </w:pPr>
            <w:r>
              <w:rPr>
                <w:sz w:val="16"/>
              </w:rPr>
              <w:t>Hurricane</w:t>
            </w:r>
          </w:p>
        </w:tc>
        <w:tc>
          <w:tcPr>
            <w:tcW w:type="dxa" w:w="2330"/>
          </w:tcPr>
          <w:p>
            <w:pPr>
              <w:spacing w:after="0"/>
              <w:jc w:val="right"/>
            </w:pPr>
            <w:r>
              <w:rPr>
                <w:sz w:val="16"/>
              </w:rPr>
              <w:t>$54,603.77</w:t>
            </w:r>
          </w:p>
        </w:tc>
        <w:tc>
          <w:tcPr>
            <w:tcW w:type="dxa" w:w="1565"/>
          </w:tcPr>
          <w:p>
            <w:pPr>
              <w:spacing w:after="0"/>
              <w:jc w:val="left"/>
            </w:pPr>
          </w:p>
        </w:tc>
        <w:tc>
          <w:tcPr>
            <w:tcW w:type="dxa" w:w="1947"/>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288"/>
          </w:tcPr>
          <w:p>
            <w:pPr>
              <w:spacing w:after="0"/>
              <w:jc w:val="left"/>
            </w:pPr>
            <w:r>
              <w:rPr>
                <w:sz w:val="16"/>
              </w:rPr>
              <w:t>Emergency</w:t>
            </w:r>
          </w:p>
        </w:tc>
        <w:tc>
          <w:tcPr>
            <w:tcW w:type="dxa" w:w="1854"/>
          </w:tcPr>
          <w:p>
            <w:pPr>
              <w:spacing w:after="0"/>
              <w:jc w:val="left"/>
            </w:pPr>
            <w:r>
              <w:rPr>
                <w:sz w:val="16"/>
              </w:rPr>
              <w:t>Hurricane Michael</w:t>
            </w:r>
          </w:p>
        </w:tc>
        <w:tc>
          <w:tcPr>
            <w:tcW w:type="dxa" w:w="2018"/>
          </w:tcPr>
          <w:p>
            <w:pPr>
              <w:spacing w:after="0"/>
              <w:jc w:val="left"/>
            </w:pPr>
            <w:r>
              <w:rPr>
                <w:sz w:val="16"/>
              </w:rPr>
              <w:t>Hurricane</w:t>
            </w:r>
          </w:p>
        </w:tc>
        <w:tc>
          <w:tcPr>
            <w:tcW w:type="dxa" w:w="2330"/>
          </w:tcPr>
          <w:p>
            <w:pPr>
              <w:spacing w:after="0"/>
              <w:jc w:val="right"/>
            </w:pPr>
            <w:r>
              <w:rPr>
                <w:sz w:val="16"/>
              </w:rPr>
              <w:t>no Public Assistance recorded</w:t>
            </w:r>
          </w:p>
        </w:tc>
        <w:tc>
          <w:tcPr>
            <w:tcW w:type="dxa" w:w="1565"/>
          </w:tcPr>
          <w:p>
            <w:pPr>
              <w:spacing w:after="0"/>
              <w:jc w:val="left"/>
            </w:pPr>
          </w:p>
        </w:tc>
        <w:tc>
          <w:tcPr>
            <w:tcW w:type="dxa" w:w="1947"/>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288"/>
          </w:tcPr>
          <w:p>
            <w:pPr>
              <w:spacing w:after="0"/>
              <w:jc w:val="left"/>
            </w:pPr>
            <w:r>
              <w:rPr>
                <w:sz w:val="16"/>
              </w:rPr>
              <w:t>Major disaster</w:t>
            </w:r>
          </w:p>
        </w:tc>
        <w:tc>
          <w:tcPr>
            <w:tcW w:type="dxa" w:w="1854"/>
          </w:tcPr>
          <w:p>
            <w:pPr>
              <w:spacing w:after="0"/>
              <w:jc w:val="left"/>
            </w:pPr>
            <w:r>
              <w:rPr>
                <w:sz w:val="16"/>
              </w:rPr>
              <w:t>Hurricane Irma</w:t>
            </w:r>
          </w:p>
        </w:tc>
        <w:tc>
          <w:tcPr>
            <w:tcW w:type="dxa" w:w="2018"/>
          </w:tcPr>
          <w:p>
            <w:pPr>
              <w:spacing w:after="0"/>
              <w:jc w:val="left"/>
            </w:pPr>
            <w:r>
              <w:rPr>
                <w:sz w:val="16"/>
              </w:rPr>
              <w:t>Hurricane</w:t>
            </w:r>
          </w:p>
        </w:tc>
        <w:tc>
          <w:tcPr>
            <w:tcW w:type="dxa" w:w="2330"/>
          </w:tcPr>
          <w:p>
            <w:pPr>
              <w:spacing w:after="0"/>
              <w:jc w:val="right"/>
            </w:pPr>
            <w:r>
              <w:rPr>
                <w:sz w:val="16"/>
              </w:rPr>
              <w:t>$97,649.95</w:t>
            </w:r>
          </w:p>
        </w:tc>
        <w:tc>
          <w:tcPr>
            <w:tcW w:type="dxa" w:w="1565"/>
          </w:tcPr>
          <w:p>
            <w:pPr>
              <w:spacing w:after="0"/>
              <w:jc w:val="left"/>
            </w:pPr>
          </w:p>
        </w:tc>
        <w:tc>
          <w:tcPr>
            <w:tcW w:type="dxa" w:w="1947"/>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288"/>
          </w:tcPr>
          <w:p>
            <w:pPr>
              <w:spacing w:after="0"/>
              <w:jc w:val="left"/>
            </w:pPr>
            <w:r>
              <w:rPr>
                <w:sz w:val="16"/>
              </w:rPr>
              <w:t>Emergency</w:t>
            </w:r>
          </w:p>
        </w:tc>
        <w:tc>
          <w:tcPr>
            <w:tcW w:type="dxa" w:w="1854"/>
          </w:tcPr>
          <w:p>
            <w:pPr>
              <w:spacing w:after="0"/>
              <w:jc w:val="left"/>
            </w:pPr>
            <w:r>
              <w:rPr>
                <w:sz w:val="16"/>
              </w:rPr>
              <w:t>Hurricane Irma</w:t>
            </w:r>
          </w:p>
        </w:tc>
        <w:tc>
          <w:tcPr>
            <w:tcW w:type="dxa" w:w="2018"/>
          </w:tcPr>
          <w:p>
            <w:pPr>
              <w:spacing w:after="0"/>
              <w:jc w:val="left"/>
            </w:pPr>
            <w:r>
              <w:rPr>
                <w:sz w:val="16"/>
              </w:rPr>
              <w:t>Hurricane</w:t>
            </w:r>
          </w:p>
        </w:tc>
        <w:tc>
          <w:tcPr>
            <w:tcW w:type="dxa" w:w="2330"/>
          </w:tcPr>
          <w:p>
            <w:pPr>
              <w:spacing w:after="0"/>
              <w:jc w:val="right"/>
            </w:pPr>
            <w:r>
              <w:rPr>
                <w:sz w:val="16"/>
              </w:rPr>
              <w:t>no Public Assistance recorded</w:t>
            </w:r>
          </w:p>
        </w:tc>
        <w:tc>
          <w:tcPr>
            <w:tcW w:type="dxa" w:w="1565"/>
          </w:tcPr>
          <w:p>
            <w:pPr>
              <w:spacing w:after="0"/>
              <w:jc w:val="left"/>
            </w:pPr>
          </w:p>
        </w:tc>
        <w:tc>
          <w:tcPr>
            <w:tcW w:type="dxa" w:w="1947"/>
          </w:tcPr>
          <w:p>
            <w:pPr>
              <w:spacing w:after="0"/>
              <w:jc w:val="left"/>
            </w:pPr>
            <w:r>
              <w:rPr>
                <w:sz w:val="16"/>
              </w:rPr>
              <w:t>same incident as DR-4338</w:t>
            </w:r>
          </w:p>
        </w:tc>
      </w:tr>
      <w:tr>
        <w:trPr>
          <w:cantSplit/>
        </w:trPr>
        <w:tc>
          <w:tcPr>
            <w:tcW w:type="dxa" w:w="1037"/>
          </w:tcPr>
          <w:p>
            <w:pPr>
              <w:spacing w:after="0"/>
              <w:jc w:val="left"/>
            </w:pPr>
            <w:r>
              <w:rPr>
                <w:sz w:val="16"/>
              </w:rPr>
              <w:t>2014-03-06</w:t>
            </w:r>
          </w:p>
        </w:tc>
        <w:tc>
          <w:tcPr>
            <w:tcW w:type="dxa" w:w="1037"/>
          </w:tcPr>
          <w:p>
            <w:pPr>
              <w:spacing w:after="0"/>
              <w:jc w:val="left"/>
            </w:pPr>
            <w:r>
              <w:rPr>
                <w:sz w:val="16"/>
              </w:rPr>
              <w:t>2014-02-10</w:t>
            </w:r>
          </w:p>
        </w:tc>
        <w:tc>
          <w:tcPr>
            <w:tcW w:type="dxa" w:w="1037"/>
          </w:tcPr>
          <w:p>
            <w:pPr>
              <w:spacing w:after="0"/>
              <w:jc w:val="left"/>
            </w:pPr>
            <w:r>
              <w:rPr>
                <w:sz w:val="16"/>
              </w:rPr>
              <w:t>DR-4165-GA</w:t>
            </w:r>
          </w:p>
        </w:tc>
        <w:tc>
          <w:tcPr>
            <w:tcW w:type="dxa" w:w="1288"/>
          </w:tcPr>
          <w:p>
            <w:pPr>
              <w:spacing w:after="0"/>
              <w:jc w:val="left"/>
            </w:pPr>
            <w:r>
              <w:rPr>
                <w:sz w:val="16"/>
              </w:rPr>
              <w:t>Major disaster</w:t>
            </w:r>
          </w:p>
        </w:tc>
        <w:tc>
          <w:tcPr>
            <w:tcW w:type="dxa" w:w="1854"/>
          </w:tcPr>
          <w:p>
            <w:pPr>
              <w:spacing w:after="0"/>
              <w:jc w:val="left"/>
            </w:pPr>
            <w:r>
              <w:rPr>
                <w:sz w:val="16"/>
              </w:rPr>
              <w:t>Severe Winter Storm</w:t>
            </w:r>
          </w:p>
        </w:tc>
        <w:tc>
          <w:tcPr>
            <w:tcW w:type="dxa" w:w="2018"/>
          </w:tcPr>
          <w:p>
            <w:pPr>
              <w:spacing w:after="0"/>
              <w:jc w:val="left"/>
            </w:pPr>
            <w:r>
              <w:rPr>
                <w:sz w:val="16"/>
              </w:rPr>
              <w:t>Ice Storm</w:t>
            </w:r>
          </w:p>
        </w:tc>
        <w:tc>
          <w:tcPr>
            <w:tcW w:type="dxa" w:w="2330"/>
          </w:tcPr>
          <w:p>
            <w:pPr>
              <w:spacing w:after="0"/>
              <w:jc w:val="right"/>
            </w:pPr>
            <w:r>
              <w:rPr>
                <w:sz w:val="16"/>
              </w:rPr>
              <w:t>$33,126.94</w:t>
            </w:r>
          </w:p>
        </w:tc>
        <w:tc>
          <w:tcPr>
            <w:tcW w:type="dxa" w:w="1565"/>
          </w:tcPr>
          <w:p>
            <w:pPr>
              <w:spacing w:after="0"/>
              <w:jc w:val="left"/>
            </w:pPr>
          </w:p>
        </w:tc>
        <w:tc>
          <w:tcPr>
            <w:tcW w:type="dxa" w:w="1947"/>
          </w:tcPr>
          <w:p>
            <w:pPr>
              <w:spacing w:after="0"/>
              <w:jc w:val="left"/>
            </w:pP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288"/>
          </w:tcPr>
          <w:p>
            <w:pPr>
              <w:spacing w:after="0"/>
              <w:jc w:val="left"/>
            </w:pPr>
            <w:r>
              <w:rPr>
                <w:sz w:val="16"/>
              </w:rPr>
              <w:t>Emergency</w:t>
            </w:r>
          </w:p>
        </w:tc>
        <w:tc>
          <w:tcPr>
            <w:tcW w:type="dxa" w:w="1854"/>
          </w:tcPr>
          <w:p>
            <w:pPr>
              <w:spacing w:after="0"/>
              <w:jc w:val="left"/>
            </w:pPr>
            <w:r>
              <w:rPr>
                <w:sz w:val="16"/>
              </w:rPr>
              <w:t>Severe Winter Storm</w:t>
            </w:r>
          </w:p>
        </w:tc>
        <w:tc>
          <w:tcPr>
            <w:tcW w:type="dxa" w:w="2018"/>
          </w:tcPr>
          <w:p>
            <w:pPr>
              <w:spacing w:after="0"/>
              <w:jc w:val="left"/>
            </w:pPr>
            <w:r>
              <w:rPr>
                <w:sz w:val="16"/>
              </w:rPr>
              <w:t>Ice Storm</w:t>
            </w:r>
          </w:p>
        </w:tc>
        <w:tc>
          <w:tcPr>
            <w:tcW w:type="dxa" w:w="2330"/>
          </w:tcPr>
          <w:p>
            <w:pPr>
              <w:spacing w:after="0"/>
              <w:jc w:val="right"/>
            </w:pPr>
            <w:r>
              <w:rPr>
                <w:sz w:val="16"/>
              </w:rPr>
              <w:t>no Public Assistance recorded</w:t>
            </w:r>
          </w:p>
        </w:tc>
        <w:tc>
          <w:tcPr>
            <w:tcW w:type="dxa" w:w="1565"/>
          </w:tcPr>
          <w:p>
            <w:pPr>
              <w:spacing w:after="0"/>
              <w:jc w:val="left"/>
            </w:pPr>
          </w:p>
        </w:tc>
        <w:tc>
          <w:tcPr>
            <w:tcW w:type="dxa" w:w="1947"/>
          </w:tcPr>
          <w:p>
            <w:pPr>
              <w:spacing w:after="0"/>
              <w:jc w:val="left"/>
            </w:pPr>
            <w:r>
              <w:rPr>
                <w:sz w:val="16"/>
              </w:rPr>
              <w:t>same incident as DR-4165</w:t>
            </w:r>
          </w:p>
        </w:tc>
      </w:tr>
      <w:tr>
        <w:trPr>
          <w:cantSplit/>
        </w:trPr>
        <w:tc>
          <w:tcPr>
            <w:tcW w:type="dxa" w:w="1037"/>
          </w:tcPr>
          <w:p>
            <w:pPr>
              <w:spacing w:after="0"/>
              <w:jc w:val="left"/>
            </w:pPr>
            <w:r>
              <w:rPr>
                <w:sz w:val="16"/>
              </w:rPr>
              <w:t>2008-05-23</w:t>
            </w:r>
          </w:p>
        </w:tc>
        <w:tc>
          <w:tcPr>
            <w:tcW w:type="dxa" w:w="1037"/>
          </w:tcPr>
          <w:p>
            <w:pPr>
              <w:spacing w:after="0"/>
              <w:jc w:val="left"/>
            </w:pPr>
            <w:r>
              <w:rPr>
                <w:sz w:val="16"/>
              </w:rPr>
              <w:t>2008-05-11</w:t>
            </w:r>
          </w:p>
        </w:tc>
        <w:tc>
          <w:tcPr>
            <w:tcW w:type="dxa" w:w="1037"/>
          </w:tcPr>
          <w:p>
            <w:pPr>
              <w:spacing w:after="0"/>
              <w:jc w:val="left"/>
            </w:pPr>
            <w:r>
              <w:rPr>
                <w:sz w:val="16"/>
              </w:rPr>
              <w:t>DR-1761-GA</w:t>
            </w:r>
          </w:p>
        </w:tc>
        <w:tc>
          <w:tcPr>
            <w:tcW w:type="dxa" w:w="1288"/>
          </w:tcPr>
          <w:p>
            <w:pPr>
              <w:spacing w:after="0"/>
              <w:jc w:val="left"/>
            </w:pPr>
            <w:r>
              <w:rPr>
                <w:sz w:val="16"/>
              </w:rPr>
              <w:t>Major disaster</w:t>
            </w:r>
          </w:p>
        </w:tc>
        <w:tc>
          <w:tcPr>
            <w:tcW w:type="dxa" w:w="1854"/>
          </w:tcPr>
          <w:p>
            <w:pPr>
              <w:spacing w:after="0"/>
              <w:jc w:val="left"/>
            </w:pPr>
            <w:r>
              <w:rPr>
                <w:sz w:val="16"/>
              </w:rPr>
              <w:t>Severe Storms and Tornadoes</w:t>
            </w:r>
          </w:p>
        </w:tc>
        <w:tc>
          <w:tcPr>
            <w:tcW w:type="dxa" w:w="2018"/>
          </w:tcPr>
          <w:p>
            <w:pPr>
              <w:spacing w:after="0"/>
              <w:jc w:val="left"/>
            </w:pPr>
            <w:r>
              <w:rPr>
                <w:sz w:val="16"/>
              </w:rPr>
              <w:t>Tornado</w:t>
            </w:r>
          </w:p>
        </w:tc>
        <w:tc>
          <w:tcPr>
            <w:tcW w:type="dxa" w:w="2330"/>
          </w:tcPr>
          <w:p>
            <w:pPr>
              <w:spacing w:after="0"/>
              <w:jc w:val="right"/>
            </w:pPr>
            <w:r>
              <w:rPr>
                <w:sz w:val="16"/>
              </w:rPr>
              <w:t>$99,322.18</w:t>
            </w:r>
          </w:p>
        </w:tc>
        <w:tc>
          <w:tcPr>
            <w:tcW w:type="dxa" w:w="1565"/>
          </w:tcPr>
          <w:p>
            <w:pPr>
              <w:spacing w:after="0"/>
              <w:jc w:val="left"/>
            </w:pPr>
          </w:p>
        </w:tc>
        <w:tc>
          <w:tcPr>
            <w:tcW w:type="dxa" w:w="194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288"/>
          </w:tcPr>
          <w:p>
            <w:pPr>
              <w:spacing w:after="0"/>
              <w:jc w:val="left"/>
            </w:pPr>
            <w:r>
              <w:rPr>
                <w:sz w:val="16"/>
              </w:rPr>
              <w:t>Emergency</w:t>
            </w:r>
          </w:p>
        </w:tc>
        <w:tc>
          <w:tcPr>
            <w:tcW w:type="dxa" w:w="1854"/>
          </w:tcPr>
          <w:p>
            <w:pPr>
              <w:spacing w:after="0"/>
              <w:jc w:val="left"/>
            </w:pPr>
            <w:r>
              <w:rPr>
                <w:sz w:val="16"/>
              </w:rPr>
              <w:t>Hurricane Katrina Evacuation</w:t>
            </w:r>
          </w:p>
        </w:tc>
        <w:tc>
          <w:tcPr>
            <w:tcW w:type="dxa" w:w="2018"/>
          </w:tcPr>
          <w:p>
            <w:pPr>
              <w:spacing w:after="0"/>
              <w:jc w:val="left"/>
            </w:pPr>
            <w:r>
              <w:rPr>
                <w:sz w:val="16"/>
              </w:rPr>
              <w:t>Hurricane: evacuation support, not a local hazard event; not counted</w:t>
            </w:r>
          </w:p>
        </w:tc>
        <w:tc>
          <w:tcPr>
            <w:tcW w:type="dxa" w:w="2330"/>
          </w:tcPr>
          <w:p>
            <w:pPr>
              <w:spacing w:after="0"/>
              <w:jc w:val="right"/>
            </w:pPr>
            <w:r>
              <w:rPr>
                <w:sz w:val="16"/>
              </w:rPr>
              <w:t>no Public Assistance recorded</w:t>
            </w:r>
          </w:p>
        </w:tc>
        <w:tc>
          <w:tcPr>
            <w:tcW w:type="dxa" w:w="1565"/>
          </w:tcPr>
          <w:p>
            <w:pPr>
              <w:spacing w:after="0"/>
              <w:jc w:val="left"/>
            </w:pPr>
          </w:p>
        </w:tc>
        <w:tc>
          <w:tcPr>
            <w:tcW w:type="dxa" w:w="1947"/>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288"/>
          </w:tcPr>
          <w:p>
            <w:pPr>
              <w:spacing w:after="0"/>
              <w:jc w:val="left"/>
            </w:pPr>
            <w:r>
              <w:rPr>
                <w:sz w:val="16"/>
              </w:rPr>
              <w:t>Major disaster</w:t>
            </w:r>
          </w:p>
        </w:tc>
        <w:tc>
          <w:tcPr>
            <w:tcW w:type="dxa" w:w="1854"/>
          </w:tcPr>
          <w:p>
            <w:pPr>
              <w:spacing w:after="0"/>
              <w:jc w:val="left"/>
            </w:pPr>
            <w:r>
              <w:rPr>
                <w:sz w:val="16"/>
              </w:rPr>
              <w:t>Tropical Storm Frances</w:t>
            </w:r>
          </w:p>
        </w:tc>
        <w:tc>
          <w:tcPr>
            <w:tcW w:type="dxa" w:w="2018"/>
          </w:tcPr>
          <w:p>
            <w:pPr>
              <w:spacing w:after="0"/>
              <w:jc w:val="left"/>
            </w:pPr>
            <w:r>
              <w:rPr>
                <w:sz w:val="16"/>
              </w:rPr>
              <w:t>Hurricane</w:t>
            </w:r>
          </w:p>
        </w:tc>
        <w:tc>
          <w:tcPr>
            <w:tcW w:type="dxa" w:w="2330"/>
          </w:tcPr>
          <w:p>
            <w:pPr>
              <w:spacing w:after="0"/>
              <w:jc w:val="right"/>
            </w:pPr>
            <w:r>
              <w:rPr>
                <w:sz w:val="16"/>
              </w:rPr>
              <w:t>$13,498.31</w:t>
            </w:r>
          </w:p>
        </w:tc>
        <w:tc>
          <w:tcPr>
            <w:tcW w:type="dxa" w:w="1565"/>
          </w:tcPr>
          <w:p>
            <w:pPr>
              <w:spacing w:after="0"/>
              <w:jc w:val="left"/>
            </w:pPr>
          </w:p>
        </w:tc>
        <w:tc>
          <w:tcPr>
            <w:tcW w:type="dxa" w:w="1947"/>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288"/>
          </w:tcPr>
          <w:p>
            <w:pPr>
              <w:spacing w:after="0"/>
              <w:jc w:val="left"/>
            </w:pPr>
            <w:r>
              <w:rPr>
                <w:sz w:val="16"/>
              </w:rPr>
              <w:t>Major disaster</w:t>
            </w:r>
          </w:p>
        </w:tc>
        <w:tc>
          <w:tcPr>
            <w:tcW w:type="dxa" w:w="1854"/>
          </w:tcPr>
          <w:p>
            <w:pPr>
              <w:spacing w:after="0"/>
              <w:jc w:val="left"/>
            </w:pPr>
            <w:r>
              <w:rPr>
                <w:sz w:val="16"/>
              </w:rPr>
              <w:t>Severe Storms and Flooding</w:t>
            </w:r>
          </w:p>
        </w:tc>
        <w:tc>
          <w:tcPr>
            <w:tcW w:type="dxa" w:w="2018"/>
          </w:tcPr>
          <w:p>
            <w:pPr>
              <w:spacing w:after="0"/>
              <w:jc w:val="left"/>
            </w:pPr>
            <w:r>
              <w:rPr>
                <w:sz w:val="16"/>
              </w:rPr>
              <w:t>Inland Flooding</w:t>
            </w:r>
          </w:p>
        </w:tc>
        <w:tc>
          <w:tcPr>
            <w:tcW w:type="dxa" w:w="2330"/>
          </w:tcPr>
          <w:p>
            <w:pPr>
              <w:spacing w:after="0"/>
              <w:jc w:val="right"/>
            </w:pPr>
            <w:r>
              <w:rPr>
                <w:sz w:val="16"/>
              </w:rPr>
              <w:t>no Public Assistance recorded</w:t>
            </w:r>
          </w:p>
        </w:tc>
        <w:tc>
          <w:tcPr>
            <w:tcW w:type="dxa" w:w="1565"/>
          </w:tcPr>
          <w:p>
            <w:pPr>
              <w:spacing w:after="0"/>
              <w:jc w:val="left"/>
            </w:pPr>
          </w:p>
        </w:tc>
        <w:tc>
          <w:tcPr>
            <w:tcW w:type="dxa" w:w="1947"/>
          </w:tcPr>
          <w:p>
            <w:pPr>
              <w:spacing w:after="0"/>
              <w:jc w:val="left"/>
            </w:pPr>
          </w:p>
        </w:tc>
      </w:tr>
      <w:tr>
        <w:trPr>
          <w:cantSplit/>
        </w:trPr>
        <w:tc>
          <w:tcPr>
            <w:tcW w:type="dxa" w:w="1037"/>
          </w:tcPr>
          <w:p>
            <w:pPr>
              <w:spacing w:after="0"/>
              <w:jc w:val="left"/>
            </w:pPr>
            <w:r>
              <w:rPr>
                <w:sz w:val="16"/>
              </w:rPr>
              <w:t>1994-07-07</w:t>
            </w:r>
          </w:p>
        </w:tc>
        <w:tc>
          <w:tcPr>
            <w:tcW w:type="dxa" w:w="1037"/>
          </w:tcPr>
          <w:p>
            <w:pPr>
              <w:spacing w:after="0"/>
              <w:jc w:val="left"/>
            </w:pPr>
            <w:r>
              <w:rPr>
                <w:sz w:val="16"/>
              </w:rPr>
              <w:t>1994-07-03</w:t>
            </w:r>
          </w:p>
        </w:tc>
        <w:tc>
          <w:tcPr>
            <w:tcW w:type="dxa" w:w="1037"/>
          </w:tcPr>
          <w:p>
            <w:pPr>
              <w:spacing w:after="0"/>
              <w:jc w:val="left"/>
            </w:pPr>
            <w:r>
              <w:rPr>
                <w:sz w:val="16"/>
              </w:rPr>
              <w:t>DR-1033-GA</w:t>
            </w:r>
          </w:p>
        </w:tc>
        <w:tc>
          <w:tcPr>
            <w:tcW w:type="dxa" w:w="1288"/>
          </w:tcPr>
          <w:p>
            <w:pPr>
              <w:spacing w:after="0"/>
              <w:jc w:val="left"/>
            </w:pPr>
            <w:r>
              <w:rPr>
                <w:sz w:val="16"/>
              </w:rPr>
              <w:t>Major disaster</w:t>
            </w:r>
          </w:p>
        </w:tc>
        <w:tc>
          <w:tcPr>
            <w:tcW w:type="dxa" w:w="1854"/>
          </w:tcPr>
          <w:p>
            <w:pPr>
              <w:spacing w:after="0"/>
              <w:jc w:val="left"/>
            </w:pPr>
            <w:r>
              <w:rPr>
                <w:sz w:val="16"/>
              </w:rPr>
              <w:t>Tornadoes, Flooding Torrential Rain(Trop Storm Alberto)</w:t>
            </w:r>
          </w:p>
        </w:tc>
        <w:tc>
          <w:tcPr>
            <w:tcW w:type="dxa" w:w="2018"/>
          </w:tcPr>
          <w:p>
            <w:pPr>
              <w:spacing w:after="0"/>
              <w:jc w:val="left"/>
            </w:pPr>
            <w:r>
              <w:rPr>
                <w:sz w:val="16"/>
              </w:rPr>
              <w:t>Tornado (primary); also designated: Hurricane, Inland Flooding</w:t>
            </w:r>
          </w:p>
        </w:tc>
        <w:tc>
          <w:tcPr>
            <w:tcW w:type="dxa" w:w="2330"/>
          </w:tcPr>
          <w:p>
            <w:pPr>
              <w:spacing w:after="0"/>
              <w:jc w:val="right"/>
            </w:pPr>
            <w:r>
              <w:rPr>
                <w:sz w:val="16"/>
              </w:rPr>
              <w:t>no Public Assistance recorded</w:t>
            </w:r>
          </w:p>
        </w:tc>
        <w:tc>
          <w:tcPr>
            <w:tcW w:type="dxa" w:w="1565"/>
          </w:tcPr>
          <w:p>
            <w:pPr>
              <w:spacing w:after="0"/>
              <w:jc w:val="left"/>
            </w:pPr>
          </w:p>
        </w:tc>
        <w:tc>
          <w:tcPr>
            <w:tcW w:type="dxa" w:w="1947"/>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288"/>
          </w:tcPr>
          <w:p>
            <w:pPr>
              <w:spacing w:after="0"/>
              <w:jc w:val="left"/>
            </w:pPr>
            <w:r>
              <w:rPr>
                <w:sz w:val="16"/>
              </w:rPr>
              <w:t>Emergency</w:t>
            </w:r>
          </w:p>
        </w:tc>
        <w:tc>
          <w:tcPr>
            <w:tcW w:type="dxa" w:w="1854"/>
          </w:tcPr>
          <w:p>
            <w:pPr>
              <w:spacing w:after="0"/>
              <w:jc w:val="left"/>
            </w:pPr>
            <w:r>
              <w:rPr>
                <w:sz w:val="16"/>
              </w:rPr>
              <w:t>Drought</w:t>
            </w:r>
          </w:p>
        </w:tc>
        <w:tc>
          <w:tcPr>
            <w:tcW w:type="dxa" w:w="2018"/>
          </w:tcPr>
          <w:p>
            <w:pPr>
              <w:spacing w:after="0"/>
              <w:jc w:val="left"/>
            </w:pPr>
            <w:r>
              <w:rPr>
                <w:sz w:val="16"/>
              </w:rPr>
              <w:t>Drought</w:t>
            </w:r>
          </w:p>
        </w:tc>
        <w:tc>
          <w:tcPr>
            <w:tcW w:type="dxa" w:w="2330"/>
          </w:tcPr>
          <w:p>
            <w:pPr>
              <w:spacing w:after="0"/>
              <w:jc w:val="right"/>
            </w:pPr>
            <w:r>
              <w:rPr>
                <w:sz w:val="16"/>
              </w:rPr>
              <w:t>no Public Assistance recorded</w:t>
            </w:r>
          </w:p>
        </w:tc>
        <w:tc>
          <w:tcPr>
            <w:tcW w:type="dxa" w:w="1565"/>
          </w:tcPr>
          <w:p>
            <w:pPr>
              <w:spacing w:after="0"/>
              <w:jc w:val="left"/>
            </w:pPr>
          </w:p>
        </w:tc>
        <w:tc>
          <w:tcPr>
            <w:tcW w:type="dxa" w:w="194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33</w:t>
            </w:r>
          </w:p>
        </w:tc>
        <w:tc>
          <w:tcPr>
            <w:tcW w:type="dxa" w:w="1117"/>
          </w:tcPr>
          <w:p>
            <w:pPr>
              <w:spacing w:after="0"/>
              <w:jc w:val="right"/>
            </w:pPr>
            <w:r>
              <w:rPr>
                <w:sz w:val="16"/>
              </w:rPr>
              <w:t>3</w:t>
            </w:r>
          </w:p>
        </w:tc>
        <w:tc>
          <w:tcPr>
            <w:tcW w:type="dxa" w:w="1940"/>
          </w:tcPr>
          <w:p>
            <w:pPr>
              <w:spacing w:after="0"/>
              <w:jc w:val="right"/>
            </w:pPr>
            <w:r>
              <w:rPr>
                <w:sz w:val="16"/>
              </w:rPr>
              <w:t>2</w:t>
            </w:r>
          </w:p>
        </w:tc>
        <w:tc>
          <w:tcPr>
            <w:tcW w:type="dxa" w:w="775"/>
          </w:tcPr>
          <w:p>
            <w:pPr>
              <w:spacing w:after="0"/>
              <w:jc w:val="right"/>
            </w:pPr>
            <w:r>
              <w:rPr>
                <w:sz w:val="16"/>
              </w:rPr>
              <w:t>3</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38</w:t>
            </w:r>
          </w:p>
        </w:tc>
        <w:tc>
          <w:tcPr>
            <w:tcW w:type="dxa" w:w="1117"/>
          </w:tcPr>
          <w:p>
            <w:pPr>
              <w:spacing w:after="0"/>
              <w:jc w:val="right"/>
            </w:pPr>
            <w:r>
              <w:rPr>
                <w:sz w:val="16"/>
              </w:rPr>
              <w:t>1</w:t>
            </w:r>
          </w:p>
        </w:tc>
        <w:tc>
          <w:tcPr>
            <w:tcW w:type="dxa" w:w="1940"/>
          </w:tcPr>
          <w:p>
            <w:pPr>
              <w:spacing w:after="0"/>
              <w:jc w:val="right"/>
            </w:pPr>
            <w:r>
              <w:rPr>
                <w:sz w:val="16"/>
              </w:rPr>
              <w:t>1</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15</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5</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4</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163</w:t>
            </w:r>
          </w:p>
        </w:tc>
        <w:tc>
          <w:tcPr>
            <w:tcW w:type="dxa" w:w="1117"/>
          </w:tcPr>
          <w:p>
            <w:pPr>
              <w:spacing w:after="0"/>
              <w:jc w:val="right"/>
            </w:pPr>
            <w:r>
              <w:rPr>
                <w:sz w:val="16"/>
              </w:rPr>
              <w:t>59</w:t>
            </w:r>
          </w:p>
        </w:tc>
        <w:tc>
          <w:tcPr>
            <w:tcW w:type="dxa" w:w="1940"/>
          </w:tcPr>
          <w:p>
            <w:pPr>
              <w:spacing w:after="0"/>
              <w:jc w:val="right"/>
            </w:pPr>
            <w:r>
              <w:rPr>
                <w:sz w:val="16"/>
              </w:rPr>
              <w:t>2</w:t>
            </w:r>
          </w:p>
        </w:tc>
        <w:tc>
          <w:tcPr>
            <w:tcW w:type="dxa" w:w="775"/>
          </w:tcPr>
          <w:p>
            <w:pPr>
              <w:spacing w:after="0"/>
              <w:jc w:val="right"/>
            </w:pPr>
            <w:r>
              <w:rPr>
                <w:sz w:val="16"/>
              </w:rPr>
              <w:t>44</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3 High Wind and 1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25</w:t>
            </w:r>
          </w:p>
        </w:tc>
        <w:tc>
          <w:tcPr>
            <w:tcW w:type="dxa" w:w="1117"/>
          </w:tcPr>
          <w:p>
            <w:pPr>
              <w:spacing w:after="0"/>
              <w:jc w:val="right"/>
            </w:pPr>
            <w:r>
              <w:rPr>
                <w:sz w:val="16"/>
              </w:rPr>
              <w:t>7</w:t>
            </w:r>
          </w:p>
        </w:tc>
        <w:tc>
          <w:tcPr>
            <w:tcW w:type="dxa" w:w="1940"/>
          </w:tcPr>
          <w:p>
            <w:pPr>
              <w:spacing w:after="0"/>
              <w:jc w:val="right"/>
            </w:pPr>
            <w:r>
              <w:rPr>
                <w:sz w:val="16"/>
              </w:rPr>
              <w:t>0</w:t>
            </w:r>
          </w:p>
        </w:tc>
        <w:tc>
          <w:tcPr>
            <w:tcW w:type="dxa" w:w="775"/>
          </w:tcPr>
          <w:p>
            <w:pPr>
              <w:spacing w:after="0"/>
              <w:jc w:val="right"/>
            </w:pPr>
            <w:r>
              <w:rPr>
                <w:sz w:val="16"/>
              </w:rPr>
              <w:t>6</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10</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1</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55"/>
        <w:gridCol w:w="3251"/>
        <w:gridCol w:w="944"/>
        <w:gridCol w:w="2573"/>
        <w:gridCol w:w="303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55"/>
            <w:shd w:val="clear" w:color="auto" w:fill="E8E8E8"/>
          </w:tcPr>
          <w:p>
            <w:pPr>
              <w:spacing w:after="0"/>
              <w:jc w:val="left"/>
            </w:pPr>
            <w:r>
              <w:rPr>
                <w:b/>
                <w:sz w:val="16"/>
              </w:rPr>
              <w:t>Magnitude or extent</w:t>
            </w:r>
          </w:p>
        </w:tc>
        <w:tc>
          <w:tcPr>
            <w:tcW w:type="dxa" w:w="3251"/>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73"/>
            <w:shd w:val="clear" w:color="auto" w:fill="E8E8E8"/>
          </w:tcPr>
          <w:p>
            <w:pPr>
              <w:spacing w:after="0"/>
              <w:jc w:val="left"/>
            </w:pPr>
            <w:r>
              <w:rPr>
                <w:b/>
                <w:sz w:val="16"/>
              </w:rPr>
              <w:t>Location</w:t>
            </w:r>
          </w:p>
        </w:tc>
        <w:tc>
          <w:tcPr>
            <w:tcW w:type="dxa" w:w="30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2055"/>
          </w:tcPr>
          <w:p>
            <w:pPr>
              <w:spacing w:after="0"/>
              <w:jc w:val="left"/>
            </w:pPr>
          </w:p>
        </w:tc>
        <w:tc>
          <w:tcPr>
            <w:tcW w:type="dxa" w:w="3251"/>
          </w:tcPr>
          <w:p>
            <w:pPr>
              <w:spacing w:after="0"/>
              <w:jc w:val="left"/>
            </w:pPr>
            <w:r>
              <w:rPr>
                <w:sz w:val="16"/>
              </w:rPr>
              <w:t>$100,000 property; crops not reported (zone total, 2017 dollars)</w:t>
            </w:r>
          </w:p>
        </w:tc>
        <w:tc>
          <w:tcPr>
            <w:tcW w:type="dxa" w:w="944"/>
          </w:tcPr>
          <w:p>
            <w:pPr>
              <w:spacing w:after="0"/>
              <w:jc w:val="right"/>
            </w:pPr>
            <w:r>
              <w:rPr>
                <w:sz w:val="16"/>
              </w:rPr>
              <w:t>0, 0</w:t>
            </w:r>
          </w:p>
        </w:tc>
        <w:tc>
          <w:tcPr>
            <w:tcW w:type="dxa" w:w="2573"/>
          </w:tcPr>
          <w:p>
            <w:pPr>
              <w:spacing w:after="0"/>
              <w:jc w:val="left"/>
            </w:pPr>
            <w:r>
              <w:rPr>
                <w:sz w:val="16"/>
              </w:rPr>
              <w:t>NWS zone GAZ083 (TWIGGS), zone-level</w:t>
            </w:r>
          </w:p>
        </w:tc>
        <w:tc>
          <w:tcPr>
            <w:tcW w:type="dxa" w:w="303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2016-08-01</w:t>
            </w:r>
          </w:p>
        </w:tc>
        <w:tc>
          <w:tcPr>
            <w:tcW w:type="dxa" w:w="1215"/>
          </w:tcPr>
          <w:p>
            <w:pPr>
              <w:spacing w:after="0"/>
              <w:jc w:val="left"/>
            </w:pPr>
            <w:r>
              <w:rPr>
                <w:sz w:val="16"/>
              </w:rPr>
              <w:t>Drought</w:t>
            </w:r>
          </w:p>
        </w:tc>
        <w:tc>
          <w:tcPr>
            <w:tcW w:type="dxa" w:w="2055"/>
          </w:tcPr>
          <w:p>
            <w:pPr>
              <w:spacing w:after="0"/>
              <w:jc w:val="left"/>
            </w:pPr>
          </w:p>
        </w:tc>
        <w:tc>
          <w:tcPr>
            <w:tcW w:type="dxa" w:w="3251"/>
          </w:tcPr>
          <w:p>
            <w:pPr>
              <w:spacing w:after="0"/>
              <w:jc w:val="left"/>
            </w:pPr>
            <w:r>
              <w:rPr>
                <w:sz w:val="16"/>
              </w:rPr>
              <w:t>$0 property; $0 crops (zone total, 2016 dollars)</w:t>
            </w:r>
          </w:p>
        </w:tc>
        <w:tc>
          <w:tcPr>
            <w:tcW w:type="dxa" w:w="944"/>
          </w:tcPr>
          <w:p>
            <w:pPr>
              <w:spacing w:after="0"/>
              <w:jc w:val="right"/>
            </w:pPr>
            <w:r>
              <w:rPr>
                <w:sz w:val="16"/>
              </w:rPr>
              <w:t>0, 0</w:t>
            </w:r>
          </w:p>
        </w:tc>
        <w:tc>
          <w:tcPr>
            <w:tcW w:type="dxa" w:w="2573"/>
          </w:tcPr>
          <w:p>
            <w:pPr>
              <w:spacing w:after="0"/>
              <w:jc w:val="left"/>
            </w:pPr>
            <w:r>
              <w:rPr>
                <w:sz w:val="16"/>
              </w:rPr>
              <w:t>NWS zone GAZ083 (TWIGGS), zone-level</w:t>
            </w:r>
          </w:p>
        </w:tc>
        <w:tc>
          <w:tcPr>
            <w:tcW w:type="dxa" w:w="3037"/>
          </w:tcPr>
          <w:p>
            <w:pPr>
              <w:spacing w:after="0"/>
              <w:jc w:val="left"/>
            </w:pPr>
            <w:r>
              <w:rPr>
                <w:sz w:val="16"/>
              </w:rPr>
              <w:t>B1-c worst recorded: Drought</w:t>
            </w:r>
          </w:p>
        </w:tc>
      </w:tr>
      <w:tr>
        <w:trPr>
          <w:cantSplit/>
        </w:trPr>
        <w:tc>
          <w:tcPr>
            <w:tcW w:type="dxa" w:w="1037"/>
          </w:tcPr>
          <w:p>
            <w:pPr>
              <w:spacing w:after="0"/>
              <w:jc w:val="left"/>
            </w:pPr>
            <w:r>
              <w:rPr>
                <w:sz w:val="16"/>
              </w:rPr>
              <w:t>2010-07-26</w:t>
            </w:r>
          </w:p>
        </w:tc>
        <w:tc>
          <w:tcPr>
            <w:tcW w:type="dxa" w:w="1215"/>
          </w:tcPr>
          <w:p>
            <w:pPr>
              <w:spacing w:after="0"/>
              <w:jc w:val="left"/>
            </w:pPr>
            <w:r>
              <w:rPr>
                <w:sz w:val="16"/>
              </w:rPr>
              <w:t>Heat</w:t>
            </w:r>
          </w:p>
        </w:tc>
        <w:tc>
          <w:tcPr>
            <w:tcW w:type="dxa" w:w="2055"/>
          </w:tcPr>
          <w:p>
            <w:pPr>
              <w:spacing w:after="0"/>
              <w:jc w:val="left"/>
            </w:pPr>
          </w:p>
        </w:tc>
        <w:tc>
          <w:tcPr>
            <w:tcW w:type="dxa" w:w="3251"/>
          </w:tcPr>
          <w:p>
            <w:pPr>
              <w:spacing w:after="0"/>
              <w:jc w:val="left"/>
            </w:pPr>
            <w:r>
              <w:rPr>
                <w:sz w:val="16"/>
              </w:rPr>
              <w:t>$0 property; $0 crops (zone total, 2010 dollars)</w:t>
            </w:r>
          </w:p>
        </w:tc>
        <w:tc>
          <w:tcPr>
            <w:tcW w:type="dxa" w:w="944"/>
          </w:tcPr>
          <w:p>
            <w:pPr>
              <w:spacing w:after="0"/>
              <w:jc w:val="right"/>
            </w:pPr>
            <w:r>
              <w:rPr>
                <w:sz w:val="16"/>
              </w:rPr>
              <w:t>1, 0</w:t>
            </w:r>
          </w:p>
        </w:tc>
        <w:tc>
          <w:tcPr>
            <w:tcW w:type="dxa" w:w="2573"/>
          </w:tcPr>
          <w:p>
            <w:pPr>
              <w:spacing w:after="0"/>
              <w:jc w:val="left"/>
            </w:pPr>
            <w:r>
              <w:rPr>
                <w:sz w:val="16"/>
              </w:rPr>
              <w:t>NWS zone GAZ083 (TWIGGS), zone-level</w:t>
            </w:r>
          </w:p>
        </w:tc>
        <w:tc>
          <w:tcPr>
            <w:tcW w:type="dxa" w:w="3037"/>
          </w:tcPr>
          <w:p>
            <w:pPr>
              <w:spacing w:after="0"/>
              <w:jc w:val="left"/>
            </w:pPr>
            <w:r>
              <w:rPr>
                <w:sz w:val="16"/>
              </w:rPr>
              <w:t>deaths or injuries recorded</w:t>
            </w:r>
          </w:p>
        </w:tc>
      </w:tr>
      <w:tr>
        <w:trPr>
          <w:cantSplit/>
        </w:trPr>
        <w:tc>
          <w:tcPr>
            <w:tcW w:type="dxa" w:w="1037"/>
          </w:tcPr>
          <w:p>
            <w:pPr>
              <w:spacing w:after="0"/>
              <w:jc w:val="left"/>
            </w:pPr>
            <w:r>
              <w:rPr>
                <w:sz w:val="16"/>
              </w:rPr>
              <w:t>2005-03-05</w:t>
            </w:r>
          </w:p>
        </w:tc>
        <w:tc>
          <w:tcPr>
            <w:tcW w:type="dxa" w:w="1215"/>
          </w:tcPr>
          <w:p>
            <w:pPr>
              <w:spacing w:after="0"/>
              <w:jc w:val="left"/>
            </w:pPr>
            <w:r>
              <w:rPr>
                <w:sz w:val="16"/>
              </w:rPr>
              <w:t>Lightning</w:t>
            </w:r>
          </w:p>
        </w:tc>
        <w:tc>
          <w:tcPr>
            <w:tcW w:type="dxa" w:w="2055"/>
          </w:tcPr>
          <w:p>
            <w:pPr>
              <w:spacing w:after="0"/>
              <w:jc w:val="left"/>
            </w:pPr>
          </w:p>
        </w:tc>
        <w:tc>
          <w:tcPr>
            <w:tcW w:type="dxa" w:w="3251"/>
          </w:tcPr>
          <w:p>
            <w:pPr>
              <w:spacing w:after="0"/>
              <w:jc w:val="left"/>
            </w:pPr>
            <w:r>
              <w:rPr>
                <w:sz w:val="16"/>
              </w:rPr>
              <w:t>$5,000 property; crops not reported (2005 dollars)</w:t>
            </w:r>
          </w:p>
        </w:tc>
        <w:tc>
          <w:tcPr>
            <w:tcW w:type="dxa" w:w="944"/>
          </w:tcPr>
          <w:p>
            <w:pPr>
              <w:spacing w:after="0"/>
              <w:jc w:val="right"/>
            </w:pPr>
            <w:r>
              <w:rPr>
                <w:sz w:val="16"/>
              </w:rPr>
              <w:t>0, 0</w:t>
            </w:r>
          </w:p>
        </w:tc>
        <w:tc>
          <w:tcPr>
            <w:tcW w:type="dxa" w:w="2573"/>
          </w:tcPr>
          <w:p>
            <w:pPr>
              <w:spacing w:after="0"/>
              <w:jc w:val="left"/>
            </w:pPr>
            <w:r>
              <w:rPr>
                <w:sz w:val="16"/>
              </w:rPr>
              <w:t>JEFFERSONVILLE</w:t>
            </w:r>
          </w:p>
        </w:tc>
        <w:tc>
          <w:tcPr>
            <w:tcW w:type="dxa" w:w="3037"/>
          </w:tcPr>
          <w:p>
            <w:pPr>
              <w:spacing w:after="0"/>
              <w:jc w:val="left"/>
            </w:pPr>
            <w:r>
              <w:rPr>
                <w:sz w:val="16"/>
              </w:rPr>
              <w:t>B1-c worst recorded: Lightning</w:t>
            </w:r>
          </w:p>
        </w:tc>
      </w:tr>
      <w:tr>
        <w:trPr>
          <w:cantSplit/>
        </w:trPr>
        <w:tc>
          <w:tcPr>
            <w:tcW w:type="dxa" w:w="1037"/>
          </w:tcPr>
          <w:p>
            <w:pPr>
              <w:spacing w:after="0"/>
              <w:jc w:val="left"/>
            </w:pPr>
            <w:r>
              <w:rPr>
                <w:sz w:val="16"/>
              </w:rPr>
              <w:t>2004-09-27</w:t>
            </w:r>
          </w:p>
        </w:tc>
        <w:tc>
          <w:tcPr>
            <w:tcW w:type="dxa" w:w="1215"/>
          </w:tcPr>
          <w:p>
            <w:pPr>
              <w:spacing w:after="0"/>
              <w:jc w:val="left"/>
            </w:pPr>
            <w:r>
              <w:rPr>
                <w:sz w:val="16"/>
              </w:rPr>
              <w:t>High Wind</w:t>
            </w:r>
          </w:p>
        </w:tc>
        <w:tc>
          <w:tcPr>
            <w:tcW w:type="dxa" w:w="2055"/>
          </w:tcPr>
          <w:p>
            <w:pPr>
              <w:spacing w:after="0"/>
              <w:jc w:val="left"/>
            </w:pPr>
            <w:r>
              <w:rPr>
                <w:sz w:val="16"/>
              </w:rPr>
              <w:t>50 kt (58 mph) estimated gust</w:t>
            </w:r>
          </w:p>
        </w:tc>
        <w:tc>
          <w:tcPr>
            <w:tcW w:type="dxa" w:w="3251"/>
          </w:tcPr>
          <w:p>
            <w:pPr>
              <w:spacing w:after="0"/>
              <w:jc w:val="left"/>
            </w:pPr>
            <w:r>
              <w:rPr>
                <w:sz w:val="16"/>
              </w:rPr>
              <w:t>$25,000 property; crops not reported (zone total, 2004 dollars)</w:t>
            </w:r>
          </w:p>
        </w:tc>
        <w:tc>
          <w:tcPr>
            <w:tcW w:type="dxa" w:w="944"/>
          </w:tcPr>
          <w:p>
            <w:pPr>
              <w:spacing w:after="0"/>
              <w:jc w:val="right"/>
            </w:pPr>
            <w:r>
              <w:rPr>
                <w:sz w:val="16"/>
              </w:rPr>
              <w:t>0, 0</w:t>
            </w:r>
          </w:p>
        </w:tc>
        <w:tc>
          <w:tcPr>
            <w:tcW w:type="dxa" w:w="2573"/>
          </w:tcPr>
          <w:p>
            <w:pPr>
              <w:spacing w:after="0"/>
              <w:jc w:val="left"/>
            </w:pPr>
            <w:r>
              <w:rPr>
                <w:sz w:val="16"/>
              </w:rPr>
              <w:t>NWS zone GAZ083 (TWIGGS), zone-level</w:t>
            </w:r>
          </w:p>
        </w:tc>
        <w:tc>
          <w:tcPr>
            <w:tcW w:type="dxa" w:w="3037"/>
          </w:tcPr>
          <w:p>
            <w:pPr>
              <w:spacing w:after="0"/>
              <w:jc w:val="left"/>
            </w:pPr>
            <w:r>
              <w:rPr>
                <w:sz w:val="16"/>
              </w:rPr>
              <w:t>B1-c worst recorded: High Wind and Strong Wind</w:t>
            </w:r>
          </w:p>
        </w:tc>
      </w:tr>
      <w:tr>
        <w:trPr>
          <w:cantSplit/>
        </w:trPr>
        <w:tc>
          <w:tcPr>
            <w:tcW w:type="dxa" w:w="1037"/>
          </w:tcPr>
          <w:p>
            <w:pPr>
              <w:spacing w:after="0"/>
              <w:jc w:val="left"/>
            </w:pPr>
            <w:r>
              <w:rPr>
                <w:sz w:val="16"/>
              </w:rPr>
              <w:t>2003-05-02</w:t>
            </w:r>
          </w:p>
        </w:tc>
        <w:tc>
          <w:tcPr>
            <w:tcW w:type="dxa" w:w="1215"/>
          </w:tcPr>
          <w:p>
            <w:pPr>
              <w:spacing w:after="0"/>
              <w:jc w:val="left"/>
            </w:pPr>
            <w:r>
              <w:rPr>
                <w:sz w:val="16"/>
              </w:rPr>
              <w:t>Thunderstorm Wind</w:t>
            </w:r>
          </w:p>
        </w:tc>
        <w:tc>
          <w:tcPr>
            <w:tcW w:type="dxa" w:w="2055"/>
          </w:tcPr>
          <w:p>
            <w:pPr>
              <w:spacing w:after="0"/>
              <w:jc w:val="left"/>
            </w:pPr>
            <w:r>
              <w:rPr>
                <w:sz w:val="16"/>
              </w:rPr>
              <w:t>74 kt (85 mph) estimated gust</w:t>
            </w:r>
          </w:p>
        </w:tc>
        <w:tc>
          <w:tcPr>
            <w:tcW w:type="dxa" w:w="3251"/>
          </w:tcPr>
          <w:p>
            <w:pPr>
              <w:spacing w:after="0"/>
              <w:jc w:val="left"/>
            </w:pPr>
            <w:r>
              <w:rPr>
                <w:sz w:val="16"/>
              </w:rPr>
              <w:t>$10,000 property; crops not reported (2003 dollars)</w:t>
            </w:r>
          </w:p>
        </w:tc>
        <w:tc>
          <w:tcPr>
            <w:tcW w:type="dxa" w:w="944"/>
          </w:tcPr>
          <w:p>
            <w:pPr>
              <w:spacing w:after="0"/>
              <w:jc w:val="right"/>
            </w:pPr>
            <w:r>
              <w:rPr>
                <w:sz w:val="16"/>
              </w:rPr>
              <w:t>0, 0</w:t>
            </w:r>
          </w:p>
        </w:tc>
        <w:tc>
          <w:tcPr>
            <w:tcW w:type="dxa" w:w="2573"/>
          </w:tcPr>
          <w:p>
            <w:pPr>
              <w:spacing w:after="0"/>
              <w:jc w:val="left"/>
            </w:pPr>
            <w:r>
              <w:rPr>
                <w:sz w:val="16"/>
              </w:rPr>
              <w:t>COUNTYWIDE</w:t>
            </w:r>
          </w:p>
        </w:tc>
        <w:tc>
          <w:tcPr>
            <w:tcW w:type="dxa" w:w="3037"/>
          </w:tcPr>
          <w:p>
            <w:pPr>
              <w:spacing w:after="0"/>
              <w:jc w:val="left"/>
            </w:pPr>
            <w:r>
              <w:rPr>
                <w:sz w:val="16"/>
              </w:rPr>
              <w:t>B1-c worst recorded: Thunderstorm Wind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055"/>
          </w:tcPr>
          <w:p>
            <w:pPr>
              <w:spacing w:after="0"/>
              <w:jc w:val="left"/>
            </w:pPr>
          </w:p>
        </w:tc>
        <w:tc>
          <w:tcPr>
            <w:tcW w:type="dxa" w:w="3251"/>
          </w:tcPr>
          <w:p>
            <w:pPr>
              <w:spacing w:after="0"/>
              <w:jc w:val="left"/>
            </w:pPr>
            <w:r>
              <w:rPr>
                <w:sz w:val="16"/>
              </w:rPr>
              <w:t>damage not reported</w:t>
            </w:r>
          </w:p>
        </w:tc>
        <w:tc>
          <w:tcPr>
            <w:tcW w:type="dxa" w:w="944"/>
          </w:tcPr>
          <w:p>
            <w:pPr>
              <w:spacing w:after="0"/>
              <w:jc w:val="right"/>
            </w:pPr>
            <w:r>
              <w:rPr>
                <w:sz w:val="16"/>
              </w:rPr>
              <w:t>0, 0</w:t>
            </w:r>
          </w:p>
        </w:tc>
        <w:tc>
          <w:tcPr>
            <w:tcW w:type="dxa" w:w="2573"/>
          </w:tcPr>
          <w:p>
            <w:pPr>
              <w:spacing w:after="0"/>
              <w:jc w:val="left"/>
            </w:pPr>
            <w:r>
              <w:rPr>
                <w:sz w:val="16"/>
              </w:rPr>
              <w:t>NWS zone GAZ083 (TWIGGS), zone-level</w:t>
            </w:r>
          </w:p>
        </w:tc>
        <w:tc>
          <w:tcPr>
            <w:tcW w:type="dxa" w:w="303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055"/>
          </w:tcPr>
          <w:p>
            <w:pPr>
              <w:spacing w:after="0"/>
              <w:jc w:val="left"/>
            </w:pPr>
          </w:p>
        </w:tc>
        <w:tc>
          <w:tcPr>
            <w:tcW w:type="dxa" w:w="3251"/>
          </w:tcPr>
          <w:p>
            <w:pPr>
              <w:spacing w:after="0"/>
              <w:jc w:val="left"/>
            </w:pPr>
            <w:r>
              <w:rPr>
                <w:sz w:val="16"/>
              </w:rPr>
              <w:t>damage not reported</w:t>
            </w:r>
          </w:p>
        </w:tc>
        <w:tc>
          <w:tcPr>
            <w:tcW w:type="dxa" w:w="944"/>
          </w:tcPr>
          <w:p>
            <w:pPr>
              <w:spacing w:after="0"/>
              <w:jc w:val="right"/>
            </w:pPr>
            <w:r>
              <w:rPr>
                <w:sz w:val="16"/>
              </w:rPr>
              <w:t>0, 0</w:t>
            </w:r>
          </w:p>
        </w:tc>
        <w:tc>
          <w:tcPr>
            <w:tcW w:type="dxa" w:w="2573"/>
          </w:tcPr>
          <w:p>
            <w:pPr>
              <w:spacing w:after="0"/>
              <w:jc w:val="left"/>
            </w:pPr>
            <w:r>
              <w:rPr>
                <w:sz w:val="16"/>
              </w:rPr>
              <w:t>NWS zone GAZ083 (TWIGGS), zone-level</w:t>
            </w:r>
          </w:p>
        </w:tc>
        <w:tc>
          <w:tcPr>
            <w:tcW w:type="dxa" w:w="3037"/>
          </w:tcPr>
          <w:p>
            <w:pPr>
              <w:spacing w:after="0"/>
              <w:jc w:val="left"/>
            </w:pPr>
            <w:r>
              <w:rPr>
                <w:sz w:val="16"/>
              </w:rPr>
              <w:t>B1-c worst recorded: Excessive Heat, Heat</w:t>
            </w:r>
          </w:p>
        </w:tc>
      </w:tr>
      <w:tr>
        <w:trPr>
          <w:cantSplit/>
        </w:trPr>
        <w:tc>
          <w:tcPr>
            <w:tcW w:type="dxa" w:w="1037"/>
          </w:tcPr>
          <w:p>
            <w:pPr>
              <w:spacing w:after="0"/>
              <w:jc w:val="left"/>
            </w:pPr>
            <w:r>
              <w:rPr>
                <w:sz w:val="16"/>
              </w:rPr>
              <w:t>1998-02-04</w:t>
            </w:r>
          </w:p>
        </w:tc>
        <w:tc>
          <w:tcPr>
            <w:tcW w:type="dxa" w:w="1215"/>
          </w:tcPr>
          <w:p>
            <w:pPr>
              <w:spacing w:after="0"/>
              <w:jc w:val="left"/>
            </w:pPr>
            <w:r>
              <w:rPr>
                <w:sz w:val="16"/>
              </w:rPr>
              <w:t>Flood</w:t>
            </w:r>
          </w:p>
        </w:tc>
        <w:tc>
          <w:tcPr>
            <w:tcW w:type="dxa" w:w="2055"/>
          </w:tcPr>
          <w:p>
            <w:pPr>
              <w:spacing w:after="0"/>
              <w:jc w:val="left"/>
            </w:pPr>
          </w:p>
        </w:tc>
        <w:tc>
          <w:tcPr>
            <w:tcW w:type="dxa" w:w="3251"/>
          </w:tcPr>
          <w:p>
            <w:pPr>
              <w:spacing w:after="0"/>
              <w:jc w:val="left"/>
            </w:pPr>
            <w:r>
              <w:rPr>
                <w:sz w:val="16"/>
              </w:rPr>
              <w:t>$20,000 property; crops not reported (zone total, 1998 dollars)</w:t>
            </w:r>
          </w:p>
        </w:tc>
        <w:tc>
          <w:tcPr>
            <w:tcW w:type="dxa" w:w="944"/>
          </w:tcPr>
          <w:p>
            <w:pPr>
              <w:spacing w:after="0"/>
              <w:jc w:val="right"/>
            </w:pPr>
            <w:r>
              <w:rPr>
                <w:sz w:val="16"/>
              </w:rPr>
              <w:t>0, 0</w:t>
            </w:r>
          </w:p>
        </w:tc>
        <w:tc>
          <w:tcPr>
            <w:tcW w:type="dxa" w:w="2573"/>
          </w:tcPr>
          <w:p>
            <w:pPr>
              <w:spacing w:after="0"/>
              <w:jc w:val="left"/>
            </w:pPr>
            <w:r>
              <w:rPr>
                <w:sz w:val="16"/>
              </w:rPr>
              <w:t>NWS zone GAZ083 (TWIGGS), zone-level</w:t>
            </w:r>
          </w:p>
        </w:tc>
        <w:tc>
          <w:tcPr>
            <w:tcW w:type="dxa" w:w="30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1965-03-17</w:t>
            </w:r>
          </w:p>
        </w:tc>
        <w:tc>
          <w:tcPr>
            <w:tcW w:type="dxa" w:w="1215"/>
          </w:tcPr>
          <w:p>
            <w:pPr>
              <w:spacing w:after="0"/>
              <w:jc w:val="left"/>
            </w:pPr>
            <w:r>
              <w:rPr>
                <w:sz w:val="16"/>
              </w:rPr>
              <w:t>Hail</w:t>
            </w:r>
          </w:p>
        </w:tc>
        <w:tc>
          <w:tcPr>
            <w:tcW w:type="dxa" w:w="2055"/>
          </w:tcPr>
          <w:p>
            <w:pPr>
              <w:spacing w:after="0"/>
              <w:jc w:val="left"/>
            </w:pPr>
            <w:r>
              <w:rPr>
                <w:sz w:val="16"/>
              </w:rPr>
              <w:t>2.5 in</w:t>
            </w:r>
          </w:p>
        </w:tc>
        <w:tc>
          <w:tcPr>
            <w:tcW w:type="dxa" w:w="3251"/>
          </w:tcPr>
          <w:p>
            <w:pPr>
              <w:spacing w:after="0"/>
              <w:jc w:val="left"/>
            </w:pPr>
            <w:r>
              <w:rPr>
                <w:sz w:val="16"/>
              </w:rPr>
              <w:t>damage not recorded (pre-1996 record)</w:t>
            </w:r>
          </w:p>
        </w:tc>
        <w:tc>
          <w:tcPr>
            <w:tcW w:type="dxa" w:w="944"/>
          </w:tcPr>
          <w:p>
            <w:pPr>
              <w:spacing w:after="0"/>
              <w:jc w:val="right"/>
            </w:pPr>
            <w:r>
              <w:rPr>
                <w:sz w:val="16"/>
              </w:rPr>
              <w:t>0, 0</w:t>
            </w:r>
          </w:p>
        </w:tc>
        <w:tc>
          <w:tcPr>
            <w:tcW w:type="dxa" w:w="2573"/>
          </w:tcPr>
          <w:p>
            <w:pPr>
              <w:spacing w:after="0"/>
              <w:jc w:val="left"/>
            </w:pPr>
            <w:r>
              <w:rPr>
                <w:sz w:val="16"/>
              </w:rPr>
              <w:t>location not recorded</w:t>
            </w:r>
          </w:p>
        </w:tc>
        <w:tc>
          <w:tcPr>
            <w:tcW w:type="dxa" w:w="3037"/>
          </w:tcPr>
          <w:p>
            <w:pPr>
              <w:spacing w:after="0"/>
              <w:jc w:val="left"/>
            </w:pPr>
            <w:r>
              <w:rPr>
                <w:sz w:val="16"/>
              </w:rPr>
              <w:t>B1-c worst recorded: Hail</w:t>
            </w:r>
          </w:p>
        </w:tc>
      </w:tr>
      <w:tr>
        <w:trPr>
          <w:cantSplit/>
        </w:trPr>
        <w:tc>
          <w:tcPr>
            <w:tcW w:type="dxa" w:w="1037"/>
          </w:tcPr>
          <w:p>
            <w:pPr>
              <w:spacing w:after="0"/>
              <w:jc w:val="left"/>
            </w:pPr>
            <w:r>
              <w:rPr>
                <w:sz w:val="16"/>
              </w:rPr>
              <w:t>1953-04-30</w:t>
            </w:r>
          </w:p>
        </w:tc>
        <w:tc>
          <w:tcPr>
            <w:tcW w:type="dxa" w:w="1215"/>
          </w:tcPr>
          <w:p>
            <w:pPr>
              <w:spacing w:after="0"/>
              <w:jc w:val="left"/>
            </w:pPr>
            <w:r>
              <w:rPr>
                <w:sz w:val="16"/>
              </w:rPr>
              <w:t>Tornado</w:t>
            </w:r>
          </w:p>
        </w:tc>
        <w:tc>
          <w:tcPr>
            <w:tcW w:type="dxa" w:w="2055"/>
          </w:tcPr>
          <w:p>
            <w:pPr>
              <w:spacing w:after="0"/>
              <w:jc w:val="left"/>
            </w:pPr>
            <w:r>
              <w:rPr>
                <w:sz w:val="16"/>
              </w:rPr>
              <w:t>F3, 2 mi path length (whole path, pre-1996), 10 yd wide</w:t>
            </w:r>
          </w:p>
        </w:tc>
        <w:tc>
          <w:tcPr>
            <w:tcW w:type="dxa" w:w="3251"/>
          </w:tcPr>
          <w:p>
            <w:pPr>
              <w:spacing w:after="0"/>
              <w:jc w:val="left"/>
            </w:pPr>
            <w:r>
              <w:rPr>
                <w:sz w:val="16"/>
              </w:rPr>
              <w:t>$250,000 property; crops not recorded (1953 dollars)</w:t>
            </w:r>
          </w:p>
        </w:tc>
        <w:tc>
          <w:tcPr>
            <w:tcW w:type="dxa" w:w="944"/>
          </w:tcPr>
          <w:p>
            <w:pPr>
              <w:spacing w:after="0"/>
              <w:jc w:val="right"/>
            </w:pPr>
            <w:r>
              <w:rPr>
                <w:sz w:val="16"/>
              </w:rPr>
              <w:t>1, 2</w:t>
            </w:r>
          </w:p>
        </w:tc>
        <w:tc>
          <w:tcPr>
            <w:tcW w:type="dxa" w:w="2573"/>
          </w:tcPr>
          <w:p>
            <w:pPr>
              <w:spacing w:after="0"/>
              <w:jc w:val="left"/>
            </w:pPr>
            <w:r>
              <w:rPr>
                <w:sz w:val="16"/>
              </w:rPr>
              <w:t>location not recorded</w:t>
            </w:r>
          </w:p>
        </w:tc>
        <w:tc>
          <w:tcPr>
            <w:tcW w:type="dxa" w:w="3037"/>
          </w:tcPr>
          <w:p>
            <w:pPr>
              <w:spacing w:after="0"/>
              <w:jc w:val="left"/>
            </w:pPr>
            <w:r>
              <w:rPr>
                <w:sz w:val="16"/>
              </w:rPr>
              <w:t>deaths or injuries recorded</w:t>
            </w:r>
          </w:p>
        </w:tc>
      </w:tr>
      <w:tr>
        <w:trPr>
          <w:cantSplit/>
        </w:trPr>
        <w:tc>
          <w:tcPr>
            <w:tcW w:type="dxa" w:w="1037"/>
          </w:tcPr>
          <w:p>
            <w:pPr>
              <w:spacing w:after="0"/>
              <w:jc w:val="left"/>
            </w:pPr>
            <w:r>
              <w:rPr>
                <w:sz w:val="16"/>
              </w:rPr>
              <w:t>1953-04-30</w:t>
            </w:r>
          </w:p>
        </w:tc>
        <w:tc>
          <w:tcPr>
            <w:tcW w:type="dxa" w:w="1215"/>
          </w:tcPr>
          <w:p>
            <w:pPr>
              <w:spacing w:after="0"/>
              <w:jc w:val="left"/>
            </w:pPr>
            <w:r>
              <w:rPr>
                <w:sz w:val="16"/>
              </w:rPr>
              <w:t>Tornado</w:t>
            </w:r>
          </w:p>
        </w:tc>
        <w:tc>
          <w:tcPr>
            <w:tcW w:type="dxa" w:w="2055"/>
          </w:tcPr>
          <w:p>
            <w:pPr>
              <w:spacing w:after="0"/>
              <w:jc w:val="left"/>
            </w:pPr>
            <w:r>
              <w:rPr>
                <w:sz w:val="16"/>
              </w:rPr>
              <w:t>F2, 0.5 mi path length (whole path, pre-1996), 10 yd wide</w:t>
            </w:r>
          </w:p>
        </w:tc>
        <w:tc>
          <w:tcPr>
            <w:tcW w:type="dxa" w:w="3251"/>
          </w:tcPr>
          <w:p>
            <w:pPr>
              <w:spacing w:after="0"/>
              <w:jc w:val="left"/>
            </w:pPr>
            <w:r>
              <w:rPr>
                <w:sz w:val="16"/>
              </w:rPr>
              <w:t>$25,000 property; crops not recorded (1953 dollars)</w:t>
            </w:r>
          </w:p>
        </w:tc>
        <w:tc>
          <w:tcPr>
            <w:tcW w:type="dxa" w:w="944"/>
          </w:tcPr>
          <w:p>
            <w:pPr>
              <w:spacing w:after="0"/>
              <w:jc w:val="right"/>
            </w:pPr>
            <w:r>
              <w:rPr>
                <w:sz w:val="16"/>
              </w:rPr>
              <w:t>1, 3</w:t>
            </w:r>
          </w:p>
        </w:tc>
        <w:tc>
          <w:tcPr>
            <w:tcW w:type="dxa" w:w="2573"/>
          </w:tcPr>
          <w:p>
            <w:pPr>
              <w:spacing w:after="0"/>
              <w:jc w:val="left"/>
            </w:pPr>
            <w:r>
              <w:rPr>
                <w:sz w:val="16"/>
              </w:rPr>
              <w:t>location not recorded</w:t>
            </w:r>
          </w:p>
        </w:tc>
        <w:tc>
          <w:tcPr>
            <w:tcW w:type="dxa" w:w="303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(318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0.263</w:t>
            </w:r>
          </w:p>
        </w:tc>
        <w:tc>
          <w:tcPr>
            <w:tcW w:type="dxa" w:w="1280"/>
          </w:tcPr>
          <w:p>
            <w:pPr>
              <w:spacing w:after="0"/>
              <w:jc w:val="left"/>
            </w:pPr>
            <w:r>
              <w:rPr>
                <w:sz w:val="16"/>
              </w:rPr>
              <w:t>event-days per year</w:t>
            </w:r>
          </w:p>
        </w:tc>
        <w:tc>
          <w:tcPr>
            <w:tcW w:type="dxa" w:w="1583"/>
          </w:tcPr>
          <w:p>
            <w:pPr>
              <w:spacing w:after="0"/>
              <w:jc w:val="left"/>
            </w:pPr>
            <w:r>
              <w:rPr>
                <w:sz w:val="16"/>
              </w:rPr>
              <w:t>about 0.263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46.8</w:t>
            </w:r>
          </w:p>
        </w:tc>
        <w:tc>
          <w:tcPr>
            <w:tcW w:type="dxa" w:w="1280"/>
          </w:tcPr>
          <w:p>
            <w:pPr>
              <w:spacing w:after="0"/>
              <w:jc w:val="left"/>
            </w:pPr>
            <w:r>
              <w:rPr>
                <w:sz w:val="16"/>
              </w:rPr>
              <w:t>event-days per year</w:t>
            </w:r>
          </w:p>
        </w:tc>
        <w:tc>
          <w:tcPr>
            <w:tcW w:type="dxa" w:w="1583"/>
          </w:tcPr>
          <w:p>
            <w:pPr>
              <w:spacing w:after="0"/>
              <w:jc w:val="left"/>
            </w:pPr>
            <w:r>
              <w:rPr>
                <w:sz w:val="16"/>
              </w:rPr>
              <w:t>about 46.8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12 of 30 years, 1996 to 2025 (40%)</w:t>
            </w:r>
          </w:p>
        </w:tc>
        <w:tc>
          <w:tcPr>
            <w:tcW w:type="dxa" w:w="1524"/>
          </w:tcPr>
          <w:p>
            <w:pPr>
              <w:spacing w:after="0"/>
              <w:jc w:val="right"/>
            </w:pPr>
            <w:r>
              <w:rPr>
                <w:sz w:val="16"/>
              </w:rPr>
              <w:t>1,302</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0.00196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0.196%</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2.6</w:t>
            </w:r>
          </w:p>
        </w:tc>
        <w:tc>
          <w:tcPr>
            <w:tcW w:type="dxa" w:w="1280"/>
          </w:tcPr>
          <w:p>
            <w:pPr>
              <w:spacing w:after="0"/>
              <w:jc w:val="left"/>
            </w:pPr>
            <w:r>
              <w:rPr>
                <w:sz w:val="16"/>
              </w:rPr>
              <w:t>events per year</w:t>
            </w:r>
          </w:p>
        </w:tc>
        <w:tc>
          <w:tcPr>
            <w:tcW w:type="dxa" w:w="1583"/>
          </w:tcPr>
          <w:p>
            <w:pPr>
              <w:spacing w:after="0"/>
              <w:jc w:val="left"/>
            </w:pPr>
            <w:r>
              <w:rPr>
                <w:sz w:val="16"/>
              </w:rPr>
              <w:t>about 2.6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98.7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7.26</w:t>
            </w:r>
          </w:p>
        </w:tc>
        <w:tc>
          <w:tcPr>
            <w:tcW w:type="dxa" w:w="1280"/>
          </w:tcPr>
          <w:p>
            <w:pPr>
              <w:spacing w:after="0"/>
              <w:jc w:val="left"/>
            </w:pPr>
            <w:r>
              <w:rPr>
                <w:sz w:val="16"/>
              </w:rPr>
              <w:t>event-days per year</w:t>
            </w:r>
          </w:p>
        </w:tc>
        <w:tc>
          <w:tcPr>
            <w:tcW w:type="dxa" w:w="1583"/>
          </w:tcPr>
          <w:p>
            <w:pPr>
              <w:spacing w:after="0"/>
              <w:jc w:val="left"/>
            </w:pPr>
            <w:r>
              <w:rPr>
                <w:sz w:val="16"/>
              </w:rPr>
              <w:t>about 7.26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124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0.0936</w:t>
            </w:r>
          </w:p>
        </w:tc>
        <w:tc>
          <w:tcPr>
            <w:tcW w:type="dxa" w:w="1280"/>
          </w:tcPr>
          <w:p>
            <w:pPr>
              <w:spacing w:after="0"/>
              <w:jc w:val="left"/>
            </w:pPr>
            <w:r>
              <w:rPr>
                <w:sz w:val="16"/>
              </w:rPr>
              <w:t>events per year</w:t>
            </w:r>
          </w:p>
        </w:tc>
        <w:tc>
          <w:tcPr>
            <w:tcW w:type="dxa" w:w="1583"/>
          </w:tcPr>
          <w:p>
            <w:pPr>
              <w:spacing w:after="0"/>
              <w:jc w:val="left"/>
            </w:pPr>
            <w:r>
              <w:rPr>
                <w:sz w:val="16"/>
              </w:rPr>
              <w:t>about 1 in 11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29</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0.409</w:t>
            </w:r>
          </w:p>
        </w:tc>
        <w:tc>
          <w:tcPr>
            <w:tcW w:type="dxa" w:w="1280"/>
          </w:tcPr>
          <w:p>
            <w:pPr>
              <w:spacing w:after="0"/>
              <w:jc w:val="left"/>
            </w:pPr>
            <w:r>
              <w:rPr>
                <w:sz w:val="16"/>
              </w:rPr>
              <w:t>event-days per year</w:t>
            </w:r>
          </w:p>
        </w:tc>
        <w:tc>
          <w:tcPr>
            <w:tcW w:type="dxa" w:w="1583"/>
          </w:tcPr>
          <w:p>
            <w:pPr>
              <w:spacing w:after="0"/>
              <w:jc w:val="left"/>
            </w:pPr>
            <w:r>
              <w:rPr>
                <w:sz w:val="16"/>
              </w:rPr>
              <w:t>about 0.409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28</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0.143</w:t>
            </w:r>
          </w:p>
        </w:tc>
        <w:tc>
          <w:tcPr>
            <w:tcW w:type="dxa" w:w="1280"/>
          </w:tcPr>
          <w:p>
            <w:pPr>
              <w:spacing w:after="0"/>
              <w:jc w:val="left"/>
            </w:pPr>
            <w:r>
              <w:rPr>
                <w:sz w:val="16"/>
              </w:rPr>
              <w:t>event-days per year</w:t>
            </w:r>
          </w:p>
        </w:tc>
        <w:tc>
          <w:tcPr>
            <w:tcW w:type="dxa" w:w="1583"/>
          </w:tcPr>
          <w:p>
            <w:pPr>
              <w:spacing w:after="0"/>
              <w:jc w:val="left"/>
            </w:pPr>
            <w:r>
              <w:rPr>
                <w:sz w:val="16"/>
              </w:rPr>
              <w:t>about 0.143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4</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0.162</w:t>
            </w:r>
          </w:p>
        </w:tc>
        <w:tc>
          <w:tcPr>
            <w:tcW w:type="dxa" w:w="1280"/>
          </w:tcPr>
          <w:p>
            <w:pPr>
              <w:spacing w:after="0"/>
              <w:jc w:val="left"/>
            </w:pPr>
            <w:r>
              <w:rPr>
                <w:sz w:val="16"/>
              </w:rPr>
              <w:t>events per year (modeled)</w:t>
            </w:r>
          </w:p>
        </w:tc>
        <w:tc>
          <w:tcPr>
            <w:tcW w:type="dxa" w:w="1583"/>
          </w:tcPr>
          <w:p>
            <w:pPr>
              <w:spacing w:after="0"/>
              <w:jc w:val="left"/>
            </w:pPr>
            <w:r>
              <w:rPr>
                <w:sz w:val="16"/>
              </w:rPr>
              <w:t>about 1 in 6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63.7</w:t>
            </w:r>
          </w:p>
        </w:tc>
        <w:tc>
          <w:tcPr>
            <w:tcW w:type="dxa" w:w="1280"/>
          </w:tcPr>
          <w:p>
            <w:pPr>
              <w:spacing w:after="0"/>
              <w:jc w:val="left"/>
            </w:pPr>
            <w:r>
              <w:rPr>
                <w:sz w:val="16"/>
              </w:rPr>
              <w:t>days per year with a strike</w:t>
            </w:r>
          </w:p>
        </w:tc>
        <w:tc>
          <w:tcPr>
            <w:tcW w:type="dxa" w:w="1583"/>
          </w:tcPr>
          <w:p>
            <w:pPr>
              <w:spacing w:after="0"/>
              <w:jc w:val="left"/>
            </w:pPr>
            <w:r>
              <w:rPr>
                <w:sz w:val="16"/>
              </w:rPr>
              <w:t>about 63.7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1.5</w:t>
            </w:r>
          </w:p>
        </w:tc>
        <w:tc>
          <w:tcPr>
            <w:tcW w:type="dxa" w:w="1280"/>
          </w:tcPr>
          <w:p>
            <w:pPr>
              <w:spacing w:after="0"/>
              <w:jc w:val="left"/>
            </w:pPr>
            <w:r>
              <w:rPr>
                <w:sz w:val="16"/>
              </w:rPr>
              <w:t>events per year</w:t>
            </w:r>
          </w:p>
        </w:tc>
        <w:tc>
          <w:tcPr>
            <w:tcW w:type="dxa" w:w="1583"/>
          </w:tcPr>
          <w:p>
            <w:pPr>
              <w:spacing w:after="0"/>
              <w:jc w:val="left"/>
            </w:pPr>
            <w:r>
              <w:rPr>
                <w:sz w:val="16"/>
              </w:rPr>
              <w:t>about 1.5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57</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0.209</w:t>
            </w:r>
          </w:p>
        </w:tc>
        <w:tc>
          <w:tcPr>
            <w:tcW w:type="dxa" w:w="1280"/>
          </w:tcPr>
          <w:p>
            <w:pPr>
              <w:spacing w:after="0"/>
              <w:jc w:val="left"/>
            </w:pPr>
            <w:r>
              <w:rPr>
                <w:sz w:val="16"/>
              </w:rPr>
              <w:t>events per year</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0.000525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0.0525%</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0.579</w:t>
            </w:r>
          </w:p>
        </w:tc>
        <w:tc>
          <w:tcPr>
            <w:tcW w:type="dxa" w:w="1280"/>
          </w:tcPr>
          <w:p>
            <w:pPr>
              <w:spacing w:after="0"/>
              <w:jc w:val="left"/>
            </w:pPr>
            <w:r>
              <w:rPr>
                <w:sz w:val="16"/>
              </w:rPr>
              <w:t>event-days per year</w:t>
            </w:r>
          </w:p>
        </w:tc>
        <w:tc>
          <w:tcPr>
            <w:tcW w:type="dxa" w:w="1583"/>
          </w:tcPr>
          <w:p>
            <w:pPr>
              <w:spacing w:after="0"/>
              <w:jc w:val="left"/>
            </w:pPr>
            <w:r>
              <w:rPr>
                <w:sz w:val="16"/>
              </w:rPr>
              <w:t>about 0.579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7 of 30 years, 1996 to 2025 (23.3%)</w:t>
            </w:r>
          </w:p>
        </w:tc>
        <w:tc>
          <w:tcPr>
            <w:tcW w:type="dxa" w:w="1524"/>
          </w:tcPr>
          <w:p>
            <w:pPr>
              <w:spacing w:after="0"/>
              <w:jc w:val="right"/>
            </w:pPr>
            <w:r>
              <w:rPr>
                <w:sz w:val="16"/>
              </w:rPr>
              <w:t>11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87</w:t>
            </w:r>
          </w:p>
        </w:tc>
        <w:tc>
          <w:tcPr>
            <w:tcW w:type="dxa" w:w="1381"/>
          </w:tcPr>
          <w:p>
            <w:pPr>
              <w:spacing w:after="0"/>
              <w:jc w:val="right"/>
            </w:pPr>
            <w:r>
              <w:rPr>
                <w:sz w:val="16"/>
              </w:rPr>
              <w:t>30</w:t>
            </w:r>
          </w:p>
        </w:tc>
        <w:tc>
          <w:tcPr>
            <w:tcW w:type="dxa" w:w="1381"/>
          </w:tcPr>
          <w:p>
            <w:pPr>
              <w:spacing w:after="0"/>
              <w:jc w:val="right"/>
            </w:pPr>
            <w:r>
              <w:rPr>
                <w:sz w:val="16"/>
              </w:rPr>
              <w:t>2.9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22.4</w:t>
            </w:r>
          </w:p>
        </w:tc>
        <w:tc>
          <w:tcPr>
            <w:tcW w:type="dxa" w:w="1311"/>
          </w:tcPr>
          <w:p>
            <w:pPr>
              <w:spacing w:after="0"/>
              <w:jc w:val="right"/>
            </w:pPr>
            <w:r>
              <w:rPr>
                <w:sz w:val="16"/>
              </w:rPr>
              <w:t>22.8</w:t>
            </w:r>
          </w:p>
        </w:tc>
        <w:tc>
          <w:tcPr>
            <w:tcW w:type="dxa" w:w="1250"/>
          </w:tcPr>
          <w:p>
            <w:pPr>
              <w:spacing w:after="0"/>
              <w:jc w:val="right"/>
            </w:pPr>
            <w:r>
              <w:rPr>
                <w:sz w:val="16"/>
              </w:rPr>
              <w:t>25.7</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86.3</w:t>
            </w:r>
          </w:p>
        </w:tc>
        <w:tc>
          <w:tcPr>
            <w:tcW w:type="dxa" w:w="1311"/>
          </w:tcPr>
          <w:p>
            <w:pPr>
              <w:spacing w:after="0"/>
              <w:jc w:val="right"/>
            </w:pPr>
            <w:r>
              <w:rPr>
                <w:sz w:val="16"/>
              </w:rPr>
              <w:t>92.3</w:t>
            </w:r>
          </w:p>
        </w:tc>
        <w:tc>
          <w:tcPr>
            <w:tcW w:type="dxa" w:w="1250"/>
          </w:tcPr>
          <w:p>
            <w:pPr>
              <w:spacing w:after="0"/>
              <w:jc w:val="right"/>
            </w:pPr>
            <w:r>
              <w:rPr>
                <w:sz w:val="16"/>
              </w:rPr>
              <w:t>98.5</w:t>
            </w:r>
          </w:p>
        </w:tc>
        <w:tc>
          <w:tcPr>
            <w:tcW w:type="dxa" w:w="6992"/>
          </w:tcPr>
          <w:p>
            <w:pPr>
              <w:spacing w:after="0"/>
              <w:jc w:val="left"/>
            </w:pPr>
            <w:r>
              <w:rPr>
                <w:sz w:val="16"/>
              </w:rPr>
              <w:t>Relatively High 1, Relatively Moderate 1, Relatively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40.3</w:t>
            </w:r>
          </w:p>
        </w:tc>
        <w:tc>
          <w:tcPr>
            <w:tcW w:type="dxa" w:w="1311"/>
          </w:tcPr>
          <w:p>
            <w:pPr>
              <w:spacing w:after="0"/>
              <w:jc w:val="right"/>
            </w:pPr>
            <w:r>
              <w:rPr>
                <w:sz w:val="16"/>
              </w:rPr>
              <w:t>59.3</w:t>
            </w:r>
          </w:p>
        </w:tc>
        <w:tc>
          <w:tcPr>
            <w:tcW w:type="dxa" w:w="1250"/>
          </w:tcPr>
          <w:p>
            <w:pPr>
              <w:spacing w:after="0"/>
              <w:jc w:val="right"/>
            </w:pPr>
            <w:r>
              <w:rPr>
                <w:sz w:val="16"/>
              </w:rPr>
              <w:t>64.4</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66.6</w:t>
            </w:r>
          </w:p>
        </w:tc>
        <w:tc>
          <w:tcPr>
            <w:tcW w:type="dxa" w:w="1311"/>
          </w:tcPr>
          <w:p>
            <w:pPr>
              <w:spacing w:after="0"/>
              <w:jc w:val="right"/>
            </w:pPr>
            <w:r>
              <w:rPr>
                <w:sz w:val="16"/>
              </w:rPr>
              <w:t>68.6</w:t>
            </w:r>
          </w:p>
        </w:tc>
        <w:tc>
          <w:tcPr>
            <w:tcW w:type="dxa" w:w="1250"/>
          </w:tcPr>
          <w:p>
            <w:pPr>
              <w:spacing w:after="0"/>
              <w:jc w:val="right"/>
            </w:pPr>
            <w:r>
              <w:rPr>
                <w:sz w:val="16"/>
              </w:rPr>
              <w:t>73.4</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93.4</w:t>
            </w:r>
          </w:p>
        </w:tc>
        <w:tc>
          <w:tcPr>
            <w:tcW w:type="dxa" w:w="1311"/>
          </w:tcPr>
          <w:p>
            <w:pPr>
              <w:spacing w:after="0"/>
              <w:jc w:val="right"/>
            </w:pPr>
            <w:r>
              <w:rPr>
                <w:sz w:val="16"/>
              </w:rPr>
              <w:t>93.7</w:t>
            </w:r>
          </w:p>
        </w:tc>
        <w:tc>
          <w:tcPr>
            <w:tcW w:type="dxa" w:w="1250"/>
          </w:tcPr>
          <w:p>
            <w:pPr>
              <w:spacing w:after="0"/>
              <w:jc w:val="right"/>
            </w:pPr>
            <w:r>
              <w:rPr>
                <w:sz w:val="16"/>
              </w:rPr>
              <w:t>95.2</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65.2</w:t>
            </w:r>
          </w:p>
        </w:tc>
        <w:tc>
          <w:tcPr>
            <w:tcW w:type="dxa" w:w="1311"/>
          </w:tcPr>
          <w:p>
            <w:pPr>
              <w:spacing w:after="0"/>
              <w:jc w:val="right"/>
            </w:pPr>
            <w:r>
              <w:rPr>
                <w:sz w:val="16"/>
              </w:rPr>
              <w:t>70.7</w:t>
            </w:r>
          </w:p>
        </w:tc>
        <w:tc>
          <w:tcPr>
            <w:tcW w:type="dxa" w:w="1250"/>
          </w:tcPr>
          <w:p>
            <w:pPr>
              <w:spacing w:after="0"/>
              <w:jc w:val="right"/>
            </w:pPr>
            <w:r>
              <w:rPr>
                <w:sz w:val="16"/>
              </w:rPr>
              <w:t>76.7</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48.6</w:t>
            </w:r>
          </w:p>
        </w:tc>
        <w:tc>
          <w:tcPr>
            <w:tcW w:type="dxa" w:w="1311"/>
          </w:tcPr>
          <w:p>
            <w:pPr>
              <w:spacing w:after="0"/>
              <w:jc w:val="right"/>
            </w:pPr>
            <w:r>
              <w:rPr>
                <w:sz w:val="16"/>
              </w:rPr>
              <w:t>53.4</w:t>
            </w:r>
          </w:p>
        </w:tc>
        <w:tc>
          <w:tcPr>
            <w:tcW w:type="dxa" w:w="1250"/>
          </w:tcPr>
          <w:p>
            <w:pPr>
              <w:spacing w:after="0"/>
              <w:jc w:val="right"/>
            </w:pPr>
            <w:r>
              <w:rPr>
                <w:sz w:val="16"/>
              </w:rPr>
              <w:t>60.3</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29.8</w:t>
            </w:r>
          </w:p>
        </w:tc>
        <w:tc>
          <w:tcPr>
            <w:tcW w:type="dxa" w:w="1311"/>
          </w:tcPr>
          <w:p>
            <w:pPr>
              <w:spacing w:after="0"/>
              <w:jc w:val="right"/>
            </w:pPr>
            <w:r>
              <w:rPr>
                <w:sz w:val="16"/>
              </w:rPr>
              <w:t>33.4</w:t>
            </w:r>
          </w:p>
        </w:tc>
        <w:tc>
          <w:tcPr>
            <w:tcW w:type="dxa" w:w="1250"/>
          </w:tcPr>
          <w:p>
            <w:pPr>
              <w:spacing w:after="0"/>
              <w:jc w:val="right"/>
            </w:pPr>
            <w:r>
              <w:rPr>
                <w:sz w:val="16"/>
              </w:rPr>
              <w:t>56.8</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73.4</w:t>
            </w:r>
          </w:p>
        </w:tc>
        <w:tc>
          <w:tcPr>
            <w:tcW w:type="dxa" w:w="1311"/>
          </w:tcPr>
          <w:p>
            <w:pPr>
              <w:spacing w:after="0"/>
              <w:jc w:val="right"/>
            </w:pPr>
            <w:r>
              <w:rPr>
                <w:sz w:val="16"/>
              </w:rPr>
              <w:t>83.4</w:t>
            </w:r>
          </w:p>
        </w:tc>
        <w:tc>
          <w:tcPr>
            <w:tcW w:type="dxa" w:w="1250"/>
          </w:tcPr>
          <w:p>
            <w:pPr>
              <w:spacing w:after="0"/>
              <w:jc w:val="right"/>
            </w:pPr>
            <w:r>
              <w:rPr>
                <w:sz w:val="16"/>
              </w:rPr>
              <w:t>84.1</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41.7</w:t>
            </w:r>
          </w:p>
        </w:tc>
        <w:tc>
          <w:tcPr>
            <w:tcW w:type="dxa" w:w="1311"/>
          </w:tcPr>
          <w:p>
            <w:pPr>
              <w:spacing w:after="0"/>
              <w:jc w:val="right"/>
            </w:pPr>
            <w:r>
              <w:rPr>
                <w:sz w:val="16"/>
              </w:rPr>
              <w:t>45.2</w:t>
            </w:r>
          </w:p>
        </w:tc>
        <w:tc>
          <w:tcPr>
            <w:tcW w:type="dxa" w:w="1250"/>
          </w:tcPr>
          <w:p>
            <w:pPr>
              <w:spacing w:after="0"/>
              <w:jc w:val="right"/>
            </w:pPr>
            <w:r>
              <w:rPr>
                <w:sz w:val="16"/>
              </w:rPr>
              <w:t>52.2</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68.6</w:t>
            </w:r>
          </w:p>
        </w:tc>
        <w:tc>
          <w:tcPr>
            <w:tcW w:type="dxa" w:w="1311"/>
          </w:tcPr>
          <w:p>
            <w:pPr>
              <w:spacing w:after="0"/>
              <w:jc w:val="right"/>
            </w:pPr>
            <w:r>
              <w:rPr>
                <w:sz w:val="16"/>
              </w:rPr>
              <w:t>74.7</w:t>
            </w:r>
          </w:p>
        </w:tc>
        <w:tc>
          <w:tcPr>
            <w:tcW w:type="dxa" w:w="1250"/>
          </w:tcPr>
          <w:p>
            <w:pPr>
              <w:spacing w:after="0"/>
              <w:jc w:val="right"/>
            </w:pPr>
            <w:r>
              <w:rPr>
                <w:sz w:val="16"/>
              </w:rPr>
              <w:t>86.0</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57.8</w:t>
            </w:r>
          </w:p>
        </w:tc>
        <w:tc>
          <w:tcPr>
            <w:tcW w:type="dxa" w:w="1311"/>
          </w:tcPr>
          <w:p>
            <w:pPr>
              <w:spacing w:after="0"/>
              <w:jc w:val="right"/>
            </w:pPr>
            <w:r>
              <w:rPr>
                <w:sz w:val="16"/>
              </w:rPr>
              <w:t>60.4</w:t>
            </w:r>
          </w:p>
        </w:tc>
        <w:tc>
          <w:tcPr>
            <w:tcW w:type="dxa" w:w="1250"/>
          </w:tcPr>
          <w:p>
            <w:pPr>
              <w:spacing w:after="0"/>
              <w:jc w:val="right"/>
            </w:pPr>
            <w:r>
              <w:rPr>
                <w:sz w:val="16"/>
              </w:rPr>
              <w:t>65.6</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87.5</w:t>
            </w:r>
          </w:p>
        </w:tc>
        <w:tc>
          <w:tcPr>
            <w:tcW w:type="dxa" w:w="1311"/>
          </w:tcPr>
          <w:p>
            <w:pPr>
              <w:spacing w:after="0"/>
              <w:jc w:val="right"/>
            </w:pPr>
            <w:r>
              <w:rPr>
                <w:sz w:val="16"/>
              </w:rPr>
              <w:t>88.3</w:t>
            </w:r>
          </w:p>
        </w:tc>
        <w:tc>
          <w:tcPr>
            <w:tcW w:type="dxa" w:w="1250"/>
          </w:tcPr>
          <w:p>
            <w:pPr>
              <w:spacing w:after="0"/>
              <w:jc w:val="right"/>
            </w:pPr>
            <w:r>
              <w:rPr>
                <w:sz w:val="16"/>
              </w:rPr>
              <w:t>89.4</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21.5</w:t>
            </w:r>
          </w:p>
        </w:tc>
        <w:tc>
          <w:tcPr>
            <w:tcW w:type="dxa" w:w="1311"/>
          </w:tcPr>
          <w:p>
            <w:pPr>
              <w:spacing w:after="0"/>
              <w:jc w:val="right"/>
            </w:pPr>
            <w:r>
              <w:rPr>
                <w:sz w:val="16"/>
              </w:rPr>
              <w:t>24.0</w:t>
            </w:r>
          </w:p>
        </w:tc>
        <w:tc>
          <w:tcPr>
            <w:tcW w:type="dxa" w:w="1250"/>
          </w:tcPr>
          <w:p>
            <w:pPr>
              <w:spacing w:after="0"/>
              <w:jc w:val="right"/>
            </w:pPr>
            <w:r>
              <w:rPr>
                <w:sz w:val="16"/>
              </w:rPr>
              <w:t>26.1</w:t>
            </w:r>
          </w:p>
        </w:tc>
        <w:tc>
          <w:tcPr>
            <w:tcW w:type="dxa" w:w="6992"/>
          </w:tcPr>
          <w:p>
            <w:pPr>
              <w:spacing w:after="0"/>
              <w:jc w:val="left"/>
            </w:pPr>
            <w:r>
              <w:rPr>
                <w:sz w:val="16"/>
              </w:rPr>
              <w:t>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80"/>
        <w:gridCol w:w="1394"/>
        <w:gridCol w:w="1854"/>
        <w:gridCol w:w="1954"/>
        <w:gridCol w:w="2478"/>
        <w:gridCol w:w="2181"/>
        <w:gridCol w:w="2471"/>
      </w:tblGrid>
      <w:tr>
        <w:trPr>
          <w:cantSplit/>
          <w:tblHeader/>
        </w:trPr>
        <w:tc>
          <w:tcPr>
            <w:tcW w:type="dxa" w:w="178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54"/>
            <w:shd w:val="clear" w:color="auto" w:fill="E8E8E8"/>
          </w:tcPr>
          <w:p>
            <w:pPr>
              <w:spacing w:after="0"/>
              <w:jc w:val="left"/>
            </w:pPr>
            <w:r>
              <w:rPr>
                <w:b/>
                <w:sz w:val="16"/>
              </w:rPr>
              <w:t>Plan status</w:t>
            </w:r>
          </w:p>
        </w:tc>
        <w:tc>
          <w:tcPr>
            <w:tcW w:type="dxa" w:w="19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7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71"/>
            <w:shd w:val="clear" w:color="auto" w:fill="E8E8E8"/>
          </w:tcPr>
          <w:p>
            <w:pPr>
              <w:spacing w:after="0"/>
              <w:jc w:val="left"/>
            </w:pPr>
            <w:r>
              <w:rPr>
                <w:b/>
                <w:sz w:val="16"/>
              </w:rPr>
              <w:t>Notes</w:t>
            </w:r>
          </w:p>
        </w:tc>
      </w:tr>
      <w:tr>
        <w:trPr>
          <w:cantSplit/>
        </w:trPr>
        <w:tc>
          <w:tcPr>
            <w:tcW w:type="dxa" w:w="1780"/>
          </w:tcPr>
          <w:p>
            <w:pPr>
              <w:spacing w:after="0"/>
              <w:jc w:val="left"/>
            </w:pPr>
            <w:r>
              <w:rPr>
                <w:sz w:val="16"/>
              </w:rPr>
              <w:t>Twiggs County (unincorporated area)</w:t>
            </w:r>
          </w:p>
        </w:tc>
        <w:tc>
          <w:tcPr>
            <w:tcW w:type="dxa" w:w="1394"/>
          </w:tcPr>
          <w:p>
            <w:pPr>
              <w:spacing w:after="0"/>
              <w:jc w:val="left"/>
            </w:pPr>
            <w:r>
              <w:rPr>
                <w:sz w:val="16"/>
              </w:rPr>
              <w:t>Unincorporated</w:t>
            </w:r>
          </w:p>
        </w:tc>
        <w:tc>
          <w:tcPr>
            <w:tcW w:type="dxa" w:w="1854"/>
          </w:tcPr>
          <w:p>
            <w:pPr>
              <w:spacing w:after="0"/>
              <w:jc w:val="left"/>
            </w:pPr>
            <w:r>
              <w:rPr>
                <w:sz w:val="16"/>
              </w:rPr>
              <w:t>Expired on 2025-03-10</w:t>
            </w:r>
          </w:p>
        </w:tc>
        <w:tc>
          <w:tcPr>
            <w:tcW w:type="dxa" w:w="1954"/>
          </w:tcPr>
          <w:p>
            <w:pPr>
              <w:spacing w:after="0"/>
              <w:jc w:val="right"/>
            </w:pPr>
            <w:r>
              <w:rPr>
                <w:sz w:val="16"/>
              </w:rPr>
              <w:t>FMA RL 0, SRL 0; any 0</w:t>
            </w:r>
          </w:p>
        </w:tc>
        <w:tc>
          <w:tcPr>
            <w:tcW w:type="dxa" w:w="2478"/>
          </w:tcPr>
          <w:p>
            <w:pPr>
              <w:spacing w:after="0"/>
              <w:jc w:val="right"/>
            </w:pPr>
            <w:r>
              <w:rPr>
                <w:sz w:val="16"/>
              </w:rPr>
              <w:t>$331,381.86</w:t>
            </w:r>
          </w:p>
        </w:tc>
        <w:tc>
          <w:tcPr>
            <w:tcW w:type="dxa" w:w="2181"/>
          </w:tcPr>
          <w:p>
            <w:pPr>
              <w:spacing w:after="0"/>
              <w:jc w:val="right"/>
            </w:pPr>
            <w:r>
              <w:rPr>
                <w:sz w:val="16"/>
              </w:rPr>
              <w:t>0 total; 0 since its plan</w:t>
            </w:r>
          </w:p>
        </w:tc>
        <w:tc>
          <w:tcPr>
            <w:tcW w:type="dxa" w:w="2471"/>
          </w:tcPr>
          <w:p>
            <w:pPr>
              <w:spacing w:after="0"/>
              <w:jc w:val="left"/>
            </w:pPr>
            <w:r>
              <w:rPr>
                <w:sz w:val="16"/>
              </w:rPr>
              <w:t>Includes $35,391.48 for declarations not counted as hazard incidents (DR-4501-GA).</w:t>
            </w:r>
          </w:p>
        </w:tc>
      </w:tr>
      <w:tr>
        <w:trPr>
          <w:cantSplit/>
        </w:trPr>
        <w:tc>
          <w:tcPr>
            <w:tcW w:type="dxa" w:w="1780"/>
          </w:tcPr>
          <w:p>
            <w:pPr>
              <w:spacing w:after="0"/>
              <w:jc w:val="left"/>
            </w:pPr>
            <w:r>
              <w:rPr>
                <w:sz w:val="16"/>
              </w:rPr>
              <w:t>Danville town</w:t>
            </w:r>
          </w:p>
        </w:tc>
        <w:tc>
          <w:tcPr>
            <w:tcW w:type="dxa" w:w="1394"/>
          </w:tcPr>
          <w:p>
            <w:pPr>
              <w:spacing w:after="0"/>
              <w:jc w:val="left"/>
            </w:pPr>
            <w:r>
              <w:rPr>
                <w:sz w:val="16"/>
              </w:rPr>
              <w:t>Town</w:t>
            </w:r>
          </w:p>
        </w:tc>
        <w:tc>
          <w:tcPr>
            <w:tcW w:type="dxa" w:w="1854"/>
          </w:tcPr>
          <w:p>
            <w:pPr>
              <w:spacing w:after="0"/>
              <w:jc w:val="left"/>
            </w:pPr>
            <w:r>
              <w:rPr>
                <w:sz w:val="16"/>
              </w:rPr>
              <w:t>Expired on 2025-03-10</w:t>
            </w:r>
          </w:p>
        </w:tc>
        <w:tc>
          <w:tcPr>
            <w:tcW w:type="dxa" w:w="1954"/>
          </w:tcPr>
          <w:p>
            <w:pPr>
              <w:spacing w:after="0"/>
              <w:jc w:val="right"/>
            </w:pPr>
            <w:r>
              <w:rPr>
                <w:sz w:val="16"/>
              </w:rPr>
              <w:t>FMA RL 0, SRL 0; any 0</w:t>
            </w:r>
          </w:p>
        </w:tc>
        <w:tc>
          <w:tcPr>
            <w:tcW w:type="dxa" w:w="2478"/>
          </w:tcPr>
          <w:p>
            <w:pPr>
              <w:spacing w:after="0"/>
              <w:jc w:val="right"/>
            </w:pPr>
            <w:r>
              <w:rPr>
                <w:sz w:val="16"/>
              </w:rPr>
              <w:t>no Public Assistance recorded</w:t>
            </w:r>
          </w:p>
        </w:tc>
        <w:tc>
          <w:tcPr>
            <w:tcW w:type="dxa" w:w="2181"/>
          </w:tcPr>
          <w:p>
            <w:pPr>
              <w:spacing w:after="0"/>
              <w:jc w:val="right"/>
            </w:pPr>
            <w:r>
              <w:rPr>
                <w:sz w:val="16"/>
              </w:rPr>
              <w:t>20 total; 9 since its plan</w:t>
            </w:r>
          </w:p>
        </w:tc>
        <w:tc>
          <w:tcPr>
            <w:tcW w:type="dxa" w:w="2471"/>
          </w:tcPr>
          <w:p>
            <w:pPr>
              <w:spacing w:after="0"/>
              <w:jc w:val="left"/>
            </w:pPr>
          </w:p>
        </w:tc>
      </w:tr>
      <w:tr>
        <w:trPr>
          <w:cantSplit/>
        </w:trPr>
        <w:tc>
          <w:tcPr>
            <w:tcW w:type="dxa" w:w="1780"/>
          </w:tcPr>
          <w:p>
            <w:pPr>
              <w:spacing w:after="0"/>
              <w:jc w:val="left"/>
            </w:pPr>
            <w:r>
              <w:rPr>
                <w:sz w:val="16"/>
              </w:rPr>
              <w:t>Jeffersonville city</w:t>
            </w:r>
          </w:p>
        </w:tc>
        <w:tc>
          <w:tcPr>
            <w:tcW w:type="dxa" w:w="1394"/>
          </w:tcPr>
          <w:p>
            <w:pPr>
              <w:spacing w:after="0"/>
              <w:jc w:val="left"/>
            </w:pPr>
            <w:r>
              <w:rPr>
                <w:sz w:val="16"/>
              </w:rPr>
              <w:t>City</w:t>
            </w:r>
          </w:p>
        </w:tc>
        <w:tc>
          <w:tcPr>
            <w:tcW w:type="dxa" w:w="1854"/>
          </w:tcPr>
          <w:p>
            <w:pPr>
              <w:spacing w:after="0"/>
              <w:jc w:val="left"/>
            </w:pPr>
            <w:r>
              <w:rPr>
                <w:sz w:val="16"/>
              </w:rPr>
              <w:t>Expired on 2025-03-10</w:t>
            </w:r>
          </w:p>
        </w:tc>
        <w:tc>
          <w:tcPr>
            <w:tcW w:type="dxa" w:w="1954"/>
          </w:tcPr>
          <w:p>
            <w:pPr>
              <w:spacing w:after="0"/>
              <w:jc w:val="right"/>
            </w:pPr>
            <w:r>
              <w:rPr>
                <w:sz w:val="16"/>
              </w:rPr>
              <w:t>FMA RL 0, SRL 0; any 0</w:t>
            </w:r>
          </w:p>
        </w:tc>
        <w:tc>
          <w:tcPr>
            <w:tcW w:type="dxa" w:w="2478"/>
          </w:tcPr>
          <w:p>
            <w:pPr>
              <w:spacing w:after="0"/>
              <w:jc w:val="right"/>
            </w:pPr>
            <w:r>
              <w:rPr>
                <w:sz w:val="16"/>
              </w:rPr>
              <w:t>no Public Assistance recorded</w:t>
            </w:r>
          </w:p>
        </w:tc>
        <w:tc>
          <w:tcPr>
            <w:tcW w:type="dxa" w:w="2181"/>
          </w:tcPr>
          <w:p>
            <w:pPr>
              <w:spacing w:after="0"/>
              <w:jc w:val="right"/>
            </w:pPr>
            <w:r>
              <w:rPr>
                <w:sz w:val="16"/>
              </w:rPr>
              <w:t>62 total; 18 since its plan</w:t>
            </w:r>
          </w:p>
        </w:tc>
        <w:tc>
          <w:tcPr>
            <w:tcW w:type="dxa" w:w="24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086"/>
        <w:gridCol w:w="1332"/>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2020-03-11</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$1,634,739,634</w:t>
            </w:r>
          </w:p>
        </w:tc>
        <w:tc>
          <w:tcPr>
            <w:tcW w:type="dxa" w:w="1133"/>
          </w:tcPr>
          <w:p>
            <w:pPr>
              <w:spacing w:after="0"/>
              <w:jc w:val="right"/>
            </w:pPr>
            <w:r>
              <w:rPr>
                <w:sz w:val="16"/>
              </w:rPr>
              <w:t>$9,165,045</w:t>
            </w:r>
          </w:p>
        </w:tc>
        <w:tc>
          <w:tcPr>
            <w:tcW w:type="dxa" w:w="1043"/>
          </w:tcPr>
          <w:p>
            <w:pPr>
              <w:spacing w:after="0"/>
              <w:jc w:val="right"/>
            </w:pPr>
            <w:r>
              <w:rPr>
                <w:sz w:val="16"/>
              </w:rPr>
              <w:t>7,996</w:t>
            </w:r>
          </w:p>
        </w:tc>
        <w:tc>
          <w:tcPr>
            <w:tcW w:type="dxa" w:w="1037"/>
          </w:tcPr>
          <w:p>
            <w:pPr>
              <w:spacing w:after="0"/>
              <w:jc w:val="right"/>
            </w:pPr>
            <w:r>
              <w:rPr>
                <w:sz w:val="16"/>
              </w:rPr>
              <w:t>$301</w:t>
            </w:r>
          </w:p>
        </w:tc>
        <w:tc>
          <w:tcPr>
            <w:tcW w:type="dxa" w:w="1126"/>
          </w:tcPr>
          <w:p>
            <w:pPr>
              <w:spacing w:after="0"/>
              <w:jc w:val="right"/>
            </w:pPr>
            <w:r>
              <w:rPr>
                <w:sz w:val="16"/>
              </w:rPr>
              <w:t>$2,071</w:t>
            </w:r>
          </w:p>
        </w:tc>
        <w:tc>
          <w:tcPr>
            <w:tcW w:type="dxa" w:w="957"/>
          </w:tcPr>
          <w:p>
            <w:pPr>
              <w:spacing w:after="0"/>
              <w:jc w:val="right"/>
            </w:pPr>
            <w:r>
              <w:rPr>
                <w:sz w:val="16"/>
              </w:rPr>
              <w:t>$17,167</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$6,469,452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$358,029</w:t>
            </w:r>
          </w:p>
        </w:tc>
        <w:tc>
          <w:tcPr>
            <w:tcW w:type="dxa" w:w="957"/>
          </w:tcPr>
          <w:p>
            <w:pPr>
              <w:spacing w:after="0"/>
              <w:jc w:val="right"/>
            </w:pPr>
            <w:r>
              <w:rPr>
                <w:sz w:val="16"/>
              </w:rPr>
              <w:t>n/a</w:t>
            </w:r>
          </w:p>
        </w:tc>
        <w:tc>
          <w:tcPr>
            <w:tcW w:type="dxa" w:w="1305"/>
          </w:tcPr>
          <w:p>
            <w:pPr>
              <w:spacing w:after="0"/>
              <w:jc w:val="right"/>
            </w:pPr>
            <w:r>
              <w:rPr>
                <w:sz w:val="16"/>
              </w:rPr>
              <w:t>5.53% (agriculture)</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$2,728,126,314</w:t>
            </w:r>
          </w:p>
        </w:tc>
        <w:tc>
          <w:tcPr>
            <w:tcW w:type="dxa" w:w="1133"/>
          </w:tcPr>
          <w:p>
            <w:pPr>
              <w:spacing w:after="0"/>
              <w:jc w:val="right"/>
            </w:pPr>
            <w:r>
              <w:rPr>
                <w:sz w:val="16"/>
              </w:rPr>
              <w:t>n/a</w:t>
            </w:r>
          </w:p>
        </w:tc>
        <w:tc>
          <w:tcPr>
            <w:tcW w:type="dxa" w:w="1043"/>
          </w:tcPr>
          <w:p>
            <w:pPr>
              <w:spacing w:after="0"/>
              <w:jc w:val="right"/>
            </w:pPr>
            <w:r>
              <w:rPr>
                <w:sz w:val="16"/>
              </w:rPr>
              <w:t>8,022</w:t>
            </w:r>
          </w:p>
        </w:tc>
        <w:tc>
          <w:tcPr>
            <w:tcW w:type="dxa" w:w="1037"/>
          </w:tcPr>
          <w:p>
            <w:pPr>
              <w:spacing w:after="0"/>
              <w:jc w:val="right"/>
            </w:pPr>
            <w:r>
              <w:rPr>
                <w:sz w:val="16"/>
              </w:rPr>
              <w:t>$60,954</w:t>
            </w:r>
          </w:p>
        </w:tc>
        <w:tc>
          <w:tcPr>
            <w:tcW w:type="dxa" w:w="1126"/>
          </w:tcPr>
          <w:p>
            <w:pPr>
              <w:spacing w:after="0"/>
              <w:jc w:val="right"/>
            </w:pPr>
            <w:r>
              <w:rPr>
                <w:sz w:val="16"/>
              </w:rPr>
              <w:t>n/a</w:t>
            </w:r>
          </w:p>
        </w:tc>
        <w:tc>
          <w:tcPr>
            <w:tcW w:type="dxa" w:w="957"/>
          </w:tcPr>
          <w:p>
            <w:pPr>
              <w:spacing w:after="0"/>
              <w:jc w:val="right"/>
            </w:pPr>
            <w:r>
              <w:rPr>
                <w:sz w:val="16"/>
              </w:rPr>
              <w:t>$23,715</w:t>
            </w:r>
          </w:p>
        </w:tc>
        <w:tc>
          <w:tcPr>
            <w:tcW w:type="dxa" w:w="1305"/>
          </w:tcPr>
          <w:p>
            <w:pPr>
              <w:spacing w:after="0"/>
              <w:jc w:val="right"/>
            </w:pPr>
            <w:r>
              <w:rPr>
                <w:sz w:val="16"/>
              </w:rPr>
              <w:t>0.00223%</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$1,634,739,634</w:t>
            </w:r>
          </w:p>
        </w:tc>
        <w:tc>
          <w:tcPr>
            <w:tcW w:type="dxa" w:w="1133"/>
          </w:tcPr>
          <w:p>
            <w:pPr>
              <w:spacing w:after="0"/>
              <w:jc w:val="right"/>
            </w:pPr>
            <w:r>
              <w:rPr>
                <w:sz w:val="16"/>
              </w:rPr>
              <w:t>$9,165,045</w:t>
            </w:r>
          </w:p>
        </w:tc>
        <w:tc>
          <w:tcPr>
            <w:tcW w:type="dxa" w:w="1043"/>
          </w:tcPr>
          <w:p>
            <w:pPr>
              <w:spacing w:after="0"/>
              <w:jc w:val="right"/>
            </w:pPr>
            <w:r>
              <w:rPr>
                <w:sz w:val="16"/>
              </w:rPr>
              <w:t>7,996</w:t>
            </w:r>
          </w:p>
        </w:tc>
        <w:tc>
          <w:tcPr>
            <w:tcW w:type="dxa" w:w="1037"/>
          </w:tcPr>
          <w:p>
            <w:pPr>
              <w:spacing w:after="0"/>
              <w:jc w:val="right"/>
            </w:pPr>
            <w:r>
              <w:rPr>
                <w:sz w:val="16"/>
              </w:rPr>
              <w:t>$24,624</w:t>
            </w:r>
          </w:p>
        </w:tc>
        <w:tc>
          <w:tcPr>
            <w:tcW w:type="dxa" w:w="1126"/>
          </w:tcPr>
          <w:p>
            <w:pPr>
              <w:spacing w:after="0"/>
              <w:jc w:val="right"/>
            </w:pPr>
            <w:r>
              <w:rPr>
                <w:sz w:val="16"/>
              </w:rPr>
              <w:t>$1,092</w:t>
            </w:r>
          </w:p>
        </w:tc>
        <w:tc>
          <w:tcPr>
            <w:tcW w:type="dxa" w:w="957"/>
          </w:tcPr>
          <w:p>
            <w:pPr>
              <w:spacing w:after="0"/>
              <w:jc w:val="right"/>
            </w:pPr>
            <w:r>
              <w:rPr>
                <w:sz w:val="16"/>
              </w:rPr>
              <w:t>$18,511</w:t>
            </w:r>
          </w:p>
        </w:tc>
        <w:tc>
          <w:tcPr>
            <w:tcW w:type="dxa" w:w="1305"/>
          </w:tcPr>
          <w:p>
            <w:pPr>
              <w:spacing w:after="0"/>
              <w:jc w:val="right"/>
            </w:pPr>
            <w:r>
              <w:rPr>
                <w:sz w:val="16"/>
              </w:rPr>
              <w:t>0.00151%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$1,634,739,634</w:t>
            </w:r>
          </w:p>
        </w:tc>
        <w:tc>
          <w:tcPr>
            <w:tcW w:type="dxa" w:w="1133"/>
          </w:tcPr>
          <w:p>
            <w:pPr>
              <w:spacing w:after="0"/>
              <w:jc w:val="right"/>
            </w:pPr>
            <w:r>
              <w:rPr>
                <w:sz w:val="16"/>
              </w:rPr>
              <w:t>$9,165,045</w:t>
            </w:r>
          </w:p>
        </w:tc>
        <w:tc>
          <w:tcPr>
            <w:tcW w:type="dxa" w:w="1043"/>
          </w:tcPr>
          <w:p>
            <w:pPr>
              <w:spacing w:after="0"/>
              <w:jc w:val="right"/>
            </w:pPr>
            <w:r>
              <w:rPr>
                <w:sz w:val="16"/>
              </w:rPr>
              <w:t>7,996</w:t>
            </w:r>
          </w:p>
        </w:tc>
        <w:tc>
          <w:tcPr>
            <w:tcW w:type="dxa" w:w="1037"/>
          </w:tcPr>
          <w:p>
            <w:pPr>
              <w:spacing w:after="0"/>
              <w:jc w:val="right"/>
            </w:pPr>
            <w:r>
              <w:rPr>
                <w:sz w:val="16"/>
              </w:rPr>
              <w:t>$8</w:t>
            </w:r>
          </w:p>
        </w:tc>
        <w:tc>
          <w:tcPr>
            <w:tcW w:type="dxa" w:w="1126"/>
          </w:tcPr>
          <w:p>
            <w:pPr>
              <w:spacing w:after="0"/>
              <w:jc w:val="right"/>
            </w:pPr>
            <w:r>
              <w:rPr>
                <w:sz w:val="16"/>
              </w:rPr>
              <w:t>$26</w:t>
            </w:r>
          </w:p>
        </w:tc>
        <w:tc>
          <w:tcPr>
            <w:tcW w:type="dxa" w:w="957"/>
          </w:tcPr>
          <w:p>
            <w:pPr>
              <w:spacing w:after="0"/>
              <w:jc w:val="right"/>
            </w:pPr>
            <w:r>
              <w:rPr>
                <w:sz w:val="16"/>
              </w:rPr>
              <w:t>$586,578</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$1,634,739,634</w:t>
            </w:r>
          </w:p>
        </w:tc>
        <w:tc>
          <w:tcPr>
            <w:tcW w:type="dxa" w:w="1133"/>
          </w:tcPr>
          <w:p>
            <w:pPr>
              <w:spacing w:after="0"/>
              <w:jc w:val="right"/>
            </w:pPr>
            <w:r>
              <w:rPr>
                <w:sz w:val="16"/>
              </w:rPr>
              <w:t>$9,165,045</w:t>
            </w:r>
          </w:p>
        </w:tc>
        <w:tc>
          <w:tcPr>
            <w:tcW w:type="dxa" w:w="1043"/>
          </w:tcPr>
          <w:p>
            <w:pPr>
              <w:spacing w:after="0"/>
              <w:jc w:val="right"/>
            </w:pPr>
            <w:r>
              <w:rPr>
                <w:sz w:val="16"/>
              </w:rPr>
              <w:t>7,996</w:t>
            </w:r>
          </w:p>
        </w:tc>
        <w:tc>
          <w:tcPr>
            <w:tcW w:type="dxa" w:w="1037"/>
          </w:tcPr>
          <w:p>
            <w:pPr>
              <w:spacing w:after="0"/>
              <w:jc w:val="right"/>
            </w:pPr>
            <w:r>
              <w:rPr>
                <w:sz w:val="16"/>
              </w:rPr>
              <w:t>$108,612</w:t>
            </w:r>
          </w:p>
        </w:tc>
        <w:tc>
          <w:tcPr>
            <w:tcW w:type="dxa" w:w="1126"/>
          </w:tcPr>
          <w:p>
            <w:pPr>
              <w:spacing w:after="0"/>
              <w:jc w:val="right"/>
            </w:pPr>
            <w:r>
              <w:rPr>
                <w:sz w:val="16"/>
              </w:rPr>
              <w:t>$18,367</w:t>
            </w:r>
          </w:p>
        </w:tc>
        <w:tc>
          <w:tcPr>
            <w:tcW w:type="dxa" w:w="957"/>
          </w:tcPr>
          <w:p>
            <w:pPr>
              <w:spacing w:after="0"/>
              <w:jc w:val="right"/>
            </w:pPr>
            <w:r>
              <w:rPr>
                <w:sz w:val="16"/>
              </w:rPr>
              <w:t>$5,914</w:t>
            </w:r>
          </w:p>
        </w:tc>
        <w:tc>
          <w:tcPr>
            <w:tcW w:type="dxa" w:w="1305"/>
          </w:tcPr>
          <w:p>
            <w:pPr>
              <w:spacing w:after="0"/>
              <w:jc w:val="right"/>
            </w:pPr>
            <w:r>
              <w:rPr>
                <w:sz w:val="16"/>
              </w:rPr>
              <w:t>0.00664%</w:t>
            </w:r>
          </w:p>
        </w:tc>
        <w:tc>
          <w:tcPr>
            <w:tcW w:type="dxa" w:w="1187"/>
          </w:tcPr>
          <w:p>
            <w:pPr>
              <w:spacing w:after="0"/>
              <w:jc w:val="right"/>
            </w:pPr>
          </w:p>
        </w:tc>
        <w:tc>
          <w:tcPr>
            <w:tcW w:type="dxa" w:w="1086"/>
          </w:tcPr>
          <w:p>
            <w:pPr>
              <w:spacing w:after="0"/>
              <w:jc w:val="right"/>
            </w:pPr>
          </w:p>
        </w:tc>
        <w:tc>
          <w:tcPr>
            <w:tcW w:type="dxa" w:w="1332"/>
          </w:tcPr>
          <w:p>
            <w:pPr>
              <w:spacing w:after="0"/>
              <w:jc w:val="right"/>
            </w:pPr>
            <w:r>
              <w:rPr>
                <w:sz w:val="16"/>
              </w:rPr>
              <w:t>no Public Assistance recorded (2 declarations)</w:t>
            </w: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$1,634,739,634</w:t>
            </w:r>
          </w:p>
        </w:tc>
        <w:tc>
          <w:tcPr>
            <w:tcW w:type="dxa" w:w="1133"/>
          </w:tcPr>
          <w:p>
            <w:pPr>
              <w:spacing w:after="0"/>
              <w:jc w:val="right"/>
            </w:pPr>
            <w:r>
              <w:rPr>
                <w:sz w:val="16"/>
              </w:rPr>
              <w:t>n/a</w:t>
            </w:r>
          </w:p>
        </w:tc>
        <w:tc>
          <w:tcPr>
            <w:tcW w:type="dxa" w:w="1043"/>
          </w:tcPr>
          <w:p>
            <w:pPr>
              <w:spacing w:after="0"/>
              <w:jc w:val="right"/>
            </w:pPr>
            <w:r>
              <w:rPr>
                <w:sz w:val="16"/>
              </w:rPr>
              <w:t>7,996</w:t>
            </w:r>
          </w:p>
        </w:tc>
        <w:tc>
          <w:tcPr>
            <w:tcW w:type="dxa" w:w="1037"/>
          </w:tcPr>
          <w:p>
            <w:pPr>
              <w:spacing w:after="0"/>
              <w:jc w:val="right"/>
            </w:pPr>
            <w:r>
              <w:rPr>
                <w:sz w:val="16"/>
              </w:rPr>
              <w:t>$9,511</w:t>
            </w:r>
          </w:p>
        </w:tc>
        <w:tc>
          <w:tcPr>
            <w:tcW w:type="dxa" w:w="1126"/>
          </w:tcPr>
          <w:p>
            <w:pPr>
              <w:spacing w:after="0"/>
              <w:jc w:val="right"/>
            </w:pPr>
            <w:r>
              <w:rPr>
                <w:sz w:val="16"/>
              </w:rPr>
              <w:t>n/a</w:t>
            </w:r>
          </w:p>
        </w:tc>
        <w:tc>
          <w:tcPr>
            <w:tcW w:type="dxa" w:w="957"/>
          </w:tcPr>
          <w:p>
            <w:pPr>
              <w:spacing w:after="0"/>
              <w:jc w:val="right"/>
            </w:pPr>
            <w:r>
              <w:rPr>
                <w:sz w:val="16"/>
              </w:rPr>
              <w:t>$2,444</w:t>
            </w:r>
          </w:p>
        </w:tc>
        <w:tc>
          <w:tcPr>
            <w:tcW w:type="dxa" w:w="1305"/>
          </w:tcPr>
          <w:p>
            <w:pPr>
              <w:spacing w:after="0"/>
              <w:jc w:val="right"/>
            </w:pPr>
            <w:r>
              <w:rPr>
                <w:sz w:val="16"/>
              </w:rPr>
              <w:t>0.000582%</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$1,634,119,248</w:t>
            </w:r>
          </w:p>
        </w:tc>
        <w:tc>
          <w:tcPr>
            <w:tcW w:type="dxa" w:w="1133"/>
          </w:tcPr>
          <w:p>
            <w:pPr>
              <w:spacing w:after="0"/>
              <w:jc w:val="right"/>
            </w:pPr>
            <w:r>
              <w:rPr>
                <w:sz w:val="16"/>
              </w:rPr>
              <w:t>$25,627</w:t>
            </w:r>
          </w:p>
        </w:tc>
        <w:tc>
          <w:tcPr>
            <w:tcW w:type="dxa" w:w="1043"/>
          </w:tcPr>
          <w:p>
            <w:pPr>
              <w:spacing w:after="0"/>
              <w:jc w:val="right"/>
            </w:pPr>
            <w:r>
              <w:rPr>
                <w:sz w:val="16"/>
              </w:rPr>
              <w:t>41</w:t>
            </w:r>
          </w:p>
        </w:tc>
        <w:tc>
          <w:tcPr>
            <w:tcW w:type="dxa" w:w="1037"/>
          </w:tcPr>
          <w:p>
            <w:pPr>
              <w:spacing w:after="0"/>
              <w:jc w:val="right"/>
            </w:pPr>
            <w:r>
              <w:rPr>
                <w:sz w:val="16"/>
              </w:rPr>
              <w:t>$1,047,260</w:t>
            </w:r>
          </w:p>
        </w:tc>
        <w:tc>
          <w:tcPr>
            <w:tcW w:type="dxa" w:w="1126"/>
          </w:tcPr>
          <w:p>
            <w:pPr>
              <w:spacing w:after="0"/>
              <w:jc w:val="right"/>
            </w:pPr>
            <w:r>
              <w:rPr>
                <w:sz w:val="16"/>
              </w:rPr>
              <w:t>$2</w:t>
            </w:r>
          </w:p>
        </w:tc>
        <w:tc>
          <w:tcPr>
            <w:tcW w:type="dxa" w:w="957"/>
          </w:tcPr>
          <w:p>
            <w:pPr>
              <w:spacing w:after="0"/>
              <w:jc w:val="right"/>
            </w:pPr>
            <w:r>
              <w:rPr>
                <w:sz w:val="16"/>
              </w:rPr>
              <w:t>$302</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$23,375,924</w:t>
            </w:r>
          </w:p>
        </w:tc>
        <w:tc>
          <w:tcPr>
            <w:tcW w:type="dxa" w:w="1133"/>
          </w:tcPr>
          <w:p>
            <w:pPr>
              <w:spacing w:after="0"/>
              <w:jc w:val="right"/>
            </w:pPr>
            <w:r>
              <w:rPr>
                <w:sz w:val="16"/>
              </w:rPr>
              <w:t>n/a</w:t>
            </w:r>
          </w:p>
        </w:tc>
        <w:tc>
          <w:tcPr>
            <w:tcW w:type="dxa" w:w="1043"/>
          </w:tcPr>
          <w:p>
            <w:pPr>
              <w:spacing w:after="0"/>
              <w:jc w:val="right"/>
            </w:pPr>
            <w:r>
              <w:rPr>
                <w:sz w:val="16"/>
              </w:rPr>
              <w:t>134</w:t>
            </w:r>
          </w:p>
        </w:tc>
        <w:tc>
          <w:tcPr>
            <w:tcW w:type="dxa" w:w="1037"/>
          </w:tcPr>
          <w:p>
            <w:pPr>
              <w:spacing w:after="0"/>
              <w:jc w:val="right"/>
            </w:pPr>
            <w:r>
              <w:rPr>
                <w:sz w:val="16"/>
              </w:rPr>
              <w:t>$207</w:t>
            </w:r>
          </w:p>
        </w:tc>
        <w:tc>
          <w:tcPr>
            <w:tcW w:type="dxa" w:w="1126"/>
          </w:tcPr>
          <w:p>
            <w:pPr>
              <w:spacing w:after="0"/>
              <w:jc w:val="right"/>
            </w:pPr>
            <w:r>
              <w:rPr>
                <w:sz w:val="16"/>
              </w:rPr>
              <w:t>n/a</w:t>
            </w:r>
          </w:p>
        </w:tc>
        <w:tc>
          <w:tcPr>
            <w:tcW w:type="dxa" w:w="957"/>
          </w:tcPr>
          <w:p>
            <w:pPr>
              <w:spacing w:after="0"/>
              <w:jc w:val="right"/>
            </w:pPr>
            <w:r>
              <w:rPr>
                <w:sz w:val="16"/>
              </w:rPr>
              <w:t>$26</w:t>
            </w:r>
          </w:p>
        </w:tc>
        <w:tc>
          <w:tcPr>
            <w:tcW w:type="dxa" w:w="1305"/>
          </w:tcPr>
          <w:p>
            <w:pPr>
              <w:spacing w:after="0"/>
              <w:jc w:val="right"/>
            </w:pPr>
            <w:r>
              <w:rPr>
                <w:sz w:val="16"/>
              </w:rPr>
              <w:t>0.000884%</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$1,634,739,634</w:t>
            </w:r>
          </w:p>
        </w:tc>
        <w:tc>
          <w:tcPr>
            <w:tcW w:type="dxa" w:w="1133"/>
          </w:tcPr>
          <w:p>
            <w:pPr>
              <w:spacing w:after="0"/>
              <w:jc w:val="right"/>
            </w:pPr>
            <w:r>
              <w:rPr>
                <w:sz w:val="16"/>
              </w:rPr>
              <w:t>n/a</w:t>
            </w:r>
          </w:p>
        </w:tc>
        <w:tc>
          <w:tcPr>
            <w:tcW w:type="dxa" w:w="1043"/>
          </w:tcPr>
          <w:p>
            <w:pPr>
              <w:spacing w:after="0"/>
              <w:jc w:val="right"/>
            </w:pPr>
            <w:r>
              <w:rPr>
                <w:sz w:val="16"/>
              </w:rPr>
              <w:t>7,996</w:t>
            </w:r>
          </w:p>
        </w:tc>
        <w:tc>
          <w:tcPr>
            <w:tcW w:type="dxa" w:w="1037"/>
          </w:tcPr>
          <w:p>
            <w:pPr>
              <w:spacing w:after="0"/>
              <w:jc w:val="right"/>
            </w:pPr>
            <w:r>
              <w:rPr>
                <w:sz w:val="16"/>
              </w:rPr>
              <w:t>$5,836</w:t>
            </w:r>
          </w:p>
        </w:tc>
        <w:tc>
          <w:tcPr>
            <w:tcW w:type="dxa" w:w="1126"/>
          </w:tcPr>
          <w:p>
            <w:pPr>
              <w:spacing w:after="0"/>
              <w:jc w:val="right"/>
            </w:pPr>
            <w:r>
              <w:rPr>
                <w:sz w:val="16"/>
              </w:rPr>
              <w:t>n/a</w:t>
            </w:r>
          </w:p>
        </w:tc>
        <w:tc>
          <w:tcPr>
            <w:tcW w:type="dxa" w:w="957"/>
          </w:tcPr>
          <w:p>
            <w:pPr>
              <w:spacing w:after="0"/>
              <w:jc w:val="right"/>
            </w:pPr>
            <w:r>
              <w:rPr>
                <w:sz w:val="16"/>
              </w:rPr>
              <w:t>$15,877</w:t>
            </w:r>
          </w:p>
        </w:tc>
        <w:tc>
          <w:tcPr>
            <w:tcW w:type="dxa" w:w="1305"/>
          </w:tcPr>
          <w:p>
            <w:pPr>
              <w:spacing w:after="0"/>
              <w:jc w:val="right"/>
            </w:pPr>
            <w:r>
              <w:rPr>
                <w:sz w:val="16"/>
              </w:rPr>
              <w:t>0.000357%</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$1,634,739,634</w:t>
            </w:r>
          </w:p>
        </w:tc>
        <w:tc>
          <w:tcPr>
            <w:tcW w:type="dxa" w:w="1133"/>
          </w:tcPr>
          <w:p>
            <w:pPr>
              <w:spacing w:after="0"/>
              <w:jc w:val="right"/>
            </w:pPr>
            <w:r>
              <w:rPr>
                <w:sz w:val="16"/>
              </w:rPr>
              <w:t>$9,165,045</w:t>
            </w:r>
          </w:p>
        </w:tc>
        <w:tc>
          <w:tcPr>
            <w:tcW w:type="dxa" w:w="1043"/>
          </w:tcPr>
          <w:p>
            <w:pPr>
              <w:spacing w:after="0"/>
              <w:jc w:val="right"/>
            </w:pPr>
            <w:r>
              <w:rPr>
                <w:sz w:val="16"/>
              </w:rPr>
              <w:t>7,996</w:t>
            </w:r>
          </w:p>
        </w:tc>
        <w:tc>
          <w:tcPr>
            <w:tcW w:type="dxa" w:w="1037"/>
          </w:tcPr>
          <w:p>
            <w:pPr>
              <w:spacing w:after="0"/>
              <w:jc w:val="right"/>
            </w:pPr>
            <w:r>
              <w:rPr>
                <w:sz w:val="16"/>
              </w:rPr>
              <w:t>$45,686</w:t>
            </w:r>
          </w:p>
        </w:tc>
        <w:tc>
          <w:tcPr>
            <w:tcW w:type="dxa" w:w="1126"/>
          </w:tcPr>
          <w:p>
            <w:pPr>
              <w:spacing w:after="0"/>
              <w:jc w:val="right"/>
            </w:pPr>
            <w:r>
              <w:rPr>
                <w:sz w:val="16"/>
              </w:rPr>
              <w:t>$19,936</w:t>
            </w:r>
          </w:p>
        </w:tc>
        <w:tc>
          <w:tcPr>
            <w:tcW w:type="dxa" w:w="957"/>
          </w:tcPr>
          <w:p>
            <w:pPr>
              <w:spacing w:after="0"/>
              <w:jc w:val="right"/>
            </w:pPr>
            <w:r>
              <w:rPr>
                <w:sz w:val="16"/>
              </w:rPr>
              <w:t>$38,249</w:t>
            </w:r>
          </w:p>
        </w:tc>
        <w:tc>
          <w:tcPr>
            <w:tcW w:type="dxa" w:w="1305"/>
          </w:tcPr>
          <w:p>
            <w:pPr>
              <w:spacing w:after="0"/>
              <w:jc w:val="right"/>
            </w:pPr>
            <w:r>
              <w:rPr>
                <w:sz w:val="16"/>
              </w:rPr>
              <w:t>0.00279%</w:t>
            </w:r>
          </w:p>
        </w:tc>
        <w:tc>
          <w:tcPr>
            <w:tcW w:type="dxa" w:w="1187"/>
          </w:tcPr>
          <w:p>
            <w:pPr>
              <w:spacing w:after="0"/>
              <w:jc w:val="right"/>
            </w:pPr>
            <w:r>
              <w:rPr>
                <w:sz w:val="16"/>
              </w:rPr>
              <w:t>$150,000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$1,634,739,634</w:t>
            </w:r>
          </w:p>
        </w:tc>
        <w:tc>
          <w:tcPr>
            <w:tcW w:type="dxa" w:w="1133"/>
          </w:tcPr>
          <w:p>
            <w:pPr>
              <w:spacing w:after="0"/>
              <w:jc w:val="right"/>
            </w:pPr>
            <w:r>
              <w:rPr>
                <w:sz w:val="16"/>
              </w:rPr>
              <w:t>$9,165,045</w:t>
            </w:r>
          </w:p>
        </w:tc>
        <w:tc>
          <w:tcPr>
            <w:tcW w:type="dxa" w:w="1043"/>
          </w:tcPr>
          <w:p>
            <w:pPr>
              <w:spacing w:after="0"/>
              <w:jc w:val="right"/>
            </w:pPr>
            <w:r>
              <w:rPr>
                <w:sz w:val="16"/>
              </w:rPr>
              <w:t>7,996</w:t>
            </w:r>
          </w:p>
        </w:tc>
        <w:tc>
          <w:tcPr>
            <w:tcW w:type="dxa" w:w="1037"/>
          </w:tcPr>
          <w:p>
            <w:pPr>
              <w:spacing w:after="0"/>
              <w:jc w:val="right"/>
            </w:pPr>
            <w:r>
              <w:rPr>
                <w:sz w:val="16"/>
              </w:rPr>
              <w:t>$145,071</w:t>
            </w:r>
          </w:p>
        </w:tc>
        <w:tc>
          <w:tcPr>
            <w:tcW w:type="dxa" w:w="1126"/>
          </w:tcPr>
          <w:p>
            <w:pPr>
              <w:spacing w:after="0"/>
              <w:jc w:val="right"/>
            </w:pPr>
            <w:r>
              <w:rPr>
                <w:sz w:val="16"/>
              </w:rPr>
              <w:t>$213</w:t>
            </w:r>
          </w:p>
        </w:tc>
        <w:tc>
          <w:tcPr>
            <w:tcW w:type="dxa" w:w="957"/>
          </w:tcPr>
          <w:p>
            <w:pPr>
              <w:spacing w:after="0"/>
              <w:jc w:val="right"/>
            </w:pPr>
            <w:r>
              <w:rPr>
                <w:sz w:val="16"/>
              </w:rPr>
              <w:t>$93,776</w:t>
            </w:r>
          </w:p>
        </w:tc>
        <w:tc>
          <w:tcPr>
            <w:tcW w:type="dxa" w:w="1305"/>
          </w:tcPr>
          <w:p>
            <w:pPr>
              <w:spacing w:after="0"/>
              <w:jc w:val="right"/>
            </w:pPr>
            <w:r>
              <w:rPr>
                <w:sz w:val="16"/>
              </w:rPr>
              <w:t>0.00887%</w:t>
            </w:r>
          </w:p>
        </w:tc>
        <w:tc>
          <w:tcPr>
            <w:tcW w:type="dxa" w:w="1187"/>
          </w:tcPr>
          <w:p>
            <w:pPr>
              <w:spacing w:after="0"/>
              <w:jc w:val="right"/>
            </w:pPr>
            <w:r>
              <w:rPr>
                <w:sz w:val="16"/>
              </w:rPr>
              <w:t>$50,000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$925,063,825</w:t>
            </w:r>
          </w:p>
        </w:tc>
        <w:tc>
          <w:tcPr>
            <w:tcW w:type="dxa" w:w="1133"/>
          </w:tcPr>
          <w:p>
            <w:pPr>
              <w:spacing w:after="0"/>
              <w:jc w:val="right"/>
            </w:pPr>
            <w:r>
              <w:rPr>
                <w:sz w:val="16"/>
              </w:rPr>
              <w:t>$3,966,419</w:t>
            </w:r>
          </w:p>
        </w:tc>
        <w:tc>
          <w:tcPr>
            <w:tcW w:type="dxa" w:w="1043"/>
          </w:tcPr>
          <w:p>
            <w:pPr>
              <w:spacing w:after="0"/>
              <w:jc w:val="right"/>
            </w:pPr>
            <w:r>
              <w:rPr>
                <w:sz w:val="16"/>
              </w:rPr>
              <w:t>5,009</w:t>
            </w:r>
          </w:p>
        </w:tc>
        <w:tc>
          <w:tcPr>
            <w:tcW w:type="dxa" w:w="1037"/>
          </w:tcPr>
          <w:p>
            <w:pPr>
              <w:spacing w:after="0"/>
              <w:jc w:val="right"/>
            </w:pPr>
            <w:r>
              <w:rPr>
                <w:sz w:val="16"/>
              </w:rPr>
              <w:t>$42,927</w:t>
            </w:r>
          </w:p>
        </w:tc>
        <w:tc>
          <w:tcPr>
            <w:tcW w:type="dxa" w:w="1126"/>
          </w:tcPr>
          <w:p>
            <w:pPr>
              <w:spacing w:after="0"/>
              <w:jc w:val="right"/>
            </w:pPr>
            <w:r>
              <w:rPr>
                <w:sz w:val="16"/>
              </w:rPr>
              <w:t>$14</w:t>
            </w:r>
          </w:p>
        </w:tc>
        <w:tc>
          <w:tcPr>
            <w:tcW w:type="dxa" w:w="957"/>
          </w:tcPr>
          <w:p>
            <w:pPr>
              <w:spacing w:after="0"/>
              <w:jc w:val="right"/>
            </w:pPr>
            <w:r>
              <w:rPr>
                <w:sz w:val="16"/>
              </w:rPr>
              <w:t>$4,225</w:t>
            </w:r>
          </w:p>
        </w:tc>
        <w:tc>
          <w:tcPr>
            <w:tcW w:type="dxa" w:w="1305"/>
          </w:tcPr>
          <w:p>
            <w:pPr>
              <w:spacing w:after="0"/>
              <w:jc w:val="right"/>
            </w:pPr>
            <w:r>
              <w:rPr>
                <w:sz w:val="16"/>
              </w:rPr>
              <w:t>0.00464%</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$1,634,739,634</w:t>
            </w:r>
          </w:p>
        </w:tc>
        <w:tc>
          <w:tcPr>
            <w:tcW w:type="dxa" w:w="1133"/>
          </w:tcPr>
          <w:p>
            <w:pPr>
              <w:spacing w:after="0"/>
              <w:jc w:val="right"/>
            </w:pPr>
            <w:r>
              <w:rPr>
                <w:sz w:val="16"/>
              </w:rPr>
              <w:t>$9,165,045</w:t>
            </w:r>
          </w:p>
        </w:tc>
        <w:tc>
          <w:tcPr>
            <w:tcW w:type="dxa" w:w="1043"/>
          </w:tcPr>
          <w:p>
            <w:pPr>
              <w:spacing w:after="0"/>
              <w:jc w:val="right"/>
            </w:pPr>
            <w:r>
              <w:rPr>
                <w:sz w:val="16"/>
              </w:rPr>
              <w:t>7,996</w:t>
            </w:r>
          </w:p>
        </w:tc>
        <w:tc>
          <w:tcPr>
            <w:tcW w:type="dxa" w:w="1037"/>
          </w:tcPr>
          <w:p>
            <w:pPr>
              <w:spacing w:after="0"/>
              <w:jc w:val="right"/>
            </w:pPr>
            <w:r>
              <w:rPr>
                <w:sz w:val="16"/>
              </w:rPr>
              <w:t>$936</w:t>
            </w:r>
          </w:p>
        </w:tc>
        <w:tc>
          <w:tcPr>
            <w:tcW w:type="dxa" w:w="1126"/>
          </w:tcPr>
          <w:p>
            <w:pPr>
              <w:spacing w:after="0"/>
              <w:jc w:val="right"/>
            </w:pPr>
            <w:r>
              <w:rPr>
                <w:sz w:val="16"/>
              </w:rPr>
              <w:t>$5</w:t>
            </w:r>
          </w:p>
        </w:tc>
        <w:tc>
          <w:tcPr>
            <w:tcW w:type="dxa" w:w="957"/>
          </w:tcPr>
          <w:p>
            <w:pPr>
              <w:spacing w:after="0"/>
              <w:jc w:val="right"/>
            </w:pPr>
            <w:r>
              <w:rPr>
                <w:sz w:val="16"/>
              </w:rPr>
              <w:t>$55</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r>
              <w:rPr>
                <w:sz w:val="16"/>
              </w:rPr>
              <w:t>no Public Assistance recorded (1 declaration)</w:t>
            </w: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2020-03-11 (Storm Events through 2026-06-30): 68 county-coded records, 51 with a damage value recorded (including $0), $200,000; 6 zone-level records, 4 with a damage value recorded (including $0), $0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7,996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$1,634,739,634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$9,165,045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$1,891,688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$806,840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Twiggs County (unincorporated area)</w:t>
            </w:r>
          </w:p>
        </w:tc>
        <w:tc>
          <w:tcPr>
            <w:tcW w:type="dxa" w:w="1545"/>
          </w:tcPr>
          <w:p>
            <w:pPr>
              <w:spacing w:after="0"/>
              <w:jc w:val="left"/>
            </w:pPr>
            <w:r>
              <w:rPr>
                <w:sz w:val="16"/>
              </w:rPr>
              <w:t>130406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Danville town</w:t>
            </w:r>
          </w:p>
        </w:tc>
        <w:tc>
          <w:tcPr>
            <w:tcW w:type="dxa" w:w="1545"/>
          </w:tcPr>
          <w:p>
            <w:pPr>
              <w:spacing w:after="0"/>
              <w:jc w:val="left"/>
            </w:pPr>
            <w:r>
              <w:rPr>
                <w:sz w:val="16"/>
              </w:rPr>
              <w:t>130512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Jeffersonville city</w:t>
            </w:r>
          </w:p>
        </w:tc>
        <w:tc>
          <w:tcPr>
            <w:tcW w:type="dxa" w:w="1545"/>
          </w:tcPr>
          <w:p>
            <w:pPr>
              <w:spacing w:after="0"/>
              <w:jc w:val="left"/>
            </w:pPr>
            <w:r>
              <w:rPr>
                <w:sz w:val="16"/>
              </w:rPr>
              <w:t>130508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Twiggs County, GA: risk-assessment baseline packet, release 2026-10 (data as of 2026-09-30; County FIPS 13289). Automated baseline. </w:t>
      </w:r>
      <w:hyperlink r:id="rId16">
        <w:r>
          <w:rPr>
            <w:color w:val="1F4E99"/>
            <w:sz w:val="17"/>
            <w:u w:val="single"/>
          </w:rPr>
          <w:t>https://hazardplain.org/ga/13289/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Twiggs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289/"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Twiggs County, GA: Risk-assessment baseline packet</dc:title>
  <dc:subject>Hazard Plain release 2026-10, as of 2026-09-30. Automated baseline</dc:subject>
  <dc:creator>Hazard Plain</dc:creator>
  <cp:keywords>Hazard Plain; hazard mitigation; risk assessment; 13289</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