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Turner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13287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2029-04-03</w:t>
      </w:r>
    </w:p>
    <w:p>
      <w:pPr>
        <w:keepNext/>
        <w:spacing w:after="40" w:before="0"/>
      </w:pPr>
      <w:r>
        <w:rPr>
          <w:b/>
        </w:rPr>
        <w:t xml:space="preserve">Plan: </w:t>
      </w:r>
      <w:r>
        <w:rPr/>
        <w:t>Turner County (FEMA plan 109402)</w:t>
      </w:r>
    </w:p>
    <w:p>
      <w:pPr>
        <w:keepNext/>
        <w:spacing w:after="40" w:before="0"/>
      </w:pPr>
      <w:r>
        <w:rPr>
          <w:b/>
        </w:rPr>
        <w:t xml:space="preserve">Approved: </w:t>
      </w:r>
      <w:r>
        <w:rPr/>
        <w:t>2024-04-04</w:t>
      </w:r>
    </w:p>
    <w:p>
      <w:pPr>
        <w:keepNext/>
        <w:spacing w:after="40" w:before="0"/>
      </w:pPr>
      <w:r>
        <w:rPr>
          <w:b/>
        </w:rPr>
        <w:t xml:space="preserve">Expires: </w:t>
      </w:r>
      <w:r>
        <w:rPr/>
        <w:t>2029-04-03</w:t>
      </w:r>
    </w:p>
    <w:p>
      <w:pPr>
        <w:keepNext/>
        <w:spacing w:after="40" w:before="0"/>
      </w:pPr>
      <w:r>
        <w:rPr>
          <w:b/>
        </w:rPr>
        <w:t xml:space="preserve">As of: </w:t>
      </w:r>
      <w:r>
        <w:rPr/>
        <w:t>2026-09-28</w:t>
      </w:r>
    </w:p>
    <w:p>
      <w:pPr>
        <w:keepNext/>
        <w:spacing w:after="40" w:before="0"/>
      </w:pPr>
      <w:r>
        <w:rPr>
          <w:b/>
        </w:rPr>
        <w:t xml:space="preserve">Days: </w:t>
      </w:r>
      <w:r>
        <w:rPr/>
        <w:t>918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EM-3607-GA, EM-3616-GA, DR-4830-GA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Turner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2029-04-03</w:t>
            </w:r>
          </w:p>
        </w:tc>
        <w:tc>
          <w:tcPr>
            <w:tcW w:type="dxa" w:w="3236"/>
          </w:tcPr>
          <w:p>
            <w:pPr>
              <w:spacing w:after="0"/>
              <w:jc w:val="left"/>
            </w:pPr>
            <w:r>
              <w:rPr>
                <w:sz w:val="16"/>
              </w:rPr>
              <w:t>Turner County (FEMA plan 109402)</w:t>
            </w:r>
          </w:p>
        </w:tc>
        <w:tc>
          <w:tcPr>
            <w:tcW w:type="dxa" w:w="1118"/>
          </w:tcPr>
          <w:p>
            <w:pPr>
              <w:spacing w:after="0"/>
              <w:jc w:val="left"/>
            </w:pPr>
            <w:r>
              <w:rPr>
                <w:sz w:val="16"/>
              </w:rPr>
              <w:t>2024-04-04</w:t>
            </w:r>
          </w:p>
        </w:tc>
        <w:tc>
          <w:tcPr>
            <w:tcW w:type="dxa" w:w="1118"/>
          </w:tcPr>
          <w:p>
            <w:pPr>
              <w:spacing w:after="0"/>
              <w:jc w:val="left"/>
            </w:pPr>
            <w:r>
              <w:rPr>
                <w:sz w:val="16"/>
              </w:rPr>
              <w:t>2029-04-03</w:t>
            </w:r>
          </w:p>
        </w:tc>
        <w:tc>
          <w:tcPr>
            <w:tcW w:type="dxa" w:w="964"/>
          </w:tcPr>
          <w:p>
            <w:pPr>
              <w:spacing w:after="0"/>
              <w:jc w:val="right"/>
            </w:pPr>
            <w:r>
              <w:rPr>
                <w:sz w:val="16"/>
              </w:rPr>
              <w:t>918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Ashburn city</w:t>
            </w:r>
          </w:p>
        </w:tc>
        <w:tc>
          <w:tcPr>
            <w:tcW w:type="dxa" w:w="1503"/>
          </w:tcPr>
          <w:p>
            <w:pPr>
              <w:spacing w:after="0"/>
              <w:jc w:val="left"/>
            </w:pPr>
            <w:r>
              <w:rPr>
                <w:sz w:val="16"/>
              </w:rPr>
              <w:t>City</w:t>
            </w:r>
          </w:p>
        </w:tc>
        <w:tc>
          <w:tcPr>
            <w:tcW w:type="dxa" w:w="2851"/>
          </w:tcPr>
          <w:p>
            <w:pPr>
              <w:spacing w:after="0"/>
              <w:jc w:val="left"/>
            </w:pPr>
            <w:r>
              <w:rPr>
                <w:sz w:val="16"/>
              </w:rPr>
              <w:t>Approved, expires 2029-04-03</w:t>
            </w:r>
          </w:p>
        </w:tc>
        <w:tc>
          <w:tcPr>
            <w:tcW w:type="dxa" w:w="3236"/>
          </w:tcPr>
          <w:p>
            <w:pPr>
              <w:spacing w:after="0"/>
              <w:jc w:val="left"/>
            </w:pPr>
            <w:r>
              <w:rPr>
                <w:sz w:val="16"/>
              </w:rPr>
              <w:t>Turner County (FEMA plan 109402)</w:t>
            </w:r>
          </w:p>
        </w:tc>
        <w:tc>
          <w:tcPr>
            <w:tcW w:type="dxa" w:w="1118"/>
          </w:tcPr>
          <w:p>
            <w:pPr>
              <w:spacing w:after="0"/>
              <w:jc w:val="left"/>
            </w:pPr>
            <w:r>
              <w:rPr>
                <w:sz w:val="16"/>
              </w:rPr>
              <w:t>2024-04-04</w:t>
            </w:r>
          </w:p>
        </w:tc>
        <w:tc>
          <w:tcPr>
            <w:tcW w:type="dxa" w:w="1118"/>
          </w:tcPr>
          <w:p>
            <w:pPr>
              <w:spacing w:after="0"/>
              <w:jc w:val="left"/>
            </w:pPr>
            <w:r>
              <w:rPr>
                <w:sz w:val="16"/>
              </w:rPr>
              <w:t>2029-04-03</w:t>
            </w:r>
          </w:p>
        </w:tc>
        <w:tc>
          <w:tcPr>
            <w:tcW w:type="dxa" w:w="964"/>
          </w:tcPr>
          <w:p>
            <w:pPr>
              <w:spacing w:after="0"/>
              <w:jc w:val="right"/>
            </w:pPr>
            <w:r>
              <w:rPr>
                <w:sz w:val="16"/>
              </w:rPr>
              <w:t>918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Rebecca town</w:t>
            </w:r>
          </w:p>
        </w:tc>
        <w:tc>
          <w:tcPr>
            <w:tcW w:type="dxa" w:w="1503"/>
          </w:tcPr>
          <w:p>
            <w:pPr>
              <w:spacing w:after="0"/>
              <w:jc w:val="left"/>
            </w:pPr>
            <w:r>
              <w:rPr>
                <w:sz w:val="16"/>
              </w:rPr>
              <w:t>Town</w:t>
            </w:r>
          </w:p>
        </w:tc>
        <w:tc>
          <w:tcPr>
            <w:tcW w:type="dxa" w:w="2851"/>
          </w:tcPr>
          <w:p>
            <w:pPr>
              <w:spacing w:after="0"/>
              <w:jc w:val="left"/>
            </w:pPr>
            <w:r>
              <w:rPr>
                <w:sz w:val="16"/>
              </w:rPr>
              <w:t>Approved, expires 2029-04-03</w:t>
            </w:r>
          </w:p>
        </w:tc>
        <w:tc>
          <w:tcPr>
            <w:tcW w:type="dxa" w:w="3236"/>
          </w:tcPr>
          <w:p>
            <w:pPr>
              <w:spacing w:after="0"/>
              <w:jc w:val="left"/>
            </w:pPr>
            <w:r>
              <w:rPr>
                <w:sz w:val="16"/>
              </w:rPr>
              <w:t>Turner County (FEMA plan 109402)</w:t>
            </w:r>
          </w:p>
        </w:tc>
        <w:tc>
          <w:tcPr>
            <w:tcW w:type="dxa" w:w="1118"/>
          </w:tcPr>
          <w:p>
            <w:pPr>
              <w:spacing w:after="0"/>
              <w:jc w:val="left"/>
            </w:pPr>
            <w:r>
              <w:rPr>
                <w:sz w:val="16"/>
              </w:rPr>
              <w:t>2024-04-04</w:t>
            </w:r>
          </w:p>
        </w:tc>
        <w:tc>
          <w:tcPr>
            <w:tcW w:type="dxa" w:w="1118"/>
          </w:tcPr>
          <w:p>
            <w:pPr>
              <w:spacing w:after="0"/>
              <w:jc w:val="left"/>
            </w:pPr>
            <w:r>
              <w:rPr>
                <w:sz w:val="16"/>
              </w:rPr>
              <w:t>2029-04-03</w:t>
            </w:r>
          </w:p>
        </w:tc>
        <w:tc>
          <w:tcPr>
            <w:tcW w:type="dxa" w:w="964"/>
          </w:tcPr>
          <w:p>
            <w:pPr>
              <w:spacing w:after="0"/>
              <w:jc w:val="right"/>
            </w:pPr>
            <w:r>
              <w:rPr>
                <w:sz w:val="16"/>
              </w:rPr>
              <w:t>918</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Sycamore city</w:t>
            </w:r>
          </w:p>
        </w:tc>
        <w:tc>
          <w:tcPr>
            <w:tcW w:type="dxa" w:w="1503"/>
          </w:tcPr>
          <w:p>
            <w:pPr>
              <w:spacing w:after="0"/>
              <w:jc w:val="left"/>
            </w:pPr>
            <w:r>
              <w:rPr>
                <w:sz w:val="16"/>
              </w:rPr>
              <w:t>City</w:t>
            </w:r>
          </w:p>
        </w:tc>
        <w:tc>
          <w:tcPr>
            <w:tcW w:type="dxa" w:w="2851"/>
          </w:tcPr>
          <w:p>
            <w:pPr>
              <w:spacing w:after="0"/>
              <w:jc w:val="left"/>
            </w:pPr>
            <w:r>
              <w:rPr>
                <w:sz w:val="16"/>
              </w:rPr>
              <w:t>Approved, expires 2029-04-03</w:t>
            </w:r>
          </w:p>
        </w:tc>
        <w:tc>
          <w:tcPr>
            <w:tcW w:type="dxa" w:w="3236"/>
          </w:tcPr>
          <w:p>
            <w:pPr>
              <w:spacing w:after="0"/>
              <w:jc w:val="left"/>
            </w:pPr>
            <w:r>
              <w:rPr>
                <w:sz w:val="16"/>
              </w:rPr>
              <w:t>Turner County (FEMA plan 109402)</w:t>
            </w:r>
          </w:p>
        </w:tc>
        <w:tc>
          <w:tcPr>
            <w:tcW w:type="dxa" w:w="1118"/>
          </w:tcPr>
          <w:p>
            <w:pPr>
              <w:spacing w:after="0"/>
              <w:jc w:val="left"/>
            </w:pPr>
            <w:r>
              <w:rPr>
                <w:sz w:val="16"/>
              </w:rPr>
              <w:t>2024-04-04</w:t>
            </w:r>
          </w:p>
        </w:tc>
        <w:tc>
          <w:tcPr>
            <w:tcW w:type="dxa" w:w="1118"/>
          </w:tcPr>
          <w:p>
            <w:pPr>
              <w:spacing w:after="0"/>
              <w:jc w:val="left"/>
            </w:pPr>
            <w:r>
              <w:rPr>
                <w:sz w:val="16"/>
              </w:rPr>
              <w:t>2029-04-03</w:t>
            </w:r>
          </w:p>
        </w:tc>
        <w:tc>
          <w:tcPr>
            <w:tcW w:type="dxa" w:w="964"/>
          </w:tcPr>
          <w:p>
            <w:pPr>
              <w:spacing w:after="0"/>
              <w:jc w:val="right"/>
            </w:pPr>
            <w:r>
              <w:rPr>
                <w:sz w:val="16"/>
              </w:rPr>
              <w:t>918</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07"/>
        <w:gridCol w:w="948"/>
        <w:gridCol w:w="1126"/>
        <w:gridCol w:w="1321"/>
        <w:gridCol w:w="1028"/>
        <w:gridCol w:w="1261"/>
        <w:gridCol w:w="2323"/>
        <w:gridCol w:w="196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6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2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6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Tornado</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$204,985</w:t>
            </w:r>
          </w:p>
        </w:tc>
        <w:tc>
          <w:tcPr>
            <w:tcW w:type="dxa" w:w="1126"/>
          </w:tcPr>
          <w:p>
            <w:pPr>
              <w:spacing w:after="0"/>
              <w:jc w:val="right"/>
            </w:pPr>
            <w:r>
              <w:rPr>
                <w:sz w:val="16"/>
              </w:rPr>
              <w:t>$2,385</w:t>
            </w:r>
          </w:p>
        </w:tc>
        <w:tc>
          <w:tcPr>
            <w:tcW w:type="dxa" w:w="1321"/>
          </w:tcPr>
          <w:p>
            <w:pPr>
              <w:spacing w:after="0"/>
              <w:jc w:val="right"/>
            </w:pPr>
            <w:r>
              <w:rPr>
                <w:sz w:val="16"/>
              </w:rPr>
              <w:t>$612,436</w:t>
            </w:r>
          </w:p>
        </w:tc>
        <w:tc>
          <w:tcPr>
            <w:tcW w:type="dxa" w:w="1028"/>
          </w:tcPr>
          <w:p>
            <w:pPr>
              <w:spacing w:after="0"/>
              <w:jc w:val="right"/>
            </w:pPr>
            <w:r>
              <w:rPr>
                <w:sz w:val="16"/>
              </w:rPr>
              <w:t>$819,805</w:t>
            </w:r>
          </w:p>
        </w:tc>
        <w:tc>
          <w:tcPr>
            <w:tcW w:type="dxa" w:w="1261"/>
          </w:tcPr>
          <w:p>
            <w:pPr>
              <w:spacing w:after="0"/>
              <w:jc w:val="right"/>
            </w:pPr>
            <w:r>
              <w:rPr>
                <w:sz w:val="16"/>
              </w:rPr>
              <w:t>5</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Hurricane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$336,141</w:t>
            </w:r>
          </w:p>
        </w:tc>
        <w:tc>
          <w:tcPr>
            <w:tcW w:type="dxa" w:w="1126"/>
          </w:tcPr>
          <w:p>
            <w:pPr>
              <w:spacing w:after="0"/>
              <w:jc w:val="right"/>
            </w:pPr>
            <w:r>
              <w:rPr>
                <w:sz w:val="16"/>
              </w:rPr>
              <w:t>$435,988</w:t>
            </w:r>
          </w:p>
        </w:tc>
        <w:tc>
          <w:tcPr>
            <w:tcW w:type="dxa" w:w="1321"/>
          </w:tcPr>
          <w:p>
            <w:pPr>
              <w:spacing w:after="0"/>
              <w:jc w:val="right"/>
            </w:pPr>
            <w:r>
              <w:rPr>
                <w:sz w:val="16"/>
              </w:rPr>
              <w:t>$16,767</w:t>
            </w:r>
          </w:p>
        </w:tc>
        <w:tc>
          <w:tcPr>
            <w:tcW w:type="dxa" w:w="1028"/>
          </w:tcPr>
          <w:p>
            <w:pPr>
              <w:spacing w:after="0"/>
              <w:jc w:val="right"/>
            </w:pPr>
            <w:r>
              <w:rPr>
                <w:sz w:val="16"/>
              </w:rPr>
              <w:t>$788,896</w:t>
            </w:r>
          </w:p>
        </w:tc>
        <w:tc>
          <w:tcPr>
            <w:tcW w:type="dxa" w:w="1261"/>
          </w:tcPr>
          <w:p>
            <w:pPr>
              <w:spacing w:after="0"/>
              <w:jc w:val="right"/>
            </w:pPr>
            <w:r>
              <w:rPr>
                <w:sz w:val="16"/>
              </w:rPr>
              <w:t>9</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Inland Flooding</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$764,908</w:t>
            </w:r>
          </w:p>
        </w:tc>
        <w:tc>
          <w:tcPr>
            <w:tcW w:type="dxa" w:w="1126"/>
          </w:tcPr>
          <w:p>
            <w:pPr>
              <w:spacing w:after="0"/>
              <w:jc w:val="right"/>
            </w:pPr>
            <w:r>
              <w:rPr>
                <w:sz w:val="16"/>
              </w:rPr>
              <w:t>$229</w:t>
            </w:r>
          </w:p>
        </w:tc>
        <w:tc>
          <w:tcPr>
            <w:tcW w:type="dxa" w:w="1321"/>
          </w:tcPr>
          <w:p>
            <w:pPr>
              <w:spacing w:after="0"/>
              <w:jc w:val="right"/>
            </w:pPr>
            <w:r>
              <w:rPr>
                <w:sz w:val="16"/>
              </w:rPr>
              <w:t>$1,016</w:t>
            </w:r>
          </w:p>
        </w:tc>
        <w:tc>
          <w:tcPr>
            <w:tcW w:type="dxa" w:w="1028"/>
          </w:tcPr>
          <w:p>
            <w:pPr>
              <w:spacing w:after="0"/>
              <w:jc w:val="right"/>
            </w:pPr>
            <w:r>
              <w:rPr>
                <w:sz w:val="16"/>
              </w:rPr>
              <w:t>$766,153</w:t>
            </w:r>
          </w:p>
        </w:tc>
        <w:tc>
          <w:tcPr>
            <w:tcW w:type="dxa" w:w="1261"/>
          </w:tcPr>
          <w:p>
            <w:pPr>
              <w:spacing w:after="0"/>
              <w:jc w:val="right"/>
            </w:pPr>
            <w:r>
              <w:rPr>
                <w:sz w:val="16"/>
              </w:rPr>
              <w:t>32</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948"/>
          </w:tcPr>
          <w:p>
            <w:pPr>
              <w:spacing w:after="0"/>
              <w:jc w:val="right"/>
            </w:pPr>
            <w:r>
              <w:rPr>
                <w:sz w:val="16"/>
              </w:rPr>
              <w:t>$46,615</w:t>
            </w:r>
          </w:p>
        </w:tc>
        <w:tc>
          <w:tcPr>
            <w:tcW w:type="dxa" w:w="1126"/>
          </w:tcPr>
          <w:p>
            <w:pPr>
              <w:spacing w:after="0"/>
              <w:jc w:val="right"/>
            </w:pPr>
            <w:r>
              <w:rPr>
                <w:sz w:val="16"/>
              </w:rPr>
              <w:t>$15,957</w:t>
            </w:r>
          </w:p>
        </w:tc>
        <w:tc>
          <w:tcPr>
            <w:tcW w:type="dxa" w:w="1321"/>
          </w:tcPr>
          <w:p>
            <w:pPr>
              <w:spacing w:after="0"/>
              <w:jc w:val="right"/>
            </w:pPr>
            <w:r>
              <w:rPr>
                <w:sz w:val="16"/>
              </w:rPr>
              <w:t>$587,145</w:t>
            </w:r>
          </w:p>
        </w:tc>
        <w:tc>
          <w:tcPr>
            <w:tcW w:type="dxa" w:w="1028"/>
          </w:tcPr>
          <w:p>
            <w:pPr>
              <w:spacing w:after="0"/>
              <w:jc w:val="right"/>
            </w:pPr>
            <w:r>
              <w:rPr>
                <w:sz w:val="16"/>
              </w:rPr>
              <w:t>$649,717</w:t>
            </w:r>
          </w:p>
        </w:tc>
        <w:tc>
          <w:tcPr>
            <w:tcW w:type="dxa" w:w="1261"/>
          </w:tcPr>
          <w:p>
            <w:pPr>
              <w:spacing w:after="0"/>
              <w:jc w:val="right"/>
            </w:pPr>
            <w:r>
              <w:rPr>
                <w:sz w:val="16"/>
              </w:rPr>
              <w:t>87</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Cold Wave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$438</w:t>
            </w:r>
          </w:p>
        </w:tc>
        <w:tc>
          <w:tcPr>
            <w:tcW w:type="dxa" w:w="1126"/>
          </w:tcPr>
          <w:p>
            <w:pPr>
              <w:spacing w:after="0"/>
              <w:jc w:val="right"/>
            </w:pPr>
            <w:r>
              <w:rPr>
                <w:sz w:val="16"/>
              </w:rPr>
              <w:t>$480,654</w:t>
            </w:r>
          </w:p>
        </w:tc>
        <w:tc>
          <w:tcPr>
            <w:tcW w:type="dxa" w:w="1321"/>
          </w:tcPr>
          <w:p>
            <w:pPr>
              <w:spacing w:after="0"/>
              <w:jc w:val="right"/>
            </w:pPr>
            <w:r>
              <w:rPr>
                <w:sz w:val="16"/>
              </w:rPr>
              <w:t>$86,241</w:t>
            </w:r>
          </w:p>
        </w:tc>
        <w:tc>
          <w:tcPr>
            <w:tcW w:type="dxa" w:w="1028"/>
          </w:tcPr>
          <w:p>
            <w:pPr>
              <w:spacing w:after="0"/>
              <w:jc w:val="right"/>
            </w:pPr>
            <w:r>
              <w:rPr>
                <w:sz w:val="16"/>
              </w:rPr>
              <w:t>$567,332</w:t>
            </w:r>
          </w:p>
        </w:tc>
        <w:tc>
          <w:tcPr>
            <w:tcW w:type="dxa" w:w="1261"/>
          </w:tcPr>
          <w:p>
            <w:pPr>
              <w:spacing w:after="0"/>
              <w:jc w:val="right"/>
            </w:pPr>
            <w:r>
              <w:rPr>
                <w:sz w:val="16"/>
              </w:rPr>
              <w:t>3</w:t>
            </w:r>
          </w:p>
        </w:tc>
        <w:tc>
          <w:tcPr>
            <w:tcW w:type="dxa" w:w="2323"/>
          </w:tcPr>
          <w:p>
            <w:pPr>
              <w:spacing w:after="0"/>
              <w:jc w:val="left"/>
            </w:pPr>
          </w:p>
        </w:tc>
        <w:tc>
          <w:tcPr>
            <w:tcW w:type="dxa" w:w="1965"/>
          </w:tcPr>
          <w:p>
            <w:pPr>
              <w:spacing w:after="0"/>
              <w:jc w:val="left"/>
            </w:pPr>
            <w:r>
              <w:rPr>
                <w:sz w:val="16"/>
              </w:rPr>
              <w:t>Includes 1 Frost/Freeze record, event types the NRI definition of this hazard leaves out.</w:t>
            </w:r>
          </w:p>
        </w:tc>
      </w:tr>
      <w:tr>
        <w:trPr>
          <w:cantSplit/>
        </w:trPr>
        <w:tc>
          <w:tcPr>
            <w:tcW w:type="dxa" w:w="689"/>
          </w:tcPr>
          <w:p>
            <w:pPr>
              <w:spacing w:after="0"/>
              <w:jc w:val="right"/>
            </w:pPr>
            <w:r>
              <w:rPr>
                <w:sz w:val="16"/>
              </w:rPr>
              <w:t>6</w:t>
            </w:r>
          </w:p>
        </w:tc>
        <w:tc>
          <w:tcPr>
            <w:tcW w:type="dxa" w:w="1037"/>
          </w:tcPr>
          <w:p>
            <w:pPr>
              <w:spacing w:after="0"/>
              <w:jc w:val="left"/>
            </w:pPr>
            <w:r>
              <w:rPr>
                <w:sz w:val="16"/>
              </w:rPr>
              <w:t>Drought</w:t>
            </w:r>
          </w:p>
        </w:tc>
        <w:tc>
          <w:tcPr>
            <w:tcW w:type="dxa" w:w="1207"/>
          </w:tcPr>
          <w:p>
            <w:pPr>
              <w:spacing w:after="0"/>
              <w:jc w:val="left"/>
            </w:pPr>
            <w:r>
              <w:rPr>
                <w:sz w:val="16"/>
              </w:rPr>
              <w:t>Relatively Moderate</w:t>
            </w:r>
          </w:p>
        </w:tc>
        <w:tc>
          <w:tcPr>
            <w:tcW w:type="dxa" w:w="1207"/>
          </w:tcPr>
          <w:p>
            <w:pPr>
              <w:spacing w:after="0"/>
              <w:jc w:val="left"/>
            </w:pPr>
            <w:r>
              <w:rPr>
                <w:sz w:val="16"/>
              </w:rPr>
              <w:t>Relatively Low</w:t>
            </w:r>
          </w:p>
        </w:tc>
        <w:tc>
          <w:tcPr>
            <w:tcW w:type="dxa" w:w="948"/>
          </w:tcPr>
          <w:p>
            <w:pPr>
              <w:spacing w:after="0"/>
              <w:jc w:val="right"/>
            </w:pPr>
          </w:p>
        </w:tc>
        <w:tc>
          <w:tcPr>
            <w:tcW w:type="dxa" w:w="1126"/>
          </w:tcPr>
          <w:p>
            <w:pPr>
              <w:spacing w:after="0"/>
              <w:jc w:val="right"/>
            </w:pPr>
            <w:r>
              <w:rPr>
                <w:sz w:val="16"/>
              </w:rPr>
              <w:t>$316,489</w:t>
            </w:r>
          </w:p>
        </w:tc>
        <w:tc>
          <w:tcPr>
            <w:tcW w:type="dxa" w:w="1321"/>
          </w:tcPr>
          <w:p>
            <w:pPr>
              <w:spacing w:after="0"/>
              <w:jc w:val="right"/>
            </w:pPr>
          </w:p>
        </w:tc>
        <w:tc>
          <w:tcPr>
            <w:tcW w:type="dxa" w:w="1028"/>
          </w:tcPr>
          <w:p>
            <w:pPr>
              <w:spacing w:after="0"/>
              <w:jc w:val="right"/>
            </w:pPr>
            <w:r>
              <w:rPr>
                <w:sz w:val="16"/>
              </w:rPr>
              <w:t>$316,489</w:t>
            </w:r>
          </w:p>
        </w:tc>
        <w:tc>
          <w:tcPr>
            <w:tcW w:type="dxa" w:w="1261"/>
          </w:tcPr>
          <w:p>
            <w:pPr>
              <w:spacing w:after="0"/>
              <w:jc w:val="right"/>
            </w:pPr>
            <w:r>
              <w:rPr>
                <w:sz w:val="16"/>
              </w:rPr>
              <w:t>38</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$81,113</w:t>
            </w:r>
          </w:p>
        </w:tc>
        <w:tc>
          <w:tcPr>
            <w:tcW w:type="dxa" w:w="1126"/>
          </w:tcPr>
          <w:p>
            <w:pPr>
              <w:spacing w:after="0"/>
              <w:jc w:val="right"/>
            </w:pPr>
          </w:p>
        </w:tc>
        <w:tc>
          <w:tcPr>
            <w:tcW w:type="dxa" w:w="1321"/>
          </w:tcPr>
          <w:p>
            <w:pPr>
              <w:spacing w:after="0"/>
              <w:jc w:val="right"/>
            </w:pPr>
            <w:r>
              <w:rPr>
                <w:sz w:val="16"/>
              </w:rPr>
              <w:t>$37,638</w:t>
            </w:r>
          </w:p>
        </w:tc>
        <w:tc>
          <w:tcPr>
            <w:tcW w:type="dxa" w:w="1028"/>
          </w:tcPr>
          <w:p>
            <w:pPr>
              <w:spacing w:after="0"/>
              <w:jc w:val="right"/>
            </w:pPr>
            <w:r>
              <w:rPr>
                <w:sz w:val="16"/>
              </w:rPr>
              <w:t>$118,751</w:t>
            </w:r>
          </w:p>
        </w:tc>
        <w:tc>
          <w:tcPr>
            <w:tcW w:type="dxa" w:w="1261"/>
          </w:tcPr>
          <w:p>
            <w:pPr>
              <w:spacing w:after="0"/>
              <w:jc w:val="right"/>
            </w:pPr>
          </w:p>
        </w:tc>
        <w:tc>
          <w:tcPr>
            <w:tcW w:type="dxa" w:w="2323"/>
          </w:tcPr>
          <w:p>
            <w:pPr>
              <w:spacing w:after="0"/>
              <w:jc w:val="left"/>
            </w:pPr>
          </w:p>
        </w:tc>
        <w:tc>
          <w:tcPr>
            <w:tcW w:type="dxa" w:w="196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8</w:t>
            </w:r>
          </w:p>
        </w:tc>
        <w:tc>
          <w:tcPr>
            <w:tcW w:type="dxa" w:w="1037"/>
          </w:tcPr>
          <w:p>
            <w:pPr>
              <w:spacing w:after="0"/>
              <w:jc w:val="left"/>
            </w:pPr>
            <w:r>
              <w:rPr>
                <w:sz w:val="16"/>
              </w:rPr>
              <w:t>Lightning</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948"/>
          </w:tcPr>
          <w:p>
            <w:pPr>
              <w:spacing w:after="0"/>
              <w:jc w:val="right"/>
            </w:pPr>
            <w:r>
              <w:rPr>
                <w:sz w:val="16"/>
              </w:rPr>
              <w:t>$4,465</w:t>
            </w:r>
          </w:p>
        </w:tc>
        <w:tc>
          <w:tcPr>
            <w:tcW w:type="dxa" w:w="1126"/>
          </w:tcPr>
          <w:p>
            <w:pPr>
              <w:spacing w:after="0"/>
              <w:jc w:val="right"/>
            </w:pPr>
          </w:p>
        </w:tc>
        <w:tc>
          <w:tcPr>
            <w:tcW w:type="dxa" w:w="1321"/>
          </w:tcPr>
          <w:p>
            <w:pPr>
              <w:spacing w:after="0"/>
              <w:jc w:val="right"/>
            </w:pPr>
            <w:r>
              <w:rPr>
                <w:sz w:val="16"/>
              </w:rPr>
              <w:t>$94,250</w:t>
            </w:r>
          </w:p>
        </w:tc>
        <w:tc>
          <w:tcPr>
            <w:tcW w:type="dxa" w:w="1028"/>
          </w:tcPr>
          <w:p>
            <w:pPr>
              <w:spacing w:after="0"/>
              <w:jc w:val="right"/>
            </w:pPr>
            <w:r>
              <w:rPr>
                <w:sz w:val="16"/>
              </w:rPr>
              <w:t>$98,714</w:t>
            </w:r>
          </w:p>
        </w:tc>
        <w:tc>
          <w:tcPr>
            <w:tcW w:type="dxa" w:w="1261"/>
          </w:tcPr>
          <w:p>
            <w:pPr>
              <w:spacing w:after="0"/>
              <w:jc w:val="right"/>
            </w:pPr>
            <w:r>
              <w:rPr>
                <w:sz w:val="16"/>
              </w:rPr>
              <w:t>1</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Heat Wave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$5</w:t>
            </w:r>
          </w:p>
        </w:tc>
        <w:tc>
          <w:tcPr>
            <w:tcW w:type="dxa" w:w="1126"/>
          </w:tcPr>
          <w:p>
            <w:pPr>
              <w:spacing w:after="0"/>
              <w:jc w:val="right"/>
            </w:pPr>
            <w:r>
              <w:rPr>
                <w:sz w:val="16"/>
              </w:rPr>
              <w:t>$149</w:t>
            </w:r>
          </w:p>
        </w:tc>
        <w:tc>
          <w:tcPr>
            <w:tcW w:type="dxa" w:w="1321"/>
          </w:tcPr>
          <w:p>
            <w:pPr>
              <w:spacing w:after="0"/>
              <w:jc w:val="right"/>
            </w:pPr>
            <w:r>
              <w:rPr>
                <w:sz w:val="16"/>
              </w:rPr>
              <w:t>$82,058</w:t>
            </w:r>
          </w:p>
        </w:tc>
        <w:tc>
          <w:tcPr>
            <w:tcW w:type="dxa" w:w="1028"/>
          </w:tcPr>
          <w:p>
            <w:pPr>
              <w:spacing w:after="0"/>
              <w:jc w:val="right"/>
            </w:pPr>
            <w:r>
              <w:rPr>
                <w:sz w:val="16"/>
              </w:rPr>
              <w:t>$82,212</w:t>
            </w:r>
          </w:p>
        </w:tc>
        <w:tc>
          <w:tcPr>
            <w:tcW w:type="dxa" w:w="1261"/>
          </w:tcPr>
          <w:p>
            <w:pPr>
              <w:spacing w:after="0"/>
              <w:jc w:val="right"/>
            </w:pPr>
            <w:r>
              <w:rPr>
                <w:sz w:val="16"/>
              </w:rPr>
              <w:t>3</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$11,837</w:t>
            </w:r>
          </w:p>
        </w:tc>
        <w:tc>
          <w:tcPr>
            <w:tcW w:type="dxa" w:w="1126"/>
          </w:tcPr>
          <w:p>
            <w:pPr>
              <w:spacing w:after="0"/>
              <w:jc w:val="right"/>
            </w:pPr>
            <w:r>
              <w:rPr>
                <w:sz w:val="16"/>
              </w:rPr>
              <w:t>$59,373</w:t>
            </w:r>
          </w:p>
        </w:tc>
        <w:tc>
          <w:tcPr>
            <w:tcW w:type="dxa" w:w="1321"/>
          </w:tcPr>
          <w:p>
            <w:pPr>
              <w:spacing w:after="0"/>
              <w:jc w:val="right"/>
            </w:pPr>
            <w:r>
              <w:rPr>
                <w:sz w:val="16"/>
              </w:rPr>
              <w:t>$9,767</w:t>
            </w:r>
          </w:p>
        </w:tc>
        <w:tc>
          <w:tcPr>
            <w:tcW w:type="dxa" w:w="1028"/>
          </w:tcPr>
          <w:p>
            <w:pPr>
              <w:spacing w:after="0"/>
              <w:jc w:val="right"/>
            </w:pPr>
            <w:r>
              <w:rPr>
                <w:sz w:val="16"/>
              </w:rPr>
              <w:t>$80,977</w:t>
            </w:r>
          </w:p>
        </w:tc>
        <w:tc>
          <w:tcPr>
            <w:tcW w:type="dxa" w:w="1261"/>
          </w:tcPr>
          <w:p>
            <w:pPr>
              <w:spacing w:after="0"/>
              <w:jc w:val="right"/>
            </w:pPr>
            <w:r>
              <w:rPr>
                <w:sz w:val="16"/>
              </w:rPr>
              <w:t>29</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$14,536</w:t>
            </w:r>
          </w:p>
        </w:tc>
        <w:tc>
          <w:tcPr>
            <w:tcW w:type="dxa" w:w="1126"/>
          </w:tcPr>
          <w:p>
            <w:pPr>
              <w:spacing w:after="0"/>
              <w:jc w:val="right"/>
            </w:pPr>
            <w:r>
              <w:rPr>
                <w:sz w:val="16"/>
              </w:rPr>
              <w:t>$133</w:t>
            </w:r>
          </w:p>
        </w:tc>
        <w:tc>
          <w:tcPr>
            <w:tcW w:type="dxa" w:w="1321"/>
          </w:tcPr>
          <w:p>
            <w:pPr>
              <w:spacing w:after="0"/>
              <w:jc w:val="right"/>
            </w:pPr>
            <w:r>
              <w:rPr>
                <w:sz w:val="16"/>
              </w:rPr>
              <w:t>$2,395</w:t>
            </w:r>
          </w:p>
        </w:tc>
        <w:tc>
          <w:tcPr>
            <w:tcW w:type="dxa" w:w="1028"/>
          </w:tcPr>
          <w:p>
            <w:pPr>
              <w:spacing w:after="0"/>
              <w:jc w:val="right"/>
            </w:pPr>
            <w:r>
              <w:rPr>
                <w:sz w:val="16"/>
              </w:rPr>
              <w:t>$17,064</w:t>
            </w:r>
          </w:p>
        </w:tc>
        <w:tc>
          <w:tcPr>
            <w:tcW w:type="dxa" w:w="1261"/>
          </w:tcPr>
          <w:p>
            <w:pPr>
              <w:spacing w:after="0"/>
              <w:jc w:val="right"/>
            </w:pPr>
            <w:r>
              <w:rPr>
                <w:sz w:val="16"/>
              </w:rPr>
              <w:t>0</w:t>
            </w:r>
          </w:p>
        </w:tc>
        <w:tc>
          <w:tcPr>
            <w:tcW w:type="dxa" w:w="2323"/>
          </w:tcPr>
          <w:p>
            <w:pPr>
              <w:spacing w:after="0"/>
              <w:jc w:val="left"/>
            </w:pP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$1,390</w:t>
            </w:r>
          </w:p>
        </w:tc>
        <w:tc>
          <w:tcPr>
            <w:tcW w:type="dxa" w:w="1126"/>
          </w:tcPr>
          <w:p>
            <w:pPr>
              <w:spacing w:after="0"/>
              <w:jc w:val="right"/>
            </w:pPr>
          </w:p>
        </w:tc>
        <w:tc>
          <w:tcPr>
            <w:tcW w:type="dxa" w:w="1321"/>
          </w:tcPr>
          <w:p>
            <w:pPr>
              <w:spacing w:after="0"/>
              <w:jc w:val="right"/>
            </w:pPr>
            <w:r>
              <w:rPr>
                <w:sz w:val="16"/>
              </w:rPr>
              <w:t>$1,076</w:t>
            </w:r>
          </w:p>
        </w:tc>
        <w:tc>
          <w:tcPr>
            <w:tcW w:type="dxa" w:w="1028"/>
          </w:tcPr>
          <w:p>
            <w:pPr>
              <w:spacing w:after="0"/>
              <w:jc w:val="right"/>
            </w:pPr>
            <w:r>
              <w:rPr>
                <w:sz w:val="16"/>
              </w:rPr>
              <w:t>$2,466</w:t>
            </w:r>
          </w:p>
        </w:tc>
        <w:tc>
          <w:tcPr>
            <w:tcW w:type="dxa" w:w="1261"/>
          </w:tcPr>
          <w:p>
            <w:pPr>
              <w:spacing w:after="0"/>
              <w:jc w:val="right"/>
            </w:pPr>
            <w:r>
              <w:rPr>
                <w:sz w:val="16"/>
              </w:rPr>
              <w:t>2</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$1,892</w:t>
            </w:r>
          </w:p>
        </w:tc>
        <w:tc>
          <w:tcPr>
            <w:tcW w:type="dxa" w:w="1126"/>
          </w:tcPr>
          <w:p>
            <w:pPr>
              <w:spacing w:after="0"/>
              <w:jc w:val="right"/>
            </w:pPr>
            <w:r>
              <w:rPr>
                <w:sz w:val="16"/>
              </w:rPr>
              <w:t>$48</w:t>
            </w:r>
          </w:p>
        </w:tc>
        <w:tc>
          <w:tcPr>
            <w:tcW w:type="dxa" w:w="1321"/>
          </w:tcPr>
          <w:p>
            <w:pPr>
              <w:spacing w:after="0"/>
              <w:jc w:val="right"/>
            </w:pPr>
            <w:r>
              <w:rPr>
                <w:sz w:val="16"/>
              </w:rPr>
              <w:t>$137</w:t>
            </w:r>
          </w:p>
        </w:tc>
        <w:tc>
          <w:tcPr>
            <w:tcW w:type="dxa" w:w="1028"/>
          </w:tcPr>
          <w:p>
            <w:pPr>
              <w:spacing w:after="0"/>
              <w:jc w:val="right"/>
            </w:pPr>
            <w:r>
              <w:rPr>
                <w:sz w:val="16"/>
              </w:rPr>
              <w:t>$2,076</w:t>
            </w:r>
          </w:p>
        </w:tc>
        <w:tc>
          <w:tcPr>
            <w:tcW w:type="dxa" w:w="1261"/>
          </w:tcPr>
          <w:p>
            <w:pPr>
              <w:spacing w:after="0"/>
              <w:jc w:val="right"/>
            </w:pPr>
            <w:r>
              <w:rPr>
                <w:sz w:val="16"/>
              </w:rPr>
              <w:t>3</w:t>
            </w:r>
          </w:p>
        </w:tc>
        <w:tc>
          <w:tcPr>
            <w:tcW w:type="dxa" w:w="2323"/>
          </w:tcPr>
          <w:p>
            <w:pPr>
              <w:spacing w:after="0"/>
              <w:jc w:val="left"/>
            </w:pPr>
          </w:p>
        </w:tc>
        <w:tc>
          <w:tcPr>
            <w:tcW w:type="dxa" w:w="196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07"/>
          </w:tcPr>
          <w:p>
            <w:pPr>
              <w:spacing w:after="0"/>
              <w:jc w:val="left"/>
            </w:pPr>
            <w:r>
              <w:rPr>
                <w:sz w:val="16"/>
              </w:rPr>
              <w:t>Very Low</w:t>
            </w:r>
          </w:p>
        </w:tc>
        <w:tc>
          <w:tcPr>
            <w:tcW w:type="dxa" w:w="1207"/>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p>
        </w:tc>
        <w:tc>
          <w:tcPr>
            <w:tcW w:type="dxa" w:w="1321"/>
          </w:tcPr>
          <w:p>
            <w:pPr>
              <w:spacing w:after="0"/>
              <w:jc w:val="right"/>
            </w:pPr>
            <w:r>
              <w:rPr>
                <w:sz w:val="16"/>
              </w:rPr>
              <w:t>under $1</w:t>
            </w:r>
          </w:p>
        </w:tc>
        <w:tc>
          <w:tcPr>
            <w:tcW w:type="dxa" w:w="1028"/>
          </w:tcPr>
          <w:p>
            <w:pPr>
              <w:spacing w:after="0"/>
              <w:jc w:val="right"/>
            </w:pPr>
            <w:r>
              <w:rPr>
                <w:sz w:val="16"/>
              </w:rPr>
              <w:t>$2</w:t>
            </w:r>
          </w:p>
        </w:tc>
        <w:tc>
          <w:tcPr>
            <w:tcW w:type="dxa" w:w="1261"/>
          </w:tcPr>
          <w:p>
            <w:pPr>
              <w:spacing w:after="0"/>
              <w:jc w:val="right"/>
            </w:pPr>
            <w:r>
              <w:rPr>
                <w:sz w:val="16"/>
              </w:rPr>
              <w:t>0</w:t>
            </w:r>
          </w:p>
        </w:tc>
        <w:tc>
          <w:tcPr>
            <w:tcW w:type="dxa" w:w="2323"/>
          </w:tcPr>
          <w:p>
            <w:pPr>
              <w:spacing w:after="0"/>
              <w:jc w:val="left"/>
            </w:pP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avalanche Not Applicable for this county, and no federal declaration for this county names it.</w:t>
            </w:r>
          </w:p>
        </w:tc>
        <w:tc>
          <w:tcPr>
            <w:tcW w:type="dxa" w:w="196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coastal flooding Not Applicable for this county, and no federal declaration for this county names it.</w:t>
            </w:r>
          </w:p>
        </w:tc>
        <w:tc>
          <w:tcPr>
            <w:tcW w:type="dxa" w:w="196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tsunami Not Applicable for this county, and no federal declaration for this county names it.</w:t>
            </w: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21"/>
          </w:tcPr>
          <w:p>
            <w:pPr>
              <w:spacing w:after="0"/>
              <w:jc w:val="right"/>
            </w:pPr>
          </w:p>
        </w:tc>
        <w:tc>
          <w:tcPr>
            <w:tcW w:type="dxa" w:w="1028"/>
          </w:tcPr>
          <w:p>
            <w:pPr>
              <w:spacing w:after="0"/>
              <w:jc w:val="right"/>
            </w:pPr>
          </w:p>
        </w:tc>
        <w:tc>
          <w:tcPr>
            <w:tcW w:type="dxa" w:w="1261"/>
          </w:tcPr>
          <w:p>
            <w:pPr>
              <w:spacing w:after="0"/>
              <w:jc w:val="right"/>
            </w:pPr>
            <w:r>
              <w:rPr>
                <w:sz w:val="16"/>
              </w:rPr>
              <w:t>0</w:t>
            </w:r>
          </w:p>
        </w:tc>
        <w:tc>
          <w:tcPr>
            <w:tcW w:type="dxa" w:w="2323"/>
          </w:tcPr>
          <w:p>
            <w:pPr>
              <w:spacing w:after="0"/>
              <w:jc w:val="left"/>
            </w:pPr>
            <w:r>
              <w:rPr>
                <w:sz w:val="16"/>
              </w:rPr>
              <w:t>NRI rates volcanic activity Not Applicable for this county, and no federal declaration for this county names it.</w:t>
            </w:r>
          </w:p>
        </w:tc>
        <w:tc>
          <w:tcPr>
            <w:tcW w:type="dxa" w:w="19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0"/>
        <w:gridCol w:w="1736"/>
        <w:gridCol w:w="1560"/>
        <w:gridCol w:w="1361"/>
        <w:gridCol w:w="2321"/>
        <w:gridCol w:w="1525"/>
        <w:gridCol w:w="1628"/>
        <w:gridCol w:w="2241"/>
      </w:tblGrid>
      <w:tr>
        <w:trPr>
          <w:cantSplit/>
          <w:tblHeader/>
        </w:trPr>
        <w:tc>
          <w:tcPr>
            <w:tcW w:type="dxa" w:w="1740"/>
            <w:shd w:val="clear" w:color="auto" w:fill="E8E8E8"/>
          </w:tcPr>
          <w:p>
            <w:pPr>
              <w:spacing w:after="0"/>
              <w:jc w:val="left"/>
            </w:pPr>
            <w:r>
              <w:rPr>
                <w:b/>
                <w:sz w:val="16"/>
              </w:rPr>
              <w:t>Hazard</w:t>
            </w:r>
          </w:p>
        </w:tc>
        <w:tc>
          <w:tcPr>
            <w:tcW w:type="dxa" w:w="1736"/>
            <w:shd w:val="clear" w:color="auto" w:fill="E8E8E8"/>
          </w:tcPr>
          <w:p>
            <w:pPr>
              <w:spacing w:after="0"/>
              <w:jc w:val="left"/>
            </w:pPr>
            <w:r>
              <w:rPr>
                <w:b/>
                <w:sz w:val="16"/>
              </w:rPr>
              <w:t>Scale</w:t>
            </w:r>
          </w:p>
        </w:tc>
        <w:tc>
          <w:tcPr>
            <w:tcW w:type="dxa" w:w="1560"/>
            <w:shd w:val="clear" w:color="auto" w:fill="E8E8E8"/>
          </w:tcPr>
          <w:p>
            <w:pPr>
              <w:spacing w:after="0"/>
              <w:jc w:val="right"/>
            </w:pPr>
            <w:r>
              <w:rPr>
                <w:b/>
                <w:sz w:val="16"/>
              </w:rPr>
              <w:t>Records</w:t>
            </w:r>
          </w:p>
          <w:p>
            <w:pPr>
              <w:spacing w:after="0"/>
              <w:jc w:val="right"/>
            </w:pPr>
            <w:r>
              <w:rPr>
                <w:i/>
                <w:color w:val="555555"/>
                <w:sz w:val="14"/>
              </w:rPr>
              <w:t>count, years</w:t>
            </w:r>
          </w:p>
        </w:tc>
        <w:tc>
          <w:tcPr>
            <w:tcW w:type="dxa" w:w="1361"/>
            <w:shd w:val="clear" w:color="auto" w:fill="E8E8E8"/>
          </w:tcPr>
          <w:p>
            <w:pPr>
              <w:spacing w:after="0"/>
              <w:jc w:val="left"/>
            </w:pPr>
            <w:r>
              <w:rPr>
                <w:b/>
                <w:sz w:val="16"/>
              </w:rPr>
              <w:t>Observed range</w:t>
            </w:r>
          </w:p>
        </w:tc>
        <w:tc>
          <w:tcPr>
            <w:tcW w:type="dxa" w:w="2321"/>
            <w:shd w:val="clear" w:color="auto" w:fill="E8E8E8"/>
          </w:tcPr>
          <w:p>
            <w:pPr>
              <w:spacing w:after="0"/>
              <w:jc w:val="left"/>
            </w:pPr>
            <w:r>
              <w:rPr>
                <w:b/>
                <w:sz w:val="16"/>
              </w:rPr>
              <w:t>Worst recorded event</w:t>
            </w:r>
          </w:p>
        </w:tc>
        <w:tc>
          <w:tcPr>
            <w:tcW w:type="dxa" w:w="1525"/>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41"/>
            <w:shd w:val="clear" w:color="auto" w:fill="E8E8E8"/>
          </w:tcPr>
          <w:p>
            <w:pPr>
              <w:spacing w:after="0"/>
              <w:jc w:val="left"/>
            </w:pPr>
            <w:r>
              <w:rPr>
                <w:b/>
                <w:sz w:val="16"/>
              </w:rPr>
              <w:t>Note</w:t>
            </w:r>
          </w:p>
        </w:tc>
      </w:tr>
      <w:tr>
        <w:trPr>
          <w:cantSplit/>
        </w:trPr>
        <w:tc>
          <w:tcPr>
            <w:tcW w:type="dxa" w:w="1740"/>
          </w:tcPr>
          <w:p>
            <w:pPr>
              <w:spacing w:after="0"/>
              <w:jc w:val="left"/>
            </w:pPr>
            <w:r>
              <w:rPr>
                <w:sz w:val="16"/>
              </w:rPr>
              <w:t>Avalanche</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Coastal Flood, Storm Surge/Tide</w:t>
            </w:r>
          </w:p>
        </w:tc>
        <w:tc>
          <w:tcPr>
            <w:tcW w:type="dxa" w:w="1736"/>
          </w:tcPr>
          <w:p>
            <w:pPr>
              <w:spacing w:after="0"/>
              <w:jc w:val="left"/>
            </w:pPr>
            <w:r>
              <w:rPr>
                <w:sz w:val="16"/>
              </w:rPr>
              <w:t>none in data (FIRM for depth)</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r>
              <w:rPr>
                <w:sz w:val="16"/>
              </w:rPr>
              <w:t>Flood depth: see the FEMA Flood Insurance Rate Map.</w:t>
            </w:r>
          </w:p>
        </w:tc>
      </w:tr>
      <w:tr>
        <w:trPr>
          <w:cantSplit/>
        </w:trPr>
        <w:tc>
          <w:tcPr>
            <w:tcW w:type="dxa" w:w="1740"/>
          </w:tcPr>
          <w:p>
            <w:pPr>
              <w:spacing w:after="0"/>
              <w:jc w:val="left"/>
            </w:pPr>
            <w:r>
              <w:rPr>
                <w:sz w:val="16"/>
              </w:rPr>
              <w:t>Cold/Wind Chill, Extreme Cold/Wind Chill</w:t>
            </w:r>
          </w:p>
        </w:tc>
        <w:tc>
          <w:tcPr>
            <w:tcW w:type="dxa" w:w="1736"/>
          </w:tcPr>
          <w:p>
            <w:pPr>
              <w:spacing w:after="0"/>
              <w:jc w:val="left"/>
            </w:pPr>
            <w:r>
              <w:rPr>
                <w:sz w:val="16"/>
              </w:rPr>
              <w:t>wind chill</w:t>
            </w:r>
          </w:p>
        </w:tc>
        <w:tc>
          <w:tcPr>
            <w:tcW w:type="dxa" w:w="1560"/>
          </w:tcPr>
          <w:p>
            <w:pPr>
              <w:spacing w:after="0"/>
              <w:jc w:val="right"/>
            </w:pPr>
            <w:r>
              <w:rPr>
                <w:sz w:val="16"/>
              </w:rPr>
              <w:t>2, 2025 to 2026 (2 zone-level)</w:t>
            </w:r>
          </w:p>
        </w:tc>
        <w:tc>
          <w:tcPr>
            <w:tcW w:type="dxa" w:w="1361"/>
          </w:tcPr>
          <w:p>
            <w:pPr>
              <w:spacing w:after="0"/>
              <w:jc w:val="left"/>
            </w:pPr>
            <w:r>
              <w:rPr>
                <w:sz w:val="16"/>
              </w:rPr>
              <w:t>1 day; 2 with a recorded value</w:t>
            </w:r>
          </w:p>
        </w:tc>
        <w:tc>
          <w:tcPr>
            <w:tcW w:type="dxa" w:w="2321"/>
          </w:tcPr>
          <w:p>
            <w:pPr>
              <w:spacing w:after="0"/>
              <w:jc w:val="left"/>
            </w:pPr>
            <w:r>
              <w:rPr>
                <w:sz w:val="16"/>
              </w:rPr>
              <w:t>1 consecutive day, 2026-02-01, zone-level</w:t>
            </w:r>
          </w:p>
        </w:tc>
        <w:tc>
          <w:tcPr>
            <w:tcW w:type="dxa" w:w="15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Wind chill: in event narratives only; local data required.</w:t>
            </w:r>
          </w:p>
        </w:tc>
      </w:tr>
      <w:tr>
        <w:trPr>
          <w:cantSplit/>
        </w:trPr>
        <w:tc>
          <w:tcPr>
            <w:tcW w:type="dxa" w:w="1740"/>
          </w:tcPr>
          <w:p>
            <w:pPr>
              <w:spacing w:after="0"/>
              <w:jc w:val="left"/>
            </w:pPr>
            <w:r>
              <w:rPr>
                <w:sz w:val="16"/>
              </w:rPr>
              <w:t>Frost/Freeze (outside NRI Cold Wave definition)</w:t>
            </w:r>
          </w:p>
        </w:tc>
        <w:tc>
          <w:tcPr>
            <w:tcW w:type="dxa" w:w="1736"/>
          </w:tcPr>
          <w:p>
            <w:pPr>
              <w:spacing w:after="0"/>
              <w:jc w:val="left"/>
            </w:pPr>
            <w:r>
              <w:rPr>
                <w:sz w:val="16"/>
              </w:rPr>
              <w:t>crop damage</w:t>
            </w:r>
          </w:p>
        </w:tc>
        <w:tc>
          <w:tcPr>
            <w:tcW w:type="dxa" w:w="1560"/>
          </w:tcPr>
          <w:p>
            <w:pPr>
              <w:spacing w:after="0"/>
              <w:jc w:val="right"/>
            </w:pPr>
            <w:r>
              <w:rPr>
                <w:sz w:val="16"/>
              </w:rPr>
              <w:t>1, 2017 to 2017 (1 zone-level)</w:t>
            </w:r>
          </w:p>
        </w:tc>
        <w:tc>
          <w:tcPr>
            <w:tcW w:type="dxa" w:w="1361"/>
          </w:tcPr>
          <w:p>
            <w:pPr>
              <w:spacing w:after="0"/>
              <w:jc w:val="left"/>
            </w:pPr>
          </w:p>
        </w:tc>
        <w:tc>
          <w:tcPr>
            <w:tcW w:type="dxa" w:w="2321"/>
          </w:tcPr>
          <w:p>
            <w:pPr>
              <w:spacing w:after="0"/>
              <w:jc w:val="left"/>
            </w:pPr>
            <w:r>
              <w:rPr>
                <w:sz w:val="16"/>
              </w:rPr>
              <w:t>Frost/Freeze, 2017-03-16, $7,850,000 crop damage, reported for the zone (2017 dollars); NWS zone GAZ128 (TURNER), zone-level: may include parts of neighboring counties</w:t>
            </w:r>
          </w:p>
        </w:tc>
        <w:tc>
          <w:tcPr>
            <w:tcW w:type="dxa" w:w="15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Temperature: in event narratives only; local data required.</w:t>
            </w:r>
          </w:p>
        </w:tc>
      </w:tr>
      <w:tr>
        <w:trPr>
          <w:cantSplit/>
        </w:trPr>
        <w:tc>
          <w:tcPr>
            <w:tcW w:type="dxa" w:w="1740"/>
          </w:tcPr>
          <w:p>
            <w:pPr>
              <w:spacing w:after="0"/>
              <w:jc w:val="left"/>
            </w:pPr>
            <w:r>
              <w:rPr>
                <w:sz w:val="16"/>
              </w:rPr>
              <w:t>Drought</w:t>
            </w:r>
          </w:p>
        </w:tc>
        <w:tc>
          <w:tcPr>
            <w:tcW w:type="dxa" w:w="1736"/>
          </w:tcPr>
          <w:p>
            <w:pPr>
              <w:spacing w:after="0"/>
              <w:jc w:val="left"/>
            </w:pPr>
            <w:r>
              <w:rPr>
                <w:sz w:val="16"/>
              </w:rPr>
              <w:t>US Drought Monitor D-scale</w:t>
            </w:r>
          </w:p>
        </w:tc>
        <w:tc>
          <w:tcPr>
            <w:tcW w:type="dxa" w:w="1560"/>
          </w:tcPr>
          <w:p>
            <w:pPr>
              <w:spacing w:after="0"/>
              <w:jc w:val="right"/>
            </w:pPr>
            <w:r>
              <w:rPr>
                <w:sz w:val="16"/>
              </w:rPr>
              <w:t>38, 1997 to 2026 (38 zone-level)</w:t>
            </w:r>
          </w:p>
        </w:tc>
        <w:tc>
          <w:tcPr>
            <w:tcW w:type="dxa" w:w="1361"/>
          </w:tcPr>
          <w:p>
            <w:pPr>
              <w:spacing w:after="0"/>
              <w:jc w:val="left"/>
            </w:pPr>
            <w:r>
              <w:rPr>
                <w:sz w:val="16"/>
              </w:rPr>
              <w:t>16 days to 463 days (median 64 days); 9 with a recorded value</w:t>
            </w:r>
          </w:p>
        </w:tc>
        <w:tc>
          <w:tcPr>
            <w:tcW w:type="dxa" w:w="2321"/>
          </w:tcPr>
          <w:p>
            <w:pPr>
              <w:spacing w:after="0"/>
              <w:jc w:val="left"/>
            </w:pPr>
            <w:r>
              <w:rPr>
                <w:sz w:val="16"/>
              </w:rPr>
              <w:t>463 days (about 15.2 months), 2011-05-10 to 2012-08-14, a run of 16 consecutive Storm Events drought records, zone-level</w:t>
            </w:r>
          </w:p>
        </w:tc>
        <w:tc>
          <w:tcPr>
            <w:tcW w:type="dxa" w:w="15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0"/>
          </w:tcPr>
          <w:p>
            <w:pPr>
              <w:spacing w:after="0"/>
              <w:jc w:val="left"/>
            </w:pPr>
            <w:r>
              <w:rPr>
                <w:sz w:val="16"/>
              </w:rPr>
              <w:t>Earthquake</w:t>
            </w:r>
          </w:p>
        </w:tc>
        <w:tc>
          <w:tcPr>
            <w:tcW w:type="dxa" w:w="1736"/>
          </w:tcPr>
          <w:p>
            <w:pPr>
              <w:spacing w:after="0"/>
              <w:jc w:val="left"/>
            </w:pPr>
            <w:r>
              <w:rPr>
                <w:sz w:val="16"/>
              </w:rPr>
              <w:t>Modified Mercalli (local data)</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r>
              <w:rPr>
                <w:sz w:val="16"/>
              </w:rPr>
              <w:t>No Storm Events record; local data required (e.g., USGS).</w:t>
            </w:r>
          </w:p>
        </w:tc>
      </w:tr>
      <w:tr>
        <w:trPr>
          <w:cantSplit/>
        </w:trPr>
        <w:tc>
          <w:tcPr>
            <w:tcW w:type="dxa" w:w="1740"/>
          </w:tcPr>
          <w:p>
            <w:pPr>
              <w:spacing w:after="0"/>
              <w:jc w:val="left"/>
            </w:pPr>
            <w:r>
              <w:rPr>
                <w:sz w:val="16"/>
              </w:rPr>
              <w:t>Hail</w:t>
            </w:r>
          </w:p>
        </w:tc>
        <w:tc>
          <w:tcPr>
            <w:tcW w:type="dxa" w:w="1736"/>
          </w:tcPr>
          <w:p>
            <w:pPr>
              <w:spacing w:after="0"/>
              <w:jc w:val="left"/>
            </w:pPr>
            <w:r>
              <w:rPr>
                <w:sz w:val="16"/>
              </w:rPr>
              <w:t>hail size (inches)</w:t>
            </w:r>
          </w:p>
        </w:tc>
        <w:tc>
          <w:tcPr>
            <w:tcW w:type="dxa" w:w="1560"/>
          </w:tcPr>
          <w:p>
            <w:pPr>
              <w:spacing w:after="0"/>
              <w:jc w:val="right"/>
            </w:pPr>
            <w:r>
              <w:rPr>
                <w:sz w:val="16"/>
              </w:rPr>
              <w:t>34, 1964 to 2025</w:t>
            </w:r>
          </w:p>
        </w:tc>
        <w:tc>
          <w:tcPr>
            <w:tcW w:type="dxa" w:w="1361"/>
          </w:tcPr>
          <w:p>
            <w:pPr>
              <w:spacing w:after="0"/>
              <w:jc w:val="left"/>
            </w:pPr>
            <w:r>
              <w:rPr>
                <w:sz w:val="16"/>
              </w:rPr>
              <w:t>0.75 in to 2.75 in (median 1.25 in); 34 with a recorded value</w:t>
            </w:r>
          </w:p>
        </w:tc>
        <w:tc>
          <w:tcPr>
            <w:tcW w:type="dxa" w:w="2321"/>
          </w:tcPr>
          <w:p>
            <w:pPr>
              <w:spacing w:after="0"/>
              <w:jc w:val="left"/>
            </w:pPr>
            <w:r>
              <w:rPr>
                <w:sz w:val="16"/>
              </w:rPr>
              <w:t>2.75 in hail, 2019-03-11</w:t>
            </w:r>
          </w:p>
        </w:tc>
        <w:tc>
          <w:tcPr>
            <w:tcW w:type="dxa" w:w="1525"/>
          </w:tcPr>
          <w:p>
            <w:pPr>
              <w:spacing w:after="0"/>
              <w:jc w:val="left"/>
            </w:pPr>
          </w:p>
        </w:tc>
        <w:tc>
          <w:tcPr>
            <w:tcW w:type="dxa" w:w="1628"/>
          </w:tcPr>
          <w:p>
            <w:pPr>
              <w:spacing w:after="0"/>
              <w:jc w:val="left"/>
            </w:pPr>
            <w:r>
              <w:rPr>
                <w:sz w:val="16"/>
              </w:rPr>
              <w:t>Event records naming member places: Ashburn city (12 records), Rebecca town (5 records), Sycamore city (4 records).</w:t>
            </w:r>
          </w:p>
        </w:tc>
        <w:tc>
          <w:tcPr>
            <w:tcW w:type="dxa" w:w="2241"/>
          </w:tcPr>
          <w:p>
            <w:pPr>
              <w:spacing w:after="0"/>
              <w:jc w:val="left"/>
            </w:pPr>
          </w:p>
        </w:tc>
      </w:tr>
      <w:tr>
        <w:trPr>
          <w:cantSplit/>
        </w:trPr>
        <w:tc>
          <w:tcPr>
            <w:tcW w:type="dxa" w:w="1740"/>
          </w:tcPr>
          <w:p>
            <w:pPr>
              <w:spacing w:after="0"/>
              <w:jc w:val="left"/>
            </w:pPr>
            <w:r>
              <w:rPr>
                <w:sz w:val="16"/>
              </w:rPr>
              <w:t>Excessive Heat, Heat</w:t>
            </w:r>
          </w:p>
        </w:tc>
        <w:tc>
          <w:tcPr>
            <w:tcW w:type="dxa" w:w="1736"/>
          </w:tcPr>
          <w:p>
            <w:pPr>
              <w:spacing w:after="0"/>
              <w:jc w:val="left"/>
            </w:pPr>
            <w:r>
              <w:rPr>
                <w:sz w:val="16"/>
              </w:rPr>
              <w:t>heat index (narratives)</w:t>
            </w:r>
          </w:p>
        </w:tc>
        <w:tc>
          <w:tcPr>
            <w:tcW w:type="dxa" w:w="1560"/>
          </w:tcPr>
          <w:p>
            <w:pPr>
              <w:spacing w:after="0"/>
              <w:jc w:val="right"/>
            </w:pPr>
            <w:r>
              <w:rPr>
                <w:sz w:val="16"/>
              </w:rPr>
              <w:t>3, 2023 to 2023 (3 zone-level)</w:t>
            </w:r>
          </w:p>
        </w:tc>
        <w:tc>
          <w:tcPr>
            <w:tcW w:type="dxa" w:w="1361"/>
          </w:tcPr>
          <w:p>
            <w:pPr>
              <w:spacing w:after="0"/>
              <w:jc w:val="left"/>
            </w:pPr>
            <w:r>
              <w:rPr>
                <w:sz w:val="16"/>
              </w:rPr>
              <w:t>3 days; 1 with a recorded value</w:t>
            </w:r>
          </w:p>
        </w:tc>
        <w:tc>
          <w:tcPr>
            <w:tcW w:type="dxa" w:w="2321"/>
          </w:tcPr>
          <w:p>
            <w:pPr>
              <w:spacing w:after="0"/>
              <w:jc w:val="left"/>
            </w:pPr>
            <w:r>
              <w:rPr>
                <w:sz w:val="16"/>
              </w:rPr>
              <w:t>3 consecutive days, 2023-08-12 to 2023-08-14, zone-level</w:t>
            </w:r>
          </w:p>
        </w:tc>
        <w:tc>
          <w:tcPr>
            <w:tcW w:type="dxa" w:w="15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Heat index: in event narratives only; local data required.</w:t>
            </w:r>
          </w:p>
        </w:tc>
      </w:tr>
      <w:tr>
        <w:trPr>
          <w:cantSplit/>
        </w:trPr>
        <w:tc>
          <w:tcPr>
            <w:tcW w:type="dxa" w:w="1740"/>
          </w:tcPr>
          <w:p>
            <w:pPr>
              <w:spacing w:after="0"/>
              <w:jc w:val="left"/>
            </w:pPr>
            <w:r>
              <w:rPr>
                <w:sz w:val="16"/>
              </w:rPr>
              <w:t>Hurricane, Tropical Storm, Tropical Depression</w:t>
            </w:r>
          </w:p>
        </w:tc>
        <w:tc>
          <w:tcPr>
            <w:tcW w:type="dxa" w:w="1736"/>
          </w:tcPr>
          <w:p>
            <w:pPr>
              <w:spacing w:after="0"/>
              <w:jc w:val="left"/>
            </w:pPr>
            <w:r>
              <w:rPr>
                <w:sz w:val="16"/>
              </w:rPr>
              <w:t>Saffir-Simpson</w:t>
            </w:r>
          </w:p>
        </w:tc>
        <w:tc>
          <w:tcPr>
            <w:tcW w:type="dxa" w:w="1560"/>
          </w:tcPr>
          <w:p>
            <w:pPr>
              <w:spacing w:after="0"/>
              <w:jc w:val="right"/>
            </w:pPr>
            <w:r>
              <w:rPr>
                <w:sz w:val="16"/>
              </w:rPr>
              <w:t>9, 2004 to 2024 (9 zone-level)</w:t>
            </w:r>
          </w:p>
        </w:tc>
        <w:tc>
          <w:tcPr>
            <w:tcW w:type="dxa" w:w="1361"/>
          </w:tcPr>
          <w:p>
            <w:pPr>
              <w:spacing w:after="0"/>
              <w:jc w:val="left"/>
            </w:pPr>
          </w:p>
        </w:tc>
        <w:tc>
          <w:tcPr>
            <w:tcW w:type="dxa" w:w="2321"/>
          </w:tcPr>
          <w:p>
            <w:pPr>
              <w:spacing w:after="0"/>
              <w:jc w:val="left"/>
            </w:pPr>
            <w:r>
              <w:rPr>
                <w:sz w:val="16"/>
              </w:rPr>
              <w:t>Strongest recorded (records with damage, a wind speed or direct casualties first, then storm type, category and wind): Hurricane (Typhoon) record, 2024-09-26 to 2024-09-27, category 1, $10,000,000 property; $100,000,000 crops, reported for the zone (2024 dollars) (as recorded; larger than this county's annual agriculture value in the National Risk Index; confirm with the county or the state extension service); NWS zone GAZ128 (TURNER), zone-level: may include parts of neighboring counties</w:t>
            </w:r>
          </w:p>
        </w:tc>
        <w:tc>
          <w:tcPr>
            <w:tcW w:type="dxa" w:w="15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0"/>
          </w:tcPr>
          <w:p>
            <w:pPr>
              <w:spacing w:after="0"/>
              <w:jc w:val="left"/>
            </w:pPr>
            <w:r>
              <w:rPr>
                <w:sz w:val="16"/>
              </w:rPr>
              <w:t>Ice Storm</w:t>
            </w:r>
          </w:p>
        </w:tc>
        <w:tc>
          <w:tcPr>
            <w:tcW w:type="dxa" w:w="1736"/>
          </w:tcPr>
          <w:p>
            <w:pPr>
              <w:spacing w:after="0"/>
              <w:jc w:val="left"/>
            </w:pPr>
            <w:r>
              <w:rPr>
                <w:sz w:val="16"/>
              </w:rPr>
              <w:t>Sperry-Piltz (local data)</w:t>
            </w:r>
          </w:p>
        </w:tc>
        <w:tc>
          <w:tcPr>
            <w:tcW w:type="dxa" w:w="1560"/>
          </w:tcPr>
          <w:p>
            <w:pPr>
              <w:spacing w:after="0"/>
              <w:jc w:val="right"/>
            </w:pPr>
            <w:r>
              <w:rPr>
                <w:sz w:val="16"/>
              </w:rPr>
              <w:t>2, 2005 to 2011 (2 zone-level)</w:t>
            </w:r>
          </w:p>
        </w:tc>
        <w:tc>
          <w:tcPr>
            <w:tcW w:type="dxa" w:w="1361"/>
          </w:tcPr>
          <w:p>
            <w:pPr>
              <w:spacing w:after="0"/>
              <w:jc w:val="left"/>
            </w:pPr>
          </w:p>
        </w:tc>
        <w:tc>
          <w:tcPr>
            <w:tcW w:type="dxa" w:w="2321"/>
          </w:tcPr>
          <w:p>
            <w:pPr>
              <w:spacing w:after="0"/>
              <w:jc w:val="left"/>
            </w:pPr>
            <w:r>
              <w:rPr>
                <w:sz w:val="16"/>
              </w:rPr>
              <w:t>Ice Storm, 2011-01-10, $25,000 property; $0 crops, reported for the zone (2011 dollars); NWS zone GAZ128 (TURNER), zone-level: may include parts of neighboring counties</w:t>
            </w:r>
          </w:p>
        </w:tc>
        <w:tc>
          <w:tcPr>
            <w:tcW w:type="dxa" w:w="15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Ice thickness: in event narratives only; local data required.</w:t>
            </w:r>
          </w:p>
        </w:tc>
      </w:tr>
      <w:tr>
        <w:trPr>
          <w:cantSplit/>
        </w:trPr>
        <w:tc>
          <w:tcPr>
            <w:tcW w:type="dxa" w:w="1740"/>
          </w:tcPr>
          <w:p>
            <w:pPr>
              <w:spacing w:after="0"/>
              <w:jc w:val="left"/>
            </w:pPr>
            <w:r>
              <w:rPr>
                <w:sz w:val="16"/>
              </w:rPr>
              <w:t>Flash Flood, Flood, Lakeshore Flood</w:t>
            </w:r>
          </w:p>
        </w:tc>
        <w:tc>
          <w:tcPr>
            <w:tcW w:type="dxa" w:w="1736"/>
          </w:tcPr>
          <w:p>
            <w:pPr>
              <w:spacing w:after="0"/>
              <w:jc w:val="left"/>
            </w:pPr>
            <w:r>
              <w:rPr>
                <w:sz w:val="16"/>
              </w:rPr>
              <w:t>damage and flood days (FIRM for depth)</w:t>
            </w:r>
          </w:p>
        </w:tc>
        <w:tc>
          <w:tcPr>
            <w:tcW w:type="dxa" w:w="1560"/>
          </w:tcPr>
          <w:p>
            <w:pPr>
              <w:spacing w:after="0"/>
              <w:jc w:val="right"/>
            </w:pPr>
            <w:r>
              <w:rPr>
                <w:sz w:val="16"/>
              </w:rPr>
              <w:t>32, 2013 to 2024</w:t>
            </w:r>
          </w:p>
        </w:tc>
        <w:tc>
          <w:tcPr>
            <w:tcW w:type="dxa" w:w="1361"/>
          </w:tcPr>
          <w:p>
            <w:pPr>
              <w:spacing w:after="0"/>
              <w:jc w:val="left"/>
            </w:pPr>
          </w:p>
        </w:tc>
        <w:tc>
          <w:tcPr>
            <w:tcW w:type="dxa" w:w="2321"/>
          </w:tcPr>
          <w:p>
            <w:pPr>
              <w:spacing w:after="0"/>
              <w:jc w:val="left"/>
            </w:pPr>
            <w:r>
              <w:rPr>
                <w:sz w:val="16"/>
              </w:rPr>
              <w:t>No damage reported in 32 records.</w:t>
            </w:r>
          </w:p>
        </w:tc>
        <w:tc>
          <w:tcPr>
            <w:tcW w:type="dxa" w:w="1525"/>
          </w:tcPr>
          <w:p>
            <w:pPr>
              <w:spacing w:after="0"/>
              <w:jc w:val="left"/>
            </w:pPr>
          </w:p>
        </w:tc>
        <w:tc>
          <w:tcPr>
            <w:tcW w:type="dxa" w:w="1628"/>
          </w:tcPr>
          <w:p>
            <w:pPr>
              <w:spacing w:after="0"/>
              <w:jc w:val="left"/>
            </w:pPr>
            <w:r>
              <w:rPr>
                <w:sz w:val="16"/>
              </w:rPr>
              <w:t>Event records naming member places: Ashburn city (8 records), Rebecca town (2 records), Sycamore city (1 record).</w:t>
            </w:r>
          </w:p>
        </w:tc>
        <w:tc>
          <w:tcPr>
            <w:tcW w:type="dxa" w:w="224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0"/>
          </w:tcPr>
          <w:p>
            <w:pPr>
              <w:spacing w:after="0"/>
              <w:jc w:val="left"/>
            </w:pPr>
            <w:r>
              <w:rPr>
                <w:sz w:val="16"/>
              </w:rPr>
              <w:t>Debris Flow</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Lightning</w:t>
            </w:r>
          </w:p>
        </w:tc>
        <w:tc>
          <w:tcPr>
            <w:tcW w:type="dxa" w:w="1736"/>
          </w:tcPr>
          <w:p>
            <w:pPr>
              <w:spacing w:after="0"/>
              <w:jc w:val="left"/>
            </w:pPr>
            <w:r>
              <w:rPr>
                <w:sz w:val="16"/>
              </w:rPr>
              <w:t>annualized frequency (the measure FEMA's Local Mitigation Planning Handbook names)</w:t>
            </w:r>
          </w:p>
        </w:tc>
        <w:tc>
          <w:tcPr>
            <w:tcW w:type="dxa" w:w="1560"/>
          </w:tcPr>
          <w:p>
            <w:pPr>
              <w:spacing w:after="0"/>
              <w:jc w:val="right"/>
            </w:pPr>
            <w:r>
              <w:rPr>
                <w:sz w:val="16"/>
              </w:rPr>
              <w:t>1, 2004 to 2004</w:t>
            </w:r>
          </w:p>
        </w:tc>
        <w:tc>
          <w:tcPr>
            <w:tcW w:type="dxa" w:w="1361"/>
          </w:tcPr>
          <w:p>
            <w:pPr>
              <w:spacing w:after="0"/>
              <w:jc w:val="left"/>
            </w:pPr>
          </w:p>
        </w:tc>
        <w:tc>
          <w:tcPr>
            <w:tcW w:type="dxa" w:w="2321"/>
          </w:tcPr>
          <w:p>
            <w:pPr>
              <w:spacing w:after="0"/>
              <w:jc w:val="left"/>
            </w:pPr>
            <w:r>
              <w:rPr>
                <w:sz w:val="16"/>
              </w:rPr>
              <w:t>Lightning, 2004-07-07, damage not reported, 2 direct injuries</w:t>
            </w:r>
          </w:p>
        </w:tc>
        <w:tc>
          <w:tcPr>
            <w:tcW w:type="dxa" w:w="1525"/>
          </w:tcPr>
          <w:p>
            <w:pPr>
              <w:spacing w:after="0"/>
              <w:jc w:val="left"/>
            </w:pPr>
          </w:p>
        </w:tc>
        <w:tc>
          <w:tcPr>
            <w:tcW w:type="dxa" w:w="1628"/>
          </w:tcPr>
          <w:p>
            <w:pPr>
              <w:spacing w:after="0"/>
              <w:jc w:val="left"/>
            </w:pPr>
            <w:r>
              <w:rPr>
                <w:sz w:val="16"/>
              </w:rPr>
              <w:t>Event records naming member places: Ashburn city (1 record).</w:t>
            </w:r>
          </w:p>
        </w:tc>
        <w:tc>
          <w:tcPr>
            <w:tcW w:type="dxa" w:w="2241"/>
          </w:tcPr>
          <w:p>
            <w:pPr>
              <w:spacing w:after="0"/>
              <w:jc w:val="left"/>
            </w:pPr>
            <w:r>
              <w:rPr>
                <w:sz w:val="16"/>
              </w:rPr>
              <w:t>Storm Events lists lightning with damage or casualties; physical measure in event narratives only; local data required.</w:t>
            </w:r>
          </w:p>
        </w:tc>
      </w:tr>
      <w:tr>
        <w:trPr>
          <w:cantSplit/>
        </w:trPr>
        <w:tc>
          <w:tcPr>
            <w:tcW w:type="dxa" w:w="1740"/>
          </w:tcPr>
          <w:p>
            <w:pPr>
              <w:spacing w:after="0"/>
              <w:jc w:val="left"/>
            </w:pPr>
            <w:r>
              <w:rPr>
                <w:sz w:val="16"/>
              </w:rPr>
              <w:t>High Wind and Strong Wind (outside NRI Strong Wind definition)</w:t>
            </w:r>
          </w:p>
        </w:tc>
        <w:tc>
          <w:tcPr>
            <w:tcW w:type="dxa" w:w="1736"/>
          </w:tcPr>
          <w:p>
            <w:pPr>
              <w:spacing w:after="0"/>
              <w:jc w:val="left"/>
            </w:pPr>
            <w:r>
              <w:rPr>
                <w:sz w:val="16"/>
              </w:rPr>
              <w:t>wind speed (kt and mph)</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p>
        </w:tc>
      </w:tr>
      <w:tr>
        <w:trPr>
          <w:cantSplit/>
        </w:trPr>
        <w:tc>
          <w:tcPr>
            <w:tcW w:type="dxa" w:w="1740"/>
          </w:tcPr>
          <w:p>
            <w:pPr>
              <w:spacing w:after="0"/>
              <w:jc w:val="left"/>
            </w:pPr>
            <w:r>
              <w:rPr>
                <w:sz w:val="16"/>
              </w:rPr>
              <w:t>Thunderstorm Wind</w:t>
            </w:r>
          </w:p>
        </w:tc>
        <w:tc>
          <w:tcPr>
            <w:tcW w:type="dxa" w:w="1736"/>
          </w:tcPr>
          <w:p>
            <w:pPr>
              <w:spacing w:after="0"/>
              <w:jc w:val="left"/>
            </w:pPr>
            <w:r>
              <w:rPr>
                <w:sz w:val="16"/>
              </w:rPr>
              <w:t>wind speed (kt and mph)</w:t>
            </w:r>
          </w:p>
        </w:tc>
        <w:tc>
          <w:tcPr>
            <w:tcW w:type="dxa" w:w="1560"/>
          </w:tcPr>
          <w:p>
            <w:pPr>
              <w:spacing w:after="0"/>
              <w:jc w:val="right"/>
            </w:pPr>
            <w:r>
              <w:rPr>
                <w:sz w:val="16"/>
              </w:rPr>
              <w:t>113, 1974 to 2026</w:t>
            </w:r>
          </w:p>
        </w:tc>
        <w:tc>
          <w:tcPr>
            <w:tcW w:type="dxa" w:w="1361"/>
          </w:tcPr>
          <w:p>
            <w:pPr>
              <w:spacing w:after="0"/>
              <w:jc w:val="left"/>
            </w:pPr>
            <w:r>
              <w:rPr>
                <w:sz w:val="16"/>
              </w:rPr>
              <w:t>50 kt (58 mph) to 70 kt (81 mph) (median 50 kt (58 mph)); 77 with a recorded value</w:t>
            </w:r>
          </w:p>
        </w:tc>
        <w:tc>
          <w:tcPr>
            <w:tcW w:type="dxa" w:w="2321"/>
          </w:tcPr>
          <w:p>
            <w:pPr>
              <w:spacing w:after="0"/>
              <w:jc w:val="left"/>
            </w:pPr>
            <w:r>
              <w:rPr>
                <w:sz w:val="16"/>
              </w:rPr>
              <w:t>70 kt (81 mph) estimated gust, Thunderstorm Wind, 2017-01-02, 1 direct death</w:t>
            </w:r>
          </w:p>
        </w:tc>
        <w:tc>
          <w:tcPr>
            <w:tcW w:type="dxa" w:w="1525"/>
          </w:tcPr>
          <w:p>
            <w:pPr>
              <w:spacing w:after="0"/>
              <w:jc w:val="left"/>
            </w:pPr>
            <w:r>
              <w:rPr>
                <w:sz w:val="16"/>
              </w:rPr>
              <w:t>Thunderstorm Wind, 2008-02-26, $500,000 property; $0 crops (2008 dollars)</w:t>
            </w:r>
          </w:p>
        </w:tc>
        <w:tc>
          <w:tcPr>
            <w:tcW w:type="dxa" w:w="1628"/>
          </w:tcPr>
          <w:p>
            <w:pPr>
              <w:spacing w:after="0"/>
              <w:jc w:val="left"/>
            </w:pPr>
            <w:r>
              <w:rPr>
                <w:sz w:val="16"/>
              </w:rPr>
              <w:t>Event records naming member places: Ashburn city (34 records), Rebecca town (13 records), Sycamore city (12 records).</w:t>
            </w:r>
          </w:p>
        </w:tc>
        <w:tc>
          <w:tcPr>
            <w:tcW w:type="dxa" w:w="2241"/>
          </w:tcPr>
          <w:p>
            <w:pPr>
              <w:spacing w:after="0"/>
              <w:jc w:val="left"/>
            </w:pPr>
          </w:p>
        </w:tc>
      </w:tr>
      <w:tr>
        <w:trPr>
          <w:cantSplit/>
        </w:trPr>
        <w:tc>
          <w:tcPr>
            <w:tcW w:type="dxa" w:w="1740"/>
          </w:tcPr>
          <w:p>
            <w:pPr>
              <w:spacing w:after="0"/>
              <w:jc w:val="left"/>
            </w:pPr>
            <w:r>
              <w:rPr>
                <w:sz w:val="16"/>
              </w:rPr>
              <w:t>Tornado</w:t>
            </w:r>
          </w:p>
        </w:tc>
        <w:tc>
          <w:tcPr>
            <w:tcW w:type="dxa" w:w="1736"/>
          </w:tcPr>
          <w:p>
            <w:pPr>
              <w:spacing w:after="0"/>
              <w:jc w:val="left"/>
            </w:pPr>
            <w:r>
              <w:rPr>
                <w:sz w:val="16"/>
              </w:rPr>
              <w:t>Enhanced Fujita (F before Feb 2007)</w:t>
            </w:r>
          </w:p>
        </w:tc>
        <w:tc>
          <w:tcPr>
            <w:tcW w:type="dxa" w:w="1560"/>
          </w:tcPr>
          <w:p>
            <w:pPr>
              <w:spacing w:after="0"/>
              <w:jc w:val="right"/>
            </w:pPr>
            <w:r>
              <w:rPr>
                <w:sz w:val="16"/>
              </w:rPr>
              <w:t>10, 1968 to 2023</w:t>
            </w:r>
          </w:p>
        </w:tc>
        <w:tc>
          <w:tcPr>
            <w:tcW w:type="dxa" w:w="1361"/>
          </w:tcPr>
          <w:p>
            <w:pPr>
              <w:spacing w:after="0"/>
              <w:jc w:val="left"/>
            </w:pPr>
            <w:r>
              <w:rPr>
                <w:sz w:val="16"/>
              </w:rPr>
              <w:t>F/EF0 to F/EF3 (median F/EF1); 10 with a recorded value</w:t>
            </w:r>
          </w:p>
        </w:tc>
        <w:tc>
          <w:tcPr>
            <w:tcW w:type="dxa" w:w="2321"/>
          </w:tcPr>
          <w:p>
            <w:pPr>
              <w:spacing w:after="0"/>
              <w:jc w:val="left"/>
            </w:pPr>
            <w:r>
              <w:rPr>
                <w:sz w:val="16"/>
              </w:rPr>
              <w:t>EF3 tornado, 2017-01-22, 18.5 mi within this county, 2,200 yd wide, $5,000,000 property; $0 crops (2017 dollars), 25 direct injuries</w:t>
            </w:r>
          </w:p>
        </w:tc>
        <w:tc>
          <w:tcPr>
            <w:tcW w:type="dxa" w:w="1525"/>
          </w:tcPr>
          <w:p>
            <w:pPr>
              <w:spacing w:after="0"/>
              <w:jc w:val="left"/>
            </w:pPr>
          </w:p>
        </w:tc>
        <w:tc>
          <w:tcPr>
            <w:tcW w:type="dxa" w:w="1628"/>
          </w:tcPr>
          <w:p>
            <w:pPr>
              <w:spacing w:after="0"/>
              <w:jc w:val="left"/>
            </w:pPr>
            <w:r>
              <w:rPr>
                <w:sz w:val="16"/>
              </w:rPr>
              <w:t>Event records naming member places: Rebecca town (2 records), Ashburn city (1 record), Sycamore city (1 record).</w:t>
            </w:r>
          </w:p>
        </w:tc>
        <w:tc>
          <w:tcPr>
            <w:tcW w:type="dxa" w:w="224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0"/>
          </w:tcPr>
          <w:p>
            <w:pPr>
              <w:spacing w:after="0"/>
              <w:jc w:val="left"/>
            </w:pPr>
            <w:r>
              <w:rPr>
                <w:sz w:val="16"/>
              </w:rPr>
              <w:t>Tsunami</w:t>
            </w:r>
          </w:p>
        </w:tc>
        <w:tc>
          <w:tcPr>
            <w:tcW w:type="dxa" w:w="1736"/>
          </w:tcPr>
          <w:p>
            <w:pPr>
              <w:spacing w:after="0"/>
              <w:jc w:val="left"/>
            </w:pPr>
            <w:r>
              <w:rPr>
                <w:sz w:val="16"/>
              </w:rPr>
              <w:t>none (count and damage)</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Volcanic Ash, Volcanic Ashfall</w:t>
            </w:r>
          </w:p>
        </w:tc>
        <w:tc>
          <w:tcPr>
            <w:tcW w:type="dxa" w:w="1736"/>
          </w:tcPr>
          <w:p>
            <w:pPr>
              <w:spacing w:after="0"/>
              <w:jc w:val="left"/>
            </w:pPr>
            <w:r>
              <w:rPr>
                <w:sz w:val="16"/>
              </w:rPr>
              <w:t>Volcanic Explosivity Index (local data)</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r>
              <w:rPr>
                <w:sz w:val="16"/>
              </w:rPr>
              <w:t>Physical measure: in event narratives only; local data required.</w:t>
            </w:r>
          </w:p>
        </w:tc>
      </w:tr>
      <w:tr>
        <w:trPr>
          <w:cantSplit/>
        </w:trPr>
        <w:tc>
          <w:tcPr>
            <w:tcW w:type="dxa" w:w="1740"/>
          </w:tcPr>
          <w:p>
            <w:pPr>
              <w:spacing w:after="0"/>
              <w:jc w:val="left"/>
            </w:pPr>
            <w:r>
              <w:rPr>
                <w:sz w:val="16"/>
              </w:rPr>
              <w:t>Wildfire</w:t>
            </w:r>
          </w:p>
        </w:tc>
        <w:tc>
          <w:tcPr>
            <w:tcW w:type="dxa" w:w="1736"/>
          </w:tcPr>
          <w:p>
            <w:pPr>
              <w:spacing w:after="0"/>
              <w:jc w:val="left"/>
            </w:pPr>
            <w:r>
              <w:rPr>
                <w:sz w:val="16"/>
              </w:rPr>
              <w:t>acres burned (local data)</w:t>
            </w:r>
          </w:p>
        </w:tc>
        <w:tc>
          <w:tcPr>
            <w:tcW w:type="dxa" w:w="1560"/>
          </w:tcPr>
          <w:p>
            <w:pPr>
              <w:spacing w:after="0"/>
              <w:jc w:val="right"/>
            </w:pPr>
            <w:r>
              <w:rPr>
                <w:sz w:val="16"/>
              </w:rPr>
              <w:t>0</w:t>
            </w:r>
          </w:p>
        </w:tc>
        <w:tc>
          <w:tcPr>
            <w:tcW w:type="dxa" w:w="1361"/>
          </w:tcPr>
          <w:p>
            <w:pPr>
              <w:spacing w:after="0"/>
              <w:jc w:val="left"/>
            </w:pPr>
          </w:p>
        </w:tc>
        <w:tc>
          <w:tcPr>
            <w:tcW w:type="dxa" w:w="2321"/>
          </w:tcPr>
          <w:p>
            <w:pPr>
              <w:spacing w:after="0"/>
              <w:jc w:val="left"/>
            </w:pPr>
          </w:p>
        </w:tc>
        <w:tc>
          <w:tcPr>
            <w:tcW w:type="dxa" w:w="1525"/>
          </w:tcPr>
          <w:p>
            <w:pPr>
              <w:spacing w:after="0"/>
              <w:jc w:val="left"/>
            </w:pPr>
          </w:p>
        </w:tc>
        <w:tc>
          <w:tcPr>
            <w:tcW w:type="dxa" w:w="1628"/>
          </w:tcPr>
          <w:p>
            <w:pPr>
              <w:spacing w:after="0"/>
              <w:jc w:val="left"/>
            </w:pPr>
          </w:p>
        </w:tc>
        <w:tc>
          <w:tcPr>
            <w:tcW w:type="dxa" w:w="2241"/>
          </w:tcPr>
          <w:p>
            <w:pPr>
              <w:spacing w:after="0"/>
              <w:jc w:val="left"/>
            </w:pPr>
            <w:r>
              <w:rPr>
                <w:sz w:val="16"/>
              </w:rPr>
              <w:t>Acres burned: in event narratives only; local data required.</w:t>
            </w:r>
          </w:p>
        </w:tc>
      </w:tr>
      <w:tr>
        <w:trPr>
          <w:cantSplit/>
        </w:trPr>
        <w:tc>
          <w:tcPr>
            <w:tcW w:type="dxa" w:w="1740"/>
          </w:tcPr>
          <w:p>
            <w:pPr>
              <w:spacing w:after="0"/>
              <w:jc w:val="left"/>
            </w:pPr>
            <w:r>
              <w:rPr>
                <w:sz w:val="16"/>
              </w:rPr>
              <w:t>Winter Storm, Heavy Snow, Blizzard, Lake-Effect Snow, Winter Weather, Sleet</w:t>
            </w:r>
          </w:p>
        </w:tc>
        <w:tc>
          <w:tcPr>
            <w:tcW w:type="dxa" w:w="1736"/>
          </w:tcPr>
          <w:p>
            <w:pPr>
              <w:spacing w:after="0"/>
              <w:jc w:val="left"/>
            </w:pPr>
            <w:r>
              <w:rPr>
                <w:sz w:val="16"/>
              </w:rPr>
              <w:t>none in data (snowfall local)</w:t>
            </w:r>
          </w:p>
        </w:tc>
        <w:tc>
          <w:tcPr>
            <w:tcW w:type="dxa" w:w="1560"/>
          </w:tcPr>
          <w:p>
            <w:pPr>
              <w:spacing w:after="0"/>
              <w:jc w:val="right"/>
            </w:pPr>
            <w:r>
              <w:rPr>
                <w:sz w:val="16"/>
              </w:rPr>
              <w:t>3, 2014 to 2025 (3 zone-level)</w:t>
            </w:r>
          </w:p>
        </w:tc>
        <w:tc>
          <w:tcPr>
            <w:tcW w:type="dxa" w:w="1361"/>
          </w:tcPr>
          <w:p>
            <w:pPr>
              <w:spacing w:after="0"/>
              <w:jc w:val="left"/>
            </w:pPr>
          </w:p>
        </w:tc>
        <w:tc>
          <w:tcPr>
            <w:tcW w:type="dxa" w:w="2321"/>
          </w:tcPr>
          <w:p>
            <w:pPr>
              <w:spacing w:after="0"/>
              <w:jc w:val="left"/>
            </w:pPr>
            <w:r>
              <w:rPr>
                <w:sz w:val="16"/>
              </w:rPr>
              <w:t>No damage reported in 3 records.</w:t>
            </w:r>
          </w:p>
        </w:tc>
        <w:tc>
          <w:tcPr>
            <w:tcW w:type="dxa" w:w="1525"/>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4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16</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8"/>
        <w:gridCol w:w="1128"/>
        <w:gridCol w:w="1128"/>
        <w:gridCol w:w="1516"/>
        <w:gridCol w:w="2682"/>
        <w:gridCol w:w="2487"/>
        <w:gridCol w:w="1555"/>
        <w:gridCol w:w="1516"/>
        <w:gridCol w:w="972"/>
      </w:tblGrid>
      <w:tr>
        <w:trPr>
          <w:cantSplit/>
          <w:tblHeader/>
        </w:trPr>
        <w:tc>
          <w:tcPr>
            <w:tcW w:type="dxa" w:w="1128"/>
            <w:shd w:val="clear" w:color="auto" w:fill="E8E8E8"/>
          </w:tcPr>
          <w:p>
            <w:pPr>
              <w:spacing w:after="0"/>
              <w:jc w:val="left"/>
            </w:pPr>
            <w:r>
              <w:rPr>
                <w:b/>
                <w:sz w:val="16"/>
              </w:rPr>
              <w:t>Declared</w:t>
            </w:r>
          </w:p>
        </w:tc>
        <w:tc>
          <w:tcPr>
            <w:tcW w:type="dxa" w:w="1128"/>
            <w:shd w:val="clear" w:color="auto" w:fill="E8E8E8"/>
          </w:tcPr>
          <w:p>
            <w:pPr>
              <w:spacing w:after="0"/>
              <w:jc w:val="left"/>
            </w:pPr>
            <w:r>
              <w:rPr>
                <w:b/>
                <w:sz w:val="16"/>
              </w:rPr>
              <w:t>Incident began</w:t>
            </w:r>
          </w:p>
        </w:tc>
        <w:tc>
          <w:tcPr>
            <w:tcW w:type="dxa" w:w="1128"/>
            <w:shd w:val="clear" w:color="auto" w:fill="E8E8E8"/>
          </w:tcPr>
          <w:p>
            <w:pPr>
              <w:spacing w:after="0"/>
              <w:jc w:val="left"/>
            </w:pPr>
            <w:r>
              <w:rPr>
                <w:b/>
                <w:sz w:val="16"/>
              </w:rPr>
              <w:t>FEMA number</w:t>
            </w:r>
          </w:p>
        </w:tc>
        <w:tc>
          <w:tcPr>
            <w:tcW w:type="dxa" w:w="1516"/>
            <w:shd w:val="clear" w:color="auto" w:fill="E8E8E8"/>
          </w:tcPr>
          <w:p>
            <w:pPr>
              <w:spacing w:after="0"/>
              <w:jc w:val="left"/>
            </w:pPr>
            <w:r>
              <w:rPr>
                <w:b/>
                <w:sz w:val="16"/>
              </w:rPr>
              <w:t>Type</w:t>
            </w:r>
          </w:p>
        </w:tc>
        <w:tc>
          <w:tcPr>
            <w:tcW w:type="dxa" w:w="2682"/>
            <w:shd w:val="clear" w:color="auto" w:fill="E8E8E8"/>
          </w:tcPr>
          <w:p>
            <w:pPr>
              <w:spacing w:after="0"/>
              <w:jc w:val="left"/>
            </w:pPr>
            <w:r>
              <w:rPr>
                <w:b/>
                <w:sz w:val="16"/>
              </w:rPr>
              <w:t>Title</w:t>
            </w:r>
          </w:p>
        </w:tc>
        <w:tc>
          <w:tcPr>
            <w:tcW w:type="dxa" w:w="2487"/>
            <w:shd w:val="clear" w:color="auto" w:fill="E8E8E8"/>
          </w:tcPr>
          <w:p>
            <w:pPr>
              <w:spacing w:after="0"/>
              <w:jc w:val="left"/>
            </w:pPr>
            <w:r>
              <w:rPr>
                <w:b/>
                <w:sz w:val="16"/>
              </w:rPr>
              <w:t>Mapped hazard</w:t>
            </w:r>
          </w:p>
        </w:tc>
        <w:tc>
          <w:tcPr>
            <w:tcW w:type="dxa" w:w="15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16"/>
            <w:shd w:val="clear" w:color="auto" w:fill="E8E8E8"/>
          </w:tcPr>
          <w:p>
            <w:pPr>
              <w:spacing w:after="0"/>
              <w:jc w:val="left"/>
            </w:pPr>
            <w:r>
              <w:rPr>
                <w:b/>
                <w:sz w:val="16"/>
              </w:rPr>
              <w:t>Flags</w:t>
            </w:r>
          </w:p>
        </w:tc>
        <w:tc>
          <w:tcPr>
            <w:tcW w:type="dxa" w:w="972"/>
            <w:shd w:val="clear" w:color="auto" w:fill="E8E8E8"/>
          </w:tcPr>
          <w:p>
            <w:pPr>
              <w:spacing w:after="0"/>
              <w:jc w:val="left"/>
            </w:pPr>
            <w:r>
              <w:rPr>
                <w:b/>
                <w:sz w:val="16"/>
              </w:rPr>
              <w:t>Notes</w:t>
            </w:r>
          </w:p>
        </w:tc>
      </w:tr>
      <w:tr>
        <w:trPr>
          <w:cantSplit/>
        </w:trPr>
        <w:tc>
          <w:tcPr>
            <w:tcW w:type="dxa" w:w="1128"/>
          </w:tcPr>
          <w:p>
            <w:pPr>
              <w:spacing w:after="0"/>
              <w:jc w:val="left"/>
            </w:pPr>
            <w:r>
              <w:rPr>
                <w:sz w:val="16"/>
              </w:rPr>
              <w:t>2024-09-30</w:t>
            </w:r>
          </w:p>
        </w:tc>
        <w:tc>
          <w:tcPr>
            <w:tcW w:type="dxa" w:w="1128"/>
          </w:tcPr>
          <w:p>
            <w:pPr>
              <w:spacing w:after="0"/>
              <w:jc w:val="left"/>
            </w:pPr>
            <w:r>
              <w:rPr>
                <w:sz w:val="16"/>
              </w:rPr>
              <w:t>2024-09-24</w:t>
            </w:r>
          </w:p>
        </w:tc>
        <w:tc>
          <w:tcPr>
            <w:tcW w:type="dxa" w:w="1128"/>
          </w:tcPr>
          <w:p>
            <w:pPr>
              <w:spacing w:after="0"/>
              <w:jc w:val="left"/>
            </w:pPr>
            <w:r>
              <w:rPr>
                <w:sz w:val="16"/>
              </w:rPr>
              <w:t>DR-4830-GA</w:t>
            </w:r>
          </w:p>
        </w:tc>
        <w:tc>
          <w:tcPr>
            <w:tcW w:type="dxa" w:w="1516"/>
          </w:tcPr>
          <w:p>
            <w:pPr>
              <w:spacing w:after="0"/>
              <w:jc w:val="left"/>
            </w:pPr>
            <w:r>
              <w:rPr>
                <w:sz w:val="16"/>
              </w:rPr>
              <w:t>Major disaster</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$198,778.35</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2024-09-26</w:t>
            </w:r>
          </w:p>
        </w:tc>
        <w:tc>
          <w:tcPr>
            <w:tcW w:type="dxa" w:w="1128"/>
          </w:tcPr>
          <w:p>
            <w:pPr>
              <w:spacing w:after="0"/>
              <w:jc w:val="left"/>
            </w:pPr>
            <w:r>
              <w:rPr>
                <w:sz w:val="16"/>
              </w:rPr>
              <w:t>2024-09-24</w:t>
            </w:r>
          </w:p>
        </w:tc>
        <w:tc>
          <w:tcPr>
            <w:tcW w:type="dxa" w:w="1128"/>
          </w:tcPr>
          <w:p>
            <w:pPr>
              <w:spacing w:after="0"/>
              <w:jc w:val="left"/>
            </w:pPr>
            <w:r>
              <w:rPr>
                <w:sz w:val="16"/>
              </w:rPr>
              <w:t>EM-3616-GA</w:t>
            </w:r>
          </w:p>
        </w:tc>
        <w:tc>
          <w:tcPr>
            <w:tcW w:type="dxa" w:w="1516"/>
          </w:tcPr>
          <w:p>
            <w:pPr>
              <w:spacing w:after="0"/>
              <w:jc w:val="left"/>
            </w:pPr>
            <w:r>
              <w:rPr>
                <w:sz w:val="16"/>
              </w:rPr>
              <w:t>Emergency</w:t>
            </w:r>
          </w:p>
        </w:tc>
        <w:tc>
          <w:tcPr>
            <w:tcW w:type="dxa" w:w="2682"/>
          </w:tcPr>
          <w:p>
            <w:pPr>
              <w:spacing w:after="0"/>
              <w:jc w:val="left"/>
            </w:pPr>
            <w:r>
              <w:rPr>
                <w:sz w:val="16"/>
              </w:rPr>
              <w:t>HURRICANE HELENE</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r>
              <w:rPr>
                <w:sz w:val="16"/>
              </w:rPr>
              <w:t>same incident as DR-4830</w:t>
            </w:r>
          </w:p>
        </w:tc>
      </w:tr>
      <w:tr>
        <w:trPr>
          <w:cantSplit/>
        </w:trPr>
        <w:tc>
          <w:tcPr>
            <w:tcW w:type="dxa" w:w="1128"/>
          </w:tcPr>
          <w:p>
            <w:pPr>
              <w:spacing w:after="0"/>
              <w:jc w:val="left"/>
            </w:pPr>
            <w:r>
              <w:rPr>
                <w:sz w:val="16"/>
              </w:rPr>
              <w:t>2024-08-05</w:t>
            </w:r>
          </w:p>
        </w:tc>
        <w:tc>
          <w:tcPr>
            <w:tcW w:type="dxa" w:w="1128"/>
          </w:tcPr>
          <w:p>
            <w:pPr>
              <w:spacing w:after="0"/>
              <w:jc w:val="left"/>
            </w:pPr>
            <w:r>
              <w:rPr>
                <w:sz w:val="16"/>
              </w:rPr>
              <w:t>2024-08-04</w:t>
            </w:r>
          </w:p>
        </w:tc>
        <w:tc>
          <w:tcPr>
            <w:tcW w:type="dxa" w:w="1128"/>
          </w:tcPr>
          <w:p>
            <w:pPr>
              <w:spacing w:after="0"/>
              <w:jc w:val="left"/>
            </w:pPr>
            <w:r>
              <w:rPr>
                <w:sz w:val="16"/>
              </w:rPr>
              <w:t>EM-3607-GA</w:t>
            </w:r>
          </w:p>
        </w:tc>
        <w:tc>
          <w:tcPr>
            <w:tcW w:type="dxa" w:w="1516"/>
          </w:tcPr>
          <w:p>
            <w:pPr>
              <w:spacing w:after="0"/>
              <w:jc w:val="left"/>
            </w:pPr>
            <w:r>
              <w:rPr>
                <w:sz w:val="16"/>
              </w:rPr>
              <w:t>Emergency</w:t>
            </w:r>
          </w:p>
        </w:tc>
        <w:tc>
          <w:tcPr>
            <w:tcW w:type="dxa" w:w="2682"/>
          </w:tcPr>
          <w:p>
            <w:pPr>
              <w:spacing w:after="0"/>
              <w:jc w:val="left"/>
            </w:pPr>
            <w:r>
              <w:rPr>
                <w:sz w:val="16"/>
              </w:rPr>
              <w:t>HURRICANE DEBBY</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r>
              <w:rPr>
                <w:sz w:val="16"/>
              </w:rPr>
              <w:t>new since last plan; within last 5 years</w:t>
            </w:r>
          </w:p>
        </w:tc>
        <w:tc>
          <w:tcPr>
            <w:tcW w:type="dxa" w:w="972"/>
          </w:tcPr>
          <w:p>
            <w:pPr>
              <w:spacing w:after="0"/>
              <w:jc w:val="left"/>
            </w:pPr>
          </w:p>
        </w:tc>
      </w:tr>
      <w:tr>
        <w:trPr>
          <w:cantSplit/>
        </w:trPr>
        <w:tc>
          <w:tcPr>
            <w:tcW w:type="dxa" w:w="1128"/>
          </w:tcPr>
          <w:p>
            <w:pPr>
              <w:spacing w:after="0"/>
              <w:jc w:val="left"/>
            </w:pPr>
            <w:r>
              <w:rPr>
                <w:sz w:val="16"/>
              </w:rPr>
              <w:t>2020-03-29</w:t>
            </w:r>
          </w:p>
        </w:tc>
        <w:tc>
          <w:tcPr>
            <w:tcW w:type="dxa" w:w="1128"/>
          </w:tcPr>
          <w:p>
            <w:pPr>
              <w:spacing w:after="0"/>
              <w:jc w:val="left"/>
            </w:pPr>
            <w:r>
              <w:rPr>
                <w:sz w:val="16"/>
              </w:rPr>
              <w:t>2020-01-20</w:t>
            </w:r>
          </w:p>
        </w:tc>
        <w:tc>
          <w:tcPr>
            <w:tcW w:type="dxa" w:w="1128"/>
          </w:tcPr>
          <w:p>
            <w:pPr>
              <w:spacing w:after="0"/>
              <w:jc w:val="left"/>
            </w:pPr>
            <w:r>
              <w:rPr>
                <w:sz w:val="16"/>
              </w:rPr>
              <w:t>DR-4501-GA</w:t>
            </w:r>
          </w:p>
        </w:tc>
        <w:tc>
          <w:tcPr>
            <w:tcW w:type="dxa" w:w="1516"/>
          </w:tcPr>
          <w:p>
            <w:pPr>
              <w:spacing w:after="0"/>
              <w:jc w:val="left"/>
            </w:pPr>
            <w:r>
              <w:rPr>
                <w:sz w:val="16"/>
              </w:rPr>
              <w:t>Major disaster</w:t>
            </w:r>
          </w:p>
        </w:tc>
        <w:tc>
          <w:tcPr>
            <w:tcW w:type="dxa" w:w="2682"/>
          </w:tcPr>
          <w:p>
            <w:pPr>
              <w:spacing w:after="0"/>
              <w:jc w:val="left"/>
            </w:pPr>
            <w:r>
              <w:rPr>
                <w:sz w:val="16"/>
              </w:rPr>
              <w:t>COVID-19 PANDEMIC</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2020-03-13</w:t>
            </w:r>
          </w:p>
        </w:tc>
        <w:tc>
          <w:tcPr>
            <w:tcW w:type="dxa" w:w="1128"/>
          </w:tcPr>
          <w:p>
            <w:pPr>
              <w:spacing w:after="0"/>
              <w:jc w:val="left"/>
            </w:pPr>
            <w:r>
              <w:rPr>
                <w:sz w:val="16"/>
              </w:rPr>
              <w:t>2020-01-20</w:t>
            </w:r>
          </w:p>
        </w:tc>
        <w:tc>
          <w:tcPr>
            <w:tcW w:type="dxa" w:w="1128"/>
          </w:tcPr>
          <w:p>
            <w:pPr>
              <w:spacing w:after="0"/>
              <w:jc w:val="left"/>
            </w:pPr>
            <w:r>
              <w:rPr>
                <w:sz w:val="16"/>
              </w:rPr>
              <w:t>EM-3464-GA</w:t>
            </w:r>
          </w:p>
        </w:tc>
        <w:tc>
          <w:tcPr>
            <w:tcW w:type="dxa" w:w="1516"/>
          </w:tcPr>
          <w:p>
            <w:pPr>
              <w:spacing w:after="0"/>
              <w:jc w:val="left"/>
            </w:pPr>
            <w:r>
              <w:rPr>
                <w:sz w:val="16"/>
              </w:rPr>
              <w:t>Emergency</w:t>
            </w:r>
          </w:p>
        </w:tc>
        <w:tc>
          <w:tcPr>
            <w:tcW w:type="dxa" w:w="2682"/>
          </w:tcPr>
          <w:p>
            <w:pPr>
              <w:spacing w:after="0"/>
              <w:jc w:val="left"/>
            </w:pPr>
            <w:r>
              <w:rPr>
                <w:sz w:val="16"/>
              </w:rPr>
              <w:t>COVID-19</w:t>
            </w:r>
          </w:p>
        </w:tc>
        <w:tc>
          <w:tcPr>
            <w:tcW w:type="dxa" w:w="2487"/>
          </w:tcPr>
          <w:p>
            <w:pPr>
              <w:spacing w:after="0"/>
              <w:jc w:val="left"/>
            </w:pPr>
            <w:r>
              <w:rPr>
                <w:sz w:val="16"/>
              </w:rPr>
              <w:t>Non-natural,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DR-4501</w:t>
            </w:r>
          </w:p>
        </w:tc>
      </w:tr>
      <w:tr>
        <w:trPr>
          <w:cantSplit/>
        </w:trPr>
        <w:tc>
          <w:tcPr>
            <w:tcW w:type="dxa" w:w="1128"/>
          </w:tcPr>
          <w:p>
            <w:pPr>
              <w:spacing w:after="0"/>
              <w:jc w:val="left"/>
            </w:pPr>
            <w:r>
              <w:rPr>
                <w:sz w:val="16"/>
              </w:rPr>
              <w:t>2018-10-14</w:t>
            </w:r>
          </w:p>
        </w:tc>
        <w:tc>
          <w:tcPr>
            <w:tcW w:type="dxa" w:w="1128"/>
          </w:tcPr>
          <w:p>
            <w:pPr>
              <w:spacing w:after="0"/>
              <w:jc w:val="left"/>
            </w:pPr>
            <w:r>
              <w:rPr>
                <w:sz w:val="16"/>
              </w:rPr>
              <w:t>2018-10-09</w:t>
            </w:r>
          </w:p>
        </w:tc>
        <w:tc>
          <w:tcPr>
            <w:tcW w:type="dxa" w:w="1128"/>
          </w:tcPr>
          <w:p>
            <w:pPr>
              <w:spacing w:after="0"/>
              <w:jc w:val="left"/>
            </w:pPr>
            <w:r>
              <w:rPr>
                <w:sz w:val="16"/>
              </w:rPr>
              <w:t>DR-4400-GA</w:t>
            </w:r>
          </w:p>
        </w:tc>
        <w:tc>
          <w:tcPr>
            <w:tcW w:type="dxa" w:w="1516"/>
          </w:tcPr>
          <w:p>
            <w:pPr>
              <w:spacing w:after="0"/>
              <w:jc w:val="left"/>
            </w:pPr>
            <w:r>
              <w:rPr>
                <w:sz w:val="16"/>
              </w:rPr>
              <w:t>Major disaster</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$529,231.41</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2018-10-10</w:t>
            </w:r>
          </w:p>
        </w:tc>
        <w:tc>
          <w:tcPr>
            <w:tcW w:type="dxa" w:w="1128"/>
          </w:tcPr>
          <w:p>
            <w:pPr>
              <w:spacing w:after="0"/>
              <w:jc w:val="left"/>
            </w:pPr>
            <w:r>
              <w:rPr>
                <w:sz w:val="16"/>
              </w:rPr>
              <w:t>2018-10-09</w:t>
            </w:r>
          </w:p>
        </w:tc>
        <w:tc>
          <w:tcPr>
            <w:tcW w:type="dxa" w:w="1128"/>
          </w:tcPr>
          <w:p>
            <w:pPr>
              <w:spacing w:after="0"/>
              <w:jc w:val="left"/>
            </w:pPr>
            <w:r>
              <w:rPr>
                <w:sz w:val="16"/>
              </w:rPr>
              <w:t>EM-3406-GA</w:t>
            </w:r>
          </w:p>
        </w:tc>
        <w:tc>
          <w:tcPr>
            <w:tcW w:type="dxa" w:w="1516"/>
          </w:tcPr>
          <w:p>
            <w:pPr>
              <w:spacing w:after="0"/>
              <w:jc w:val="left"/>
            </w:pPr>
            <w:r>
              <w:rPr>
                <w:sz w:val="16"/>
              </w:rPr>
              <w:t>Emergency</w:t>
            </w:r>
          </w:p>
        </w:tc>
        <w:tc>
          <w:tcPr>
            <w:tcW w:type="dxa" w:w="2682"/>
          </w:tcPr>
          <w:p>
            <w:pPr>
              <w:spacing w:after="0"/>
              <w:jc w:val="left"/>
            </w:pPr>
            <w:r>
              <w:rPr>
                <w:sz w:val="16"/>
              </w:rPr>
              <w:t>HURRICANE MICHAEL</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DR-4400</w:t>
            </w:r>
          </w:p>
        </w:tc>
      </w:tr>
      <w:tr>
        <w:trPr>
          <w:cantSplit/>
        </w:trPr>
        <w:tc>
          <w:tcPr>
            <w:tcW w:type="dxa" w:w="1128"/>
          </w:tcPr>
          <w:p>
            <w:pPr>
              <w:spacing w:after="0"/>
              <w:jc w:val="left"/>
            </w:pPr>
            <w:r>
              <w:rPr>
                <w:sz w:val="16"/>
              </w:rPr>
              <w:t>2017-09-15</w:t>
            </w:r>
          </w:p>
        </w:tc>
        <w:tc>
          <w:tcPr>
            <w:tcW w:type="dxa" w:w="1128"/>
          </w:tcPr>
          <w:p>
            <w:pPr>
              <w:spacing w:after="0"/>
              <w:jc w:val="left"/>
            </w:pPr>
            <w:r>
              <w:rPr>
                <w:sz w:val="16"/>
              </w:rPr>
              <w:t>2017-09-07</w:t>
            </w:r>
          </w:p>
        </w:tc>
        <w:tc>
          <w:tcPr>
            <w:tcW w:type="dxa" w:w="1128"/>
          </w:tcPr>
          <w:p>
            <w:pPr>
              <w:spacing w:after="0"/>
              <w:jc w:val="left"/>
            </w:pPr>
            <w:r>
              <w:rPr>
                <w:sz w:val="16"/>
              </w:rPr>
              <w:t>DR-4338-GA</w:t>
            </w:r>
          </w:p>
        </w:tc>
        <w:tc>
          <w:tcPr>
            <w:tcW w:type="dxa" w:w="1516"/>
          </w:tcPr>
          <w:p>
            <w:pPr>
              <w:spacing w:after="0"/>
              <w:jc w:val="left"/>
            </w:pPr>
            <w:r>
              <w:rPr>
                <w:sz w:val="16"/>
              </w:rPr>
              <w:t>Major disaster</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$111,275.92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2017-09-08</w:t>
            </w:r>
          </w:p>
        </w:tc>
        <w:tc>
          <w:tcPr>
            <w:tcW w:type="dxa" w:w="1128"/>
          </w:tcPr>
          <w:p>
            <w:pPr>
              <w:spacing w:after="0"/>
              <w:jc w:val="left"/>
            </w:pPr>
            <w:r>
              <w:rPr>
                <w:sz w:val="16"/>
              </w:rPr>
              <w:t>2017-09-07</w:t>
            </w:r>
          </w:p>
        </w:tc>
        <w:tc>
          <w:tcPr>
            <w:tcW w:type="dxa" w:w="1128"/>
          </w:tcPr>
          <w:p>
            <w:pPr>
              <w:spacing w:after="0"/>
              <w:jc w:val="left"/>
            </w:pPr>
            <w:r>
              <w:rPr>
                <w:sz w:val="16"/>
              </w:rPr>
              <w:t>EM-3387-GA</w:t>
            </w:r>
          </w:p>
        </w:tc>
        <w:tc>
          <w:tcPr>
            <w:tcW w:type="dxa" w:w="1516"/>
          </w:tcPr>
          <w:p>
            <w:pPr>
              <w:spacing w:after="0"/>
              <w:jc w:val="left"/>
            </w:pPr>
            <w:r>
              <w:rPr>
                <w:sz w:val="16"/>
              </w:rPr>
              <w:t>Emergency</w:t>
            </w:r>
          </w:p>
        </w:tc>
        <w:tc>
          <w:tcPr>
            <w:tcW w:type="dxa" w:w="2682"/>
          </w:tcPr>
          <w:p>
            <w:pPr>
              <w:spacing w:after="0"/>
              <w:jc w:val="left"/>
            </w:pPr>
            <w:r>
              <w:rPr>
                <w:sz w:val="16"/>
              </w:rPr>
              <w:t>HURRICANE IRMA</w:t>
            </w:r>
          </w:p>
        </w:tc>
        <w:tc>
          <w:tcPr>
            <w:tcW w:type="dxa" w:w="2487"/>
          </w:tcPr>
          <w:p>
            <w:pPr>
              <w:spacing w:after="0"/>
              <w:jc w:val="left"/>
            </w:pPr>
            <w:r>
              <w:rPr>
                <w:sz w:val="16"/>
              </w:rPr>
              <w:t>Hurricane</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r>
              <w:rPr>
                <w:sz w:val="16"/>
              </w:rPr>
              <w:t>same incident as DR-4338</w:t>
            </w:r>
          </w:p>
        </w:tc>
      </w:tr>
      <w:tr>
        <w:trPr>
          <w:cantSplit/>
        </w:trPr>
        <w:tc>
          <w:tcPr>
            <w:tcW w:type="dxa" w:w="1128"/>
          </w:tcPr>
          <w:p>
            <w:pPr>
              <w:spacing w:after="0"/>
              <w:jc w:val="left"/>
            </w:pPr>
            <w:r>
              <w:rPr>
                <w:sz w:val="16"/>
              </w:rPr>
              <w:t>2017-01-26</w:t>
            </w:r>
          </w:p>
        </w:tc>
        <w:tc>
          <w:tcPr>
            <w:tcW w:type="dxa" w:w="1128"/>
          </w:tcPr>
          <w:p>
            <w:pPr>
              <w:spacing w:after="0"/>
              <w:jc w:val="left"/>
            </w:pPr>
            <w:r>
              <w:rPr>
                <w:sz w:val="16"/>
              </w:rPr>
              <w:t>2017-01-21</w:t>
            </w:r>
          </w:p>
        </w:tc>
        <w:tc>
          <w:tcPr>
            <w:tcW w:type="dxa" w:w="1128"/>
          </w:tcPr>
          <w:p>
            <w:pPr>
              <w:spacing w:after="0"/>
              <w:jc w:val="left"/>
            </w:pPr>
            <w:r>
              <w:rPr>
                <w:sz w:val="16"/>
              </w:rPr>
              <w:t>DR-4297-GA</w:t>
            </w:r>
          </w:p>
        </w:tc>
        <w:tc>
          <w:tcPr>
            <w:tcW w:type="dxa" w:w="1516"/>
          </w:tcPr>
          <w:p>
            <w:pPr>
              <w:spacing w:after="0"/>
              <w:jc w:val="left"/>
            </w:pPr>
            <w:r>
              <w:rPr>
                <w:sz w:val="16"/>
              </w:rPr>
              <w:t>Major disaster</w:t>
            </w:r>
          </w:p>
        </w:tc>
        <w:tc>
          <w:tcPr>
            <w:tcW w:type="dxa" w:w="2682"/>
          </w:tcPr>
          <w:p>
            <w:pPr>
              <w:spacing w:after="0"/>
              <w:jc w:val="left"/>
            </w:pPr>
            <w:r>
              <w:rPr>
                <w:sz w:val="16"/>
              </w:rPr>
              <w:t>SEVERE STORMS, TORNADOES, STRAIGHT-LINE WINDS, AND FLOODING</w:t>
            </w:r>
          </w:p>
        </w:tc>
        <w:tc>
          <w:tcPr>
            <w:tcW w:type="dxa" w:w="2487"/>
          </w:tcPr>
          <w:p>
            <w:pPr>
              <w:spacing w:after="0"/>
              <w:jc w:val="left"/>
            </w:pPr>
            <w:r>
              <w:rPr>
                <w:sz w:val="16"/>
              </w:rPr>
              <w:t>Tornado (primary); also designated: Inland Flooding, Strong Wind</w:t>
            </w:r>
          </w:p>
        </w:tc>
        <w:tc>
          <w:tcPr>
            <w:tcW w:type="dxa" w:w="1555"/>
          </w:tcPr>
          <w:p>
            <w:pPr>
              <w:spacing w:after="0"/>
              <w:jc w:val="right"/>
            </w:pPr>
            <w:r>
              <w:rPr>
                <w:sz w:val="16"/>
              </w:rPr>
              <w:t>$809,399.02</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2017-01-25</w:t>
            </w:r>
          </w:p>
        </w:tc>
        <w:tc>
          <w:tcPr>
            <w:tcW w:type="dxa" w:w="1128"/>
          </w:tcPr>
          <w:p>
            <w:pPr>
              <w:spacing w:after="0"/>
              <w:jc w:val="left"/>
            </w:pPr>
            <w:r>
              <w:rPr>
                <w:sz w:val="16"/>
              </w:rPr>
              <w:t>2017-01-02</w:t>
            </w:r>
          </w:p>
        </w:tc>
        <w:tc>
          <w:tcPr>
            <w:tcW w:type="dxa" w:w="1128"/>
          </w:tcPr>
          <w:p>
            <w:pPr>
              <w:spacing w:after="0"/>
              <w:jc w:val="left"/>
            </w:pPr>
            <w:r>
              <w:rPr>
                <w:sz w:val="16"/>
              </w:rPr>
              <w:t>DR-4294-GA</w:t>
            </w:r>
          </w:p>
        </w:tc>
        <w:tc>
          <w:tcPr>
            <w:tcW w:type="dxa" w:w="1516"/>
          </w:tcPr>
          <w:p>
            <w:pPr>
              <w:spacing w:after="0"/>
              <w:jc w:val="left"/>
            </w:pPr>
            <w:r>
              <w:rPr>
                <w:sz w:val="16"/>
              </w:rPr>
              <w:t>Major disaster</w:t>
            </w:r>
          </w:p>
        </w:tc>
        <w:tc>
          <w:tcPr>
            <w:tcW w:type="dxa" w:w="2682"/>
          </w:tcPr>
          <w:p>
            <w:pPr>
              <w:spacing w:after="0"/>
              <w:jc w:val="left"/>
            </w:pPr>
            <w:r>
              <w:rPr>
                <w:sz w:val="16"/>
              </w:rPr>
              <w:t>SEVERE STORMS, TORNADOES, AND STRAIGHT-LINE WINDS</w:t>
            </w:r>
          </w:p>
        </w:tc>
        <w:tc>
          <w:tcPr>
            <w:tcW w:type="dxa" w:w="2487"/>
          </w:tcPr>
          <w:p>
            <w:pPr>
              <w:spacing w:after="0"/>
              <w:jc w:val="left"/>
            </w:pPr>
            <w:r>
              <w:rPr>
                <w:sz w:val="16"/>
              </w:rPr>
              <w:t>Strong Wind; Tornado</w:t>
            </w:r>
          </w:p>
        </w:tc>
        <w:tc>
          <w:tcPr>
            <w:tcW w:type="dxa" w:w="1555"/>
          </w:tcPr>
          <w:p>
            <w:pPr>
              <w:spacing w:after="0"/>
              <w:jc w:val="right"/>
            </w:pPr>
            <w:r>
              <w:rPr>
                <w:sz w:val="16"/>
              </w:rPr>
              <w:t>$116,213.69</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2009-04-23</w:t>
            </w:r>
          </w:p>
        </w:tc>
        <w:tc>
          <w:tcPr>
            <w:tcW w:type="dxa" w:w="1128"/>
          </w:tcPr>
          <w:p>
            <w:pPr>
              <w:spacing w:after="0"/>
              <w:jc w:val="left"/>
            </w:pPr>
            <w:r>
              <w:rPr>
                <w:sz w:val="16"/>
              </w:rPr>
              <w:t>2009-03-26</w:t>
            </w:r>
          </w:p>
        </w:tc>
        <w:tc>
          <w:tcPr>
            <w:tcW w:type="dxa" w:w="1128"/>
          </w:tcPr>
          <w:p>
            <w:pPr>
              <w:spacing w:after="0"/>
              <w:jc w:val="left"/>
            </w:pPr>
            <w:r>
              <w:rPr>
                <w:sz w:val="16"/>
              </w:rPr>
              <w:t>DR-1833-GA</w:t>
            </w:r>
          </w:p>
        </w:tc>
        <w:tc>
          <w:tcPr>
            <w:tcW w:type="dxa" w:w="1516"/>
          </w:tcPr>
          <w:p>
            <w:pPr>
              <w:spacing w:after="0"/>
              <w:jc w:val="left"/>
            </w:pPr>
            <w:r>
              <w:rPr>
                <w:sz w:val="16"/>
              </w:rPr>
              <w:t>Major disaster</w:t>
            </w:r>
          </w:p>
        </w:tc>
        <w:tc>
          <w:tcPr>
            <w:tcW w:type="dxa" w:w="2682"/>
          </w:tcPr>
          <w:p>
            <w:pPr>
              <w:spacing w:after="0"/>
              <w:jc w:val="left"/>
            </w:pPr>
            <w:r>
              <w:rPr>
                <w:sz w:val="16"/>
              </w:rPr>
              <w:t>SEVERE STORMS, FLOODING, TORNADOES, AND STRAIGHT-LINE WINDS</w:t>
            </w:r>
          </w:p>
        </w:tc>
        <w:tc>
          <w:tcPr>
            <w:tcW w:type="dxa" w:w="2487"/>
          </w:tcPr>
          <w:p>
            <w:pPr>
              <w:spacing w:after="0"/>
              <w:jc w:val="left"/>
            </w:pPr>
            <w:r>
              <w:rPr>
                <w:sz w:val="16"/>
              </w:rPr>
              <w:t>Inland Flooding; Strong Wind; Tornado</w:t>
            </w:r>
          </w:p>
        </w:tc>
        <w:tc>
          <w:tcPr>
            <w:tcW w:type="dxa" w:w="1555"/>
          </w:tcPr>
          <w:p>
            <w:pPr>
              <w:spacing w:after="0"/>
              <w:jc w:val="right"/>
            </w:pPr>
            <w:r>
              <w:rPr>
                <w:sz w:val="16"/>
              </w:rPr>
              <w:t>$400,178.80</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2005-09-05</w:t>
            </w:r>
          </w:p>
        </w:tc>
        <w:tc>
          <w:tcPr>
            <w:tcW w:type="dxa" w:w="1128"/>
          </w:tcPr>
          <w:p>
            <w:pPr>
              <w:spacing w:after="0"/>
              <w:jc w:val="left"/>
            </w:pPr>
            <w:r>
              <w:rPr>
                <w:sz w:val="16"/>
              </w:rPr>
              <w:t>2005-08-27</w:t>
            </w:r>
          </w:p>
        </w:tc>
        <w:tc>
          <w:tcPr>
            <w:tcW w:type="dxa" w:w="1128"/>
          </w:tcPr>
          <w:p>
            <w:pPr>
              <w:spacing w:after="0"/>
              <w:jc w:val="left"/>
            </w:pPr>
            <w:r>
              <w:rPr>
                <w:sz w:val="16"/>
              </w:rPr>
              <w:t>EM-3218-GA</w:t>
            </w:r>
          </w:p>
        </w:tc>
        <w:tc>
          <w:tcPr>
            <w:tcW w:type="dxa" w:w="1516"/>
          </w:tcPr>
          <w:p>
            <w:pPr>
              <w:spacing w:after="0"/>
              <w:jc w:val="left"/>
            </w:pPr>
            <w:r>
              <w:rPr>
                <w:sz w:val="16"/>
              </w:rPr>
              <w:t>Emergency</w:t>
            </w:r>
          </w:p>
        </w:tc>
        <w:tc>
          <w:tcPr>
            <w:tcW w:type="dxa" w:w="2682"/>
          </w:tcPr>
          <w:p>
            <w:pPr>
              <w:spacing w:after="0"/>
              <w:jc w:val="left"/>
            </w:pPr>
            <w:r>
              <w:rPr>
                <w:sz w:val="16"/>
              </w:rPr>
              <w:t>HURRICANE KATRINA EVACUATION</w:t>
            </w:r>
          </w:p>
        </w:tc>
        <w:tc>
          <w:tcPr>
            <w:tcW w:type="dxa" w:w="2487"/>
          </w:tcPr>
          <w:p>
            <w:pPr>
              <w:spacing w:after="0"/>
              <w:jc w:val="left"/>
            </w:pPr>
            <w:r>
              <w:rPr>
                <w:sz w:val="16"/>
              </w:rPr>
              <w:t>Hurricane: evacuation support, not a local hazard event; not counted</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2004-09-24</w:t>
            </w:r>
          </w:p>
        </w:tc>
        <w:tc>
          <w:tcPr>
            <w:tcW w:type="dxa" w:w="1128"/>
          </w:tcPr>
          <w:p>
            <w:pPr>
              <w:spacing w:after="0"/>
              <w:jc w:val="left"/>
            </w:pPr>
            <w:r>
              <w:rPr>
                <w:sz w:val="16"/>
              </w:rPr>
              <w:t>2004-09-03</w:t>
            </w:r>
          </w:p>
        </w:tc>
        <w:tc>
          <w:tcPr>
            <w:tcW w:type="dxa" w:w="1128"/>
          </w:tcPr>
          <w:p>
            <w:pPr>
              <w:spacing w:after="0"/>
              <w:jc w:val="left"/>
            </w:pPr>
            <w:r>
              <w:rPr>
                <w:sz w:val="16"/>
              </w:rPr>
              <w:t>DR-1560-GA</w:t>
            </w:r>
          </w:p>
        </w:tc>
        <w:tc>
          <w:tcPr>
            <w:tcW w:type="dxa" w:w="1516"/>
          </w:tcPr>
          <w:p>
            <w:pPr>
              <w:spacing w:after="0"/>
              <w:jc w:val="left"/>
            </w:pPr>
            <w:r>
              <w:rPr>
                <w:sz w:val="16"/>
              </w:rPr>
              <w:t>Major disaster</w:t>
            </w:r>
          </w:p>
        </w:tc>
        <w:tc>
          <w:tcPr>
            <w:tcW w:type="dxa" w:w="2682"/>
          </w:tcPr>
          <w:p>
            <w:pPr>
              <w:spacing w:after="0"/>
              <w:jc w:val="left"/>
            </w:pPr>
            <w:r>
              <w:rPr>
                <w:sz w:val="16"/>
              </w:rPr>
              <w:t>TROPICAL STORM FRANCES</w:t>
            </w:r>
          </w:p>
        </w:tc>
        <w:tc>
          <w:tcPr>
            <w:tcW w:type="dxa" w:w="2487"/>
          </w:tcPr>
          <w:p>
            <w:pPr>
              <w:spacing w:after="0"/>
              <w:jc w:val="left"/>
            </w:pPr>
            <w:r>
              <w:rPr>
                <w:sz w:val="16"/>
              </w:rPr>
              <w:t>Hurricane</w:t>
            </w:r>
          </w:p>
        </w:tc>
        <w:tc>
          <w:tcPr>
            <w:tcW w:type="dxa" w:w="1555"/>
          </w:tcPr>
          <w:p>
            <w:pPr>
              <w:spacing w:after="0"/>
              <w:jc w:val="right"/>
            </w:pPr>
            <w:r>
              <w:rPr>
                <w:sz w:val="16"/>
              </w:rPr>
              <w:t>$24,834.83</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2000-02-15</w:t>
            </w:r>
          </w:p>
        </w:tc>
        <w:tc>
          <w:tcPr>
            <w:tcW w:type="dxa" w:w="1128"/>
          </w:tcPr>
          <w:p>
            <w:pPr>
              <w:spacing w:after="0"/>
              <w:jc w:val="left"/>
            </w:pPr>
            <w:r>
              <w:rPr>
                <w:sz w:val="16"/>
              </w:rPr>
              <w:t>2000-02-14</w:t>
            </w:r>
          </w:p>
        </w:tc>
        <w:tc>
          <w:tcPr>
            <w:tcW w:type="dxa" w:w="1128"/>
          </w:tcPr>
          <w:p>
            <w:pPr>
              <w:spacing w:after="0"/>
              <w:jc w:val="left"/>
            </w:pPr>
            <w:r>
              <w:rPr>
                <w:sz w:val="16"/>
              </w:rPr>
              <w:t>DR-1315-GA</w:t>
            </w:r>
          </w:p>
        </w:tc>
        <w:tc>
          <w:tcPr>
            <w:tcW w:type="dxa" w:w="1516"/>
          </w:tcPr>
          <w:p>
            <w:pPr>
              <w:spacing w:after="0"/>
              <w:jc w:val="left"/>
            </w:pPr>
            <w:r>
              <w:rPr>
                <w:sz w:val="16"/>
              </w:rPr>
              <w:t>Major disaster</w:t>
            </w:r>
          </w:p>
        </w:tc>
        <w:tc>
          <w:tcPr>
            <w:tcW w:type="dxa" w:w="2682"/>
          </w:tcPr>
          <w:p>
            <w:pPr>
              <w:spacing w:after="0"/>
              <w:jc w:val="left"/>
            </w:pPr>
            <w:r>
              <w:rPr>
                <w:sz w:val="16"/>
              </w:rPr>
              <w:t>SEVERE STORMS/TORNADOS</w:t>
            </w:r>
          </w:p>
        </w:tc>
        <w:tc>
          <w:tcPr>
            <w:tcW w:type="dxa" w:w="2487"/>
          </w:tcPr>
          <w:p>
            <w:pPr>
              <w:spacing w:after="0"/>
              <w:jc w:val="left"/>
            </w:pPr>
            <w:r>
              <w:rPr>
                <w:sz w:val="16"/>
              </w:rPr>
              <w:t>Tornado</w:t>
            </w:r>
          </w:p>
        </w:tc>
        <w:tc>
          <w:tcPr>
            <w:tcW w:type="dxa" w:w="1555"/>
          </w:tcPr>
          <w:p>
            <w:pPr>
              <w:spacing w:after="0"/>
              <w:jc w:val="right"/>
            </w:pPr>
            <w:r>
              <w:rPr>
                <w:sz w:val="16"/>
              </w:rPr>
              <w:t>PA not declared for this county</w:t>
            </w:r>
          </w:p>
        </w:tc>
        <w:tc>
          <w:tcPr>
            <w:tcW w:type="dxa" w:w="1516"/>
          </w:tcPr>
          <w:p>
            <w:pPr>
              <w:spacing w:after="0"/>
              <w:jc w:val="left"/>
            </w:pPr>
          </w:p>
        </w:tc>
        <w:tc>
          <w:tcPr>
            <w:tcW w:type="dxa" w:w="972"/>
          </w:tcPr>
          <w:p>
            <w:pPr>
              <w:spacing w:after="0"/>
              <w:jc w:val="left"/>
            </w:pPr>
          </w:p>
        </w:tc>
      </w:tr>
      <w:tr>
        <w:trPr>
          <w:cantSplit/>
        </w:trPr>
        <w:tc>
          <w:tcPr>
            <w:tcW w:type="dxa" w:w="1128"/>
          </w:tcPr>
          <w:p>
            <w:pPr>
              <w:spacing w:after="0"/>
              <w:jc w:val="left"/>
            </w:pPr>
            <w:r>
              <w:rPr>
                <w:sz w:val="16"/>
              </w:rPr>
              <w:t>1998-03-11</w:t>
            </w:r>
          </w:p>
        </w:tc>
        <w:tc>
          <w:tcPr>
            <w:tcW w:type="dxa" w:w="1128"/>
          </w:tcPr>
          <w:p>
            <w:pPr>
              <w:spacing w:after="0"/>
              <w:jc w:val="left"/>
            </w:pPr>
            <w:r>
              <w:rPr>
                <w:sz w:val="16"/>
              </w:rPr>
              <w:t>1998-02-14</w:t>
            </w:r>
          </w:p>
        </w:tc>
        <w:tc>
          <w:tcPr>
            <w:tcW w:type="dxa" w:w="1128"/>
          </w:tcPr>
          <w:p>
            <w:pPr>
              <w:spacing w:after="0"/>
              <w:jc w:val="left"/>
            </w:pPr>
            <w:r>
              <w:rPr>
                <w:sz w:val="16"/>
              </w:rPr>
              <w:t>DR-1209-GA</w:t>
            </w:r>
          </w:p>
        </w:tc>
        <w:tc>
          <w:tcPr>
            <w:tcW w:type="dxa" w:w="1516"/>
          </w:tcPr>
          <w:p>
            <w:pPr>
              <w:spacing w:after="0"/>
              <w:jc w:val="left"/>
            </w:pPr>
            <w:r>
              <w:rPr>
                <w:sz w:val="16"/>
              </w:rPr>
              <w:t>Major disaster</w:t>
            </w:r>
          </w:p>
        </w:tc>
        <w:tc>
          <w:tcPr>
            <w:tcW w:type="dxa" w:w="2682"/>
          </w:tcPr>
          <w:p>
            <w:pPr>
              <w:spacing w:after="0"/>
              <w:jc w:val="left"/>
            </w:pPr>
            <w:r>
              <w:rPr>
                <w:sz w:val="16"/>
              </w:rPr>
              <w:t>SEVERE STORMS AND FLOODING</w:t>
            </w:r>
          </w:p>
        </w:tc>
        <w:tc>
          <w:tcPr>
            <w:tcW w:type="dxa" w:w="2487"/>
          </w:tcPr>
          <w:p>
            <w:pPr>
              <w:spacing w:after="0"/>
              <w:jc w:val="left"/>
            </w:pPr>
            <w:r>
              <w:rPr>
                <w:sz w:val="16"/>
              </w:rPr>
              <w:t>Inland Flooding</w:t>
            </w:r>
          </w:p>
        </w:tc>
        <w:tc>
          <w:tcPr>
            <w:tcW w:type="dxa" w:w="1555"/>
          </w:tcPr>
          <w:p>
            <w:pPr>
              <w:spacing w:after="0"/>
              <w:jc w:val="right"/>
            </w:pPr>
            <w:r>
              <w:rPr>
                <w:sz w:val="16"/>
              </w:rPr>
              <w:t>none found</w:t>
            </w:r>
          </w:p>
        </w:tc>
        <w:tc>
          <w:tcPr>
            <w:tcW w:type="dxa" w:w="1516"/>
          </w:tcPr>
          <w:p>
            <w:pPr>
              <w:spacing w:after="0"/>
              <w:jc w:val="left"/>
            </w:pPr>
          </w:p>
        </w:tc>
        <w:tc>
          <w:tcPr>
            <w:tcW w:type="dxa" w:w="97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38</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34</w:t>
            </w:r>
          </w:p>
        </w:tc>
        <w:tc>
          <w:tcPr>
            <w:tcW w:type="dxa" w:w="1422"/>
          </w:tcPr>
          <w:p>
            <w:pPr>
              <w:spacing w:after="0"/>
              <w:jc w:val="right"/>
            </w:pPr>
            <w:r>
              <w:rPr>
                <w:sz w:val="16"/>
              </w:rPr>
              <w:t>6</w:t>
            </w:r>
          </w:p>
        </w:tc>
        <w:tc>
          <w:tcPr>
            <w:tcW w:type="dxa" w:w="1356"/>
          </w:tcPr>
          <w:p>
            <w:pPr>
              <w:spacing w:after="0"/>
              <w:jc w:val="right"/>
            </w:pPr>
            <w:r>
              <w:rPr>
                <w:sz w:val="16"/>
              </w:rPr>
              <w:t>4</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32</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113</w:t>
            </w:r>
          </w:p>
        </w:tc>
        <w:tc>
          <w:tcPr>
            <w:tcW w:type="dxa" w:w="1422"/>
          </w:tcPr>
          <w:p>
            <w:pPr>
              <w:spacing w:after="0"/>
              <w:jc w:val="right"/>
            </w:pPr>
            <w:r>
              <w:rPr>
                <w:sz w:val="16"/>
              </w:rPr>
              <w:t>10</w:t>
            </w:r>
          </w:p>
        </w:tc>
        <w:tc>
          <w:tcPr>
            <w:tcW w:type="dxa" w:w="1356"/>
          </w:tcPr>
          <w:p>
            <w:pPr>
              <w:spacing w:after="0"/>
              <w:jc w:val="right"/>
            </w:pPr>
            <w:r>
              <w:rPr>
                <w:sz w:val="16"/>
              </w:rPr>
              <w:t>5</w:t>
            </w:r>
          </w:p>
        </w:tc>
        <w:tc>
          <w:tcPr>
            <w:tcW w:type="dxa" w:w="963"/>
          </w:tcPr>
          <w:p>
            <w:pPr>
              <w:spacing w:after="0"/>
              <w:jc w:val="right"/>
            </w:pPr>
            <w:r>
              <w:rPr>
                <w:sz w:val="16"/>
              </w:rPr>
              <w:t>16</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2"/>
        <w:gridCol w:w="1973"/>
        <w:gridCol w:w="1958"/>
        <w:gridCol w:w="1156"/>
        <w:gridCol w:w="1912"/>
        <w:gridCol w:w="1902"/>
        <w:gridCol w:w="2702"/>
      </w:tblGrid>
      <w:tr>
        <w:trPr>
          <w:cantSplit/>
          <w:tblHeader/>
        </w:trPr>
        <w:tc>
          <w:tcPr>
            <w:tcW w:type="dxa" w:w="1037"/>
            <w:shd w:val="clear" w:color="auto" w:fill="E8E8E8"/>
          </w:tcPr>
          <w:p>
            <w:pPr>
              <w:spacing w:after="0"/>
              <w:jc w:val="left"/>
            </w:pPr>
            <w:r>
              <w:rPr>
                <w:b/>
                <w:sz w:val="16"/>
              </w:rPr>
              <w:t>Date</w:t>
            </w:r>
          </w:p>
        </w:tc>
        <w:tc>
          <w:tcPr>
            <w:tcW w:type="dxa" w:w="1472"/>
            <w:shd w:val="clear" w:color="auto" w:fill="E8E8E8"/>
          </w:tcPr>
          <w:p>
            <w:pPr>
              <w:spacing w:after="0"/>
              <w:jc w:val="left"/>
            </w:pPr>
            <w:r>
              <w:rPr>
                <w:b/>
                <w:sz w:val="16"/>
              </w:rPr>
              <w:t>Event type</w:t>
            </w:r>
          </w:p>
        </w:tc>
        <w:tc>
          <w:tcPr>
            <w:tcW w:type="dxa" w:w="1973"/>
            <w:shd w:val="clear" w:color="auto" w:fill="E8E8E8"/>
          </w:tcPr>
          <w:p>
            <w:pPr>
              <w:spacing w:after="0"/>
              <w:jc w:val="left"/>
            </w:pPr>
            <w:r>
              <w:rPr>
                <w:b/>
                <w:sz w:val="16"/>
              </w:rPr>
              <w:t>Magnitude or extent</w:t>
            </w:r>
          </w:p>
        </w:tc>
        <w:tc>
          <w:tcPr>
            <w:tcW w:type="dxa" w:w="1958"/>
            <w:shd w:val="clear" w:color="auto" w:fill="E8E8E8"/>
          </w:tcPr>
          <w:p>
            <w:pPr>
              <w:spacing w:after="0"/>
              <w:jc w:val="left"/>
            </w:pPr>
            <w:r>
              <w:rPr>
                <w:b/>
                <w:sz w:val="16"/>
              </w:rPr>
              <w:t>Damage</w:t>
            </w:r>
          </w:p>
          <w:p>
            <w:pPr>
              <w:spacing w:after="0"/>
              <w:jc w:val="left"/>
            </w:pPr>
            <w:r>
              <w:rPr>
                <w:i/>
                <w:color w:val="555555"/>
                <w:sz w:val="14"/>
              </w:rPr>
              <w:t>nominal dollars</w:t>
            </w:r>
          </w:p>
        </w:tc>
        <w:tc>
          <w:tcPr>
            <w:tcW w:type="dxa" w:w="115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12"/>
            <w:shd w:val="clear" w:color="auto" w:fill="E8E8E8"/>
          </w:tcPr>
          <w:p>
            <w:pPr>
              <w:spacing w:after="0"/>
              <w:jc w:val="left"/>
            </w:pPr>
            <w:r>
              <w:rPr>
                <w:b/>
                <w:sz w:val="16"/>
              </w:rPr>
              <w:t>Location</w:t>
            </w:r>
          </w:p>
        </w:tc>
        <w:tc>
          <w:tcPr>
            <w:tcW w:type="dxa" w:w="1902"/>
            <w:shd w:val="clear" w:color="auto" w:fill="E8E8E8"/>
          </w:tcPr>
          <w:p>
            <w:pPr>
              <w:spacing w:after="0"/>
              <w:jc w:val="left"/>
            </w:pPr>
            <w:r>
              <w:rPr>
                <w:b/>
                <w:sz w:val="16"/>
              </w:rPr>
              <w:t>Flags</w:t>
            </w:r>
          </w:p>
        </w:tc>
        <w:tc>
          <w:tcPr>
            <w:tcW w:type="dxa" w:w="270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72"/>
          </w:tcPr>
          <w:p>
            <w:pPr>
              <w:spacing w:after="0"/>
              <w:jc w:val="left"/>
            </w:pPr>
            <w:r>
              <w:rPr>
                <w:sz w:val="16"/>
              </w:rPr>
              <w:t>Extreme Cold/Wind Chill</w:t>
            </w:r>
          </w:p>
        </w:tc>
        <w:tc>
          <w:tcPr>
            <w:tcW w:type="dxa" w:w="1973"/>
          </w:tcPr>
          <w:p>
            <w:pPr>
              <w:spacing w:after="0"/>
              <w:jc w:val="left"/>
            </w:pPr>
          </w:p>
        </w:tc>
        <w:tc>
          <w:tcPr>
            <w:tcW w:type="dxa" w:w="1958"/>
          </w:tcPr>
          <w:p>
            <w:pPr>
              <w:spacing w:after="0"/>
              <w:jc w:val="left"/>
            </w:pPr>
            <w:r>
              <w:rPr>
                <w:sz w:val="16"/>
              </w:rPr>
              <w:t>damage not reported</w:t>
            </w:r>
          </w:p>
        </w:tc>
        <w:tc>
          <w:tcPr>
            <w:tcW w:type="dxa" w:w="1156"/>
          </w:tcPr>
          <w:p>
            <w:pPr>
              <w:spacing w:after="0"/>
              <w:jc w:val="right"/>
            </w:pPr>
            <w:r>
              <w:rPr>
                <w:sz w:val="16"/>
              </w:rPr>
              <w:t>0, 0</w:t>
            </w:r>
          </w:p>
        </w:tc>
        <w:tc>
          <w:tcPr>
            <w:tcW w:type="dxa" w:w="1912"/>
          </w:tcPr>
          <w:p>
            <w:pPr>
              <w:spacing w:after="0"/>
              <w:jc w:val="left"/>
            </w:pPr>
            <w:r>
              <w:rPr>
                <w:sz w:val="16"/>
              </w:rPr>
              <w:t>NWS zone GAZ128 (TURNER), zone-level: may include parts of neighboring counties</w:t>
            </w:r>
          </w:p>
        </w:tc>
        <w:tc>
          <w:tcPr>
            <w:tcW w:type="dxa" w:w="1902"/>
          </w:tcPr>
          <w:p>
            <w:pPr>
              <w:spacing w:after="0"/>
              <w:jc w:val="left"/>
            </w:pPr>
            <w:r>
              <w:rPr>
                <w:sz w:val="16"/>
              </w:rPr>
              <w:t>new since last plan; within last 5 years</w:t>
            </w:r>
          </w:p>
        </w:tc>
        <w:tc>
          <w:tcPr>
            <w:tcW w:type="dxa" w:w="270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2024-09-26</w:t>
            </w:r>
          </w:p>
        </w:tc>
        <w:tc>
          <w:tcPr>
            <w:tcW w:type="dxa" w:w="1472"/>
          </w:tcPr>
          <w:p>
            <w:pPr>
              <w:spacing w:after="0"/>
              <w:jc w:val="left"/>
            </w:pPr>
            <w:r>
              <w:rPr>
                <w:sz w:val="16"/>
              </w:rPr>
              <w:t>Hurricane (Typhoon)</w:t>
            </w:r>
          </w:p>
        </w:tc>
        <w:tc>
          <w:tcPr>
            <w:tcW w:type="dxa" w:w="1973"/>
          </w:tcPr>
          <w:p>
            <w:pPr>
              <w:spacing w:after="0"/>
              <w:jc w:val="left"/>
            </w:pPr>
            <w:r>
              <w:rPr>
                <w:sz w:val="16"/>
              </w:rPr>
              <w:t>category 1</w:t>
            </w:r>
          </w:p>
        </w:tc>
        <w:tc>
          <w:tcPr>
            <w:tcW w:type="dxa" w:w="1958"/>
          </w:tcPr>
          <w:p>
            <w:pPr>
              <w:spacing w:after="0"/>
              <w:jc w:val="left"/>
            </w:pPr>
            <w:r>
              <w:rPr>
                <w:sz w:val="16"/>
              </w:rPr>
              <w:t>$10,000,000 property; $100,000,000 crops, reported for the zone (2024 dollars) (as recorded; larger than this county's annual agriculture value in the National Risk Index; confirm with the county or the state extension service)</w:t>
            </w:r>
          </w:p>
        </w:tc>
        <w:tc>
          <w:tcPr>
            <w:tcW w:type="dxa" w:w="1156"/>
          </w:tcPr>
          <w:p>
            <w:pPr>
              <w:spacing w:after="0"/>
              <w:jc w:val="right"/>
            </w:pPr>
            <w:r>
              <w:rPr>
                <w:sz w:val="16"/>
              </w:rPr>
              <w:t>0, 0</w:t>
            </w:r>
          </w:p>
        </w:tc>
        <w:tc>
          <w:tcPr>
            <w:tcW w:type="dxa" w:w="1912"/>
          </w:tcPr>
          <w:p>
            <w:pPr>
              <w:spacing w:after="0"/>
              <w:jc w:val="left"/>
            </w:pPr>
            <w:r>
              <w:rPr>
                <w:sz w:val="16"/>
              </w:rPr>
              <w:t>NWS zone GAZ128 (TURNER), zone-level: may include parts of neighboring counties</w:t>
            </w:r>
          </w:p>
        </w:tc>
        <w:tc>
          <w:tcPr>
            <w:tcW w:type="dxa" w:w="1902"/>
          </w:tcPr>
          <w:p>
            <w:pPr>
              <w:spacing w:after="0"/>
              <w:jc w:val="left"/>
            </w:pPr>
            <w:r>
              <w:rPr>
                <w:sz w:val="16"/>
              </w:rPr>
              <w:t>new since last plan; within last 5 years</w:t>
            </w:r>
          </w:p>
        </w:tc>
        <w:tc>
          <w:tcPr>
            <w:tcW w:type="dxa" w:w="270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2023-08-12</w:t>
            </w:r>
          </w:p>
        </w:tc>
        <w:tc>
          <w:tcPr>
            <w:tcW w:type="dxa" w:w="1472"/>
          </w:tcPr>
          <w:p>
            <w:pPr>
              <w:spacing w:after="0"/>
              <w:jc w:val="left"/>
            </w:pPr>
            <w:r>
              <w:rPr>
                <w:sz w:val="16"/>
              </w:rPr>
              <w:t>Excessive Heat</w:t>
            </w:r>
          </w:p>
        </w:tc>
        <w:tc>
          <w:tcPr>
            <w:tcW w:type="dxa" w:w="1973"/>
          </w:tcPr>
          <w:p>
            <w:pPr>
              <w:spacing w:after="0"/>
              <w:jc w:val="left"/>
            </w:pPr>
          </w:p>
        </w:tc>
        <w:tc>
          <w:tcPr>
            <w:tcW w:type="dxa" w:w="1958"/>
          </w:tcPr>
          <w:p>
            <w:pPr>
              <w:spacing w:after="0"/>
              <w:jc w:val="left"/>
            </w:pPr>
            <w:r>
              <w:rPr>
                <w:sz w:val="16"/>
              </w:rPr>
              <w:t>$0 property; $0 crops, reported for the zone (2023 dollars)</w:t>
            </w:r>
          </w:p>
        </w:tc>
        <w:tc>
          <w:tcPr>
            <w:tcW w:type="dxa" w:w="1156"/>
          </w:tcPr>
          <w:p>
            <w:pPr>
              <w:spacing w:after="0"/>
              <w:jc w:val="right"/>
            </w:pPr>
            <w:r>
              <w:rPr>
                <w:sz w:val="16"/>
              </w:rPr>
              <w:t>0, 0</w:t>
            </w:r>
          </w:p>
        </w:tc>
        <w:tc>
          <w:tcPr>
            <w:tcW w:type="dxa" w:w="1912"/>
          </w:tcPr>
          <w:p>
            <w:pPr>
              <w:spacing w:after="0"/>
              <w:jc w:val="left"/>
            </w:pPr>
            <w:r>
              <w:rPr>
                <w:sz w:val="16"/>
              </w:rPr>
              <w:t>NWS zone GAZ128 (TURNER), zone-level: may include parts of neighboring counties</w:t>
            </w:r>
          </w:p>
        </w:tc>
        <w:tc>
          <w:tcPr>
            <w:tcW w:type="dxa" w:w="1902"/>
          </w:tcPr>
          <w:p>
            <w:pPr>
              <w:spacing w:after="0"/>
              <w:jc w:val="left"/>
            </w:pPr>
            <w:r>
              <w:rPr>
                <w:sz w:val="16"/>
              </w:rPr>
              <w:t>during plan review, check whether your last plan included it; within last 5 years</w:t>
            </w:r>
          </w:p>
        </w:tc>
        <w:tc>
          <w:tcPr>
            <w:tcW w:type="dxa" w:w="2702"/>
          </w:tcPr>
          <w:p>
            <w:pPr>
              <w:spacing w:after="0"/>
              <w:jc w:val="left"/>
            </w:pPr>
            <w:r>
              <w:rPr>
                <w:sz w:val="16"/>
              </w:rPr>
              <w:t>B1-c worst recorded: Excessive Heat, Heat</w:t>
            </w:r>
          </w:p>
        </w:tc>
      </w:tr>
      <w:tr>
        <w:trPr>
          <w:cantSplit/>
        </w:trPr>
        <w:tc>
          <w:tcPr>
            <w:tcW w:type="dxa" w:w="1037"/>
          </w:tcPr>
          <w:p>
            <w:pPr>
              <w:spacing w:after="0"/>
              <w:jc w:val="left"/>
            </w:pPr>
            <w:r>
              <w:rPr>
                <w:sz w:val="16"/>
              </w:rPr>
              <w:t>2019-03-11</w:t>
            </w:r>
          </w:p>
        </w:tc>
        <w:tc>
          <w:tcPr>
            <w:tcW w:type="dxa" w:w="1472"/>
          </w:tcPr>
          <w:p>
            <w:pPr>
              <w:spacing w:after="0"/>
              <w:jc w:val="left"/>
            </w:pPr>
            <w:r>
              <w:rPr>
                <w:sz w:val="16"/>
              </w:rPr>
              <w:t>Hail</w:t>
            </w:r>
          </w:p>
        </w:tc>
        <w:tc>
          <w:tcPr>
            <w:tcW w:type="dxa" w:w="1973"/>
          </w:tcPr>
          <w:p>
            <w:pPr>
              <w:spacing w:after="0"/>
              <w:jc w:val="left"/>
            </w:pPr>
            <w:r>
              <w:rPr>
                <w:sz w:val="16"/>
              </w:rPr>
              <w:t>2.75 in</w:t>
            </w:r>
          </w:p>
        </w:tc>
        <w:tc>
          <w:tcPr>
            <w:tcW w:type="dxa" w:w="1958"/>
          </w:tcPr>
          <w:p>
            <w:pPr>
              <w:spacing w:after="0"/>
              <w:jc w:val="left"/>
            </w:pPr>
            <w:r>
              <w:rPr>
                <w:sz w:val="16"/>
              </w:rPr>
              <w:t>damage not reported</w:t>
            </w:r>
          </w:p>
        </w:tc>
        <w:tc>
          <w:tcPr>
            <w:tcW w:type="dxa" w:w="1156"/>
          </w:tcPr>
          <w:p>
            <w:pPr>
              <w:spacing w:after="0"/>
              <w:jc w:val="right"/>
            </w:pPr>
            <w:r>
              <w:rPr>
                <w:sz w:val="16"/>
              </w:rPr>
              <w:t>0, 0</w:t>
            </w:r>
          </w:p>
        </w:tc>
        <w:tc>
          <w:tcPr>
            <w:tcW w:type="dxa" w:w="1912"/>
          </w:tcPr>
          <w:p>
            <w:pPr>
              <w:spacing w:after="0"/>
              <w:jc w:val="left"/>
            </w:pPr>
            <w:r>
              <w:rPr>
                <w:sz w:val="16"/>
              </w:rPr>
              <w:t>AMBOY</w:t>
            </w:r>
          </w:p>
        </w:tc>
        <w:tc>
          <w:tcPr>
            <w:tcW w:type="dxa" w:w="1902"/>
          </w:tcPr>
          <w:p>
            <w:pPr>
              <w:spacing w:after="0"/>
              <w:jc w:val="left"/>
            </w:pPr>
          </w:p>
        </w:tc>
        <w:tc>
          <w:tcPr>
            <w:tcW w:type="dxa" w:w="2702"/>
          </w:tcPr>
          <w:p>
            <w:pPr>
              <w:spacing w:after="0"/>
              <w:jc w:val="left"/>
            </w:pPr>
            <w:r>
              <w:rPr>
                <w:sz w:val="16"/>
              </w:rPr>
              <w:t>B1-c worst recorded: Hail</w:t>
            </w:r>
          </w:p>
        </w:tc>
      </w:tr>
      <w:tr>
        <w:trPr>
          <w:cantSplit/>
        </w:trPr>
        <w:tc>
          <w:tcPr>
            <w:tcW w:type="dxa" w:w="1037"/>
          </w:tcPr>
          <w:p>
            <w:pPr>
              <w:spacing w:after="0"/>
              <w:jc w:val="left"/>
            </w:pPr>
            <w:r>
              <w:rPr>
                <w:sz w:val="16"/>
              </w:rPr>
              <w:t>2017-03-16</w:t>
            </w:r>
          </w:p>
        </w:tc>
        <w:tc>
          <w:tcPr>
            <w:tcW w:type="dxa" w:w="1472"/>
          </w:tcPr>
          <w:p>
            <w:pPr>
              <w:spacing w:after="0"/>
              <w:jc w:val="left"/>
            </w:pPr>
            <w:r>
              <w:rPr>
                <w:sz w:val="16"/>
              </w:rPr>
              <w:t>Frost/Freeze</w:t>
            </w:r>
          </w:p>
        </w:tc>
        <w:tc>
          <w:tcPr>
            <w:tcW w:type="dxa" w:w="1973"/>
          </w:tcPr>
          <w:p>
            <w:pPr>
              <w:spacing w:after="0"/>
              <w:jc w:val="left"/>
            </w:pPr>
          </w:p>
        </w:tc>
        <w:tc>
          <w:tcPr>
            <w:tcW w:type="dxa" w:w="1958"/>
          </w:tcPr>
          <w:p>
            <w:pPr>
              <w:spacing w:after="0"/>
              <w:jc w:val="left"/>
            </w:pPr>
            <w:r>
              <w:rPr>
                <w:sz w:val="16"/>
              </w:rPr>
              <w:t>$0 property; $7,850,000 crops, reported for the zone (2017 dollars)</w:t>
            </w:r>
          </w:p>
        </w:tc>
        <w:tc>
          <w:tcPr>
            <w:tcW w:type="dxa" w:w="1156"/>
          </w:tcPr>
          <w:p>
            <w:pPr>
              <w:spacing w:after="0"/>
              <w:jc w:val="right"/>
            </w:pPr>
            <w:r>
              <w:rPr>
                <w:sz w:val="16"/>
              </w:rPr>
              <w:t>0, 0</w:t>
            </w:r>
          </w:p>
        </w:tc>
        <w:tc>
          <w:tcPr>
            <w:tcW w:type="dxa" w:w="1912"/>
          </w:tcPr>
          <w:p>
            <w:pPr>
              <w:spacing w:after="0"/>
              <w:jc w:val="left"/>
            </w:pPr>
            <w:r>
              <w:rPr>
                <w:sz w:val="16"/>
              </w:rPr>
              <w:t>NWS zone GAZ128 (TURNER), zone-level: may include parts of neighboring counties</w:t>
            </w:r>
          </w:p>
        </w:tc>
        <w:tc>
          <w:tcPr>
            <w:tcW w:type="dxa" w:w="1902"/>
          </w:tcPr>
          <w:p>
            <w:pPr>
              <w:spacing w:after="0"/>
              <w:jc w:val="left"/>
            </w:pPr>
          </w:p>
        </w:tc>
        <w:tc>
          <w:tcPr>
            <w:tcW w:type="dxa" w:w="2702"/>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2017-01-22</w:t>
            </w:r>
          </w:p>
        </w:tc>
        <w:tc>
          <w:tcPr>
            <w:tcW w:type="dxa" w:w="1472"/>
          </w:tcPr>
          <w:p>
            <w:pPr>
              <w:spacing w:after="0"/>
              <w:jc w:val="left"/>
            </w:pPr>
            <w:r>
              <w:rPr>
                <w:sz w:val="16"/>
              </w:rPr>
              <w:t>Tornado</w:t>
            </w:r>
          </w:p>
        </w:tc>
        <w:tc>
          <w:tcPr>
            <w:tcW w:type="dxa" w:w="1973"/>
          </w:tcPr>
          <w:p>
            <w:pPr>
              <w:spacing w:after="0"/>
              <w:jc w:val="left"/>
            </w:pPr>
            <w:r>
              <w:rPr>
                <w:sz w:val="16"/>
              </w:rPr>
              <w:t>EF3, 18.5 mi within this county, 2,200 yd wide</w:t>
            </w:r>
          </w:p>
        </w:tc>
        <w:tc>
          <w:tcPr>
            <w:tcW w:type="dxa" w:w="1958"/>
          </w:tcPr>
          <w:p>
            <w:pPr>
              <w:spacing w:after="0"/>
              <w:jc w:val="left"/>
            </w:pPr>
            <w:r>
              <w:rPr>
                <w:sz w:val="16"/>
              </w:rPr>
              <w:t>$5,000,000 property; $0 crops (2017 dollars)</w:t>
            </w:r>
          </w:p>
        </w:tc>
        <w:tc>
          <w:tcPr>
            <w:tcW w:type="dxa" w:w="1156"/>
          </w:tcPr>
          <w:p>
            <w:pPr>
              <w:spacing w:after="0"/>
              <w:jc w:val="right"/>
            </w:pPr>
            <w:r>
              <w:rPr>
                <w:sz w:val="16"/>
              </w:rPr>
              <w:t>0, 25</w:t>
            </w:r>
          </w:p>
        </w:tc>
        <w:tc>
          <w:tcPr>
            <w:tcW w:type="dxa" w:w="1912"/>
          </w:tcPr>
          <w:p>
            <w:pPr>
              <w:spacing w:after="0"/>
              <w:jc w:val="left"/>
            </w:pPr>
            <w:r>
              <w:rPr>
                <w:sz w:val="16"/>
              </w:rPr>
              <w:t>HOBBY to REBECCA</w:t>
            </w:r>
          </w:p>
        </w:tc>
        <w:tc>
          <w:tcPr>
            <w:tcW w:type="dxa" w:w="1902"/>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2017-01-02</w:t>
            </w:r>
          </w:p>
        </w:tc>
        <w:tc>
          <w:tcPr>
            <w:tcW w:type="dxa" w:w="1472"/>
          </w:tcPr>
          <w:p>
            <w:pPr>
              <w:spacing w:after="0"/>
              <w:jc w:val="left"/>
            </w:pPr>
            <w:r>
              <w:rPr>
                <w:sz w:val="16"/>
              </w:rPr>
              <w:t>Thunderstorm Wind</w:t>
            </w:r>
          </w:p>
        </w:tc>
        <w:tc>
          <w:tcPr>
            <w:tcW w:type="dxa" w:w="1973"/>
          </w:tcPr>
          <w:p>
            <w:pPr>
              <w:spacing w:after="0"/>
              <w:jc w:val="left"/>
            </w:pPr>
            <w:r>
              <w:rPr>
                <w:sz w:val="16"/>
              </w:rPr>
              <w:t>70 kt (81 mph) estimated gust</w:t>
            </w:r>
          </w:p>
        </w:tc>
        <w:tc>
          <w:tcPr>
            <w:tcW w:type="dxa" w:w="1958"/>
          </w:tcPr>
          <w:p>
            <w:pPr>
              <w:spacing w:after="0"/>
              <w:jc w:val="left"/>
            </w:pPr>
            <w:r>
              <w:rPr>
                <w:sz w:val="16"/>
              </w:rPr>
              <w:t>$250,000 property; $0 crops (2017 dollars)</w:t>
            </w:r>
          </w:p>
        </w:tc>
        <w:tc>
          <w:tcPr>
            <w:tcW w:type="dxa" w:w="1156"/>
          </w:tcPr>
          <w:p>
            <w:pPr>
              <w:spacing w:after="0"/>
              <w:jc w:val="right"/>
            </w:pPr>
            <w:r>
              <w:rPr>
                <w:sz w:val="16"/>
              </w:rPr>
              <w:t>1, 0</w:t>
            </w:r>
          </w:p>
        </w:tc>
        <w:tc>
          <w:tcPr>
            <w:tcW w:type="dxa" w:w="1912"/>
          </w:tcPr>
          <w:p>
            <w:pPr>
              <w:spacing w:after="0"/>
              <w:jc w:val="left"/>
            </w:pPr>
            <w:r>
              <w:rPr>
                <w:sz w:val="16"/>
              </w:rPr>
              <w:t>DAKOTA</w:t>
            </w:r>
          </w:p>
        </w:tc>
        <w:tc>
          <w:tcPr>
            <w:tcW w:type="dxa" w:w="1902"/>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2011-05-10</w:t>
            </w:r>
          </w:p>
        </w:tc>
        <w:tc>
          <w:tcPr>
            <w:tcW w:type="dxa" w:w="1472"/>
          </w:tcPr>
          <w:p>
            <w:pPr>
              <w:spacing w:after="0"/>
              <w:jc w:val="left"/>
            </w:pPr>
            <w:r>
              <w:rPr>
                <w:sz w:val="16"/>
              </w:rPr>
              <w:t>Drought</w:t>
            </w:r>
          </w:p>
        </w:tc>
        <w:tc>
          <w:tcPr>
            <w:tcW w:type="dxa" w:w="1973"/>
          </w:tcPr>
          <w:p>
            <w:pPr>
              <w:spacing w:after="0"/>
              <w:jc w:val="left"/>
            </w:pPr>
          </w:p>
        </w:tc>
        <w:tc>
          <w:tcPr>
            <w:tcW w:type="dxa" w:w="1958"/>
          </w:tcPr>
          <w:p>
            <w:pPr>
              <w:spacing w:after="0"/>
              <w:jc w:val="left"/>
            </w:pPr>
            <w:r>
              <w:rPr>
                <w:sz w:val="16"/>
              </w:rPr>
              <w:t>damage not reported</w:t>
            </w:r>
          </w:p>
        </w:tc>
        <w:tc>
          <w:tcPr>
            <w:tcW w:type="dxa" w:w="1156"/>
          </w:tcPr>
          <w:p>
            <w:pPr>
              <w:spacing w:after="0"/>
              <w:jc w:val="right"/>
            </w:pPr>
            <w:r>
              <w:rPr>
                <w:sz w:val="16"/>
              </w:rPr>
              <w:t>0, 0</w:t>
            </w:r>
          </w:p>
        </w:tc>
        <w:tc>
          <w:tcPr>
            <w:tcW w:type="dxa" w:w="1912"/>
          </w:tcPr>
          <w:p>
            <w:pPr>
              <w:spacing w:after="0"/>
              <w:jc w:val="left"/>
            </w:pPr>
            <w:r>
              <w:rPr>
                <w:sz w:val="16"/>
              </w:rPr>
              <w:t>NWS zone GAZ128 (TURNER), zone-level: may include parts of neighboring counties</w:t>
            </w:r>
          </w:p>
        </w:tc>
        <w:tc>
          <w:tcPr>
            <w:tcW w:type="dxa" w:w="1902"/>
          </w:tcPr>
          <w:p>
            <w:pPr>
              <w:spacing w:after="0"/>
              <w:jc w:val="left"/>
            </w:pPr>
          </w:p>
        </w:tc>
        <w:tc>
          <w:tcPr>
            <w:tcW w:type="dxa" w:w="2702"/>
          </w:tcPr>
          <w:p>
            <w:pPr>
              <w:spacing w:after="0"/>
              <w:jc w:val="left"/>
            </w:pPr>
            <w:r>
              <w:rPr>
                <w:sz w:val="16"/>
              </w:rPr>
              <w:t>B1-c worst recorded: Drought</w:t>
            </w:r>
          </w:p>
        </w:tc>
      </w:tr>
      <w:tr>
        <w:trPr>
          <w:cantSplit/>
        </w:trPr>
        <w:tc>
          <w:tcPr>
            <w:tcW w:type="dxa" w:w="1037"/>
          </w:tcPr>
          <w:p>
            <w:pPr>
              <w:spacing w:after="0"/>
              <w:jc w:val="left"/>
            </w:pPr>
            <w:r>
              <w:rPr>
                <w:sz w:val="16"/>
              </w:rPr>
              <w:t>2011-01-10</w:t>
            </w:r>
          </w:p>
        </w:tc>
        <w:tc>
          <w:tcPr>
            <w:tcW w:type="dxa" w:w="1472"/>
          </w:tcPr>
          <w:p>
            <w:pPr>
              <w:spacing w:after="0"/>
              <w:jc w:val="left"/>
            </w:pPr>
            <w:r>
              <w:rPr>
                <w:sz w:val="16"/>
              </w:rPr>
              <w:t>Ice Storm</w:t>
            </w:r>
          </w:p>
        </w:tc>
        <w:tc>
          <w:tcPr>
            <w:tcW w:type="dxa" w:w="1973"/>
          </w:tcPr>
          <w:p>
            <w:pPr>
              <w:spacing w:after="0"/>
              <w:jc w:val="left"/>
            </w:pPr>
          </w:p>
        </w:tc>
        <w:tc>
          <w:tcPr>
            <w:tcW w:type="dxa" w:w="1958"/>
          </w:tcPr>
          <w:p>
            <w:pPr>
              <w:spacing w:after="0"/>
              <w:jc w:val="left"/>
            </w:pPr>
            <w:r>
              <w:rPr>
                <w:sz w:val="16"/>
              </w:rPr>
              <w:t>$25,000 property; $0 crops, reported for the zone (2011 dollars)</w:t>
            </w:r>
          </w:p>
        </w:tc>
        <w:tc>
          <w:tcPr>
            <w:tcW w:type="dxa" w:w="1156"/>
          </w:tcPr>
          <w:p>
            <w:pPr>
              <w:spacing w:after="0"/>
              <w:jc w:val="right"/>
            </w:pPr>
            <w:r>
              <w:rPr>
                <w:sz w:val="16"/>
              </w:rPr>
              <w:t>0, 0</w:t>
            </w:r>
          </w:p>
        </w:tc>
        <w:tc>
          <w:tcPr>
            <w:tcW w:type="dxa" w:w="1912"/>
          </w:tcPr>
          <w:p>
            <w:pPr>
              <w:spacing w:after="0"/>
              <w:jc w:val="left"/>
            </w:pPr>
            <w:r>
              <w:rPr>
                <w:sz w:val="16"/>
              </w:rPr>
              <w:t>NWS zone GAZ128 (TURNER), zone-level: may include parts of neighboring counties</w:t>
            </w:r>
          </w:p>
        </w:tc>
        <w:tc>
          <w:tcPr>
            <w:tcW w:type="dxa" w:w="1902"/>
          </w:tcPr>
          <w:p>
            <w:pPr>
              <w:spacing w:after="0"/>
              <w:jc w:val="left"/>
            </w:pPr>
          </w:p>
        </w:tc>
        <w:tc>
          <w:tcPr>
            <w:tcW w:type="dxa" w:w="2702"/>
          </w:tcPr>
          <w:p>
            <w:pPr>
              <w:spacing w:after="0"/>
              <w:jc w:val="left"/>
            </w:pPr>
            <w:r>
              <w:rPr>
                <w:sz w:val="16"/>
              </w:rPr>
              <w:t>B1-c worst recorded: Ice Storm</w:t>
            </w:r>
          </w:p>
        </w:tc>
      </w:tr>
      <w:tr>
        <w:trPr>
          <w:cantSplit/>
        </w:trPr>
        <w:tc>
          <w:tcPr>
            <w:tcW w:type="dxa" w:w="1037"/>
          </w:tcPr>
          <w:p>
            <w:pPr>
              <w:spacing w:after="0"/>
              <w:jc w:val="left"/>
            </w:pPr>
            <w:r>
              <w:rPr>
                <w:sz w:val="16"/>
              </w:rPr>
              <w:t>2008-02-26</w:t>
            </w:r>
          </w:p>
        </w:tc>
        <w:tc>
          <w:tcPr>
            <w:tcW w:type="dxa" w:w="1472"/>
          </w:tcPr>
          <w:p>
            <w:pPr>
              <w:spacing w:after="0"/>
              <w:jc w:val="left"/>
            </w:pPr>
            <w:r>
              <w:rPr>
                <w:sz w:val="16"/>
              </w:rPr>
              <w:t>Thunderstorm Wind</w:t>
            </w:r>
          </w:p>
        </w:tc>
        <w:tc>
          <w:tcPr>
            <w:tcW w:type="dxa" w:w="1973"/>
          </w:tcPr>
          <w:p>
            <w:pPr>
              <w:spacing w:after="0"/>
              <w:jc w:val="left"/>
            </w:pPr>
            <w:r>
              <w:rPr>
                <w:sz w:val="16"/>
              </w:rPr>
              <w:t>60 kt (69 mph) estimated gust</w:t>
            </w:r>
          </w:p>
        </w:tc>
        <w:tc>
          <w:tcPr>
            <w:tcW w:type="dxa" w:w="1958"/>
          </w:tcPr>
          <w:p>
            <w:pPr>
              <w:spacing w:after="0"/>
              <w:jc w:val="left"/>
            </w:pPr>
            <w:r>
              <w:rPr>
                <w:sz w:val="16"/>
              </w:rPr>
              <w:t>$500,000 property; $0 crops (2008 dollars)</w:t>
            </w:r>
          </w:p>
        </w:tc>
        <w:tc>
          <w:tcPr>
            <w:tcW w:type="dxa" w:w="1156"/>
          </w:tcPr>
          <w:p>
            <w:pPr>
              <w:spacing w:after="0"/>
              <w:jc w:val="right"/>
            </w:pPr>
            <w:r>
              <w:rPr>
                <w:sz w:val="16"/>
              </w:rPr>
              <w:t>0, 0</w:t>
            </w:r>
          </w:p>
        </w:tc>
        <w:tc>
          <w:tcPr>
            <w:tcW w:type="dxa" w:w="1912"/>
          </w:tcPr>
          <w:p>
            <w:pPr>
              <w:spacing w:after="0"/>
              <w:jc w:val="left"/>
            </w:pPr>
            <w:r>
              <w:rPr>
                <w:sz w:val="16"/>
              </w:rPr>
              <w:t>ASHBURN</w:t>
            </w:r>
          </w:p>
        </w:tc>
        <w:tc>
          <w:tcPr>
            <w:tcW w:type="dxa" w:w="1902"/>
          </w:tcPr>
          <w:p>
            <w:pPr>
              <w:spacing w:after="0"/>
              <w:jc w:val="left"/>
            </w:pPr>
          </w:p>
        </w:tc>
        <w:tc>
          <w:tcPr>
            <w:tcW w:type="dxa" w:w="2702"/>
          </w:tcPr>
          <w:p>
            <w:pPr>
              <w:spacing w:after="0"/>
              <w:jc w:val="left"/>
            </w:pPr>
            <w:r>
              <w:rPr>
                <w:sz w:val="16"/>
              </w:rPr>
              <w:t>B1-c most damaging: Thunderstorm Wind</w:t>
            </w:r>
          </w:p>
        </w:tc>
      </w:tr>
      <w:tr>
        <w:trPr>
          <w:cantSplit/>
        </w:trPr>
        <w:tc>
          <w:tcPr>
            <w:tcW w:type="dxa" w:w="1037"/>
          </w:tcPr>
          <w:p>
            <w:pPr>
              <w:spacing w:after="0"/>
              <w:jc w:val="left"/>
            </w:pPr>
            <w:r>
              <w:rPr>
                <w:sz w:val="16"/>
              </w:rPr>
              <w:t>2007-12-15</w:t>
            </w:r>
          </w:p>
        </w:tc>
        <w:tc>
          <w:tcPr>
            <w:tcW w:type="dxa" w:w="1472"/>
          </w:tcPr>
          <w:p>
            <w:pPr>
              <w:spacing w:after="0"/>
              <w:jc w:val="left"/>
            </w:pPr>
            <w:r>
              <w:rPr>
                <w:sz w:val="16"/>
              </w:rPr>
              <w:t>Tornado</w:t>
            </w:r>
          </w:p>
        </w:tc>
        <w:tc>
          <w:tcPr>
            <w:tcW w:type="dxa" w:w="1973"/>
          </w:tcPr>
          <w:p>
            <w:pPr>
              <w:spacing w:after="0"/>
              <w:jc w:val="left"/>
            </w:pPr>
            <w:r>
              <w:rPr>
                <w:sz w:val="16"/>
              </w:rPr>
              <w:t>EF1, 3.5 mi within this county, 125 yd wide</w:t>
            </w:r>
          </w:p>
        </w:tc>
        <w:tc>
          <w:tcPr>
            <w:tcW w:type="dxa" w:w="1958"/>
          </w:tcPr>
          <w:p>
            <w:pPr>
              <w:spacing w:after="0"/>
              <w:jc w:val="left"/>
            </w:pPr>
            <w:r>
              <w:rPr>
                <w:sz w:val="16"/>
              </w:rPr>
              <w:t>$1,250,000 property; $0 crops (2007 dollars)</w:t>
            </w:r>
          </w:p>
        </w:tc>
        <w:tc>
          <w:tcPr>
            <w:tcW w:type="dxa" w:w="1156"/>
          </w:tcPr>
          <w:p>
            <w:pPr>
              <w:spacing w:after="0"/>
              <w:jc w:val="right"/>
            </w:pPr>
            <w:r>
              <w:rPr>
                <w:sz w:val="16"/>
              </w:rPr>
              <w:t>1, 0</w:t>
            </w:r>
          </w:p>
        </w:tc>
        <w:tc>
          <w:tcPr>
            <w:tcW w:type="dxa" w:w="1912"/>
          </w:tcPr>
          <w:p>
            <w:pPr>
              <w:spacing w:after="0"/>
              <w:jc w:val="left"/>
            </w:pPr>
            <w:r>
              <w:rPr>
                <w:sz w:val="16"/>
              </w:rPr>
              <w:t>ASHBURN</w:t>
            </w:r>
          </w:p>
        </w:tc>
        <w:tc>
          <w:tcPr>
            <w:tcW w:type="dxa" w:w="1902"/>
          </w:tcPr>
          <w:p>
            <w:pPr>
              <w:spacing w:after="0"/>
              <w:jc w:val="left"/>
            </w:pPr>
          </w:p>
        </w:tc>
        <w:tc>
          <w:tcPr>
            <w:tcW w:type="dxa" w:w="2702"/>
          </w:tcPr>
          <w:p>
            <w:pPr>
              <w:spacing w:after="0"/>
              <w:jc w:val="left"/>
            </w:pPr>
            <w:r>
              <w:rPr>
                <w:sz w:val="16"/>
              </w:rPr>
              <w:t>deaths or injuries recorded</w:t>
            </w:r>
          </w:p>
        </w:tc>
      </w:tr>
      <w:tr>
        <w:trPr>
          <w:cantSplit/>
        </w:trPr>
        <w:tc>
          <w:tcPr>
            <w:tcW w:type="dxa" w:w="1037"/>
          </w:tcPr>
          <w:p>
            <w:pPr>
              <w:spacing w:after="0"/>
              <w:jc w:val="left"/>
            </w:pPr>
            <w:r>
              <w:rPr>
                <w:sz w:val="16"/>
              </w:rPr>
              <w:t>2004-07-07</w:t>
            </w:r>
          </w:p>
        </w:tc>
        <w:tc>
          <w:tcPr>
            <w:tcW w:type="dxa" w:w="1472"/>
          </w:tcPr>
          <w:p>
            <w:pPr>
              <w:spacing w:after="0"/>
              <w:jc w:val="left"/>
            </w:pPr>
            <w:r>
              <w:rPr>
                <w:sz w:val="16"/>
              </w:rPr>
              <w:t>Lightning</w:t>
            </w:r>
          </w:p>
        </w:tc>
        <w:tc>
          <w:tcPr>
            <w:tcW w:type="dxa" w:w="1973"/>
          </w:tcPr>
          <w:p>
            <w:pPr>
              <w:spacing w:after="0"/>
              <w:jc w:val="left"/>
            </w:pPr>
          </w:p>
        </w:tc>
        <w:tc>
          <w:tcPr>
            <w:tcW w:type="dxa" w:w="1958"/>
          </w:tcPr>
          <w:p>
            <w:pPr>
              <w:spacing w:after="0"/>
              <w:jc w:val="left"/>
            </w:pPr>
            <w:r>
              <w:rPr>
                <w:sz w:val="16"/>
              </w:rPr>
              <w:t>damage not reported</w:t>
            </w:r>
          </w:p>
        </w:tc>
        <w:tc>
          <w:tcPr>
            <w:tcW w:type="dxa" w:w="1156"/>
          </w:tcPr>
          <w:p>
            <w:pPr>
              <w:spacing w:after="0"/>
              <w:jc w:val="right"/>
            </w:pPr>
            <w:r>
              <w:rPr>
                <w:sz w:val="16"/>
              </w:rPr>
              <w:t>0, 2</w:t>
            </w:r>
          </w:p>
        </w:tc>
        <w:tc>
          <w:tcPr>
            <w:tcW w:type="dxa" w:w="1912"/>
          </w:tcPr>
          <w:p>
            <w:pPr>
              <w:spacing w:after="0"/>
              <w:jc w:val="left"/>
            </w:pPr>
            <w:r>
              <w:rPr>
                <w:sz w:val="16"/>
              </w:rPr>
              <w:t>ASHBURN</w:t>
            </w:r>
          </w:p>
        </w:tc>
        <w:tc>
          <w:tcPr>
            <w:tcW w:type="dxa" w:w="1902"/>
          </w:tcPr>
          <w:p>
            <w:pPr>
              <w:spacing w:after="0"/>
              <w:jc w:val="left"/>
            </w:pPr>
          </w:p>
        </w:tc>
        <w:tc>
          <w:tcPr>
            <w:tcW w:type="dxa" w:w="2702"/>
          </w:tcPr>
          <w:p>
            <w:pPr>
              <w:spacing w:after="0"/>
              <w:jc w:val="left"/>
            </w:pPr>
            <w:r>
              <w:rPr>
                <w:sz w:val="16"/>
              </w:rPr>
              <w:t>B1-c worst recorded: Lightning</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(248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68"/>
        <w:gridCol w:w="1037"/>
        <w:gridCol w:w="1731"/>
        <w:gridCol w:w="1521"/>
        <w:gridCol w:w="1506"/>
        <w:gridCol w:w="1037"/>
        <w:gridCol w:w="1981"/>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1.84</w:t>
            </w:r>
          </w:p>
        </w:tc>
        <w:tc>
          <w:tcPr>
            <w:tcW w:type="dxa" w:w="1451"/>
          </w:tcPr>
          <w:p>
            <w:pPr>
              <w:spacing w:after="0"/>
              <w:jc w:val="left"/>
            </w:pPr>
            <w:r>
              <w:rPr>
                <w:sz w:val="16"/>
              </w:rPr>
              <w:t>event-days per year</w:t>
            </w:r>
          </w:p>
        </w:tc>
        <w:tc>
          <w:tcPr>
            <w:tcW w:type="dxa" w:w="1568"/>
          </w:tcPr>
          <w:p>
            <w:pPr>
              <w:spacing w:after="0"/>
              <w:jc w:val="left"/>
            </w:pPr>
            <w:r>
              <w:rPr>
                <w:sz w:val="16"/>
              </w:rPr>
              <w:t>about 1.84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1"/>
          </w:tcPr>
          <w:p>
            <w:pPr>
              <w:spacing w:after="0"/>
              <w:jc w:val="right"/>
            </w:pPr>
            <w:r>
              <w:rPr>
                <w:sz w:val="16"/>
              </w:rPr>
              <w:t>35</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1.84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28.9</w:t>
            </w:r>
          </w:p>
        </w:tc>
        <w:tc>
          <w:tcPr>
            <w:tcW w:type="dxa" w:w="1451"/>
          </w:tcPr>
          <w:p>
            <w:pPr>
              <w:spacing w:after="0"/>
              <w:jc w:val="left"/>
            </w:pPr>
            <w:r>
              <w:rPr>
                <w:sz w:val="16"/>
              </w:rPr>
              <w:t>event-days per year</w:t>
            </w:r>
          </w:p>
        </w:tc>
        <w:tc>
          <w:tcPr>
            <w:tcW w:type="dxa" w:w="1568"/>
          </w:tcPr>
          <w:p>
            <w:pPr>
              <w:spacing w:after="0"/>
              <w:jc w:val="left"/>
            </w:pPr>
            <w:r>
              <w:rPr>
                <w:sz w:val="16"/>
              </w:rPr>
              <w:t>about 28.9 days per year</w:t>
            </w:r>
          </w:p>
        </w:tc>
        <w:tc>
          <w:tcPr>
            <w:tcW w:type="dxa" w:w="1037"/>
          </w:tcPr>
          <w:p>
            <w:pPr>
              <w:spacing w:after="0"/>
              <w:jc w:val="left"/>
            </w:pPr>
            <w:r>
              <w:rPr>
                <w:sz w:val="16"/>
              </w:rPr>
              <w:t>Likely</w:t>
            </w:r>
          </w:p>
        </w:tc>
        <w:tc>
          <w:tcPr>
            <w:tcW w:type="dxa" w:w="1731"/>
          </w:tcPr>
          <w:p>
            <w:pPr>
              <w:spacing w:after="0"/>
              <w:jc w:val="left"/>
            </w:pPr>
            <w:r>
              <w:rPr>
                <w:sz w:val="16"/>
              </w:rPr>
              <w:t>event-days in 9 of 30 years, 1996 to 2025 (30%)</w:t>
            </w:r>
          </w:p>
        </w:tc>
        <w:tc>
          <w:tcPr>
            <w:tcW w:type="dxa" w:w="1521"/>
          </w:tcPr>
          <w:p>
            <w:pPr>
              <w:spacing w:after="0"/>
              <w:jc w:val="right"/>
            </w:pPr>
            <w:r>
              <w:rPr>
                <w:sz w:val="16"/>
              </w:rPr>
              <w:t>819</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28.9 drought event-days a year here (its annualized frequency over 25.25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0.0013</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0.13%</w:t>
            </w: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1.8</w:t>
            </w:r>
          </w:p>
        </w:tc>
        <w:tc>
          <w:tcPr>
            <w:tcW w:type="dxa" w:w="1451"/>
          </w:tcPr>
          <w:p>
            <w:pPr>
              <w:spacing w:after="0"/>
              <w:jc w:val="left"/>
            </w:pPr>
            <w:r>
              <w:rPr>
                <w:sz w:val="16"/>
              </w:rPr>
              <w:t>events per year</w:t>
            </w:r>
          </w:p>
        </w:tc>
        <w:tc>
          <w:tcPr>
            <w:tcW w:type="dxa" w:w="1568"/>
          </w:tcPr>
          <w:p>
            <w:pPr>
              <w:spacing w:after="0"/>
              <w:jc w:val="left"/>
            </w:pPr>
            <w:r>
              <w:rPr>
                <w:sz w:val="16"/>
              </w:rPr>
              <w:t>about 1.8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68.4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4.21</w:t>
            </w:r>
          </w:p>
        </w:tc>
        <w:tc>
          <w:tcPr>
            <w:tcW w:type="dxa" w:w="1451"/>
          </w:tcPr>
          <w:p>
            <w:pPr>
              <w:spacing w:after="0"/>
              <w:jc w:val="left"/>
            </w:pPr>
            <w:r>
              <w:rPr>
                <w:sz w:val="16"/>
              </w:rPr>
              <w:t>event-days per year</w:t>
            </w:r>
          </w:p>
        </w:tc>
        <w:tc>
          <w:tcPr>
            <w:tcW w:type="dxa" w:w="1568"/>
          </w:tcPr>
          <w:p>
            <w:pPr>
              <w:spacing w:after="0"/>
              <w:jc w:val="left"/>
            </w:pPr>
            <w:r>
              <w:rPr>
                <w:sz w:val="16"/>
              </w:rPr>
              <w:t>about 4.21 days per year</w:t>
            </w:r>
          </w:p>
        </w:tc>
        <w:tc>
          <w:tcPr>
            <w:tcW w:type="dxa" w:w="1037"/>
          </w:tcPr>
          <w:p>
            <w:pPr>
              <w:spacing w:after="0"/>
              <w:jc w:val="left"/>
            </w:pPr>
            <w:r>
              <w:rPr>
                <w:sz w:val="16"/>
              </w:rPr>
              <w:t>Possible</w:t>
            </w:r>
          </w:p>
        </w:tc>
        <w:tc>
          <w:tcPr>
            <w:tcW w:type="dxa" w:w="1731"/>
          </w:tcPr>
          <w:p>
            <w:pPr>
              <w:spacing w:after="0"/>
              <w:jc w:val="left"/>
            </w:pPr>
            <w:r>
              <w:rPr>
                <w:sz w:val="16"/>
              </w:rPr>
              <w:t>event-days in 1 of 30 years, 1996 to 2025 (3.33%)</w:t>
            </w:r>
          </w:p>
        </w:tc>
        <w:tc>
          <w:tcPr>
            <w:tcW w:type="dxa" w:w="1521"/>
          </w:tcPr>
          <w:p>
            <w:pPr>
              <w:spacing w:after="0"/>
              <w:jc w:val="right"/>
            </w:pPr>
            <w:r>
              <w:rPr>
                <w:sz w:val="16"/>
              </w:rPr>
              <w:t>69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4.21 heat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0.189</w:t>
            </w:r>
          </w:p>
        </w:tc>
        <w:tc>
          <w:tcPr>
            <w:tcW w:type="dxa" w:w="1451"/>
          </w:tcPr>
          <w:p>
            <w:pPr>
              <w:spacing w:after="0"/>
              <w:jc w:val="left"/>
            </w:pPr>
            <w:r>
              <w:rPr>
                <w:sz w:val="16"/>
              </w:rPr>
              <w:t>events per year</w:t>
            </w:r>
          </w:p>
        </w:tc>
        <w:tc>
          <w:tcPr>
            <w:tcW w:type="dxa" w:w="1568"/>
          </w:tcPr>
          <w:p>
            <w:pPr>
              <w:spacing w:after="0"/>
              <w:jc w:val="left"/>
            </w:pPr>
            <w:r>
              <w:rPr>
                <w:sz w:val="16"/>
              </w:rPr>
              <w:t>about 1 in 5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59</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0.2</w:t>
            </w:r>
          </w:p>
        </w:tc>
        <w:tc>
          <w:tcPr>
            <w:tcW w:type="dxa" w:w="1451"/>
          </w:tcPr>
          <w:p>
            <w:pPr>
              <w:spacing w:after="0"/>
              <w:jc w:val="left"/>
            </w:pPr>
            <w:r>
              <w:rPr>
                <w:sz w:val="16"/>
              </w:rPr>
              <w:t>event-days per year</w:t>
            </w:r>
          </w:p>
        </w:tc>
        <w:tc>
          <w:tcPr>
            <w:tcW w:type="dxa" w:w="1568"/>
          </w:tcPr>
          <w:p>
            <w:pPr>
              <w:spacing w:after="0"/>
              <w:jc w:val="left"/>
            </w:pPr>
            <w:r>
              <w:rPr>
                <w:sz w:val="16"/>
              </w:rPr>
              <w:t>about 0.2 days per year</w:t>
            </w:r>
          </w:p>
        </w:tc>
        <w:tc>
          <w:tcPr>
            <w:tcW w:type="dxa" w:w="1037"/>
          </w:tcPr>
          <w:p>
            <w:pPr>
              <w:spacing w:after="0"/>
              <w:jc w:val="left"/>
            </w:pPr>
            <w:r>
              <w:rPr>
                <w:sz w:val="16"/>
              </w:rPr>
              <w:t>Possible</w:t>
            </w:r>
          </w:p>
        </w:tc>
        <w:tc>
          <w:tcPr>
            <w:tcW w:type="dxa" w:w="1731"/>
          </w:tcPr>
          <w:p>
            <w:pPr>
              <w:spacing w:after="0"/>
              <w:jc w:val="left"/>
            </w:pPr>
            <w:r>
              <w:rPr>
                <w:sz w:val="16"/>
              </w:rPr>
              <w:t>event-days in 2 of 30 years, 1996 to 2025 (6.67%)</w:t>
            </w:r>
          </w:p>
        </w:tc>
        <w:tc>
          <w:tcPr>
            <w:tcW w:type="dxa" w:w="1521"/>
          </w:tcPr>
          <w:p>
            <w:pPr>
              <w:spacing w:after="0"/>
              <w:jc w:val="right"/>
            </w:pPr>
            <w:r>
              <w:rPr>
                <w:sz w:val="16"/>
              </w:rPr>
              <w:t>14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0.214</w:t>
            </w:r>
          </w:p>
        </w:tc>
        <w:tc>
          <w:tcPr>
            <w:tcW w:type="dxa" w:w="1451"/>
          </w:tcPr>
          <w:p>
            <w:pPr>
              <w:spacing w:after="0"/>
              <w:jc w:val="left"/>
            </w:pPr>
            <w:r>
              <w:rPr>
                <w:sz w:val="16"/>
              </w:rPr>
              <w:t>event-days per year</w:t>
            </w:r>
          </w:p>
        </w:tc>
        <w:tc>
          <w:tcPr>
            <w:tcW w:type="dxa" w:w="1568"/>
          </w:tcPr>
          <w:p>
            <w:pPr>
              <w:spacing w:after="0"/>
              <w:jc w:val="left"/>
            </w:pPr>
            <w:r>
              <w:rPr>
                <w:sz w:val="16"/>
              </w:rPr>
              <w:t>about 0.214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1"/>
          </w:tcPr>
          <w:p>
            <w:pPr>
              <w:spacing w:after="0"/>
              <w:jc w:val="right"/>
            </w:pPr>
            <w:r>
              <w:rPr>
                <w:sz w:val="16"/>
              </w:rPr>
              <w:t>6</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0.0393</w:t>
            </w:r>
          </w:p>
        </w:tc>
        <w:tc>
          <w:tcPr>
            <w:tcW w:type="dxa" w:w="1451"/>
          </w:tcPr>
          <w:p>
            <w:pPr>
              <w:spacing w:after="0"/>
              <w:jc w:val="left"/>
            </w:pPr>
            <w:r>
              <w:rPr>
                <w:sz w:val="16"/>
              </w:rPr>
              <w:t>events per year (modeled)</w:t>
            </w:r>
          </w:p>
        </w:tc>
        <w:tc>
          <w:tcPr>
            <w:tcW w:type="dxa" w:w="1568"/>
          </w:tcPr>
          <w:p>
            <w:pPr>
              <w:spacing w:after="0"/>
              <w:jc w:val="left"/>
            </w:pPr>
            <w:r>
              <w:rPr>
                <w:sz w:val="16"/>
              </w:rPr>
              <w:t>about 1 in 25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67.9</w:t>
            </w:r>
          </w:p>
        </w:tc>
        <w:tc>
          <w:tcPr>
            <w:tcW w:type="dxa" w:w="1451"/>
          </w:tcPr>
          <w:p>
            <w:pPr>
              <w:spacing w:after="0"/>
              <w:jc w:val="left"/>
            </w:pPr>
            <w:r>
              <w:rPr>
                <w:sz w:val="16"/>
              </w:rPr>
              <w:t>days per year with a strike</w:t>
            </w:r>
          </w:p>
        </w:tc>
        <w:tc>
          <w:tcPr>
            <w:tcW w:type="dxa" w:w="1568"/>
          </w:tcPr>
          <w:p>
            <w:pPr>
              <w:spacing w:after="0"/>
              <w:jc w:val="left"/>
            </w:pPr>
            <w:r>
              <w:rPr>
                <w:sz w:val="16"/>
              </w:rPr>
              <w:t>about 67.9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1.46</w:t>
            </w:r>
          </w:p>
        </w:tc>
        <w:tc>
          <w:tcPr>
            <w:tcW w:type="dxa" w:w="1451"/>
          </w:tcPr>
          <w:p>
            <w:pPr>
              <w:spacing w:after="0"/>
              <w:jc w:val="left"/>
            </w:pPr>
            <w:r>
              <w:rPr>
                <w:sz w:val="16"/>
              </w:rPr>
              <w:t>events per year</w:t>
            </w:r>
          </w:p>
        </w:tc>
        <w:tc>
          <w:tcPr>
            <w:tcW w:type="dxa" w:w="1568"/>
          </w:tcPr>
          <w:p>
            <w:pPr>
              <w:spacing w:after="0"/>
              <w:jc w:val="left"/>
            </w:pPr>
            <w:r>
              <w:rPr>
                <w:sz w:val="16"/>
              </w:rPr>
              <w:t>about 1.46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1"/>
          </w:tcPr>
          <w:p>
            <w:pPr>
              <w:spacing w:after="0"/>
              <w:jc w:val="right"/>
            </w:pPr>
            <w:r>
              <w:rPr>
                <w:sz w:val="16"/>
              </w:rPr>
              <w:t>56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0.179</w:t>
            </w:r>
          </w:p>
        </w:tc>
        <w:tc>
          <w:tcPr>
            <w:tcW w:type="dxa" w:w="1451"/>
          </w:tcPr>
          <w:p>
            <w:pPr>
              <w:spacing w:after="0"/>
              <w:jc w:val="left"/>
            </w:pPr>
            <w:r>
              <w:rPr>
                <w:sz w:val="16"/>
              </w:rPr>
              <w:t>events per year</w:t>
            </w:r>
          </w:p>
        </w:tc>
        <w:tc>
          <w:tcPr>
            <w:tcW w:type="dxa" w:w="1568"/>
          </w:tcPr>
          <w:p>
            <w:pPr>
              <w:spacing w:after="0"/>
              <w:jc w:val="left"/>
            </w:pPr>
            <w:r>
              <w:rPr>
                <w:sz w:val="16"/>
              </w:rPr>
              <w:t>about 1 in 6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68"/>
          </w:tcPr>
          <w:p>
            <w:pPr>
              <w:spacing w:after="0"/>
              <w:jc w:val="left"/>
            </w:pPr>
          </w:p>
        </w:tc>
        <w:tc>
          <w:tcPr>
            <w:tcW w:type="dxa" w:w="1037"/>
          </w:tcPr>
          <w:p>
            <w:pPr>
              <w:spacing w:after="0"/>
              <w:jc w:val="left"/>
            </w:pPr>
          </w:p>
        </w:tc>
        <w:tc>
          <w:tcPr>
            <w:tcW w:type="dxa" w:w="1731"/>
          </w:tcPr>
          <w:p>
            <w:pPr>
              <w:spacing w:after="0"/>
              <w:jc w:val="left"/>
            </w:pP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0.000658</w:t>
            </w:r>
          </w:p>
        </w:tc>
        <w:tc>
          <w:tcPr>
            <w:tcW w:type="dxa" w:w="1451"/>
          </w:tcPr>
          <w:p>
            <w:pPr>
              <w:spacing w:after="0"/>
              <w:jc w:val="left"/>
            </w:pPr>
            <w:r>
              <w:rPr>
                <w:sz w:val="16"/>
              </w:rPr>
              <w:t>annual probability at a location</w:t>
            </w:r>
          </w:p>
        </w:tc>
        <w:tc>
          <w:tcPr>
            <w:tcW w:type="dxa" w:w="1568"/>
          </w:tcPr>
          <w:p>
            <w:pPr>
              <w:spacing w:after="0"/>
              <w:jc w:val="left"/>
            </w:pPr>
            <w:r>
              <w:rPr>
                <w:sz w:val="16"/>
              </w:rPr>
              <w:t>chance a given location in the county burns in a year: 0.0658%</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0.526</w:t>
            </w:r>
          </w:p>
        </w:tc>
        <w:tc>
          <w:tcPr>
            <w:tcW w:type="dxa" w:w="1451"/>
          </w:tcPr>
          <w:p>
            <w:pPr>
              <w:spacing w:after="0"/>
              <w:jc w:val="left"/>
            </w:pPr>
            <w:r>
              <w:rPr>
                <w:sz w:val="16"/>
              </w:rPr>
              <w:t>event-days per year</w:t>
            </w:r>
          </w:p>
        </w:tc>
        <w:tc>
          <w:tcPr>
            <w:tcW w:type="dxa" w:w="1568"/>
          </w:tcPr>
          <w:p>
            <w:pPr>
              <w:spacing w:after="0"/>
              <w:jc w:val="left"/>
            </w:pPr>
            <w:r>
              <w:rPr>
                <w:sz w:val="16"/>
              </w:rPr>
              <w:t>about 0.526 days per year</w:t>
            </w:r>
          </w:p>
        </w:tc>
        <w:tc>
          <w:tcPr>
            <w:tcW w:type="dxa" w:w="1037"/>
          </w:tcPr>
          <w:p>
            <w:pPr>
              <w:spacing w:after="0"/>
              <w:jc w:val="left"/>
            </w:pPr>
            <w:r>
              <w:rPr>
                <w:sz w:val="16"/>
              </w:rPr>
              <w:t>Likely</w:t>
            </w:r>
          </w:p>
        </w:tc>
        <w:tc>
          <w:tcPr>
            <w:tcW w:type="dxa" w:w="1731"/>
          </w:tcPr>
          <w:p>
            <w:pPr>
              <w:spacing w:after="0"/>
              <w:jc w:val="left"/>
            </w:pPr>
            <w:r>
              <w:rPr>
                <w:sz w:val="16"/>
              </w:rPr>
              <w:t>event-days in 3 of 30 years, 1996 to 2025 (10%)</w:t>
            </w:r>
          </w:p>
        </w:tc>
        <w:tc>
          <w:tcPr>
            <w:tcW w:type="dxa" w:w="1521"/>
          </w:tcPr>
          <w:p>
            <w:pPr>
              <w:spacing w:after="0"/>
              <w:jc w:val="right"/>
            </w:pPr>
            <w:r>
              <w:rPr>
                <w:sz w:val="16"/>
              </w:rPr>
              <w:t>10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70</w:t>
            </w:r>
          </w:p>
        </w:tc>
        <w:tc>
          <w:tcPr>
            <w:tcW w:type="dxa" w:w="1476"/>
          </w:tcPr>
          <w:p>
            <w:pPr>
              <w:spacing w:after="0"/>
              <w:jc w:val="right"/>
            </w:pPr>
            <w:r>
              <w:rPr>
                <w:sz w:val="16"/>
              </w:rPr>
              <w:t>30</w:t>
            </w:r>
          </w:p>
        </w:tc>
        <w:tc>
          <w:tcPr>
            <w:tcW w:type="dxa" w:w="1476"/>
          </w:tcPr>
          <w:p>
            <w:pPr>
              <w:spacing w:after="0"/>
              <w:jc w:val="right"/>
            </w:pPr>
            <w:r>
              <w:rPr>
                <w:sz w:val="16"/>
              </w:rPr>
              <w:t>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10</w:t>
            </w:r>
          </w:p>
        </w:tc>
        <w:tc>
          <w:tcPr>
            <w:tcW w:type="dxa" w:w="1476"/>
          </w:tcPr>
          <w:p>
            <w:pPr>
              <w:spacing w:after="0"/>
              <w:jc w:val="right"/>
            </w:pPr>
            <w:r>
              <w:rPr>
                <w:sz w:val="16"/>
              </w:rPr>
              <w:t>30</w:t>
            </w:r>
          </w:p>
        </w:tc>
        <w:tc>
          <w:tcPr>
            <w:tcW w:type="dxa" w:w="1476"/>
          </w:tcPr>
          <w:p>
            <w:pPr>
              <w:spacing w:after="0"/>
              <w:jc w:val="right"/>
            </w:pPr>
            <w:r>
              <w:rPr>
                <w:sz w:val="16"/>
              </w:rPr>
              <w:t>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3 of 3</w:t>
            </w:r>
          </w:p>
        </w:tc>
        <w:tc>
          <w:tcPr>
            <w:tcW w:type="dxa" w:w="1007"/>
          </w:tcPr>
          <w:p>
            <w:pPr>
              <w:spacing w:after="0"/>
              <w:jc w:val="right"/>
            </w:pPr>
            <w:r>
              <w:rPr>
                <w:sz w:val="16"/>
              </w:rPr>
              <w:t>70.3</w:t>
            </w:r>
          </w:p>
        </w:tc>
        <w:tc>
          <w:tcPr>
            <w:tcW w:type="dxa" w:w="766"/>
          </w:tcPr>
          <w:p>
            <w:pPr>
              <w:spacing w:after="0"/>
              <w:jc w:val="right"/>
            </w:pPr>
            <w:r>
              <w:rPr>
                <w:sz w:val="16"/>
              </w:rPr>
              <w:t>84.1</w:t>
            </w:r>
          </w:p>
        </w:tc>
        <w:tc>
          <w:tcPr>
            <w:tcW w:type="dxa" w:w="730"/>
          </w:tcPr>
          <w:p>
            <w:pPr>
              <w:spacing w:after="0"/>
              <w:jc w:val="right"/>
            </w:pPr>
            <w:r>
              <w:rPr>
                <w:sz w:val="16"/>
              </w:rPr>
              <w:t>94.1</w:t>
            </w:r>
          </w:p>
        </w:tc>
        <w:tc>
          <w:tcPr>
            <w:tcW w:type="dxa" w:w="1872"/>
          </w:tcPr>
          <w:p>
            <w:pPr>
              <w:spacing w:after="0"/>
              <w:jc w:val="left"/>
            </w:pPr>
            <w:r>
              <w:rPr>
                <w:sz w:val="16"/>
              </w:rPr>
              <w:t>Relatively High 2, Relatively Moderate 1</w:t>
            </w:r>
          </w:p>
        </w:tc>
        <w:tc>
          <w:tcPr>
            <w:tcW w:type="dxa" w:w="7805"/>
          </w:tcPr>
          <w:p>
            <w:pPr>
              <w:spacing w:after="0"/>
              <w:jc w:val="left"/>
            </w:pPr>
            <w:r>
              <w:rPr>
                <w:sz w:val="16"/>
              </w:rPr>
              <w:t>National data give a county-wide or coarse (49 km grid or NWS zone) frequency for this hazard, so they cannot show members' hazard differing. Agriculture is 85%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3 of 3</w:t>
            </w:r>
          </w:p>
        </w:tc>
        <w:tc>
          <w:tcPr>
            <w:tcW w:type="dxa" w:w="1007"/>
          </w:tcPr>
          <w:p>
            <w:pPr>
              <w:spacing w:after="0"/>
              <w:jc w:val="right"/>
            </w:pPr>
            <w:r>
              <w:rPr>
                <w:sz w:val="16"/>
              </w:rPr>
              <w:t>93.7</w:t>
            </w:r>
          </w:p>
        </w:tc>
        <w:tc>
          <w:tcPr>
            <w:tcW w:type="dxa" w:w="766"/>
          </w:tcPr>
          <w:p>
            <w:pPr>
              <w:spacing w:after="0"/>
              <w:jc w:val="right"/>
            </w:pPr>
            <w:r>
              <w:rPr>
                <w:sz w:val="16"/>
              </w:rPr>
              <w:t>95.9</w:t>
            </w:r>
          </w:p>
        </w:tc>
        <w:tc>
          <w:tcPr>
            <w:tcW w:type="dxa" w:w="730"/>
          </w:tcPr>
          <w:p>
            <w:pPr>
              <w:spacing w:after="0"/>
              <w:jc w:val="right"/>
            </w:pPr>
            <w:r>
              <w:rPr>
                <w:sz w:val="16"/>
              </w:rPr>
              <w:t>97.8</w:t>
            </w:r>
          </w:p>
        </w:tc>
        <w:tc>
          <w:tcPr>
            <w:tcW w:type="dxa" w:w="1872"/>
          </w:tcPr>
          <w:p>
            <w:pPr>
              <w:spacing w:after="0"/>
              <w:jc w:val="left"/>
            </w:pPr>
            <w:r>
              <w:rPr>
                <w:sz w:val="16"/>
              </w:rPr>
              <w:t>Relatively High 1, Relatively Moderate 2</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3 of 3</w:t>
            </w:r>
          </w:p>
        </w:tc>
        <w:tc>
          <w:tcPr>
            <w:tcW w:type="dxa" w:w="1007"/>
          </w:tcPr>
          <w:p>
            <w:pPr>
              <w:spacing w:after="0"/>
              <w:jc w:val="right"/>
            </w:pPr>
            <w:r>
              <w:rPr>
                <w:sz w:val="16"/>
              </w:rPr>
              <w:t>52.7</w:t>
            </w:r>
          </w:p>
        </w:tc>
        <w:tc>
          <w:tcPr>
            <w:tcW w:type="dxa" w:w="766"/>
          </w:tcPr>
          <w:p>
            <w:pPr>
              <w:spacing w:after="0"/>
              <w:jc w:val="right"/>
            </w:pPr>
            <w:r>
              <w:rPr>
                <w:sz w:val="16"/>
              </w:rPr>
              <w:t>66.7</w:t>
            </w:r>
          </w:p>
        </w:tc>
        <w:tc>
          <w:tcPr>
            <w:tcW w:type="dxa" w:w="730"/>
          </w:tcPr>
          <w:p>
            <w:pPr>
              <w:spacing w:after="0"/>
              <w:jc w:val="right"/>
            </w:pPr>
            <w:r>
              <w:rPr>
                <w:sz w:val="16"/>
              </w:rPr>
              <w:t>66.8</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3 of 3</w:t>
            </w:r>
          </w:p>
        </w:tc>
        <w:tc>
          <w:tcPr>
            <w:tcW w:type="dxa" w:w="1007"/>
          </w:tcPr>
          <w:p>
            <w:pPr>
              <w:spacing w:after="0"/>
              <w:jc w:val="right"/>
            </w:pPr>
            <w:r>
              <w:rPr>
                <w:sz w:val="16"/>
              </w:rPr>
              <w:t>69.1</w:t>
            </w:r>
          </w:p>
        </w:tc>
        <w:tc>
          <w:tcPr>
            <w:tcW w:type="dxa" w:w="766"/>
          </w:tcPr>
          <w:p>
            <w:pPr>
              <w:spacing w:after="0"/>
              <w:jc w:val="right"/>
            </w:pPr>
            <w:r>
              <w:rPr>
                <w:sz w:val="16"/>
              </w:rPr>
              <w:t>75.3</w:t>
            </w:r>
          </w:p>
        </w:tc>
        <w:tc>
          <w:tcPr>
            <w:tcW w:type="dxa" w:w="730"/>
          </w:tcPr>
          <w:p>
            <w:pPr>
              <w:spacing w:after="0"/>
              <w:jc w:val="right"/>
            </w:pPr>
            <w:r>
              <w:rPr>
                <w:sz w:val="16"/>
              </w:rPr>
              <w:t>85.0</w:t>
            </w:r>
          </w:p>
        </w:tc>
        <w:tc>
          <w:tcPr>
            <w:tcW w:type="dxa" w:w="1872"/>
          </w:tcPr>
          <w:p>
            <w:pPr>
              <w:spacing w:after="0"/>
              <w:jc w:val="left"/>
            </w:pPr>
            <w:r>
              <w:rPr>
                <w:sz w:val="16"/>
              </w:rPr>
              <w:t>Relatively Moderate 2, Relatively Low 1</w:t>
            </w:r>
          </w:p>
        </w:tc>
        <w:tc>
          <w:tcPr>
            <w:tcW w:type="dxa" w:w="7805"/>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3 of 3</w:t>
            </w:r>
          </w:p>
        </w:tc>
        <w:tc>
          <w:tcPr>
            <w:tcW w:type="dxa" w:w="1007"/>
          </w:tcPr>
          <w:p>
            <w:pPr>
              <w:spacing w:after="0"/>
              <w:jc w:val="right"/>
            </w:pPr>
            <w:r>
              <w:rPr>
                <w:sz w:val="16"/>
              </w:rPr>
              <w:t>42.0</w:t>
            </w:r>
          </w:p>
        </w:tc>
        <w:tc>
          <w:tcPr>
            <w:tcW w:type="dxa" w:w="766"/>
          </w:tcPr>
          <w:p>
            <w:pPr>
              <w:spacing w:after="0"/>
              <w:jc w:val="right"/>
            </w:pPr>
            <w:r>
              <w:rPr>
                <w:sz w:val="16"/>
              </w:rPr>
              <w:t>51.4</w:t>
            </w:r>
          </w:p>
        </w:tc>
        <w:tc>
          <w:tcPr>
            <w:tcW w:type="dxa" w:w="730"/>
          </w:tcPr>
          <w:p>
            <w:pPr>
              <w:spacing w:after="0"/>
              <w:jc w:val="right"/>
            </w:pPr>
            <w:r>
              <w:rPr>
                <w:sz w:val="16"/>
              </w:rPr>
              <w:t>52.5</w:t>
            </w:r>
          </w:p>
        </w:tc>
        <w:tc>
          <w:tcPr>
            <w:tcW w:type="dxa" w:w="1872"/>
          </w:tcPr>
          <w:p>
            <w:pPr>
              <w:spacing w:after="0"/>
              <w:jc w:val="left"/>
            </w:pPr>
            <w:r>
              <w:rPr>
                <w:sz w:val="16"/>
              </w:rPr>
              <w:t>Relatively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3 of 3</w:t>
            </w:r>
          </w:p>
        </w:tc>
        <w:tc>
          <w:tcPr>
            <w:tcW w:type="dxa" w:w="1007"/>
          </w:tcPr>
          <w:p>
            <w:pPr>
              <w:spacing w:after="0"/>
              <w:jc w:val="right"/>
            </w:pPr>
            <w:r>
              <w:rPr>
                <w:sz w:val="16"/>
              </w:rPr>
              <w:t>84.8</w:t>
            </w:r>
          </w:p>
        </w:tc>
        <w:tc>
          <w:tcPr>
            <w:tcW w:type="dxa" w:w="766"/>
          </w:tcPr>
          <w:p>
            <w:pPr>
              <w:spacing w:after="0"/>
              <w:jc w:val="right"/>
            </w:pPr>
            <w:r>
              <w:rPr>
                <w:sz w:val="16"/>
              </w:rPr>
              <w:t>85.5</w:t>
            </w:r>
          </w:p>
        </w:tc>
        <w:tc>
          <w:tcPr>
            <w:tcW w:type="dxa" w:w="730"/>
          </w:tcPr>
          <w:p>
            <w:pPr>
              <w:spacing w:after="0"/>
              <w:jc w:val="right"/>
            </w:pPr>
            <w:r>
              <w:rPr>
                <w:sz w:val="16"/>
              </w:rPr>
              <w:t>91.0</w:t>
            </w:r>
          </w:p>
        </w:tc>
        <w:tc>
          <w:tcPr>
            <w:tcW w:type="dxa" w:w="1872"/>
          </w:tcPr>
          <w:p>
            <w:pPr>
              <w:spacing w:after="0"/>
              <w:jc w:val="left"/>
            </w:pPr>
            <w:r>
              <w:rPr>
                <w:sz w:val="16"/>
              </w:rPr>
              <w:t>Relatively High 1, Relatively Moderate 2</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3 of 3</w:t>
            </w:r>
          </w:p>
        </w:tc>
        <w:tc>
          <w:tcPr>
            <w:tcW w:type="dxa" w:w="1007"/>
          </w:tcPr>
          <w:p>
            <w:pPr>
              <w:spacing w:after="0"/>
              <w:jc w:val="right"/>
            </w:pPr>
            <w:r>
              <w:rPr>
                <w:sz w:val="16"/>
              </w:rPr>
              <w:t>13.0</w:t>
            </w:r>
          </w:p>
        </w:tc>
        <w:tc>
          <w:tcPr>
            <w:tcW w:type="dxa" w:w="766"/>
          </w:tcPr>
          <w:p>
            <w:pPr>
              <w:spacing w:after="0"/>
              <w:jc w:val="right"/>
            </w:pPr>
            <w:r>
              <w:rPr>
                <w:sz w:val="16"/>
              </w:rPr>
              <w:t>15.0</w:t>
            </w:r>
          </w:p>
        </w:tc>
        <w:tc>
          <w:tcPr>
            <w:tcW w:type="dxa" w:w="730"/>
          </w:tcPr>
          <w:p>
            <w:pPr>
              <w:spacing w:after="0"/>
              <w:jc w:val="right"/>
            </w:pPr>
            <w:r>
              <w:rPr>
                <w:sz w:val="16"/>
              </w:rPr>
              <w:t>16.9</w:t>
            </w:r>
          </w:p>
        </w:tc>
        <w:tc>
          <w:tcPr>
            <w:tcW w:type="dxa" w:w="1872"/>
          </w:tcPr>
          <w:p>
            <w:pPr>
              <w:spacing w:after="0"/>
              <w:jc w:val="left"/>
            </w:pPr>
            <w:r>
              <w:rPr>
                <w:sz w:val="16"/>
              </w:rPr>
              <w:t>Very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3 of 3</w:t>
            </w:r>
          </w:p>
        </w:tc>
        <w:tc>
          <w:tcPr>
            <w:tcW w:type="dxa" w:w="1007"/>
          </w:tcPr>
          <w:p>
            <w:pPr>
              <w:spacing w:after="0"/>
              <w:jc w:val="right"/>
            </w:pPr>
            <w:r>
              <w:rPr>
                <w:sz w:val="16"/>
              </w:rPr>
              <w:t>19.1</w:t>
            </w:r>
          </w:p>
        </w:tc>
        <w:tc>
          <w:tcPr>
            <w:tcW w:type="dxa" w:w="766"/>
          </w:tcPr>
          <w:p>
            <w:pPr>
              <w:spacing w:after="0"/>
              <w:jc w:val="right"/>
            </w:pPr>
            <w:r>
              <w:rPr>
                <w:sz w:val="16"/>
              </w:rPr>
              <w:t>23.6</w:t>
            </w:r>
          </w:p>
        </w:tc>
        <w:tc>
          <w:tcPr>
            <w:tcW w:type="dxa" w:w="730"/>
          </w:tcPr>
          <w:p>
            <w:pPr>
              <w:spacing w:after="0"/>
              <w:jc w:val="right"/>
            </w:pPr>
            <w:r>
              <w:rPr>
                <w:sz w:val="16"/>
              </w:rPr>
              <w:t>31.7</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3 of 3</w:t>
            </w:r>
          </w:p>
        </w:tc>
        <w:tc>
          <w:tcPr>
            <w:tcW w:type="dxa" w:w="1007"/>
          </w:tcPr>
          <w:p>
            <w:pPr>
              <w:spacing w:after="0"/>
              <w:jc w:val="right"/>
            </w:pPr>
            <w:r>
              <w:rPr>
                <w:sz w:val="16"/>
              </w:rPr>
              <w:t>23.3</w:t>
            </w:r>
          </w:p>
        </w:tc>
        <w:tc>
          <w:tcPr>
            <w:tcW w:type="dxa" w:w="766"/>
          </w:tcPr>
          <w:p>
            <w:pPr>
              <w:spacing w:after="0"/>
              <w:jc w:val="right"/>
            </w:pPr>
            <w:r>
              <w:rPr>
                <w:sz w:val="16"/>
              </w:rPr>
              <w:t>35.2</w:t>
            </w:r>
          </w:p>
        </w:tc>
        <w:tc>
          <w:tcPr>
            <w:tcW w:type="dxa" w:w="730"/>
          </w:tcPr>
          <w:p>
            <w:pPr>
              <w:spacing w:after="0"/>
              <w:jc w:val="right"/>
            </w:pPr>
            <w:r>
              <w:rPr>
                <w:sz w:val="16"/>
              </w:rPr>
              <w:t>45.0</w:t>
            </w:r>
          </w:p>
        </w:tc>
        <w:tc>
          <w:tcPr>
            <w:tcW w:type="dxa" w:w="1872"/>
          </w:tcPr>
          <w:p>
            <w:pPr>
              <w:spacing w:after="0"/>
              <w:jc w:val="left"/>
            </w:pPr>
            <w:r>
              <w:rPr>
                <w:sz w:val="16"/>
              </w:rPr>
              <w:t>Very Low 3</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3 of 3</w:t>
            </w:r>
          </w:p>
        </w:tc>
        <w:tc>
          <w:tcPr>
            <w:tcW w:type="dxa" w:w="1007"/>
          </w:tcPr>
          <w:p>
            <w:pPr>
              <w:spacing w:after="0"/>
              <w:jc w:val="right"/>
            </w:pPr>
            <w:r>
              <w:rPr>
                <w:sz w:val="16"/>
              </w:rPr>
              <w:t>85.8</w:t>
            </w:r>
          </w:p>
        </w:tc>
        <w:tc>
          <w:tcPr>
            <w:tcW w:type="dxa" w:w="766"/>
          </w:tcPr>
          <w:p>
            <w:pPr>
              <w:spacing w:after="0"/>
              <w:jc w:val="right"/>
            </w:pPr>
            <w:r>
              <w:rPr>
                <w:sz w:val="16"/>
              </w:rPr>
              <w:t>91.2</w:t>
            </w:r>
          </w:p>
        </w:tc>
        <w:tc>
          <w:tcPr>
            <w:tcW w:type="dxa" w:w="730"/>
          </w:tcPr>
          <w:p>
            <w:pPr>
              <w:spacing w:after="0"/>
              <w:jc w:val="right"/>
            </w:pPr>
            <w:r>
              <w:rPr>
                <w:sz w:val="16"/>
              </w:rPr>
              <w:t>91.5</w:t>
            </w:r>
          </w:p>
        </w:tc>
        <w:tc>
          <w:tcPr>
            <w:tcW w:type="dxa" w:w="1872"/>
          </w:tcPr>
          <w:p>
            <w:pPr>
              <w:spacing w:after="0"/>
              <w:jc w:val="left"/>
            </w:pPr>
            <w:r>
              <w:rPr>
                <w:sz w:val="16"/>
              </w:rPr>
              <w:t>Relatively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3 of 3</w:t>
            </w:r>
          </w:p>
        </w:tc>
        <w:tc>
          <w:tcPr>
            <w:tcW w:type="dxa" w:w="1007"/>
          </w:tcPr>
          <w:p>
            <w:pPr>
              <w:spacing w:after="0"/>
              <w:jc w:val="right"/>
            </w:pPr>
            <w:r>
              <w:rPr>
                <w:sz w:val="16"/>
              </w:rPr>
              <w:t>98.2</w:t>
            </w:r>
          </w:p>
        </w:tc>
        <w:tc>
          <w:tcPr>
            <w:tcW w:type="dxa" w:w="766"/>
          </w:tcPr>
          <w:p>
            <w:pPr>
              <w:spacing w:after="0"/>
              <w:jc w:val="right"/>
            </w:pPr>
            <w:r>
              <w:rPr>
                <w:sz w:val="16"/>
              </w:rPr>
              <w:t>99.0</w:t>
            </w:r>
          </w:p>
        </w:tc>
        <w:tc>
          <w:tcPr>
            <w:tcW w:type="dxa" w:w="730"/>
          </w:tcPr>
          <w:p>
            <w:pPr>
              <w:spacing w:after="0"/>
              <w:jc w:val="right"/>
            </w:pPr>
            <w:r>
              <w:rPr>
                <w:sz w:val="16"/>
              </w:rPr>
              <w:t>99.0</w:t>
            </w:r>
          </w:p>
        </w:tc>
        <w:tc>
          <w:tcPr>
            <w:tcW w:type="dxa" w:w="1872"/>
          </w:tcPr>
          <w:p>
            <w:pPr>
              <w:spacing w:after="0"/>
              <w:jc w:val="left"/>
            </w:pPr>
            <w:r>
              <w:rPr>
                <w:sz w:val="16"/>
              </w:rPr>
              <w:t>Very High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3 of 3</w:t>
            </w:r>
          </w:p>
        </w:tc>
        <w:tc>
          <w:tcPr>
            <w:tcW w:type="dxa" w:w="1007"/>
          </w:tcPr>
          <w:p>
            <w:pPr>
              <w:spacing w:after="0"/>
              <w:jc w:val="right"/>
            </w:pPr>
            <w:r>
              <w:rPr>
                <w:sz w:val="16"/>
              </w:rPr>
              <w:t>87.3</w:t>
            </w:r>
          </w:p>
        </w:tc>
        <w:tc>
          <w:tcPr>
            <w:tcW w:type="dxa" w:w="766"/>
          </w:tcPr>
          <w:p>
            <w:pPr>
              <w:spacing w:after="0"/>
              <w:jc w:val="right"/>
            </w:pPr>
            <w:r>
              <w:rPr>
                <w:sz w:val="16"/>
              </w:rPr>
              <w:t>90.2</w:t>
            </w:r>
          </w:p>
        </w:tc>
        <w:tc>
          <w:tcPr>
            <w:tcW w:type="dxa" w:w="730"/>
          </w:tcPr>
          <w:p>
            <w:pPr>
              <w:spacing w:after="0"/>
              <w:jc w:val="right"/>
            </w:pPr>
            <w:r>
              <w:rPr>
                <w:sz w:val="16"/>
              </w:rPr>
              <w:t>91.9</w:t>
            </w:r>
          </w:p>
        </w:tc>
        <w:tc>
          <w:tcPr>
            <w:tcW w:type="dxa" w:w="1872"/>
          </w:tcPr>
          <w:p>
            <w:pPr>
              <w:spacing w:after="0"/>
              <w:jc w:val="left"/>
            </w:pPr>
            <w:r>
              <w:rPr>
                <w:sz w:val="16"/>
              </w:rPr>
              <w:t>Relatively High 3</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3</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3</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3 of 3</w:t>
            </w:r>
          </w:p>
        </w:tc>
        <w:tc>
          <w:tcPr>
            <w:tcW w:type="dxa" w:w="1007"/>
          </w:tcPr>
          <w:p>
            <w:pPr>
              <w:spacing w:after="0"/>
              <w:jc w:val="right"/>
            </w:pPr>
            <w:r>
              <w:rPr>
                <w:sz w:val="16"/>
              </w:rPr>
              <w:t>81.6</w:t>
            </w:r>
          </w:p>
        </w:tc>
        <w:tc>
          <w:tcPr>
            <w:tcW w:type="dxa" w:w="766"/>
          </w:tcPr>
          <w:p>
            <w:pPr>
              <w:spacing w:after="0"/>
              <w:jc w:val="right"/>
            </w:pPr>
            <w:r>
              <w:rPr>
                <w:sz w:val="16"/>
              </w:rPr>
              <w:t>82.0</w:t>
            </w:r>
          </w:p>
        </w:tc>
        <w:tc>
          <w:tcPr>
            <w:tcW w:type="dxa" w:w="730"/>
          </w:tcPr>
          <w:p>
            <w:pPr>
              <w:spacing w:after="0"/>
              <w:jc w:val="right"/>
            </w:pPr>
            <w:r>
              <w:rPr>
                <w:sz w:val="16"/>
              </w:rPr>
              <w:t>83.2</w:t>
            </w:r>
          </w:p>
        </w:tc>
        <w:tc>
          <w:tcPr>
            <w:tcW w:type="dxa" w:w="1872"/>
          </w:tcPr>
          <w:p>
            <w:pPr>
              <w:spacing w:after="0"/>
              <w:jc w:val="left"/>
            </w:pPr>
            <w:r>
              <w:rPr>
                <w:sz w:val="16"/>
              </w:rPr>
              <w:t>Relatively Low 3</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3 of 3</w:t>
            </w:r>
          </w:p>
        </w:tc>
        <w:tc>
          <w:tcPr>
            <w:tcW w:type="dxa" w:w="1007"/>
          </w:tcPr>
          <w:p>
            <w:pPr>
              <w:spacing w:after="0"/>
              <w:jc w:val="right"/>
            </w:pPr>
            <w:r>
              <w:rPr>
                <w:sz w:val="16"/>
              </w:rPr>
              <w:t>27.4</w:t>
            </w:r>
          </w:p>
        </w:tc>
        <w:tc>
          <w:tcPr>
            <w:tcW w:type="dxa" w:w="766"/>
          </w:tcPr>
          <w:p>
            <w:pPr>
              <w:spacing w:after="0"/>
              <w:jc w:val="right"/>
            </w:pPr>
            <w:r>
              <w:rPr>
                <w:sz w:val="16"/>
              </w:rPr>
              <w:t>32.0</w:t>
            </w:r>
          </w:p>
        </w:tc>
        <w:tc>
          <w:tcPr>
            <w:tcW w:type="dxa" w:w="730"/>
          </w:tcPr>
          <w:p>
            <w:pPr>
              <w:spacing w:after="0"/>
              <w:jc w:val="right"/>
            </w:pPr>
            <w:r>
              <w:rPr>
                <w:sz w:val="16"/>
              </w:rPr>
              <w:t>34.7</w:t>
            </w:r>
          </w:p>
        </w:tc>
        <w:tc>
          <w:tcPr>
            <w:tcW w:type="dxa" w:w="1872"/>
          </w:tcPr>
          <w:p>
            <w:pPr>
              <w:spacing w:after="0"/>
              <w:jc w:val="left"/>
            </w:pPr>
            <w:r>
              <w:rPr>
                <w:sz w:val="16"/>
              </w:rPr>
              <w:t>Relatively Low 3</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10"/>
        <w:gridCol w:w="1701"/>
        <w:gridCol w:w="3226"/>
        <w:gridCol w:w="2572"/>
        <w:gridCol w:w="1810"/>
        <w:gridCol w:w="2202"/>
        <w:gridCol w:w="791"/>
      </w:tblGrid>
      <w:tr>
        <w:trPr>
          <w:cantSplit/>
          <w:tblHeader/>
        </w:trPr>
        <w:tc>
          <w:tcPr>
            <w:tcW w:type="dxa" w:w="1810"/>
            <w:shd w:val="clear" w:color="auto" w:fill="E8E8E8"/>
          </w:tcPr>
          <w:p>
            <w:pPr>
              <w:spacing w:after="0"/>
              <w:jc w:val="left"/>
            </w:pPr>
            <w:r>
              <w:rPr>
                <w:b/>
                <w:sz w:val="16"/>
              </w:rPr>
              <w:t>Member</w:t>
            </w:r>
          </w:p>
        </w:tc>
        <w:tc>
          <w:tcPr>
            <w:tcW w:type="dxa" w:w="1701"/>
            <w:shd w:val="clear" w:color="auto" w:fill="E8E8E8"/>
          </w:tcPr>
          <w:p>
            <w:pPr>
              <w:spacing w:after="0"/>
              <w:jc w:val="left"/>
            </w:pPr>
            <w:r>
              <w:rPr>
                <w:b/>
                <w:sz w:val="16"/>
              </w:rPr>
              <w:t>Type</w:t>
            </w:r>
          </w:p>
        </w:tc>
        <w:tc>
          <w:tcPr>
            <w:tcW w:type="dxa" w:w="3226"/>
            <w:shd w:val="clear" w:color="auto" w:fill="E8E8E8"/>
          </w:tcPr>
          <w:p>
            <w:pPr>
              <w:spacing w:after="0"/>
              <w:jc w:val="left"/>
            </w:pPr>
            <w:r>
              <w:rPr>
                <w:b/>
                <w:sz w:val="16"/>
              </w:rPr>
              <w:t>Plan status</w:t>
            </w:r>
          </w:p>
        </w:tc>
        <w:tc>
          <w:tcPr>
            <w:tcW w:type="dxa" w:w="25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0"/>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91"/>
            <w:shd w:val="clear" w:color="auto" w:fill="E8E8E8"/>
          </w:tcPr>
          <w:p>
            <w:pPr>
              <w:spacing w:after="0"/>
              <w:jc w:val="left"/>
            </w:pPr>
            <w:r>
              <w:rPr>
                <w:b/>
                <w:sz w:val="16"/>
              </w:rPr>
              <w:t>Notes</w:t>
            </w:r>
          </w:p>
        </w:tc>
      </w:tr>
      <w:tr>
        <w:trPr>
          <w:cantSplit/>
        </w:trPr>
        <w:tc>
          <w:tcPr>
            <w:tcW w:type="dxa" w:w="1810"/>
          </w:tcPr>
          <w:p>
            <w:pPr>
              <w:spacing w:after="0"/>
              <w:jc w:val="left"/>
            </w:pPr>
            <w:r>
              <w:rPr>
                <w:sz w:val="16"/>
              </w:rPr>
              <w:t>Turner County (unincorporated area)</w:t>
            </w:r>
          </w:p>
        </w:tc>
        <w:tc>
          <w:tcPr>
            <w:tcW w:type="dxa" w:w="1701"/>
          </w:tcPr>
          <w:p>
            <w:pPr>
              <w:spacing w:after="0"/>
              <w:jc w:val="left"/>
            </w:pPr>
            <w:r>
              <w:rPr>
                <w:sz w:val="16"/>
              </w:rPr>
              <w:t>Unincorporated</w:t>
            </w:r>
          </w:p>
        </w:tc>
        <w:tc>
          <w:tcPr>
            <w:tcW w:type="dxa" w:w="3226"/>
          </w:tcPr>
          <w:p>
            <w:pPr>
              <w:spacing w:after="0"/>
              <w:jc w:val="left"/>
            </w:pPr>
            <w:r>
              <w:rPr>
                <w:sz w:val="16"/>
              </w:rPr>
              <w:t>Approved, expires 2029-04-03</w:t>
            </w:r>
          </w:p>
        </w:tc>
        <w:tc>
          <w:tcPr>
            <w:tcW w:type="dxa" w:w="2572"/>
          </w:tcPr>
          <w:p>
            <w:pPr>
              <w:spacing w:after="0"/>
              <w:jc w:val="right"/>
            </w:pPr>
            <w:r>
              <w:rPr>
                <w:sz w:val="16"/>
              </w:rPr>
              <w:t>FMA RL 0, SRL 0; any 0</w:t>
            </w:r>
          </w:p>
        </w:tc>
        <w:tc>
          <w:tcPr>
            <w:tcW w:type="dxa" w:w="1810"/>
          </w:tcPr>
          <w:p>
            <w:pPr>
              <w:spacing w:after="0"/>
              <w:jc w:val="right"/>
            </w:pPr>
            <w:r>
              <w:rPr>
                <w:sz w:val="16"/>
              </w:rPr>
              <w:t>$1,882,122.20</w:t>
            </w:r>
          </w:p>
        </w:tc>
        <w:tc>
          <w:tcPr>
            <w:tcW w:type="dxa" w:w="2202"/>
          </w:tcPr>
          <w:p>
            <w:pPr>
              <w:spacing w:after="0"/>
              <w:jc w:val="right"/>
            </w:pPr>
            <w:r>
              <w:rPr>
                <w:sz w:val="16"/>
              </w:rPr>
              <w:t>0; 0</w:t>
            </w:r>
          </w:p>
        </w:tc>
        <w:tc>
          <w:tcPr>
            <w:tcW w:type="dxa" w:w="791"/>
          </w:tcPr>
          <w:p>
            <w:pPr>
              <w:spacing w:after="0"/>
              <w:jc w:val="left"/>
            </w:pPr>
          </w:p>
        </w:tc>
      </w:tr>
      <w:tr>
        <w:trPr>
          <w:cantSplit/>
        </w:trPr>
        <w:tc>
          <w:tcPr>
            <w:tcW w:type="dxa" w:w="1810"/>
          </w:tcPr>
          <w:p>
            <w:pPr>
              <w:spacing w:after="0"/>
              <w:jc w:val="left"/>
            </w:pPr>
            <w:r>
              <w:rPr>
                <w:sz w:val="16"/>
              </w:rPr>
              <w:t>Ashburn city</w:t>
            </w:r>
          </w:p>
        </w:tc>
        <w:tc>
          <w:tcPr>
            <w:tcW w:type="dxa" w:w="1701"/>
          </w:tcPr>
          <w:p>
            <w:pPr>
              <w:spacing w:after="0"/>
              <w:jc w:val="left"/>
            </w:pPr>
            <w:r>
              <w:rPr>
                <w:sz w:val="16"/>
              </w:rPr>
              <w:t>City</w:t>
            </w:r>
          </w:p>
        </w:tc>
        <w:tc>
          <w:tcPr>
            <w:tcW w:type="dxa" w:w="3226"/>
          </w:tcPr>
          <w:p>
            <w:pPr>
              <w:spacing w:after="0"/>
              <w:jc w:val="left"/>
            </w:pPr>
            <w:r>
              <w:rPr>
                <w:sz w:val="16"/>
              </w:rPr>
              <w:t>Approved, expires 2029-04-03</w:t>
            </w:r>
          </w:p>
        </w:tc>
        <w:tc>
          <w:tcPr>
            <w:tcW w:type="dxa" w:w="2572"/>
          </w:tcPr>
          <w:p>
            <w:pPr>
              <w:spacing w:after="0"/>
              <w:jc w:val="right"/>
            </w:pPr>
            <w:r>
              <w:rPr>
                <w:sz w:val="16"/>
              </w:rPr>
              <w:t>FMA RL 0, SRL 0; any 0</w:t>
            </w:r>
          </w:p>
        </w:tc>
        <w:tc>
          <w:tcPr>
            <w:tcW w:type="dxa" w:w="1810"/>
          </w:tcPr>
          <w:p>
            <w:pPr>
              <w:spacing w:after="0"/>
              <w:jc w:val="right"/>
            </w:pPr>
            <w:r>
              <w:rPr>
                <w:sz w:val="16"/>
              </w:rPr>
              <w:t>$253,891.42</w:t>
            </w:r>
          </w:p>
        </w:tc>
        <w:tc>
          <w:tcPr>
            <w:tcW w:type="dxa" w:w="2202"/>
          </w:tcPr>
          <w:p>
            <w:pPr>
              <w:spacing w:after="0"/>
              <w:jc w:val="right"/>
            </w:pPr>
            <w:r>
              <w:rPr>
                <w:sz w:val="16"/>
              </w:rPr>
              <w:t>56; 6</w:t>
            </w:r>
          </w:p>
        </w:tc>
        <w:tc>
          <w:tcPr>
            <w:tcW w:type="dxa" w:w="791"/>
          </w:tcPr>
          <w:p>
            <w:pPr>
              <w:spacing w:after="0"/>
              <w:jc w:val="left"/>
            </w:pPr>
          </w:p>
        </w:tc>
      </w:tr>
      <w:tr>
        <w:trPr>
          <w:cantSplit/>
        </w:trPr>
        <w:tc>
          <w:tcPr>
            <w:tcW w:type="dxa" w:w="1810"/>
          </w:tcPr>
          <w:p>
            <w:pPr>
              <w:spacing w:after="0"/>
              <w:jc w:val="left"/>
            </w:pPr>
            <w:r>
              <w:rPr>
                <w:sz w:val="16"/>
              </w:rPr>
              <w:t>Rebecca town</w:t>
            </w:r>
          </w:p>
        </w:tc>
        <w:tc>
          <w:tcPr>
            <w:tcW w:type="dxa" w:w="1701"/>
          </w:tcPr>
          <w:p>
            <w:pPr>
              <w:spacing w:after="0"/>
              <w:jc w:val="left"/>
            </w:pPr>
            <w:r>
              <w:rPr>
                <w:sz w:val="16"/>
              </w:rPr>
              <w:t>Town</w:t>
            </w:r>
          </w:p>
        </w:tc>
        <w:tc>
          <w:tcPr>
            <w:tcW w:type="dxa" w:w="3226"/>
          </w:tcPr>
          <w:p>
            <w:pPr>
              <w:spacing w:after="0"/>
              <w:jc w:val="left"/>
            </w:pPr>
            <w:r>
              <w:rPr>
                <w:sz w:val="16"/>
              </w:rPr>
              <w:t>Approved, expires 2029-04-03</w:t>
            </w:r>
          </w:p>
        </w:tc>
        <w:tc>
          <w:tcPr>
            <w:tcW w:type="dxa" w:w="2572"/>
          </w:tcPr>
          <w:p>
            <w:pPr>
              <w:spacing w:after="0"/>
              <w:jc w:val="right"/>
            </w:pPr>
            <w:r>
              <w:rPr>
                <w:sz w:val="16"/>
              </w:rPr>
              <w:t>FMA RL 0, SRL 0; any 0</w:t>
            </w:r>
          </w:p>
        </w:tc>
        <w:tc>
          <w:tcPr>
            <w:tcW w:type="dxa" w:w="1810"/>
          </w:tcPr>
          <w:p>
            <w:pPr>
              <w:spacing w:after="0"/>
              <w:jc w:val="right"/>
            </w:pPr>
            <w:r>
              <w:rPr>
                <w:sz w:val="16"/>
              </w:rPr>
              <w:t>$6,631.95</w:t>
            </w:r>
          </w:p>
        </w:tc>
        <w:tc>
          <w:tcPr>
            <w:tcW w:type="dxa" w:w="2202"/>
          </w:tcPr>
          <w:p>
            <w:pPr>
              <w:spacing w:after="0"/>
              <w:jc w:val="right"/>
            </w:pPr>
            <w:r>
              <w:rPr>
                <w:sz w:val="16"/>
              </w:rPr>
              <w:t>22; 5</w:t>
            </w:r>
          </w:p>
        </w:tc>
        <w:tc>
          <w:tcPr>
            <w:tcW w:type="dxa" w:w="791"/>
          </w:tcPr>
          <w:p>
            <w:pPr>
              <w:spacing w:after="0"/>
              <w:jc w:val="left"/>
            </w:pPr>
          </w:p>
        </w:tc>
      </w:tr>
      <w:tr>
        <w:trPr>
          <w:cantSplit/>
        </w:trPr>
        <w:tc>
          <w:tcPr>
            <w:tcW w:type="dxa" w:w="1810"/>
          </w:tcPr>
          <w:p>
            <w:pPr>
              <w:spacing w:after="0"/>
              <w:jc w:val="left"/>
            </w:pPr>
            <w:r>
              <w:rPr>
                <w:sz w:val="16"/>
              </w:rPr>
              <w:t>Sycamore city</w:t>
            </w:r>
          </w:p>
        </w:tc>
        <w:tc>
          <w:tcPr>
            <w:tcW w:type="dxa" w:w="1701"/>
          </w:tcPr>
          <w:p>
            <w:pPr>
              <w:spacing w:after="0"/>
              <w:jc w:val="left"/>
            </w:pPr>
            <w:r>
              <w:rPr>
                <w:sz w:val="16"/>
              </w:rPr>
              <w:t>City</w:t>
            </w:r>
          </w:p>
        </w:tc>
        <w:tc>
          <w:tcPr>
            <w:tcW w:type="dxa" w:w="3226"/>
          </w:tcPr>
          <w:p>
            <w:pPr>
              <w:spacing w:after="0"/>
              <w:jc w:val="left"/>
            </w:pPr>
            <w:r>
              <w:rPr>
                <w:sz w:val="16"/>
              </w:rPr>
              <w:t>Approved, expires 2029-04-03</w:t>
            </w:r>
          </w:p>
        </w:tc>
        <w:tc>
          <w:tcPr>
            <w:tcW w:type="dxa" w:w="2572"/>
          </w:tcPr>
          <w:p>
            <w:pPr>
              <w:spacing w:after="0"/>
              <w:jc w:val="right"/>
            </w:pPr>
            <w:r>
              <w:rPr>
                <w:sz w:val="16"/>
              </w:rPr>
              <w:t>FMA RL 0, SRL 0; any 0</w:t>
            </w:r>
          </w:p>
        </w:tc>
        <w:tc>
          <w:tcPr>
            <w:tcW w:type="dxa" w:w="1810"/>
          </w:tcPr>
          <w:p>
            <w:pPr>
              <w:spacing w:after="0"/>
              <w:jc w:val="right"/>
            </w:pPr>
            <w:r>
              <w:rPr>
                <w:sz w:val="16"/>
              </w:rPr>
              <w:t>$47,266.45</w:t>
            </w:r>
          </w:p>
        </w:tc>
        <w:tc>
          <w:tcPr>
            <w:tcW w:type="dxa" w:w="2202"/>
          </w:tcPr>
          <w:p>
            <w:pPr>
              <w:spacing w:after="0"/>
              <w:jc w:val="right"/>
            </w:pPr>
            <w:r>
              <w:rPr>
                <w:sz w:val="16"/>
              </w:rPr>
              <w:t>18; 2</w:t>
            </w:r>
          </w:p>
        </w:tc>
        <w:tc>
          <w:tcPr>
            <w:tcW w:type="dxa" w:w="79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0"/>
        <w:gridCol w:w="1040"/>
        <w:gridCol w:w="948"/>
        <w:gridCol w:w="1126"/>
        <w:gridCol w:w="1144"/>
        <w:gridCol w:w="1305"/>
        <w:gridCol w:w="1150"/>
        <w:gridCol w:w="1234"/>
        <w:gridCol w:w="1148"/>
        <w:gridCol w:w="145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0"/>
            <w:shd w:val="clear" w:color="auto" w:fill="E8E8E8"/>
          </w:tcPr>
          <w:p>
            <w:pPr>
              <w:spacing w:after="0"/>
              <w:jc w:val="right"/>
            </w:pPr>
            <w:r>
              <w:rPr>
                <w:b/>
                <w:sz w:val="16"/>
              </w:rPr>
              <w:t>Storm Events damage since 2024-04-04</w:t>
            </w:r>
          </w:p>
          <w:p>
            <w:pPr>
              <w:spacing w:after="0"/>
              <w:jc w:val="right"/>
            </w:pPr>
            <w:r>
              <w:rPr>
                <w:i/>
                <w:color w:val="555555"/>
                <w:sz w:val="14"/>
              </w:rPr>
              <w:t>county-coded records, property plus crops, nominal dollars</w:t>
            </w:r>
          </w:p>
        </w:tc>
        <w:tc>
          <w:tcPr>
            <w:tcW w:type="dxa" w:w="123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5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948"/>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948"/>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$1,858,147,516</w:t>
            </w:r>
          </w:p>
        </w:tc>
        <w:tc>
          <w:tcPr>
            <w:tcW w:type="dxa" w:w="1130"/>
          </w:tcPr>
          <w:p>
            <w:pPr>
              <w:spacing w:after="0"/>
              <w:jc w:val="right"/>
            </w:pPr>
            <w:r>
              <w:rPr>
                <w:sz w:val="16"/>
              </w:rPr>
              <w:t>$84,027,779</w:t>
            </w:r>
          </w:p>
        </w:tc>
        <w:tc>
          <w:tcPr>
            <w:tcW w:type="dxa" w:w="1040"/>
          </w:tcPr>
          <w:p>
            <w:pPr>
              <w:spacing w:after="0"/>
              <w:jc w:val="right"/>
            </w:pPr>
            <w:r>
              <w:rPr>
                <w:sz w:val="16"/>
              </w:rPr>
              <w:t>8,965</w:t>
            </w:r>
          </w:p>
        </w:tc>
        <w:tc>
          <w:tcPr>
            <w:tcW w:type="dxa" w:w="948"/>
          </w:tcPr>
          <w:p>
            <w:pPr>
              <w:spacing w:after="0"/>
              <w:jc w:val="right"/>
            </w:pPr>
            <w:r>
              <w:rPr>
                <w:sz w:val="16"/>
              </w:rPr>
              <w:t>$438</w:t>
            </w:r>
          </w:p>
        </w:tc>
        <w:tc>
          <w:tcPr>
            <w:tcW w:type="dxa" w:w="1126"/>
          </w:tcPr>
          <w:p>
            <w:pPr>
              <w:spacing w:after="0"/>
              <w:jc w:val="right"/>
            </w:pPr>
            <w:r>
              <w:rPr>
                <w:sz w:val="16"/>
              </w:rPr>
              <w:t>$480,654</w:t>
            </w:r>
          </w:p>
        </w:tc>
        <w:tc>
          <w:tcPr>
            <w:tcW w:type="dxa" w:w="1144"/>
          </w:tcPr>
          <w:p>
            <w:pPr>
              <w:spacing w:after="0"/>
              <w:jc w:val="right"/>
            </w:pPr>
            <w:r>
              <w:rPr>
                <w:sz w:val="16"/>
              </w:rPr>
              <w:t>$86,241</w:t>
            </w:r>
          </w:p>
        </w:tc>
        <w:tc>
          <w:tcPr>
            <w:tcW w:type="dxa" w:w="1305"/>
          </w:tcPr>
          <w:p>
            <w:pPr>
              <w:spacing w:after="0"/>
              <w:jc w:val="right"/>
            </w:pPr>
            <w:r>
              <w:rPr>
                <w:sz w:val="16"/>
              </w:rPr>
              <w:t>under 0.0001%</w:t>
            </w:r>
          </w:p>
        </w:tc>
        <w:tc>
          <w:tcPr>
            <w:tcW w:type="dxa" w:w="1150"/>
          </w:tcPr>
          <w:p>
            <w:pPr>
              <w:spacing w:after="0"/>
              <w:jc w:val="right"/>
            </w:pPr>
          </w:p>
        </w:tc>
        <w:tc>
          <w:tcPr>
            <w:tcW w:type="dxa" w:w="1234"/>
          </w:tcPr>
          <w:p>
            <w:pPr>
              <w:spacing w:after="0"/>
              <w:jc w:val="right"/>
            </w:pPr>
            <w:r>
              <w:rPr>
                <w:sz w:val="16"/>
              </w:rPr>
              <w:t>$0</w:t>
            </w: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0"/>
          </w:tcPr>
          <w:p>
            <w:pPr>
              <w:spacing w:after="0"/>
              <w:jc w:val="right"/>
            </w:pPr>
            <w:r>
              <w:rPr>
                <w:sz w:val="16"/>
              </w:rPr>
              <w:t>$39,979,173</w:t>
            </w:r>
          </w:p>
        </w:tc>
        <w:tc>
          <w:tcPr>
            <w:tcW w:type="dxa" w:w="1040"/>
          </w:tcPr>
          <w:p>
            <w:pPr>
              <w:spacing w:after="0"/>
              <w:jc w:val="right"/>
            </w:pPr>
          </w:p>
        </w:tc>
        <w:tc>
          <w:tcPr>
            <w:tcW w:type="dxa" w:w="948"/>
          </w:tcPr>
          <w:p>
            <w:pPr>
              <w:spacing w:after="0"/>
              <w:jc w:val="right"/>
            </w:pPr>
          </w:p>
        </w:tc>
        <w:tc>
          <w:tcPr>
            <w:tcW w:type="dxa" w:w="1126"/>
          </w:tcPr>
          <w:p>
            <w:pPr>
              <w:spacing w:after="0"/>
              <w:jc w:val="right"/>
            </w:pPr>
            <w:r>
              <w:rPr>
                <w:sz w:val="16"/>
              </w:rPr>
              <w:t>$316,489</w:t>
            </w:r>
          </w:p>
        </w:tc>
        <w:tc>
          <w:tcPr>
            <w:tcW w:type="dxa" w:w="1144"/>
          </w:tcPr>
          <w:p>
            <w:pPr>
              <w:spacing w:after="0"/>
              <w:jc w:val="right"/>
            </w:pPr>
          </w:p>
        </w:tc>
        <w:tc>
          <w:tcPr>
            <w:tcW w:type="dxa" w:w="1305"/>
          </w:tcPr>
          <w:p>
            <w:pPr>
              <w:spacing w:after="0"/>
              <w:jc w:val="right"/>
            </w:pPr>
            <w:r>
              <w:rPr>
                <w:sz w:val="16"/>
              </w:rPr>
              <w:t>0.792% (agriculture)</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$3,396,807,308</w:t>
            </w:r>
          </w:p>
        </w:tc>
        <w:tc>
          <w:tcPr>
            <w:tcW w:type="dxa" w:w="1130"/>
          </w:tcPr>
          <w:p>
            <w:pPr>
              <w:spacing w:after="0"/>
              <w:jc w:val="right"/>
            </w:pPr>
          </w:p>
        </w:tc>
        <w:tc>
          <w:tcPr>
            <w:tcW w:type="dxa" w:w="1040"/>
          </w:tcPr>
          <w:p>
            <w:pPr>
              <w:spacing w:after="0"/>
              <w:jc w:val="right"/>
            </w:pPr>
            <w:r>
              <w:rPr>
                <w:sz w:val="16"/>
              </w:rPr>
              <w:t>9,006</w:t>
            </w:r>
          </w:p>
        </w:tc>
        <w:tc>
          <w:tcPr>
            <w:tcW w:type="dxa" w:w="948"/>
          </w:tcPr>
          <w:p>
            <w:pPr>
              <w:spacing w:after="0"/>
              <w:jc w:val="right"/>
            </w:pPr>
            <w:r>
              <w:rPr>
                <w:sz w:val="16"/>
              </w:rPr>
              <w:t>$81,113</w:t>
            </w:r>
          </w:p>
        </w:tc>
        <w:tc>
          <w:tcPr>
            <w:tcW w:type="dxa" w:w="1126"/>
          </w:tcPr>
          <w:p>
            <w:pPr>
              <w:spacing w:after="0"/>
              <w:jc w:val="right"/>
            </w:pPr>
          </w:p>
        </w:tc>
        <w:tc>
          <w:tcPr>
            <w:tcW w:type="dxa" w:w="1144"/>
          </w:tcPr>
          <w:p>
            <w:pPr>
              <w:spacing w:after="0"/>
              <w:jc w:val="right"/>
            </w:pPr>
            <w:r>
              <w:rPr>
                <w:sz w:val="16"/>
              </w:rPr>
              <w:t>$37,638</w:t>
            </w:r>
          </w:p>
        </w:tc>
        <w:tc>
          <w:tcPr>
            <w:tcW w:type="dxa" w:w="1305"/>
          </w:tcPr>
          <w:p>
            <w:pPr>
              <w:spacing w:after="0"/>
              <w:jc w:val="right"/>
            </w:pPr>
            <w:r>
              <w:rPr>
                <w:sz w:val="16"/>
              </w:rPr>
              <w:t>0.00239%</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$1,858,147,516</w:t>
            </w:r>
          </w:p>
        </w:tc>
        <w:tc>
          <w:tcPr>
            <w:tcW w:type="dxa" w:w="1130"/>
          </w:tcPr>
          <w:p>
            <w:pPr>
              <w:spacing w:after="0"/>
              <w:jc w:val="right"/>
            </w:pPr>
            <w:r>
              <w:rPr>
                <w:sz w:val="16"/>
              </w:rPr>
              <w:t>$84,027,779</w:t>
            </w:r>
          </w:p>
        </w:tc>
        <w:tc>
          <w:tcPr>
            <w:tcW w:type="dxa" w:w="1040"/>
          </w:tcPr>
          <w:p>
            <w:pPr>
              <w:spacing w:after="0"/>
              <w:jc w:val="right"/>
            </w:pPr>
            <w:r>
              <w:rPr>
                <w:sz w:val="16"/>
              </w:rPr>
              <w:t>8,965</w:t>
            </w:r>
          </w:p>
        </w:tc>
        <w:tc>
          <w:tcPr>
            <w:tcW w:type="dxa" w:w="948"/>
          </w:tcPr>
          <w:p>
            <w:pPr>
              <w:spacing w:after="0"/>
              <w:jc w:val="right"/>
            </w:pPr>
            <w:r>
              <w:rPr>
                <w:sz w:val="16"/>
              </w:rPr>
              <w:t>$11,837</w:t>
            </w:r>
          </w:p>
        </w:tc>
        <w:tc>
          <w:tcPr>
            <w:tcW w:type="dxa" w:w="1126"/>
          </w:tcPr>
          <w:p>
            <w:pPr>
              <w:spacing w:after="0"/>
              <w:jc w:val="right"/>
            </w:pPr>
            <w:r>
              <w:rPr>
                <w:sz w:val="16"/>
              </w:rPr>
              <w:t>$59,373</w:t>
            </w:r>
          </w:p>
        </w:tc>
        <w:tc>
          <w:tcPr>
            <w:tcW w:type="dxa" w:w="1144"/>
          </w:tcPr>
          <w:p>
            <w:pPr>
              <w:spacing w:after="0"/>
              <w:jc w:val="right"/>
            </w:pPr>
            <w:r>
              <w:rPr>
                <w:sz w:val="16"/>
              </w:rPr>
              <w:t>$9,767</w:t>
            </w:r>
          </w:p>
        </w:tc>
        <w:tc>
          <w:tcPr>
            <w:tcW w:type="dxa" w:w="1305"/>
          </w:tcPr>
          <w:p>
            <w:pPr>
              <w:spacing w:after="0"/>
              <w:jc w:val="right"/>
            </w:pPr>
            <w:r>
              <w:rPr>
                <w:sz w:val="16"/>
              </w:rPr>
              <w:t>0.000637%</w:t>
            </w:r>
          </w:p>
        </w:tc>
        <w:tc>
          <w:tcPr>
            <w:tcW w:type="dxa" w:w="1150"/>
          </w:tcPr>
          <w:p>
            <w:pPr>
              <w:spacing w:after="0"/>
              <w:jc w:val="right"/>
            </w:pPr>
            <w:r>
              <w:rPr>
                <w:sz w:val="16"/>
              </w:rPr>
              <w:t>$0</w:t>
            </w: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$1,858,147,516</w:t>
            </w:r>
          </w:p>
        </w:tc>
        <w:tc>
          <w:tcPr>
            <w:tcW w:type="dxa" w:w="1130"/>
          </w:tcPr>
          <w:p>
            <w:pPr>
              <w:spacing w:after="0"/>
              <w:jc w:val="right"/>
            </w:pPr>
            <w:r>
              <w:rPr>
                <w:sz w:val="16"/>
              </w:rPr>
              <w:t>$84,027,779</w:t>
            </w:r>
          </w:p>
        </w:tc>
        <w:tc>
          <w:tcPr>
            <w:tcW w:type="dxa" w:w="1040"/>
          </w:tcPr>
          <w:p>
            <w:pPr>
              <w:spacing w:after="0"/>
              <w:jc w:val="right"/>
            </w:pPr>
            <w:r>
              <w:rPr>
                <w:sz w:val="16"/>
              </w:rPr>
              <w:t>8,965</w:t>
            </w:r>
          </w:p>
        </w:tc>
        <w:tc>
          <w:tcPr>
            <w:tcW w:type="dxa" w:w="948"/>
          </w:tcPr>
          <w:p>
            <w:pPr>
              <w:spacing w:after="0"/>
              <w:jc w:val="right"/>
            </w:pPr>
            <w:r>
              <w:rPr>
                <w:sz w:val="16"/>
              </w:rPr>
              <w:t>$5</w:t>
            </w:r>
          </w:p>
        </w:tc>
        <w:tc>
          <w:tcPr>
            <w:tcW w:type="dxa" w:w="1126"/>
          </w:tcPr>
          <w:p>
            <w:pPr>
              <w:spacing w:after="0"/>
              <w:jc w:val="right"/>
            </w:pPr>
            <w:r>
              <w:rPr>
                <w:sz w:val="16"/>
              </w:rPr>
              <w:t>$149</w:t>
            </w:r>
          </w:p>
        </w:tc>
        <w:tc>
          <w:tcPr>
            <w:tcW w:type="dxa" w:w="1144"/>
          </w:tcPr>
          <w:p>
            <w:pPr>
              <w:spacing w:after="0"/>
              <w:jc w:val="right"/>
            </w:pPr>
            <w:r>
              <w:rPr>
                <w:sz w:val="16"/>
              </w:rPr>
              <w:t>$82,058</w:t>
            </w:r>
          </w:p>
        </w:tc>
        <w:tc>
          <w:tcPr>
            <w:tcW w:type="dxa" w:w="1305"/>
          </w:tcPr>
          <w:p>
            <w:pPr>
              <w:spacing w:after="0"/>
              <w:jc w:val="right"/>
            </w:pPr>
            <w:r>
              <w:rPr>
                <w:sz w:val="16"/>
              </w:rPr>
              <w:t>under 0.0001%</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$1,858,147,516</w:t>
            </w:r>
          </w:p>
        </w:tc>
        <w:tc>
          <w:tcPr>
            <w:tcW w:type="dxa" w:w="1130"/>
          </w:tcPr>
          <w:p>
            <w:pPr>
              <w:spacing w:after="0"/>
              <w:jc w:val="right"/>
            </w:pPr>
            <w:r>
              <w:rPr>
                <w:sz w:val="16"/>
              </w:rPr>
              <w:t>$84,027,779</w:t>
            </w:r>
          </w:p>
        </w:tc>
        <w:tc>
          <w:tcPr>
            <w:tcW w:type="dxa" w:w="1040"/>
          </w:tcPr>
          <w:p>
            <w:pPr>
              <w:spacing w:after="0"/>
              <w:jc w:val="right"/>
            </w:pPr>
            <w:r>
              <w:rPr>
                <w:sz w:val="16"/>
              </w:rPr>
              <w:t>8,965</w:t>
            </w:r>
          </w:p>
        </w:tc>
        <w:tc>
          <w:tcPr>
            <w:tcW w:type="dxa" w:w="948"/>
          </w:tcPr>
          <w:p>
            <w:pPr>
              <w:spacing w:after="0"/>
              <w:jc w:val="right"/>
            </w:pPr>
            <w:r>
              <w:rPr>
                <w:sz w:val="16"/>
              </w:rPr>
              <w:t>$336,141</w:t>
            </w:r>
          </w:p>
        </w:tc>
        <w:tc>
          <w:tcPr>
            <w:tcW w:type="dxa" w:w="1126"/>
          </w:tcPr>
          <w:p>
            <w:pPr>
              <w:spacing w:after="0"/>
              <w:jc w:val="right"/>
            </w:pPr>
            <w:r>
              <w:rPr>
                <w:sz w:val="16"/>
              </w:rPr>
              <w:t>$435,988</w:t>
            </w:r>
          </w:p>
        </w:tc>
        <w:tc>
          <w:tcPr>
            <w:tcW w:type="dxa" w:w="1144"/>
          </w:tcPr>
          <w:p>
            <w:pPr>
              <w:spacing w:after="0"/>
              <w:jc w:val="right"/>
            </w:pPr>
            <w:r>
              <w:rPr>
                <w:sz w:val="16"/>
              </w:rPr>
              <w:t>$16,767</w:t>
            </w:r>
          </w:p>
        </w:tc>
        <w:tc>
          <w:tcPr>
            <w:tcW w:type="dxa" w:w="1305"/>
          </w:tcPr>
          <w:p>
            <w:pPr>
              <w:spacing w:after="0"/>
              <w:jc w:val="right"/>
            </w:pPr>
            <w:r>
              <w:rPr>
                <w:sz w:val="16"/>
              </w:rPr>
              <w:t>0.0181%</w:t>
            </w:r>
          </w:p>
        </w:tc>
        <w:tc>
          <w:tcPr>
            <w:tcW w:type="dxa" w:w="1150"/>
          </w:tcPr>
          <w:p>
            <w:pPr>
              <w:spacing w:after="0"/>
              <w:jc w:val="right"/>
            </w:pPr>
          </w:p>
        </w:tc>
        <w:tc>
          <w:tcPr>
            <w:tcW w:type="dxa" w:w="1234"/>
          </w:tcPr>
          <w:p>
            <w:pPr>
              <w:spacing w:after="0"/>
              <w:jc w:val="right"/>
            </w:pPr>
            <w:r>
              <w:rPr>
                <w:sz w:val="16"/>
              </w:rPr>
              <w:t>$110,000,000</w:t>
            </w:r>
          </w:p>
        </w:tc>
        <w:tc>
          <w:tcPr>
            <w:tcW w:type="dxa" w:w="1148"/>
          </w:tcPr>
          <w:p>
            <w:pPr>
              <w:spacing w:after="0"/>
              <w:jc w:val="right"/>
            </w:pPr>
            <w:r>
              <w:rPr>
                <w:sz w:val="16"/>
              </w:rPr>
              <w:t>$198,778.35</w:t>
            </w:r>
          </w:p>
        </w:tc>
        <w:tc>
          <w:tcPr>
            <w:tcW w:type="dxa" w:w="1458"/>
          </w:tcPr>
          <w:p>
            <w:pPr>
              <w:spacing w:after="0"/>
              <w:jc w:val="left"/>
            </w:pPr>
            <w:r>
              <w:rPr>
                <w:sz w:val="16"/>
              </w:rPr>
              <w:t>Storm Events damage since the plan includes the zone-level Hurricane (Typhoon) record of 2024-09-26 ($110,000,000; as recorded; larger than this county's annual agriculture value in the National Risk Index; confirm with the county or the state extension service).</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$1,850,772,277</w:t>
            </w:r>
          </w:p>
        </w:tc>
        <w:tc>
          <w:tcPr>
            <w:tcW w:type="dxa" w:w="1130"/>
          </w:tcPr>
          <w:p>
            <w:pPr>
              <w:spacing w:after="0"/>
              <w:jc w:val="right"/>
            </w:pPr>
          </w:p>
        </w:tc>
        <w:tc>
          <w:tcPr>
            <w:tcW w:type="dxa" w:w="1040"/>
          </w:tcPr>
          <w:p>
            <w:pPr>
              <w:spacing w:after="0"/>
              <w:jc w:val="right"/>
            </w:pPr>
            <w:r>
              <w:rPr>
                <w:sz w:val="16"/>
              </w:rPr>
              <w:t>8,925</w:t>
            </w:r>
          </w:p>
        </w:tc>
        <w:tc>
          <w:tcPr>
            <w:tcW w:type="dxa" w:w="948"/>
          </w:tcPr>
          <w:p>
            <w:pPr>
              <w:spacing w:after="0"/>
              <w:jc w:val="right"/>
            </w:pPr>
            <w:r>
              <w:rPr>
                <w:sz w:val="16"/>
              </w:rPr>
              <w:t>$1,390</w:t>
            </w:r>
          </w:p>
        </w:tc>
        <w:tc>
          <w:tcPr>
            <w:tcW w:type="dxa" w:w="1126"/>
          </w:tcPr>
          <w:p>
            <w:pPr>
              <w:spacing w:after="0"/>
              <w:jc w:val="right"/>
            </w:pPr>
          </w:p>
        </w:tc>
        <w:tc>
          <w:tcPr>
            <w:tcW w:type="dxa" w:w="1144"/>
          </w:tcPr>
          <w:p>
            <w:pPr>
              <w:spacing w:after="0"/>
              <w:jc w:val="right"/>
            </w:pPr>
            <w:r>
              <w:rPr>
                <w:sz w:val="16"/>
              </w:rPr>
              <w:t>$1,076</w:t>
            </w:r>
          </w:p>
        </w:tc>
        <w:tc>
          <w:tcPr>
            <w:tcW w:type="dxa" w:w="1305"/>
          </w:tcPr>
          <w:p>
            <w:pPr>
              <w:spacing w:after="0"/>
              <w:jc w:val="right"/>
            </w:pPr>
            <w:r>
              <w:rPr>
                <w:sz w:val="16"/>
              </w:rPr>
              <w:t>under 0.0001%</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$1,857,759,942</w:t>
            </w:r>
          </w:p>
        </w:tc>
        <w:tc>
          <w:tcPr>
            <w:tcW w:type="dxa" w:w="1130"/>
          </w:tcPr>
          <w:p>
            <w:pPr>
              <w:spacing w:after="0"/>
              <w:jc w:val="right"/>
            </w:pPr>
            <w:r>
              <w:rPr>
                <w:sz w:val="16"/>
              </w:rPr>
              <w:t>$931,276</w:t>
            </w:r>
          </w:p>
        </w:tc>
        <w:tc>
          <w:tcPr>
            <w:tcW w:type="dxa" w:w="1040"/>
          </w:tcPr>
          <w:p>
            <w:pPr>
              <w:spacing w:after="0"/>
              <w:jc w:val="right"/>
            </w:pPr>
            <w:r>
              <w:rPr>
                <w:sz w:val="16"/>
              </w:rPr>
              <w:t>105</w:t>
            </w:r>
          </w:p>
        </w:tc>
        <w:tc>
          <w:tcPr>
            <w:tcW w:type="dxa" w:w="948"/>
          </w:tcPr>
          <w:p>
            <w:pPr>
              <w:spacing w:after="0"/>
              <w:jc w:val="right"/>
            </w:pPr>
            <w:r>
              <w:rPr>
                <w:sz w:val="16"/>
              </w:rPr>
              <w:t>$764,908</w:t>
            </w:r>
          </w:p>
        </w:tc>
        <w:tc>
          <w:tcPr>
            <w:tcW w:type="dxa" w:w="1126"/>
          </w:tcPr>
          <w:p>
            <w:pPr>
              <w:spacing w:after="0"/>
              <w:jc w:val="right"/>
            </w:pPr>
            <w:r>
              <w:rPr>
                <w:sz w:val="16"/>
              </w:rPr>
              <w:t>$229</w:t>
            </w:r>
          </w:p>
        </w:tc>
        <w:tc>
          <w:tcPr>
            <w:tcW w:type="dxa" w:w="1144"/>
          </w:tcPr>
          <w:p>
            <w:pPr>
              <w:spacing w:after="0"/>
              <w:jc w:val="right"/>
            </w:pPr>
            <w:r>
              <w:rPr>
                <w:sz w:val="16"/>
              </w:rPr>
              <w:t>$1,016</w:t>
            </w:r>
          </w:p>
        </w:tc>
        <w:tc>
          <w:tcPr>
            <w:tcW w:type="dxa" w:w="1305"/>
          </w:tcPr>
          <w:p>
            <w:pPr>
              <w:spacing w:after="0"/>
              <w:jc w:val="right"/>
            </w:pPr>
            <w:r>
              <w:rPr>
                <w:sz w:val="16"/>
              </w:rPr>
              <w:t>n/a (see note)</w:t>
            </w:r>
          </w:p>
        </w:tc>
        <w:tc>
          <w:tcPr>
            <w:tcW w:type="dxa" w:w="1150"/>
          </w:tcPr>
          <w:p>
            <w:pPr>
              <w:spacing w:after="0"/>
              <w:jc w:val="right"/>
            </w:pPr>
            <w:r>
              <w:rPr>
                <w:sz w:val="16"/>
              </w:rPr>
              <w:t>$0</w:t>
            </w:r>
          </w:p>
        </w:tc>
        <w:tc>
          <w:tcPr>
            <w:tcW w:type="dxa" w:w="1234"/>
          </w:tcPr>
          <w:p>
            <w:pPr>
              <w:spacing w:after="0"/>
              <w:jc w:val="right"/>
            </w:pPr>
          </w:p>
        </w:tc>
        <w:tc>
          <w:tcPr>
            <w:tcW w:type="dxa" w:w="1148"/>
          </w:tcPr>
          <w:p>
            <w:pPr>
              <w:spacing w:after="0"/>
              <w:jc w:val="right"/>
            </w:pPr>
          </w:p>
        </w:tc>
        <w:tc>
          <w:tcPr>
            <w:tcW w:type="dxa" w:w="145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$819,783</w:t>
            </w:r>
          </w:p>
        </w:tc>
        <w:tc>
          <w:tcPr>
            <w:tcW w:type="dxa" w:w="1130"/>
          </w:tcPr>
          <w:p>
            <w:pPr>
              <w:spacing w:after="0"/>
              <w:jc w:val="right"/>
            </w:pPr>
          </w:p>
        </w:tc>
        <w:tc>
          <w:tcPr>
            <w:tcW w:type="dxa" w:w="1040"/>
          </w:tcPr>
          <w:p>
            <w:pPr>
              <w:spacing w:after="0"/>
              <w:jc w:val="right"/>
            </w:pPr>
            <w:r>
              <w:rPr>
                <w:sz w:val="16"/>
              </w:rPr>
              <w:t>4</w:t>
            </w:r>
          </w:p>
        </w:tc>
        <w:tc>
          <w:tcPr>
            <w:tcW w:type="dxa" w:w="948"/>
          </w:tcPr>
          <w:p>
            <w:pPr>
              <w:spacing w:after="0"/>
              <w:jc w:val="right"/>
            </w:pPr>
            <w:r>
              <w:rPr>
                <w:sz w:val="16"/>
              </w:rPr>
              <w:t>$2</w:t>
            </w:r>
          </w:p>
        </w:tc>
        <w:tc>
          <w:tcPr>
            <w:tcW w:type="dxa" w:w="1126"/>
          </w:tcPr>
          <w:p>
            <w:pPr>
              <w:spacing w:after="0"/>
              <w:jc w:val="right"/>
            </w:pPr>
          </w:p>
        </w:tc>
        <w:tc>
          <w:tcPr>
            <w:tcW w:type="dxa" w:w="1144"/>
          </w:tcPr>
          <w:p>
            <w:pPr>
              <w:spacing w:after="0"/>
              <w:jc w:val="right"/>
            </w:pPr>
            <w:r>
              <w:rPr>
                <w:sz w:val="16"/>
              </w:rPr>
              <w:t>under $1</w:t>
            </w:r>
          </w:p>
        </w:tc>
        <w:tc>
          <w:tcPr>
            <w:tcW w:type="dxa" w:w="1305"/>
          </w:tcPr>
          <w:p>
            <w:pPr>
              <w:spacing w:after="0"/>
              <w:jc w:val="right"/>
            </w:pPr>
            <w:r>
              <w:rPr>
                <w:sz w:val="16"/>
              </w:rPr>
              <w:t>0.000215%</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$1,858,147,516</w:t>
            </w:r>
          </w:p>
        </w:tc>
        <w:tc>
          <w:tcPr>
            <w:tcW w:type="dxa" w:w="1130"/>
          </w:tcPr>
          <w:p>
            <w:pPr>
              <w:spacing w:after="0"/>
              <w:jc w:val="right"/>
            </w:pPr>
          </w:p>
        </w:tc>
        <w:tc>
          <w:tcPr>
            <w:tcW w:type="dxa" w:w="1040"/>
          </w:tcPr>
          <w:p>
            <w:pPr>
              <w:spacing w:after="0"/>
              <w:jc w:val="right"/>
            </w:pPr>
            <w:r>
              <w:rPr>
                <w:sz w:val="16"/>
              </w:rPr>
              <w:t>8,965</w:t>
            </w:r>
          </w:p>
        </w:tc>
        <w:tc>
          <w:tcPr>
            <w:tcW w:type="dxa" w:w="948"/>
          </w:tcPr>
          <w:p>
            <w:pPr>
              <w:spacing w:after="0"/>
              <w:jc w:val="right"/>
            </w:pPr>
            <w:r>
              <w:rPr>
                <w:sz w:val="16"/>
              </w:rPr>
              <w:t>$4,465</w:t>
            </w:r>
          </w:p>
        </w:tc>
        <w:tc>
          <w:tcPr>
            <w:tcW w:type="dxa" w:w="1126"/>
          </w:tcPr>
          <w:p>
            <w:pPr>
              <w:spacing w:after="0"/>
              <w:jc w:val="right"/>
            </w:pPr>
          </w:p>
        </w:tc>
        <w:tc>
          <w:tcPr>
            <w:tcW w:type="dxa" w:w="1144"/>
          </w:tcPr>
          <w:p>
            <w:pPr>
              <w:spacing w:after="0"/>
              <w:jc w:val="right"/>
            </w:pPr>
            <w:r>
              <w:rPr>
                <w:sz w:val="16"/>
              </w:rPr>
              <w:t>$94,250</w:t>
            </w:r>
          </w:p>
        </w:tc>
        <w:tc>
          <w:tcPr>
            <w:tcW w:type="dxa" w:w="1305"/>
          </w:tcPr>
          <w:p>
            <w:pPr>
              <w:spacing w:after="0"/>
              <w:jc w:val="right"/>
            </w:pPr>
            <w:r>
              <w:rPr>
                <w:sz w:val="16"/>
              </w:rPr>
              <w:t>0.00024%</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$1,858,147,516</w:t>
            </w:r>
          </w:p>
        </w:tc>
        <w:tc>
          <w:tcPr>
            <w:tcW w:type="dxa" w:w="1130"/>
          </w:tcPr>
          <w:p>
            <w:pPr>
              <w:spacing w:after="0"/>
              <w:jc w:val="right"/>
            </w:pPr>
            <w:r>
              <w:rPr>
                <w:sz w:val="16"/>
              </w:rPr>
              <w:t>$84,027,779</w:t>
            </w:r>
          </w:p>
        </w:tc>
        <w:tc>
          <w:tcPr>
            <w:tcW w:type="dxa" w:w="1040"/>
          </w:tcPr>
          <w:p>
            <w:pPr>
              <w:spacing w:after="0"/>
              <w:jc w:val="right"/>
            </w:pPr>
            <w:r>
              <w:rPr>
                <w:sz w:val="16"/>
              </w:rPr>
              <w:t>8,965</w:t>
            </w:r>
          </w:p>
        </w:tc>
        <w:tc>
          <w:tcPr>
            <w:tcW w:type="dxa" w:w="948"/>
          </w:tcPr>
          <w:p>
            <w:pPr>
              <w:spacing w:after="0"/>
              <w:jc w:val="right"/>
            </w:pPr>
            <w:r>
              <w:rPr>
                <w:sz w:val="16"/>
              </w:rPr>
              <w:t>$46,615</w:t>
            </w:r>
          </w:p>
        </w:tc>
        <w:tc>
          <w:tcPr>
            <w:tcW w:type="dxa" w:w="1126"/>
          </w:tcPr>
          <w:p>
            <w:pPr>
              <w:spacing w:after="0"/>
              <w:jc w:val="right"/>
            </w:pPr>
            <w:r>
              <w:rPr>
                <w:sz w:val="16"/>
              </w:rPr>
              <w:t>$15,957</w:t>
            </w:r>
          </w:p>
        </w:tc>
        <w:tc>
          <w:tcPr>
            <w:tcW w:type="dxa" w:w="1144"/>
          </w:tcPr>
          <w:p>
            <w:pPr>
              <w:spacing w:after="0"/>
              <w:jc w:val="right"/>
            </w:pPr>
            <w:r>
              <w:rPr>
                <w:sz w:val="16"/>
              </w:rPr>
              <w:t>$587,145</w:t>
            </w:r>
          </w:p>
        </w:tc>
        <w:tc>
          <w:tcPr>
            <w:tcW w:type="dxa" w:w="1305"/>
          </w:tcPr>
          <w:p>
            <w:pPr>
              <w:spacing w:after="0"/>
              <w:jc w:val="right"/>
            </w:pPr>
            <w:r>
              <w:rPr>
                <w:sz w:val="16"/>
              </w:rPr>
              <w:t>0.00251%</w:t>
            </w:r>
          </w:p>
        </w:tc>
        <w:tc>
          <w:tcPr>
            <w:tcW w:type="dxa" w:w="1150"/>
          </w:tcPr>
          <w:p>
            <w:pPr>
              <w:spacing w:after="0"/>
              <w:jc w:val="right"/>
            </w:pPr>
            <w:r>
              <w:rPr>
                <w:sz w:val="16"/>
              </w:rPr>
              <w:t>$19,000</w:t>
            </w: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$1,858,147,516</w:t>
            </w:r>
          </w:p>
        </w:tc>
        <w:tc>
          <w:tcPr>
            <w:tcW w:type="dxa" w:w="1130"/>
          </w:tcPr>
          <w:p>
            <w:pPr>
              <w:spacing w:after="0"/>
              <w:jc w:val="right"/>
            </w:pPr>
            <w:r>
              <w:rPr>
                <w:sz w:val="16"/>
              </w:rPr>
              <w:t>$84,027,779</w:t>
            </w:r>
          </w:p>
        </w:tc>
        <w:tc>
          <w:tcPr>
            <w:tcW w:type="dxa" w:w="1040"/>
          </w:tcPr>
          <w:p>
            <w:pPr>
              <w:spacing w:after="0"/>
              <w:jc w:val="right"/>
            </w:pPr>
            <w:r>
              <w:rPr>
                <w:sz w:val="16"/>
              </w:rPr>
              <w:t>8,965</w:t>
            </w:r>
          </w:p>
        </w:tc>
        <w:tc>
          <w:tcPr>
            <w:tcW w:type="dxa" w:w="948"/>
          </w:tcPr>
          <w:p>
            <w:pPr>
              <w:spacing w:after="0"/>
              <w:jc w:val="right"/>
            </w:pPr>
            <w:r>
              <w:rPr>
                <w:sz w:val="16"/>
              </w:rPr>
              <w:t>$204,985</w:t>
            </w:r>
          </w:p>
        </w:tc>
        <w:tc>
          <w:tcPr>
            <w:tcW w:type="dxa" w:w="1126"/>
          </w:tcPr>
          <w:p>
            <w:pPr>
              <w:spacing w:after="0"/>
              <w:jc w:val="right"/>
            </w:pPr>
            <w:r>
              <w:rPr>
                <w:sz w:val="16"/>
              </w:rPr>
              <w:t>$2,385</w:t>
            </w:r>
          </w:p>
        </w:tc>
        <w:tc>
          <w:tcPr>
            <w:tcW w:type="dxa" w:w="1144"/>
          </w:tcPr>
          <w:p>
            <w:pPr>
              <w:spacing w:after="0"/>
              <w:jc w:val="right"/>
            </w:pPr>
            <w:r>
              <w:rPr>
                <w:sz w:val="16"/>
              </w:rPr>
              <w:t>$612,436</w:t>
            </w:r>
          </w:p>
        </w:tc>
        <w:tc>
          <w:tcPr>
            <w:tcW w:type="dxa" w:w="1305"/>
          </w:tcPr>
          <w:p>
            <w:pPr>
              <w:spacing w:after="0"/>
              <w:jc w:val="right"/>
            </w:pPr>
            <w:r>
              <w:rPr>
                <w:sz w:val="16"/>
              </w:rPr>
              <w:t>0.011%</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948"/>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0"/>
          </w:tcPr>
          <w:p>
            <w:pPr>
              <w:spacing w:after="0"/>
              <w:jc w:val="right"/>
            </w:pPr>
          </w:p>
        </w:tc>
        <w:tc>
          <w:tcPr>
            <w:tcW w:type="dxa" w:w="1040"/>
          </w:tcPr>
          <w:p>
            <w:pPr>
              <w:spacing w:after="0"/>
              <w:jc w:val="right"/>
            </w:pPr>
          </w:p>
        </w:tc>
        <w:tc>
          <w:tcPr>
            <w:tcW w:type="dxa" w:w="948"/>
          </w:tcPr>
          <w:p>
            <w:pPr>
              <w:spacing w:after="0"/>
              <w:jc w:val="right"/>
            </w:pPr>
          </w:p>
        </w:tc>
        <w:tc>
          <w:tcPr>
            <w:tcW w:type="dxa" w:w="1126"/>
          </w:tcPr>
          <w:p>
            <w:pPr>
              <w:spacing w:after="0"/>
              <w:jc w:val="right"/>
            </w:pPr>
          </w:p>
        </w:tc>
        <w:tc>
          <w:tcPr>
            <w:tcW w:type="dxa" w:w="1144"/>
          </w:tcPr>
          <w:p>
            <w:pPr>
              <w:spacing w:after="0"/>
              <w:jc w:val="right"/>
            </w:pPr>
          </w:p>
        </w:tc>
        <w:tc>
          <w:tcPr>
            <w:tcW w:type="dxa" w:w="1305"/>
          </w:tcPr>
          <w:p>
            <w:pPr>
              <w:spacing w:after="0"/>
              <w:jc w:val="right"/>
            </w:pP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$469,689,736</w:t>
            </w:r>
          </w:p>
        </w:tc>
        <w:tc>
          <w:tcPr>
            <w:tcW w:type="dxa" w:w="1130"/>
          </w:tcPr>
          <w:p>
            <w:pPr>
              <w:spacing w:after="0"/>
              <w:jc w:val="right"/>
            </w:pPr>
            <w:r>
              <w:rPr>
                <w:sz w:val="16"/>
              </w:rPr>
              <w:t>$25,748,888</w:t>
            </w:r>
          </w:p>
        </w:tc>
        <w:tc>
          <w:tcPr>
            <w:tcW w:type="dxa" w:w="1040"/>
          </w:tcPr>
          <w:p>
            <w:pPr>
              <w:spacing w:after="0"/>
              <w:jc w:val="right"/>
            </w:pPr>
            <w:r>
              <w:rPr>
                <w:sz w:val="16"/>
              </w:rPr>
              <w:t>3,544</w:t>
            </w:r>
          </w:p>
        </w:tc>
        <w:tc>
          <w:tcPr>
            <w:tcW w:type="dxa" w:w="948"/>
          </w:tcPr>
          <w:p>
            <w:pPr>
              <w:spacing w:after="0"/>
              <w:jc w:val="right"/>
            </w:pPr>
            <w:r>
              <w:rPr>
                <w:sz w:val="16"/>
              </w:rPr>
              <w:t>$14,536</w:t>
            </w:r>
          </w:p>
        </w:tc>
        <w:tc>
          <w:tcPr>
            <w:tcW w:type="dxa" w:w="1126"/>
          </w:tcPr>
          <w:p>
            <w:pPr>
              <w:spacing w:after="0"/>
              <w:jc w:val="right"/>
            </w:pPr>
            <w:r>
              <w:rPr>
                <w:sz w:val="16"/>
              </w:rPr>
              <w:t>$133</w:t>
            </w:r>
          </w:p>
        </w:tc>
        <w:tc>
          <w:tcPr>
            <w:tcW w:type="dxa" w:w="1144"/>
          </w:tcPr>
          <w:p>
            <w:pPr>
              <w:spacing w:after="0"/>
              <w:jc w:val="right"/>
            </w:pPr>
            <w:r>
              <w:rPr>
                <w:sz w:val="16"/>
              </w:rPr>
              <w:t>$2,395</w:t>
            </w:r>
          </w:p>
        </w:tc>
        <w:tc>
          <w:tcPr>
            <w:tcW w:type="dxa" w:w="1305"/>
          </w:tcPr>
          <w:p>
            <w:pPr>
              <w:spacing w:after="0"/>
              <w:jc w:val="right"/>
            </w:pPr>
            <w:r>
              <w:rPr>
                <w:sz w:val="16"/>
              </w:rPr>
              <w:t>0.00309%</w:t>
            </w:r>
          </w:p>
        </w:tc>
        <w:tc>
          <w:tcPr>
            <w:tcW w:type="dxa" w:w="1150"/>
          </w:tcPr>
          <w:p>
            <w:pPr>
              <w:spacing w:after="0"/>
              <w:jc w:val="right"/>
            </w:pPr>
          </w:p>
        </w:tc>
        <w:tc>
          <w:tcPr>
            <w:tcW w:type="dxa" w:w="1234"/>
          </w:tcPr>
          <w:p>
            <w:pPr>
              <w:spacing w:after="0"/>
              <w:jc w:val="right"/>
            </w:pPr>
          </w:p>
        </w:tc>
        <w:tc>
          <w:tcPr>
            <w:tcW w:type="dxa" w:w="1148"/>
          </w:tcPr>
          <w:p>
            <w:pPr>
              <w:spacing w:after="0"/>
              <w:jc w:val="right"/>
            </w:pPr>
          </w:p>
        </w:tc>
        <w:tc>
          <w:tcPr>
            <w:tcW w:type="dxa" w:w="145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$1,858,147,516</w:t>
            </w:r>
          </w:p>
        </w:tc>
        <w:tc>
          <w:tcPr>
            <w:tcW w:type="dxa" w:w="1130"/>
          </w:tcPr>
          <w:p>
            <w:pPr>
              <w:spacing w:after="0"/>
              <w:jc w:val="right"/>
            </w:pPr>
            <w:r>
              <w:rPr>
                <w:sz w:val="16"/>
              </w:rPr>
              <w:t>$84,027,779</w:t>
            </w:r>
          </w:p>
        </w:tc>
        <w:tc>
          <w:tcPr>
            <w:tcW w:type="dxa" w:w="1040"/>
          </w:tcPr>
          <w:p>
            <w:pPr>
              <w:spacing w:after="0"/>
              <w:jc w:val="right"/>
            </w:pPr>
            <w:r>
              <w:rPr>
                <w:sz w:val="16"/>
              </w:rPr>
              <w:t>8,965</w:t>
            </w:r>
          </w:p>
        </w:tc>
        <w:tc>
          <w:tcPr>
            <w:tcW w:type="dxa" w:w="948"/>
          </w:tcPr>
          <w:p>
            <w:pPr>
              <w:spacing w:after="0"/>
              <w:jc w:val="right"/>
            </w:pPr>
            <w:r>
              <w:rPr>
                <w:sz w:val="16"/>
              </w:rPr>
              <w:t>$1,892</w:t>
            </w:r>
          </w:p>
        </w:tc>
        <w:tc>
          <w:tcPr>
            <w:tcW w:type="dxa" w:w="1126"/>
          </w:tcPr>
          <w:p>
            <w:pPr>
              <w:spacing w:after="0"/>
              <w:jc w:val="right"/>
            </w:pPr>
            <w:r>
              <w:rPr>
                <w:sz w:val="16"/>
              </w:rPr>
              <w:t>$48</w:t>
            </w:r>
          </w:p>
        </w:tc>
        <w:tc>
          <w:tcPr>
            <w:tcW w:type="dxa" w:w="1144"/>
          </w:tcPr>
          <w:p>
            <w:pPr>
              <w:spacing w:after="0"/>
              <w:jc w:val="right"/>
            </w:pPr>
            <w:r>
              <w:rPr>
                <w:sz w:val="16"/>
              </w:rPr>
              <w:t>$137</w:t>
            </w:r>
          </w:p>
        </w:tc>
        <w:tc>
          <w:tcPr>
            <w:tcW w:type="dxa" w:w="1305"/>
          </w:tcPr>
          <w:p>
            <w:pPr>
              <w:spacing w:after="0"/>
              <w:jc w:val="right"/>
            </w:pPr>
            <w:r>
              <w:rPr>
                <w:sz w:val="16"/>
              </w:rPr>
              <w:t>0.000102%</w:t>
            </w:r>
          </w:p>
        </w:tc>
        <w:tc>
          <w:tcPr>
            <w:tcW w:type="dxa" w:w="1150"/>
          </w:tcPr>
          <w:p>
            <w:pPr>
              <w:spacing w:after="0"/>
              <w:jc w:val="right"/>
            </w:pPr>
          </w:p>
        </w:tc>
        <w:tc>
          <w:tcPr>
            <w:tcW w:type="dxa" w:w="1234"/>
          </w:tcPr>
          <w:p>
            <w:pPr>
              <w:spacing w:after="0"/>
              <w:jc w:val="right"/>
            </w:pPr>
            <w:r>
              <w:rPr>
                <w:sz w:val="16"/>
              </w:rPr>
              <w:t>$0</w:t>
            </w:r>
          </w:p>
        </w:tc>
        <w:tc>
          <w:tcPr>
            <w:tcW w:type="dxa" w:w="1148"/>
          </w:tcPr>
          <w:p>
            <w:pPr>
              <w:spacing w:after="0"/>
              <w:jc w:val="right"/>
            </w:pPr>
          </w:p>
        </w:tc>
        <w:tc>
          <w:tcPr>
            <w:tcW w:type="dxa" w:w="1458"/>
          </w:tcPr>
          <w:p>
            <w:pPr>
              <w:spacing w:after="0"/>
              <w:jc w:val="left"/>
            </w:pPr>
          </w:p>
        </w:tc>
      </w:tr>
    </w:tbl>
    <w:p>
      <w:pPr>
        <w:spacing w:after="40" w:before="60"/>
      </w:pPr>
      <w:r>
        <w:rPr>
          <w:sz w:val="15"/>
        </w:rPr>
        <w:t>Totals since 2024-04-04 (Storm Events through 2026-06-30): 20 county-coded records, 20 with a damage value recorded (including $0), $19,000; 12 zone-level records, 3 with a damage value recorded (including $0), $110,000,000 reported for the zone; Public Assistance on counted declarations $198,778.35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8,965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$1,858,147,516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$84,027,779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$2,779,729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$1,530,924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Turner County (unincorporated area)</w:t>
            </w:r>
          </w:p>
        </w:tc>
        <w:tc>
          <w:tcPr>
            <w:tcW w:type="dxa" w:w="1499"/>
          </w:tcPr>
          <w:p>
            <w:pPr>
              <w:spacing w:after="0"/>
              <w:jc w:val="left"/>
            </w:pPr>
            <w:r>
              <w:rPr>
                <w:sz w:val="16"/>
              </w:rPr>
              <w:t>130566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Ashburn city</w:t>
            </w:r>
          </w:p>
        </w:tc>
        <w:tc>
          <w:tcPr>
            <w:tcW w:type="dxa" w:w="1499"/>
          </w:tcPr>
          <w:p>
            <w:pPr>
              <w:spacing w:after="0"/>
              <w:jc w:val="left"/>
            </w:pPr>
            <w:r>
              <w:rPr>
                <w:sz w:val="16"/>
              </w:rPr>
              <w:t>130557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Rebecca town</w:t>
            </w:r>
          </w:p>
        </w:tc>
        <w:tc>
          <w:tcPr>
            <w:tcW w:type="dxa" w:w="1499"/>
          </w:tcPr>
          <w:p>
            <w:pPr>
              <w:spacing w:after="0"/>
              <w:jc w:val="left"/>
            </w:pPr>
            <w:r>
              <w:rPr>
                <w:sz w:val="16"/>
              </w:rPr>
              <w:t>130650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Sycamore city</w:t>
            </w:r>
          </w:p>
        </w:tc>
        <w:tc>
          <w:tcPr>
            <w:tcW w:type="dxa" w:w="1499"/>
          </w:tcPr>
          <w:p>
            <w:pPr>
              <w:spacing w:after="0"/>
              <w:jc w:val="left"/>
            </w:pPr>
            <w:r>
              <w:rPr>
                <w:sz w:val="16"/>
              </w:rPr>
              <w:t>130580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Turner County, GA: risk-assessment baseline packet, release 2026-10 (data as of 2026-09-28; County area 13287).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hazard-plain_2026-10_GA_13287.docx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Turner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County, GA: Risk-assessment baseline packet</dc:title>
  <dc:subject>Hazard Plain release 2026-10, as of 2026-09-28. Preview: automated baseline</dc:subject>
  <dc:creator>Hazard Plain</dc:creator>
  <cp:keywords>Hazard Plain; hazard mitigation; risk assessment; 13287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