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Stewart County, GA</w:t>
      </w:r>
    </w:p>
    <w:p>
      <w:pPr>
        <w:spacing w:after="120" w:before="0"/>
      </w:pPr>
      <w:r>
        <w:rPr>
          <w:color w:val="555555"/>
          <w:sz w:val="24"/>
        </w:rPr>
        <w:t>Risk-assessment baseline packet</w:t>
      </w:r>
    </w:p>
    <w:p>
      <w:pPr>
        <w:spacing w:after="120" w:before="0"/>
      </w:pPr>
      <w:r>
        <w:rPr>
          <w:b/>
          <w:sz w:val="18"/>
        </w:rPr>
        <w:t xml:space="preserve">County FIPS: </w:t>
      </w:r>
      <w:r>
        <w:rPr>
          <w:sz w:val="18"/>
        </w:rPr>
        <w:t>13259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2026-10-18. Plan: Stewart County (FEMA plan 106713), approved 2021-10-19.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2021-10-19: 2 new hazard declarations (2 incidents) and 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($624,623 a year), Tornado ($558,390) and Lightning ($154,023).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13259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2026-10-18</w:t>
      </w:r>
    </w:p>
    <w:p>
      <w:pPr>
        <w:keepNext/>
        <w:spacing w:after="40" w:before="0"/>
      </w:pPr>
      <w:r>
        <w:rPr>
          <w:b/>
        </w:rPr>
        <w:t xml:space="preserve">Plan: </w:t>
      </w:r>
      <w:r>
        <w:rPr/>
        <w:t>Stewart County (FEMA plan 106713)</w:t>
      </w:r>
    </w:p>
    <w:p>
      <w:pPr>
        <w:keepNext/>
        <w:spacing w:after="40" w:before="0"/>
      </w:pPr>
      <w:r>
        <w:rPr>
          <w:b/>
        </w:rPr>
        <w:t xml:space="preserve">Approved: </w:t>
      </w:r>
      <w:r>
        <w:rPr/>
        <w:t>2021-10-19</w:t>
      </w:r>
    </w:p>
    <w:p>
      <w:pPr>
        <w:keepNext/>
        <w:spacing w:after="40" w:before="0"/>
      </w:pPr>
      <w:r>
        <w:rPr>
          <w:b/>
        </w:rPr>
        <w:t xml:space="preserve">Days to expiry: </w:t>
      </w:r>
      <w:r>
        <w:rPr/>
        <w:t>18</w:t>
      </w:r>
    </w:p>
    <w:p>
      <w:pPr>
        <w:keepNext/>
        <w:spacing w:after="40" w:before="0"/>
      </w:pPr>
      <w:r>
        <w:rPr>
          <w:b/>
        </w:rPr>
        <w:t xml:space="preserve">Update underway: </w:t>
      </w:r>
      <w:r>
        <w:rPr/>
        <w:t>FEMA tracker shows a plan in review</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EM-3616-GA (Hurricane Helene),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460"/>
        <w:gridCol w:w="2825"/>
        <w:gridCol w:w="1037"/>
        <w:gridCol w:w="1037"/>
        <w:gridCol w:w="882"/>
        <w:gridCol w:w="2994"/>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60"/>
            <w:shd w:val="clear" w:color="auto" w:fill="E8E8E8"/>
          </w:tcPr>
          <w:p>
            <w:pPr>
              <w:spacing w:after="0"/>
              <w:jc w:val="left"/>
            </w:pPr>
            <w:r>
              <w:rPr>
                <w:b/>
                <w:sz w:val="16"/>
              </w:rPr>
              <w:t>Status</w:t>
            </w:r>
          </w:p>
        </w:tc>
        <w:tc>
          <w:tcPr>
            <w:tcW w:type="dxa" w:w="282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94"/>
            <w:shd w:val="clear" w:color="auto" w:fill="E8E8E8"/>
          </w:tcPr>
          <w:p>
            <w:pPr>
              <w:spacing w:after="0"/>
              <w:jc w:val="left"/>
            </w:pPr>
            <w:r>
              <w:rPr>
                <w:b/>
                <w:sz w:val="16"/>
              </w:rPr>
              <w:t>Update underway</w:t>
            </w:r>
          </w:p>
        </w:tc>
      </w:tr>
      <w:tr>
        <w:trPr>
          <w:cantSplit/>
        </w:trPr>
        <w:tc>
          <w:tcPr>
            <w:tcW w:type="dxa" w:w="1483"/>
          </w:tcPr>
          <w:p>
            <w:pPr>
              <w:spacing w:after="0"/>
              <w:jc w:val="left"/>
            </w:pPr>
            <w:r>
              <w:rPr>
                <w:sz w:val="16"/>
              </w:rPr>
              <w:t>Stewart County (unincorporated area)</w:t>
            </w:r>
          </w:p>
        </w:tc>
        <w:tc>
          <w:tcPr>
            <w:tcW w:type="dxa" w:w="1394"/>
          </w:tcPr>
          <w:p>
            <w:pPr>
              <w:spacing w:after="0"/>
              <w:jc w:val="left"/>
            </w:pPr>
            <w:r>
              <w:rPr>
                <w:sz w:val="16"/>
              </w:rPr>
              <w:t>Unincorporated</w:t>
            </w:r>
          </w:p>
        </w:tc>
        <w:tc>
          <w:tcPr>
            <w:tcW w:type="dxa" w:w="2460"/>
          </w:tcPr>
          <w:p>
            <w:pPr>
              <w:spacing w:after="0"/>
              <w:jc w:val="left"/>
            </w:pPr>
            <w:r>
              <w:rPr>
                <w:sz w:val="16"/>
              </w:rPr>
              <w:t>Approved, expires 2026-10-18</w:t>
            </w:r>
          </w:p>
        </w:tc>
        <w:tc>
          <w:tcPr>
            <w:tcW w:type="dxa" w:w="2825"/>
          </w:tcPr>
          <w:p>
            <w:pPr>
              <w:spacing w:after="0"/>
              <w:jc w:val="left"/>
            </w:pPr>
            <w:r>
              <w:rPr>
                <w:sz w:val="16"/>
              </w:rPr>
              <w:t>Stewart County (FEMA plan 106713)</w:t>
            </w:r>
          </w:p>
        </w:tc>
        <w:tc>
          <w:tcPr>
            <w:tcW w:type="dxa" w:w="1037"/>
          </w:tcPr>
          <w:p>
            <w:pPr>
              <w:spacing w:after="0"/>
              <w:jc w:val="left"/>
            </w:pPr>
            <w:r>
              <w:rPr>
                <w:sz w:val="16"/>
              </w:rPr>
              <w:t>2021-10-19</w:t>
            </w:r>
          </w:p>
        </w:tc>
        <w:tc>
          <w:tcPr>
            <w:tcW w:type="dxa" w:w="1037"/>
          </w:tcPr>
          <w:p>
            <w:pPr>
              <w:spacing w:after="0"/>
              <w:jc w:val="left"/>
            </w:pPr>
            <w:r>
              <w:rPr>
                <w:sz w:val="16"/>
              </w:rPr>
              <w:t>2026-10-18</w:t>
            </w:r>
          </w:p>
        </w:tc>
        <w:tc>
          <w:tcPr>
            <w:tcW w:type="dxa" w:w="882"/>
          </w:tcPr>
          <w:p>
            <w:pPr>
              <w:spacing w:after="0"/>
              <w:jc w:val="right"/>
            </w:pPr>
            <w:r>
              <w:rPr>
                <w:sz w:val="16"/>
              </w:rPr>
              <w:t>18</w:t>
            </w:r>
          </w:p>
        </w:tc>
        <w:tc>
          <w:tcPr>
            <w:tcW w:type="dxa" w:w="2994"/>
          </w:tcPr>
          <w:p>
            <w:pPr>
              <w:spacing w:after="0"/>
              <w:jc w:val="left"/>
            </w:pPr>
            <w:r>
              <w:rPr>
                <w:sz w:val="16"/>
              </w:rPr>
              <w:t>FEMA tracker shows a plan in review</w:t>
            </w:r>
          </w:p>
        </w:tc>
      </w:tr>
      <w:tr>
        <w:trPr>
          <w:cantSplit/>
        </w:trPr>
        <w:tc>
          <w:tcPr>
            <w:tcW w:type="dxa" w:w="1483"/>
          </w:tcPr>
          <w:p>
            <w:pPr>
              <w:spacing w:after="0"/>
              <w:jc w:val="left"/>
            </w:pPr>
            <w:r>
              <w:rPr>
                <w:sz w:val="16"/>
              </w:rPr>
              <w:t>Lumpkin city</w:t>
            </w:r>
          </w:p>
        </w:tc>
        <w:tc>
          <w:tcPr>
            <w:tcW w:type="dxa" w:w="1394"/>
          </w:tcPr>
          <w:p>
            <w:pPr>
              <w:spacing w:after="0"/>
              <w:jc w:val="left"/>
            </w:pPr>
            <w:r>
              <w:rPr>
                <w:sz w:val="16"/>
              </w:rPr>
              <w:t>City</w:t>
            </w:r>
          </w:p>
        </w:tc>
        <w:tc>
          <w:tcPr>
            <w:tcW w:type="dxa" w:w="2460"/>
          </w:tcPr>
          <w:p>
            <w:pPr>
              <w:spacing w:after="0"/>
              <w:jc w:val="left"/>
            </w:pPr>
            <w:r>
              <w:rPr>
                <w:sz w:val="16"/>
              </w:rPr>
              <w:t>Approved, expires 2026-10-18</w:t>
            </w:r>
          </w:p>
        </w:tc>
        <w:tc>
          <w:tcPr>
            <w:tcW w:type="dxa" w:w="2825"/>
          </w:tcPr>
          <w:p>
            <w:pPr>
              <w:spacing w:after="0"/>
              <w:jc w:val="left"/>
            </w:pPr>
            <w:r>
              <w:rPr>
                <w:sz w:val="16"/>
              </w:rPr>
              <w:t>Stewart County (FEMA plan 106713)</w:t>
            </w:r>
          </w:p>
        </w:tc>
        <w:tc>
          <w:tcPr>
            <w:tcW w:type="dxa" w:w="1037"/>
          </w:tcPr>
          <w:p>
            <w:pPr>
              <w:spacing w:after="0"/>
              <w:jc w:val="left"/>
            </w:pPr>
            <w:r>
              <w:rPr>
                <w:sz w:val="16"/>
              </w:rPr>
              <w:t>2021-10-19</w:t>
            </w:r>
          </w:p>
        </w:tc>
        <w:tc>
          <w:tcPr>
            <w:tcW w:type="dxa" w:w="1037"/>
          </w:tcPr>
          <w:p>
            <w:pPr>
              <w:spacing w:after="0"/>
              <w:jc w:val="left"/>
            </w:pPr>
            <w:r>
              <w:rPr>
                <w:sz w:val="16"/>
              </w:rPr>
              <w:t>2026-10-18</w:t>
            </w:r>
          </w:p>
        </w:tc>
        <w:tc>
          <w:tcPr>
            <w:tcW w:type="dxa" w:w="882"/>
          </w:tcPr>
          <w:p>
            <w:pPr>
              <w:spacing w:after="0"/>
              <w:jc w:val="right"/>
            </w:pPr>
            <w:r>
              <w:rPr>
                <w:sz w:val="16"/>
              </w:rPr>
              <w:t>18</w:t>
            </w:r>
          </w:p>
        </w:tc>
        <w:tc>
          <w:tcPr>
            <w:tcW w:type="dxa" w:w="2994"/>
          </w:tcPr>
          <w:p>
            <w:pPr>
              <w:spacing w:after="0"/>
              <w:jc w:val="left"/>
            </w:pPr>
            <w:r>
              <w:rPr>
                <w:sz w:val="16"/>
              </w:rPr>
              <w:t>FEMA tracker shows a plan in review</w:t>
            </w:r>
          </w:p>
        </w:tc>
      </w:tr>
      <w:tr>
        <w:trPr>
          <w:cantSplit/>
        </w:trPr>
        <w:tc>
          <w:tcPr>
            <w:tcW w:type="dxa" w:w="1483"/>
          </w:tcPr>
          <w:p>
            <w:pPr>
              <w:spacing w:after="0"/>
              <w:jc w:val="left"/>
            </w:pPr>
            <w:r>
              <w:rPr>
                <w:sz w:val="16"/>
              </w:rPr>
              <w:t>Richland city</w:t>
            </w:r>
          </w:p>
        </w:tc>
        <w:tc>
          <w:tcPr>
            <w:tcW w:type="dxa" w:w="1394"/>
          </w:tcPr>
          <w:p>
            <w:pPr>
              <w:spacing w:after="0"/>
              <w:jc w:val="left"/>
            </w:pPr>
            <w:r>
              <w:rPr>
                <w:sz w:val="16"/>
              </w:rPr>
              <w:t>City</w:t>
            </w:r>
          </w:p>
        </w:tc>
        <w:tc>
          <w:tcPr>
            <w:tcW w:type="dxa" w:w="2460"/>
          </w:tcPr>
          <w:p>
            <w:pPr>
              <w:spacing w:after="0"/>
              <w:jc w:val="left"/>
            </w:pPr>
            <w:r>
              <w:rPr>
                <w:sz w:val="16"/>
              </w:rPr>
              <w:t>Approved, expires 2026-10-18</w:t>
            </w:r>
          </w:p>
        </w:tc>
        <w:tc>
          <w:tcPr>
            <w:tcW w:type="dxa" w:w="2825"/>
          </w:tcPr>
          <w:p>
            <w:pPr>
              <w:spacing w:after="0"/>
              <w:jc w:val="left"/>
            </w:pPr>
            <w:r>
              <w:rPr>
                <w:sz w:val="16"/>
              </w:rPr>
              <w:t>Stewart County (FEMA plan 106713)</w:t>
            </w:r>
          </w:p>
        </w:tc>
        <w:tc>
          <w:tcPr>
            <w:tcW w:type="dxa" w:w="1037"/>
          </w:tcPr>
          <w:p>
            <w:pPr>
              <w:spacing w:after="0"/>
              <w:jc w:val="left"/>
            </w:pPr>
            <w:r>
              <w:rPr>
                <w:sz w:val="16"/>
              </w:rPr>
              <w:t>2021-10-19</w:t>
            </w:r>
          </w:p>
        </w:tc>
        <w:tc>
          <w:tcPr>
            <w:tcW w:type="dxa" w:w="1037"/>
          </w:tcPr>
          <w:p>
            <w:pPr>
              <w:spacing w:after="0"/>
              <w:jc w:val="left"/>
            </w:pPr>
            <w:r>
              <w:rPr>
                <w:sz w:val="16"/>
              </w:rPr>
              <w:t>2026-10-18</w:t>
            </w:r>
          </w:p>
        </w:tc>
        <w:tc>
          <w:tcPr>
            <w:tcW w:type="dxa" w:w="882"/>
          </w:tcPr>
          <w:p>
            <w:pPr>
              <w:spacing w:after="0"/>
              <w:jc w:val="right"/>
            </w:pPr>
            <w:r>
              <w:rPr>
                <w:sz w:val="16"/>
              </w:rPr>
              <w:t>18</w:t>
            </w:r>
          </w:p>
        </w:tc>
        <w:tc>
          <w:tcPr>
            <w:tcW w:type="dxa" w:w="2994"/>
          </w:tcPr>
          <w:p>
            <w:pPr>
              <w:spacing w:after="0"/>
              <w:jc w:val="left"/>
            </w:pPr>
            <w:r>
              <w:rPr>
                <w:sz w:val="16"/>
              </w:rPr>
              <w:t>FEMA tracker shows a plan in review</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51"/>
        <w:gridCol w:w="1062"/>
        <w:gridCol w:w="1062"/>
        <w:gridCol w:w="1062"/>
        <w:gridCol w:w="970"/>
        <w:gridCol w:w="1153"/>
        <w:gridCol w:w="2123"/>
        <w:gridCol w:w="1245"/>
        <w:gridCol w:w="2342"/>
        <w:gridCol w:w="2342"/>
      </w:tblGrid>
      <w:tr>
        <w:trPr>
          <w:cantSplit/>
          <w:tblHeader/>
        </w:trPr>
        <w:tc>
          <w:tcPr>
            <w:tcW w:type="dxa" w:w="751"/>
            <w:shd w:val="clear" w:color="auto" w:fill="E8E8E8"/>
          </w:tcPr>
          <w:p>
            <w:pPr>
              <w:spacing w:after="0"/>
              <w:jc w:val="right"/>
            </w:pPr>
            <w:r>
              <w:rPr>
                <w:b/>
                <w:sz w:val="16"/>
              </w:rPr>
              <w:t>Rank by EAL</w:t>
            </w:r>
          </w:p>
        </w:tc>
        <w:tc>
          <w:tcPr>
            <w:tcW w:type="dxa" w:w="1062"/>
            <w:shd w:val="clear" w:color="auto" w:fill="E8E8E8"/>
          </w:tcPr>
          <w:p>
            <w:pPr>
              <w:spacing w:after="0"/>
              <w:jc w:val="left"/>
            </w:pPr>
            <w:r>
              <w:rPr>
                <w:b/>
                <w:sz w:val="16"/>
              </w:rPr>
              <w:t>Hazard</w:t>
            </w:r>
          </w:p>
        </w:tc>
        <w:tc>
          <w:tcPr>
            <w:tcW w:type="dxa" w:w="1062"/>
            <w:shd w:val="clear" w:color="auto" w:fill="E8E8E8"/>
          </w:tcPr>
          <w:p>
            <w:pPr>
              <w:spacing w:after="0"/>
              <w:jc w:val="left"/>
            </w:pPr>
            <w:r>
              <w:rPr>
                <w:b/>
                <w:sz w:val="16"/>
              </w:rPr>
              <w:t>NRI risk rating</w:t>
            </w:r>
          </w:p>
        </w:tc>
        <w:tc>
          <w:tcPr>
            <w:tcW w:type="dxa" w:w="1062"/>
            <w:shd w:val="clear" w:color="auto" w:fill="E8E8E8"/>
          </w:tcPr>
          <w:p>
            <w:pPr>
              <w:spacing w:after="0"/>
              <w:jc w:val="left"/>
            </w:pPr>
            <w:r>
              <w:rPr>
                <w:b/>
                <w:sz w:val="16"/>
              </w:rPr>
              <w:t>EAL rating</w:t>
            </w:r>
          </w:p>
        </w:tc>
        <w:tc>
          <w:tcPr>
            <w:tcW w:type="dxa" w:w="97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42"/>
            <w:shd w:val="clear" w:color="auto" w:fill="E8E8E8"/>
          </w:tcPr>
          <w:p>
            <w:pPr>
              <w:spacing w:after="0"/>
              <w:jc w:val="left"/>
            </w:pPr>
            <w:r>
              <w:rPr>
                <w:b/>
                <w:sz w:val="16"/>
              </w:rPr>
              <w:t>Storm Events coverage note</w:t>
            </w:r>
          </w:p>
        </w:tc>
      </w:tr>
      <w:tr>
        <w:trPr>
          <w:cantSplit/>
        </w:trPr>
        <w:tc>
          <w:tcPr>
            <w:tcW w:type="dxa" w:w="751"/>
          </w:tcPr>
          <w:p>
            <w:pPr>
              <w:spacing w:after="0"/>
              <w:jc w:val="right"/>
            </w:pPr>
            <w:r>
              <w:rPr>
                <w:sz w:val="16"/>
              </w:rPr>
              <w:t>1</w:t>
            </w:r>
          </w:p>
        </w:tc>
        <w:tc>
          <w:tcPr>
            <w:tcW w:type="dxa" w:w="1062"/>
          </w:tcPr>
          <w:p>
            <w:pPr>
              <w:spacing w:after="0"/>
              <w:jc w:val="left"/>
            </w:pPr>
            <w:r>
              <w:rPr>
                <w:sz w:val="16"/>
              </w:rPr>
              <w:t>Inland Flooding</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$624,185</w:t>
            </w:r>
          </w:p>
        </w:tc>
        <w:tc>
          <w:tcPr>
            <w:tcW w:type="dxa" w:w="1153"/>
          </w:tcPr>
          <w:p>
            <w:pPr>
              <w:spacing w:after="0"/>
              <w:jc w:val="right"/>
            </w:pPr>
            <w:r>
              <w:rPr>
                <w:sz w:val="16"/>
              </w:rPr>
              <w:t>$323</w:t>
            </w:r>
          </w:p>
        </w:tc>
        <w:tc>
          <w:tcPr>
            <w:tcW w:type="dxa" w:w="2123"/>
          </w:tcPr>
          <w:p>
            <w:pPr>
              <w:spacing w:after="0"/>
              <w:jc w:val="right"/>
            </w:pPr>
            <w:r>
              <w:rPr>
                <w:sz w:val="16"/>
              </w:rPr>
              <w:t>$116</w:t>
            </w:r>
          </w:p>
        </w:tc>
        <w:tc>
          <w:tcPr>
            <w:tcW w:type="dxa" w:w="1245"/>
          </w:tcPr>
          <w:p>
            <w:pPr>
              <w:spacing w:after="0"/>
              <w:jc w:val="right"/>
            </w:pPr>
            <w:r>
              <w:rPr>
                <w:sz w:val="16"/>
              </w:rPr>
              <w:t>$624,623</w:t>
            </w:r>
          </w:p>
        </w:tc>
        <w:tc>
          <w:tcPr>
            <w:tcW w:type="dxa" w:w="2342"/>
          </w:tcPr>
          <w:p>
            <w:pPr>
              <w:spacing w:after="0"/>
              <w:jc w:val="right"/>
            </w:pPr>
            <w:r>
              <w:rPr>
                <w:sz w:val="16"/>
              </w:rPr>
              <w:t>3</w:t>
            </w:r>
          </w:p>
        </w:tc>
        <w:tc>
          <w:tcPr>
            <w:tcW w:type="dxa" w:w="2342"/>
          </w:tcPr>
          <w:p>
            <w:pPr>
              <w:spacing w:after="0"/>
              <w:jc w:val="left"/>
            </w:pPr>
          </w:p>
        </w:tc>
      </w:tr>
      <w:tr>
        <w:trPr>
          <w:cantSplit/>
        </w:trPr>
        <w:tc>
          <w:tcPr>
            <w:tcW w:type="dxa" w:w="751"/>
          </w:tcPr>
          <w:p>
            <w:pPr>
              <w:spacing w:after="0"/>
              <w:jc w:val="right"/>
            </w:pPr>
            <w:r>
              <w:rPr>
                <w:sz w:val="16"/>
              </w:rPr>
              <w:t>2</w:t>
            </w:r>
          </w:p>
        </w:tc>
        <w:tc>
          <w:tcPr>
            <w:tcW w:type="dxa" w:w="1062"/>
          </w:tcPr>
          <w:p>
            <w:pPr>
              <w:spacing w:after="0"/>
              <w:jc w:val="left"/>
            </w:pPr>
            <w:r>
              <w:rPr>
                <w:sz w:val="16"/>
              </w:rPr>
              <w:t>Tornado</w:t>
            </w:r>
          </w:p>
        </w:tc>
        <w:tc>
          <w:tcPr>
            <w:tcW w:type="dxa" w:w="1062"/>
          </w:tcPr>
          <w:p>
            <w:pPr>
              <w:spacing w:after="0"/>
              <w:jc w:val="left"/>
            </w:pPr>
            <w:r>
              <w:rPr>
                <w:sz w:val="16"/>
              </w:rPr>
              <w:t>Relatively Low</w:t>
            </w:r>
          </w:p>
        </w:tc>
        <w:tc>
          <w:tcPr>
            <w:tcW w:type="dxa" w:w="1062"/>
          </w:tcPr>
          <w:p>
            <w:pPr>
              <w:spacing w:after="0"/>
              <w:jc w:val="left"/>
            </w:pPr>
            <w:r>
              <w:rPr>
                <w:sz w:val="16"/>
              </w:rPr>
              <w:t>Relatively Low</w:t>
            </w:r>
          </w:p>
        </w:tc>
        <w:tc>
          <w:tcPr>
            <w:tcW w:type="dxa" w:w="970"/>
          </w:tcPr>
          <w:p>
            <w:pPr>
              <w:spacing w:after="0"/>
              <w:jc w:val="right"/>
            </w:pPr>
            <w:r>
              <w:rPr>
                <w:sz w:val="16"/>
              </w:rPr>
              <w:t>$148,927</w:t>
            </w:r>
          </w:p>
        </w:tc>
        <w:tc>
          <w:tcPr>
            <w:tcW w:type="dxa" w:w="1153"/>
          </w:tcPr>
          <w:p>
            <w:pPr>
              <w:spacing w:after="0"/>
              <w:jc w:val="right"/>
            </w:pPr>
            <w:r>
              <w:rPr>
                <w:sz w:val="16"/>
              </w:rPr>
              <w:t>$359</w:t>
            </w:r>
          </w:p>
        </w:tc>
        <w:tc>
          <w:tcPr>
            <w:tcW w:type="dxa" w:w="2123"/>
          </w:tcPr>
          <w:p>
            <w:pPr>
              <w:spacing w:after="0"/>
              <w:jc w:val="right"/>
            </w:pPr>
            <w:r>
              <w:rPr>
                <w:sz w:val="16"/>
              </w:rPr>
              <w:t>$409,105</w:t>
            </w:r>
          </w:p>
        </w:tc>
        <w:tc>
          <w:tcPr>
            <w:tcW w:type="dxa" w:w="1245"/>
          </w:tcPr>
          <w:p>
            <w:pPr>
              <w:spacing w:after="0"/>
              <w:jc w:val="right"/>
            </w:pPr>
            <w:r>
              <w:rPr>
                <w:sz w:val="16"/>
              </w:rPr>
              <w:t>$558,390</w:t>
            </w:r>
          </w:p>
        </w:tc>
        <w:tc>
          <w:tcPr>
            <w:tcW w:type="dxa" w:w="2342"/>
          </w:tcPr>
          <w:p>
            <w:pPr>
              <w:spacing w:after="0"/>
              <w:jc w:val="right"/>
            </w:pPr>
            <w:r>
              <w:rPr>
                <w:sz w:val="16"/>
              </w:rPr>
              <w:t>12</w:t>
            </w:r>
          </w:p>
        </w:tc>
        <w:tc>
          <w:tcPr>
            <w:tcW w:type="dxa" w:w="2342"/>
          </w:tcPr>
          <w:p>
            <w:pPr>
              <w:spacing w:after="0"/>
              <w:jc w:val="left"/>
            </w:pPr>
          </w:p>
        </w:tc>
      </w:tr>
      <w:tr>
        <w:trPr>
          <w:cantSplit/>
        </w:trPr>
        <w:tc>
          <w:tcPr>
            <w:tcW w:type="dxa" w:w="751"/>
          </w:tcPr>
          <w:p>
            <w:pPr>
              <w:spacing w:after="0"/>
              <w:jc w:val="right"/>
            </w:pPr>
            <w:r>
              <w:rPr>
                <w:sz w:val="16"/>
              </w:rPr>
              <w:t>3</w:t>
            </w:r>
          </w:p>
        </w:tc>
        <w:tc>
          <w:tcPr>
            <w:tcW w:type="dxa" w:w="1062"/>
          </w:tcPr>
          <w:p>
            <w:pPr>
              <w:spacing w:after="0"/>
              <w:jc w:val="left"/>
            </w:pPr>
            <w:r>
              <w:rPr>
                <w:sz w:val="16"/>
              </w:rPr>
              <w:t>Lightning</w:t>
            </w:r>
          </w:p>
        </w:tc>
        <w:tc>
          <w:tcPr>
            <w:tcW w:type="dxa" w:w="1062"/>
          </w:tcPr>
          <w:p>
            <w:pPr>
              <w:spacing w:after="0"/>
              <w:jc w:val="left"/>
            </w:pPr>
            <w:r>
              <w:rPr>
                <w:sz w:val="16"/>
              </w:rPr>
              <w:t>Relatively Low</w:t>
            </w:r>
          </w:p>
        </w:tc>
        <w:tc>
          <w:tcPr>
            <w:tcW w:type="dxa" w:w="1062"/>
          </w:tcPr>
          <w:p>
            <w:pPr>
              <w:spacing w:after="0"/>
              <w:jc w:val="left"/>
            </w:pPr>
            <w:r>
              <w:rPr>
                <w:sz w:val="16"/>
              </w:rPr>
              <w:t>Relatively Low</w:t>
            </w:r>
          </w:p>
        </w:tc>
        <w:tc>
          <w:tcPr>
            <w:tcW w:type="dxa" w:w="970"/>
          </w:tcPr>
          <w:p>
            <w:pPr>
              <w:spacing w:after="0"/>
              <w:jc w:val="right"/>
            </w:pPr>
            <w:r>
              <w:rPr>
                <w:sz w:val="16"/>
              </w:rPr>
              <w:t>$3,572</w:t>
            </w:r>
          </w:p>
        </w:tc>
        <w:tc>
          <w:tcPr>
            <w:tcW w:type="dxa" w:w="1153"/>
          </w:tcPr>
          <w:p>
            <w:pPr>
              <w:spacing w:after="0"/>
              <w:jc w:val="right"/>
            </w:pPr>
            <w:r>
              <w:rPr>
                <w:sz w:val="16"/>
              </w:rPr>
              <w:t>n/a</w:t>
            </w:r>
          </w:p>
        </w:tc>
        <w:tc>
          <w:tcPr>
            <w:tcW w:type="dxa" w:w="2123"/>
          </w:tcPr>
          <w:p>
            <w:pPr>
              <w:spacing w:after="0"/>
              <w:jc w:val="right"/>
            </w:pPr>
            <w:r>
              <w:rPr>
                <w:sz w:val="16"/>
              </w:rPr>
              <w:t>$150,450</w:t>
            </w:r>
          </w:p>
        </w:tc>
        <w:tc>
          <w:tcPr>
            <w:tcW w:type="dxa" w:w="1245"/>
          </w:tcPr>
          <w:p>
            <w:pPr>
              <w:spacing w:after="0"/>
              <w:jc w:val="right"/>
            </w:pPr>
            <w:r>
              <w:rPr>
                <w:sz w:val="16"/>
              </w:rPr>
              <w:t>$154,023</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4</w:t>
            </w:r>
          </w:p>
        </w:tc>
        <w:tc>
          <w:tcPr>
            <w:tcW w:type="dxa" w:w="1062"/>
          </w:tcPr>
          <w:p>
            <w:pPr>
              <w:spacing w:after="0"/>
              <w:jc w:val="left"/>
            </w:pPr>
            <w:r>
              <w:rPr>
                <w:sz w:val="16"/>
              </w:rPr>
              <w:t>Drought</w:t>
            </w:r>
          </w:p>
        </w:tc>
        <w:tc>
          <w:tcPr>
            <w:tcW w:type="dxa" w:w="1062"/>
          </w:tcPr>
          <w:p>
            <w:pPr>
              <w:spacing w:after="0"/>
              <w:jc w:val="left"/>
            </w:pPr>
            <w:r>
              <w:rPr>
                <w:sz w:val="16"/>
              </w:rPr>
              <w:t>Relatively Low</w:t>
            </w:r>
          </w:p>
        </w:tc>
        <w:tc>
          <w:tcPr>
            <w:tcW w:type="dxa" w:w="1062"/>
          </w:tcPr>
          <w:p>
            <w:pPr>
              <w:spacing w:after="0"/>
              <w:jc w:val="left"/>
            </w:pPr>
            <w:r>
              <w:rPr>
                <w:sz w:val="16"/>
              </w:rPr>
              <w:t>Relatively Low</w:t>
            </w:r>
          </w:p>
        </w:tc>
        <w:tc>
          <w:tcPr>
            <w:tcW w:type="dxa" w:w="970"/>
          </w:tcPr>
          <w:p>
            <w:pPr>
              <w:spacing w:after="0"/>
              <w:jc w:val="right"/>
            </w:pPr>
            <w:r>
              <w:rPr>
                <w:sz w:val="16"/>
              </w:rPr>
              <w:t>n/a</w:t>
            </w:r>
          </w:p>
        </w:tc>
        <w:tc>
          <w:tcPr>
            <w:tcW w:type="dxa" w:w="1153"/>
          </w:tcPr>
          <w:p>
            <w:pPr>
              <w:spacing w:after="0"/>
              <w:jc w:val="right"/>
            </w:pPr>
            <w:r>
              <w:rPr>
                <w:sz w:val="16"/>
              </w:rPr>
              <w:t>$119,215</w:t>
            </w:r>
          </w:p>
        </w:tc>
        <w:tc>
          <w:tcPr>
            <w:tcW w:type="dxa" w:w="2123"/>
          </w:tcPr>
          <w:p>
            <w:pPr>
              <w:spacing w:after="0"/>
              <w:jc w:val="right"/>
            </w:pPr>
            <w:r>
              <w:rPr>
                <w:sz w:val="16"/>
              </w:rPr>
              <w:t>n/a</w:t>
            </w:r>
          </w:p>
        </w:tc>
        <w:tc>
          <w:tcPr>
            <w:tcW w:type="dxa" w:w="1245"/>
          </w:tcPr>
          <w:p>
            <w:pPr>
              <w:spacing w:after="0"/>
              <w:jc w:val="right"/>
            </w:pPr>
            <w:r>
              <w:rPr>
                <w:sz w:val="16"/>
              </w:rPr>
              <w:t>$119,215</w:t>
            </w:r>
          </w:p>
        </w:tc>
        <w:tc>
          <w:tcPr>
            <w:tcW w:type="dxa" w:w="2342"/>
          </w:tcPr>
          <w:p>
            <w:pPr>
              <w:spacing w:after="0"/>
              <w:jc w:val="right"/>
            </w:pPr>
            <w:r>
              <w:rPr>
                <w:sz w:val="16"/>
              </w:rPr>
              <w:t>26</w:t>
            </w:r>
          </w:p>
        </w:tc>
        <w:tc>
          <w:tcPr>
            <w:tcW w:type="dxa" w:w="2342"/>
          </w:tcPr>
          <w:p>
            <w:pPr>
              <w:spacing w:after="0"/>
              <w:jc w:val="left"/>
            </w:pPr>
          </w:p>
        </w:tc>
      </w:tr>
      <w:tr>
        <w:trPr>
          <w:cantSplit/>
        </w:trPr>
        <w:tc>
          <w:tcPr>
            <w:tcW w:type="dxa" w:w="751"/>
          </w:tcPr>
          <w:p>
            <w:pPr>
              <w:spacing w:after="0"/>
              <w:jc w:val="right"/>
            </w:pPr>
            <w:r>
              <w:rPr>
                <w:sz w:val="16"/>
              </w:rPr>
              <w:t>5</w:t>
            </w:r>
          </w:p>
        </w:tc>
        <w:tc>
          <w:tcPr>
            <w:tcW w:type="dxa" w:w="1062"/>
          </w:tcPr>
          <w:p>
            <w:pPr>
              <w:spacing w:after="0"/>
              <w:jc w:val="left"/>
            </w:pPr>
            <w:r>
              <w:rPr>
                <w:sz w:val="16"/>
              </w:rPr>
              <w:t>Hurricane</w:t>
            </w:r>
          </w:p>
        </w:tc>
        <w:tc>
          <w:tcPr>
            <w:tcW w:type="dxa" w:w="1062"/>
          </w:tcPr>
          <w:p>
            <w:pPr>
              <w:spacing w:after="0"/>
              <w:jc w:val="left"/>
            </w:pPr>
            <w:r>
              <w:rPr>
                <w:sz w:val="16"/>
              </w:rPr>
              <w:t>Relatively Low</w:t>
            </w:r>
          </w:p>
        </w:tc>
        <w:tc>
          <w:tcPr>
            <w:tcW w:type="dxa" w:w="1062"/>
          </w:tcPr>
          <w:p>
            <w:pPr>
              <w:spacing w:after="0"/>
              <w:jc w:val="left"/>
            </w:pPr>
            <w:r>
              <w:rPr>
                <w:sz w:val="16"/>
              </w:rPr>
              <w:t>Very Low</w:t>
            </w:r>
          </w:p>
        </w:tc>
        <w:tc>
          <w:tcPr>
            <w:tcW w:type="dxa" w:w="970"/>
          </w:tcPr>
          <w:p>
            <w:pPr>
              <w:spacing w:after="0"/>
              <w:jc w:val="right"/>
            </w:pPr>
            <w:r>
              <w:rPr>
                <w:sz w:val="16"/>
              </w:rPr>
              <w:t>$98,948</w:t>
            </w:r>
          </w:p>
        </w:tc>
        <w:tc>
          <w:tcPr>
            <w:tcW w:type="dxa" w:w="1153"/>
          </w:tcPr>
          <w:p>
            <w:pPr>
              <w:spacing w:after="0"/>
              <w:jc w:val="right"/>
            </w:pPr>
            <w:r>
              <w:rPr>
                <w:sz w:val="16"/>
              </w:rPr>
              <w:t>$15,344</w:t>
            </w:r>
          </w:p>
        </w:tc>
        <w:tc>
          <w:tcPr>
            <w:tcW w:type="dxa" w:w="2123"/>
          </w:tcPr>
          <w:p>
            <w:pPr>
              <w:spacing w:after="0"/>
              <w:jc w:val="right"/>
            </w:pPr>
            <w:r>
              <w:rPr>
                <w:sz w:val="16"/>
              </w:rPr>
              <w:t>$4,665</w:t>
            </w:r>
          </w:p>
        </w:tc>
        <w:tc>
          <w:tcPr>
            <w:tcW w:type="dxa" w:w="1245"/>
          </w:tcPr>
          <w:p>
            <w:pPr>
              <w:spacing w:after="0"/>
              <w:jc w:val="right"/>
            </w:pPr>
            <w:r>
              <w:rPr>
                <w:sz w:val="16"/>
              </w:rPr>
              <w:t>$118,958</w:t>
            </w:r>
          </w:p>
        </w:tc>
        <w:tc>
          <w:tcPr>
            <w:tcW w:type="dxa" w:w="2342"/>
          </w:tcPr>
          <w:p>
            <w:pPr>
              <w:spacing w:after="0"/>
              <w:jc w:val="right"/>
            </w:pPr>
            <w:r>
              <w:rPr>
                <w:sz w:val="16"/>
              </w:rPr>
              <w:t>16</w:t>
            </w:r>
          </w:p>
        </w:tc>
        <w:tc>
          <w:tcPr>
            <w:tcW w:type="dxa" w:w="2342"/>
          </w:tcPr>
          <w:p>
            <w:pPr>
              <w:spacing w:after="0"/>
              <w:jc w:val="left"/>
            </w:pPr>
          </w:p>
        </w:tc>
      </w:tr>
      <w:tr>
        <w:trPr>
          <w:cantSplit/>
        </w:trPr>
        <w:tc>
          <w:tcPr>
            <w:tcW w:type="dxa" w:w="751"/>
          </w:tcPr>
          <w:p>
            <w:pPr>
              <w:spacing w:after="0"/>
              <w:jc w:val="right"/>
            </w:pPr>
            <w:r>
              <w:rPr>
                <w:sz w:val="16"/>
              </w:rPr>
              <w:t>6</w:t>
            </w:r>
          </w:p>
        </w:tc>
        <w:tc>
          <w:tcPr>
            <w:tcW w:type="dxa" w:w="1062"/>
          </w:tcPr>
          <w:p>
            <w:pPr>
              <w:spacing w:after="0"/>
              <w:jc w:val="left"/>
            </w:pPr>
            <w:r>
              <w:rPr>
                <w:sz w:val="16"/>
              </w:rPr>
              <w:t>Heat Wave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$5</w:t>
            </w:r>
          </w:p>
        </w:tc>
        <w:tc>
          <w:tcPr>
            <w:tcW w:type="dxa" w:w="1153"/>
          </w:tcPr>
          <w:p>
            <w:pPr>
              <w:spacing w:after="0"/>
              <w:jc w:val="right"/>
            </w:pPr>
            <w:r>
              <w:rPr>
                <w:sz w:val="16"/>
              </w:rPr>
              <w:t>$91</w:t>
            </w:r>
          </w:p>
        </w:tc>
        <w:tc>
          <w:tcPr>
            <w:tcW w:type="dxa" w:w="2123"/>
          </w:tcPr>
          <w:p>
            <w:pPr>
              <w:spacing w:after="0"/>
              <w:jc w:val="right"/>
            </w:pPr>
            <w:r>
              <w:rPr>
                <w:sz w:val="16"/>
              </w:rPr>
              <w:t>$80,273</w:t>
            </w:r>
          </w:p>
        </w:tc>
        <w:tc>
          <w:tcPr>
            <w:tcW w:type="dxa" w:w="1245"/>
          </w:tcPr>
          <w:p>
            <w:pPr>
              <w:spacing w:after="0"/>
              <w:jc w:val="right"/>
            </w:pPr>
            <w:r>
              <w:rPr>
                <w:sz w:val="16"/>
              </w:rPr>
              <w:t>$80,369</w:t>
            </w:r>
          </w:p>
        </w:tc>
        <w:tc>
          <w:tcPr>
            <w:tcW w:type="dxa" w:w="2342"/>
          </w:tcPr>
          <w:p>
            <w:pPr>
              <w:spacing w:after="0"/>
              <w:jc w:val="right"/>
            </w:pPr>
            <w:r>
              <w:rPr>
                <w:sz w:val="16"/>
              </w:rPr>
              <w:t>10</w:t>
            </w:r>
          </w:p>
        </w:tc>
        <w:tc>
          <w:tcPr>
            <w:tcW w:type="dxa" w:w="2342"/>
          </w:tcPr>
          <w:p>
            <w:pPr>
              <w:spacing w:after="0"/>
              <w:jc w:val="left"/>
            </w:pPr>
          </w:p>
        </w:tc>
      </w:tr>
      <w:tr>
        <w:trPr>
          <w:cantSplit/>
        </w:trPr>
        <w:tc>
          <w:tcPr>
            <w:tcW w:type="dxa" w:w="751"/>
          </w:tcPr>
          <w:p>
            <w:pPr>
              <w:spacing w:after="0"/>
              <w:jc w:val="right"/>
            </w:pPr>
            <w:r>
              <w:rPr>
                <w:sz w:val="16"/>
              </w:rPr>
              <w:t>7</w:t>
            </w:r>
          </w:p>
        </w:tc>
        <w:tc>
          <w:tcPr>
            <w:tcW w:type="dxa" w:w="1062"/>
          </w:tcPr>
          <w:p>
            <w:pPr>
              <w:spacing w:after="0"/>
              <w:jc w:val="left"/>
            </w:pPr>
            <w:r>
              <w:rPr>
                <w:sz w:val="16"/>
              </w:rPr>
              <w:t>Earthquake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$33,213</w:t>
            </w:r>
          </w:p>
        </w:tc>
        <w:tc>
          <w:tcPr>
            <w:tcW w:type="dxa" w:w="1153"/>
          </w:tcPr>
          <w:p>
            <w:pPr>
              <w:spacing w:after="0"/>
              <w:jc w:val="right"/>
            </w:pPr>
            <w:r>
              <w:rPr>
                <w:sz w:val="16"/>
              </w:rPr>
              <w:t>n/a</w:t>
            </w:r>
          </w:p>
        </w:tc>
        <w:tc>
          <w:tcPr>
            <w:tcW w:type="dxa" w:w="2123"/>
          </w:tcPr>
          <w:p>
            <w:pPr>
              <w:spacing w:after="0"/>
              <w:jc w:val="right"/>
            </w:pPr>
            <w:r>
              <w:rPr>
                <w:sz w:val="16"/>
              </w:rPr>
              <w:t>$14,600</w:t>
            </w:r>
          </w:p>
        </w:tc>
        <w:tc>
          <w:tcPr>
            <w:tcW w:type="dxa" w:w="1245"/>
          </w:tcPr>
          <w:p>
            <w:pPr>
              <w:spacing w:after="0"/>
              <w:jc w:val="right"/>
            </w:pPr>
            <w:r>
              <w:rPr>
                <w:sz w:val="16"/>
              </w:rPr>
              <w:t>$47,813</w:t>
            </w:r>
          </w:p>
        </w:tc>
        <w:tc>
          <w:tcPr>
            <w:tcW w:type="dxa" w:w="2342"/>
          </w:tcPr>
          <w:p>
            <w:pPr>
              <w:spacing w:after="0"/>
              <w:jc w:val="right"/>
            </w:pPr>
          </w:p>
        </w:tc>
        <w:tc>
          <w:tcPr>
            <w:tcW w:type="dxa" w:w="2342"/>
          </w:tcPr>
          <w:p>
            <w:pPr>
              <w:spacing w:after="0"/>
              <w:jc w:val="left"/>
            </w:pPr>
            <w:r>
              <w:rPr>
                <w:sz w:val="16"/>
              </w:rPr>
              <w:t>Storm Events does not record earthquakes.</w:t>
            </w:r>
          </w:p>
        </w:tc>
      </w:tr>
      <w:tr>
        <w:trPr>
          <w:cantSplit/>
        </w:trPr>
        <w:tc>
          <w:tcPr>
            <w:tcW w:type="dxa" w:w="751"/>
          </w:tcPr>
          <w:p>
            <w:pPr>
              <w:spacing w:after="0"/>
              <w:jc w:val="right"/>
            </w:pPr>
            <w:r>
              <w:rPr>
                <w:sz w:val="16"/>
              </w:rPr>
              <w:t>8</w:t>
            </w:r>
          </w:p>
        </w:tc>
        <w:tc>
          <w:tcPr>
            <w:tcW w:type="dxa" w:w="1062"/>
          </w:tcPr>
          <w:p>
            <w:pPr>
              <w:spacing w:after="0"/>
              <w:jc w:val="left"/>
            </w:pPr>
            <w:r>
              <w:rPr>
                <w:sz w:val="16"/>
              </w:rPr>
              <w:t>Strong Wind</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$10,968</w:t>
            </w:r>
          </w:p>
        </w:tc>
        <w:tc>
          <w:tcPr>
            <w:tcW w:type="dxa" w:w="1153"/>
          </w:tcPr>
          <w:p>
            <w:pPr>
              <w:spacing w:after="0"/>
              <w:jc w:val="right"/>
            </w:pPr>
            <w:r>
              <w:rPr>
                <w:sz w:val="16"/>
              </w:rPr>
              <w:t>$1,041</w:t>
            </w:r>
          </w:p>
        </w:tc>
        <w:tc>
          <w:tcPr>
            <w:tcW w:type="dxa" w:w="2123"/>
          </w:tcPr>
          <w:p>
            <w:pPr>
              <w:spacing w:after="0"/>
              <w:jc w:val="right"/>
            </w:pPr>
            <w:r>
              <w:rPr>
                <w:sz w:val="16"/>
              </w:rPr>
              <w:t>$19,289</w:t>
            </w:r>
          </w:p>
        </w:tc>
        <w:tc>
          <w:tcPr>
            <w:tcW w:type="dxa" w:w="1245"/>
          </w:tcPr>
          <w:p>
            <w:pPr>
              <w:spacing w:after="0"/>
              <w:jc w:val="right"/>
            </w:pPr>
            <w:r>
              <w:rPr>
                <w:sz w:val="16"/>
              </w:rPr>
              <w:t>$31,298</w:t>
            </w:r>
          </w:p>
        </w:tc>
        <w:tc>
          <w:tcPr>
            <w:tcW w:type="dxa" w:w="2342"/>
          </w:tcPr>
          <w:p>
            <w:pPr>
              <w:spacing w:after="0"/>
              <w:jc w:val="right"/>
            </w:pPr>
            <w:r>
              <w:rPr>
                <w:sz w:val="16"/>
              </w:rPr>
              <w:t>44</w:t>
            </w:r>
          </w:p>
        </w:tc>
        <w:tc>
          <w:tcPr>
            <w:tcW w:type="dxa" w:w="2342"/>
          </w:tcPr>
          <w:p>
            <w:pPr>
              <w:spacing w:after="0"/>
              <w:jc w:val="left"/>
            </w:pPr>
            <w:r>
              <w:rPr>
                <w:sz w:val="16"/>
              </w:rPr>
              <w:t>Includes 2 Strong Wind records (a NOAA non-thunderstorm wind type, outside NRI's Strong Wind definition).</w:t>
            </w:r>
          </w:p>
        </w:tc>
      </w:tr>
      <w:tr>
        <w:trPr>
          <w:cantSplit/>
        </w:trPr>
        <w:tc>
          <w:tcPr>
            <w:tcW w:type="dxa" w:w="751"/>
          </w:tcPr>
          <w:p>
            <w:pPr>
              <w:spacing w:after="0"/>
              <w:jc w:val="right"/>
            </w:pPr>
            <w:r>
              <w:rPr>
                <w:sz w:val="16"/>
              </w:rPr>
              <w:t>9</w:t>
            </w:r>
          </w:p>
        </w:tc>
        <w:tc>
          <w:tcPr>
            <w:tcW w:type="dxa" w:w="1062"/>
          </w:tcPr>
          <w:p>
            <w:pPr>
              <w:spacing w:after="0"/>
              <w:jc w:val="left"/>
            </w:pPr>
            <w:r>
              <w:rPr>
                <w:sz w:val="16"/>
              </w:rPr>
              <w:t>Hail</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$9,703</w:t>
            </w:r>
          </w:p>
        </w:tc>
        <w:tc>
          <w:tcPr>
            <w:tcW w:type="dxa" w:w="1153"/>
          </w:tcPr>
          <w:p>
            <w:pPr>
              <w:spacing w:after="0"/>
              <w:jc w:val="right"/>
            </w:pPr>
            <w:r>
              <w:rPr>
                <w:sz w:val="16"/>
              </w:rPr>
              <w:t>$2,738</w:t>
            </w:r>
          </w:p>
        </w:tc>
        <w:tc>
          <w:tcPr>
            <w:tcW w:type="dxa" w:w="2123"/>
          </w:tcPr>
          <w:p>
            <w:pPr>
              <w:spacing w:after="0"/>
              <w:jc w:val="right"/>
            </w:pPr>
            <w:r>
              <w:rPr>
                <w:sz w:val="16"/>
              </w:rPr>
              <w:t>$5,642</w:t>
            </w:r>
          </w:p>
        </w:tc>
        <w:tc>
          <w:tcPr>
            <w:tcW w:type="dxa" w:w="1245"/>
          </w:tcPr>
          <w:p>
            <w:pPr>
              <w:spacing w:after="0"/>
              <w:jc w:val="right"/>
            </w:pPr>
            <w:r>
              <w:rPr>
                <w:sz w:val="16"/>
              </w:rPr>
              <w:t>$18,083</w:t>
            </w:r>
          </w:p>
        </w:tc>
        <w:tc>
          <w:tcPr>
            <w:tcW w:type="dxa" w:w="2342"/>
          </w:tcPr>
          <w:p>
            <w:pPr>
              <w:spacing w:after="0"/>
              <w:jc w:val="right"/>
            </w:pPr>
            <w:r>
              <w:rPr>
                <w:sz w:val="16"/>
              </w:rPr>
              <w:t>18</w:t>
            </w:r>
          </w:p>
        </w:tc>
        <w:tc>
          <w:tcPr>
            <w:tcW w:type="dxa" w:w="2342"/>
          </w:tcPr>
          <w:p>
            <w:pPr>
              <w:spacing w:after="0"/>
              <w:jc w:val="left"/>
            </w:pPr>
          </w:p>
        </w:tc>
      </w:tr>
      <w:tr>
        <w:trPr>
          <w:cantSplit/>
        </w:trPr>
        <w:tc>
          <w:tcPr>
            <w:tcW w:type="dxa" w:w="751"/>
          </w:tcPr>
          <w:p>
            <w:pPr>
              <w:spacing w:after="0"/>
              <w:jc w:val="right"/>
            </w:pPr>
            <w:r>
              <w:rPr>
                <w:sz w:val="16"/>
              </w:rPr>
              <w:t>10</w:t>
            </w:r>
          </w:p>
        </w:tc>
        <w:tc>
          <w:tcPr>
            <w:tcW w:type="dxa" w:w="1062"/>
          </w:tcPr>
          <w:p>
            <w:pPr>
              <w:spacing w:after="0"/>
              <w:jc w:val="left"/>
            </w:pPr>
            <w:r>
              <w:rPr>
                <w:sz w:val="16"/>
              </w:rPr>
              <w:t>Wildfire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$15,576</w:t>
            </w:r>
          </w:p>
        </w:tc>
        <w:tc>
          <w:tcPr>
            <w:tcW w:type="dxa" w:w="1153"/>
          </w:tcPr>
          <w:p>
            <w:pPr>
              <w:spacing w:after="0"/>
              <w:jc w:val="right"/>
            </w:pPr>
            <w:r>
              <w:rPr>
                <w:sz w:val="16"/>
              </w:rPr>
              <w:t>$16</w:t>
            </w:r>
          </w:p>
        </w:tc>
        <w:tc>
          <w:tcPr>
            <w:tcW w:type="dxa" w:w="2123"/>
          </w:tcPr>
          <w:p>
            <w:pPr>
              <w:spacing w:after="0"/>
              <w:jc w:val="right"/>
            </w:pPr>
            <w:r>
              <w:rPr>
                <w:sz w:val="16"/>
              </w:rPr>
              <w:t>$2,152</w:t>
            </w:r>
          </w:p>
        </w:tc>
        <w:tc>
          <w:tcPr>
            <w:tcW w:type="dxa" w:w="1245"/>
          </w:tcPr>
          <w:p>
            <w:pPr>
              <w:spacing w:after="0"/>
              <w:jc w:val="right"/>
            </w:pPr>
            <w:r>
              <w:rPr>
                <w:sz w:val="16"/>
              </w:rPr>
              <w:t>$17,744</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11</w:t>
            </w:r>
          </w:p>
        </w:tc>
        <w:tc>
          <w:tcPr>
            <w:tcW w:type="dxa" w:w="1062"/>
          </w:tcPr>
          <w:p>
            <w:pPr>
              <w:spacing w:after="0"/>
              <w:jc w:val="left"/>
            </w:pPr>
            <w:r>
              <w:rPr>
                <w:sz w:val="16"/>
              </w:rPr>
              <w:t>Cold Wave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$31</w:t>
            </w:r>
          </w:p>
        </w:tc>
        <w:tc>
          <w:tcPr>
            <w:tcW w:type="dxa" w:w="1153"/>
          </w:tcPr>
          <w:p>
            <w:pPr>
              <w:spacing w:after="0"/>
              <w:jc w:val="right"/>
            </w:pPr>
            <w:r>
              <w:rPr>
                <w:sz w:val="16"/>
              </w:rPr>
              <w:t>$1,457</w:t>
            </w:r>
          </w:p>
        </w:tc>
        <w:tc>
          <w:tcPr>
            <w:tcW w:type="dxa" w:w="2123"/>
          </w:tcPr>
          <w:p>
            <w:pPr>
              <w:spacing w:after="0"/>
              <w:jc w:val="right"/>
            </w:pPr>
            <w:r>
              <w:rPr>
                <w:sz w:val="16"/>
              </w:rPr>
              <w:t>$3,955</w:t>
            </w:r>
          </w:p>
        </w:tc>
        <w:tc>
          <w:tcPr>
            <w:tcW w:type="dxa" w:w="1245"/>
          </w:tcPr>
          <w:p>
            <w:pPr>
              <w:spacing w:after="0"/>
              <w:jc w:val="right"/>
            </w:pPr>
            <w:r>
              <w:rPr>
                <w:sz w:val="16"/>
              </w:rPr>
              <w:t>$5,443</w:t>
            </w:r>
          </w:p>
        </w:tc>
        <w:tc>
          <w:tcPr>
            <w:tcW w:type="dxa" w:w="2342"/>
          </w:tcPr>
          <w:p>
            <w:pPr>
              <w:spacing w:after="0"/>
              <w:jc w:val="right"/>
            </w:pPr>
            <w:r>
              <w:rPr>
                <w:sz w:val="16"/>
              </w:rPr>
              <w:t>15</w:t>
            </w:r>
          </w:p>
        </w:tc>
        <w:tc>
          <w:tcPr>
            <w:tcW w:type="dxa" w:w="2342"/>
          </w:tcPr>
          <w:p>
            <w:pPr>
              <w:spacing w:after="0"/>
              <w:jc w:val="left"/>
            </w:pPr>
            <w:r>
              <w:rPr>
                <w:sz w:val="16"/>
              </w:rPr>
              <w:t>Includes 1 Frost/Freeze record (outside NRI's Cold Wave definition; counted in this table and in B1-d, not in the B1-e descriptor).</w:t>
            </w:r>
          </w:p>
        </w:tc>
      </w:tr>
      <w:tr>
        <w:trPr>
          <w:cantSplit/>
        </w:trPr>
        <w:tc>
          <w:tcPr>
            <w:tcW w:type="dxa" w:w="751"/>
          </w:tcPr>
          <w:p>
            <w:pPr>
              <w:spacing w:after="0"/>
              <w:jc w:val="right"/>
            </w:pPr>
            <w:r>
              <w:rPr>
                <w:sz w:val="16"/>
              </w:rPr>
              <w:t>12</w:t>
            </w:r>
          </w:p>
        </w:tc>
        <w:tc>
          <w:tcPr>
            <w:tcW w:type="dxa" w:w="1062"/>
          </w:tcPr>
          <w:p>
            <w:pPr>
              <w:spacing w:after="0"/>
              <w:jc w:val="left"/>
            </w:pPr>
            <w:r>
              <w:rPr>
                <w:sz w:val="16"/>
              </w:rPr>
              <w:t>Ice Storm</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$1,103</w:t>
            </w:r>
          </w:p>
        </w:tc>
        <w:tc>
          <w:tcPr>
            <w:tcW w:type="dxa" w:w="1153"/>
          </w:tcPr>
          <w:p>
            <w:pPr>
              <w:spacing w:after="0"/>
              <w:jc w:val="right"/>
            </w:pPr>
            <w:r>
              <w:rPr>
                <w:sz w:val="16"/>
              </w:rPr>
              <w:t>n/a</w:t>
            </w:r>
          </w:p>
        </w:tc>
        <w:tc>
          <w:tcPr>
            <w:tcW w:type="dxa" w:w="2123"/>
          </w:tcPr>
          <w:p>
            <w:pPr>
              <w:spacing w:after="0"/>
              <w:jc w:val="right"/>
            </w:pPr>
            <w:r>
              <w:rPr>
                <w:sz w:val="16"/>
              </w:rPr>
              <w:t>$1,071</w:t>
            </w:r>
          </w:p>
        </w:tc>
        <w:tc>
          <w:tcPr>
            <w:tcW w:type="dxa" w:w="1245"/>
          </w:tcPr>
          <w:p>
            <w:pPr>
              <w:spacing w:after="0"/>
              <w:jc w:val="right"/>
            </w:pPr>
            <w:r>
              <w:rPr>
                <w:sz w:val="16"/>
              </w:rPr>
              <w:t>$2,174</w:t>
            </w:r>
          </w:p>
        </w:tc>
        <w:tc>
          <w:tcPr>
            <w:tcW w:type="dxa" w:w="2342"/>
          </w:tcPr>
          <w:p>
            <w:pPr>
              <w:spacing w:after="0"/>
              <w:jc w:val="right"/>
            </w:pPr>
            <w:r>
              <w:rPr>
                <w:sz w:val="16"/>
              </w:rPr>
              <w:t>1</w:t>
            </w:r>
          </w:p>
        </w:tc>
        <w:tc>
          <w:tcPr>
            <w:tcW w:type="dxa" w:w="2342"/>
          </w:tcPr>
          <w:p>
            <w:pPr>
              <w:spacing w:after="0"/>
              <w:jc w:val="left"/>
            </w:pPr>
          </w:p>
        </w:tc>
      </w:tr>
      <w:tr>
        <w:trPr>
          <w:cantSplit/>
        </w:trPr>
        <w:tc>
          <w:tcPr>
            <w:tcW w:type="dxa" w:w="751"/>
          </w:tcPr>
          <w:p>
            <w:pPr>
              <w:spacing w:after="0"/>
              <w:jc w:val="right"/>
            </w:pPr>
            <w:r>
              <w:rPr>
                <w:sz w:val="16"/>
              </w:rPr>
              <w:t>13</w:t>
            </w:r>
          </w:p>
        </w:tc>
        <w:tc>
          <w:tcPr>
            <w:tcW w:type="dxa" w:w="1062"/>
          </w:tcPr>
          <w:p>
            <w:pPr>
              <w:spacing w:after="0"/>
              <w:jc w:val="left"/>
            </w:pPr>
            <w:r>
              <w:rPr>
                <w:sz w:val="16"/>
              </w:rPr>
              <w:t>Landslide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$421</w:t>
            </w:r>
          </w:p>
        </w:tc>
        <w:tc>
          <w:tcPr>
            <w:tcW w:type="dxa" w:w="1153"/>
          </w:tcPr>
          <w:p>
            <w:pPr>
              <w:spacing w:after="0"/>
              <w:jc w:val="right"/>
            </w:pPr>
            <w:r>
              <w:rPr>
                <w:sz w:val="16"/>
              </w:rPr>
              <w:t>n/a</w:t>
            </w:r>
          </w:p>
        </w:tc>
        <w:tc>
          <w:tcPr>
            <w:tcW w:type="dxa" w:w="2123"/>
          </w:tcPr>
          <w:p>
            <w:pPr>
              <w:spacing w:after="0"/>
              <w:jc w:val="right"/>
            </w:pPr>
            <w:r>
              <w:rPr>
                <w:sz w:val="16"/>
              </w:rPr>
              <w:t>$93</w:t>
            </w:r>
          </w:p>
        </w:tc>
        <w:tc>
          <w:tcPr>
            <w:tcW w:type="dxa" w:w="1245"/>
          </w:tcPr>
          <w:p>
            <w:pPr>
              <w:spacing w:after="0"/>
              <w:jc w:val="right"/>
            </w:pPr>
            <w:r>
              <w:rPr>
                <w:sz w:val="16"/>
              </w:rPr>
              <w:t>$514</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14</w:t>
            </w:r>
          </w:p>
        </w:tc>
        <w:tc>
          <w:tcPr>
            <w:tcW w:type="dxa" w:w="1062"/>
          </w:tcPr>
          <w:p>
            <w:pPr>
              <w:spacing w:after="0"/>
              <w:jc w:val="left"/>
            </w:pPr>
            <w:r>
              <w:rPr>
                <w:sz w:val="16"/>
              </w:rPr>
              <w:t>Winter Weather</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$401</w:t>
            </w:r>
          </w:p>
        </w:tc>
        <w:tc>
          <w:tcPr>
            <w:tcW w:type="dxa" w:w="1153"/>
          </w:tcPr>
          <w:p>
            <w:pPr>
              <w:spacing w:after="0"/>
              <w:jc w:val="right"/>
            </w:pPr>
            <w:r>
              <w:rPr>
                <w:sz w:val="16"/>
              </w:rPr>
              <w:t>$4</w:t>
            </w:r>
          </w:p>
        </w:tc>
        <w:tc>
          <w:tcPr>
            <w:tcW w:type="dxa" w:w="2123"/>
          </w:tcPr>
          <w:p>
            <w:pPr>
              <w:spacing w:after="0"/>
              <w:jc w:val="right"/>
            </w:pPr>
            <w:r>
              <w:rPr>
                <w:sz w:val="16"/>
              </w:rPr>
              <w:t>$85</w:t>
            </w:r>
          </w:p>
        </w:tc>
        <w:tc>
          <w:tcPr>
            <w:tcW w:type="dxa" w:w="1245"/>
          </w:tcPr>
          <w:p>
            <w:pPr>
              <w:spacing w:after="0"/>
              <w:jc w:val="right"/>
            </w:pPr>
            <w:r>
              <w:rPr>
                <w:sz w:val="16"/>
              </w:rPr>
              <w:t>$490</w:t>
            </w:r>
          </w:p>
        </w:tc>
        <w:tc>
          <w:tcPr>
            <w:tcW w:type="dxa" w:w="2342"/>
          </w:tcPr>
          <w:p>
            <w:pPr>
              <w:spacing w:after="0"/>
              <w:jc w:val="right"/>
            </w:pPr>
            <w:r>
              <w:rPr>
                <w:sz w:val="16"/>
              </w:rPr>
              <w:t>7</w:t>
            </w:r>
          </w:p>
        </w:tc>
        <w:tc>
          <w:tcPr>
            <w:tcW w:type="dxa" w:w="234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363"/>
        <w:gridCol w:w="9749"/>
      </w:tblGrid>
      <w:tr>
        <w:trPr>
          <w:cantSplit/>
          <w:tblHeader/>
        </w:trPr>
        <w:tc>
          <w:tcPr>
            <w:tcW w:type="dxa" w:w="4363"/>
            <w:shd w:val="clear" w:color="auto" w:fill="E8E8E8"/>
          </w:tcPr>
          <w:p>
            <w:pPr>
              <w:spacing w:after="0"/>
              <w:jc w:val="left"/>
            </w:pPr>
            <w:r>
              <w:rPr>
                <w:b/>
                <w:sz w:val="16"/>
              </w:rPr>
              <w:t>Hazard</w:t>
            </w:r>
          </w:p>
        </w:tc>
        <w:tc>
          <w:tcPr>
            <w:tcW w:type="dxa" w:w="97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363"/>
          </w:tcPr>
          <w:p>
            <w:pPr>
              <w:spacing w:after="0"/>
              <w:jc w:val="left"/>
            </w:pPr>
            <w:r>
              <w:rPr>
                <w:sz w:val="16"/>
              </w:rPr>
              <w:t>Earthquake</w:t>
            </w:r>
          </w:p>
        </w:tc>
        <w:tc>
          <w:tcPr>
            <w:tcW w:type="dxa" w:w="9749"/>
          </w:tcPr>
          <w:p>
            <w:pPr>
              <w:spacing w:after="0"/>
              <w:jc w:val="left"/>
            </w:pPr>
            <w:r>
              <w:rPr>
                <w:sz w:val="16"/>
              </w:rPr>
              <w:t>tract 9504 (Relatively Low, 62.1); tract 9501 (Relatively Low, 51.0)</w:t>
            </w:r>
          </w:p>
        </w:tc>
      </w:tr>
      <w:tr>
        <w:trPr>
          <w:cantSplit/>
        </w:trPr>
        <w:tc>
          <w:tcPr>
            <w:tcW w:type="dxa" w:w="4363"/>
          </w:tcPr>
          <w:p>
            <w:pPr>
              <w:spacing w:after="0"/>
              <w:jc w:val="left"/>
            </w:pPr>
            <w:r>
              <w:rPr>
                <w:sz w:val="16"/>
              </w:rPr>
              <w:t>Hurricane</w:t>
            </w:r>
          </w:p>
        </w:tc>
        <w:tc>
          <w:tcPr>
            <w:tcW w:type="dxa" w:w="9749"/>
          </w:tcPr>
          <w:p>
            <w:pPr>
              <w:spacing w:after="0"/>
              <w:jc w:val="left"/>
            </w:pPr>
            <w:r>
              <w:rPr>
                <w:sz w:val="16"/>
              </w:rPr>
              <w:t>tract 9504 (Relatively Moderate, 79.8); tract 9501 (Relatively Low, 75.8)</w:t>
            </w:r>
          </w:p>
        </w:tc>
      </w:tr>
      <w:tr>
        <w:trPr>
          <w:cantSplit/>
        </w:trPr>
        <w:tc>
          <w:tcPr>
            <w:tcW w:type="dxa" w:w="4363"/>
          </w:tcPr>
          <w:p>
            <w:pPr>
              <w:spacing w:after="0"/>
              <w:jc w:val="left"/>
            </w:pPr>
            <w:r>
              <w:rPr>
                <w:sz w:val="16"/>
              </w:rPr>
              <w:t>Landslide</w:t>
            </w:r>
          </w:p>
        </w:tc>
        <w:tc>
          <w:tcPr>
            <w:tcW w:type="dxa" w:w="9749"/>
          </w:tcPr>
          <w:p>
            <w:pPr>
              <w:spacing w:after="0"/>
              <w:jc w:val="left"/>
            </w:pPr>
            <w:r>
              <w:rPr>
                <w:sz w:val="16"/>
              </w:rPr>
              <w:t>tract 9504 (Relatively Low, 91.7); tract 9501 (Very Low, 76.2)</w:t>
            </w:r>
          </w:p>
        </w:tc>
      </w:tr>
      <w:tr>
        <w:trPr>
          <w:cantSplit/>
        </w:trPr>
        <w:tc>
          <w:tcPr>
            <w:tcW w:type="dxa" w:w="4363"/>
          </w:tcPr>
          <w:p>
            <w:pPr>
              <w:spacing w:after="0"/>
              <w:jc w:val="left"/>
            </w:pPr>
            <w:r>
              <w:rPr>
                <w:sz w:val="16"/>
              </w:rPr>
              <w:t>Tornado</w:t>
            </w:r>
          </w:p>
        </w:tc>
        <w:tc>
          <w:tcPr>
            <w:tcW w:type="dxa" w:w="9749"/>
          </w:tcPr>
          <w:p>
            <w:pPr>
              <w:spacing w:after="0"/>
              <w:jc w:val="left"/>
            </w:pPr>
            <w:r>
              <w:rPr>
                <w:sz w:val="16"/>
              </w:rPr>
              <w:t>tract 9504 (Very High, 97.1); tract 9501 (Relatively High, 89.0)</w:t>
            </w:r>
          </w:p>
        </w:tc>
      </w:tr>
      <w:tr>
        <w:trPr>
          <w:cantSplit/>
        </w:trPr>
        <w:tc>
          <w:tcPr>
            <w:tcW w:type="dxa" w:w="4363"/>
          </w:tcPr>
          <w:p>
            <w:pPr>
              <w:spacing w:after="0"/>
              <w:jc w:val="left"/>
            </w:pPr>
            <w:r>
              <w:rPr>
                <w:sz w:val="16"/>
              </w:rPr>
              <w:t>Wildfire</w:t>
            </w:r>
          </w:p>
        </w:tc>
        <w:tc>
          <w:tcPr>
            <w:tcW w:type="dxa" w:w="9749"/>
          </w:tcPr>
          <w:p>
            <w:pPr>
              <w:spacing w:after="0"/>
              <w:jc w:val="left"/>
            </w:pPr>
            <w:r>
              <w:rPr>
                <w:sz w:val="16"/>
              </w:rPr>
              <w:t>tract 9504 (Relatively Moderate, 88.5); tract 9501 (Relatively Low, 82.6)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9504 is Census Tract 9504).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5"/>
        <w:gridCol w:w="1866"/>
        <w:gridCol w:w="1734"/>
        <w:gridCol w:w="2028"/>
        <w:gridCol w:w="1478"/>
        <w:gridCol w:w="1410"/>
        <w:gridCol w:w="1808"/>
        <w:gridCol w:w="1942"/>
      </w:tblGrid>
      <w:tr>
        <w:trPr>
          <w:cantSplit/>
          <w:tblHeader/>
        </w:trPr>
        <w:tc>
          <w:tcPr>
            <w:tcW w:type="dxa" w:w="1845"/>
            <w:shd w:val="clear" w:color="auto" w:fill="E8E8E8"/>
          </w:tcPr>
          <w:p>
            <w:pPr>
              <w:spacing w:after="0"/>
              <w:jc w:val="left"/>
            </w:pPr>
            <w:r>
              <w:rPr>
                <w:b/>
                <w:sz w:val="16"/>
              </w:rPr>
              <w:t>Hazard</w:t>
            </w:r>
          </w:p>
        </w:tc>
        <w:tc>
          <w:tcPr>
            <w:tcW w:type="dxa" w:w="1866"/>
            <w:shd w:val="clear" w:color="auto" w:fill="E8E8E8"/>
          </w:tcPr>
          <w:p>
            <w:pPr>
              <w:spacing w:after="0"/>
              <w:jc w:val="left"/>
            </w:pPr>
            <w:r>
              <w:rPr>
                <w:b/>
                <w:sz w:val="16"/>
              </w:rPr>
              <w:t>Scale</w:t>
            </w:r>
          </w:p>
        </w:tc>
        <w:tc>
          <w:tcPr>
            <w:tcW w:type="dxa" w:w="173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8"/>
            <w:shd w:val="clear" w:color="auto" w:fill="E8E8E8"/>
          </w:tcPr>
          <w:p>
            <w:pPr>
              <w:spacing w:after="0"/>
              <w:jc w:val="left"/>
            </w:pPr>
            <w:r>
              <w:rPr>
                <w:b/>
                <w:sz w:val="16"/>
              </w:rPr>
              <w:t>Observed range</w:t>
            </w:r>
          </w:p>
        </w:tc>
        <w:tc>
          <w:tcPr>
            <w:tcW w:type="dxa" w:w="1478"/>
            <w:shd w:val="clear" w:color="auto" w:fill="E8E8E8"/>
          </w:tcPr>
          <w:p>
            <w:pPr>
              <w:spacing w:after="0"/>
              <w:jc w:val="left"/>
            </w:pPr>
            <w:r>
              <w:rPr>
                <w:b/>
                <w:sz w:val="16"/>
              </w:rPr>
              <w:t>Worst recorded event</w:t>
            </w:r>
          </w:p>
        </w:tc>
        <w:tc>
          <w:tcPr>
            <w:tcW w:type="dxa" w:w="1410"/>
            <w:shd w:val="clear" w:color="auto" w:fill="E8E8E8"/>
          </w:tcPr>
          <w:p>
            <w:pPr>
              <w:spacing w:after="0"/>
              <w:jc w:val="left"/>
            </w:pPr>
            <w:r>
              <w:rPr>
                <w:b/>
                <w:sz w:val="16"/>
              </w:rPr>
              <w:t>Most damaging (when different)</w:t>
            </w:r>
          </w:p>
        </w:tc>
        <w:tc>
          <w:tcPr>
            <w:tcW w:type="dxa" w:w="1808"/>
            <w:shd w:val="clear" w:color="auto" w:fill="E8E8E8"/>
          </w:tcPr>
          <w:p>
            <w:pPr>
              <w:spacing w:after="0"/>
              <w:jc w:val="left"/>
            </w:pPr>
            <w:r>
              <w:rPr>
                <w:b/>
                <w:sz w:val="16"/>
              </w:rPr>
              <w:t>How it applies to jurisdictions</w:t>
            </w:r>
          </w:p>
        </w:tc>
        <w:tc>
          <w:tcPr>
            <w:tcW w:type="dxa" w:w="1942"/>
            <w:shd w:val="clear" w:color="auto" w:fill="E8E8E8"/>
          </w:tcPr>
          <w:p>
            <w:pPr>
              <w:spacing w:after="0"/>
              <w:jc w:val="left"/>
            </w:pPr>
            <w:r>
              <w:rPr>
                <w:b/>
                <w:sz w:val="16"/>
              </w:rPr>
              <w:t>Note</w:t>
            </w:r>
          </w:p>
        </w:tc>
      </w:tr>
      <w:tr>
        <w:trPr>
          <w:cantSplit/>
        </w:trPr>
        <w:tc>
          <w:tcPr>
            <w:tcW w:type="dxa" w:w="1845"/>
          </w:tcPr>
          <w:p>
            <w:pPr>
              <w:spacing w:after="0"/>
              <w:jc w:val="left"/>
            </w:pPr>
            <w:r>
              <w:rPr>
                <w:sz w:val="16"/>
              </w:rPr>
              <w:t>Cold/Wind Chill, Extreme Cold/Wind Chill</w:t>
            </w:r>
          </w:p>
        </w:tc>
        <w:tc>
          <w:tcPr>
            <w:tcW w:type="dxa" w:w="1866"/>
          </w:tcPr>
          <w:p>
            <w:pPr>
              <w:spacing w:after="0"/>
              <w:jc w:val="left"/>
            </w:pPr>
            <w:r>
              <w:rPr>
                <w:sz w:val="16"/>
              </w:rPr>
              <w:t>wind chill</w:t>
            </w:r>
          </w:p>
        </w:tc>
        <w:tc>
          <w:tcPr>
            <w:tcW w:type="dxa" w:w="1734"/>
          </w:tcPr>
          <w:p>
            <w:pPr>
              <w:spacing w:after="0"/>
              <w:jc w:val="right"/>
            </w:pPr>
            <w:r>
              <w:rPr>
                <w:sz w:val="16"/>
              </w:rPr>
              <w:t>14 records, 1996 to 2003 (14 zone-level)</w:t>
            </w:r>
          </w:p>
        </w:tc>
        <w:tc>
          <w:tcPr>
            <w:tcW w:type="dxa" w:w="2028"/>
          </w:tcPr>
          <w:p>
            <w:pPr>
              <w:spacing w:after="0"/>
              <w:jc w:val="left"/>
            </w:pPr>
            <w:r>
              <w:rPr>
                <w:sz w:val="16"/>
              </w:rPr>
              <w:t>1 day to 31 days (median 3 days); 12 with a recorded value</w:t>
            </w:r>
          </w:p>
        </w:tc>
        <w:tc>
          <w:tcPr>
            <w:tcW w:type="dxa" w:w="1478"/>
          </w:tcPr>
          <w:p>
            <w:pPr>
              <w:spacing w:after="0"/>
              <w:jc w:val="left"/>
            </w:pPr>
            <w:r>
              <w:rPr>
                <w:sz w:val="16"/>
              </w:rPr>
              <w:t>December 2000 (1 monthly summary record), zone-level</w:t>
            </w:r>
          </w:p>
        </w:tc>
        <w:tc>
          <w:tcPr>
            <w:tcW w:type="dxa" w:w="1410"/>
          </w:tcPr>
          <w:p>
            <w:pPr>
              <w:spacing w:after="0"/>
              <w:jc w:val="left"/>
            </w:pPr>
          </w:p>
        </w:tc>
        <w:tc>
          <w:tcPr>
            <w:tcW w:type="dxa" w:w="1808"/>
          </w:tcPr>
          <w:p>
            <w:pPr>
              <w:spacing w:after="0"/>
              <w:jc w:val="left"/>
            </w:pPr>
            <w:r>
              <w:rPr>
                <w:sz w:val="16"/>
              </w:rPr>
              <w:t>Countywide (zone-level records).</w:t>
            </w:r>
          </w:p>
        </w:tc>
        <w:tc>
          <w:tcPr>
            <w:tcW w:type="dxa" w:w="1942"/>
          </w:tcPr>
          <w:p>
            <w:pPr>
              <w:spacing w:after="0"/>
              <w:jc w:val="left"/>
            </w:pPr>
            <w:r>
              <w:rPr>
                <w:sz w:val="16"/>
              </w:rPr>
              <w:t>Cold/Wind Chill records from May to September (a frost night, not a cold wave) are counted but not used for the longest run.</w:t>
            </w:r>
          </w:p>
        </w:tc>
      </w:tr>
      <w:tr>
        <w:trPr>
          <w:cantSplit/>
        </w:trPr>
        <w:tc>
          <w:tcPr>
            <w:tcW w:type="dxa" w:w="1845"/>
          </w:tcPr>
          <w:p>
            <w:pPr>
              <w:spacing w:after="0"/>
              <w:jc w:val="left"/>
            </w:pPr>
            <w:r>
              <w:rPr>
                <w:sz w:val="16"/>
              </w:rPr>
              <w:t>Frost/Freeze (outside NRI's Cold Wave definition)</w:t>
            </w:r>
          </w:p>
        </w:tc>
        <w:tc>
          <w:tcPr>
            <w:tcW w:type="dxa" w:w="1866"/>
          </w:tcPr>
          <w:p>
            <w:pPr>
              <w:spacing w:after="0"/>
              <w:jc w:val="left"/>
            </w:pPr>
            <w:r>
              <w:rPr>
                <w:sz w:val="16"/>
              </w:rPr>
              <w:t>crop damage</w:t>
            </w:r>
          </w:p>
        </w:tc>
        <w:tc>
          <w:tcPr>
            <w:tcW w:type="dxa" w:w="1734"/>
          </w:tcPr>
          <w:p>
            <w:pPr>
              <w:spacing w:after="0"/>
              <w:jc w:val="right"/>
            </w:pPr>
            <w:r>
              <w:rPr>
                <w:sz w:val="16"/>
              </w:rPr>
              <w:t>1 record, 2007 (1 zone-level)</w:t>
            </w:r>
          </w:p>
        </w:tc>
        <w:tc>
          <w:tcPr>
            <w:tcW w:type="dxa" w:w="2028"/>
          </w:tcPr>
          <w:p>
            <w:pPr>
              <w:spacing w:after="0"/>
              <w:jc w:val="left"/>
            </w:pPr>
          </w:p>
        </w:tc>
        <w:tc>
          <w:tcPr>
            <w:tcW w:type="dxa" w:w="1478"/>
          </w:tcPr>
          <w:p>
            <w:pPr>
              <w:spacing w:after="0"/>
              <w:jc w:val="left"/>
            </w:pPr>
            <w:r>
              <w:rPr>
                <w:sz w:val="16"/>
              </w:rPr>
              <w:t>No crop damage reported in 1 record.</w:t>
            </w:r>
          </w:p>
        </w:tc>
        <w:tc>
          <w:tcPr>
            <w:tcW w:type="dxa" w:w="1410"/>
          </w:tcPr>
          <w:p>
            <w:pPr>
              <w:spacing w:after="0"/>
              <w:jc w:val="left"/>
            </w:pPr>
          </w:p>
        </w:tc>
        <w:tc>
          <w:tcPr>
            <w:tcW w:type="dxa" w:w="1808"/>
          </w:tcPr>
          <w:p>
            <w:pPr>
              <w:spacing w:after="0"/>
              <w:jc w:val="left"/>
            </w:pPr>
            <w:r>
              <w:rPr>
                <w:sz w:val="16"/>
              </w:rPr>
              <w:t>Countywide (zone-level records).</w:t>
            </w:r>
          </w:p>
        </w:tc>
        <w:tc>
          <w:tcPr>
            <w:tcW w:type="dxa" w:w="1942"/>
          </w:tcPr>
          <w:p>
            <w:pPr>
              <w:spacing w:after="0"/>
              <w:jc w:val="left"/>
            </w:pPr>
          </w:p>
        </w:tc>
      </w:tr>
      <w:tr>
        <w:trPr>
          <w:cantSplit/>
        </w:trPr>
        <w:tc>
          <w:tcPr>
            <w:tcW w:type="dxa" w:w="1845"/>
          </w:tcPr>
          <w:p>
            <w:pPr>
              <w:spacing w:after="0"/>
              <w:jc w:val="left"/>
            </w:pPr>
            <w:r>
              <w:rPr>
                <w:sz w:val="16"/>
              </w:rPr>
              <w:t>Drought</w:t>
            </w:r>
          </w:p>
        </w:tc>
        <w:tc>
          <w:tcPr>
            <w:tcW w:type="dxa" w:w="1866"/>
          </w:tcPr>
          <w:p>
            <w:pPr>
              <w:spacing w:after="0"/>
              <w:jc w:val="left"/>
            </w:pPr>
            <w:r>
              <w:rPr>
                <w:sz w:val="16"/>
              </w:rPr>
              <w:t>U.S. Drought Monitor scale (D0 to D4)</w:t>
            </w:r>
          </w:p>
        </w:tc>
        <w:tc>
          <w:tcPr>
            <w:tcW w:type="dxa" w:w="1734"/>
          </w:tcPr>
          <w:p>
            <w:pPr>
              <w:spacing w:after="0"/>
              <w:jc w:val="right"/>
            </w:pPr>
            <w:r>
              <w:rPr>
                <w:sz w:val="16"/>
              </w:rPr>
              <w:t>26 records, 2000 to 2026 (26 zone-level)</w:t>
            </w:r>
          </w:p>
        </w:tc>
        <w:tc>
          <w:tcPr>
            <w:tcW w:type="dxa" w:w="2028"/>
          </w:tcPr>
          <w:p>
            <w:pPr>
              <w:spacing w:after="0"/>
              <w:jc w:val="left"/>
            </w:pPr>
            <w:r>
              <w:rPr>
                <w:sz w:val="16"/>
              </w:rPr>
              <w:t>4 days to 122 days (median 31 days); 16 with a recorded value</w:t>
            </w:r>
          </w:p>
        </w:tc>
        <w:tc>
          <w:tcPr>
            <w:tcW w:type="dxa" w:w="1478"/>
          </w:tcPr>
          <w:p>
            <w:pPr>
              <w:spacing w:after="0"/>
              <w:jc w:val="left"/>
            </w:pPr>
            <w:r>
              <w:rPr>
                <w:sz w:val="16"/>
              </w:rPr>
              <w:t>122 days (4 months), 2007-09-01 to 2007-12-31, a run of 4 consecutive Storm Events drought records, zone-level</w:t>
            </w:r>
          </w:p>
        </w:tc>
        <w:tc>
          <w:tcPr>
            <w:tcW w:type="dxa" w:w="1410"/>
          </w:tcPr>
          <w:p>
            <w:pPr>
              <w:spacing w:after="0"/>
              <w:jc w:val="left"/>
            </w:pPr>
            <w:r>
              <w:rPr>
                <w:sz w:val="16"/>
              </w:rPr>
              <w:t>Drought, 2000-06-01, property not reported; $2,840,000 crops (zone total, 2000 dollars)</w:t>
            </w:r>
          </w:p>
        </w:tc>
        <w:tc>
          <w:tcPr>
            <w:tcW w:type="dxa" w:w="1808"/>
          </w:tcPr>
          <w:p>
            <w:pPr>
              <w:spacing w:after="0"/>
              <w:jc w:val="left"/>
            </w:pPr>
            <w:r>
              <w:rPr>
                <w:sz w:val="16"/>
              </w:rPr>
              <w:t>Countywide (zone-level records).</w:t>
            </w:r>
          </w:p>
        </w:tc>
        <w:tc>
          <w:tcPr>
            <w:tcW w:type="dxa" w:w="19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5"/>
          </w:tcPr>
          <w:p>
            <w:pPr>
              <w:spacing w:after="0"/>
              <w:jc w:val="left"/>
            </w:pPr>
            <w:r>
              <w:rPr>
                <w:sz w:val="16"/>
              </w:rPr>
              <w:t>Earthquake</w:t>
            </w:r>
          </w:p>
        </w:tc>
        <w:tc>
          <w:tcPr>
            <w:tcW w:type="dxa" w:w="1866"/>
          </w:tcPr>
          <w:p>
            <w:pPr>
              <w:spacing w:after="0"/>
              <w:jc w:val="left"/>
            </w:pPr>
            <w:r>
              <w:rPr>
                <w:sz w:val="16"/>
              </w:rPr>
              <w:t>Modified Mercalli (local data)</w:t>
            </w:r>
          </w:p>
        </w:tc>
        <w:tc>
          <w:tcPr>
            <w:tcW w:type="dxa" w:w="1734"/>
          </w:tcPr>
          <w:p>
            <w:pPr>
              <w:spacing w:after="0"/>
              <w:jc w:val="right"/>
            </w:pPr>
            <w:r>
              <w:rPr>
                <w:sz w:val="16"/>
              </w:rPr>
              <w:t>0</w:t>
            </w:r>
          </w:p>
        </w:tc>
        <w:tc>
          <w:tcPr>
            <w:tcW w:type="dxa" w:w="2028"/>
          </w:tcPr>
          <w:p>
            <w:pPr>
              <w:spacing w:after="0"/>
              <w:jc w:val="left"/>
            </w:pPr>
          </w:p>
        </w:tc>
        <w:tc>
          <w:tcPr>
            <w:tcW w:type="dxa" w:w="1478"/>
          </w:tcPr>
          <w:p>
            <w:pPr>
              <w:spacing w:after="0"/>
              <w:jc w:val="left"/>
            </w:pPr>
          </w:p>
        </w:tc>
        <w:tc>
          <w:tcPr>
            <w:tcW w:type="dxa" w:w="1410"/>
          </w:tcPr>
          <w:p>
            <w:pPr>
              <w:spacing w:after="0"/>
              <w:jc w:val="left"/>
            </w:pPr>
          </w:p>
        </w:tc>
        <w:tc>
          <w:tcPr>
            <w:tcW w:type="dxa" w:w="1808"/>
          </w:tcPr>
          <w:p>
            <w:pPr>
              <w:spacing w:after="0"/>
              <w:jc w:val="left"/>
            </w:pPr>
          </w:p>
        </w:tc>
        <w:tc>
          <w:tcPr>
            <w:tcW w:type="dxa" w:w="1942"/>
          </w:tcPr>
          <w:p>
            <w:pPr>
              <w:spacing w:after="0"/>
              <w:jc w:val="left"/>
            </w:pPr>
            <w:r>
              <w:rPr>
                <w:sz w:val="16"/>
              </w:rPr>
              <w:t>Storm Events does not record earthquakes; the USGS earthquake catalog is the source.</w:t>
            </w:r>
          </w:p>
        </w:tc>
      </w:tr>
      <w:tr>
        <w:trPr>
          <w:cantSplit/>
        </w:trPr>
        <w:tc>
          <w:tcPr>
            <w:tcW w:type="dxa" w:w="1845"/>
          </w:tcPr>
          <w:p>
            <w:pPr>
              <w:spacing w:after="0"/>
              <w:jc w:val="left"/>
            </w:pPr>
            <w:r>
              <w:rPr>
                <w:sz w:val="16"/>
              </w:rPr>
              <w:t>Hail</w:t>
            </w:r>
          </w:p>
        </w:tc>
        <w:tc>
          <w:tcPr>
            <w:tcW w:type="dxa" w:w="1866"/>
          </w:tcPr>
          <w:p>
            <w:pPr>
              <w:spacing w:after="0"/>
              <w:jc w:val="left"/>
            </w:pPr>
            <w:r>
              <w:rPr>
                <w:sz w:val="16"/>
              </w:rPr>
              <w:t>hail size (inches)</w:t>
            </w:r>
          </w:p>
        </w:tc>
        <w:tc>
          <w:tcPr>
            <w:tcW w:type="dxa" w:w="1734"/>
          </w:tcPr>
          <w:p>
            <w:pPr>
              <w:spacing w:after="0"/>
              <w:jc w:val="right"/>
            </w:pPr>
            <w:r>
              <w:rPr>
                <w:sz w:val="16"/>
              </w:rPr>
              <w:t>21 records, 1987 to 2011</w:t>
            </w:r>
          </w:p>
        </w:tc>
        <w:tc>
          <w:tcPr>
            <w:tcW w:type="dxa" w:w="2028"/>
          </w:tcPr>
          <w:p>
            <w:pPr>
              <w:spacing w:after="0"/>
              <w:jc w:val="left"/>
            </w:pPr>
            <w:r>
              <w:rPr>
                <w:sz w:val="16"/>
              </w:rPr>
              <w:t>0.75 in to 1.75 in (median 0.75 in); 21 with a recorded value</w:t>
            </w:r>
          </w:p>
        </w:tc>
        <w:tc>
          <w:tcPr>
            <w:tcW w:type="dxa" w:w="1478"/>
          </w:tcPr>
          <w:p>
            <w:pPr>
              <w:spacing w:after="0"/>
              <w:jc w:val="left"/>
            </w:pPr>
            <w:r>
              <w:rPr>
                <w:sz w:val="16"/>
              </w:rPr>
              <w:t>1.75 in hail, 1999-04-15; same size also recorded on 1987-08-31</w:t>
            </w:r>
          </w:p>
        </w:tc>
        <w:tc>
          <w:tcPr>
            <w:tcW w:type="dxa" w:w="1410"/>
          </w:tcPr>
          <w:p>
            <w:pPr>
              <w:spacing w:after="0"/>
              <w:jc w:val="left"/>
            </w:pPr>
            <w:r>
              <w:rPr>
                <w:sz w:val="16"/>
              </w:rPr>
              <w:t>Hail, 1998-04-03, $3,000 property; $2,000 crops (1998 dollars)</w:t>
            </w:r>
          </w:p>
        </w:tc>
        <w:tc>
          <w:tcPr>
            <w:tcW w:type="dxa" w:w="1808"/>
          </w:tcPr>
          <w:p>
            <w:pPr>
              <w:spacing w:after="0"/>
              <w:jc w:val="left"/>
            </w:pPr>
            <w:r>
              <w:rPr>
                <w:sz w:val="16"/>
              </w:rPr>
              <w:t>Event records naming jurisdictions in the plan: Lumpkin city (5 records), Richland city (2 records).</w:t>
            </w:r>
          </w:p>
        </w:tc>
        <w:tc>
          <w:tcPr>
            <w:tcW w:type="dxa" w:w="1942"/>
          </w:tcPr>
          <w:p>
            <w:pPr>
              <w:spacing w:after="0"/>
              <w:jc w:val="left"/>
            </w:pPr>
          </w:p>
        </w:tc>
      </w:tr>
      <w:tr>
        <w:trPr>
          <w:cantSplit/>
        </w:trPr>
        <w:tc>
          <w:tcPr>
            <w:tcW w:type="dxa" w:w="1845"/>
          </w:tcPr>
          <w:p>
            <w:pPr>
              <w:spacing w:after="0"/>
              <w:jc w:val="left"/>
            </w:pPr>
            <w:r>
              <w:rPr>
                <w:sz w:val="16"/>
              </w:rPr>
              <w:t>Excessive Heat, Heat</w:t>
            </w:r>
          </w:p>
        </w:tc>
        <w:tc>
          <w:tcPr>
            <w:tcW w:type="dxa" w:w="1866"/>
          </w:tcPr>
          <w:p>
            <w:pPr>
              <w:spacing w:after="0"/>
              <w:jc w:val="left"/>
            </w:pPr>
            <w:r>
              <w:rPr>
                <w:sz w:val="16"/>
              </w:rPr>
              <w:t>heat index (in event narratives)</w:t>
            </w:r>
          </w:p>
        </w:tc>
        <w:tc>
          <w:tcPr>
            <w:tcW w:type="dxa" w:w="1734"/>
          </w:tcPr>
          <w:p>
            <w:pPr>
              <w:spacing w:after="0"/>
              <w:jc w:val="right"/>
            </w:pPr>
            <w:r>
              <w:rPr>
                <w:sz w:val="16"/>
              </w:rPr>
              <w:t>10 records, 1996 to 2012 (10 zone-level)</w:t>
            </w:r>
          </w:p>
        </w:tc>
        <w:tc>
          <w:tcPr>
            <w:tcW w:type="dxa" w:w="2028"/>
          </w:tcPr>
          <w:p>
            <w:pPr>
              <w:spacing w:after="0"/>
              <w:jc w:val="left"/>
            </w:pPr>
            <w:r>
              <w:rPr>
                <w:sz w:val="16"/>
              </w:rPr>
              <w:t>2 days to 27 days (median 8.5 days); 4 with a recorded value</w:t>
            </w:r>
          </w:p>
        </w:tc>
        <w:tc>
          <w:tcPr>
            <w:tcW w:type="dxa" w:w="1478"/>
          </w:tcPr>
          <w:p>
            <w:pPr>
              <w:spacing w:after="0"/>
              <w:jc w:val="left"/>
            </w:pPr>
            <w:r>
              <w:rPr>
                <w:sz w:val="16"/>
              </w:rPr>
              <w:t>August 2007 (1 monthly summary record), zone-level</w:t>
            </w:r>
          </w:p>
        </w:tc>
        <w:tc>
          <w:tcPr>
            <w:tcW w:type="dxa" w:w="1410"/>
          </w:tcPr>
          <w:p>
            <w:pPr>
              <w:spacing w:after="0"/>
              <w:jc w:val="left"/>
            </w:pPr>
          </w:p>
        </w:tc>
        <w:tc>
          <w:tcPr>
            <w:tcW w:type="dxa" w:w="1808"/>
          </w:tcPr>
          <w:p>
            <w:pPr>
              <w:spacing w:after="0"/>
              <w:jc w:val="left"/>
            </w:pPr>
            <w:r>
              <w:rPr>
                <w:sz w:val="16"/>
              </w:rPr>
              <w:t>Countywide (zone-level records).</w:t>
            </w:r>
          </w:p>
        </w:tc>
        <w:tc>
          <w:tcPr>
            <w:tcW w:type="dxa" w:w="1942"/>
          </w:tcPr>
          <w:p>
            <w:pPr>
              <w:spacing w:after="0"/>
              <w:jc w:val="left"/>
            </w:pPr>
            <w:r>
              <w:rPr>
                <w:sz w:val="16"/>
              </w:rPr>
              <w:t>Heat records from November to March (unseasonable warmth, not a heat wave) are counted but not used for the longest run.</w:t>
            </w:r>
          </w:p>
        </w:tc>
      </w:tr>
      <w:tr>
        <w:trPr>
          <w:cantSplit/>
        </w:trPr>
        <w:tc>
          <w:tcPr>
            <w:tcW w:type="dxa" w:w="1845"/>
          </w:tcPr>
          <w:p>
            <w:pPr>
              <w:spacing w:after="0"/>
              <w:jc w:val="left"/>
            </w:pPr>
            <w:r>
              <w:rPr>
                <w:sz w:val="16"/>
              </w:rPr>
              <w:t>Hurricane, Tropical Storm, Tropical Depression</w:t>
            </w:r>
          </w:p>
        </w:tc>
        <w:tc>
          <w:tcPr>
            <w:tcW w:type="dxa" w:w="1866"/>
          </w:tcPr>
          <w:p>
            <w:pPr>
              <w:spacing w:after="0"/>
              <w:jc w:val="left"/>
            </w:pPr>
            <w:r>
              <w:rPr>
                <w:sz w:val="16"/>
              </w:rPr>
              <w:t>Saffir-Simpson</w:t>
            </w:r>
          </w:p>
        </w:tc>
        <w:tc>
          <w:tcPr>
            <w:tcW w:type="dxa" w:w="1734"/>
          </w:tcPr>
          <w:p>
            <w:pPr>
              <w:spacing w:after="0"/>
              <w:jc w:val="right"/>
            </w:pPr>
            <w:r>
              <w:rPr>
                <w:sz w:val="16"/>
              </w:rPr>
              <w:t>16 records, 2002 to 2020 (16 zone-level)</w:t>
            </w:r>
          </w:p>
        </w:tc>
        <w:tc>
          <w:tcPr>
            <w:tcW w:type="dxa" w:w="2028"/>
          </w:tcPr>
          <w:p>
            <w:pPr>
              <w:spacing w:after="0"/>
              <w:jc w:val="left"/>
            </w:pPr>
          </w:p>
        </w:tc>
        <w:tc>
          <w:tcPr>
            <w:tcW w:type="dxa" w:w="1478"/>
          </w:tcPr>
          <w:p>
            <w:pPr>
              <w:spacing w:after="0"/>
              <w:jc w:val="left"/>
            </w:pPr>
            <w:r>
              <w:rPr>
                <w:sz w:val="16"/>
              </w:rPr>
              <w:t>Strongest recorded: Tropical Storm record, 2017-09-11, $50,000 property; crops not reported (2017 dollars); NWS zone GAZ102</w:t>
            </w:r>
          </w:p>
        </w:tc>
        <w:tc>
          <w:tcPr>
            <w:tcW w:type="dxa" w:w="1410"/>
          </w:tcPr>
          <w:p>
            <w:pPr>
              <w:spacing w:after="0"/>
              <w:jc w:val="left"/>
            </w:pPr>
          </w:p>
        </w:tc>
        <w:tc>
          <w:tcPr>
            <w:tcW w:type="dxa" w:w="1808"/>
          </w:tcPr>
          <w:p>
            <w:pPr>
              <w:spacing w:after="0"/>
              <w:jc w:val="left"/>
            </w:pPr>
            <w:r>
              <w:rPr>
                <w:sz w:val="16"/>
              </w:rPr>
              <w:t>Countywide (zone-level records).</w:t>
            </w:r>
          </w:p>
        </w:tc>
        <w:tc>
          <w:tcPr>
            <w:tcW w:type="dxa" w:w="194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5"/>
          </w:tcPr>
          <w:p>
            <w:pPr>
              <w:spacing w:after="0"/>
              <w:jc w:val="left"/>
            </w:pPr>
            <w:r>
              <w:rPr>
                <w:sz w:val="16"/>
              </w:rPr>
              <w:t>Ice Storm</w:t>
            </w:r>
          </w:p>
        </w:tc>
        <w:tc>
          <w:tcPr>
            <w:tcW w:type="dxa" w:w="1866"/>
          </w:tcPr>
          <w:p>
            <w:pPr>
              <w:spacing w:after="0"/>
              <w:jc w:val="left"/>
            </w:pPr>
            <w:r>
              <w:rPr>
                <w:sz w:val="16"/>
              </w:rPr>
              <w:t>Sperry-Piltz ice scale (local data)</w:t>
            </w:r>
          </w:p>
        </w:tc>
        <w:tc>
          <w:tcPr>
            <w:tcW w:type="dxa" w:w="1734"/>
          </w:tcPr>
          <w:p>
            <w:pPr>
              <w:spacing w:after="0"/>
              <w:jc w:val="right"/>
            </w:pPr>
            <w:r>
              <w:rPr>
                <w:sz w:val="16"/>
              </w:rPr>
              <w:t>1 record, 2011 (1 zone-level)</w:t>
            </w:r>
          </w:p>
        </w:tc>
        <w:tc>
          <w:tcPr>
            <w:tcW w:type="dxa" w:w="2028"/>
          </w:tcPr>
          <w:p>
            <w:pPr>
              <w:spacing w:after="0"/>
              <w:jc w:val="left"/>
            </w:pPr>
          </w:p>
        </w:tc>
        <w:tc>
          <w:tcPr>
            <w:tcW w:type="dxa" w:w="1478"/>
          </w:tcPr>
          <w:p>
            <w:pPr>
              <w:spacing w:after="0"/>
              <w:jc w:val="left"/>
            </w:pPr>
            <w:r>
              <w:rPr>
                <w:sz w:val="16"/>
              </w:rPr>
              <w:t>No damage reported in 1 record.</w:t>
            </w:r>
          </w:p>
        </w:tc>
        <w:tc>
          <w:tcPr>
            <w:tcW w:type="dxa" w:w="1410"/>
          </w:tcPr>
          <w:p>
            <w:pPr>
              <w:spacing w:after="0"/>
              <w:jc w:val="left"/>
            </w:pPr>
          </w:p>
        </w:tc>
        <w:tc>
          <w:tcPr>
            <w:tcW w:type="dxa" w:w="1808"/>
          </w:tcPr>
          <w:p>
            <w:pPr>
              <w:spacing w:after="0"/>
              <w:jc w:val="left"/>
            </w:pPr>
            <w:r>
              <w:rPr>
                <w:sz w:val="16"/>
              </w:rPr>
              <w:t>Countywide (zone-level records).</w:t>
            </w:r>
          </w:p>
        </w:tc>
        <w:tc>
          <w:tcPr>
            <w:tcW w:type="dxa" w:w="1942"/>
          </w:tcPr>
          <w:p>
            <w:pPr>
              <w:spacing w:after="0"/>
              <w:jc w:val="left"/>
            </w:pPr>
          </w:p>
        </w:tc>
      </w:tr>
      <w:tr>
        <w:trPr>
          <w:cantSplit/>
        </w:trPr>
        <w:tc>
          <w:tcPr>
            <w:tcW w:type="dxa" w:w="1845"/>
          </w:tcPr>
          <w:p>
            <w:pPr>
              <w:spacing w:after="0"/>
              <w:jc w:val="left"/>
            </w:pPr>
            <w:r>
              <w:rPr>
                <w:sz w:val="16"/>
              </w:rPr>
              <w:t>Flash Flood, Flood, Lakeshore Flood</w:t>
            </w:r>
          </w:p>
        </w:tc>
        <w:tc>
          <w:tcPr>
            <w:tcW w:type="dxa" w:w="1866"/>
          </w:tcPr>
          <w:p>
            <w:pPr>
              <w:spacing w:after="0"/>
              <w:jc w:val="left"/>
            </w:pPr>
            <w:r>
              <w:rPr>
                <w:sz w:val="16"/>
              </w:rPr>
              <w:t>damage and flood days (flood depth: FIRM)</w:t>
            </w:r>
          </w:p>
        </w:tc>
        <w:tc>
          <w:tcPr>
            <w:tcW w:type="dxa" w:w="1734"/>
          </w:tcPr>
          <w:p>
            <w:pPr>
              <w:spacing w:after="0"/>
              <w:jc w:val="right"/>
            </w:pPr>
            <w:r>
              <w:rPr>
                <w:sz w:val="16"/>
              </w:rPr>
              <w:t>3 records, 1998 to 2009 (1 zone-level)</w:t>
            </w:r>
          </w:p>
        </w:tc>
        <w:tc>
          <w:tcPr>
            <w:tcW w:type="dxa" w:w="2028"/>
          </w:tcPr>
          <w:p>
            <w:pPr>
              <w:spacing w:after="0"/>
              <w:jc w:val="left"/>
            </w:pPr>
          </w:p>
        </w:tc>
        <w:tc>
          <w:tcPr>
            <w:tcW w:type="dxa" w:w="1478"/>
          </w:tcPr>
          <w:p>
            <w:pPr>
              <w:spacing w:after="0"/>
              <w:jc w:val="left"/>
            </w:pPr>
            <w:r>
              <w:rPr>
                <w:sz w:val="16"/>
              </w:rPr>
              <w:t>Flash Flood, 1998-09-29, $25,000 property; $8,000 crops (1998 dollars)</w:t>
            </w:r>
          </w:p>
        </w:tc>
        <w:tc>
          <w:tcPr>
            <w:tcW w:type="dxa" w:w="1410"/>
          </w:tcPr>
          <w:p>
            <w:pPr>
              <w:spacing w:after="0"/>
              <w:jc w:val="left"/>
            </w:pPr>
          </w:p>
        </w:tc>
        <w:tc>
          <w:tcPr>
            <w:tcW w:type="dxa" w:w="1808"/>
          </w:tcPr>
          <w:p>
            <w:pPr>
              <w:spacing w:after="0"/>
              <w:jc w:val="left"/>
            </w:pPr>
            <w:r>
              <w:rPr>
                <w:sz w:val="16"/>
              </w:rPr>
              <w:t>No event record names a jurisdiction in the plan. Zone-level records (1) apply countywide.</w:t>
            </w:r>
          </w:p>
        </w:tc>
        <w:tc>
          <w:tcPr>
            <w:tcW w:type="dxa" w:w="194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5"/>
          </w:tcPr>
          <w:p>
            <w:pPr>
              <w:spacing w:after="0"/>
              <w:jc w:val="left"/>
            </w:pPr>
            <w:r>
              <w:rPr>
                <w:sz w:val="16"/>
              </w:rPr>
              <w:t>Debris Flow</w:t>
            </w:r>
          </w:p>
        </w:tc>
        <w:tc>
          <w:tcPr>
            <w:tcW w:type="dxa" w:w="1866"/>
          </w:tcPr>
          <w:p>
            <w:pPr>
              <w:spacing w:after="0"/>
              <w:jc w:val="left"/>
            </w:pPr>
            <w:r>
              <w:rPr>
                <w:sz w:val="16"/>
              </w:rPr>
              <w:t>none (count and damage only)</w:t>
            </w:r>
          </w:p>
        </w:tc>
        <w:tc>
          <w:tcPr>
            <w:tcW w:type="dxa" w:w="1734"/>
          </w:tcPr>
          <w:p>
            <w:pPr>
              <w:spacing w:after="0"/>
              <w:jc w:val="right"/>
            </w:pPr>
            <w:r>
              <w:rPr>
                <w:sz w:val="16"/>
              </w:rPr>
              <w:t>0</w:t>
            </w:r>
          </w:p>
        </w:tc>
        <w:tc>
          <w:tcPr>
            <w:tcW w:type="dxa" w:w="2028"/>
          </w:tcPr>
          <w:p>
            <w:pPr>
              <w:spacing w:after="0"/>
              <w:jc w:val="left"/>
            </w:pPr>
          </w:p>
        </w:tc>
        <w:tc>
          <w:tcPr>
            <w:tcW w:type="dxa" w:w="1478"/>
          </w:tcPr>
          <w:p>
            <w:pPr>
              <w:spacing w:after="0"/>
              <w:jc w:val="left"/>
            </w:pPr>
          </w:p>
        </w:tc>
        <w:tc>
          <w:tcPr>
            <w:tcW w:type="dxa" w:w="1410"/>
          </w:tcPr>
          <w:p>
            <w:pPr>
              <w:spacing w:after="0"/>
              <w:jc w:val="left"/>
            </w:pPr>
          </w:p>
        </w:tc>
        <w:tc>
          <w:tcPr>
            <w:tcW w:type="dxa" w:w="1808"/>
          </w:tcPr>
          <w:p>
            <w:pPr>
              <w:spacing w:after="0"/>
              <w:jc w:val="left"/>
            </w:pPr>
          </w:p>
        </w:tc>
        <w:tc>
          <w:tcPr>
            <w:tcW w:type="dxa" w:w="1942"/>
          </w:tcPr>
          <w:p>
            <w:pPr>
              <w:spacing w:after="0"/>
              <w:jc w:val="left"/>
            </w:pPr>
          </w:p>
        </w:tc>
      </w:tr>
      <w:tr>
        <w:trPr>
          <w:cantSplit/>
        </w:trPr>
        <w:tc>
          <w:tcPr>
            <w:tcW w:type="dxa" w:w="1845"/>
          </w:tcPr>
          <w:p>
            <w:pPr>
              <w:spacing w:after="0"/>
              <w:jc w:val="left"/>
            </w:pPr>
            <w:r>
              <w:rPr>
                <w:sz w:val="16"/>
              </w:rPr>
              <w:t>Lightning</w:t>
            </w:r>
          </w:p>
        </w:tc>
        <w:tc>
          <w:tcPr>
            <w:tcW w:type="dxa" w:w="1866"/>
          </w:tcPr>
          <w:p>
            <w:pPr>
              <w:spacing w:after="0"/>
              <w:jc w:val="left"/>
            </w:pPr>
            <w:r>
              <w:rPr>
                <w:sz w:val="16"/>
              </w:rPr>
              <w:t>annualized frequency (the measure FEMA's Local Mitigation Planning Handbook names)</w:t>
            </w:r>
          </w:p>
        </w:tc>
        <w:tc>
          <w:tcPr>
            <w:tcW w:type="dxa" w:w="1734"/>
          </w:tcPr>
          <w:p>
            <w:pPr>
              <w:spacing w:after="0"/>
              <w:jc w:val="right"/>
            </w:pPr>
            <w:r>
              <w:rPr>
                <w:sz w:val="16"/>
              </w:rPr>
              <w:t>0</w:t>
            </w:r>
          </w:p>
        </w:tc>
        <w:tc>
          <w:tcPr>
            <w:tcW w:type="dxa" w:w="2028"/>
          </w:tcPr>
          <w:p>
            <w:pPr>
              <w:spacing w:after="0"/>
              <w:jc w:val="left"/>
            </w:pPr>
          </w:p>
        </w:tc>
        <w:tc>
          <w:tcPr>
            <w:tcW w:type="dxa" w:w="1478"/>
          </w:tcPr>
          <w:p>
            <w:pPr>
              <w:spacing w:after="0"/>
              <w:jc w:val="left"/>
            </w:pPr>
          </w:p>
        </w:tc>
        <w:tc>
          <w:tcPr>
            <w:tcW w:type="dxa" w:w="1410"/>
          </w:tcPr>
          <w:p>
            <w:pPr>
              <w:spacing w:after="0"/>
              <w:jc w:val="left"/>
            </w:pPr>
          </w:p>
        </w:tc>
        <w:tc>
          <w:tcPr>
            <w:tcW w:type="dxa" w:w="1808"/>
          </w:tcPr>
          <w:p>
            <w:pPr>
              <w:spacing w:after="0"/>
              <w:jc w:val="left"/>
            </w:pPr>
          </w:p>
        </w:tc>
        <w:tc>
          <w:tcPr>
            <w:tcW w:type="dxa" w:w="1942"/>
          </w:tcPr>
          <w:p>
            <w:pPr>
              <w:spacing w:after="0"/>
              <w:jc w:val="left"/>
            </w:pPr>
            <w:r>
              <w:rPr>
                <w:sz w:val="16"/>
              </w:rPr>
              <w:t>Storm Events lists lightning with damage or casualties.</w:t>
            </w:r>
          </w:p>
        </w:tc>
      </w:tr>
      <w:tr>
        <w:trPr>
          <w:cantSplit/>
        </w:trPr>
        <w:tc>
          <w:tcPr>
            <w:tcW w:type="dxa" w:w="1845"/>
          </w:tcPr>
          <w:p>
            <w:pPr>
              <w:spacing w:after="0"/>
              <w:jc w:val="left"/>
            </w:pPr>
            <w:r>
              <w:rPr>
                <w:sz w:val="16"/>
              </w:rPr>
              <w:t>High Wind and Strong Wind (outside NRI's Strong Wind definition)</w:t>
            </w:r>
          </w:p>
        </w:tc>
        <w:tc>
          <w:tcPr>
            <w:tcW w:type="dxa" w:w="1866"/>
          </w:tcPr>
          <w:p>
            <w:pPr>
              <w:spacing w:after="0"/>
              <w:jc w:val="left"/>
            </w:pPr>
            <w:r>
              <w:rPr>
                <w:sz w:val="16"/>
              </w:rPr>
              <w:t>wind speed (kt and mph)</w:t>
            </w:r>
          </w:p>
        </w:tc>
        <w:tc>
          <w:tcPr>
            <w:tcW w:type="dxa" w:w="1734"/>
          </w:tcPr>
          <w:p>
            <w:pPr>
              <w:spacing w:after="0"/>
              <w:jc w:val="right"/>
            </w:pPr>
            <w:r>
              <w:rPr>
                <w:sz w:val="16"/>
              </w:rPr>
              <w:t>2 records, 2004 to 2005 (2 zone-level)</w:t>
            </w:r>
          </w:p>
        </w:tc>
        <w:tc>
          <w:tcPr>
            <w:tcW w:type="dxa" w:w="2028"/>
          </w:tcPr>
          <w:p>
            <w:pPr>
              <w:spacing w:after="0"/>
              <w:jc w:val="left"/>
            </w:pPr>
            <w:r>
              <w:rPr>
                <w:sz w:val="16"/>
              </w:rPr>
              <w:t>32 kt (37 mph) to 34 kt (39 mph) (median 33 kt (38 mph)); 2 with a recorded value</w:t>
            </w:r>
          </w:p>
        </w:tc>
        <w:tc>
          <w:tcPr>
            <w:tcW w:type="dxa" w:w="1478"/>
          </w:tcPr>
          <w:p>
            <w:pPr>
              <w:spacing w:after="0"/>
              <w:jc w:val="left"/>
            </w:pPr>
            <w:r>
              <w:rPr>
                <w:sz w:val="16"/>
              </w:rPr>
              <w:t>34 kt (39 mph) estimated gust, Strong Wind, 2005-07-10; NWS zone GAZ102</w:t>
            </w:r>
          </w:p>
        </w:tc>
        <w:tc>
          <w:tcPr>
            <w:tcW w:type="dxa" w:w="1410"/>
          </w:tcPr>
          <w:p>
            <w:pPr>
              <w:spacing w:after="0"/>
              <w:jc w:val="left"/>
            </w:pPr>
            <w:r>
              <w:rPr>
                <w:sz w:val="16"/>
              </w:rPr>
              <w:t>Strong Wind, 2004-09-06, $5,000 property; crops not reported (zone total, 2004 dollars)</w:t>
            </w:r>
          </w:p>
        </w:tc>
        <w:tc>
          <w:tcPr>
            <w:tcW w:type="dxa" w:w="1808"/>
          </w:tcPr>
          <w:p>
            <w:pPr>
              <w:spacing w:after="0"/>
              <w:jc w:val="left"/>
            </w:pPr>
            <w:r>
              <w:rPr>
                <w:sz w:val="16"/>
              </w:rPr>
              <w:t>Countywide (zone-level records).</w:t>
            </w:r>
          </w:p>
        </w:tc>
        <w:tc>
          <w:tcPr>
            <w:tcW w:type="dxa" w:w="1942"/>
          </w:tcPr>
          <w:p>
            <w:pPr>
              <w:spacing w:after="0"/>
              <w:jc w:val="left"/>
            </w:pPr>
          </w:p>
        </w:tc>
      </w:tr>
      <w:tr>
        <w:trPr>
          <w:cantSplit/>
        </w:trPr>
        <w:tc>
          <w:tcPr>
            <w:tcW w:type="dxa" w:w="1845"/>
          </w:tcPr>
          <w:p>
            <w:pPr>
              <w:spacing w:after="0"/>
              <w:jc w:val="left"/>
            </w:pPr>
            <w:r>
              <w:rPr>
                <w:sz w:val="16"/>
              </w:rPr>
              <w:t>Thunderstorm Wind</w:t>
            </w:r>
          </w:p>
        </w:tc>
        <w:tc>
          <w:tcPr>
            <w:tcW w:type="dxa" w:w="1866"/>
          </w:tcPr>
          <w:p>
            <w:pPr>
              <w:spacing w:after="0"/>
              <w:jc w:val="left"/>
            </w:pPr>
            <w:r>
              <w:rPr>
                <w:sz w:val="16"/>
              </w:rPr>
              <w:t>wind speed (kt and mph)</w:t>
            </w:r>
          </w:p>
        </w:tc>
        <w:tc>
          <w:tcPr>
            <w:tcW w:type="dxa" w:w="1734"/>
          </w:tcPr>
          <w:p>
            <w:pPr>
              <w:spacing w:after="0"/>
              <w:jc w:val="right"/>
            </w:pPr>
            <w:r>
              <w:rPr>
                <w:sz w:val="16"/>
              </w:rPr>
              <w:t>68 records, 1971 to 2026</w:t>
            </w:r>
          </w:p>
        </w:tc>
        <w:tc>
          <w:tcPr>
            <w:tcW w:type="dxa" w:w="2028"/>
          </w:tcPr>
          <w:p>
            <w:pPr>
              <w:spacing w:after="0"/>
              <w:jc w:val="left"/>
            </w:pPr>
            <w:r>
              <w:rPr>
                <w:sz w:val="16"/>
              </w:rPr>
              <w:t>35 kt (40 mph) to 61 kt (70 mph) (median 50 kt (58 mph)); 35 with a recorded value</w:t>
            </w:r>
          </w:p>
        </w:tc>
        <w:tc>
          <w:tcPr>
            <w:tcW w:type="dxa" w:w="1478"/>
          </w:tcPr>
          <w:p>
            <w:pPr>
              <w:spacing w:after="0"/>
              <w:jc w:val="left"/>
            </w:pPr>
            <w:r>
              <w:rPr>
                <w:sz w:val="16"/>
              </w:rPr>
              <w:t>61 kt (70 mph) estimated gust, Thunderstorm Wind, 2026-03-12</w:t>
            </w:r>
          </w:p>
        </w:tc>
        <w:tc>
          <w:tcPr>
            <w:tcW w:type="dxa" w:w="1410"/>
          </w:tcPr>
          <w:p>
            <w:pPr>
              <w:spacing w:after="0"/>
              <w:jc w:val="left"/>
            </w:pPr>
            <w:r>
              <w:rPr>
                <w:sz w:val="16"/>
              </w:rPr>
              <w:t>Thunderstorm Wind, 2005-03-27, $50,000 property; crops not reported (2005 dollars)</w:t>
            </w:r>
          </w:p>
        </w:tc>
        <w:tc>
          <w:tcPr>
            <w:tcW w:type="dxa" w:w="1808"/>
          </w:tcPr>
          <w:p>
            <w:pPr>
              <w:spacing w:after="0"/>
              <w:jc w:val="left"/>
            </w:pPr>
            <w:r>
              <w:rPr>
                <w:sz w:val="16"/>
              </w:rPr>
              <w:t>Event records naming jurisdictions in the plan: Lumpkin city (20 records), Richland city (9 records).</w:t>
            </w:r>
          </w:p>
        </w:tc>
        <w:tc>
          <w:tcPr>
            <w:tcW w:type="dxa" w:w="1942"/>
          </w:tcPr>
          <w:p>
            <w:pPr>
              <w:spacing w:after="0"/>
              <w:jc w:val="left"/>
            </w:pPr>
          </w:p>
        </w:tc>
      </w:tr>
      <w:tr>
        <w:trPr>
          <w:cantSplit/>
        </w:trPr>
        <w:tc>
          <w:tcPr>
            <w:tcW w:type="dxa" w:w="1845"/>
          </w:tcPr>
          <w:p>
            <w:pPr>
              <w:spacing w:after="0"/>
              <w:jc w:val="left"/>
            </w:pPr>
            <w:r>
              <w:rPr>
                <w:sz w:val="16"/>
              </w:rPr>
              <w:t>Tornado</w:t>
            </w:r>
          </w:p>
        </w:tc>
        <w:tc>
          <w:tcPr>
            <w:tcW w:type="dxa" w:w="1866"/>
          </w:tcPr>
          <w:p>
            <w:pPr>
              <w:spacing w:after="0"/>
              <w:jc w:val="left"/>
            </w:pPr>
            <w:r>
              <w:rPr>
                <w:sz w:val="16"/>
              </w:rPr>
              <w:t>Enhanced Fujita (Fujita before Feb 2007)</w:t>
            </w:r>
          </w:p>
        </w:tc>
        <w:tc>
          <w:tcPr>
            <w:tcW w:type="dxa" w:w="1734"/>
          </w:tcPr>
          <w:p>
            <w:pPr>
              <w:spacing w:after="0"/>
              <w:jc w:val="right"/>
            </w:pPr>
            <w:r>
              <w:rPr>
                <w:sz w:val="16"/>
              </w:rPr>
              <w:t>17 records, 1954 to 2022</w:t>
            </w:r>
          </w:p>
        </w:tc>
        <w:tc>
          <w:tcPr>
            <w:tcW w:type="dxa" w:w="2028"/>
          </w:tcPr>
          <w:p>
            <w:pPr>
              <w:spacing w:after="0"/>
              <w:jc w:val="left"/>
            </w:pPr>
            <w:r>
              <w:rPr>
                <w:sz w:val="16"/>
              </w:rPr>
              <w:t>F/EF0 to F/EF2 (median F/EF1); 17 with a recorded value</w:t>
            </w:r>
          </w:p>
        </w:tc>
        <w:tc>
          <w:tcPr>
            <w:tcW w:type="dxa" w:w="1478"/>
          </w:tcPr>
          <w:p>
            <w:pPr>
              <w:spacing w:after="0"/>
              <w:jc w:val="left"/>
            </w:pPr>
            <w:r>
              <w:rPr>
                <w:sz w:val="16"/>
              </w:rPr>
              <w:t>F2 tornado, 1954-12-05, 21.6 mi path length (whole path, pre-1996), 100 yd wide, $250,000 property; crops not recorded (1954 dollars), 1 direct death, 20 direct injuries</w:t>
            </w:r>
          </w:p>
        </w:tc>
        <w:tc>
          <w:tcPr>
            <w:tcW w:type="dxa" w:w="1410"/>
          </w:tcPr>
          <w:p>
            <w:pPr>
              <w:spacing w:after="0"/>
              <w:jc w:val="left"/>
            </w:pPr>
            <w:r>
              <w:rPr>
                <w:sz w:val="16"/>
              </w:rPr>
              <w:t>Tornado, 2019-03-03, $400,000 property; crops not reported (2019 dollars)</w:t>
            </w:r>
          </w:p>
        </w:tc>
        <w:tc>
          <w:tcPr>
            <w:tcW w:type="dxa" w:w="1808"/>
          </w:tcPr>
          <w:p>
            <w:pPr>
              <w:spacing w:after="0"/>
              <w:jc w:val="left"/>
            </w:pPr>
            <w:r>
              <w:rPr>
                <w:sz w:val="16"/>
              </w:rPr>
              <w:t>Event records naming jurisdictions in the plan: Lumpkin city (2 records), Richland city (2 records).</w:t>
            </w:r>
          </w:p>
        </w:tc>
        <w:tc>
          <w:tcPr>
            <w:tcW w:type="dxa" w:w="194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5"/>
          </w:tcPr>
          <w:p>
            <w:pPr>
              <w:spacing w:after="0"/>
              <w:jc w:val="left"/>
            </w:pPr>
            <w:r>
              <w:rPr>
                <w:sz w:val="16"/>
              </w:rPr>
              <w:t>Wildfire</w:t>
            </w:r>
          </w:p>
        </w:tc>
        <w:tc>
          <w:tcPr>
            <w:tcW w:type="dxa" w:w="1866"/>
          </w:tcPr>
          <w:p>
            <w:pPr>
              <w:spacing w:after="0"/>
              <w:jc w:val="left"/>
            </w:pPr>
            <w:r>
              <w:rPr>
                <w:sz w:val="16"/>
              </w:rPr>
              <w:t>acres burned (local data)</w:t>
            </w:r>
          </w:p>
        </w:tc>
        <w:tc>
          <w:tcPr>
            <w:tcW w:type="dxa" w:w="1734"/>
          </w:tcPr>
          <w:p>
            <w:pPr>
              <w:spacing w:after="0"/>
              <w:jc w:val="right"/>
            </w:pPr>
            <w:r>
              <w:rPr>
                <w:sz w:val="16"/>
              </w:rPr>
              <w:t>0</w:t>
            </w:r>
          </w:p>
        </w:tc>
        <w:tc>
          <w:tcPr>
            <w:tcW w:type="dxa" w:w="2028"/>
          </w:tcPr>
          <w:p>
            <w:pPr>
              <w:spacing w:after="0"/>
              <w:jc w:val="left"/>
            </w:pPr>
          </w:p>
        </w:tc>
        <w:tc>
          <w:tcPr>
            <w:tcW w:type="dxa" w:w="1478"/>
          </w:tcPr>
          <w:p>
            <w:pPr>
              <w:spacing w:after="0"/>
              <w:jc w:val="left"/>
            </w:pPr>
          </w:p>
        </w:tc>
        <w:tc>
          <w:tcPr>
            <w:tcW w:type="dxa" w:w="1410"/>
          </w:tcPr>
          <w:p>
            <w:pPr>
              <w:spacing w:after="0"/>
              <w:jc w:val="left"/>
            </w:pPr>
          </w:p>
        </w:tc>
        <w:tc>
          <w:tcPr>
            <w:tcW w:type="dxa" w:w="1808"/>
          </w:tcPr>
          <w:p>
            <w:pPr>
              <w:spacing w:after="0"/>
              <w:jc w:val="left"/>
            </w:pPr>
          </w:p>
        </w:tc>
        <w:tc>
          <w:tcPr>
            <w:tcW w:type="dxa" w:w="1942"/>
          </w:tcPr>
          <w:p>
            <w:pPr>
              <w:spacing w:after="0"/>
              <w:jc w:val="left"/>
            </w:pPr>
          </w:p>
        </w:tc>
      </w:tr>
      <w:tr>
        <w:trPr>
          <w:cantSplit/>
        </w:trPr>
        <w:tc>
          <w:tcPr>
            <w:tcW w:type="dxa" w:w="1845"/>
          </w:tcPr>
          <w:p>
            <w:pPr>
              <w:spacing w:after="0"/>
              <w:jc w:val="left"/>
            </w:pPr>
            <w:r>
              <w:rPr>
                <w:sz w:val="16"/>
              </w:rPr>
              <w:t>Winter Storm, Heavy Snow, Blizzard, Lake-Effect Snow, Winter Weather, Sleet</w:t>
            </w:r>
          </w:p>
        </w:tc>
        <w:tc>
          <w:tcPr>
            <w:tcW w:type="dxa" w:w="1866"/>
          </w:tcPr>
          <w:p>
            <w:pPr>
              <w:spacing w:after="0"/>
              <w:jc w:val="left"/>
            </w:pPr>
            <w:r>
              <w:rPr>
                <w:sz w:val="16"/>
              </w:rPr>
              <w:t>none in data (snowfall: local data)</w:t>
            </w:r>
          </w:p>
        </w:tc>
        <w:tc>
          <w:tcPr>
            <w:tcW w:type="dxa" w:w="1734"/>
          </w:tcPr>
          <w:p>
            <w:pPr>
              <w:spacing w:after="0"/>
              <w:jc w:val="right"/>
            </w:pPr>
            <w:r>
              <w:rPr>
                <w:sz w:val="16"/>
              </w:rPr>
              <w:t>7 records, 2002 to 2026 (7 zone-level)</w:t>
            </w:r>
          </w:p>
        </w:tc>
        <w:tc>
          <w:tcPr>
            <w:tcW w:type="dxa" w:w="2028"/>
          </w:tcPr>
          <w:p>
            <w:pPr>
              <w:spacing w:after="0"/>
              <w:jc w:val="left"/>
            </w:pPr>
          </w:p>
        </w:tc>
        <w:tc>
          <w:tcPr>
            <w:tcW w:type="dxa" w:w="1478"/>
          </w:tcPr>
          <w:p>
            <w:pPr>
              <w:spacing w:after="0"/>
              <w:jc w:val="left"/>
            </w:pPr>
            <w:r>
              <w:rPr>
                <w:sz w:val="16"/>
              </w:rPr>
              <w:t>Winter Storm, 2005-01-28, $25,000 property; crops not reported (2005 dollars); NWS zone GAZ102</w:t>
            </w:r>
          </w:p>
        </w:tc>
        <w:tc>
          <w:tcPr>
            <w:tcW w:type="dxa" w:w="1410"/>
          </w:tcPr>
          <w:p>
            <w:pPr>
              <w:spacing w:after="0"/>
              <w:jc w:val="left"/>
            </w:pPr>
          </w:p>
        </w:tc>
        <w:tc>
          <w:tcPr>
            <w:tcW w:type="dxa" w:w="1808"/>
          </w:tcPr>
          <w:p>
            <w:pPr>
              <w:spacing w:after="0"/>
              <w:jc w:val="left"/>
            </w:pPr>
            <w:r>
              <w:rPr>
                <w:sz w:val="16"/>
              </w:rPr>
              <w:t>Countywide (zone-level records).</w:t>
            </w:r>
          </w:p>
        </w:tc>
        <w:tc>
          <w:tcPr>
            <w:tcW w:type="dxa" w:w="194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16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0"/>
        <w:gridCol w:w="2421"/>
        <w:gridCol w:w="2253"/>
        <w:gridCol w:w="2683"/>
        <w:gridCol w:w="1372"/>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0"/>
            <w:shd w:val="clear" w:color="auto" w:fill="E8E8E8"/>
          </w:tcPr>
          <w:p>
            <w:pPr>
              <w:spacing w:after="0"/>
              <w:jc w:val="left"/>
            </w:pPr>
            <w:r>
              <w:rPr>
                <w:b/>
                <w:sz w:val="16"/>
              </w:rPr>
              <w:t>Type</w:t>
            </w:r>
          </w:p>
        </w:tc>
        <w:tc>
          <w:tcPr>
            <w:tcW w:type="dxa" w:w="2421"/>
            <w:shd w:val="clear" w:color="auto" w:fill="E8E8E8"/>
          </w:tcPr>
          <w:p>
            <w:pPr>
              <w:spacing w:after="0"/>
              <w:jc w:val="left"/>
            </w:pPr>
            <w:r>
              <w:rPr>
                <w:b/>
                <w:sz w:val="16"/>
              </w:rPr>
              <w:t>Title</w:t>
            </w:r>
          </w:p>
        </w:tc>
        <w:tc>
          <w:tcPr>
            <w:tcW w:type="dxa" w:w="2253"/>
            <w:shd w:val="clear" w:color="auto" w:fill="E8E8E8"/>
          </w:tcPr>
          <w:p>
            <w:pPr>
              <w:spacing w:after="0"/>
              <w:jc w:val="left"/>
            </w:pPr>
            <w:r>
              <w:rPr>
                <w:b/>
                <w:sz w:val="16"/>
              </w:rPr>
              <w:t>Mapped hazard</w:t>
            </w:r>
          </w:p>
        </w:tc>
        <w:tc>
          <w:tcPr>
            <w:tcW w:type="dxa" w:w="26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2"/>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80"/>
          </w:tcPr>
          <w:p>
            <w:pPr>
              <w:spacing w:after="0"/>
              <w:jc w:val="left"/>
            </w:pPr>
            <w:r>
              <w:rPr>
                <w:sz w:val="16"/>
              </w:rPr>
              <w:t>Emergency</w:t>
            </w:r>
          </w:p>
        </w:tc>
        <w:tc>
          <w:tcPr>
            <w:tcW w:type="dxa" w:w="2421"/>
          </w:tcPr>
          <w:p>
            <w:pPr>
              <w:spacing w:after="0"/>
              <w:jc w:val="left"/>
            </w:pPr>
            <w:r>
              <w:rPr>
                <w:sz w:val="16"/>
              </w:rPr>
              <w:t>Severe Winter Storm</w:t>
            </w:r>
          </w:p>
        </w:tc>
        <w:tc>
          <w:tcPr>
            <w:tcW w:type="dxa" w:w="2253"/>
          </w:tcPr>
          <w:p>
            <w:pPr>
              <w:spacing w:after="0"/>
              <w:jc w:val="left"/>
            </w:pPr>
            <w:r>
              <w:rPr>
                <w:sz w:val="16"/>
              </w:rPr>
              <w:t>Winter Weather</w:t>
            </w:r>
          </w:p>
        </w:tc>
        <w:tc>
          <w:tcPr>
            <w:tcW w:type="dxa" w:w="2683"/>
          </w:tcPr>
          <w:p>
            <w:pPr>
              <w:spacing w:after="0"/>
              <w:jc w:val="right"/>
            </w:pPr>
            <w:r>
              <w:rPr>
                <w:sz w:val="16"/>
              </w:rPr>
              <w:t>no Public Assistance recorded</w:t>
            </w:r>
          </w:p>
        </w:tc>
        <w:tc>
          <w:tcPr>
            <w:tcW w:type="dxa" w:w="1372"/>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80"/>
          </w:tcPr>
          <w:p>
            <w:pPr>
              <w:spacing w:after="0"/>
              <w:jc w:val="left"/>
            </w:pPr>
            <w:r>
              <w:rPr>
                <w:sz w:val="16"/>
              </w:rPr>
              <w:t>Emergency</w:t>
            </w:r>
          </w:p>
        </w:tc>
        <w:tc>
          <w:tcPr>
            <w:tcW w:type="dxa" w:w="2421"/>
          </w:tcPr>
          <w:p>
            <w:pPr>
              <w:spacing w:after="0"/>
              <w:jc w:val="left"/>
            </w:pPr>
            <w:r>
              <w:rPr>
                <w:sz w:val="16"/>
              </w:rPr>
              <w:t>Hurricane Helene</w:t>
            </w:r>
          </w:p>
        </w:tc>
        <w:tc>
          <w:tcPr>
            <w:tcW w:type="dxa" w:w="2253"/>
          </w:tcPr>
          <w:p>
            <w:pPr>
              <w:spacing w:after="0"/>
              <w:jc w:val="left"/>
            </w:pPr>
            <w:r>
              <w:rPr>
                <w:sz w:val="16"/>
              </w:rPr>
              <w:t>Hurricane</w:t>
            </w:r>
          </w:p>
        </w:tc>
        <w:tc>
          <w:tcPr>
            <w:tcW w:type="dxa" w:w="2683"/>
          </w:tcPr>
          <w:p>
            <w:pPr>
              <w:spacing w:after="0"/>
              <w:jc w:val="right"/>
            </w:pPr>
            <w:r>
              <w:rPr>
                <w:sz w:val="16"/>
              </w:rPr>
              <w:t>no Public Assistance recorded</w:t>
            </w:r>
          </w:p>
        </w:tc>
        <w:tc>
          <w:tcPr>
            <w:tcW w:type="dxa" w:w="1372"/>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80"/>
          </w:tcPr>
          <w:p>
            <w:pPr>
              <w:spacing w:after="0"/>
              <w:jc w:val="left"/>
            </w:pPr>
            <w:r>
              <w:rPr>
                <w:sz w:val="16"/>
              </w:rPr>
              <w:t>Major disaster</w:t>
            </w:r>
          </w:p>
        </w:tc>
        <w:tc>
          <w:tcPr>
            <w:tcW w:type="dxa" w:w="2421"/>
          </w:tcPr>
          <w:p>
            <w:pPr>
              <w:spacing w:after="0"/>
              <w:jc w:val="left"/>
            </w:pPr>
            <w:r>
              <w:rPr>
                <w:sz w:val="16"/>
              </w:rPr>
              <w:t>COVID-19 Pandemic</w:t>
            </w:r>
          </w:p>
        </w:tc>
        <w:tc>
          <w:tcPr>
            <w:tcW w:type="dxa" w:w="2253"/>
          </w:tcPr>
          <w:p>
            <w:pPr>
              <w:spacing w:after="0"/>
              <w:jc w:val="left"/>
            </w:pPr>
            <w:r>
              <w:rPr>
                <w:sz w:val="16"/>
              </w:rPr>
              <w:t>Non-natural, not counted</w:t>
            </w:r>
          </w:p>
        </w:tc>
        <w:tc>
          <w:tcPr>
            <w:tcW w:type="dxa" w:w="2683"/>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80"/>
          </w:tcPr>
          <w:p>
            <w:pPr>
              <w:spacing w:after="0"/>
              <w:jc w:val="left"/>
            </w:pPr>
            <w:r>
              <w:rPr>
                <w:sz w:val="16"/>
              </w:rPr>
              <w:t>Emergency</w:t>
            </w:r>
          </w:p>
        </w:tc>
        <w:tc>
          <w:tcPr>
            <w:tcW w:type="dxa" w:w="2421"/>
          </w:tcPr>
          <w:p>
            <w:pPr>
              <w:spacing w:after="0"/>
              <w:jc w:val="left"/>
            </w:pPr>
            <w:r>
              <w:rPr>
                <w:sz w:val="16"/>
              </w:rPr>
              <w:t>COVID-19</w:t>
            </w:r>
          </w:p>
        </w:tc>
        <w:tc>
          <w:tcPr>
            <w:tcW w:type="dxa" w:w="2253"/>
          </w:tcPr>
          <w:p>
            <w:pPr>
              <w:spacing w:after="0"/>
              <w:jc w:val="left"/>
            </w:pPr>
            <w:r>
              <w:rPr>
                <w:sz w:val="16"/>
              </w:rPr>
              <w:t>Non-natural, not counted</w:t>
            </w:r>
          </w:p>
        </w:tc>
        <w:tc>
          <w:tcPr>
            <w:tcW w:type="dxa" w:w="2683"/>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380"/>
          </w:tcPr>
          <w:p>
            <w:pPr>
              <w:spacing w:after="0"/>
              <w:jc w:val="left"/>
            </w:pPr>
            <w:r>
              <w:rPr>
                <w:sz w:val="16"/>
              </w:rPr>
              <w:t>Major disaster</w:t>
            </w:r>
          </w:p>
        </w:tc>
        <w:tc>
          <w:tcPr>
            <w:tcW w:type="dxa" w:w="2421"/>
          </w:tcPr>
          <w:p>
            <w:pPr>
              <w:spacing w:after="0"/>
              <w:jc w:val="left"/>
            </w:pPr>
            <w:r>
              <w:rPr>
                <w:sz w:val="16"/>
              </w:rPr>
              <w:t>Hurricane Michael</w:t>
            </w:r>
          </w:p>
        </w:tc>
        <w:tc>
          <w:tcPr>
            <w:tcW w:type="dxa" w:w="2253"/>
          </w:tcPr>
          <w:p>
            <w:pPr>
              <w:spacing w:after="0"/>
              <w:jc w:val="left"/>
            </w:pPr>
            <w:r>
              <w:rPr>
                <w:sz w:val="16"/>
              </w:rPr>
              <w:t>Hurricane</w:t>
            </w:r>
          </w:p>
        </w:tc>
        <w:tc>
          <w:tcPr>
            <w:tcW w:type="dxa" w:w="2683"/>
          </w:tcPr>
          <w:p>
            <w:pPr>
              <w:spacing w:after="0"/>
              <w:jc w:val="right"/>
            </w:pPr>
            <w:r>
              <w:rPr>
                <w:sz w:val="16"/>
              </w:rPr>
              <w:t>$132,314.71</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80"/>
          </w:tcPr>
          <w:p>
            <w:pPr>
              <w:spacing w:after="0"/>
              <w:jc w:val="left"/>
            </w:pPr>
            <w:r>
              <w:rPr>
                <w:sz w:val="16"/>
              </w:rPr>
              <w:t>Emergency</w:t>
            </w:r>
          </w:p>
        </w:tc>
        <w:tc>
          <w:tcPr>
            <w:tcW w:type="dxa" w:w="2421"/>
          </w:tcPr>
          <w:p>
            <w:pPr>
              <w:spacing w:after="0"/>
              <w:jc w:val="left"/>
            </w:pPr>
            <w:r>
              <w:rPr>
                <w:sz w:val="16"/>
              </w:rPr>
              <w:t>Hurricane Michael</w:t>
            </w:r>
          </w:p>
        </w:tc>
        <w:tc>
          <w:tcPr>
            <w:tcW w:type="dxa" w:w="2253"/>
          </w:tcPr>
          <w:p>
            <w:pPr>
              <w:spacing w:after="0"/>
              <w:jc w:val="left"/>
            </w:pPr>
            <w:r>
              <w:rPr>
                <w:sz w:val="16"/>
              </w:rPr>
              <w:t>Hurricane</w:t>
            </w:r>
          </w:p>
        </w:tc>
        <w:tc>
          <w:tcPr>
            <w:tcW w:type="dxa" w:w="2683"/>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80"/>
          </w:tcPr>
          <w:p>
            <w:pPr>
              <w:spacing w:after="0"/>
              <w:jc w:val="left"/>
            </w:pPr>
            <w:r>
              <w:rPr>
                <w:sz w:val="16"/>
              </w:rPr>
              <w:t>Major disaster</w:t>
            </w:r>
          </w:p>
        </w:tc>
        <w:tc>
          <w:tcPr>
            <w:tcW w:type="dxa" w:w="2421"/>
          </w:tcPr>
          <w:p>
            <w:pPr>
              <w:spacing w:after="0"/>
              <w:jc w:val="left"/>
            </w:pPr>
            <w:r>
              <w:rPr>
                <w:sz w:val="16"/>
              </w:rPr>
              <w:t>Hurricane Irma</w:t>
            </w:r>
          </w:p>
        </w:tc>
        <w:tc>
          <w:tcPr>
            <w:tcW w:type="dxa" w:w="2253"/>
          </w:tcPr>
          <w:p>
            <w:pPr>
              <w:spacing w:after="0"/>
              <w:jc w:val="left"/>
            </w:pPr>
            <w:r>
              <w:rPr>
                <w:sz w:val="16"/>
              </w:rPr>
              <w:t>Hurricane</w:t>
            </w:r>
          </w:p>
        </w:tc>
        <w:tc>
          <w:tcPr>
            <w:tcW w:type="dxa" w:w="2683"/>
          </w:tcPr>
          <w:p>
            <w:pPr>
              <w:spacing w:after="0"/>
              <w:jc w:val="right"/>
            </w:pPr>
            <w:r>
              <w:rPr>
                <w:sz w:val="16"/>
              </w:rPr>
              <w:t>$37,017.28</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80"/>
          </w:tcPr>
          <w:p>
            <w:pPr>
              <w:spacing w:after="0"/>
              <w:jc w:val="left"/>
            </w:pPr>
            <w:r>
              <w:rPr>
                <w:sz w:val="16"/>
              </w:rPr>
              <w:t>Emergency</w:t>
            </w:r>
          </w:p>
        </w:tc>
        <w:tc>
          <w:tcPr>
            <w:tcW w:type="dxa" w:w="2421"/>
          </w:tcPr>
          <w:p>
            <w:pPr>
              <w:spacing w:after="0"/>
              <w:jc w:val="left"/>
            </w:pPr>
            <w:r>
              <w:rPr>
                <w:sz w:val="16"/>
              </w:rPr>
              <w:t>Hurricane Irma</w:t>
            </w:r>
          </w:p>
        </w:tc>
        <w:tc>
          <w:tcPr>
            <w:tcW w:type="dxa" w:w="2253"/>
          </w:tcPr>
          <w:p>
            <w:pPr>
              <w:spacing w:after="0"/>
              <w:jc w:val="left"/>
            </w:pPr>
            <w:r>
              <w:rPr>
                <w:sz w:val="16"/>
              </w:rPr>
              <w:t>Hurricane</w:t>
            </w:r>
          </w:p>
        </w:tc>
        <w:tc>
          <w:tcPr>
            <w:tcW w:type="dxa" w:w="2683"/>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r>
              <w:rPr>
                <w:sz w:val="16"/>
              </w:rPr>
              <w:t>same incident as DR-4338</w:t>
            </w:r>
          </w:p>
        </w:tc>
      </w:tr>
      <w:tr>
        <w:trPr>
          <w:cantSplit/>
        </w:trPr>
        <w:tc>
          <w:tcPr>
            <w:tcW w:type="dxa" w:w="1037"/>
          </w:tcPr>
          <w:p>
            <w:pPr>
              <w:spacing w:after="0"/>
              <w:jc w:val="left"/>
            </w:pPr>
            <w:r>
              <w:rPr>
                <w:sz w:val="16"/>
              </w:rPr>
              <w:t>2016-02-26</w:t>
            </w:r>
          </w:p>
        </w:tc>
        <w:tc>
          <w:tcPr>
            <w:tcW w:type="dxa" w:w="1037"/>
          </w:tcPr>
          <w:p>
            <w:pPr>
              <w:spacing w:after="0"/>
              <w:jc w:val="left"/>
            </w:pPr>
            <w:r>
              <w:rPr>
                <w:sz w:val="16"/>
              </w:rPr>
              <w:t>2015-12-22</w:t>
            </w:r>
          </w:p>
        </w:tc>
        <w:tc>
          <w:tcPr>
            <w:tcW w:type="dxa" w:w="1037"/>
          </w:tcPr>
          <w:p>
            <w:pPr>
              <w:spacing w:after="0"/>
              <w:jc w:val="left"/>
            </w:pPr>
            <w:r>
              <w:rPr>
                <w:sz w:val="16"/>
              </w:rPr>
              <w:t>DR-4259-GA</w:t>
            </w:r>
          </w:p>
        </w:tc>
        <w:tc>
          <w:tcPr>
            <w:tcW w:type="dxa" w:w="1380"/>
          </w:tcPr>
          <w:p>
            <w:pPr>
              <w:spacing w:after="0"/>
              <w:jc w:val="left"/>
            </w:pPr>
            <w:r>
              <w:rPr>
                <w:sz w:val="16"/>
              </w:rPr>
              <w:t>Major disaster</w:t>
            </w:r>
          </w:p>
        </w:tc>
        <w:tc>
          <w:tcPr>
            <w:tcW w:type="dxa" w:w="2421"/>
          </w:tcPr>
          <w:p>
            <w:pPr>
              <w:spacing w:after="0"/>
              <w:jc w:val="left"/>
            </w:pPr>
            <w:r>
              <w:rPr>
                <w:sz w:val="16"/>
              </w:rPr>
              <w:t>Severe Storms and Flooding</w:t>
            </w:r>
          </w:p>
        </w:tc>
        <w:tc>
          <w:tcPr>
            <w:tcW w:type="dxa" w:w="2253"/>
          </w:tcPr>
          <w:p>
            <w:pPr>
              <w:spacing w:after="0"/>
              <w:jc w:val="left"/>
            </w:pPr>
            <w:r>
              <w:rPr>
                <w:sz w:val="16"/>
              </w:rPr>
              <w:t>Inland Flooding</w:t>
            </w:r>
          </w:p>
        </w:tc>
        <w:tc>
          <w:tcPr>
            <w:tcW w:type="dxa" w:w="2683"/>
          </w:tcPr>
          <w:p>
            <w:pPr>
              <w:spacing w:after="0"/>
              <w:jc w:val="right"/>
            </w:pPr>
            <w:r>
              <w:rPr>
                <w:sz w:val="16"/>
              </w:rPr>
              <w:t>$241,807.74</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2007-03-03</w:t>
            </w:r>
          </w:p>
        </w:tc>
        <w:tc>
          <w:tcPr>
            <w:tcW w:type="dxa" w:w="1037"/>
          </w:tcPr>
          <w:p>
            <w:pPr>
              <w:spacing w:after="0"/>
              <w:jc w:val="left"/>
            </w:pPr>
            <w:r>
              <w:rPr>
                <w:sz w:val="16"/>
              </w:rPr>
              <w:t>2007-03-01</w:t>
            </w:r>
          </w:p>
        </w:tc>
        <w:tc>
          <w:tcPr>
            <w:tcW w:type="dxa" w:w="1037"/>
          </w:tcPr>
          <w:p>
            <w:pPr>
              <w:spacing w:after="0"/>
              <w:jc w:val="left"/>
            </w:pPr>
            <w:r>
              <w:rPr>
                <w:sz w:val="16"/>
              </w:rPr>
              <w:t>DR-1686-GA</w:t>
            </w:r>
          </w:p>
        </w:tc>
        <w:tc>
          <w:tcPr>
            <w:tcW w:type="dxa" w:w="1380"/>
          </w:tcPr>
          <w:p>
            <w:pPr>
              <w:spacing w:after="0"/>
              <w:jc w:val="left"/>
            </w:pPr>
            <w:r>
              <w:rPr>
                <w:sz w:val="16"/>
              </w:rPr>
              <w:t>Major disaster</w:t>
            </w:r>
          </w:p>
        </w:tc>
        <w:tc>
          <w:tcPr>
            <w:tcW w:type="dxa" w:w="2421"/>
          </w:tcPr>
          <w:p>
            <w:pPr>
              <w:spacing w:after="0"/>
              <w:jc w:val="left"/>
            </w:pPr>
            <w:r>
              <w:rPr>
                <w:sz w:val="16"/>
              </w:rPr>
              <w:t>Severe Storms and Tornadoes</w:t>
            </w:r>
          </w:p>
        </w:tc>
        <w:tc>
          <w:tcPr>
            <w:tcW w:type="dxa" w:w="2253"/>
          </w:tcPr>
          <w:p>
            <w:pPr>
              <w:spacing w:after="0"/>
              <w:jc w:val="left"/>
            </w:pPr>
            <w:r>
              <w:rPr>
                <w:sz w:val="16"/>
              </w:rPr>
              <w:t>Tornado</w:t>
            </w:r>
          </w:p>
        </w:tc>
        <w:tc>
          <w:tcPr>
            <w:tcW w:type="dxa" w:w="2683"/>
          </w:tcPr>
          <w:p>
            <w:pPr>
              <w:spacing w:after="0"/>
              <w:jc w:val="right"/>
            </w:pPr>
            <w:r>
              <w:rPr>
                <w:sz w:val="16"/>
              </w:rPr>
              <w:t>$367,415.05</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80"/>
          </w:tcPr>
          <w:p>
            <w:pPr>
              <w:spacing w:after="0"/>
              <w:jc w:val="left"/>
            </w:pPr>
            <w:r>
              <w:rPr>
                <w:sz w:val="16"/>
              </w:rPr>
              <w:t>Emergency</w:t>
            </w:r>
          </w:p>
        </w:tc>
        <w:tc>
          <w:tcPr>
            <w:tcW w:type="dxa" w:w="2421"/>
          </w:tcPr>
          <w:p>
            <w:pPr>
              <w:spacing w:after="0"/>
              <w:jc w:val="left"/>
            </w:pPr>
            <w:r>
              <w:rPr>
                <w:sz w:val="16"/>
              </w:rPr>
              <w:t>Hurricane Katrina Evacuation</w:t>
            </w:r>
          </w:p>
        </w:tc>
        <w:tc>
          <w:tcPr>
            <w:tcW w:type="dxa" w:w="2253"/>
          </w:tcPr>
          <w:p>
            <w:pPr>
              <w:spacing w:after="0"/>
              <w:jc w:val="left"/>
            </w:pPr>
            <w:r>
              <w:rPr>
                <w:sz w:val="16"/>
              </w:rPr>
              <w:t>Hurricane: evacuation support, not a local hazard event; not counted</w:t>
            </w:r>
          </w:p>
        </w:tc>
        <w:tc>
          <w:tcPr>
            <w:tcW w:type="dxa" w:w="2683"/>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80"/>
          </w:tcPr>
          <w:p>
            <w:pPr>
              <w:spacing w:after="0"/>
              <w:jc w:val="left"/>
            </w:pPr>
            <w:r>
              <w:rPr>
                <w:sz w:val="16"/>
              </w:rPr>
              <w:t>Major disaster</w:t>
            </w:r>
          </w:p>
        </w:tc>
        <w:tc>
          <w:tcPr>
            <w:tcW w:type="dxa" w:w="2421"/>
          </w:tcPr>
          <w:p>
            <w:pPr>
              <w:spacing w:after="0"/>
              <w:jc w:val="left"/>
            </w:pPr>
            <w:r>
              <w:rPr>
                <w:sz w:val="16"/>
              </w:rPr>
              <w:t>Severe Storms and Flooding</w:t>
            </w:r>
          </w:p>
        </w:tc>
        <w:tc>
          <w:tcPr>
            <w:tcW w:type="dxa" w:w="2253"/>
          </w:tcPr>
          <w:p>
            <w:pPr>
              <w:spacing w:after="0"/>
              <w:jc w:val="left"/>
            </w:pPr>
            <w:r>
              <w:rPr>
                <w:sz w:val="16"/>
              </w:rPr>
              <w:t>Inland Flooding</w:t>
            </w:r>
          </w:p>
        </w:tc>
        <w:tc>
          <w:tcPr>
            <w:tcW w:type="dxa" w:w="2683"/>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1995-10-10</w:t>
            </w:r>
          </w:p>
        </w:tc>
        <w:tc>
          <w:tcPr>
            <w:tcW w:type="dxa" w:w="1037"/>
          </w:tcPr>
          <w:p>
            <w:pPr>
              <w:spacing w:after="0"/>
              <w:jc w:val="left"/>
            </w:pPr>
            <w:r>
              <w:rPr>
                <w:sz w:val="16"/>
              </w:rPr>
              <w:t>1995-10-04</w:t>
            </w:r>
          </w:p>
        </w:tc>
        <w:tc>
          <w:tcPr>
            <w:tcW w:type="dxa" w:w="1037"/>
          </w:tcPr>
          <w:p>
            <w:pPr>
              <w:spacing w:after="0"/>
              <w:jc w:val="left"/>
            </w:pPr>
            <w:r>
              <w:rPr>
                <w:sz w:val="16"/>
              </w:rPr>
              <w:t>DR-1071-GA</w:t>
            </w:r>
          </w:p>
        </w:tc>
        <w:tc>
          <w:tcPr>
            <w:tcW w:type="dxa" w:w="1380"/>
          </w:tcPr>
          <w:p>
            <w:pPr>
              <w:spacing w:after="0"/>
              <w:jc w:val="left"/>
            </w:pPr>
            <w:r>
              <w:rPr>
                <w:sz w:val="16"/>
              </w:rPr>
              <w:t>Major disaster</w:t>
            </w:r>
          </w:p>
        </w:tc>
        <w:tc>
          <w:tcPr>
            <w:tcW w:type="dxa" w:w="2421"/>
          </w:tcPr>
          <w:p>
            <w:pPr>
              <w:spacing w:after="0"/>
              <w:jc w:val="left"/>
            </w:pPr>
            <w:r>
              <w:rPr>
                <w:sz w:val="16"/>
              </w:rPr>
              <w:t>Hurricane Opal</w:t>
            </w:r>
          </w:p>
        </w:tc>
        <w:tc>
          <w:tcPr>
            <w:tcW w:type="dxa" w:w="2253"/>
          </w:tcPr>
          <w:p>
            <w:pPr>
              <w:spacing w:after="0"/>
              <w:jc w:val="left"/>
            </w:pPr>
            <w:r>
              <w:rPr>
                <w:sz w:val="16"/>
              </w:rPr>
              <w:t>Hurricane</w:t>
            </w:r>
          </w:p>
        </w:tc>
        <w:tc>
          <w:tcPr>
            <w:tcW w:type="dxa" w:w="2683"/>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1994-07-07</w:t>
            </w:r>
          </w:p>
        </w:tc>
        <w:tc>
          <w:tcPr>
            <w:tcW w:type="dxa" w:w="1037"/>
          </w:tcPr>
          <w:p>
            <w:pPr>
              <w:spacing w:after="0"/>
              <w:jc w:val="left"/>
            </w:pPr>
            <w:r>
              <w:rPr>
                <w:sz w:val="16"/>
              </w:rPr>
              <w:t>1994-07-03</w:t>
            </w:r>
          </w:p>
        </w:tc>
        <w:tc>
          <w:tcPr>
            <w:tcW w:type="dxa" w:w="1037"/>
          </w:tcPr>
          <w:p>
            <w:pPr>
              <w:spacing w:after="0"/>
              <w:jc w:val="left"/>
            </w:pPr>
            <w:r>
              <w:rPr>
                <w:sz w:val="16"/>
              </w:rPr>
              <w:t>DR-1033-GA</w:t>
            </w:r>
          </w:p>
        </w:tc>
        <w:tc>
          <w:tcPr>
            <w:tcW w:type="dxa" w:w="1380"/>
          </w:tcPr>
          <w:p>
            <w:pPr>
              <w:spacing w:after="0"/>
              <w:jc w:val="left"/>
            </w:pPr>
            <w:r>
              <w:rPr>
                <w:sz w:val="16"/>
              </w:rPr>
              <w:t>Major disaster</w:t>
            </w:r>
          </w:p>
        </w:tc>
        <w:tc>
          <w:tcPr>
            <w:tcW w:type="dxa" w:w="2421"/>
          </w:tcPr>
          <w:p>
            <w:pPr>
              <w:spacing w:after="0"/>
              <w:jc w:val="left"/>
            </w:pPr>
            <w:r>
              <w:rPr>
                <w:sz w:val="16"/>
              </w:rPr>
              <w:t>Tornadoes, Flooding Torrential Rain(Trop Storm Alberto)</w:t>
            </w:r>
          </w:p>
        </w:tc>
        <w:tc>
          <w:tcPr>
            <w:tcW w:type="dxa" w:w="2253"/>
          </w:tcPr>
          <w:p>
            <w:pPr>
              <w:spacing w:after="0"/>
              <w:jc w:val="left"/>
            </w:pPr>
            <w:r>
              <w:rPr>
                <w:sz w:val="16"/>
              </w:rPr>
              <w:t>Tornado (primary); also designated: Hurricane, Inland Flooding</w:t>
            </w:r>
          </w:p>
        </w:tc>
        <w:tc>
          <w:tcPr>
            <w:tcW w:type="dxa" w:w="2683"/>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1990-02-23</w:t>
            </w:r>
          </w:p>
        </w:tc>
        <w:tc>
          <w:tcPr>
            <w:tcW w:type="dxa" w:w="1037"/>
          </w:tcPr>
          <w:p>
            <w:pPr>
              <w:spacing w:after="0"/>
              <w:jc w:val="left"/>
            </w:pPr>
            <w:r>
              <w:rPr>
                <w:sz w:val="16"/>
              </w:rPr>
              <w:t>1990-02-10</w:t>
            </w:r>
          </w:p>
        </w:tc>
        <w:tc>
          <w:tcPr>
            <w:tcW w:type="dxa" w:w="1037"/>
          </w:tcPr>
          <w:p>
            <w:pPr>
              <w:spacing w:after="0"/>
              <w:jc w:val="left"/>
            </w:pPr>
            <w:r>
              <w:rPr>
                <w:sz w:val="16"/>
              </w:rPr>
              <w:t>DR-857-GA</w:t>
            </w:r>
          </w:p>
        </w:tc>
        <w:tc>
          <w:tcPr>
            <w:tcW w:type="dxa" w:w="1380"/>
          </w:tcPr>
          <w:p>
            <w:pPr>
              <w:spacing w:after="0"/>
              <w:jc w:val="left"/>
            </w:pPr>
            <w:r>
              <w:rPr>
                <w:sz w:val="16"/>
              </w:rPr>
              <w:t>Major disaster</w:t>
            </w:r>
          </w:p>
        </w:tc>
        <w:tc>
          <w:tcPr>
            <w:tcW w:type="dxa" w:w="2421"/>
          </w:tcPr>
          <w:p>
            <w:pPr>
              <w:spacing w:after="0"/>
              <w:jc w:val="left"/>
            </w:pPr>
            <w:r>
              <w:rPr>
                <w:sz w:val="16"/>
              </w:rPr>
              <w:t>Severe Storms, Tornaodes &amp; Flooding</w:t>
            </w:r>
          </w:p>
        </w:tc>
        <w:tc>
          <w:tcPr>
            <w:tcW w:type="dxa" w:w="2253"/>
          </w:tcPr>
          <w:p>
            <w:pPr>
              <w:spacing w:after="0"/>
              <w:jc w:val="left"/>
            </w:pPr>
            <w:r>
              <w:rPr>
                <w:sz w:val="16"/>
              </w:rPr>
              <w:t>Inland Flooding; Tornado</w:t>
            </w:r>
          </w:p>
        </w:tc>
        <w:tc>
          <w:tcPr>
            <w:tcW w:type="dxa" w:w="2683"/>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80"/>
          </w:tcPr>
          <w:p>
            <w:pPr>
              <w:spacing w:after="0"/>
              <w:jc w:val="left"/>
            </w:pPr>
            <w:r>
              <w:rPr>
                <w:sz w:val="16"/>
              </w:rPr>
              <w:t>Emergency</w:t>
            </w:r>
          </w:p>
        </w:tc>
        <w:tc>
          <w:tcPr>
            <w:tcW w:type="dxa" w:w="2421"/>
          </w:tcPr>
          <w:p>
            <w:pPr>
              <w:spacing w:after="0"/>
              <w:jc w:val="left"/>
            </w:pPr>
            <w:r>
              <w:rPr>
                <w:sz w:val="16"/>
              </w:rPr>
              <w:t>Drought</w:t>
            </w:r>
          </w:p>
        </w:tc>
        <w:tc>
          <w:tcPr>
            <w:tcW w:type="dxa" w:w="2253"/>
          </w:tcPr>
          <w:p>
            <w:pPr>
              <w:spacing w:after="0"/>
              <w:jc w:val="left"/>
            </w:pPr>
            <w:r>
              <w:rPr>
                <w:sz w:val="16"/>
              </w:rPr>
              <w:t>Drought</w:t>
            </w:r>
          </w:p>
        </w:tc>
        <w:tc>
          <w:tcPr>
            <w:tcW w:type="dxa" w:w="2683"/>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$14,712.97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4,712.97"/>
        <w:tblDescription w:val="Hazard Plain table b1d_pa_other"/>
      </w:tblPr>
      <w:tblGrid>
        <w:gridCol w:w="2183"/>
        <w:gridCol w:w="2183"/>
        <w:gridCol w:w="4439"/>
        <w:gridCol w:w="3311"/>
        <w:gridCol w:w="1995"/>
      </w:tblGrid>
      <w:tr>
        <w:trPr>
          <w:cantSplit/>
          <w:tblHeader/>
        </w:trPr>
        <w:tc>
          <w:tcPr>
            <w:tcW w:type="dxa" w:w="2183"/>
            <w:shd w:val="clear" w:color="auto" w:fill="E8E8E8"/>
          </w:tcPr>
          <w:p>
            <w:pPr>
              <w:spacing w:after="0"/>
              <w:jc w:val="left"/>
            </w:pPr>
            <w:r>
              <w:rPr>
                <w:b/>
                <w:sz w:val="16"/>
              </w:rPr>
              <w:t>FEMA number</w:t>
            </w:r>
          </w:p>
        </w:tc>
        <w:tc>
          <w:tcPr>
            <w:tcW w:type="dxa" w:w="2183"/>
            <w:shd w:val="clear" w:color="auto" w:fill="E8E8E8"/>
          </w:tcPr>
          <w:p>
            <w:pPr>
              <w:spacing w:after="0"/>
              <w:jc w:val="left"/>
            </w:pPr>
            <w:r>
              <w:rPr>
                <w:b/>
                <w:sz w:val="16"/>
              </w:rPr>
              <w:t>Declared</w:t>
            </w:r>
          </w:p>
        </w:tc>
        <w:tc>
          <w:tcPr>
            <w:tcW w:type="dxa" w:w="4439"/>
            <w:shd w:val="clear" w:color="auto" w:fill="E8E8E8"/>
          </w:tcPr>
          <w:p>
            <w:pPr>
              <w:spacing w:after="0"/>
              <w:jc w:val="left"/>
            </w:pPr>
            <w:r>
              <w:rPr>
                <w:b/>
                <w:sz w:val="16"/>
              </w:rPr>
              <w:t>Title</w:t>
            </w:r>
          </w:p>
        </w:tc>
        <w:tc>
          <w:tcPr>
            <w:tcW w:type="dxa" w:w="3311"/>
            <w:shd w:val="clear" w:color="auto" w:fill="E8E8E8"/>
          </w:tcPr>
          <w:p>
            <w:pPr>
              <w:spacing w:after="0"/>
              <w:jc w:val="left"/>
            </w:pPr>
            <w:r>
              <w:rPr>
                <w:b/>
                <w:sz w:val="16"/>
              </w:rPr>
              <w:t>Applicant</w:t>
            </w:r>
          </w:p>
        </w:tc>
        <w:tc>
          <w:tcPr>
            <w:tcW w:type="dxa" w:w="199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83"/>
          </w:tcPr>
          <w:p>
            <w:pPr>
              <w:spacing w:after="0"/>
              <w:jc w:val="left"/>
            </w:pPr>
            <w:r>
              <w:rPr>
                <w:sz w:val="16"/>
              </w:rPr>
              <w:t>DR-1833-GA</w:t>
            </w:r>
          </w:p>
        </w:tc>
        <w:tc>
          <w:tcPr>
            <w:tcW w:type="dxa" w:w="2183"/>
          </w:tcPr>
          <w:p>
            <w:pPr>
              <w:spacing w:after="0"/>
              <w:jc w:val="left"/>
            </w:pPr>
            <w:r>
              <w:rPr>
                <w:sz w:val="16"/>
              </w:rPr>
              <w:t>2009-04-23</w:t>
            </w:r>
          </w:p>
        </w:tc>
        <w:tc>
          <w:tcPr>
            <w:tcW w:type="dxa" w:w="4439"/>
          </w:tcPr>
          <w:p>
            <w:pPr>
              <w:spacing w:after="0"/>
              <w:jc w:val="left"/>
            </w:pPr>
            <w:r>
              <w:rPr>
                <w:sz w:val="16"/>
              </w:rPr>
              <w:t>Severe Storms, Flooding, Tornadoes, and Straight-Line Winds</w:t>
            </w:r>
          </w:p>
        </w:tc>
        <w:tc>
          <w:tcPr>
            <w:tcW w:type="dxa" w:w="3311"/>
          </w:tcPr>
          <w:p>
            <w:pPr>
              <w:spacing w:after="0"/>
              <w:jc w:val="left"/>
            </w:pPr>
            <w:r>
              <w:rPr>
                <w:sz w:val="16"/>
              </w:rPr>
              <w:t>Enigma City Hall</w:t>
            </w:r>
          </w:p>
        </w:tc>
        <w:tc>
          <w:tcPr>
            <w:tcW w:type="dxa" w:w="1995"/>
          </w:tcPr>
          <w:p>
            <w:pPr>
              <w:spacing w:after="0"/>
              <w:jc w:val="right"/>
            </w:pPr>
            <w:r>
              <w:rPr>
                <w:sz w:val="16"/>
              </w:rPr>
              <w:t>$9,396.67</w:t>
            </w:r>
          </w:p>
        </w:tc>
      </w:tr>
      <w:tr>
        <w:trPr>
          <w:cantSplit/>
        </w:trPr>
        <w:tc>
          <w:tcPr>
            <w:tcW w:type="dxa" w:w="2183"/>
          </w:tcPr>
          <w:p>
            <w:pPr>
              <w:spacing w:after="0"/>
              <w:jc w:val="left"/>
            </w:pPr>
            <w:r>
              <w:rPr>
                <w:sz w:val="16"/>
              </w:rPr>
              <w:t>DR-1560-GA</w:t>
            </w:r>
          </w:p>
        </w:tc>
        <w:tc>
          <w:tcPr>
            <w:tcW w:type="dxa" w:w="2183"/>
          </w:tcPr>
          <w:p>
            <w:pPr>
              <w:spacing w:after="0"/>
              <w:jc w:val="left"/>
            </w:pPr>
            <w:r>
              <w:rPr>
                <w:sz w:val="16"/>
              </w:rPr>
              <w:t>2004-09-24</w:t>
            </w:r>
          </w:p>
        </w:tc>
        <w:tc>
          <w:tcPr>
            <w:tcW w:type="dxa" w:w="4439"/>
          </w:tcPr>
          <w:p>
            <w:pPr>
              <w:spacing w:after="0"/>
              <w:jc w:val="left"/>
            </w:pPr>
            <w:r>
              <w:rPr>
                <w:sz w:val="16"/>
              </w:rPr>
              <w:t>Tropical Storm Frances</w:t>
            </w:r>
          </w:p>
        </w:tc>
        <w:tc>
          <w:tcPr>
            <w:tcW w:type="dxa" w:w="3311"/>
          </w:tcPr>
          <w:p>
            <w:pPr>
              <w:spacing w:after="0"/>
              <w:jc w:val="left"/>
            </w:pPr>
            <w:r>
              <w:rPr>
                <w:sz w:val="16"/>
              </w:rPr>
              <w:t>Enigma City Hall</w:t>
            </w:r>
          </w:p>
        </w:tc>
        <w:tc>
          <w:tcPr>
            <w:tcW w:type="dxa" w:w="1995"/>
          </w:tcPr>
          <w:p>
            <w:pPr>
              <w:spacing w:after="0"/>
              <w:jc w:val="right"/>
            </w:pPr>
            <w:r>
              <w:rPr>
                <w:sz w:val="16"/>
              </w:rPr>
              <w:t>$5,316.30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15</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26</w:t>
            </w:r>
          </w:p>
        </w:tc>
        <w:tc>
          <w:tcPr>
            <w:tcW w:type="dxa" w:w="1117"/>
          </w:tcPr>
          <w:p>
            <w:pPr>
              <w:spacing w:after="0"/>
              <w:jc w:val="right"/>
            </w:pPr>
            <w:r>
              <w:rPr>
                <w:sz w:val="16"/>
              </w:rPr>
              <w:t>4</w:t>
            </w:r>
          </w:p>
        </w:tc>
        <w:tc>
          <w:tcPr>
            <w:tcW w:type="dxa" w:w="1940"/>
          </w:tcPr>
          <w:p>
            <w:pPr>
              <w:spacing w:after="0"/>
              <w:jc w:val="right"/>
            </w:pPr>
            <w:r>
              <w:rPr>
                <w:sz w:val="16"/>
              </w:rPr>
              <w:t>0</w:t>
            </w:r>
          </w:p>
        </w:tc>
        <w:tc>
          <w:tcPr>
            <w:tcW w:type="dxa" w:w="775"/>
          </w:tcPr>
          <w:p>
            <w:pPr>
              <w:spacing w:after="0"/>
              <w:jc w:val="right"/>
            </w:pPr>
            <w:r>
              <w:rPr>
                <w:sz w:val="16"/>
              </w:rPr>
              <w:t>4</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21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16</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0</w:t>
            </w:r>
          </w:p>
        </w:tc>
        <w:tc>
          <w:tcPr>
            <w:tcW w:type="dxa" w:w="1601"/>
          </w:tcPr>
          <w:p>
            <w:pPr>
              <w:spacing w:after="0"/>
              <w:jc w:val="right"/>
            </w:pPr>
            <w:r>
              <w:rPr>
                <w:sz w:val="16"/>
              </w:rPr>
              <w:t>5</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32"/>
          </w:tcPr>
          <w:p>
            <w:pPr>
              <w:spacing w:after="0"/>
              <w:jc w:val="right"/>
            </w:pPr>
            <w:r>
              <w:rPr>
                <w:sz w:val="16"/>
              </w:rPr>
              <w:t>70</w:t>
            </w:r>
          </w:p>
        </w:tc>
        <w:tc>
          <w:tcPr>
            <w:tcW w:type="dxa" w:w="1117"/>
          </w:tcPr>
          <w:p>
            <w:pPr>
              <w:spacing w:after="0"/>
              <w:jc w:val="right"/>
            </w:pPr>
            <w:r>
              <w:rPr>
                <w:sz w:val="16"/>
              </w:rPr>
              <w:t>7</w:t>
            </w:r>
          </w:p>
        </w:tc>
        <w:tc>
          <w:tcPr>
            <w:tcW w:type="dxa" w:w="1940"/>
          </w:tcPr>
          <w:p>
            <w:pPr>
              <w:spacing w:after="0"/>
              <w:jc w:val="right"/>
            </w:pPr>
            <w:r>
              <w:rPr>
                <w:sz w:val="16"/>
              </w:rPr>
              <w:t>0</w:t>
            </w:r>
          </w:p>
        </w:tc>
        <w:tc>
          <w:tcPr>
            <w:tcW w:type="dxa" w:w="775"/>
          </w:tcPr>
          <w:p>
            <w:pPr>
              <w:spacing w:after="0"/>
              <w:jc w:val="right"/>
            </w:pPr>
            <w:r>
              <w:rPr>
                <w:sz w:val="16"/>
              </w:rPr>
              <w:t>7</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2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17</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7</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1</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4"/>
        <w:gridCol w:w="1788"/>
        <w:gridCol w:w="3014"/>
        <w:gridCol w:w="922"/>
        <w:gridCol w:w="2105"/>
        <w:gridCol w:w="996"/>
        <w:gridCol w:w="2956"/>
      </w:tblGrid>
      <w:tr>
        <w:trPr>
          <w:cantSplit/>
          <w:tblHeader/>
        </w:trPr>
        <w:tc>
          <w:tcPr>
            <w:tcW w:type="dxa" w:w="1037"/>
            <w:shd w:val="clear" w:color="auto" w:fill="E8E8E8"/>
          </w:tcPr>
          <w:p>
            <w:pPr>
              <w:spacing w:after="0"/>
              <w:jc w:val="left"/>
            </w:pPr>
            <w:r>
              <w:rPr>
                <w:b/>
                <w:sz w:val="16"/>
              </w:rPr>
              <w:t>Date</w:t>
            </w:r>
          </w:p>
        </w:tc>
        <w:tc>
          <w:tcPr>
            <w:tcW w:type="dxa" w:w="1294"/>
            <w:shd w:val="clear" w:color="auto" w:fill="E8E8E8"/>
          </w:tcPr>
          <w:p>
            <w:pPr>
              <w:spacing w:after="0"/>
              <w:jc w:val="left"/>
            </w:pPr>
            <w:r>
              <w:rPr>
                <w:b/>
                <w:sz w:val="16"/>
              </w:rPr>
              <w:t>Event type</w:t>
            </w:r>
          </w:p>
        </w:tc>
        <w:tc>
          <w:tcPr>
            <w:tcW w:type="dxa" w:w="1788"/>
            <w:shd w:val="clear" w:color="auto" w:fill="E8E8E8"/>
          </w:tcPr>
          <w:p>
            <w:pPr>
              <w:spacing w:after="0"/>
              <w:jc w:val="left"/>
            </w:pPr>
            <w:r>
              <w:rPr>
                <w:b/>
                <w:sz w:val="16"/>
              </w:rPr>
              <w:t>Magnitude or extent</w:t>
            </w:r>
          </w:p>
        </w:tc>
        <w:tc>
          <w:tcPr>
            <w:tcW w:type="dxa" w:w="3014"/>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05"/>
            <w:shd w:val="clear" w:color="auto" w:fill="E8E8E8"/>
          </w:tcPr>
          <w:p>
            <w:pPr>
              <w:spacing w:after="0"/>
              <w:jc w:val="left"/>
            </w:pPr>
            <w:r>
              <w:rPr>
                <w:b/>
                <w:sz w:val="16"/>
              </w:rPr>
              <w:t>Location</w:t>
            </w:r>
          </w:p>
        </w:tc>
        <w:tc>
          <w:tcPr>
            <w:tcW w:type="dxa" w:w="996"/>
            <w:shd w:val="clear" w:color="auto" w:fill="E8E8E8"/>
          </w:tcPr>
          <w:p>
            <w:pPr>
              <w:spacing w:after="0"/>
              <w:jc w:val="left"/>
            </w:pPr>
            <w:r>
              <w:rPr>
                <w:b/>
                <w:sz w:val="16"/>
              </w:rPr>
              <w:t>Flags</w:t>
            </w:r>
          </w:p>
        </w:tc>
        <w:tc>
          <w:tcPr>
            <w:tcW w:type="dxa" w:w="295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2026-03-12</w:t>
            </w:r>
          </w:p>
        </w:tc>
        <w:tc>
          <w:tcPr>
            <w:tcW w:type="dxa" w:w="1294"/>
          </w:tcPr>
          <w:p>
            <w:pPr>
              <w:spacing w:after="0"/>
              <w:jc w:val="left"/>
            </w:pPr>
            <w:r>
              <w:rPr>
                <w:sz w:val="16"/>
              </w:rPr>
              <w:t>Thunderstorm Wind</w:t>
            </w:r>
          </w:p>
        </w:tc>
        <w:tc>
          <w:tcPr>
            <w:tcW w:type="dxa" w:w="1788"/>
          </w:tcPr>
          <w:p>
            <w:pPr>
              <w:spacing w:after="0"/>
              <w:jc w:val="left"/>
            </w:pPr>
            <w:r>
              <w:rPr>
                <w:sz w:val="16"/>
              </w:rPr>
              <w:t>61 kt (70 mph) estimated gust</w:t>
            </w:r>
          </w:p>
        </w:tc>
        <w:tc>
          <w:tcPr>
            <w:tcW w:type="dxa" w:w="3014"/>
          </w:tcPr>
          <w:p>
            <w:pPr>
              <w:spacing w:after="0"/>
              <w:jc w:val="left"/>
            </w:pPr>
            <w:r>
              <w:rPr>
                <w:sz w:val="16"/>
              </w:rPr>
              <w:t>$5,000 property; crops not reported (2026 dollars)</w:t>
            </w:r>
          </w:p>
        </w:tc>
        <w:tc>
          <w:tcPr>
            <w:tcW w:type="dxa" w:w="922"/>
          </w:tcPr>
          <w:p>
            <w:pPr>
              <w:spacing w:after="0"/>
              <w:jc w:val="right"/>
            </w:pPr>
            <w:r>
              <w:rPr>
                <w:sz w:val="16"/>
              </w:rPr>
              <w:t>0, 0</w:t>
            </w:r>
          </w:p>
        </w:tc>
        <w:tc>
          <w:tcPr>
            <w:tcW w:type="dxa" w:w="2105"/>
          </w:tcPr>
          <w:p>
            <w:pPr>
              <w:spacing w:after="0"/>
              <w:jc w:val="left"/>
            </w:pPr>
            <w:r>
              <w:rPr>
                <w:sz w:val="16"/>
              </w:rPr>
              <w:t>FLORENCE</w:t>
            </w:r>
          </w:p>
        </w:tc>
        <w:tc>
          <w:tcPr>
            <w:tcW w:type="dxa" w:w="996"/>
          </w:tcPr>
          <w:p>
            <w:pPr>
              <w:spacing w:after="0"/>
              <w:jc w:val="left"/>
            </w:pPr>
            <w:r>
              <w:rPr>
                <w:sz w:val="16"/>
              </w:rPr>
              <w:t>new since last plan; within last 5 years</w:t>
            </w:r>
          </w:p>
        </w:tc>
        <w:tc>
          <w:tcPr>
            <w:tcW w:type="dxa" w:w="2956"/>
          </w:tcPr>
          <w:p>
            <w:pPr>
              <w:spacing w:after="0"/>
              <w:jc w:val="left"/>
            </w:pPr>
            <w:r>
              <w:rPr>
                <w:sz w:val="16"/>
              </w:rPr>
              <w:t>B1-c worst recorded: Thunderstorm Wind</w:t>
            </w:r>
          </w:p>
        </w:tc>
      </w:tr>
      <w:tr>
        <w:trPr>
          <w:cantSplit/>
        </w:trPr>
        <w:tc>
          <w:tcPr>
            <w:tcW w:type="dxa" w:w="1037"/>
          </w:tcPr>
          <w:p>
            <w:pPr>
              <w:spacing w:after="0"/>
              <w:jc w:val="left"/>
            </w:pPr>
            <w:r>
              <w:rPr>
                <w:sz w:val="16"/>
              </w:rPr>
              <w:t>2019-03-03</w:t>
            </w:r>
          </w:p>
        </w:tc>
        <w:tc>
          <w:tcPr>
            <w:tcW w:type="dxa" w:w="1294"/>
          </w:tcPr>
          <w:p>
            <w:pPr>
              <w:spacing w:after="0"/>
              <w:jc w:val="left"/>
            </w:pPr>
            <w:r>
              <w:rPr>
                <w:sz w:val="16"/>
              </w:rPr>
              <w:t>Tornado</w:t>
            </w:r>
          </w:p>
        </w:tc>
        <w:tc>
          <w:tcPr>
            <w:tcW w:type="dxa" w:w="1788"/>
          </w:tcPr>
          <w:p>
            <w:pPr>
              <w:spacing w:after="0"/>
              <w:jc w:val="left"/>
            </w:pPr>
            <w:r>
              <w:rPr>
                <w:sz w:val="16"/>
              </w:rPr>
              <w:t>EF2, 18.73 mi within this county, 860 yd wide</w:t>
            </w:r>
          </w:p>
        </w:tc>
        <w:tc>
          <w:tcPr>
            <w:tcW w:type="dxa" w:w="3014"/>
          </w:tcPr>
          <w:p>
            <w:pPr>
              <w:spacing w:after="0"/>
              <w:jc w:val="left"/>
            </w:pPr>
            <w:r>
              <w:rPr>
                <w:sz w:val="16"/>
              </w:rPr>
              <w:t>$400,000 property; crops not reported (2019 dollars)</w:t>
            </w:r>
          </w:p>
        </w:tc>
        <w:tc>
          <w:tcPr>
            <w:tcW w:type="dxa" w:w="922"/>
          </w:tcPr>
          <w:p>
            <w:pPr>
              <w:spacing w:after="0"/>
              <w:jc w:val="right"/>
            </w:pPr>
            <w:r>
              <w:rPr>
                <w:sz w:val="16"/>
              </w:rPr>
              <w:t>0, 0</w:t>
            </w:r>
          </w:p>
        </w:tc>
        <w:tc>
          <w:tcPr>
            <w:tcW w:type="dxa" w:w="2105"/>
          </w:tcPr>
          <w:p>
            <w:pPr>
              <w:spacing w:after="0"/>
              <w:jc w:val="left"/>
            </w:pPr>
            <w:r>
              <w:rPr>
                <w:sz w:val="16"/>
              </w:rPr>
              <w:t>SANFORD to BARGES</w:t>
            </w:r>
          </w:p>
        </w:tc>
        <w:tc>
          <w:tcPr>
            <w:tcW w:type="dxa" w:w="996"/>
          </w:tcPr>
          <w:p>
            <w:pPr>
              <w:spacing w:after="0"/>
              <w:jc w:val="left"/>
            </w:pPr>
          </w:p>
        </w:tc>
        <w:tc>
          <w:tcPr>
            <w:tcW w:type="dxa" w:w="2956"/>
          </w:tcPr>
          <w:p>
            <w:pPr>
              <w:spacing w:after="0"/>
              <w:jc w:val="left"/>
            </w:pPr>
            <w:r>
              <w:rPr>
                <w:sz w:val="16"/>
              </w:rPr>
              <w:t>B1-c most damaging: Tornado</w:t>
            </w:r>
          </w:p>
        </w:tc>
      </w:tr>
      <w:tr>
        <w:trPr>
          <w:cantSplit/>
        </w:trPr>
        <w:tc>
          <w:tcPr>
            <w:tcW w:type="dxa" w:w="1037"/>
          </w:tcPr>
          <w:p>
            <w:pPr>
              <w:spacing w:after="0"/>
              <w:jc w:val="left"/>
            </w:pPr>
            <w:r>
              <w:rPr>
                <w:sz w:val="16"/>
              </w:rPr>
              <w:t>2017-09-11</w:t>
            </w:r>
          </w:p>
        </w:tc>
        <w:tc>
          <w:tcPr>
            <w:tcW w:type="dxa" w:w="1294"/>
          </w:tcPr>
          <w:p>
            <w:pPr>
              <w:spacing w:after="0"/>
              <w:jc w:val="left"/>
            </w:pPr>
            <w:r>
              <w:rPr>
                <w:sz w:val="16"/>
              </w:rPr>
              <w:t>Tropical Storm</w:t>
            </w:r>
          </w:p>
        </w:tc>
        <w:tc>
          <w:tcPr>
            <w:tcW w:type="dxa" w:w="1788"/>
          </w:tcPr>
          <w:p>
            <w:pPr>
              <w:spacing w:after="0"/>
              <w:jc w:val="left"/>
            </w:pPr>
          </w:p>
        </w:tc>
        <w:tc>
          <w:tcPr>
            <w:tcW w:type="dxa" w:w="3014"/>
          </w:tcPr>
          <w:p>
            <w:pPr>
              <w:spacing w:after="0"/>
              <w:jc w:val="left"/>
            </w:pPr>
            <w:r>
              <w:rPr>
                <w:sz w:val="16"/>
              </w:rPr>
              <w:t>$50,000 property; crops not reported (zone total, 2017 dollars)</w:t>
            </w:r>
          </w:p>
        </w:tc>
        <w:tc>
          <w:tcPr>
            <w:tcW w:type="dxa" w:w="922"/>
          </w:tcPr>
          <w:p>
            <w:pPr>
              <w:spacing w:after="0"/>
              <w:jc w:val="right"/>
            </w:pPr>
            <w:r>
              <w:rPr>
                <w:sz w:val="16"/>
              </w:rPr>
              <w:t>0, 0</w:t>
            </w:r>
          </w:p>
        </w:tc>
        <w:tc>
          <w:tcPr>
            <w:tcW w:type="dxa" w:w="2105"/>
          </w:tcPr>
          <w:p>
            <w:pPr>
              <w:spacing w:after="0"/>
              <w:jc w:val="left"/>
            </w:pPr>
            <w:r>
              <w:rPr>
                <w:sz w:val="16"/>
              </w:rPr>
              <w:t>NWS zone GAZ102 (STEWART), zone-level</w:t>
            </w:r>
          </w:p>
        </w:tc>
        <w:tc>
          <w:tcPr>
            <w:tcW w:type="dxa" w:w="996"/>
          </w:tcPr>
          <w:p>
            <w:pPr>
              <w:spacing w:after="0"/>
              <w:jc w:val="left"/>
            </w:pPr>
          </w:p>
        </w:tc>
        <w:tc>
          <w:tcPr>
            <w:tcW w:type="dxa" w:w="295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2007-09-01</w:t>
            </w:r>
          </w:p>
        </w:tc>
        <w:tc>
          <w:tcPr>
            <w:tcW w:type="dxa" w:w="1294"/>
          </w:tcPr>
          <w:p>
            <w:pPr>
              <w:spacing w:after="0"/>
              <w:jc w:val="left"/>
            </w:pPr>
            <w:r>
              <w:rPr>
                <w:sz w:val="16"/>
              </w:rPr>
              <w:t>Drought</w:t>
            </w:r>
          </w:p>
        </w:tc>
        <w:tc>
          <w:tcPr>
            <w:tcW w:type="dxa" w:w="1788"/>
          </w:tcPr>
          <w:p>
            <w:pPr>
              <w:spacing w:after="0"/>
              <w:jc w:val="left"/>
            </w:pPr>
          </w:p>
        </w:tc>
        <w:tc>
          <w:tcPr>
            <w:tcW w:type="dxa" w:w="3014"/>
          </w:tcPr>
          <w:p>
            <w:pPr>
              <w:spacing w:after="0"/>
              <w:jc w:val="left"/>
            </w:pPr>
            <w:r>
              <w:rPr>
                <w:sz w:val="16"/>
              </w:rPr>
              <w:t>$0 property; $0 crops (zone total, 2007 dollars)</w:t>
            </w:r>
          </w:p>
        </w:tc>
        <w:tc>
          <w:tcPr>
            <w:tcW w:type="dxa" w:w="922"/>
          </w:tcPr>
          <w:p>
            <w:pPr>
              <w:spacing w:after="0"/>
              <w:jc w:val="right"/>
            </w:pPr>
            <w:r>
              <w:rPr>
                <w:sz w:val="16"/>
              </w:rPr>
              <w:t>0, 0</w:t>
            </w:r>
          </w:p>
        </w:tc>
        <w:tc>
          <w:tcPr>
            <w:tcW w:type="dxa" w:w="2105"/>
          </w:tcPr>
          <w:p>
            <w:pPr>
              <w:spacing w:after="0"/>
              <w:jc w:val="left"/>
            </w:pPr>
            <w:r>
              <w:rPr>
                <w:sz w:val="16"/>
              </w:rPr>
              <w:t>NWS zone GAZ102 (STEWART), zone-level</w:t>
            </w:r>
          </w:p>
        </w:tc>
        <w:tc>
          <w:tcPr>
            <w:tcW w:type="dxa" w:w="996"/>
          </w:tcPr>
          <w:p>
            <w:pPr>
              <w:spacing w:after="0"/>
              <w:jc w:val="left"/>
            </w:pPr>
          </w:p>
        </w:tc>
        <w:tc>
          <w:tcPr>
            <w:tcW w:type="dxa" w:w="2956"/>
          </w:tcPr>
          <w:p>
            <w:pPr>
              <w:spacing w:after="0"/>
              <w:jc w:val="left"/>
            </w:pPr>
            <w:r>
              <w:rPr>
                <w:sz w:val="16"/>
              </w:rPr>
              <w:t>B1-c worst recorded: Drought</w:t>
            </w:r>
          </w:p>
        </w:tc>
      </w:tr>
      <w:tr>
        <w:trPr>
          <w:cantSplit/>
        </w:trPr>
        <w:tc>
          <w:tcPr>
            <w:tcW w:type="dxa" w:w="1037"/>
          </w:tcPr>
          <w:p>
            <w:pPr>
              <w:spacing w:after="0"/>
              <w:jc w:val="left"/>
            </w:pPr>
            <w:r>
              <w:rPr>
                <w:sz w:val="16"/>
              </w:rPr>
              <w:t>2007-08-01</w:t>
            </w:r>
          </w:p>
        </w:tc>
        <w:tc>
          <w:tcPr>
            <w:tcW w:type="dxa" w:w="1294"/>
          </w:tcPr>
          <w:p>
            <w:pPr>
              <w:spacing w:after="0"/>
              <w:jc w:val="left"/>
            </w:pPr>
            <w:r>
              <w:rPr>
                <w:sz w:val="16"/>
              </w:rPr>
              <w:t>Excessive Heat</w:t>
            </w:r>
          </w:p>
        </w:tc>
        <w:tc>
          <w:tcPr>
            <w:tcW w:type="dxa" w:w="1788"/>
          </w:tcPr>
          <w:p>
            <w:pPr>
              <w:spacing w:after="0"/>
              <w:jc w:val="left"/>
            </w:pPr>
          </w:p>
        </w:tc>
        <w:tc>
          <w:tcPr>
            <w:tcW w:type="dxa" w:w="3014"/>
          </w:tcPr>
          <w:p>
            <w:pPr>
              <w:spacing w:after="0"/>
              <w:jc w:val="left"/>
            </w:pPr>
            <w:r>
              <w:rPr>
                <w:sz w:val="16"/>
              </w:rPr>
              <w:t>$0 property; $0 crops (zone total, 2007 dollars)</w:t>
            </w:r>
          </w:p>
        </w:tc>
        <w:tc>
          <w:tcPr>
            <w:tcW w:type="dxa" w:w="922"/>
          </w:tcPr>
          <w:p>
            <w:pPr>
              <w:spacing w:after="0"/>
              <w:jc w:val="right"/>
            </w:pPr>
            <w:r>
              <w:rPr>
                <w:sz w:val="16"/>
              </w:rPr>
              <w:t>0, 0</w:t>
            </w:r>
          </w:p>
        </w:tc>
        <w:tc>
          <w:tcPr>
            <w:tcW w:type="dxa" w:w="2105"/>
          </w:tcPr>
          <w:p>
            <w:pPr>
              <w:spacing w:after="0"/>
              <w:jc w:val="left"/>
            </w:pPr>
            <w:r>
              <w:rPr>
                <w:sz w:val="16"/>
              </w:rPr>
              <w:t>NWS zone GAZ102 (STEWART), zone-level</w:t>
            </w:r>
          </w:p>
        </w:tc>
        <w:tc>
          <w:tcPr>
            <w:tcW w:type="dxa" w:w="996"/>
          </w:tcPr>
          <w:p>
            <w:pPr>
              <w:spacing w:after="0"/>
              <w:jc w:val="left"/>
            </w:pPr>
          </w:p>
        </w:tc>
        <w:tc>
          <w:tcPr>
            <w:tcW w:type="dxa" w:w="2956"/>
          </w:tcPr>
          <w:p>
            <w:pPr>
              <w:spacing w:after="0"/>
              <w:jc w:val="left"/>
            </w:pPr>
            <w:r>
              <w:rPr>
                <w:sz w:val="16"/>
              </w:rPr>
              <w:t>B1-c worst recorded: Excessive Heat, Heat</w:t>
            </w:r>
          </w:p>
        </w:tc>
      </w:tr>
      <w:tr>
        <w:trPr>
          <w:cantSplit/>
        </w:trPr>
        <w:tc>
          <w:tcPr>
            <w:tcW w:type="dxa" w:w="1037"/>
          </w:tcPr>
          <w:p>
            <w:pPr>
              <w:spacing w:after="0"/>
              <w:jc w:val="left"/>
            </w:pPr>
            <w:r>
              <w:rPr>
                <w:sz w:val="16"/>
              </w:rPr>
              <w:t>2005-07-10</w:t>
            </w:r>
          </w:p>
        </w:tc>
        <w:tc>
          <w:tcPr>
            <w:tcW w:type="dxa" w:w="1294"/>
          </w:tcPr>
          <w:p>
            <w:pPr>
              <w:spacing w:after="0"/>
              <w:jc w:val="left"/>
            </w:pPr>
            <w:r>
              <w:rPr>
                <w:sz w:val="16"/>
              </w:rPr>
              <w:t>Strong Wind</w:t>
            </w:r>
          </w:p>
        </w:tc>
        <w:tc>
          <w:tcPr>
            <w:tcW w:type="dxa" w:w="1788"/>
          </w:tcPr>
          <w:p>
            <w:pPr>
              <w:spacing w:after="0"/>
              <w:jc w:val="left"/>
            </w:pPr>
            <w:r>
              <w:rPr>
                <w:sz w:val="16"/>
              </w:rPr>
              <w:t>34 kt (39 mph) estimated gust</w:t>
            </w:r>
          </w:p>
        </w:tc>
        <w:tc>
          <w:tcPr>
            <w:tcW w:type="dxa" w:w="3014"/>
          </w:tcPr>
          <w:p>
            <w:pPr>
              <w:spacing w:after="0"/>
              <w:jc w:val="left"/>
            </w:pPr>
            <w:r>
              <w:rPr>
                <w:sz w:val="16"/>
              </w:rPr>
              <w:t>$500 property; crops not reported (zone total, 2005 dollars)</w:t>
            </w:r>
          </w:p>
        </w:tc>
        <w:tc>
          <w:tcPr>
            <w:tcW w:type="dxa" w:w="922"/>
          </w:tcPr>
          <w:p>
            <w:pPr>
              <w:spacing w:after="0"/>
              <w:jc w:val="right"/>
            </w:pPr>
            <w:r>
              <w:rPr>
                <w:sz w:val="16"/>
              </w:rPr>
              <w:t>0, 0</w:t>
            </w:r>
          </w:p>
        </w:tc>
        <w:tc>
          <w:tcPr>
            <w:tcW w:type="dxa" w:w="2105"/>
          </w:tcPr>
          <w:p>
            <w:pPr>
              <w:spacing w:after="0"/>
              <w:jc w:val="left"/>
            </w:pPr>
            <w:r>
              <w:rPr>
                <w:sz w:val="16"/>
              </w:rPr>
              <w:t>NWS zone GAZ102 (STEWART), zone-level</w:t>
            </w:r>
          </w:p>
        </w:tc>
        <w:tc>
          <w:tcPr>
            <w:tcW w:type="dxa" w:w="996"/>
          </w:tcPr>
          <w:p>
            <w:pPr>
              <w:spacing w:after="0"/>
              <w:jc w:val="left"/>
            </w:pPr>
          </w:p>
        </w:tc>
        <w:tc>
          <w:tcPr>
            <w:tcW w:type="dxa" w:w="2956"/>
          </w:tcPr>
          <w:p>
            <w:pPr>
              <w:spacing w:after="0"/>
              <w:jc w:val="left"/>
            </w:pPr>
            <w:r>
              <w:rPr>
                <w:sz w:val="16"/>
              </w:rPr>
              <w:t>B1-c worst recorded: High Wind and Strong Wind</w:t>
            </w:r>
          </w:p>
        </w:tc>
      </w:tr>
      <w:tr>
        <w:trPr>
          <w:cantSplit/>
        </w:trPr>
        <w:tc>
          <w:tcPr>
            <w:tcW w:type="dxa" w:w="1037"/>
          </w:tcPr>
          <w:p>
            <w:pPr>
              <w:spacing w:after="0"/>
              <w:jc w:val="left"/>
            </w:pPr>
            <w:r>
              <w:rPr>
                <w:sz w:val="16"/>
              </w:rPr>
              <w:t>2005-01-28</w:t>
            </w:r>
          </w:p>
        </w:tc>
        <w:tc>
          <w:tcPr>
            <w:tcW w:type="dxa" w:w="1294"/>
          </w:tcPr>
          <w:p>
            <w:pPr>
              <w:spacing w:after="0"/>
              <w:jc w:val="left"/>
            </w:pPr>
            <w:r>
              <w:rPr>
                <w:sz w:val="16"/>
              </w:rPr>
              <w:t>Winter Storm</w:t>
            </w:r>
          </w:p>
        </w:tc>
        <w:tc>
          <w:tcPr>
            <w:tcW w:type="dxa" w:w="1788"/>
          </w:tcPr>
          <w:p>
            <w:pPr>
              <w:spacing w:after="0"/>
              <w:jc w:val="left"/>
            </w:pPr>
          </w:p>
        </w:tc>
        <w:tc>
          <w:tcPr>
            <w:tcW w:type="dxa" w:w="3014"/>
          </w:tcPr>
          <w:p>
            <w:pPr>
              <w:spacing w:after="0"/>
              <w:jc w:val="left"/>
            </w:pPr>
            <w:r>
              <w:rPr>
                <w:sz w:val="16"/>
              </w:rPr>
              <w:t>$25,000 property; crops not reported (zone total, 2005 dollars)</w:t>
            </w:r>
          </w:p>
        </w:tc>
        <w:tc>
          <w:tcPr>
            <w:tcW w:type="dxa" w:w="922"/>
          </w:tcPr>
          <w:p>
            <w:pPr>
              <w:spacing w:after="0"/>
              <w:jc w:val="right"/>
            </w:pPr>
            <w:r>
              <w:rPr>
                <w:sz w:val="16"/>
              </w:rPr>
              <w:t>0, 0</w:t>
            </w:r>
          </w:p>
        </w:tc>
        <w:tc>
          <w:tcPr>
            <w:tcW w:type="dxa" w:w="2105"/>
          </w:tcPr>
          <w:p>
            <w:pPr>
              <w:spacing w:after="0"/>
              <w:jc w:val="left"/>
            </w:pPr>
            <w:r>
              <w:rPr>
                <w:sz w:val="16"/>
              </w:rPr>
              <w:t>NWS zone GAZ102 (STEWART), zone-level</w:t>
            </w:r>
          </w:p>
        </w:tc>
        <w:tc>
          <w:tcPr>
            <w:tcW w:type="dxa" w:w="996"/>
          </w:tcPr>
          <w:p>
            <w:pPr>
              <w:spacing w:after="0"/>
              <w:jc w:val="left"/>
            </w:pPr>
          </w:p>
        </w:tc>
        <w:tc>
          <w:tcPr>
            <w:tcW w:type="dxa" w:w="295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2000-12-01</w:t>
            </w:r>
          </w:p>
        </w:tc>
        <w:tc>
          <w:tcPr>
            <w:tcW w:type="dxa" w:w="1294"/>
          </w:tcPr>
          <w:p>
            <w:pPr>
              <w:spacing w:after="0"/>
              <w:jc w:val="left"/>
            </w:pPr>
            <w:r>
              <w:rPr>
                <w:sz w:val="16"/>
              </w:rPr>
              <w:t>Extreme Cold/Wind Chill</w:t>
            </w:r>
          </w:p>
        </w:tc>
        <w:tc>
          <w:tcPr>
            <w:tcW w:type="dxa" w:w="1788"/>
          </w:tcPr>
          <w:p>
            <w:pPr>
              <w:spacing w:after="0"/>
              <w:jc w:val="left"/>
            </w:pPr>
          </w:p>
        </w:tc>
        <w:tc>
          <w:tcPr>
            <w:tcW w:type="dxa" w:w="3014"/>
          </w:tcPr>
          <w:p>
            <w:pPr>
              <w:spacing w:after="0"/>
              <w:jc w:val="left"/>
            </w:pPr>
            <w:r>
              <w:rPr>
                <w:sz w:val="16"/>
              </w:rPr>
              <w:t>damage not reported</w:t>
            </w:r>
          </w:p>
        </w:tc>
        <w:tc>
          <w:tcPr>
            <w:tcW w:type="dxa" w:w="922"/>
          </w:tcPr>
          <w:p>
            <w:pPr>
              <w:spacing w:after="0"/>
              <w:jc w:val="right"/>
            </w:pPr>
            <w:r>
              <w:rPr>
                <w:sz w:val="16"/>
              </w:rPr>
              <w:t>0, 0</w:t>
            </w:r>
          </w:p>
        </w:tc>
        <w:tc>
          <w:tcPr>
            <w:tcW w:type="dxa" w:w="2105"/>
          </w:tcPr>
          <w:p>
            <w:pPr>
              <w:spacing w:after="0"/>
              <w:jc w:val="left"/>
            </w:pPr>
            <w:r>
              <w:rPr>
                <w:sz w:val="16"/>
              </w:rPr>
              <w:t>NWS zone GAZ102 (STEWART), zone-level</w:t>
            </w:r>
          </w:p>
        </w:tc>
        <w:tc>
          <w:tcPr>
            <w:tcW w:type="dxa" w:w="996"/>
          </w:tcPr>
          <w:p>
            <w:pPr>
              <w:spacing w:after="0"/>
              <w:jc w:val="left"/>
            </w:pPr>
          </w:p>
        </w:tc>
        <w:tc>
          <w:tcPr>
            <w:tcW w:type="dxa" w:w="295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2000-06-01</w:t>
            </w:r>
          </w:p>
        </w:tc>
        <w:tc>
          <w:tcPr>
            <w:tcW w:type="dxa" w:w="1294"/>
          </w:tcPr>
          <w:p>
            <w:pPr>
              <w:spacing w:after="0"/>
              <w:jc w:val="left"/>
            </w:pPr>
            <w:r>
              <w:rPr>
                <w:sz w:val="16"/>
              </w:rPr>
              <w:t>Drought</w:t>
            </w:r>
          </w:p>
        </w:tc>
        <w:tc>
          <w:tcPr>
            <w:tcW w:type="dxa" w:w="1788"/>
          </w:tcPr>
          <w:p>
            <w:pPr>
              <w:spacing w:after="0"/>
              <w:jc w:val="left"/>
            </w:pPr>
          </w:p>
        </w:tc>
        <w:tc>
          <w:tcPr>
            <w:tcW w:type="dxa" w:w="3014"/>
          </w:tcPr>
          <w:p>
            <w:pPr>
              <w:spacing w:after="0"/>
              <w:jc w:val="left"/>
            </w:pPr>
            <w:r>
              <w:rPr>
                <w:sz w:val="16"/>
              </w:rPr>
              <w:t>property not reported; $2,840,000 crops (zone total, 2000 dollars)</w:t>
            </w:r>
          </w:p>
        </w:tc>
        <w:tc>
          <w:tcPr>
            <w:tcW w:type="dxa" w:w="922"/>
          </w:tcPr>
          <w:p>
            <w:pPr>
              <w:spacing w:after="0"/>
              <w:jc w:val="right"/>
            </w:pPr>
            <w:r>
              <w:rPr>
                <w:sz w:val="16"/>
              </w:rPr>
              <w:t>0, 0</w:t>
            </w:r>
          </w:p>
        </w:tc>
        <w:tc>
          <w:tcPr>
            <w:tcW w:type="dxa" w:w="2105"/>
          </w:tcPr>
          <w:p>
            <w:pPr>
              <w:spacing w:after="0"/>
              <w:jc w:val="left"/>
            </w:pPr>
            <w:r>
              <w:rPr>
                <w:sz w:val="16"/>
              </w:rPr>
              <w:t>NWS zone GAZ102 (STEWART), zone-level</w:t>
            </w:r>
          </w:p>
        </w:tc>
        <w:tc>
          <w:tcPr>
            <w:tcW w:type="dxa" w:w="996"/>
          </w:tcPr>
          <w:p>
            <w:pPr>
              <w:spacing w:after="0"/>
              <w:jc w:val="left"/>
            </w:pPr>
          </w:p>
        </w:tc>
        <w:tc>
          <w:tcPr>
            <w:tcW w:type="dxa" w:w="2956"/>
          </w:tcPr>
          <w:p>
            <w:pPr>
              <w:spacing w:after="0"/>
              <w:jc w:val="left"/>
            </w:pPr>
            <w:r>
              <w:rPr>
                <w:sz w:val="16"/>
              </w:rPr>
              <w:t>B1-c most damaging: Drought</w:t>
            </w:r>
          </w:p>
        </w:tc>
      </w:tr>
      <w:tr>
        <w:trPr>
          <w:cantSplit/>
        </w:trPr>
        <w:tc>
          <w:tcPr>
            <w:tcW w:type="dxa" w:w="1037"/>
          </w:tcPr>
          <w:p>
            <w:pPr>
              <w:spacing w:after="0"/>
              <w:jc w:val="left"/>
            </w:pPr>
            <w:r>
              <w:rPr>
                <w:sz w:val="16"/>
              </w:rPr>
              <w:t>1999-04-15</w:t>
            </w:r>
          </w:p>
        </w:tc>
        <w:tc>
          <w:tcPr>
            <w:tcW w:type="dxa" w:w="1294"/>
          </w:tcPr>
          <w:p>
            <w:pPr>
              <w:spacing w:after="0"/>
              <w:jc w:val="left"/>
            </w:pPr>
            <w:r>
              <w:rPr>
                <w:sz w:val="16"/>
              </w:rPr>
              <w:t>Hail</w:t>
            </w:r>
          </w:p>
        </w:tc>
        <w:tc>
          <w:tcPr>
            <w:tcW w:type="dxa" w:w="1788"/>
          </w:tcPr>
          <w:p>
            <w:pPr>
              <w:spacing w:after="0"/>
              <w:jc w:val="left"/>
            </w:pPr>
            <w:r>
              <w:rPr>
                <w:sz w:val="16"/>
              </w:rPr>
              <w:t>1.75 in</w:t>
            </w:r>
          </w:p>
        </w:tc>
        <w:tc>
          <w:tcPr>
            <w:tcW w:type="dxa" w:w="3014"/>
          </w:tcPr>
          <w:p>
            <w:pPr>
              <w:spacing w:after="0"/>
              <w:jc w:val="left"/>
            </w:pPr>
            <w:r>
              <w:rPr>
                <w:sz w:val="16"/>
              </w:rPr>
              <w:t>$2,000 property; $0 crops (1999 dollars)</w:t>
            </w:r>
          </w:p>
        </w:tc>
        <w:tc>
          <w:tcPr>
            <w:tcW w:type="dxa" w:w="922"/>
          </w:tcPr>
          <w:p>
            <w:pPr>
              <w:spacing w:after="0"/>
              <w:jc w:val="right"/>
            </w:pPr>
            <w:r>
              <w:rPr>
                <w:sz w:val="16"/>
              </w:rPr>
              <w:t>0, 0</w:t>
            </w:r>
          </w:p>
        </w:tc>
        <w:tc>
          <w:tcPr>
            <w:tcW w:type="dxa" w:w="2105"/>
          </w:tcPr>
          <w:p>
            <w:pPr>
              <w:spacing w:after="0"/>
              <w:jc w:val="left"/>
            </w:pPr>
            <w:r>
              <w:rPr>
                <w:sz w:val="16"/>
              </w:rPr>
              <w:t>OMAHA</w:t>
            </w:r>
          </w:p>
        </w:tc>
        <w:tc>
          <w:tcPr>
            <w:tcW w:type="dxa" w:w="996"/>
          </w:tcPr>
          <w:p>
            <w:pPr>
              <w:spacing w:after="0"/>
              <w:jc w:val="left"/>
            </w:pPr>
          </w:p>
        </w:tc>
        <w:tc>
          <w:tcPr>
            <w:tcW w:type="dxa" w:w="2956"/>
          </w:tcPr>
          <w:p>
            <w:pPr>
              <w:spacing w:after="0"/>
              <w:jc w:val="left"/>
            </w:pPr>
            <w:r>
              <w:rPr>
                <w:sz w:val="16"/>
              </w:rPr>
              <w:t>B1-c worst recorded: Hail</w:t>
            </w:r>
          </w:p>
        </w:tc>
      </w:tr>
      <w:tr>
        <w:trPr>
          <w:cantSplit/>
        </w:trPr>
        <w:tc>
          <w:tcPr>
            <w:tcW w:type="dxa" w:w="1037"/>
          </w:tcPr>
          <w:p>
            <w:pPr>
              <w:spacing w:after="0"/>
              <w:jc w:val="left"/>
            </w:pPr>
            <w:r>
              <w:rPr>
                <w:sz w:val="16"/>
              </w:rPr>
              <w:t>1998-09-29</w:t>
            </w:r>
          </w:p>
        </w:tc>
        <w:tc>
          <w:tcPr>
            <w:tcW w:type="dxa" w:w="1294"/>
          </w:tcPr>
          <w:p>
            <w:pPr>
              <w:spacing w:after="0"/>
              <w:jc w:val="left"/>
            </w:pPr>
            <w:r>
              <w:rPr>
                <w:sz w:val="16"/>
              </w:rPr>
              <w:t>Flash Flood</w:t>
            </w:r>
          </w:p>
        </w:tc>
        <w:tc>
          <w:tcPr>
            <w:tcW w:type="dxa" w:w="1788"/>
          </w:tcPr>
          <w:p>
            <w:pPr>
              <w:spacing w:after="0"/>
              <w:jc w:val="left"/>
            </w:pPr>
          </w:p>
        </w:tc>
        <w:tc>
          <w:tcPr>
            <w:tcW w:type="dxa" w:w="3014"/>
          </w:tcPr>
          <w:p>
            <w:pPr>
              <w:spacing w:after="0"/>
              <w:jc w:val="left"/>
            </w:pPr>
            <w:r>
              <w:rPr>
                <w:sz w:val="16"/>
              </w:rPr>
              <w:t>$25,000 property; $8,000 crops (1998 dollars)</w:t>
            </w:r>
          </w:p>
        </w:tc>
        <w:tc>
          <w:tcPr>
            <w:tcW w:type="dxa" w:w="922"/>
          </w:tcPr>
          <w:p>
            <w:pPr>
              <w:spacing w:after="0"/>
              <w:jc w:val="right"/>
            </w:pPr>
            <w:r>
              <w:rPr>
                <w:sz w:val="16"/>
              </w:rPr>
              <w:t>0, 0</w:t>
            </w:r>
          </w:p>
        </w:tc>
        <w:tc>
          <w:tcPr>
            <w:tcW w:type="dxa" w:w="2105"/>
          </w:tcPr>
          <w:p>
            <w:pPr>
              <w:spacing w:after="0"/>
              <w:jc w:val="left"/>
            </w:pPr>
            <w:r>
              <w:rPr>
                <w:sz w:val="16"/>
              </w:rPr>
              <w:t>COUNTY LINE</w:t>
            </w:r>
          </w:p>
        </w:tc>
        <w:tc>
          <w:tcPr>
            <w:tcW w:type="dxa" w:w="996"/>
          </w:tcPr>
          <w:p>
            <w:pPr>
              <w:spacing w:after="0"/>
              <w:jc w:val="left"/>
            </w:pPr>
          </w:p>
        </w:tc>
        <w:tc>
          <w:tcPr>
            <w:tcW w:type="dxa" w:w="295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1954-12-05</w:t>
            </w:r>
          </w:p>
        </w:tc>
        <w:tc>
          <w:tcPr>
            <w:tcW w:type="dxa" w:w="1294"/>
          </w:tcPr>
          <w:p>
            <w:pPr>
              <w:spacing w:after="0"/>
              <w:jc w:val="left"/>
            </w:pPr>
            <w:r>
              <w:rPr>
                <w:sz w:val="16"/>
              </w:rPr>
              <w:t>Tornado</w:t>
            </w:r>
          </w:p>
        </w:tc>
        <w:tc>
          <w:tcPr>
            <w:tcW w:type="dxa" w:w="1788"/>
          </w:tcPr>
          <w:p>
            <w:pPr>
              <w:spacing w:after="0"/>
              <w:jc w:val="left"/>
            </w:pPr>
            <w:r>
              <w:rPr>
                <w:sz w:val="16"/>
              </w:rPr>
              <w:t>F2, 21.6 mi path length (whole path, pre-1996), 100 yd wide</w:t>
            </w:r>
          </w:p>
        </w:tc>
        <w:tc>
          <w:tcPr>
            <w:tcW w:type="dxa" w:w="3014"/>
          </w:tcPr>
          <w:p>
            <w:pPr>
              <w:spacing w:after="0"/>
              <w:jc w:val="left"/>
            </w:pPr>
            <w:r>
              <w:rPr>
                <w:sz w:val="16"/>
              </w:rPr>
              <w:t>$250,000 property; crops not recorded (1954 dollars)</w:t>
            </w:r>
          </w:p>
        </w:tc>
        <w:tc>
          <w:tcPr>
            <w:tcW w:type="dxa" w:w="922"/>
          </w:tcPr>
          <w:p>
            <w:pPr>
              <w:spacing w:after="0"/>
              <w:jc w:val="right"/>
            </w:pPr>
            <w:r>
              <w:rPr>
                <w:sz w:val="16"/>
              </w:rPr>
              <w:t>1, 20</w:t>
            </w:r>
          </w:p>
        </w:tc>
        <w:tc>
          <w:tcPr>
            <w:tcW w:type="dxa" w:w="2105"/>
          </w:tcPr>
          <w:p>
            <w:pPr>
              <w:spacing w:after="0"/>
              <w:jc w:val="left"/>
            </w:pPr>
            <w:r>
              <w:rPr>
                <w:sz w:val="16"/>
              </w:rPr>
              <w:t>location not recorded</w:t>
            </w:r>
          </w:p>
        </w:tc>
        <w:tc>
          <w:tcPr>
            <w:tcW w:type="dxa" w:w="996"/>
          </w:tcPr>
          <w:p>
            <w:pPr>
              <w:spacing w:after="0"/>
              <w:jc w:val="left"/>
            </w:pPr>
          </w:p>
        </w:tc>
        <w:tc>
          <w:tcPr>
            <w:tcW w:type="dxa" w:w="295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(186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0.263</w:t>
            </w:r>
          </w:p>
        </w:tc>
        <w:tc>
          <w:tcPr>
            <w:tcW w:type="dxa" w:w="1280"/>
          </w:tcPr>
          <w:p>
            <w:pPr>
              <w:spacing w:after="0"/>
              <w:jc w:val="left"/>
            </w:pPr>
            <w:r>
              <w:rPr>
                <w:sz w:val="16"/>
              </w:rPr>
              <w:t>event-days per year</w:t>
            </w:r>
          </w:p>
        </w:tc>
        <w:tc>
          <w:tcPr>
            <w:tcW w:type="dxa" w:w="1583"/>
          </w:tcPr>
          <w:p>
            <w:pPr>
              <w:spacing w:after="0"/>
              <w:jc w:val="left"/>
            </w:pPr>
            <w:r>
              <w:rPr>
                <w:sz w:val="16"/>
              </w:rPr>
              <w:t>about 0.263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59.5</w:t>
            </w:r>
          </w:p>
        </w:tc>
        <w:tc>
          <w:tcPr>
            <w:tcW w:type="dxa" w:w="1280"/>
          </w:tcPr>
          <w:p>
            <w:pPr>
              <w:spacing w:after="0"/>
              <w:jc w:val="left"/>
            </w:pPr>
            <w:r>
              <w:rPr>
                <w:sz w:val="16"/>
              </w:rPr>
              <w:t>event-days per year</w:t>
            </w:r>
          </w:p>
        </w:tc>
        <w:tc>
          <w:tcPr>
            <w:tcW w:type="dxa" w:w="1583"/>
          </w:tcPr>
          <w:p>
            <w:pPr>
              <w:spacing w:after="0"/>
              <w:jc w:val="left"/>
            </w:pPr>
            <w:r>
              <w:rPr>
                <w:sz w:val="16"/>
              </w:rPr>
              <w:t>about 59.5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10 of 30 years, 1996 to 2025 (33.3%)</w:t>
            </w:r>
          </w:p>
        </w:tc>
        <w:tc>
          <w:tcPr>
            <w:tcW w:type="dxa" w:w="1524"/>
          </w:tcPr>
          <w:p>
            <w:pPr>
              <w:spacing w:after="0"/>
              <w:jc w:val="right"/>
            </w:pPr>
            <w:r>
              <w:rPr>
                <w:sz w:val="16"/>
              </w:rPr>
              <w:t>1,547</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0.00117</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0.117%</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1.92</w:t>
            </w:r>
          </w:p>
        </w:tc>
        <w:tc>
          <w:tcPr>
            <w:tcW w:type="dxa" w:w="1280"/>
          </w:tcPr>
          <w:p>
            <w:pPr>
              <w:spacing w:after="0"/>
              <w:jc w:val="left"/>
            </w:pPr>
            <w:r>
              <w:rPr>
                <w:sz w:val="16"/>
              </w:rPr>
              <w:t>events per year</w:t>
            </w:r>
          </w:p>
        </w:tc>
        <w:tc>
          <w:tcPr>
            <w:tcW w:type="dxa" w:w="1583"/>
          </w:tcPr>
          <w:p>
            <w:pPr>
              <w:spacing w:after="0"/>
              <w:jc w:val="left"/>
            </w:pPr>
            <w:r>
              <w:rPr>
                <w:sz w:val="16"/>
              </w:rPr>
              <w:t>about 1.92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73.0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6.58</w:t>
            </w:r>
          </w:p>
        </w:tc>
        <w:tc>
          <w:tcPr>
            <w:tcW w:type="dxa" w:w="1280"/>
          </w:tcPr>
          <w:p>
            <w:pPr>
              <w:spacing w:after="0"/>
              <w:jc w:val="left"/>
            </w:pPr>
            <w:r>
              <w:rPr>
                <w:sz w:val="16"/>
              </w:rPr>
              <w:t>event-days per year</w:t>
            </w:r>
          </w:p>
        </w:tc>
        <w:tc>
          <w:tcPr>
            <w:tcW w:type="dxa" w:w="1583"/>
          </w:tcPr>
          <w:p>
            <w:pPr>
              <w:spacing w:after="0"/>
              <w:jc w:val="left"/>
            </w:pPr>
            <w:r>
              <w:rPr>
                <w:sz w:val="16"/>
              </w:rPr>
              <w:t>about 6.58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108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0.0972</w:t>
            </w:r>
          </w:p>
        </w:tc>
        <w:tc>
          <w:tcPr>
            <w:tcW w:type="dxa" w:w="1280"/>
          </w:tcPr>
          <w:p>
            <w:pPr>
              <w:spacing w:after="0"/>
              <w:jc w:val="left"/>
            </w:pPr>
            <w:r>
              <w:rPr>
                <w:sz w:val="16"/>
              </w:rPr>
              <w:t>events per year</w:t>
            </w:r>
          </w:p>
        </w:tc>
        <w:tc>
          <w:tcPr>
            <w:tcW w:type="dxa" w:w="1583"/>
          </w:tcPr>
          <w:p>
            <w:pPr>
              <w:spacing w:after="0"/>
              <w:jc w:val="left"/>
            </w:pPr>
            <w:r>
              <w:rPr>
                <w:sz w:val="16"/>
              </w:rPr>
              <w:t>about 1 in 10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32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0.378</w:t>
            </w:r>
          </w:p>
        </w:tc>
        <w:tc>
          <w:tcPr>
            <w:tcW w:type="dxa" w:w="1280"/>
          </w:tcPr>
          <w:p>
            <w:pPr>
              <w:spacing w:after="0"/>
              <w:jc w:val="left"/>
            </w:pPr>
            <w:r>
              <w:rPr>
                <w:sz w:val="16"/>
              </w:rPr>
              <w:t>event-days per year</w:t>
            </w:r>
          </w:p>
        </w:tc>
        <w:tc>
          <w:tcPr>
            <w:tcW w:type="dxa" w:w="1583"/>
          </w:tcPr>
          <w:p>
            <w:pPr>
              <w:spacing w:after="0"/>
              <w:jc w:val="left"/>
            </w:pPr>
            <w:r>
              <w:rPr>
                <w:sz w:val="16"/>
              </w:rPr>
              <w:t>about 0.378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26</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0.107</w:t>
            </w:r>
          </w:p>
        </w:tc>
        <w:tc>
          <w:tcPr>
            <w:tcW w:type="dxa" w:w="1280"/>
          </w:tcPr>
          <w:p>
            <w:pPr>
              <w:spacing w:after="0"/>
              <w:jc w:val="left"/>
            </w:pPr>
            <w:r>
              <w:rPr>
                <w:sz w:val="16"/>
              </w:rPr>
              <w:t>event-days per year</w:t>
            </w:r>
          </w:p>
        </w:tc>
        <w:tc>
          <w:tcPr>
            <w:tcW w:type="dxa" w:w="1583"/>
          </w:tcPr>
          <w:p>
            <w:pPr>
              <w:spacing w:after="0"/>
              <w:jc w:val="left"/>
            </w:pPr>
            <w:r>
              <w:rPr>
                <w:sz w:val="16"/>
              </w:rPr>
              <w:t>about 0.107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3</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0.458</w:t>
            </w:r>
          </w:p>
        </w:tc>
        <w:tc>
          <w:tcPr>
            <w:tcW w:type="dxa" w:w="1280"/>
          </w:tcPr>
          <w:p>
            <w:pPr>
              <w:spacing w:after="0"/>
              <w:jc w:val="left"/>
            </w:pPr>
            <w:r>
              <w:rPr>
                <w:sz w:val="16"/>
              </w:rPr>
              <w:t>events per year (modeled)</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68.5</w:t>
            </w:r>
          </w:p>
        </w:tc>
        <w:tc>
          <w:tcPr>
            <w:tcW w:type="dxa" w:w="1280"/>
          </w:tcPr>
          <w:p>
            <w:pPr>
              <w:spacing w:after="0"/>
              <w:jc w:val="left"/>
            </w:pPr>
            <w:r>
              <w:rPr>
                <w:sz w:val="16"/>
              </w:rPr>
              <w:t>days per year with a strike</w:t>
            </w:r>
          </w:p>
        </w:tc>
        <w:tc>
          <w:tcPr>
            <w:tcW w:type="dxa" w:w="1583"/>
          </w:tcPr>
          <w:p>
            <w:pPr>
              <w:spacing w:after="0"/>
              <w:jc w:val="left"/>
            </w:pPr>
            <w:r>
              <w:rPr>
                <w:sz w:val="16"/>
              </w:rPr>
              <w:t>about 68.5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1.37</w:t>
            </w:r>
          </w:p>
        </w:tc>
        <w:tc>
          <w:tcPr>
            <w:tcW w:type="dxa" w:w="1280"/>
          </w:tcPr>
          <w:p>
            <w:pPr>
              <w:spacing w:after="0"/>
              <w:jc w:val="left"/>
            </w:pPr>
            <w:r>
              <w:rPr>
                <w:sz w:val="16"/>
              </w:rPr>
              <w:t>events per year</w:t>
            </w:r>
          </w:p>
        </w:tc>
        <w:tc>
          <w:tcPr>
            <w:tcW w:type="dxa" w:w="1583"/>
          </w:tcPr>
          <w:p>
            <w:pPr>
              <w:spacing w:after="0"/>
              <w:jc w:val="left"/>
            </w:pPr>
            <w:r>
              <w:rPr>
                <w:sz w:val="16"/>
              </w:rPr>
              <w:t>about 1.37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52</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0.364</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0.000866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0.0866%</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0.316</w:t>
            </w:r>
          </w:p>
        </w:tc>
        <w:tc>
          <w:tcPr>
            <w:tcW w:type="dxa" w:w="1280"/>
          </w:tcPr>
          <w:p>
            <w:pPr>
              <w:spacing w:after="0"/>
              <w:jc w:val="left"/>
            </w:pPr>
            <w:r>
              <w:rPr>
                <w:sz w:val="16"/>
              </w:rPr>
              <w:t>event-days per year</w:t>
            </w:r>
          </w:p>
        </w:tc>
        <w:tc>
          <w:tcPr>
            <w:tcW w:type="dxa" w:w="1583"/>
          </w:tcPr>
          <w:p>
            <w:pPr>
              <w:spacing w:after="0"/>
              <w:jc w:val="left"/>
            </w:pPr>
            <w:r>
              <w:rPr>
                <w:sz w:val="16"/>
              </w:rPr>
              <w:t>about 0.316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1514"/>
          </w:tcPr>
          <w:p>
            <w:pPr>
              <w:spacing w:after="0"/>
              <w:jc w:val="right"/>
            </w:pPr>
            <w:r>
              <w:rPr>
                <w:sz w:val="16"/>
              </w:rPr>
              <w:t>2 of 2</w:t>
            </w:r>
          </w:p>
        </w:tc>
        <w:tc>
          <w:tcPr>
            <w:tcW w:type="dxa" w:w="1443"/>
          </w:tcPr>
          <w:p>
            <w:pPr>
              <w:spacing w:after="0"/>
              <w:jc w:val="right"/>
            </w:pPr>
            <w:r>
              <w:rPr>
                <w:sz w:val="16"/>
              </w:rPr>
              <w:t>19.5</w:t>
            </w:r>
          </w:p>
        </w:tc>
        <w:tc>
          <w:tcPr>
            <w:tcW w:type="dxa" w:w="1514"/>
          </w:tcPr>
          <w:p>
            <w:pPr>
              <w:spacing w:after="0"/>
              <w:jc w:val="right"/>
            </w:pPr>
            <w:r>
              <w:rPr>
                <w:sz w:val="16"/>
              </w:rPr>
              <w:t>20.4</w:t>
            </w:r>
          </w:p>
        </w:tc>
        <w:tc>
          <w:tcPr>
            <w:tcW w:type="dxa" w:w="1443"/>
          </w:tcPr>
          <w:p>
            <w:pPr>
              <w:spacing w:after="0"/>
              <w:jc w:val="right"/>
            </w:pPr>
            <w:r>
              <w:rPr>
                <w:sz w:val="16"/>
              </w:rPr>
              <w:t>21.3</w:t>
            </w:r>
          </w:p>
        </w:tc>
        <w:tc>
          <w:tcPr>
            <w:tcW w:type="dxa" w:w="5889"/>
          </w:tcPr>
          <w:p>
            <w:pPr>
              <w:spacing w:after="0"/>
              <w:jc w:val="left"/>
            </w:pPr>
            <w:r>
              <w:rPr>
                <w:sz w:val="16"/>
              </w:rPr>
              <w:t>Relatively Low 2</w:t>
            </w:r>
          </w:p>
        </w:tc>
      </w:tr>
      <w:tr>
        <w:trPr>
          <w:cantSplit/>
        </w:trPr>
        <w:tc>
          <w:tcPr>
            <w:tcW w:type="dxa" w:w="2309"/>
          </w:tcPr>
          <w:p>
            <w:pPr>
              <w:spacing w:after="0"/>
              <w:jc w:val="left"/>
            </w:pPr>
            <w:r>
              <w:rPr>
                <w:sz w:val="16"/>
              </w:rPr>
              <w:t>Drought</w:t>
            </w:r>
          </w:p>
        </w:tc>
        <w:tc>
          <w:tcPr>
            <w:tcW w:type="dxa" w:w="1514"/>
          </w:tcPr>
          <w:p>
            <w:pPr>
              <w:spacing w:after="0"/>
              <w:jc w:val="right"/>
            </w:pPr>
            <w:r>
              <w:rPr>
                <w:sz w:val="16"/>
              </w:rPr>
              <w:t>2 of 2</w:t>
            </w:r>
          </w:p>
        </w:tc>
        <w:tc>
          <w:tcPr>
            <w:tcW w:type="dxa" w:w="1443"/>
          </w:tcPr>
          <w:p>
            <w:pPr>
              <w:spacing w:after="0"/>
              <w:jc w:val="right"/>
            </w:pPr>
            <w:r>
              <w:rPr>
                <w:sz w:val="16"/>
              </w:rPr>
              <w:t>95.6</w:t>
            </w:r>
          </w:p>
        </w:tc>
        <w:tc>
          <w:tcPr>
            <w:tcW w:type="dxa" w:w="1514"/>
          </w:tcPr>
          <w:p>
            <w:pPr>
              <w:spacing w:after="0"/>
              <w:jc w:val="right"/>
            </w:pPr>
            <w:r>
              <w:rPr>
                <w:sz w:val="16"/>
              </w:rPr>
              <w:t>95.8</w:t>
            </w:r>
          </w:p>
        </w:tc>
        <w:tc>
          <w:tcPr>
            <w:tcW w:type="dxa" w:w="1443"/>
          </w:tcPr>
          <w:p>
            <w:pPr>
              <w:spacing w:after="0"/>
              <w:jc w:val="right"/>
            </w:pPr>
            <w:r>
              <w:rPr>
                <w:sz w:val="16"/>
              </w:rPr>
              <w:t>96.1</w:t>
            </w:r>
          </w:p>
        </w:tc>
        <w:tc>
          <w:tcPr>
            <w:tcW w:type="dxa" w:w="5889"/>
          </w:tcPr>
          <w:p>
            <w:pPr>
              <w:spacing w:after="0"/>
              <w:jc w:val="left"/>
            </w:pPr>
            <w:r>
              <w:rPr>
                <w:sz w:val="16"/>
              </w:rPr>
              <w:t>Relatively Moderate 2</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2 of 2</w:t>
            </w:r>
          </w:p>
        </w:tc>
        <w:tc>
          <w:tcPr>
            <w:tcW w:type="dxa" w:w="1443"/>
          </w:tcPr>
          <w:p>
            <w:pPr>
              <w:spacing w:after="0"/>
              <w:jc w:val="right"/>
            </w:pPr>
            <w:r>
              <w:rPr>
                <w:sz w:val="16"/>
              </w:rPr>
              <w:t>51.0</w:t>
            </w:r>
          </w:p>
        </w:tc>
        <w:tc>
          <w:tcPr>
            <w:tcW w:type="dxa" w:w="1514"/>
          </w:tcPr>
          <w:p>
            <w:pPr>
              <w:spacing w:after="0"/>
              <w:jc w:val="right"/>
            </w:pPr>
            <w:r>
              <w:rPr>
                <w:sz w:val="16"/>
              </w:rPr>
              <w:t>56.5</w:t>
            </w:r>
          </w:p>
        </w:tc>
        <w:tc>
          <w:tcPr>
            <w:tcW w:type="dxa" w:w="1443"/>
          </w:tcPr>
          <w:p>
            <w:pPr>
              <w:spacing w:after="0"/>
              <w:jc w:val="right"/>
            </w:pPr>
            <w:r>
              <w:rPr>
                <w:sz w:val="16"/>
              </w:rPr>
              <w:t>62.1</w:t>
            </w:r>
          </w:p>
        </w:tc>
        <w:tc>
          <w:tcPr>
            <w:tcW w:type="dxa" w:w="5889"/>
          </w:tcPr>
          <w:p>
            <w:pPr>
              <w:spacing w:after="0"/>
              <w:jc w:val="left"/>
            </w:pPr>
            <w:r>
              <w:rPr>
                <w:sz w:val="16"/>
              </w:rPr>
              <w:t>Relatively Low 2</w:t>
            </w:r>
          </w:p>
        </w:tc>
      </w:tr>
      <w:tr>
        <w:trPr>
          <w:cantSplit/>
        </w:trPr>
        <w:tc>
          <w:tcPr>
            <w:tcW w:type="dxa" w:w="2309"/>
          </w:tcPr>
          <w:p>
            <w:pPr>
              <w:spacing w:after="0"/>
              <w:jc w:val="left"/>
            </w:pPr>
            <w:r>
              <w:rPr>
                <w:sz w:val="16"/>
              </w:rPr>
              <w:t>Hail</w:t>
            </w:r>
          </w:p>
        </w:tc>
        <w:tc>
          <w:tcPr>
            <w:tcW w:type="dxa" w:w="1514"/>
          </w:tcPr>
          <w:p>
            <w:pPr>
              <w:spacing w:after="0"/>
              <w:jc w:val="right"/>
            </w:pPr>
            <w:r>
              <w:rPr>
                <w:sz w:val="16"/>
              </w:rPr>
              <w:t>2 of 2</w:t>
            </w:r>
          </w:p>
        </w:tc>
        <w:tc>
          <w:tcPr>
            <w:tcW w:type="dxa" w:w="1443"/>
          </w:tcPr>
          <w:p>
            <w:pPr>
              <w:spacing w:after="0"/>
              <w:jc w:val="right"/>
            </w:pPr>
            <w:r>
              <w:rPr>
                <w:sz w:val="16"/>
              </w:rPr>
              <w:t>60.4</w:t>
            </w:r>
          </w:p>
        </w:tc>
        <w:tc>
          <w:tcPr>
            <w:tcW w:type="dxa" w:w="1514"/>
          </w:tcPr>
          <w:p>
            <w:pPr>
              <w:spacing w:after="0"/>
              <w:jc w:val="right"/>
            </w:pPr>
            <w:r>
              <w:rPr>
                <w:sz w:val="16"/>
              </w:rPr>
              <w:t>64.3</w:t>
            </w:r>
          </w:p>
        </w:tc>
        <w:tc>
          <w:tcPr>
            <w:tcW w:type="dxa" w:w="1443"/>
          </w:tcPr>
          <w:p>
            <w:pPr>
              <w:spacing w:after="0"/>
              <w:jc w:val="right"/>
            </w:pPr>
            <w:r>
              <w:rPr>
                <w:sz w:val="16"/>
              </w:rPr>
              <w:t>68.2</w:t>
            </w:r>
          </w:p>
        </w:tc>
        <w:tc>
          <w:tcPr>
            <w:tcW w:type="dxa" w:w="5889"/>
          </w:tcPr>
          <w:p>
            <w:pPr>
              <w:spacing w:after="0"/>
              <w:jc w:val="left"/>
            </w:pPr>
            <w:r>
              <w:rPr>
                <w:sz w:val="16"/>
              </w:rPr>
              <w:t>Relatively Low 2</w:t>
            </w:r>
          </w:p>
        </w:tc>
      </w:tr>
      <w:tr>
        <w:trPr>
          <w:cantSplit/>
        </w:trPr>
        <w:tc>
          <w:tcPr>
            <w:tcW w:type="dxa" w:w="2309"/>
          </w:tcPr>
          <w:p>
            <w:pPr>
              <w:spacing w:after="0"/>
              <w:jc w:val="left"/>
            </w:pPr>
            <w:r>
              <w:rPr>
                <w:sz w:val="16"/>
              </w:rPr>
              <w:t>Heat Wave</w:t>
            </w:r>
          </w:p>
        </w:tc>
        <w:tc>
          <w:tcPr>
            <w:tcW w:type="dxa" w:w="1514"/>
          </w:tcPr>
          <w:p>
            <w:pPr>
              <w:spacing w:after="0"/>
              <w:jc w:val="right"/>
            </w:pPr>
            <w:r>
              <w:rPr>
                <w:sz w:val="16"/>
              </w:rPr>
              <w:t>2 of 2</w:t>
            </w:r>
          </w:p>
        </w:tc>
        <w:tc>
          <w:tcPr>
            <w:tcW w:type="dxa" w:w="1443"/>
          </w:tcPr>
          <w:p>
            <w:pPr>
              <w:spacing w:after="0"/>
              <w:jc w:val="right"/>
            </w:pPr>
            <w:r>
              <w:rPr>
                <w:sz w:val="16"/>
              </w:rPr>
              <w:t>58.8</w:t>
            </w:r>
          </w:p>
        </w:tc>
        <w:tc>
          <w:tcPr>
            <w:tcW w:type="dxa" w:w="1514"/>
          </w:tcPr>
          <w:p>
            <w:pPr>
              <w:spacing w:after="0"/>
              <w:jc w:val="right"/>
            </w:pPr>
            <w:r>
              <w:rPr>
                <w:sz w:val="16"/>
              </w:rPr>
              <w:t>67.6</w:t>
            </w:r>
          </w:p>
        </w:tc>
        <w:tc>
          <w:tcPr>
            <w:tcW w:type="dxa" w:w="1443"/>
          </w:tcPr>
          <w:p>
            <w:pPr>
              <w:spacing w:after="0"/>
              <w:jc w:val="right"/>
            </w:pPr>
            <w:r>
              <w:rPr>
                <w:sz w:val="16"/>
              </w:rPr>
              <w:t>76.4</w:t>
            </w:r>
          </w:p>
        </w:tc>
        <w:tc>
          <w:tcPr>
            <w:tcW w:type="dxa" w:w="5889"/>
          </w:tcPr>
          <w:p>
            <w:pPr>
              <w:spacing w:after="0"/>
              <w:jc w:val="left"/>
            </w:pPr>
            <w:r>
              <w:rPr>
                <w:sz w:val="16"/>
              </w:rPr>
              <w:t>Relatively Moderate 2</w:t>
            </w:r>
          </w:p>
        </w:tc>
      </w:tr>
      <w:tr>
        <w:trPr>
          <w:cantSplit/>
        </w:trPr>
        <w:tc>
          <w:tcPr>
            <w:tcW w:type="dxa" w:w="2309"/>
          </w:tcPr>
          <w:p>
            <w:pPr>
              <w:spacing w:after="0"/>
              <w:jc w:val="left"/>
            </w:pPr>
            <w:r>
              <w:rPr>
                <w:sz w:val="16"/>
              </w:rPr>
              <w:t>Hurricane</w:t>
            </w:r>
          </w:p>
        </w:tc>
        <w:tc>
          <w:tcPr>
            <w:tcW w:type="dxa" w:w="1514"/>
          </w:tcPr>
          <w:p>
            <w:pPr>
              <w:spacing w:after="0"/>
              <w:jc w:val="right"/>
            </w:pPr>
            <w:r>
              <w:rPr>
                <w:sz w:val="16"/>
              </w:rPr>
              <w:t>2 of 2</w:t>
            </w:r>
          </w:p>
        </w:tc>
        <w:tc>
          <w:tcPr>
            <w:tcW w:type="dxa" w:w="1443"/>
          </w:tcPr>
          <w:p>
            <w:pPr>
              <w:spacing w:after="0"/>
              <w:jc w:val="right"/>
            </w:pPr>
            <w:r>
              <w:rPr>
                <w:sz w:val="16"/>
              </w:rPr>
              <w:t>75.8</w:t>
            </w:r>
          </w:p>
        </w:tc>
        <w:tc>
          <w:tcPr>
            <w:tcW w:type="dxa" w:w="1514"/>
          </w:tcPr>
          <w:p>
            <w:pPr>
              <w:spacing w:after="0"/>
              <w:jc w:val="right"/>
            </w:pPr>
            <w:r>
              <w:rPr>
                <w:sz w:val="16"/>
              </w:rPr>
              <w:t>77.8</w:t>
            </w:r>
          </w:p>
        </w:tc>
        <w:tc>
          <w:tcPr>
            <w:tcW w:type="dxa" w:w="1443"/>
          </w:tcPr>
          <w:p>
            <w:pPr>
              <w:spacing w:after="0"/>
              <w:jc w:val="right"/>
            </w:pPr>
            <w:r>
              <w:rPr>
                <w:sz w:val="16"/>
              </w:rPr>
              <w:t>79.8</w:t>
            </w:r>
          </w:p>
        </w:tc>
        <w:tc>
          <w:tcPr>
            <w:tcW w:type="dxa" w:w="5889"/>
          </w:tcPr>
          <w:p>
            <w:pPr>
              <w:spacing w:after="0"/>
              <w:jc w:val="left"/>
            </w:pPr>
            <w:r>
              <w:rPr>
                <w:sz w:val="16"/>
              </w:rPr>
              <w:t>Relatively Moderate 1, Relatively Low 1</w:t>
            </w:r>
          </w:p>
        </w:tc>
      </w:tr>
      <w:tr>
        <w:trPr>
          <w:cantSplit/>
        </w:trPr>
        <w:tc>
          <w:tcPr>
            <w:tcW w:type="dxa" w:w="2309"/>
          </w:tcPr>
          <w:p>
            <w:pPr>
              <w:spacing w:after="0"/>
              <w:jc w:val="left"/>
            </w:pPr>
            <w:r>
              <w:rPr>
                <w:sz w:val="16"/>
              </w:rPr>
              <w:t>Ice Storm</w:t>
            </w:r>
          </w:p>
        </w:tc>
        <w:tc>
          <w:tcPr>
            <w:tcW w:type="dxa" w:w="1514"/>
          </w:tcPr>
          <w:p>
            <w:pPr>
              <w:spacing w:after="0"/>
              <w:jc w:val="right"/>
            </w:pPr>
            <w:r>
              <w:rPr>
                <w:sz w:val="16"/>
              </w:rPr>
              <w:t>2 of 2</w:t>
            </w:r>
          </w:p>
        </w:tc>
        <w:tc>
          <w:tcPr>
            <w:tcW w:type="dxa" w:w="1443"/>
          </w:tcPr>
          <w:p>
            <w:pPr>
              <w:spacing w:after="0"/>
              <w:jc w:val="right"/>
            </w:pPr>
            <w:r>
              <w:rPr>
                <w:sz w:val="16"/>
              </w:rPr>
              <w:t>19.3</w:t>
            </w:r>
          </w:p>
        </w:tc>
        <w:tc>
          <w:tcPr>
            <w:tcW w:type="dxa" w:w="1514"/>
          </w:tcPr>
          <w:p>
            <w:pPr>
              <w:spacing w:after="0"/>
              <w:jc w:val="right"/>
            </w:pPr>
            <w:r>
              <w:rPr>
                <w:sz w:val="16"/>
              </w:rPr>
              <w:t>25.3</w:t>
            </w:r>
          </w:p>
        </w:tc>
        <w:tc>
          <w:tcPr>
            <w:tcW w:type="dxa" w:w="1443"/>
          </w:tcPr>
          <w:p>
            <w:pPr>
              <w:spacing w:after="0"/>
              <w:jc w:val="right"/>
            </w:pPr>
            <w:r>
              <w:rPr>
                <w:sz w:val="16"/>
              </w:rPr>
              <w:t>31.2</w:t>
            </w:r>
          </w:p>
        </w:tc>
        <w:tc>
          <w:tcPr>
            <w:tcW w:type="dxa" w:w="5889"/>
          </w:tcPr>
          <w:p>
            <w:pPr>
              <w:spacing w:after="0"/>
              <w:jc w:val="left"/>
            </w:pPr>
            <w:r>
              <w:rPr>
                <w:sz w:val="16"/>
              </w:rPr>
              <w:t>Very Low 2</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2 of 2</w:t>
            </w:r>
          </w:p>
        </w:tc>
        <w:tc>
          <w:tcPr>
            <w:tcW w:type="dxa" w:w="1443"/>
          </w:tcPr>
          <w:p>
            <w:pPr>
              <w:spacing w:after="0"/>
              <w:jc w:val="right"/>
            </w:pPr>
            <w:r>
              <w:rPr>
                <w:sz w:val="16"/>
              </w:rPr>
              <w:t>27.0</w:t>
            </w:r>
          </w:p>
        </w:tc>
        <w:tc>
          <w:tcPr>
            <w:tcW w:type="dxa" w:w="1514"/>
          </w:tcPr>
          <w:p>
            <w:pPr>
              <w:spacing w:after="0"/>
              <w:jc w:val="right"/>
            </w:pPr>
            <w:r>
              <w:rPr>
                <w:sz w:val="16"/>
              </w:rPr>
              <w:t>43.9</w:t>
            </w:r>
          </w:p>
        </w:tc>
        <w:tc>
          <w:tcPr>
            <w:tcW w:type="dxa" w:w="1443"/>
          </w:tcPr>
          <w:p>
            <w:pPr>
              <w:spacing w:after="0"/>
              <w:jc w:val="right"/>
            </w:pPr>
            <w:r>
              <w:rPr>
                <w:sz w:val="16"/>
              </w:rPr>
              <w:t>60.8</w:t>
            </w:r>
          </w:p>
        </w:tc>
        <w:tc>
          <w:tcPr>
            <w:tcW w:type="dxa" w:w="5889"/>
          </w:tcPr>
          <w:p>
            <w:pPr>
              <w:spacing w:after="0"/>
              <w:jc w:val="left"/>
            </w:pPr>
            <w:r>
              <w:rPr>
                <w:sz w:val="16"/>
              </w:rPr>
              <w:t>Relatively Moderate 1, Relatively Low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2 of 2</w:t>
            </w:r>
          </w:p>
        </w:tc>
        <w:tc>
          <w:tcPr>
            <w:tcW w:type="dxa" w:w="1443"/>
          </w:tcPr>
          <w:p>
            <w:pPr>
              <w:spacing w:after="0"/>
              <w:jc w:val="right"/>
            </w:pPr>
            <w:r>
              <w:rPr>
                <w:sz w:val="16"/>
              </w:rPr>
              <w:t>76.2</w:t>
            </w:r>
          </w:p>
        </w:tc>
        <w:tc>
          <w:tcPr>
            <w:tcW w:type="dxa" w:w="1514"/>
          </w:tcPr>
          <w:p>
            <w:pPr>
              <w:spacing w:after="0"/>
              <w:jc w:val="right"/>
            </w:pPr>
            <w:r>
              <w:rPr>
                <w:sz w:val="16"/>
              </w:rPr>
              <w:t>83.9</w:t>
            </w:r>
          </w:p>
        </w:tc>
        <w:tc>
          <w:tcPr>
            <w:tcW w:type="dxa" w:w="1443"/>
          </w:tcPr>
          <w:p>
            <w:pPr>
              <w:spacing w:after="0"/>
              <w:jc w:val="right"/>
            </w:pPr>
            <w:r>
              <w:rPr>
                <w:sz w:val="16"/>
              </w:rPr>
              <w:t>91.7</w:t>
            </w:r>
          </w:p>
        </w:tc>
        <w:tc>
          <w:tcPr>
            <w:tcW w:type="dxa" w:w="5889"/>
          </w:tcPr>
          <w:p>
            <w:pPr>
              <w:spacing w:after="0"/>
              <w:jc w:val="left"/>
            </w:pPr>
            <w:r>
              <w:rPr>
                <w:sz w:val="16"/>
              </w:rPr>
              <w:t>Relatively Low 1, Very Low 1</w:t>
            </w:r>
          </w:p>
        </w:tc>
      </w:tr>
      <w:tr>
        <w:trPr>
          <w:cantSplit/>
        </w:trPr>
        <w:tc>
          <w:tcPr>
            <w:tcW w:type="dxa" w:w="2309"/>
          </w:tcPr>
          <w:p>
            <w:pPr>
              <w:spacing w:after="0"/>
              <w:jc w:val="left"/>
            </w:pPr>
            <w:r>
              <w:rPr>
                <w:sz w:val="16"/>
              </w:rPr>
              <w:t>Lightning</w:t>
            </w:r>
          </w:p>
        </w:tc>
        <w:tc>
          <w:tcPr>
            <w:tcW w:type="dxa" w:w="1514"/>
          </w:tcPr>
          <w:p>
            <w:pPr>
              <w:spacing w:after="0"/>
              <w:jc w:val="right"/>
            </w:pPr>
            <w:r>
              <w:rPr>
                <w:sz w:val="16"/>
              </w:rPr>
              <w:t>2 of 2</w:t>
            </w:r>
          </w:p>
        </w:tc>
        <w:tc>
          <w:tcPr>
            <w:tcW w:type="dxa" w:w="1443"/>
          </w:tcPr>
          <w:p>
            <w:pPr>
              <w:spacing w:after="0"/>
              <w:jc w:val="right"/>
            </w:pPr>
            <w:r>
              <w:rPr>
                <w:sz w:val="16"/>
              </w:rPr>
              <w:t>98.0</w:t>
            </w:r>
          </w:p>
        </w:tc>
        <w:tc>
          <w:tcPr>
            <w:tcW w:type="dxa" w:w="1514"/>
          </w:tcPr>
          <w:p>
            <w:pPr>
              <w:spacing w:after="0"/>
              <w:jc w:val="right"/>
            </w:pPr>
            <w:r>
              <w:rPr>
                <w:sz w:val="16"/>
              </w:rPr>
              <w:t>98.8</w:t>
            </w:r>
          </w:p>
        </w:tc>
        <w:tc>
          <w:tcPr>
            <w:tcW w:type="dxa" w:w="1443"/>
          </w:tcPr>
          <w:p>
            <w:pPr>
              <w:spacing w:after="0"/>
              <w:jc w:val="right"/>
            </w:pPr>
            <w:r>
              <w:rPr>
                <w:sz w:val="16"/>
              </w:rPr>
              <w:t>99.5</w:t>
            </w:r>
          </w:p>
        </w:tc>
        <w:tc>
          <w:tcPr>
            <w:tcW w:type="dxa" w:w="5889"/>
          </w:tcPr>
          <w:p>
            <w:pPr>
              <w:spacing w:after="0"/>
              <w:jc w:val="left"/>
            </w:pPr>
            <w:r>
              <w:rPr>
                <w:sz w:val="16"/>
              </w:rPr>
              <w:t>Very High 2</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2 of 2</w:t>
            </w:r>
          </w:p>
        </w:tc>
        <w:tc>
          <w:tcPr>
            <w:tcW w:type="dxa" w:w="1443"/>
          </w:tcPr>
          <w:p>
            <w:pPr>
              <w:spacing w:after="0"/>
              <w:jc w:val="right"/>
            </w:pPr>
            <w:r>
              <w:rPr>
                <w:sz w:val="16"/>
              </w:rPr>
              <w:t>55.4</w:t>
            </w:r>
          </w:p>
        </w:tc>
        <w:tc>
          <w:tcPr>
            <w:tcW w:type="dxa" w:w="1514"/>
          </w:tcPr>
          <w:p>
            <w:pPr>
              <w:spacing w:after="0"/>
              <w:jc w:val="right"/>
            </w:pPr>
            <w:r>
              <w:rPr>
                <w:sz w:val="16"/>
              </w:rPr>
              <w:t>62.6</w:t>
            </w:r>
          </w:p>
        </w:tc>
        <w:tc>
          <w:tcPr>
            <w:tcW w:type="dxa" w:w="1443"/>
          </w:tcPr>
          <w:p>
            <w:pPr>
              <w:spacing w:after="0"/>
              <w:jc w:val="right"/>
            </w:pPr>
            <w:r>
              <w:rPr>
                <w:sz w:val="16"/>
              </w:rPr>
              <w:t>69.9</w:t>
            </w:r>
          </w:p>
        </w:tc>
        <w:tc>
          <w:tcPr>
            <w:tcW w:type="dxa" w:w="5889"/>
          </w:tcPr>
          <w:p>
            <w:pPr>
              <w:spacing w:after="0"/>
              <w:jc w:val="left"/>
            </w:pPr>
            <w:r>
              <w:rPr>
                <w:sz w:val="16"/>
              </w:rPr>
              <w:t>Relatively Moderate 2</w:t>
            </w:r>
          </w:p>
        </w:tc>
      </w:tr>
      <w:tr>
        <w:trPr>
          <w:cantSplit/>
        </w:trPr>
        <w:tc>
          <w:tcPr>
            <w:tcW w:type="dxa" w:w="2309"/>
          </w:tcPr>
          <w:p>
            <w:pPr>
              <w:spacing w:after="0"/>
              <w:jc w:val="left"/>
            </w:pPr>
            <w:r>
              <w:rPr>
                <w:sz w:val="16"/>
              </w:rPr>
              <w:t>Tornado</w:t>
            </w:r>
          </w:p>
        </w:tc>
        <w:tc>
          <w:tcPr>
            <w:tcW w:type="dxa" w:w="1514"/>
          </w:tcPr>
          <w:p>
            <w:pPr>
              <w:spacing w:after="0"/>
              <w:jc w:val="right"/>
            </w:pPr>
            <w:r>
              <w:rPr>
                <w:sz w:val="16"/>
              </w:rPr>
              <w:t>2 of 2</w:t>
            </w:r>
          </w:p>
        </w:tc>
        <w:tc>
          <w:tcPr>
            <w:tcW w:type="dxa" w:w="1443"/>
          </w:tcPr>
          <w:p>
            <w:pPr>
              <w:spacing w:after="0"/>
              <w:jc w:val="right"/>
            </w:pPr>
            <w:r>
              <w:rPr>
                <w:sz w:val="16"/>
              </w:rPr>
              <w:t>89.0</w:t>
            </w:r>
          </w:p>
        </w:tc>
        <w:tc>
          <w:tcPr>
            <w:tcW w:type="dxa" w:w="1514"/>
          </w:tcPr>
          <w:p>
            <w:pPr>
              <w:spacing w:after="0"/>
              <w:jc w:val="right"/>
            </w:pPr>
            <w:r>
              <w:rPr>
                <w:sz w:val="16"/>
              </w:rPr>
              <w:t>93.0</w:t>
            </w:r>
          </w:p>
        </w:tc>
        <w:tc>
          <w:tcPr>
            <w:tcW w:type="dxa" w:w="1443"/>
          </w:tcPr>
          <w:p>
            <w:pPr>
              <w:spacing w:after="0"/>
              <w:jc w:val="right"/>
            </w:pPr>
            <w:r>
              <w:rPr>
                <w:sz w:val="16"/>
              </w:rPr>
              <w:t>97.1</w:t>
            </w:r>
          </w:p>
        </w:tc>
        <w:tc>
          <w:tcPr>
            <w:tcW w:type="dxa" w:w="5889"/>
          </w:tcPr>
          <w:p>
            <w:pPr>
              <w:spacing w:after="0"/>
              <w:jc w:val="left"/>
            </w:pPr>
            <w:r>
              <w:rPr>
                <w:sz w:val="16"/>
              </w:rPr>
              <w:t>Very High 1, Relatively High 1</w:t>
            </w:r>
          </w:p>
        </w:tc>
      </w:tr>
      <w:tr>
        <w:trPr>
          <w:cantSplit/>
        </w:trPr>
        <w:tc>
          <w:tcPr>
            <w:tcW w:type="dxa" w:w="2309"/>
          </w:tcPr>
          <w:p>
            <w:pPr>
              <w:spacing w:after="0"/>
              <w:jc w:val="left"/>
            </w:pPr>
            <w:r>
              <w:rPr>
                <w:sz w:val="16"/>
              </w:rPr>
              <w:t>Wildfire</w:t>
            </w:r>
          </w:p>
        </w:tc>
        <w:tc>
          <w:tcPr>
            <w:tcW w:type="dxa" w:w="1514"/>
          </w:tcPr>
          <w:p>
            <w:pPr>
              <w:spacing w:after="0"/>
              <w:jc w:val="right"/>
            </w:pPr>
            <w:r>
              <w:rPr>
                <w:sz w:val="16"/>
              </w:rPr>
              <w:t>2 of 2</w:t>
            </w:r>
          </w:p>
        </w:tc>
        <w:tc>
          <w:tcPr>
            <w:tcW w:type="dxa" w:w="1443"/>
          </w:tcPr>
          <w:p>
            <w:pPr>
              <w:spacing w:after="0"/>
              <w:jc w:val="right"/>
            </w:pPr>
            <w:r>
              <w:rPr>
                <w:sz w:val="16"/>
              </w:rPr>
              <w:t>82.6</w:t>
            </w:r>
          </w:p>
        </w:tc>
        <w:tc>
          <w:tcPr>
            <w:tcW w:type="dxa" w:w="1514"/>
          </w:tcPr>
          <w:p>
            <w:pPr>
              <w:spacing w:after="0"/>
              <w:jc w:val="right"/>
            </w:pPr>
            <w:r>
              <w:rPr>
                <w:sz w:val="16"/>
              </w:rPr>
              <w:t>85.5</w:t>
            </w:r>
          </w:p>
        </w:tc>
        <w:tc>
          <w:tcPr>
            <w:tcW w:type="dxa" w:w="1443"/>
          </w:tcPr>
          <w:p>
            <w:pPr>
              <w:spacing w:after="0"/>
              <w:jc w:val="right"/>
            </w:pPr>
            <w:r>
              <w:rPr>
                <w:sz w:val="16"/>
              </w:rPr>
              <w:t>88.5</w:t>
            </w:r>
          </w:p>
        </w:tc>
        <w:tc>
          <w:tcPr>
            <w:tcW w:type="dxa" w:w="5889"/>
          </w:tcPr>
          <w:p>
            <w:pPr>
              <w:spacing w:after="0"/>
              <w:jc w:val="left"/>
            </w:pPr>
            <w:r>
              <w:rPr>
                <w:sz w:val="16"/>
              </w:rPr>
              <w:t>Relatively Moderate 1, Relatively Low 1</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2 of 2</w:t>
            </w:r>
          </w:p>
        </w:tc>
        <w:tc>
          <w:tcPr>
            <w:tcW w:type="dxa" w:w="1443"/>
          </w:tcPr>
          <w:p>
            <w:pPr>
              <w:spacing w:after="0"/>
              <w:jc w:val="right"/>
            </w:pPr>
            <w:r>
              <w:rPr>
                <w:sz w:val="16"/>
              </w:rPr>
              <w:t>21.4</w:t>
            </w:r>
          </w:p>
        </w:tc>
        <w:tc>
          <w:tcPr>
            <w:tcW w:type="dxa" w:w="1514"/>
          </w:tcPr>
          <w:p>
            <w:pPr>
              <w:spacing w:after="0"/>
              <w:jc w:val="right"/>
            </w:pPr>
            <w:r>
              <w:rPr>
                <w:sz w:val="16"/>
              </w:rPr>
              <w:t>23.1</w:t>
            </w:r>
          </w:p>
        </w:tc>
        <w:tc>
          <w:tcPr>
            <w:tcW w:type="dxa" w:w="1443"/>
          </w:tcPr>
          <w:p>
            <w:pPr>
              <w:spacing w:after="0"/>
              <w:jc w:val="right"/>
            </w:pPr>
            <w:r>
              <w:rPr>
                <w:sz w:val="16"/>
              </w:rPr>
              <w:t>24.7</w:t>
            </w:r>
          </w:p>
        </w:tc>
        <w:tc>
          <w:tcPr>
            <w:tcW w:type="dxa" w:w="5889"/>
          </w:tcPr>
          <w:p>
            <w:pPr>
              <w:spacing w:after="0"/>
              <w:jc w:val="left"/>
            </w:pPr>
            <w:r>
              <w:rPr>
                <w:sz w:val="16"/>
              </w:rPr>
              <w:t>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Stewart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2026-10-18</w:t>
            </w:r>
          </w:p>
        </w:tc>
        <w:tc>
          <w:tcPr>
            <w:tcW w:type="dxa" w:w="2424"/>
          </w:tcPr>
          <w:p>
            <w:pPr>
              <w:spacing w:after="0"/>
              <w:jc w:val="right"/>
            </w:pPr>
            <w:r>
              <w:rPr>
                <w:sz w:val="16"/>
              </w:rPr>
              <w:t>FMA RL 0, SRL 0; any 0</w:t>
            </w:r>
          </w:p>
        </w:tc>
        <w:tc>
          <w:tcPr>
            <w:tcW w:type="dxa" w:w="2506"/>
          </w:tcPr>
          <w:p>
            <w:pPr>
              <w:spacing w:after="0"/>
              <w:jc w:val="right"/>
            </w:pPr>
            <w:r>
              <w:rPr>
                <w:sz w:val="16"/>
              </w:rPr>
              <w:t>$205,693.93</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Lumpkin city</w:t>
            </w:r>
          </w:p>
        </w:tc>
        <w:tc>
          <w:tcPr>
            <w:tcW w:type="dxa" w:w="1603"/>
          </w:tcPr>
          <w:p>
            <w:pPr>
              <w:spacing w:after="0"/>
              <w:jc w:val="left"/>
            </w:pPr>
            <w:r>
              <w:rPr>
                <w:sz w:val="16"/>
              </w:rPr>
              <w:t>City</w:t>
            </w:r>
          </w:p>
        </w:tc>
        <w:tc>
          <w:tcPr>
            <w:tcW w:type="dxa" w:w="3040"/>
          </w:tcPr>
          <w:p>
            <w:pPr>
              <w:spacing w:after="0"/>
              <w:jc w:val="left"/>
            </w:pPr>
            <w:r>
              <w:rPr>
                <w:sz w:val="16"/>
              </w:rPr>
              <w:t>Approved, expires 2026-10-18</w:t>
            </w:r>
          </w:p>
        </w:tc>
        <w:tc>
          <w:tcPr>
            <w:tcW w:type="dxa" w:w="2424"/>
          </w:tcPr>
          <w:p>
            <w:pPr>
              <w:spacing w:after="0"/>
              <w:jc w:val="right"/>
            </w:pPr>
            <w:r>
              <w:rPr>
                <w:sz w:val="16"/>
              </w:rPr>
              <w:t>FMA RL 0, SRL 0; any 0</w:t>
            </w:r>
          </w:p>
        </w:tc>
        <w:tc>
          <w:tcPr>
            <w:tcW w:type="dxa" w:w="2506"/>
          </w:tcPr>
          <w:p>
            <w:pPr>
              <w:spacing w:after="0"/>
              <w:jc w:val="right"/>
            </w:pPr>
            <w:r>
              <w:rPr>
                <w:sz w:val="16"/>
              </w:rPr>
              <w:t>$88,774.36</w:t>
            </w:r>
          </w:p>
        </w:tc>
        <w:tc>
          <w:tcPr>
            <w:tcW w:type="dxa" w:w="2834"/>
          </w:tcPr>
          <w:p>
            <w:pPr>
              <w:spacing w:after="0"/>
              <w:jc w:val="right"/>
            </w:pPr>
            <w:r>
              <w:rPr>
                <w:sz w:val="16"/>
              </w:rPr>
              <w:t>27 total; 0 since its plan</w:t>
            </w:r>
          </w:p>
        </w:tc>
      </w:tr>
      <w:tr>
        <w:trPr>
          <w:cantSplit/>
        </w:trPr>
        <w:tc>
          <w:tcPr>
            <w:tcW w:type="dxa" w:w="1705"/>
          </w:tcPr>
          <w:p>
            <w:pPr>
              <w:spacing w:after="0"/>
              <w:jc w:val="left"/>
            </w:pPr>
            <w:r>
              <w:rPr>
                <w:sz w:val="16"/>
              </w:rPr>
              <w:t>Richland city</w:t>
            </w:r>
          </w:p>
        </w:tc>
        <w:tc>
          <w:tcPr>
            <w:tcW w:type="dxa" w:w="1603"/>
          </w:tcPr>
          <w:p>
            <w:pPr>
              <w:spacing w:after="0"/>
              <w:jc w:val="left"/>
            </w:pPr>
            <w:r>
              <w:rPr>
                <w:sz w:val="16"/>
              </w:rPr>
              <w:t>City</w:t>
            </w:r>
          </w:p>
        </w:tc>
        <w:tc>
          <w:tcPr>
            <w:tcW w:type="dxa" w:w="3040"/>
          </w:tcPr>
          <w:p>
            <w:pPr>
              <w:spacing w:after="0"/>
              <w:jc w:val="left"/>
            </w:pPr>
            <w:r>
              <w:rPr>
                <w:sz w:val="16"/>
              </w:rPr>
              <w:t>Approved, expires 2026-10-18</w:t>
            </w:r>
          </w:p>
        </w:tc>
        <w:tc>
          <w:tcPr>
            <w:tcW w:type="dxa" w:w="2424"/>
          </w:tcPr>
          <w:p>
            <w:pPr>
              <w:spacing w:after="0"/>
              <w:jc w:val="right"/>
            </w:pPr>
            <w:r>
              <w:rPr>
                <w:sz w:val="16"/>
              </w:rPr>
              <w:t>FMA RL 0, SRL 0; any 0</w:t>
            </w:r>
          </w:p>
        </w:tc>
        <w:tc>
          <w:tcPr>
            <w:tcW w:type="dxa" w:w="2506"/>
          </w:tcPr>
          <w:p>
            <w:pPr>
              <w:spacing w:after="0"/>
              <w:jc w:val="right"/>
            </w:pPr>
            <w:r>
              <w:rPr>
                <w:sz w:val="16"/>
              </w:rPr>
              <w:t>$479,661.49</w:t>
            </w:r>
          </w:p>
        </w:tc>
        <w:tc>
          <w:tcPr>
            <w:tcW w:type="dxa" w:w="2834"/>
          </w:tcPr>
          <w:p>
            <w:pPr>
              <w:spacing w:after="0"/>
              <w:jc w:val="right"/>
            </w:pPr>
            <w:r>
              <w:rPr>
                <w:sz w:val="16"/>
              </w:rPr>
              <w:t>13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948"/>
        <w:gridCol w:w="1126"/>
        <w:gridCol w:w="984"/>
        <w:gridCol w:w="1305"/>
        <w:gridCol w:w="1208"/>
        <w:gridCol w:w="1100"/>
        <w:gridCol w:w="1260"/>
        <w:gridCol w:w="157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2021-10-19</w:t>
            </w:r>
          </w:p>
          <w:p>
            <w:pPr>
              <w:spacing w:after="0"/>
              <w:jc w:val="right"/>
            </w:pPr>
            <w:r>
              <w:rPr>
                <w:i/>
                <w:color w:val="555555"/>
                <w:sz w:val="14"/>
              </w:rPr>
              <w:t>county-coded records, property plus crops, nominal dollars</w:t>
            </w:r>
          </w:p>
        </w:tc>
        <w:tc>
          <w:tcPr>
            <w:tcW w:type="dxa" w:w="110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$1,221,546,631</w:t>
            </w:r>
          </w:p>
        </w:tc>
        <w:tc>
          <w:tcPr>
            <w:tcW w:type="dxa" w:w="1135"/>
          </w:tcPr>
          <w:p>
            <w:pPr>
              <w:spacing w:after="0"/>
              <w:jc w:val="right"/>
            </w:pPr>
            <w:r>
              <w:rPr>
                <w:sz w:val="16"/>
              </w:rPr>
              <w:t>$6,523,690</w:t>
            </w:r>
          </w:p>
        </w:tc>
        <w:tc>
          <w:tcPr>
            <w:tcW w:type="dxa" w:w="1044"/>
          </w:tcPr>
          <w:p>
            <w:pPr>
              <w:spacing w:after="0"/>
              <w:jc w:val="right"/>
            </w:pPr>
            <w:r>
              <w:rPr>
                <w:sz w:val="16"/>
              </w:rPr>
              <w:t>5,305</w:t>
            </w:r>
          </w:p>
        </w:tc>
        <w:tc>
          <w:tcPr>
            <w:tcW w:type="dxa" w:w="948"/>
          </w:tcPr>
          <w:p>
            <w:pPr>
              <w:spacing w:after="0"/>
              <w:jc w:val="right"/>
            </w:pPr>
            <w:r>
              <w:rPr>
                <w:sz w:val="16"/>
              </w:rPr>
              <w:t>$31</w:t>
            </w:r>
          </w:p>
        </w:tc>
        <w:tc>
          <w:tcPr>
            <w:tcW w:type="dxa" w:w="1126"/>
          </w:tcPr>
          <w:p>
            <w:pPr>
              <w:spacing w:after="0"/>
              <w:jc w:val="right"/>
            </w:pPr>
            <w:r>
              <w:rPr>
                <w:sz w:val="16"/>
              </w:rPr>
              <w:t>$1,457</w:t>
            </w:r>
          </w:p>
        </w:tc>
        <w:tc>
          <w:tcPr>
            <w:tcW w:type="dxa" w:w="984"/>
          </w:tcPr>
          <w:p>
            <w:pPr>
              <w:spacing w:after="0"/>
              <w:jc w:val="right"/>
            </w:pPr>
            <w:r>
              <w:rPr>
                <w:sz w:val="16"/>
              </w:rPr>
              <w:t>$3,955</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$1,034,465</w:t>
            </w:r>
          </w:p>
        </w:tc>
        <w:tc>
          <w:tcPr>
            <w:tcW w:type="dxa" w:w="1044"/>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$119,215</w:t>
            </w:r>
          </w:p>
        </w:tc>
        <w:tc>
          <w:tcPr>
            <w:tcW w:type="dxa" w:w="984"/>
          </w:tcPr>
          <w:p>
            <w:pPr>
              <w:spacing w:after="0"/>
              <w:jc w:val="right"/>
            </w:pPr>
            <w:r>
              <w:rPr>
                <w:sz w:val="16"/>
              </w:rPr>
              <w:t>n/a</w:t>
            </w:r>
          </w:p>
        </w:tc>
        <w:tc>
          <w:tcPr>
            <w:tcW w:type="dxa" w:w="1305"/>
          </w:tcPr>
          <w:p>
            <w:pPr>
              <w:spacing w:after="0"/>
              <w:jc w:val="right"/>
            </w:pPr>
            <w:r>
              <w:rPr>
                <w:sz w:val="16"/>
              </w:rPr>
              <w:t>11.5% (agriculture)</w:t>
            </w: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$2,160,897,643</w:t>
            </w:r>
          </w:p>
        </w:tc>
        <w:tc>
          <w:tcPr>
            <w:tcW w:type="dxa" w:w="1135"/>
          </w:tcPr>
          <w:p>
            <w:pPr>
              <w:spacing w:after="0"/>
              <w:jc w:val="right"/>
            </w:pPr>
            <w:r>
              <w:rPr>
                <w:sz w:val="16"/>
              </w:rPr>
              <w:t>n/a</w:t>
            </w:r>
          </w:p>
        </w:tc>
        <w:tc>
          <w:tcPr>
            <w:tcW w:type="dxa" w:w="1044"/>
          </w:tcPr>
          <w:p>
            <w:pPr>
              <w:spacing w:after="0"/>
              <w:jc w:val="right"/>
            </w:pPr>
            <w:r>
              <w:rPr>
                <w:sz w:val="16"/>
              </w:rPr>
              <w:t>5,314</w:t>
            </w:r>
          </w:p>
        </w:tc>
        <w:tc>
          <w:tcPr>
            <w:tcW w:type="dxa" w:w="948"/>
          </w:tcPr>
          <w:p>
            <w:pPr>
              <w:spacing w:after="0"/>
              <w:jc w:val="right"/>
            </w:pPr>
            <w:r>
              <w:rPr>
                <w:sz w:val="16"/>
              </w:rPr>
              <w:t>$33,213</w:t>
            </w:r>
          </w:p>
        </w:tc>
        <w:tc>
          <w:tcPr>
            <w:tcW w:type="dxa" w:w="1126"/>
          </w:tcPr>
          <w:p>
            <w:pPr>
              <w:spacing w:after="0"/>
              <w:jc w:val="right"/>
            </w:pPr>
            <w:r>
              <w:rPr>
                <w:sz w:val="16"/>
              </w:rPr>
              <w:t>n/a</w:t>
            </w:r>
          </w:p>
        </w:tc>
        <w:tc>
          <w:tcPr>
            <w:tcW w:type="dxa" w:w="984"/>
          </w:tcPr>
          <w:p>
            <w:pPr>
              <w:spacing w:after="0"/>
              <w:jc w:val="right"/>
            </w:pPr>
            <w:r>
              <w:rPr>
                <w:sz w:val="16"/>
              </w:rPr>
              <w:t>$14,600</w:t>
            </w:r>
          </w:p>
        </w:tc>
        <w:tc>
          <w:tcPr>
            <w:tcW w:type="dxa" w:w="1305"/>
          </w:tcPr>
          <w:p>
            <w:pPr>
              <w:spacing w:after="0"/>
              <w:jc w:val="right"/>
            </w:pPr>
            <w:r>
              <w:rPr>
                <w:sz w:val="16"/>
              </w:rPr>
              <w:t>0.00154%</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$1,221,546,631</w:t>
            </w:r>
          </w:p>
        </w:tc>
        <w:tc>
          <w:tcPr>
            <w:tcW w:type="dxa" w:w="1135"/>
          </w:tcPr>
          <w:p>
            <w:pPr>
              <w:spacing w:after="0"/>
              <w:jc w:val="right"/>
            </w:pPr>
            <w:r>
              <w:rPr>
                <w:sz w:val="16"/>
              </w:rPr>
              <w:t>$6,523,690</w:t>
            </w:r>
          </w:p>
        </w:tc>
        <w:tc>
          <w:tcPr>
            <w:tcW w:type="dxa" w:w="1044"/>
          </w:tcPr>
          <w:p>
            <w:pPr>
              <w:spacing w:after="0"/>
              <w:jc w:val="right"/>
            </w:pPr>
            <w:r>
              <w:rPr>
                <w:sz w:val="16"/>
              </w:rPr>
              <w:t>5,305</w:t>
            </w:r>
          </w:p>
        </w:tc>
        <w:tc>
          <w:tcPr>
            <w:tcW w:type="dxa" w:w="948"/>
          </w:tcPr>
          <w:p>
            <w:pPr>
              <w:spacing w:after="0"/>
              <w:jc w:val="right"/>
            </w:pPr>
            <w:r>
              <w:rPr>
                <w:sz w:val="16"/>
              </w:rPr>
              <w:t>$9,703</w:t>
            </w:r>
          </w:p>
        </w:tc>
        <w:tc>
          <w:tcPr>
            <w:tcW w:type="dxa" w:w="1126"/>
          </w:tcPr>
          <w:p>
            <w:pPr>
              <w:spacing w:after="0"/>
              <w:jc w:val="right"/>
            </w:pPr>
            <w:r>
              <w:rPr>
                <w:sz w:val="16"/>
              </w:rPr>
              <w:t>$2,738</w:t>
            </w:r>
          </w:p>
        </w:tc>
        <w:tc>
          <w:tcPr>
            <w:tcW w:type="dxa" w:w="984"/>
          </w:tcPr>
          <w:p>
            <w:pPr>
              <w:spacing w:after="0"/>
              <w:jc w:val="right"/>
            </w:pPr>
            <w:r>
              <w:rPr>
                <w:sz w:val="16"/>
              </w:rPr>
              <w:t>$5,642</w:t>
            </w:r>
          </w:p>
        </w:tc>
        <w:tc>
          <w:tcPr>
            <w:tcW w:type="dxa" w:w="1305"/>
          </w:tcPr>
          <w:p>
            <w:pPr>
              <w:spacing w:after="0"/>
              <w:jc w:val="right"/>
            </w:pPr>
            <w:r>
              <w:rPr>
                <w:sz w:val="16"/>
              </w:rPr>
              <w:t>0.000794%</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$1,221,546,631</w:t>
            </w:r>
          </w:p>
        </w:tc>
        <w:tc>
          <w:tcPr>
            <w:tcW w:type="dxa" w:w="1135"/>
          </w:tcPr>
          <w:p>
            <w:pPr>
              <w:spacing w:after="0"/>
              <w:jc w:val="right"/>
            </w:pPr>
            <w:r>
              <w:rPr>
                <w:sz w:val="16"/>
              </w:rPr>
              <w:t>$6,523,690</w:t>
            </w:r>
          </w:p>
        </w:tc>
        <w:tc>
          <w:tcPr>
            <w:tcW w:type="dxa" w:w="1044"/>
          </w:tcPr>
          <w:p>
            <w:pPr>
              <w:spacing w:after="0"/>
              <w:jc w:val="right"/>
            </w:pPr>
            <w:r>
              <w:rPr>
                <w:sz w:val="16"/>
              </w:rPr>
              <w:t>5,305</w:t>
            </w:r>
          </w:p>
        </w:tc>
        <w:tc>
          <w:tcPr>
            <w:tcW w:type="dxa" w:w="948"/>
          </w:tcPr>
          <w:p>
            <w:pPr>
              <w:spacing w:after="0"/>
              <w:jc w:val="right"/>
            </w:pPr>
            <w:r>
              <w:rPr>
                <w:sz w:val="16"/>
              </w:rPr>
              <w:t>$5</w:t>
            </w:r>
          </w:p>
        </w:tc>
        <w:tc>
          <w:tcPr>
            <w:tcW w:type="dxa" w:w="1126"/>
          </w:tcPr>
          <w:p>
            <w:pPr>
              <w:spacing w:after="0"/>
              <w:jc w:val="right"/>
            </w:pPr>
            <w:r>
              <w:rPr>
                <w:sz w:val="16"/>
              </w:rPr>
              <w:t>$91</w:t>
            </w:r>
          </w:p>
        </w:tc>
        <w:tc>
          <w:tcPr>
            <w:tcW w:type="dxa" w:w="984"/>
          </w:tcPr>
          <w:p>
            <w:pPr>
              <w:spacing w:after="0"/>
              <w:jc w:val="right"/>
            </w:pPr>
            <w:r>
              <w:rPr>
                <w:sz w:val="16"/>
              </w:rPr>
              <w:t>$80,273</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$1,221,546,631</w:t>
            </w:r>
          </w:p>
        </w:tc>
        <w:tc>
          <w:tcPr>
            <w:tcW w:type="dxa" w:w="1135"/>
          </w:tcPr>
          <w:p>
            <w:pPr>
              <w:spacing w:after="0"/>
              <w:jc w:val="right"/>
            </w:pPr>
            <w:r>
              <w:rPr>
                <w:sz w:val="16"/>
              </w:rPr>
              <w:t>$6,523,690</w:t>
            </w:r>
          </w:p>
        </w:tc>
        <w:tc>
          <w:tcPr>
            <w:tcW w:type="dxa" w:w="1044"/>
          </w:tcPr>
          <w:p>
            <w:pPr>
              <w:spacing w:after="0"/>
              <w:jc w:val="right"/>
            </w:pPr>
            <w:r>
              <w:rPr>
                <w:sz w:val="16"/>
              </w:rPr>
              <w:t>5,305</w:t>
            </w:r>
          </w:p>
        </w:tc>
        <w:tc>
          <w:tcPr>
            <w:tcW w:type="dxa" w:w="948"/>
          </w:tcPr>
          <w:p>
            <w:pPr>
              <w:spacing w:after="0"/>
              <w:jc w:val="right"/>
            </w:pPr>
            <w:r>
              <w:rPr>
                <w:sz w:val="16"/>
              </w:rPr>
              <w:t>$98,948</w:t>
            </w:r>
          </w:p>
        </w:tc>
        <w:tc>
          <w:tcPr>
            <w:tcW w:type="dxa" w:w="1126"/>
          </w:tcPr>
          <w:p>
            <w:pPr>
              <w:spacing w:after="0"/>
              <w:jc w:val="right"/>
            </w:pPr>
            <w:r>
              <w:rPr>
                <w:sz w:val="16"/>
              </w:rPr>
              <w:t>$15,344</w:t>
            </w:r>
          </w:p>
        </w:tc>
        <w:tc>
          <w:tcPr>
            <w:tcW w:type="dxa" w:w="984"/>
          </w:tcPr>
          <w:p>
            <w:pPr>
              <w:spacing w:after="0"/>
              <w:jc w:val="right"/>
            </w:pPr>
            <w:r>
              <w:rPr>
                <w:sz w:val="16"/>
              </w:rPr>
              <w:t>$4,665</w:t>
            </w:r>
          </w:p>
        </w:tc>
        <w:tc>
          <w:tcPr>
            <w:tcW w:type="dxa" w:w="1305"/>
          </w:tcPr>
          <w:p>
            <w:pPr>
              <w:spacing w:after="0"/>
              <w:jc w:val="right"/>
            </w:pPr>
            <w:r>
              <w:rPr>
                <w:sz w:val="16"/>
              </w:rPr>
              <w:t>0.0081%</w:t>
            </w:r>
          </w:p>
        </w:tc>
        <w:tc>
          <w:tcPr>
            <w:tcW w:type="dxa" w:w="1208"/>
          </w:tcPr>
          <w:p>
            <w:pPr>
              <w:spacing w:after="0"/>
              <w:jc w:val="right"/>
            </w:pPr>
          </w:p>
        </w:tc>
        <w:tc>
          <w:tcPr>
            <w:tcW w:type="dxa" w:w="1100"/>
          </w:tcPr>
          <w:p>
            <w:pPr>
              <w:spacing w:after="0"/>
              <w:jc w:val="right"/>
            </w:pPr>
          </w:p>
        </w:tc>
        <w:tc>
          <w:tcPr>
            <w:tcW w:type="dxa" w:w="1260"/>
          </w:tcPr>
          <w:p>
            <w:pPr>
              <w:spacing w:after="0"/>
              <w:jc w:val="right"/>
            </w:pPr>
            <w:r>
              <w:rPr>
                <w:sz w:val="16"/>
              </w:rPr>
              <w:t>no Public Assistance recorded (1 declaration)</w:t>
            </w:r>
          </w:p>
        </w:tc>
        <w:tc>
          <w:tcPr>
            <w:tcW w:type="dxa" w:w="157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$1,221,546,631</w:t>
            </w:r>
          </w:p>
        </w:tc>
        <w:tc>
          <w:tcPr>
            <w:tcW w:type="dxa" w:w="1135"/>
          </w:tcPr>
          <w:p>
            <w:pPr>
              <w:spacing w:after="0"/>
              <w:jc w:val="right"/>
            </w:pPr>
            <w:r>
              <w:rPr>
                <w:sz w:val="16"/>
              </w:rPr>
              <w:t>n/a</w:t>
            </w:r>
          </w:p>
        </w:tc>
        <w:tc>
          <w:tcPr>
            <w:tcW w:type="dxa" w:w="1044"/>
          </w:tcPr>
          <w:p>
            <w:pPr>
              <w:spacing w:after="0"/>
              <w:jc w:val="right"/>
            </w:pPr>
            <w:r>
              <w:rPr>
                <w:sz w:val="16"/>
              </w:rPr>
              <w:t>5,305</w:t>
            </w:r>
          </w:p>
        </w:tc>
        <w:tc>
          <w:tcPr>
            <w:tcW w:type="dxa" w:w="948"/>
          </w:tcPr>
          <w:p>
            <w:pPr>
              <w:spacing w:after="0"/>
              <w:jc w:val="right"/>
            </w:pPr>
            <w:r>
              <w:rPr>
                <w:sz w:val="16"/>
              </w:rPr>
              <w:t>$1,103</w:t>
            </w:r>
          </w:p>
        </w:tc>
        <w:tc>
          <w:tcPr>
            <w:tcW w:type="dxa" w:w="1126"/>
          </w:tcPr>
          <w:p>
            <w:pPr>
              <w:spacing w:after="0"/>
              <w:jc w:val="right"/>
            </w:pPr>
            <w:r>
              <w:rPr>
                <w:sz w:val="16"/>
              </w:rPr>
              <w:t>n/a</w:t>
            </w:r>
          </w:p>
        </w:tc>
        <w:tc>
          <w:tcPr>
            <w:tcW w:type="dxa" w:w="984"/>
          </w:tcPr>
          <w:p>
            <w:pPr>
              <w:spacing w:after="0"/>
              <w:jc w:val="right"/>
            </w:pPr>
            <w:r>
              <w:rPr>
                <w:sz w:val="16"/>
              </w:rPr>
              <w:t>$1,071</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$1,221,225,397</w:t>
            </w:r>
          </w:p>
        </w:tc>
        <w:tc>
          <w:tcPr>
            <w:tcW w:type="dxa" w:w="1135"/>
          </w:tcPr>
          <w:p>
            <w:pPr>
              <w:spacing w:after="0"/>
              <w:jc w:val="right"/>
            </w:pPr>
            <w:r>
              <w:rPr>
                <w:sz w:val="16"/>
              </w:rPr>
              <w:t>$320,678</w:t>
            </w:r>
          </w:p>
        </w:tc>
        <w:tc>
          <w:tcPr>
            <w:tcW w:type="dxa" w:w="1044"/>
          </w:tcPr>
          <w:p>
            <w:pPr>
              <w:spacing w:after="0"/>
              <w:jc w:val="right"/>
            </w:pPr>
            <w:r>
              <w:rPr>
                <w:sz w:val="16"/>
              </w:rPr>
              <w:t>21</w:t>
            </w:r>
          </w:p>
        </w:tc>
        <w:tc>
          <w:tcPr>
            <w:tcW w:type="dxa" w:w="948"/>
          </w:tcPr>
          <w:p>
            <w:pPr>
              <w:spacing w:after="0"/>
              <w:jc w:val="right"/>
            </w:pPr>
            <w:r>
              <w:rPr>
                <w:sz w:val="16"/>
              </w:rPr>
              <w:t>$624,185</w:t>
            </w:r>
          </w:p>
        </w:tc>
        <w:tc>
          <w:tcPr>
            <w:tcW w:type="dxa" w:w="1126"/>
          </w:tcPr>
          <w:p>
            <w:pPr>
              <w:spacing w:after="0"/>
              <w:jc w:val="right"/>
            </w:pPr>
            <w:r>
              <w:rPr>
                <w:sz w:val="16"/>
              </w:rPr>
              <w:t>$323</w:t>
            </w:r>
          </w:p>
        </w:tc>
        <w:tc>
          <w:tcPr>
            <w:tcW w:type="dxa" w:w="984"/>
          </w:tcPr>
          <w:p>
            <w:pPr>
              <w:spacing w:after="0"/>
              <w:jc w:val="right"/>
            </w:pPr>
            <w:r>
              <w:rPr>
                <w:sz w:val="16"/>
              </w:rPr>
              <w:t>$116</w:t>
            </w:r>
          </w:p>
        </w:tc>
        <w:tc>
          <w:tcPr>
            <w:tcW w:type="dxa" w:w="1305"/>
          </w:tcPr>
          <w:p>
            <w:pPr>
              <w:spacing w:after="0"/>
              <w:jc w:val="right"/>
            </w:pPr>
            <w:r>
              <w:rPr>
                <w:sz w:val="16"/>
              </w:rPr>
              <w:t>n/a (see note)</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$16,844,557</w:t>
            </w:r>
          </w:p>
        </w:tc>
        <w:tc>
          <w:tcPr>
            <w:tcW w:type="dxa" w:w="1135"/>
          </w:tcPr>
          <w:p>
            <w:pPr>
              <w:spacing w:after="0"/>
              <w:jc w:val="right"/>
            </w:pPr>
            <w:r>
              <w:rPr>
                <w:sz w:val="16"/>
              </w:rPr>
              <w:t>n/a</w:t>
            </w:r>
          </w:p>
        </w:tc>
        <w:tc>
          <w:tcPr>
            <w:tcW w:type="dxa" w:w="1044"/>
          </w:tcPr>
          <w:p>
            <w:pPr>
              <w:spacing w:after="0"/>
              <w:jc w:val="right"/>
            </w:pPr>
            <w:r>
              <w:rPr>
                <w:sz w:val="16"/>
              </w:rPr>
              <w:t>71</w:t>
            </w:r>
          </w:p>
        </w:tc>
        <w:tc>
          <w:tcPr>
            <w:tcW w:type="dxa" w:w="948"/>
          </w:tcPr>
          <w:p>
            <w:pPr>
              <w:spacing w:after="0"/>
              <w:jc w:val="right"/>
            </w:pPr>
            <w:r>
              <w:rPr>
                <w:sz w:val="16"/>
              </w:rPr>
              <w:t>$421</w:t>
            </w:r>
          </w:p>
        </w:tc>
        <w:tc>
          <w:tcPr>
            <w:tcW w:type="dxa" w:w="1126"/>
          </w:tcPr>
          <w:p>
            <w:pPr>
              <w:spacing w:after="0"/>
              <w:jc w:val="right"/>
            </w:pPr>
            <w:r>
              <w:rPr>
                <w:sz w:val="16"/>
              </w:rPr>
              <w:t>n/a</w:t>
            </w:r>
          </w:p>
        </w:tc>
        <w:tc>
          <w:tcPr>
            <w:tcW w:type="dxa" w:w="984"/>
          </w:tcPr>
          <w:p>
            <w:pPr>
              <w:spacing w:after="0"/>
              <w:jc w:val="right"/>
            </w:pPr>
            <w:r>
              <w:rPr>
                <w:sz w:val="16"/>
              </w:rPr>
              <w:t>$93</w:t>
            </w:r>
          </w:p>
        </w:tc>
        <w:tc>
          <w:tcPr>
            <w:tcW w:type="dxa" w:w="1305"/>
          </w:tcPr>
          <w:p>
            <w:pPr>
              <w:spacing w:after="0"/>
              <w:jc w:val="right"/>
            </w:pPr>
            <w:r>
              <w:rPr>
                <w:sz w:val="16"/>
              </w:rPr>
              <w:t>0.0025%</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$1,221,546,631</w:t>
            </w:r>
          </w:p>
        </w:tc>
        <w:tc>
          <w:tcPr>
            <w:tcW w:type="dxa" w:w="1135"/>
          </w:tcPr>
          <w:p>
            <w:pPr>
              <w:spacing w:after="0"/>
              <w:jc w:val="right"/>
            </w:pPr>
            <w:r>
              <w:rPr>
                <w:sz w:val="16"/>
              </w:rPr>
              <w:t>n/a</w:t>
            </w:r>
          </w:p>
        </w:tc>
        <w:tc>
          <w:tcPr>
            <w:tcW w:type="dxa" w:w="1044"/>
          </w:tcPr>
          <w:p>
            <w:pPr>
              <w:spacing w:after="0"/>
              <w:jc w:val="right"/>
            </w:pPr>
            <w:r>
              <w:rPr>
                <w:sz w:val="16"/>
              </w:rPr>
              <w:t>5,305</w:t>
            </w:r>
          </w:p>
        </w:tc>
        <w:tc>
          <w:tcPr>
            <w:tcW w:type="dxa" w:w="948"/>
          </w:tcPr>
          <w:p>
            <w:pPr>
              <w:spacing w:after="0"/>
              <w:jc w:val="right"/>
            </w:pPr>
            <w:r>
              <w:rPr>
                <w:sz w:val="16"/>
              </w:rPr>
              <w:t>$3,572</w:t>
            </w:r>
          </w:p>
        </w:tc>
        <w:tc>
          <w:tcPr>
            <w:tcW w:type="dxa" w:w="1126"/>
          </w:tcPr>
          <w:p>
            <w:pPr>
              <w:spacing w:after="0"/>
              <w:jc w:val="right"/>
            </w:pPr>
            <w:r>
              <w:rPr>
                <w:sz w:val="16"/>
              </w:rPr>
              <w:t>n/a</w:t>
            </w:r>
          </w:p>
        </w:tc>
        <w:tc>
          <w:tcPr>
            <w:tcW w:type="dxa" w:w="984"/>
          </w:tcPr>
          <w:p>
            <w:pPr>
              <w:spacing w:after="0"/>
              <w:jc w:val="right"/>
            </w:pPr>
            <w:r>
              <w:rPr>
                <w:sz w:val="16"/>
              </w:rPr>
              <w:t>$150,450</w:t>
            </w:r>
          </w:p>
        </w:tc>
        <w:tc>
          <w:tcPr>
            <w:tcW w:type="dxa" w:w="1305"/>
          </w:tcPr>
          <w:p>
            <w:pPr>
              <w:spacing w:after="0"/>
              <w:jc w:val="right"/>
            </w:pPr>
            <w:r>
              <w:rPr>
                <w:sz w:val="16"/>
              </w:rPr>
              <w:t>0.000292%</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$1,221,546,631</w:t>
            </w:r>
          </w:p>
        </w:tc>
        <w:tc>
          <w:tcPr>
            <w:tcW w:type="dxa" w:w="1135"/>
          </w:tcPr>
          <w:p>
            <w:pPr>
              <w:spacing w:after="0"/>
              <w:jc w:val="right"/>
            </w:pPr>
            <w:r>
              <w:rPr>
                <w:sz w:val="16"/>
              </w:rPr>
              <w:t>$6,523,690</w:t>
            </w:r>
          </w:p>
        </w:tc>
        <w:tc>
          <w:tcPr>
            <w:tcW w:type="dxa" w:w="1044"/>
          </w:tcPr>
          <w:p>
            <w:pPr>
              <w:spacing w:after="0"/>
              <w:jc w:val="right"/>
            </w:pPr>
            <w:r>
              <w:rPr>
                <w:sz w:val="16"/>
              </w:rPr>
              <w:t>5,305</w:t>
            </w:r>
          </w:p>
        </w:tc>
        <w:tc>
          <w:tcPr>
            <w:tcW w:type="dxa" w:w="948"/>
          </w:tcPr>
          <w:p>
            <w:pPr>
              <w:spacing w:after="0"/>
              <w:jc w:val="right"/>
            </w:pPr>
            <w:r>
              <w:rPr>
                <w:sz w:val="16"/>
              </w:rPr>
              <w:t>$10,968</w:t>
            </w:r>
          </w:p>
        </w:tc>
        <w:tc>
          <w:tcPr>
            <w:tcW w:type="dxa" w:w="1126"/>
          </w:tcPr>
          <w:p>
            <w:pPr>
              <w:spacing w:after="0"/>
              <w:jc w:val="right"/>
            </w:pPr>
            <w:r>
              <w:rPr>
                <w:sz w:val="16"/>
              </w:rPr>
              <w:t>$1,041</w:t>
            </w:r>
          </w:p>
        </w:tc>
        <w:tc>
          <w:tcPr>
            <w:tcW w:type="dxa" w:w="984"/>
          </w:tcPr>
          <w:p>
            <w:pPr>
              <w:spacing w:after="0"/>
              <w:jc w:val="right"/>
            </w:pPr>
            <w:r>
              <w:rPr>
                <w:sz w:val="16"/>
              </w:rPr>
              <w:t>$19,289</w:t>
            </w:r>
          </w:p>
        </w:tc>
        <w:tc>
          <w:tcPr>
            <w:tcW w:type="dxa" w:w="1305"/>
          </w:tcPr>
          <w:p>
            <w:pPr>
              <w:spacing w:after="0"/>
              <w:jc w:val="right"/>
            </w:pPr>
            <w:r>
              <w:rPr>
                <w:sz w:val="16"/>
              </w:rPr>
              <w:t>0.000898%</w:t>
            </w:r>
          </w:p>
        </w:tc>
        <w:tc>
          <w:tcPr>
            <w:tcW w:type="dxa" w:w="1208"/>
          </w:tcPr>
          <w:p>
            <w:pPr>
              <w:spacing w:after="0"/>
              <w:jc w:val="right"/>
            </w:pPr>
            <w:r>
              <w:rPr>
                <w:sz w:val="16"/>
              </w:rPr>
              <w:t>$10,000</w:t>
            </w: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$1,221,546,631</w:t>
            </w:r>
          </w:p>
        </w:tc>
        <w:tc>
          <w:tcPr>
            <w:tcW w:type="dxa" w:w="1135"/>
          </w:tcPr>
          <w:p>
            <w:pPr>
              <w:spacing w:after="0"/>
              <w:jc w:val="right"/>
            </w:pPr>
            <w:r>
              <w:rPr>
                <w:sz w:val="16"/>
              </w:rPr>
              <w:t>$6,523,690</w:t>
            </w:r>
          </w:p>
        </w:tc>
        <w:tc>
          <w:tcPr>
            <w:tcW w:type="dxa" w:w="1044"/>
          </w:tcPr>
          <w:p>
            <w:pPr>
              <w:spacing w:after="0"/>
              <w:jc w:val="right"/>
            </w:pPr>
            <w:r>
              <w:rPr>
                <w:sz w:val="16"/>
              </w:rPr>
              <w:t>5,305</w:t>
            </w:r>
          </w:p>
        </w:tc>
        <w:tc>
          <w:tcPr>
            <w:tcW w:type="dxa" w:w="948"/>
          </w:tcPr>
          <w:p>
            <w:pPr>
              <w:spacing w:after="0"/>
              <w:jc w:val="right"/>
            </w:pPr>
            <w:r>
              <w:rPr>
                <w:sz w:val="16"/>
              </w:rPr>
              <w:t>$148,927</w:t>
            </w:r>
          </w:p>
        </w:tc>
        <w:tc>
          <w:tcPr>
            <w:tcW w:type="dxa" w:w="1126"/>
          </w:tcPr>
          <w:p>
            <w:pPr>
              <w:spacing w:after="0"/>
              <w:jc w:val="right"/>
            </w:pPr>
            <w:r>
              <w:rPr>
                <w:sz w:val="16"/>
              </w:rPr>
              <w:t>$359</w:t>
            </w:r>
          </w:p>
        </w:tc>
        <w:tc>
          <w:tcPr>
            <w:tcW w:type="dxa" w:w="984"/>
          </w:tcPr>
          <w:p>
            <w:pPr>
              <w:spacing w:after="0"/>
              <w:jc w:val="right"/>
            </w:pPr>
            <w:r>
              <w:rPr>
                <w:sz w:val="16"/>
              </w:rPr>
              <w:t>$409,105</w:t>
            </w:r>
          </w:p>
        </w:tc>
        <w:tc>
          <w:tcPr>
            <w:tcW w:type="dxa" w:w="1305"/>
          </w:tcPr>
          <w:p>
            <w:pPr>
              <w:spacing w:after="0"/>
              <w:jc w:val="right"/>
            </w:pPr>
            <w:r>
              <w:rPr>
                <w:sz w:val="16"/>
              </w:rPr>
              <w:t>0.0122%</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$266,803,698</w:t>
            </w:r>
          </w:p>
        </w:tc>
        <w:tc>
          <w:tcPr>
            <w:tcW w:type="dxa" w:w="1135"/>
          </w:tcPr>
          <w:p>
            <w:pPr>
              <w:spacing w:after="0"/>
              <w:jc w:val="right"/>
            </w:pPr>
            <w:r>
              <w:rPr>
                <w:sz w:val="16"/>
              </w:rPr>
              <w:t>$2,428,517</w:t>
            </w:r>
          </w:p>
        </w:tc>
        <w:tc>
          <w:tcPr>
            <w:tcW w:type="dxa" w:w="1044"/>
          </w:tcPr>
          <w:p>
            <w:pPr>
              <w:spacing w:after="0"/>
              <w:jc w:val="right"/>
            </w:pPr>
            <w:r>
              <w:rPr>
                <w:sz w:val="16"/>
              </w:rPr>
              <w:t>1,893</w:t>
            </w:r>
          </w:p>
        </w:tc>
        <w:tc>
          <w:tcPr>
            <w:tcW w:type="dxa" w:w="948"/>
          </w:tcPr>
          <w:p>
            <w:pPr>
              <w:spacing w:after="0"/>
              <w:jc w:val="right"/>
            </w:pPr>
            <w:r>
              <w:rPr>
                <w:sz w:val="16"/>
              </w:rPr>
              <w:t>$15,576</w:t>
            </w:r>
          </w:p>
        </w:tc>
        <w:tc>
          <w:tcPr>
            <w:tcW w:type="dxa" w:w="1126"/>
          </w:tcPr>
          <w:p>
            <w:pPr>
              <w:spacing w:after="0"/>
              <w:jc w:val="right"/>
            </w:pPr>
            <w:r>
              <w:rPr>
                <w:sz w:val="16"/>
              </w:rPr>
              <w:t>$16</w:t>
            </w:r>
          </w:p>
        </w:tc>
        <w:tc>
          <w:tcPr>
            <w:tcW w:type="dxa" w:w="984"/>
          </w:tcPr>
          <w:p>
            <w:pPr>
              <w:spacing w:after="0"/>
              <w:jc w:val="right"/>
            </w:pPr>
            <w:r>
              <w:rPr>
                <w:sz w:val="16"/>
              </w:rPr>
              <w:t>$2,152</w:t>
            </w:r>
          </w:p>
        </w:tc>
        <w:tc>
          <w:tcPr>
            <w:tcW w:type="dxa" w:w="1305"/>
          </w:tcPr>
          <w:p>
            <w:pPr>
              <w:spacing w:after="0"/>
              <w:jc w:val="right"/>
            </w:pPr>
            <w:r>
              <w:rPr>
                <w:sz w:val="16"/>
              </w:rPr>
              <w:t>0.00584%</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$1,221,546,631</w:t>
            </w:r>
          </w:p>
        </w:tc>
        <w:tc>
          <w:tcPr>
            <w:tcW w:type="dxa" w:w="1135"/>
          </w:tcPr>
          <w:p>
            <w:pPr>
              <w:spacing w:after="0"/>
              <w:jc w:val="right"/>
            </w:pPr>
            <w:r>
              <w:rPr>
                <w:sz w:val="16"/>
              </w:rPr>
              <w:t>$6,523,690</w:t>
            </w:r>
          </w:p>
        </w:tc>
        <w:tc>
          <w:tcPr>
            <w:tcW w:type="dxa" w:w="1044"/>
          </w:tcPr>
          <w:p>
            <w:pPr>
              <w:spacing w:after="0"/>
              <w:jc w:val="right"/>
            </w:pPr>
            <w:r>
              <w:rPr>
                <w:sz w:val="16"/>
              </w:rPr>
              <w:t>5,305</w:t>
            </w:r>
          </w:p>
        </w:tc>
        <w:tc>
          <w:tcPr>
            <w:tcW w:type="dxa" w:w="948"/>
          </w:tcPr>
          <w:p>
            <w:pPr>
              <w:spacing w:after="0"/>
              <w:jc w:val="right"/>
            </w:pPr>
            <w:r>
              <w:rPr>
                <w:sz w:val="16"/>
              </w:rPr>
              <w:t>$401</w:t>
            </w:r>
          </w:p>
        </w:tc>
        <w:tc>
          <w:tcPr>
            <w:tcW w:type="dxa" w:w="1126"/>
          </w:tcPr>
          <w:p>
            <w:pPr>
              <w:spacing w:after="0"/>
              <w:jc w:val="right"/>
            </w:pPr>
            <w:r>
              <w:rPr>
                <w:sz w:val="16"/>
              </w:rPr>
              <w:t>$4</w:t>
            </w:r>
          </w:p>
        </w:tc>
        <w:tc>
          <w:tcPr>
            <w:tcW w:type="dxa" w:w="984"/>
          </w:tcPr>
          <w:p>
            <w:pPr>
              <w:spacing w:after="0"/>
              <w:jc w:val="right"/>
            </w:pPr>
            <w:r>
              <w:rPr>
                <w:sz w:val="16"/>
              </w:rPr>
              <w:t>$85</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r>
              <w:rPr>
                <w:sz w:val="16"/>
              </w:rPr>
              <w:t>no Public Assistance recorded (1 declaration)</w:t>
            </w: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2021-10-19 (Storm Events through 2026-06-30): 8 county-coded records, 6 with a damage value recorded (including $0), $10,000; 6 zone-level records, 5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5,305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$1,221,546,631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$6,523,690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$1,087,643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$691,495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Stewart County (unincorporated area)</w:t>
            </w:r>
          </w:p>
        </w:tc>
        <w:tc>
          <w:tcPr>
            <w:tcW w:type="dxa" w:w="1604"/>
          </w:tcPr>
          <w:p>
            <w:pPr>
              <w:spacing w:after="0"/>
              <w:jc w:val="left"/>
            </w:pPr>
            <w:r>
              <w:rPr>
                <w:sz w:val="16"/>
              </w:rPr>
              <w:t>130393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Lumpkin city</w:t>
            </w:r>
          </w:p>
        </w:tc>
        <w:tc>
          <w:tcPr>
            <w:tcW w:type="dxa" w:w="1604"/>
          </w:tcPr>
          <w:p>
            <w:pPr>
              <w:spacing w:after="0"/>
              <w:jc w:val="left"/>
            </w:pPr>
            <w:r>
              <w:rPr>
                <w:sz w:val="16"/>
              </w:rPr>
              <w:t>130639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Richland city</w:t>
            </w:r>
          </w:p>
        </w:tc>
        <w:tc>
          <w:tcPr>
            <w:tcW w:type="dxa" w:w="1604"/>
          </w:tcPr>
          <w:p>
            <w:pPr>
              <w:spacing w:after="0"/>
              <w:jc w:val="left"/>
            </w:pPr>
            <w:r>
              <w:rPr>
                <w:sz w:val="16"/>
              </w:rPr>
              <w:t>130640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Stewart County, GA: risk-assessment baseline packet, release 2026-10 (data as of 2026-09-30; County FIPS 13259). Automated baseline. </w:t>
      </w:r>
      <w:hyperlink r:id="rId16">
        <w:r>
          <w:rPr>
            <w:color w:val="1F4E99"/>
            <w:sz w:val="17"/>
            <w:u w:val="single"/>
          </w:rPr>
          <w:t>https://hazardplain.org/ga/13259/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Stewart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259/"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Stewart County, GA: Risk-assessment baseline packet</dc:title>
  <dc:subject>Hazard Plain release 2026-10, as of 2026-09-30. Automated baseline</dc:subject>
  <dc:creator>Hazard Plain</dc:creator>
  <cp:keywords>Hazard Plain; hazard mitigation; risk assessment; 13259</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