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Polk County, GA</w:t>
      </w:r>
    </w:p>
    <w:p>
      <w:pPr>
        <w:spacing w:after="120" w:before="0"/>
      </w:pPr>
      <w:r>
        <w:rPr>
          <w:color w:val="555555"/>
          <w:sz w:val="24"/>
        </w:rPr>
        <w:t>Risk-assessment baseline packet</w:t>
      </w:r>
    </w:p>
    <w:p>
      <w:pPr>
        <w:spacing w:after="120" w:before="0"/>
      </w:pPr>
      <w:r>
        <w:rPr>
          <w:b/>
          <w:sz w:val="18"/>
        </w:rPr>
        <w:t xml:space="preserve">County FIPS: </w:t>
      </w:r>
      <w:r>
        <w:rPr>
          <w:sz w:val="18"/>
        </w:rPr>
        <w:t>13233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2028-03-06. Plan: Polk County (FEMA plan 108430), approved 2023-03-07.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2023-03-07: 2 new hazard declarations (2 incidents) and 63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($7,220,153 a year), Tornado ($3,635,434) and Cold Wave ($1,322,290).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2028-03-06</w:t>
      </w:r>
    </w:p>
    <w:p>
      <w:pPr>
        <w:keepNext/>
        <w:spacing w:after="40" w:before="0"/>
      </w:pPr>
      <w:r>
        <w:rPr>
          <w:b/>
        </w:rPr>
        <w:t xml:space="preserve">Plan: </w:t>
      </w:r>
      <w:r>
        <w:rPr/>
        <w:t>Polk County (FEMA plan 108430)</w:t>
      </w:r>
    </w:p>
    <w:p>
      <w:pPr>
        <w:keepNext/>
        <w:spacing w:after="40" w:before="0"/>
      </w:pPr>
      <w:r>
        <w:rPr>
          <w:b/>
        </w:rPr>
        <w:t xml:space="preserve">Approved: </w:t>
      </w:r>
      <w:r>
        <w:rPr/>
        <w:t>2023-03-07</w:t>
      </w:r>
    </w:p>
    <w:p>
      <w:pPr>
        <w:keepNext/>
        <w:spacing w:after="40" w:before="0"/>
      </w:pPr>
      <w:r>
        <w:rPr>
          <w:b/>
        </w:rPr>
        <w:t xml:space="preserve">Days to expiry: </w:t>
      </w:r>
      <w:r>
        <w:rPr/>
        <w:t>523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EM-3616-GA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1"/>
        <w:gridCol w:w="1739"/>
        <w:gridCol w:w="3299"/>
        <w:gridCol w:w="3521"/>
        <w:gridCol w:w="1294"/>
        <w:gridCol w:w="1294"/>
        <w:gridCol w:w="1115"/>
      </w:tblGrid>
      <w:tr>
        <w:trPr>
          <w:cantSplit/>
          <w:tblHeader/>
        </w:trPr>
        <w:tc>
          <w:tcPr>
            <w:tcW w:type="dxa" w:w="1851"/>
            <w:shd w:val="clear" w:color="auto" w:fill="E8E8E8"/>
          </w:tcPr>
          <w:p>
            <w:pPr>
              <w:spacing w:after="0"/>
              <w:jc w:val="left"/>
            </w:pPr>
            <w:r>
              <w:rPr>
                <w:b/>
                <w:sz w:val="16"/>
              </w:rPr>
              <w:t>Jurisdiction</w:t>
            </w:r>
          </w:p>
        </w:tc>
        <w:tc>
          <w:tcPr>
            <w:tcW w:type="dxa" w:w="1739"/>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Status</w:t>
            </w:r>
          </w:p>
        </w:tc>
        <w:tc>
          <w:tcPr>
            <w:tcW w:type="dxa" w:w="3521"/>
            <w:shd w:val="clear" w:color="auto" w:fill="E8E8E8"/>
          </w:tcPr>
          <w:p>
            <w:pPr>
              <w:spacing w:after="0"/>
              <w:jc w:val="left"/>
            </w:pPr>
            <w:r>
              <w:rPr>
                <w:b/>
                <w:sz w:val="16"/>
              </w:rPr>
              <w:t>Plan</w:t>
            </w:r>
          </w:p>
        </w:tc>
        <w:tc>
          <w:tcPr>
            <w:tcW w:type="dxa" w:w="1294"/>
            <w:shd w:val="clear" w:color="auto" w:fill="E8E8E8"/>
          </w:tcPr>
          <w:p>
            <w:pPr>
              <w:spacing w:after="0"/>
              <w:jc w:val="left"/>
            </w:pPr>
            <w:r>
              <w:rPr>
                <w:b/>
                <w:sz w:val="16"/>
              </w:rPr>
              <w:t>Approved</w:t>
            </w:r>
          </w:p>
        </w:tc>
        <w:tc>
          <w:tcPr>
            <w:tcW w:type="dxa" w:w="1294"/>
            <w:shd w:val="clear" w:color="auto" w:fill="E8E8E8"/>
          </w:tcPr>
          <w:p>
            <w:pPr>
              <w:spacing w:after="0"/>
              <w:jc w:val="left"/>
            </w:pPr>
            <w:r>
              <w:rPr>
                <w:b/>
                <w:sz w:val="16"/>
              </w:rPr>
              <w:t>Expires</w:t>
            </w:r>
          </w:p>
        </w:tc>
        <w:tc>
          <w:tcPr>
            <w:tcW w:type="dxa" w:w="111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51"/>
          </w:tcPr>
          <w:p>
            <w:pPr>
              <w:spacing w:after="0"/>
              <w:jc w:val="left"/>
            </w:pPr>
            <w:r>
              <w:rPr>
                <w:sz w:val="16"/>
              </w:rPr>
              <w:t>Polk County (unincorporated area)</w:t>
            </w:r>
          </w:p>
        </w:tc>
        <w:tc>
          <w:tcPr>
            <w:tcW w:type="dxa" w:w="1739"/>
          </w:tcPr>
          <w:p>
            <w:pPr>
              <w:spacing w:after="0"/>
              <w:jc w:val="left"/>
            </w:pPr>
            <w:r>
              <w:rPr>
                <w:sz w:val="16"/>
              </w:rPr>
              <w:t>Unincorporated</w:t>
            </w:r>
          </w:p>
        </w:tc>
        <w:tc>
          <w:tcPr>
            <w:tcW w:type="dxa" w:w="3299"/>
          </w:tcPr>
          <w:p>
            <w:pPr>
              <w:spacing w:after="0"/>
              <w:jc w:val="left"/>
            </w:pPr>
            <w:r>
              <w:rPr>
                <w:sz w:val="16"/>
              </w:rPr>
              <w:t>Approved, expires 2028-03-06</w:t>
            </w:r>
          </w:p>
        </w:tc>
        <w:tc>
          <w:tcPr>
            <w:tcW w:type="dxa" w:w="3521"/>
          </w:tcPr>
          <w:p>
            <w:pPr>
              <w:spacing w:after="0"/>
              <w:jc w:val="left"/>
            </w:pPr>
            <w:r>
              <w:rPr>
                <w:sz w:val="16"/>
              </w:rPr>
              <w:t>Polk County (FEMA plan 108430)</w:t>
            </w:r>
          </w:p>
        </w:tc>
        <w:tc>
          <w:tcPr>
            <w:tcW w:type="dxa" w:w="1294"/>
          </w:tcPr>
          <w:p>
            <w:pPr>
              <w:spacing w:after="0"/>
              <w:jc w:val="left"/>
            </w:pPr>
            <w:r>
              <w:rPr>
                <w:sz w:val="16"/>
              </w:rPr>
              <w:t>2023-03-07</w:t>
            </w:r>
          </w:p>
        </w:tc>
        <w:tc>
          <w:tcPr>
            <w:tcW w:type="dxa" w:w="1294"/>
          </w:tcPr>
          <w:p>
            <w:pPr>
              <w:spacing w:after="0"/>
              <w:jc w:val="left"/>
            </w:pPr>
            <w:r>
              <w:rPr>
                <w:sz w:val="16"/>
              </w:rPr>
              <w:t>2028-03-06</w:t>
            </w:r>
          </w:p>
        </w:tc>
        <w:tc>
          <w:tcPr>
            <w:tcW w:type="dxa" w:w="1115"/>
          </w:tcPr>
          <w:p>
            <w:pPr>
              <w:spacing w:after="0"/>
              <w:jc w:val="right"/>
            </w:pPr>
            <w:r>
              <w:rPr>
                <w:sz w:val="16"/>
              </w:rPr>
              <w:t>523</w:t>
            </w:r>
          </w:p>
        </w:tc>
      </w:tr>
      <w:tr>
        <w:trPr>
          <w:cantSplit/>
        </w:trPr>
        <w:tc>
          <w:tcPr>
            <w:tcW w:type="dxa" w:w="1851"/>
          </w:tcPr>
          <w:p>
            <w:pPr>
              <w:spacing w:after="0"/>
              <w:jc w:val="left"/>
            </w:pPr>
            <w:r>
              <w:rPr>
                <w:sz w:val="16"/>
              </w:rPr>
              <w:t>Aragon city</w:t>
            </w:r>
          </w:p>
        </w:tc>
        <w:tc>
          <w:tcPr>
            <w:tcW w:type="dxa" w:w="1739"/>
          </w:tcPr>
          <w:p>
            <w:pPr>
              <w:spacing w:after="0"/>
              <w:jc w:val="left"/>
            </w:pPr>
            <w:r>
              <w:rPr>
                <w:sz w:val="16"/>
              </w:rPr>
              <w:t>City</w:t>
            </w:r>
          </w:p>
        </w:tc>
        <w:tc>
          <w:tcPr>
            <w:tcW w:type="dxa" w:w="3299"/>
          </w:tcPr>
          <w:p>
            <w:pPr>
              <w:spacing w:after="0"/>
              <w:jc w:val="left"/>
            </w:pPr>
            <w:r>
              <w:rPr>
                <w:sz w:val="16"/>
              </w:rPr>
              <w:t>Approved, expires 2028-03-06</w:t>
            </w:r>
          </w:p>
        </w:tc>
        <w:tc>
          <w:tcPr>
            <w:tcW w:type="dxa" w:w="3521"/>
          </w:tcPr>
          <w:p>
            <w:pPr>
              <w:spacing w:after="0"/>
              <w:jc w:val="left"/>
            </w:pPr>
            <w:r>
              <w:rPr>
                <w:sz w:val="16"/>
              </w:rPr>
              <w:t>Polk County (FEMA plan 108430)</w:t>
            </w:r>
          </w:p>
        </w:tc>
        <w:tc>
          <w:tcPr>
            <w:tcW w:type="dxa" w:w="1294"/>
          </w:tcPr>
          <w:p>
            <w:pPr>
              <w:spacing w:after="0"/>
              <w:jc w:val="left"/>
            </w:pPr>
            <w:r>
              <w:rPr>
                <w:sz w:val="16"/>
              </w:rPr>
              <w:t>2023-03-07</w:t>
            </w:r>
          </w:p>
        </w:tc>
        <w:tc>
          <w:tcPr>
            <w:tcW w:type="dxa" w:w="1294"/>
          </w:tcPr>
          <w:p>
            <w:pPr>
              <w:spacing w:after="0"/>
              <w:jc w:val="left"/>
            </w:pPr>
            <w:r>
              <w:rPr>
                <w:sz w:val="16"/>
              </w:rPr>
              <w:t>2028-03-06</w:t>
            </w:r>
          </w:p>
        </w:tc>
        <w:tc>
          <w:tcPr>
            <w:tcW w:type="dxa" w:w="1115"/>
          </w:tcPr>
          <w:p>
            <w:pPr>
              <w:spacing w:after="0"/>
              <w:jc w:val="right"/>
            </w:pPr>
            <w:r>
              <w:rPr>
                <w:sz w:val="16"/>
              </w:rPr>
              <w:t>523</w:t>
            </w:r>
          </w:p>
        </w:tc>
      </w:tr>
      <w:tr>
        <w:trPr>
          <w:cantSplit/>
        </w:trPr>
        <w:tc>
          <w:tcPr>
            <w:tcW w:type="dxa" w:w="1851"/>
          </w:tcPr>
          <w:p>
            <w:pPr>
              <w:spacing w:after="0"/>
              <w:jc w:val="left"/>
            </w:pPr>
            <w:r>
              <w:rPr>
                <w:sz w:val="16"/>
              </w:rPr>
              <w:t>Cedartown city</w:t>
            </w:r>
          </w:p>
        </w:tc>
        <w:tc>
          <w:tcPr>
            <w:tcW w:type="dxa" w:w="1739"/>
          </w:tcPr>
          <w:p>
            <w:pPr>
              <w:spacing w:after="0"/>
              <w:jc w:val="left"/>
            </w:pPr>
            <w:r>
              <w:rPr>
                <w:sz w:val="16"/>
              </w:rPr>
              <w:t>City</w:t>
            </w:r>
          </w:p>
        </w:tc>
        <w:tc>
          <w:tcPr>
            <w:tcW w:type="dxa" w:w="3299"/>
          </w:tcPr>
          <w:p>
            <w:pPr>
              <w:spacing w:after="0"/>
              <w:jc w:val="left"/>
            </w:pPr>
            <w:r>
              <w:rPr>
                <w:sz w:val="16"/>
              </w:rPr>
              <w:t>Approved, expires 2028-03-06</w:t>
            </w:r>
          </w:p>
        </w:tc>
        <w:tc>
          <w:tcPr>
            <w:tcW w:type="dxa" w:w="3521"/>
          </w:tcPr>
          <w:p>
            <w:pPr>
              <w:spacing w:after="0"/>
              <w:jc w:val="left"/>
            </w:pPr>
            <w:r>
              <w:rPr>
                <w:sz w:val="16"/>
              </w:rPr>
              <w:t>Polk County (FEMA plan 108430)</w:t>
            </w:r>
          </w:p>
        </w:tc>
        <w:tc>
          <w:tcPr>
            <w:tcW w:type="dxa" w:w="1294"/>
          </w:tcPr>
          <w:p>
            <w:pPr>
              <w:spacing w:after="0"/>
              <w:jc w:val="left"/>
            </w:pPr>
            <w:r>
              <w:rPr>
                <w:sz w:val="16"/>
              </w:rPr>
              <w:t>2023-03-07</w:t>
            </w:r>
          </w:p>
        </w:tc>
        <w:tc>
          <w:tcPr>
            <w:tcW w:type="dxa" w:w="1294"/>
          </w:tcPr>
          <w:p>
            <w:pPr>
              <w:spacing w:after="0"/>
              <w:jc w:val="left"/>
            </w:pPr>
            <w:r>
              <w:rPr>
                <w:sz w:val="16"/>
              </w:rPr>
              <w:t>2028-03-06</w:t>
            </w:r>
          </w:p>
        </w:tc>
        <w:tc>
          <w:tcPr>
            <w:tcW w:type="dxa" w:w="1115"/>
          </w:tcPr>
          <w:p>
            <w:pPr>
              <w:spacing w:after="0"/>
              <w:jc w:val="right"/>
            </w:pPr>
            <w:r>
              <w:rPr>
                <w:sz w:val="16"/>
              </w:rPr>
              <w:t>523</w:t>
            </w:r>
          </w:p>
        </w:tc>
      </w:tr>
      <w:tr>
        <w:trPr>
          <w:cantSplit/>
        </w:trPr>
        <w:tc>
          <w:tcPr>
            <w:tcW w:type="dxa" w:w="1851"/>
          </w:tcPr>
          <w:p>
            <w:pPr>
              <w:spacing w:after="0"/>
              <w:jc w:val="left"/>
            </w:pPr>
            <w:r>
              <w:rPr>
                <w:sz w:val="16"/>
              </w:rPr>
              <w:t>Rockmart city</w:t>
            </w:r>
          </w:p>
        </w:tc>
        <w:tc>
          <w:tcPr>
            <w:tcW w:type="dxa" w:w="1739"/>
          </w:tcPr>
          <w:p>
            <w:pPr>
              <w:spacing w:after="0"/>
              <w:jc w:val="left"/>
            </w:pPr>
            <w:r>
              <w:rPr>
                <w:sz w:val="16"/>
              </w:rPr>
              <w:t>City</w:t>
            </w:r>
          </w:p>
        </w:tc>
        <w:tc>
          <w:tcPr>
            <w:tcW w:type="dxa" w:w="3299"/>
          </w:tcPr>
          <w:p>
            <w:pPr>
              <w:spacing w:after="0"/>
              <w:jc w:val="left"/>
            </w:pPr>
            <w:r>
              <w:rPr>
                <w:sz w:val="16"/>
              </w:rPr>
              <w:t>Approved, expires 2028-03-06</w:t>
            </w:r>
          </w:p>
        </w:tc>
        <w:tc>
          <w:tcPr>
            <w:tcW w:type="dxa" w:w="3521"/>
          </w:tcPr>
          <w:p>
            <w:pPr>
              <w:spacing w:after="0"/>
              <w:jc w:val="left"/>
            </w:pPr>
            <w:r>
              <w:rPr>
                <w:sz w:val="16"/>
              </w:rPr>
              <w:t>Polk County (FEMA plan 108430)</w:t>
            </w:r>
          </w:p>
        </w:tc>
        <w:tc>
          <w:tcPr>
            <w:tcW w:type="dxa" w:w="1294"/>
          </w:tcPr>
          <w:p>
            <w:pPr>
              <w:spacing w:after="0"/>
              <w:jc w:val="left"/>
            </w:pPr>
            <w:r>
              <w:rPr>
                <w:sz w:val="16"/>
              </w:rPr>
              <w:t>2023-03-07</w:t>
            </w:r>
          </w:p>
        </w:tc>
        <w:tc>
          <w:tcPr>
            <w:tcW w:type="dxa" w:w="1294"/>
          </w:tcPr>
          <w:p>
            <w:pPr>
              <w:spacing w:after="0"/>
              <w:jc w:val="left"/>
            </w:pPr>
            <w:r>
              <w:rPr>
                <w:sz w:val="16"/>
              </w:rPr>
              <w:t>2028-03-06</w:t>
            </w:r>
          </w:p>
        </w:tc>
        <w:tc>
          <w:tcPr>
            <w:tcW w:type="dxa" w:w="1115"/>
          </w:tcPr>
          <w:p>
            <w:pPr>
              <w:spacing w:after="0"/>
              <w:jc w:val="right"/>
            </w:pPr>
            <w:r>
              <w:rPr>
                <w:sz w:val="16"/>
              </w:rPr>
              <w:t>523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479"/>
        <w:gridCol w:w="1233"/>
        <w:gridCol w:w="1037"/>
        <w:gridCol w:w="1126"/>
        <w:gridCol w:w="1607"/>
        <w:gridCol w:w="1135"/>
        <w:gridCol w:w="1725"/>
        <w:gridCol w:w="3039"/>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9"/>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9"/>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479"/>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$7,137,608</w:t>
            </w:r>
          </w:p>
        </w:tc>
        <w:tc>
          <w:tcPr>
            <w:tcW w:type="dxa" w:w="1126"/>
          </w:tcPr>
          <w:p>
            <w:pPr>
              <w:spacing w:after="0"/>
              <w:jc w:val="right"/>
            </w:pPr>
            <w:r>
              <w:rPr>
                <w:sz w:val="16"/>
              </w:rPr>
              <w:t>$4,761</w:t>
            </w:r>
          </w:p>
        </w:tc>
        <w:tc>
          <w:tcPr>
            <w:tcW w:type="dxa" w:w="1607"/>
          </w:tcPr>
          <w:p>
            <w:pPr>
              <w:spacing w:after="0"/>
              <w:jc w:val="right"/>
            </w:pPr>
            <w:r>
              <w:rPr>
                <w:sz w:val="16"/>
              </w:rPr>
              <w:t>$77,785</w:t>
            </w:r>
          </w:p>
        </w:tc>
        <w:tc>
          <w:tcPr>
            <w:tcW w:type="dxa" w:w="1135"/>
          </w:tcPr>
          <w:p>
            <w:pPr>
              <w:spacing w:after="0"/>
              <w:jc w:val="right"/>
            </w:pPr>
            <w:r>
              <w:rPr>
                <w:sz w:val="16"/>
              </w:rPr>
              <w:t>$7,220,153</w:t>
            </w:r>
          </w:p>
        </w:tc>
        <w:tc>
          <w:tcPr>
            <w:tcW w:type="dxa" w:w="1725"/>
          </w:tcPr>
          <w:p>
            <w:pPr>
              <w:spacing w:after="0"/>
              <w:jc w:val="right"/>
            </w:pPr>
            <w:r>
              <w:rPr>
                <w:sz w:val="16"/>
              </w:rPr>
              <w:t>31</w:t>
            </w:r>
          </w:p>
        </w:tc>
        <w:tc>
          <w:tcPr>
            <w:tcW w:type="dxa" w:w="3039"/>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479"/>
          </w:tcPr>
          <w:p>
            <w:pPr>
              <w:spacing w:after="0"/>
              <w:jc w:val="left"/>
            </w:pPr>
            <w:r>
              <w:rPr>
                <w:sz w:val="16"/>
              </w:rPr>
              <w:t>Relatively Moderate</w:t>
            </w:r>
          </w:p>
        </w:tc>
        <w:tc>
          <w:tcPr>
            <w:tcW w:type="dxa" w:w="1233"/>
          </w:tcPr>
          <w:p>
            <w:pPr>
              <w:spacing w:after="0"/>
              <w:jc w:val="left"/>
            </w:pPr>
            <w:r>
              <w:rPr>
                <w:sz w:val="16"/>
              </w:rPr>
              <w:t>Relatively Moderate</w:t>
            </w:r>
          </w:p>
        </w:tc>
        <w:tc>
          <w:tcPr>
            <w:tcW w:type="dxa" w:w="1037"/>
          </w:tcPr>
          <w:p>
            <w:pPr>
              <w:spacing w:after="0"/>
              <w:jc w:val="right"/>
            </w:pPr>
            <w:r>
              <w:rPr>
                <w:sz w:val="16"/>
              </w:rPr>
              <w:t>$1,544,525</w:t>
            </w:r>
          </w:p>
        </w:tc>
        <w:tc>
          <w:tcPr>
            <w:tcW w:type="dxa" w:w="1126"/>
          </w:tcPr>
          <w:p>
            <w:pPr>
              <w:spacing w:after="0"/>
              <w:jc w:val="right"/>
            </w:pPr>
            <w:r>
              <w:rPr>
                <w:sz w:val="16"/>
              </w:rPr>
              <w:t>$2,698</w:t>
            </w:r>
          </w:p>
        </w:tc>
        <w:tc>
          <w:tcPr>
            <w:tcW w:type="dxa" w:w="1607"/>
          </w:tcPr>
          <w:p>
            <w:pPr>
              <w:spacing w:after="0"/>
              <w:jc w:val="right"/>
            </w:pPr>
            <w:r>
              <w:rPr>
                <w:sz w:val="16"/>
              </w:rPr>
              <w:t>$2,088,211</w:t>
            </w:r>
          </w:p>
        </w:tc>
        <w:tc>
          <w:tcPr>
            <w:tcW w:type="dxa" w:w="1135"/>
          </w:tcPr>
          <w:p>
            <w:pPr>
              <w:spacing w:after="0"/>
              <w:jc w:val="right"/>
            </w:pPr>
            <w:r>
              <w:rPr>
                <w:sz w:val="16"/>
              </w:rPr>
              <w:t>$3,635,434</w:t>
            </w:r>
          </w:p>
        </w:tc>
        <w:tc>
          <w:tcPr>
            <w:tcW w:type="dxa" w:w="1725"/>
          </w:tcPr>
          <w:p>
            <w:pPr>
              <w:spacing w:after="0"/>
              <w:jc w:val="right"/>
            </w:pPr>
            <w:r>
              <w:rPr>
                <w:sz w:val="16"/>
              </w:rPr>
              <w:t>7</w:t>
            </w:r>
          </w:p>
        </w:tc>
        <w:tc>
          <w:tcPr>
            <w:tcW w:type="dxa" w:w="3039"/>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Cold Wave</w:t>
            </w:r>
          </w:p>
        </w:tc>
        <w:tc>
          <w:tcPr>
            <w:tcW w:type="dxa" w:w="1479"/>
          </w:tcPr>
          <w:p>
            <w:pPr>
              <w:spacing w:after="0"/>
              <w:jc w:val="left"/>
            </w:pPr>
            <w:r>
              <w:rPr>
                <w:sz w:val="16"/>
              </w:rPr>
              <w:t>Relatively Moderate</w:t>
            </w:r>
          </w:p>
        </w:tc>
        <w:tc>
          <w:tcPr>
            <w:tcW w:type="dxa" w:w="1233"/>
          </w:tcPr>
          <w:p>
            <w:pPr>
              <w:spacing w:after="0"/>
              <w:jc w:val="left"/>
            </w:pPr>
            <w:r>
              <w:rPr>
                <w:sz w:val="16"/>
              </w:rPr>
              <w:t>Relatively Moderate</w:t>
            </w:r>
          </w:p>
        </w:tc>
        <w:tc>
          <w:tcPr>
            <w:tcW w:type="dxa" w:w="1037"/>
          </w:tcPr>
          <w:p>
            <w:pPr>
              <w:spacing w:after="0"/>
              <w:jc w:val="right"/>
            </w:pPr>
            <w:r>
              <w:rPr>
                <w:sz w:val="16"/>
              </w:rPr>
              <w:t>$6,350</w:t>
            </w:r>
          </w:p>
        </w:tc>
        <w:tc>
          <w:tcPr>
            <w:tcW w:type="dxa" w:w="1126"/>
          </w:tcPr>
          <w:p>
            <w:pPr>
              <w:spacing w:after="0"/>
              <w:jc w:val="right"/>
            </w:pPr>
            <w:r>
              <w:rPr>
                <w:sz w:val="16"/>
              </w:rPr>
              <w:t>$53,370</w:t>
            </w:r>
          </w:p>
        </w:tc>
        <w:tc>
          <w:tcPr>
            <w:tcW w:type="dxa" w:w="1607"/>
          </w:tcPr>
          <w:p>
            <w:pPr>
              <w:spacing w:after="0"/>
              <w:jc w:val="right"/>
            </w:pPr>
            <w:r>
              <w:rPr>
                <w:sz w:val="16"/>
              </w:rPr>
              <w:t>$1,262,570</w:t>
            </w:r>
          </w:p>
        </w:tc>
        <w:tc>
          <w:tcPr>
            <w:tcW w:type="dxa" w:w="1135"/>
          </w:tcPr>
          <w:p>
            <w:pPr>
              <w:spacing w:after="0"/>
              <w:jc w:val="right"/>
            </w:pPr>
            <w:r>
              <w:rPr>
                <w:sz w:val="16"/>
              </w:rPr>
              <w:t>$1,322,290</w:t>
            </w:r>
          </w:p>
        </w:tc>
        <w:tc>
          <w:tcPr>
            <w:tcW w:type="dxa" w:w="1725"/>
          </w:tcPr>
          <w:p>
            <w:pPr>
              <w:spacing w:after="0"/>
              <w:jc w:val="right"/>
            </w:pPr>
            <w:r>
              <w:rPr>
                <w:sz w:val="16"/>
              </w:rPr>
              <w:t>14</w:t>
            </w:r>
          </w:p>
        </w:tc>
        <w:tc>
          <w:tcPr>
            <w:tcW w:type="dxa" w:w="3039"/>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4</w:t>
            </w:r>
          </w:p>
        </w:tc>
        <w:tc>
          <w:tcPr>
            <w:tcW w:type="dxa" w:w="1037"/>
          </w:tcPr>
          <w:p>
            <w:pPr>
              <w:spacing w:after="0"/>
              <w:jc w:val="left"/>
            </w:pPr>
            <w:r>
              <w:rPr>
                <w:sz w:val="16"/>
              </w:rPr>
              <w:t>Earthquake</w:t>
            </w:r>
          </w:p>
        </w:tc>
        <w:tc>
          <w:tcPr>
            <w:tcW w:type="dxa" w:w="1479"/>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$545,496</w:t>
            </w:r>
          </w:p>
        </w:tc>
        <w:tc>
          <w:tcPr>
            <w:tcW w:type="dxa" w:w="1126"/>
          </w:tcPr>
          <w:p>
            <w:pPr>
              <w:spacing w:after="0"/>
              <w:jc w:val="right"/>
            </w:pPr>
            <w:r>
              <w:rPr>
                <w:sz w:val="16"/>
              </w:rPr>
              <w:t>n/a</w:t>
            </w:r>
          </w:p>
        </w:tc>
        <w:tc>
          <w:tcPr>
            <w:tcW w:type="dxa" w:w="1607"/>
          </w:tcPr>
          <w:p>
            <w:pPr>
              <w:spacing w:after="0"/>
              <w:jc w:val="right"/>
            </w:pPr>
            <w:r>
              <w:rPr>
                <w:sz w:val="16"/>
              </w:rPr>
              <w:t>$188,994</w:t>
            </w:r>
          </w:p>
        </w:tc>
        <w:tc>
          <w:tcPr>
            <w:tcW w:type="dxa" w:w="1135"/>
          </w:tcPr>
          <w:p>
            <w:pPr>
              <w:spacing w:after="0"/>
              <w:jc w:val="right"/>
            </w:pPr>
            <w:r>
              <w:rPr>
                <w:sz w:val="16"/>
              </w:rPr>
              <w:t>$734,490</w:t>
            </w:r>
          </w:p>
        </w:tc>
        <w:tc>
          <w:tcPr>
            <w:tcW w:type="dxa" w:w="1725"/>
          </w:tcPr>
          <w:p>
            <w:pPr>
              <w:spacing w:after="0"/>
              <w:jc w:val="right"/>
            </w:pPr>
          </w:p>
        </w:tc>
        <w:tc>
          <w:tcPr>
            <w:tcW w:type="dxa" w:w="3039"/>
          </w:tcPr>
          <w:p>
            <w:pPr>
              <w:spacing w:after="0"/>
              <w:jc w:val="left"/>
            </w:pPr>
            <w:r>
              <w:rPr>
                <w:sz w:val="16"/>
              </w:rPr>
              <w:t>Storm Events does not record earthquakes.</w:t>
            </w: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479"/>
          </w:tcPr>
          <w:p>
            <w:pPr>
              <w:spacing w:after="0"/>
              <w:jc w:val="left"/>
            </w:pPr>
            <w:r>
              <w:rPr>
                <w:sz w:val="16"/>
              </w:rPr>
              <w:t>Relatively Moderate</w:t>
            </w:r>
          </w:p>
        </w:tc>
        <w:tc>
          <w:tcPr>
            <w:tcW w:type="dxa" w:w="1233"/>
          </w:tcPr>
          <w:p>
            <w:pPr>
              <w:spacing w:after="0"/>
              <w:jc w:val="left"/>
            </w:pPr>
            <w:r>
              <w:rPr>
                <w:sz w:val="16"/>
              </w:rPr>
              <w:t>Relatively Moderate</w:t>
            </w:r>
          </w:p>
        </w:tc>
        <w:tc>
          <w:tcPr>
            <w:tcW w:type="dxa" w:w="1037"/>
          </w:tcPr>
          <w:p>
            <w:pPr>
              <w:spacing w:after="0"/>
              <w:jc w:val="right"/>
            </w:pPr>
            <w:r>
              <w:rPr>
                <w:sz w:val="16"/>
              </w:rPr>
              <w:t>$128,095</w:t>
            </w:r>
          </w:p>
        </w:tc>
        <w:tc>
          <w:tcPr>
            <w:tcW w:type="dxa" w:w="1126"/>
          </w:tcPr>
          <w:p>
            <w:pPr>
              <w:spacing w:after="0"/>
              <w:jc w:val="right"/>
            </w:pPr>
            <w:r>
              <w:rPr>
                <w:sz w:val="16"/>
              </w:rPr>
              <w:t>$1,270</w:t>
            </w:r>
          </w:p>
        </w:tc>
        <w:tc>
          <w:tcPr>
            <w:tcW w:type="dxa" w:w="1607"/>
          </w:tcPr>
          <w:p>
            <w:pPr>
              <w:spacing w:after="0"/>
              <w:jc w:val="right"/>
            </w:pPr>
            <w:r>
              <w:rPr>
                <w:sz w:val="16"/>
              </w:rPr>
              <w:t>$587,143</w:t>
            </w:r>
          </w:p>
        </w:tc>
        <w:tc>
          <w:tcPr>
            <w:tcW w:type="dxa" w:w="1135"/>
          </w:tcPr>
          <w:p>
            <w:pPr>
              <w:spacing w:after="0"/>
              <w:jc w:val="right"/>
            </w:pPr>
            <w:r>
              <w:rPr>
                <w:sz w:val="16"/>
              </w:rPr>
              <w:t>$716,507</w:t>
            </w:r>
          </w:p>
        </w:tc>
        <w:tc>
          <w:tcPr>
            <w:tcW w:type="dxa" w:w="1725"/>
          </w:tcPr>
          <w:p>
            <w:pPr>
              <w:spacing w:after="0"/>
              <w:jc w:val="right"/>
            </w:pPr>
            <w:r>
              <w:rPr>
                <w:sz w:val="16"/>
              </w:rPr>
              <w:t>159</w:t>
            </w:r>
          </w:p>
        </w:tc>
        <w:tc>
          <w:tcPr>
            <w:tcW w:type="dxa" w:w="3039"/>
          </w:tcPr>
          <w:p>
            <w:pPr>
              <w:spacing w:after="0"/>
              <w:jc w:val="left"/>
            </w:pPr>
            <w:r>
              <w:rPr>
                <w:sz w:val="16"/>
              </w:rPr>
              <w:t>Includes 1 High Wind and 9 Strong Wind records (NOAA non-thunderstorm wind types,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Drought</w:t>
            </w:r>
          </w:p>
        </w:tc>
        <w:tc>
          <w:tcPr>
            <w:tcW w:type="dxa" w:w="1479"/>
          </w:tcPr>
          <w:p>
            <w:pPr>
              <w:spacing w:after="0"/>
              <w:jc w:val="left"/>
            </w:pPr>
            <w:r>
              <w:rPr>
                <w:sz w:val="16"/>
              </w:rPr>
              <w:t>Relatively Moderate</w:t>
            </w:r>
          </w:p>
        </w:tc>
        <w:tc>
          <w:tcPr>
            <w:tcW w:type="dxa" w:w="123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$665,376</w:t>
            </w:r>
          </w:p>
        </w:tc>
        <w:tc>
          <w:tcPr>
            <w:tcW w:type="dxa" w:w="1607"/>
          </w:tcPr>
          <w:p>
            <w:pPr>
              <w:spacing w:after="0"/>
              <w:jc w:val="right"/>
            </w:pPr>
            <w:r>
              <w:rPr>
                <w:sz w:val="16"/>
              </w:rPr>
              <w:t>n/a</w:t>
            </w:r>
          </w:p>
        </w:tc>
        <w:tc>
          <w:tcPr>
            <w:tcW w:type="dxa" w:w="1135"/>
          </w:tcPr>
          <w:p>
            <w:pPr>
              <w:spacing w:after="0"/>
              <w:jc w:val="right"/>
            </w:pPr>
            <w:r>
              <w:rPr>
                <w:sz w:val="16"/>
              </w:rPr>
              <w:t>$665,376</w:t>
            </w:r>
          </w:p>
        </w:tc>
        <w:tc>
          <w:tcPr>
            <w:tcW w:type="dxa" w:w="1725"/>
          </w:tcPr>
          <w:p>
            <w:pPr>
              <w:spacing w:after="0"/>
              <w:jc w:val="right"/>
            </w:pPr>
            <w:r>
              <w:rPr>
                <w:sz w:val="16"/>
              </w:rPr>
              <w:t>39</w:t>
            </w:r>
          </w:p>
        </w:tc>
        <w:tc>
          <w:tcPr>
            <w:tcW w:type="dxa" w:w="3039"/>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Lightning</w:t>
            </w:r>
          </w:p>
        </w:tc>
        <w:tc>
          <w:tcPr>
            <w:tcW w:type="dxa" w:w="1479"/>
          </w:tcPr>
          <w:p>
            <w:pPr>
              <w:spacing w:after="0"/>
              <w:jc w:val="left"/>
            </w:pPr>
            <w:r>
              <w:rPr>
                <w:sz w:val="16"/>
              </w:rPr>
              <w:t>Relatively Moderate</w:t>
            </w:r>
          </w:p>
        </w:tc>
        <w:tc>
          <w:tcPr>
            <w:tcW w:type="dxa" w:w="1233"/>
          </w:tcPr>
          <w:p>
            <w:pPr>
              <w:spacing w:after="0"/>
              <w:jc w:val="left"/>
            </w:pPr>
            <w:r>
              <w:rPr>
                <w:sz w:val="16"/>
              </w:rPr>
              <w:t>Relatively Low</w:t>
            </w:r>
          </w:p>
        </w:tc>
        <w:tc>
          <w:tcPr>
            <w:tcW w:type="dxa" w:w="1037"/>
          </w:tcPr>
          <w:p>
            <w:pPr>
              <w:spacing w:after="0"/>
              <w:jc w:val="right"/>
            </w:pPr>
            <w:r>
              <w:rPr>
                <w:sz w:val="16"/>
              </w:rPr>
              <w:t>$37,271</w:t>
            </w:r>
          </w:p>
        </w:tc>
        <w:tc>
          <w:tcPr>
            <w:tcW w:type="dxa" w:w="1126"/>
          </w:tcPr>
          <w:p>
            <w:pPr>
              <w:spacing w:after="0"/>
              <w:jc w:val="right"/>
            </w:pPr>
            <w:r>
              <w:rPr>
                <w:sz w:val="16"/>
              </w:rPr>
              <w:t>n/a</w:t>
            </w:r>
          </w:p>
        </w:tc>
        <w:tc>
          <w:tcPr>
            <w:tcW w:type="dxa" w:w="1607"/>
          </w:tcPr>
          <w:p>
            <w:pPr>
              <w:spacing w:after="0"/>
              <w:jc w:val="right"/>
            </w:pPr>
            <w:r>
              <w:rPr>
                <w:sz w:val="16"/>
              </w:rPr>
              <w:t>$202,787</w:t>
            </w:r>
          </w:p>
        </w:tc>
        <w:tc>
          <w:tcPr>
            <w:tcW w:type="dxa" w:w="1135"/>
          </w:tcPr>
          <w:p>
            <w:pPr>
              <w:spacing w:after="0"/>
              <w:jc w:val="right"/>
            </w:pPr>
            <w:r>
              <w:rPr>
                <w:sz w:val="16"/>
              </w:rPr>
              <w:t>$240,057</w:t>
            </w:r>
          </w:p>
        </w:tc>
        <w:tc>
          <w:tcPr>
            <w:tcW w:type="dxa" w:w="1725"/>
          </w:tcPr>
          <w:p>
            <w:pPr>
              <w:spacing w:after="0"/>
              <w:jc w:val="right"/>
            </w:pPr>
            <w:r>
              <w:rPr>
                <w:sz w:val="16"/>
              </w:rPr>
              <w:t>12</w:t>
            </w:r>
          </w:p>
        </w:tc>
        <w:tc>
          <w:tcPr>
            <w:tcW w:type="dxa" w:w="3039"/>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Hail</w:t>
            </w:r>
          </w:p>
        </w:tc>
        <w:tc>
          <w:tcPr>
            <w:tcW w:type="dxa" w:w="1479"/>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$225,340</w:t>
            </w:r>
          </w:p>
        </w:tc>
        <w:tc>
          <w:tcPr>
            <w:tcW w:type="dxa" w:w="1126"/>
          </w:tcPr>
          <w:p>
            <w:pPr>
              <w:spacing w:after="0"/>
              <w:jc w:val="right"/>
            </w:pPr>
            <w:r>
              <w:rPr>
                <w:sz w:val="16"/>
              </w:rPr>
              <w:t>$1,910</w:t>
            </w:r>
          </w:p>
        </w:tc>
        <w:tc>
          <w:tcPr>
            <w:tcW w:type="dxa" w:w="1607"/>
          </w:tcPr>
          <w:p>
            <w:pPr>
              <w:spacing w:after="0"/>
              <w:jc w:val="right"/>
            </w:pPr>
            <w:r>
              <w:rPr>
                <w:sz w:val="16"/>
              </w:rPr>
              <w:t>$7,088</w:t>
            </w:r>
          </w:p>
        </w:tc>
        <w:tc>
          <w:tcPr>
            <w:tcW w:type="dxa" w:w="1135"/>
          </w:tcPr>
          <w:p>
            <w:pPr>
              <w:spacing w:after="0"/>
              <w:jc w:val="right"/>
            </w:pPr>
            <w:r>
              <w:rPr>
                <w:sz w:val="16"/>
              </w:rPr>
              <w:t>$234,338</w:t>
            </w:r>
          </w:p>
        </w:tc>
        <w:tc>
          <w:tcPr>
            <w:tcW w:type="dxa" w:w="1725"/>
          </w:tcPr>
          <w:p>
            <w:pPr>
              <w:spacing w:after="0"/>
              <w:jc w:val="right"/>
            </w:pPr>
            <w:r>
              <w:rPr>
                <w:sz w:val="16"/>
              </w:rPr>
              <w:t>84</w:t>
            </w:r>
          </w:p>
        </w:tc>
        <w:tc>
          <w:tcPr>
            <w:tcW w:type="dxa" w:w="3039"/>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Heat Wave</w:t>
            </w:r>
          </w:p>
        </w:tc>
        <w:tc>
          <w:tcPr>
            <w:tcW w:type="dxa" w:w="1479"/>
          </w:tcPr>
          <w:p>
            <w:pPr>
              <w:spacing w:after="0"/>
              <w:jc w:val="left"/>
            </w:pPr>
            <w:r>
              <w:rPr>
                <w:sz w:val="16"/>
              </w:rPr>
              <w:t>Relatively Low</w:t>
            </w:r>
          </w:p>
        </w:tc>
        <w:tc>
          <w:tcPr>
            <w:tcW w:type="dxa" w:w="1233"/>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$382</w:t>
            </w:r>
          </w:p>
        </w:tc>
        <w:tc>
          <w:tcPr>
            <w:tcW w:type="dxa" w:w="1607"/>
          </w:tcPr>
          <w:p>
            <w:pPr>
              <w:spacing w:after="0"/>
              <w:jc w:val="right"/>
            </w:pPr>
            <w:r>
              <w:rPr>
                <w:sz w:val="16"/>
              </w:rPr>
              <w:t>$158,184</w:t>
            </w:r>
          </w:p>
        </w:tc>
        <w:tc>
          <w:tcPr>
            <w:tcW w:type="dxa" w:w="1135"/>
          </w:tcPr>
          <w:p>
            <w:pPr>
              <w:spacing w:after="0"/>
              <w:jc w:val="right"/>
            </w:pPr>
            <w:r>
              <w:rPr>
                <w:sz w:val="16"/>
              </w:rPr>
              <w:t>$158,577</w:t>
            </w:r>
          </w:p>
        </w:tc>
        <w:tc>
          <w:tcPr>
            <w:tcW w:type="dxa" w:w="1725"/>
          </w:tcPr>
          <w:p>
            <w:pPr>
              <w:spacing w:after="0"/>
              <w:jc w:val="right"/>
            </w:pPr>
            <w:r>
              <w:rPr>
                <w:sz w:val="16"/>
              </w:rPr>
              <w:t>11</w:t>
            </w:r>
          </w:p>
        </w:tc>
        <w:tc>
          <w:tcPr>
            <w:tcW w:type="dxa" w:w="3039"/>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Hurricane</w:t>
            </w:r>
          </w:p>
        </w:tc>
        <w:tc>
          <w:tcPr>
            <w:tcW w:type="dxa" w:w="1479"/>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$121,906</w:t>
            </w:r>
          </w:p>
        </w:tc>
        <w:tc>
          <w:tcPr>
            <w:tcW w:type="dxa" w:w="1126"/>
          </w:tcPr>
          <w:p>
            <w:pPr>
              <w:spacing w:after="0"/>
              <w:jc w:val="right"/>
            </w:pPr>
            <w:r>
              <w:rPr>
                <w:sz w:val="16"/>
              </w:rPr>
              <w:t>$28,743</w:t>
            </w:r>
          </w:p>
        </w:tc>
        <w:tc>
          <w:tcPr>
            <w:tcW w:type="dxa" w:w="1607"/>
          </w:tcPr>
          <w:p>
            <w:pPr>
              <w:spacing w:after="0"/>
              <w:jc w:val="right"/>
            </w:pPr>
            <w:r>
              <w:rPr>
                <w:sz w:val="16"/>
              </w:rPr>
              <w:t>$6,646</w:t>
            </w:r>
          </w:p>
        </w:tc>
        <w:tc>
          <w:tcPr>
            <w:tcW w:type="dxa" w:w="1135"/>
          </w:tcPr>
          <w:p>
            <w:pPr>
              <w:spacing w:after="0"/>
              <w:jc w:val="right"/>
            </w:pPr>
            <w:r>
              <w:rPr>
                <w:sz w:val="16"/>
              </w:rPr>
              <w:t>$157,294</w:t>
            </w:r>
          </w:p>
        </w:tc>
        <w:tc>
          <w:tcPr>
            <w:tcW w:type="dxa" w:w="1725"/>
          </w:tcPr>
          <w:p>
            <w:pPr>
              <w:spacing w:after="0"/>
              <w:jc w:val="right"/>
            </w:pPr>
            <w:r>
              <w:rPr>
                <w:sz w:val="16"/>
              </w:rPr>
              <w:t>16</w:t>
            </w:r>
          </w:p>
        </w:tc>
        <w:tc>
          <w:tcPr>
            <w:tcW w:type="dxa" w:w="3039"/>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Wildfire</w:t>
            </w:r>
          </w:p>
        </w:tc>
        <w:tc>
          <w:tcPr>
            <w:tcW w:type="dxa" w:w="1479"/>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$100,569</w:t>
            </w:r>
          </w:p>
        </w:tc>
        <w:tc>
          <w:tcPr>
            <w:tcW w:type="dxa" w:w="1126"/>
          </w:tcPr>
          <w:p>
            <w:pPr>
              <w:spacing w:after="0"/>
              <w:jc w:val="right"/>
            </w:pPr>
            <w:r>
              <w:rPr>
                <w:sz w:val="16"/>
              </w:rPr>
              <w:t>$205</w:t>
            </w:r>
          </w:p>
        </w:tc>
        <w:tc>
          <w:tcPr>
            <w:tcW w:type="dxa" w:w="1607"/>
          </w:tcPr>
          <w:p>
            <w:pPr>
              <w:spacing w:after="0"/>
              <w:jc w:val="right"/>
            </w:pPr>
            <w:r>
              <w:rPr>
                <w:sz w:val="16"/>
              </w:rPr>
              <w:t>$24,300</w:t>
            </w:r>
          </w:p>
        </w:tc>
        <w:tc>
          <w:tcPr>
            <w:tcW w:type="dxa" w:w="1135"/>
          </w:tcPr>
          <w:p>
            <w:pPr>
              <w:spacing w:after="0"/>
              <w:jc w:val="right"/>
            </w:pPr>
            <w:r>
              <w:rPr>
                <w:sz w:val="16"/>
              </w:rPr>
              <w:t>$125,074</w:t>
            </w:r>
          </w:p>
        </w:tc>
        <w:tc>
          <w:tcPr>
            <w:tcW w:type="dxa" w:w="1725"/>
          </w:tcPr>
          <w:p>
            <w:pPr>
              <w:spacing w:after="0"/>
              <w:jc w:val="right"/>
            </w:pPr>
            <w:r>
              <w:rPr>
                <w:sz w:val="16"/>
              </w:rPr>
              <w:t>0</w:t>
            </w:r>
          </w:p>
        </w:tc>
        <w:tc>
          <w:tcPr>
            <w:tcW w:type="dxa" w:w="3039"/>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12</w:t>
            </w:r>
          </w:p>
        </w:tc>
        <w:tc>
          <w:tcPr>
            <w:tcW w:type="dxa" w:w="1037"/>
          </w:tcPr>
          <w:p>
            <w:pPr>
              <w:spacing w:after="0"/>
              <w:jc w:val="left"/>
            </w:pPr>
            <w:r>
              <w:rPr>
                <w:sz w:val="16"/>
              </w:rPr>
              <w:t>Ice Storm</w:t>
            </w:r>
          </w:p>
        </w:tc>
        <w:tc>
          <w:tcPr>
            <w:tcW w:type="dxa" w:w="1479"/>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$54,723</w:t>
            </w:r>
          </w:p>
        </w:tc>
        <w:tc>
          <w:tcPr>
            <w:tcW w:type="dxa" w:w="1126"/>
          </w:tcPr>
          <w:p>
            <w:pPr>
              <w:spacing w:after="0"/>
              <w:jc w:val="right"/>
            </w:pPr>
            <w:r>
              <w:rPr>
                <w:sz w:val="16"/>
              </w:rPr>
              <w:t>n/a</w:t>
            </w:r>
          </w:p>
        </w:tc>
        <w:tc>
          <w:tcPr>
            <w:tcW w:type="dxa" w:w="1607"/>
          </w:tcPr>
          <w:p>
            <w:pPr>
              <w:spacing w:after="0"/>
              <w:jc w:val="right"/>
            </w:pPr>
            <w:r>
              <w:rPr>
                <w:sz w:val="16"/>
              </w:rPr>
              <w:t>$2,718</w:t>
            </w:r>
          </w:p>
        </w:tc>
        <w:tc>
          <w:tcPr>
            <w:tcW w:type="dxa" w:w="1135"/>
          </w:tcPr>
          <w:p>
            <w:pPr>
              <w:spacing w:after="0"/>
              <w:jc w:val="right"/>
            </w:pPr>
            <w:r>
              <w:rPr>
                <w:sz w:val="16"/>
              </w:rPr>
              <w:t>$57,441</w:t>
            </w:r>
          </w:p>
        </w:tc>
        <w:tc>
          <w:tcPr>
            <w:tcW w:type="dxa" w:w="1725"/>
          </w:tcPr>
          <w:p>
            <w:pPr>
              <w:spacing w:after="0"/>
              <w:jc w:val="right"/>
            </w:pPr>
            <w:r>
              <w:rPr>
                <w:sz w:val="16"/>
              </w:rPr>
              <w:t>3</w:t>
            </w:r>
          </w:p>
        </w:tc>
        <w:tc>
          <w:tcPr>
            <w:tcW w:type="dxa" w:w="3039"/>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Winter Weather</w:t>
            </w:r>
          </w:p>
        </w:tc>
        <w:tc>
          <w:tcPr>
            <w:tcW w:type="dxa" w:w="1479"/>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$1,911</w:t>
            </w:r>
          </w:p>
        </w:tc>
        <w:tc>
          <w:tcPr>
            <w:tcW w:type="dxa" w:w="1126"/>
          </w:tcPr>
          <w:p>
            <w:pPr>
              <w:spacing w:after="0"/>
              <w:jc w:val="right"/>
            </w:pPr>
            <w:r>
              <w:rPr>
                <w:sz w:val="16"/>
              </w:rPr>
              <w:t>$23</w:t>
            </w:r>
          </w:p>
        </w:tc>
        <w:tc>
          <w:tcPr>
            <w:tcW w:type="dxa" w:w="1607"/>
          </w:tcPr>
          <w:p>
            <w:pPr>
              <w:spacing w:after="0"/>
              <w:jc w:val="right"/>
            </w:pPr>
            <w:r>
              <w:rPr>
                <w:sz w:val="16"/>
              </w:rPr>
              <w:t>$3,998</w:t>
            </w:r>
          </w:p>
        </w:tc>
        <w:tc>
          <w:tcPr>
            <w:tcW w:type="dxa" w:w="1135"/>
          </w:tcPr>
          <w:p>
            <w:pPr>
              <w:spacing w:after="0"/>
              <w:jc w:val="right"/>
            </w:pPr>
            <w:r>
              <w:rPr>
                <w:sz w:val="16"/>
              </w:rPr>
              <w:t>$5,932</w:t>
            </w:r>
          </w:p>
        </w:tc>
        <w:tc>
          <w:tcPr>
            <w:tcW w:type="dxa" w:w="1725"/>
          </w:tcPr>
          <w:p>
            <w:pPr>
              <w:spacing w:after="0"/>
              <w:jc w:val="right"/>
            </w:pPr>
            <w:r>
              <w:rPr>
                <w:sz w:val="16"/>
              </w:rPr>
              <w:t>31</w:t>
            </w:r>
          </w:p>
        </w:tc>
        <w:tc>
          <w:tcPr>
            <w:tcW w:type="dxa" w:w="3039"/>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479"/>
          </w:tcPr>
          <w:p>
            <w:pPr>
              <w:spacing w:after="0"/>
              <w:jc w:val="left"/>
            </w:pPr>
            <w:r>
              <w:rPr>
                <w:sz w:val="16"/>
              </w:rPr>
              <w:t>Relatively Low</w:t>
            </w:r>
          </w:p>
        </w:tc>
        <w:tc>
          <w:tcPr>
            <w:tcW w:type="dxa" w:w="1233"/>
          </w:tcPr>
          <w:p>
            <w:pPr>
              <w:spacing w:after="0"/>
              <w:jc w:val="left"/>
            </w:pPr>
            <w:r>
              <w:rPr>
                <w:sz w:val="16"/>
              </w:rPr>
              <w:t>Very Low</w:t>
            </w:r>
          </w:p>
        </w:tc>
        <w:tc>
          <w:tcPr>
            <w:tcW w:type="dxa" w:w="1037"/>
          </w:tcPr>
          <w:p>
            <w:pPr>
              <w:spacing w:after="0"/>
              <w:jc w:val="right"/>
            </w:pPr>
            <w:r>
              <w:rPr>
                <w:sz w:val="16"/>
              </w:rPr>
              <w:t>$1,533</w:t>
            </w:r>
          </w:p>
        </w:tc>
        <w:tc>
          <w:tcPr>
            <w:tcW w:type="dxa" w:w="1126"/>
          </w:tcPr>
          <w:p>
            <w:pPr>
              <w:spacing w:after="0"/>
              <w:jc w:val="right"/>
            </w:pPr>
            <w:r>
              <w:rPr>
                <w:sz w:val="16"/>
              </w:rPr>
              <w:t>n/a</w:t>
            </w:r>
          </w:p>
        </w:tc>
        <w:tc>
          <w:tcPr>
            <w:tcW w:type="dxa" w:w="1607"/>
          </w:tcPr>
          <w:p>
            <w:pPr>
              <w:spacing w:after="0"/>
              <w:jc w:val="right"/>
            </w:pPr>
            <w:r>
              <w:rPr>
                <w:sz w:val="16"/>
              </w:rPr>
              <w:t>$3,065</w:t>
            </w:r>
          </w:p>
        </w:tc>
        <w:tc>
          <w:tcPr>
            <w:tcW w:type="dxa" w:w="1135"/>
          </w:tcPr>
          <w:p>
            <w:pPr>
              <w:spacing w:after="0"/>
              <w:jc w:val="right"/>
            </w:pPr>
            <w:r>
              <w:rPr>
                <w:sz w:val="16"/>
              </w:rPr>
              <w:t>$4,599</w:t>
            </w:r>
          </w:p>
        </w:tc>
        <w:tc>
          <w:tcPr>
            <w:tcW w:type="dxa" w:w="1725"/>
          </w:tcPr>
          <w:p>
            <w:pPr>
              <w:spacing w:after="0"/>
              <w:jc w:val="right"/>
            </w:pPr>
            <w:r>
              <w:rPr>
                <w:sz w:val="16"/>
              </w:rPr>
              <w:t>0</w:t>
            </w:r>
          </w:p>
        </w:tc>
        <w:tc>
          <w:tcPr>
            <w:tcW w:type="dxa" w:w="303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102.01 (Relatively Moderate, 81.4); tract 105 (Relatively Moderate, 79.8); tract 104 (Relatively Low, 76.3)</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104 (Relatively Low, 63.8); tract 105 (Relatively Low, 63.2); tract 107 (Relatively Low, 62.4)</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103 (Relatively Low, 94.9); tract 107 (Relatively Low, 94.5); tract 101 (Relatively Low, 92.4)</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107 (Very High, 98.4); tract 102.01 (Very High, 98.1); tract 105 (Very High, 98.0)</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102.02 (Relatively Moderate, 90.4); tract 104 (Relatively Moderate, 90.3); tract 103 (Relatively Moderate, 90.3)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102.01 is Census Tract 102.01).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0"/>
        <w:gridCol w:w="1832"/>
        <w:gridCol w:w="1732"/>
        <w:gridCol w:w="1902"/>
        <w:gridCol w:w="1605"/>
        <w:gridCol w:w="1601"/>
        <w:gridCol w:w="1743"/>
        <w:gridCol w:w="1896"/>
      </w:tblGrid>
      <w:tr>
        <w:trPr>
          <w:cantSplit/>
          <w:tblHeader/>
        </w:trPr>
        <w:tc>
          <w:tcPr>
            <w:tcW w:type="dxa" w:w="1800"/>
            <w:shd w:val="clear" w:color="auto" w:fill="E8E8E8"/>
          </w:tcPr>
          <w:p>
            <w:pPr>
              <w:spacing w:after="0"/>
              <w:jc w:val="left"/>
            </w:pPr>
            <w:r>
              <w:rPr>
                <w:b/>
                <w:sz w:val="16"/>
              </w:rPr>
              <w:t>Hazard</w:t>
            </w:r>
          </w:p>
        </w:tc>
        <w:tc>
          <w:tcPr>
            <w:tcW w:type="dxa" w:w="1832"/>
            <w:shd w:val="clear" w:color="auto" w:fill="E8E8E8"/>
          </w:tcPr>
          <w:p>
            <w:pPr>
              <w:spacing w:after="0"/>
              <w:jc w:val="left"/>
            </w:pPr>
            <w:r>
              <w:rPr>
                <w:b/>
                <w:sz w:val="16"/>
              </w:rPr>
              <w:t>Scale</w:t>
            </w:r>
          </w:p>
        </w:tc>
        <w:tc>
          <w:tcPr>
            <w:tcW w:type="dxa" w:w="17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2"/>
            <w:shd w:val="clear" w:color="auto" w:fill="E8E8E8"/>
          </w:tcPr>
          <w:p>
            <w:pPr>
              <w:spacing w:after="0"/>
              <w:jc w:val="left"/>
            </w:pPr>
            <w:r>
              <w:rPr>
                <w:b/>
                <w:sz w:val="16"/>
              </w:rPr>
              <w:t>Observed range</w:t>
            </w:r>
          </w:p>
        </w:tc>
        <w:tc>
          <w:tcPr>
            <w:tcW w:type="dxa" w:w="1605"/>
            <w:shd w:val="clear" w:color="auto" w:fill="E8E8E8"/>
          </w:tcPr>
          <w:p>
            <w:pPr>
              <w:spacing w:after="0"/>
              <w:jc w:val="left"/>
            </w:pPr>
            <w:r>
              <w:rPr>
                <w:b/>
                <w:sz w:val="16"/>
              </w:rPr>
              <w:t>Worst recorded event</w:t>
            </w:r>
          </w:p>
        </w:tc>
        <w:tc>
          <w:tcPr>
            <w:tcW w:type="dxa" w:w="1601"/>
            <w:shd w:val="clear" w:color="auto" w:fill="E8E8E8"/>
          </w:tcPr>
          <w:p>
            <w:pPr>
              <w:spacing w:after="0"/>
              <w:jc w:val="left"/>
            </w:pPr>
            <w:r>
              <w:rPr>
                <w:b/>
                <w:sz w:val="16"/>
              </w:rPr>
              <w:t>Most damaging (when different)</w:t>
            </w:r>
          </w:p>
        </w:tc>
        <w:tc>
          <w:tcPr>
            <w:tcW w:type="dxa" w:w="1743"/>
            <w:shd w:val="clear" w:color="auto" w:fill="E8E8E8"/>
          </w:tcPr>
          <w:p>
            <w:pPr>
              <w:spacing w:after="0"/>
              <w:jc w:val="left"/>
            </w:pPr>
            <w:r>
              <w:rPr>
                <w:b/>
                <w:sz w:val="16"/>
              </w:rPr>
              <w:t>How it applies to jurisdictions</w:t>
            </w:r>
          </w:p>
        </w:tc>
        <w:tc>
          <w:tcPr>
            <w:tcW w:type="dxa" w:w="1896"/>
            <w:shd w:val="clear" w:color="auto" w:fill="E8E8E8"/>
          </w:tcPr>
          <w:p>
            <w:pPr>
              <w:spacing w:after="0"/>
              <w:jc w:val="left"/>
            </w:pPr>
            <w:r>
              <w:rPr>
                <w:b/>
                <w:sz w:val="16"/>
              </w:rPr>
              <w:t>Note</w:t>
            </w:r>
          </w:p>
        </w:tc>
      </w:tr>
      <w:tr>
        <w:trPr>
          <w:cantSplit/>
        </w:trPr>
        <w:tc>
          <w:tcPr>
            <w:tcW w:type="dxa" w:w="1800"/>
          </w:tcPr>
          <w:p>
            <w:pPr>
              <w:spacing w:after="0"/>
              <w:jc w:val="left"/>
            </w:pPr>
            <w:r>
              <w:rPr>
                <w:sz w:val="16"/>
              </w:rPr>
              <w:t>Cold/Wind Chill, Extreme Cold/Wind Chill</w:t>
            </w:r>
          </w:p>
        </w:tc>
        <w:tc>
          <w:tcPr>
            <w:tcW w:type="dxa" w:w="1832"/>
          </w:tcPr>
          <w:p>
            <w:pPr>
              <w:spacing w:after="0"/>
              <w:jc w:val="left"/>
            </w:pPr>
            <w:r>
              <w:rPr>
                <w:sz w:val="16"/>
              </w:rPr>
              <w:t>wind chill</w:t>
            </w:r>
          </w:p>
        </w:tc>
        <w:tc>
          <w:tcPr>
            <w:tcW w:type="dxa" w:w="1732"/>
          </w:tcPr>
          <w:p>
            <w:pPr>
              <w:spacing w:after="0"/>
              <w:jc w:val="right"/>
            </w:pPr>
            <w:r>
              <w:rPr>
                <w:sz w:val="16"/>
              </w:rPr>
              <w:t>13 records, 1996 to 2003 (13 zone-level)</w:t>
            </w:r>
          </w:p>
        </w:tc>
        <w:tc>
          <w:tcPr>
            <w:tcW w:type="dxa" w:w="1902"/>
          </w:tcPr>
          <w:p>
            <w:pPr>
              <w:spacing w:after="0"/>
              <w:jc w:val="left"/>
            </w:pPr>
            <w:r>
              <w:rPr>
                <w:sz w:val="16"/>
              </w:rPr>
              <w:t>1 day to 31 days (median 4 days); 10 with a recorded value</w:t>
            </w:r>
          </w:p>
        </w:tc>
        <w:tc>
          <w:tcPr>
            <w:tcW w:type="dxa" w:w="1605"/>
          </w:tcPr>
          <w:p>
            <w:pPr>
              <w:spacing w:after="0"/>
              <w:jc w:val="left"/>
            </w:pPr>
            <w:r>
              <w:rPr>
                <w:sz w:val="16"/>
              </w:rPr>
              <w:t>December 2000 (1 monthly summary record), zone-level</w:t>
            </w:r>
          </w:p>
        </w:tc>
        <w:tc>
          <w:tcPr>
            <w:tcW w:type="dxa" w:w="1601"/>
          </w:tcPr>
          <w:p>
            <w:pPr>
              <w:spacing w:after="0"/>
              <w:jc w:val="left"/>
            </w:pPr>
          </w:p>
        </w:tc>
        <w:tc>
          <w:tcPr>
            <w:tcW w:type="dxa" w:w="1743"/>
          </w:tcPr>
          <w:p>
            <w:pPr>
              <w:spacing w:after="0"/>
              <w:jc w:val="left"/>
            </w:pPr>
            <w:r>
              <w:rPr>
                <w:sz w:val="16"/>
              </w:rPr>
              <w:t>Countywide (zone-level records).</w:t>
            </w:r>
          </w:p>
        </w:tc>
        <w:tc>
          <w:tcPr>
            <w:tcW w:type="dxa" w:w="1896"/>
          </w:tcPr>
          <w:p>
            <w:pPr>
              <w:spacing w:after="0"/>
              <w:jc w:val="left"/>
            </w:pPr>
            <w:r>
              <w:rPr>
                <w:sz w:val="16"/>
              </w:rPr>
              <w:t>Cold/Wind Chill records from May to September (a frost night, not a cold wave) are counted but not used for the longest run.</w:t>
            </w:r>
          </w:p>
        </w:tc>
      </w:tr>
      <w:tr>
        <w:trPr>
          <w:cantSplit/>
        </w:trPr>
        <w:tc>
          <w:tcPr>
            <w:tcW w:type="dxa" w:w="1800"/>
          </w:tcPr>
          <w:p>
            <w:pPr>
              <w:spacing w:after="0"/>
              <w:jc w:val="left"/>
            </w:pPr>
            <w:r>
              <w:rPr>
                <w:sz w:val="16"/>
              </w:rPr>
              <w:t>Frost/Freeze (outside NRI's Cold Wave definition)</w:t>
            </w:r>
          </w:p>
        </w:tc>
        <w:tc>
          <w:tcPr>
            <w:tcW w:type="dxa" w:w="1832"/>
          </w:tcPr>
          <w:p>
            <w:pPr>
              <w:spacing w:after="0"/>
              <w:jc w:val="left"/>
            </w:pPr>
            <w:r>
              <w:rPr>
                <w:sz w:val="16"/>
              </w:rPr>
              <w:t>crop damage</w:t>
            </w:r>
          </w:p>
        </w:tc>
        <w:tc>
          <w:tcPr>
            <w:tcW w:type="dxa" w:w="1732"/>
          </w:tcPr>
          <w:p>
            <w:pPr>
              <w:spacing w:after="0"/>
              <w:jc w:val="right"/>
            </w:pPr>
            <w:r>
              <w:rPr>
                <w:sz w:val="16"/>
              </w:rPr>
              <w:t>1 record, 2007 (1 zone-level)</w:t>
            </w:r>
          </w:p>
        </w:tc>
        <w:tc>
          <w:tcPr>
            <w:tcW w:type="dxa" w:w="1902"/>
          </w:tcPr>
          <w:p>
            <w:pPr>
              <w:spacing w:after="0"/>
              <w:jc w:val="left"/>
            </w:pPr>
          </w:p>
        </w:tc>
        <w:tc>
          <w:tcPr>
            <w:tcW w:type="dxa" w:w="1605"/>
          </w:tcPr>
          <w:p>
            <w:pPr>
              <w:spacing w:after="0"/>
              <w:jc w:val="left"/>
            </w:pPr>
            <w:r>
              <w:rPr>
                <w:sz w:val="16"/>
              </w:rPr>
              <w:t>No crop damage reported in 1 record.</w:t>
            </w:r>
          </w:p>
        </w:tc>
        <w:tc>
          <w:tcPr>
            <w:tcW w:type="dxa" w:w="1601"/>
          </w:tcPr>
          <w:p>
            <w:pPr>
              <w:spacing w:after="0"/>
              <w:jc w:val="left"/>
            </w:pPr>
          </w:p>
        </w:tc>
        <w:tc>
          <w:tcPr>
            <w:tcW w:type="dxa" w:w="1743"/>
          </w:tcPr>
          <w:p>
            <w:pPr>
              <w:spacing w:after="0"/>
              <w:jc w:val="left"/>
            </w:pPr>
            <w:r>
              <w:rPr>
                <w:sz w:val="16"/>
              </w:rPr>
              <w:t>Countywide (zone-level records).</w:t>
            </w:r>
          </w:p>
        </w:tc>
        <w:tc>
          <w:tcPr>
            <w:tcW w:type="dxa" w:w="1896"/>
          </w:tcPr>
          <w:p>
            <w:pPr>
              <w:spacing w:after="0"/>
              <w:jc w:val="left"/>
            </w:pPr>
          </w:p>
        </w:tc>
      </w:tr>
      <w:tr>
        <w:trPr>
          <w:cantSplit/>
        </w:trPr>
        <w:tc>
          <w:tcPr>
            <w:tcW w:type="dxa" w:w="1800"/>
          </w:tcPr>
          <w:p>
            <w:pPr>
              <w:spacing w:after="0"/>
              <w:jc w:val="left"/>
            </w:pPr>
            <w:r>
              <w:rPr>
                <w:sz w:val="16"/>
              </w:rPr>
              <w:t>Drought</w:t>
            </w:r>
          </w:p>
        </w:tc>
        <w:tc>
          <w:tcPr>
            <w:tcW w:type="dxa" w:w="1832"/>
          </w:tcPr>
          <w:p>
            <w:pPr>
              <w:spacing w:after="0"/>
              <w:jc w:val="left"/>
            </w:pPr>
            <w:r>
              <w:rPr>
                <w:sz w:val="16"/>
              </w:rPr>
              <w:t>U.S. Drought Monitor scale (D0 to D4)</w:t>
            </w:r>
          </w:p>
        </w:tc>
        <w:tc>
          <w:tcPr>
            <w:tcW w:type="dxa" w:w="1732"/>
          </w:tcPr>
          <w:p>
            <w:pPr>
              <w:spacing w:after="0"/>
              <w:jc w:val="right"/>
            </w:pPr>
            <w:r>
              <w:rPr>
                <w:sz w:val="16"/>
              </w:rPr>
              <w:t>39 records, 1997 to 2026 (39 zone-level)</w:t>
            </w:r>
          </w:p>
        </w:tc>
        <w:tc>
          <w:tcPr>
            <w:tcW w:type="dxa" w:w="1902"/>
          </w:tcPr>
          <w:p>
            <w:pPr>
              <w:spacing w:after="0"/>
              <w:jc w:val="left"/>
            </w:pPr>
            <w:r>
              <w:rPr>
                <w:sz w:val="16"/>
              </w:rPr>
              <w:t>22 days to 334 days (median 31 days); 19 with a recorded value</w:t>
            </w:r>
          </w:p>
        </w:tc>
        <w:tc>
          <w:tcPr>
            <w:tcW w:type="dxa" w:w="1605"/>
          </w:tcPr>
          <w:p>
            <w:pPr>
              <w:spacing w:after="0"/>
              <w:jc w:val="left"/>
            </w:pPr>
            <w:r>
              <w:rPr>
                <w:sz w:val="16"/>
              </w:rPr>
              <w:t>334 days (11 months), 2016-06-01 to 2017-04-30, a run of 11 consecutive Storm Events drought records, zone-level</w:t>
            </w:r>
          </w:p>
        </w:tc>
        <w:tc>
          <w:tcPr>
            <w:tcW w:type="dxa" w:w="1601"/>
          </w:tcPr>
          <w:p>
            <w:pPr>
              <w:spacing w:after="0"/>
              <w:jc w:val="left"/>
            </w:pPr>
            <w:r>
              <w:rPr>
                <w:sz w:val="16"/>
              </w:rPr>
              <w:t>Drought, 2000-06-01, property not reported; $4,710,000 crops (zone total, 2000 dollars)</w:t>
            </w:r>
          </w:p>
        </w:tc>
        <w:tc>
          <w:tcPr>
            <w:tcW w:type="dxa" w:w="1743"/>
          </w:tcPr>
          <w:p>
            <w:pPr>
              <w:spacing w:after="0"/>
              <w:jc w:val="left"/>
            </w:pPr>
            <w:r>
              <w:rPr>
                <w:sz w:val="16"/>
              </w:rPr>
              <w:t>Countywide (zone-level records).</w:t>
            </w:r>
          </w:p>
        </w:tc>
        <w:tc>
          <w:tcPr>
            <w:tcW w:type="dxa" w:w="18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0"/>
          </w:tcPr>
          <w:p>
            <w:pPr>
              <w:spacing w:after="0"/>
              <w:jc w:val="left"/>
            </w:pPr>
            <w:r>
              <w:rPr>
                <w:sz w:val="16"/>
              </w:rPr>
              <w:t>Earthquake</w:t>
            </w:r>
          </w:p>
        </w:tc>
        <w:tc>
          <w:tcPr>
            <w:tcW w:type="dxa" w:w="1832"/>
          </w:tcPr>
          <w:p>
            <w:pPr>
              <w:spacing w:after="0"/>
              <w:jc w:val="left"/>
            </w:pPr>
            <w:r>
              <w:rPr>
                <w:sz w:val="16"/>
              </w:rPr>
              <w:t>Modified Mercalli (local data)</w:t>
            </w:r>
          </w:p>
        </w:tc>
        <w:tc>
          <w:tcPr>
            <w:tcW w:type="dxa" w:w="1732"/>
          </w:tcPr>
          <w:p>
            <w:pPr>
              <w:spacing w:after="0"/>
              <w:jc w:val="right"/>
            </w:pPr>
            <w:r>
              <w:rPr>
                <w:sz w:val="16"/>
              </w:rPr>
              <w:t>0</w:t>
            </w:r>
          </w:p>
        </w:tc>
        <w:tc>
          <w:tcPr>
            <w:tcW w:type="dxa" w:w="1902"/>
          </w:tcPr>
          <w:p>
            <w:pPr>
              <w:spacing w:after="0"/>
              <w:jc w:val="left"/>
            </w:pPr>
          </w:p>
        </w:tc>
        <w:tc>
          <w:tcPr>
            <w:tcW w:type="dxa" w:w="1605"/>
          </w:tcPr>
          <w:p>
            <w:pPr>
              <w:spacing w:after="0"/>
              <w:jc w:val="left"/>
            </w:pPr>
          </w:p>
        </w:tc>
        <w:tc>
          <w:tcPr>
            <w:tcW w:type="dxa" w:w="1601"/>
          </w:tcPr>
          <w:p>
            <w:pPr>
              <w:spacing w:after="0"/>
              <w:jc w:val="left"/>
            </w:pPr>
          </w:p>
        </w:tc>
        <w:tc>
          <w:tcPr>
            <w:tcW w:type="dxa" w:w="1743"/>
          </w:tcPr>
          <w:p>
            <w:pPr>
              <w:spacing w:after="0"/>
              <w:jc w:val="left"/>
            </w:pPr>
          </w:p>
        </w:tc>
        <w:tc>
          <w:tcPr>
            <w:tcW w:type="dxa" w:w="1896"/>
          </w:tcPr>
          <w:p>
            <w:pPr>
              <w:spacing w:after="0"/>
              <w:jc w:val="left"/>
            </w:pPr>
            <w:r>
              <w:rPr>
                <w:sz w:val="16"/>
              </w:rPr>
              <w:t>Storm Events does not record earthquakes; the USGS earthquake catalog is the source.</w:t>
            </w:r>
          </w:p>
        </w:tc>
      </w:tr>
      <w:tr>
        <w:trPr>
          <w:cantSplit/>
        </w:trPr>
        <w:tc>
          <w:tcPr>
            <w:tcW w:type="dxa" w:w="1800"/>
          </w:tcPr>
          <w:p>
            <w:pPr>
              <w:spacing w:after="0"/>
              <w:jc w:val="left"/>
            </w:pPr>
            <w:r>
              <w:rPr>
                <w:sz w:val="16"/>
              </w:rPr>
              <w:t>Hail</w:t>
            </w:r>
          </w:p>
        </w:tc>
        <w:tc>
          <w:tcPr>
            <w:tcW w:type="dxa" w:w="1832"/>
          </w:tcPr>
          <w:p>
            <w:pPr>
              <w:spacing w:after="0"/>
              <w:jc w:val="left"/>
            </w:pPr>
            <w:r>
              <w:rPr>
                <w:sz w:val="16"/>
              </w:rPr>
              <w:t>hail size (inches)</w:t>
            </w:r>
          </w:p>
        </w:tc>
        <w:tc>
          <w:tcPr>
            <w:tcW w:type="dxa" w:w="1732"/>
          </w:tcPr>
          <w:p>
            <w:pPr>
              <w:spacing w:after="0"/>
              <w:jc w:val="right"/>
            </w:pPr>
            <w:r>
              <w:rPr>
                <w:sz w:val="16"/>
              </w:rPr>
              <w:t>91 records, 1962 to 2026</w:t>
            </w:r>
          </w:p>
        </w:tc>
        <w:tc>
          <w:tcPr>
            <w:tcW w:type="dxa" w:w="1902"/>
          </w:tcPr>
          <w:p>
            <w:pPr>
              <w:spacing w:after="0"/>
              <w:jc w:val="left"/>
            </w:pPr>
            <w:r>
              <w:rPr>
                <w:sz w:val="16"/>
              </w:rPr>
              <w:t>0.75 in to 2.75 in (median 1 in); 91 with a recorded value</w:t>
            </w:r>
          </w:p>
        </w:tc>
        <w:tc>
          <w:tcPr>
            <w:tcW w:type="dxa" w:w="1605"/>
          </w:tcPr>
          <w:p>
            <w:pPr>
              <w:spacing w:after="0"/>
              <w:jc w:val="left"/>
            </w:pPr>
            <w:r>
              <w:rPr>
                <w:sz w:val="16"/>
              </w:rPr>
              <w:t>2.75 in hail, 2013-04-11</w:t>
            </w:r>
          </w:p>
        </w:tc>
        <w:tc>
          <w:tcPr>
            <w:tcW w:type="dxa" w:w="1601"/>
          </w:tcPr>
          <w:p>
            <w:pPr>
              <w:spacing w:after="0"/>
              <w:jc w:val="left"/>
            </w:pPr>
          </w:p>
        </w:tc>
        <w:tc>
          <w:tcPr>
            <w:tcW w:type="dxa" w:w="1743"/>
          </w:tcPr>
          <w:p>
            <w:pPr>
              <w:spacing w:after="0"/>
              <w:jc w:val="left"/>
            </w:pPr>
            <w:r>
              <w:rPr>
                <w:sz w:val="16"/>
              </w:rPr>
              <w:t>Event records naming jurisdictions in the plan: Cedartown city (48 records), Rockmart city (14 records), Aragon city (8 records).</w:t>
            </w:r>
          </w:p>
        </w:tc>
        <w:tc>
          <w:tcPr>
            <w:tcW w:type="dxa" w:w="1896"/>
          </w:tcPr>
          <w:p>
            <w:pPr>
              <w:spacing w:after="0"/>
              <w:jc w:val="left"/>
            </w:pPr>
          </w:p>
        </w:tc>
      </w:tr>
      <w:tr>
        <w:trPr>
          <w:cantSplit/>
        </w:trPr>
        <w:tc>
          <w:tcPr>
            <w:tcW w:type="dxa" w:w="1800"/>
          </w:tcPr>
          <w:p>
            <w:pPr>
              <w:spacing w:after="0"/>
              <w:jc w:val="left"/>
            </w:pPr>
            <w:r>
              <w:rPr>
                <w:sz w:val="16"/>
              </w:rPr>
              <w:t>Excessive Heat, Heat</w:t>
            </w:r>
          </w:p>
        </w:tc>
        <w:tc>
          <w:tcPr>
            <w:tcW w:type="dxa" w:w="1832"/>
          </w:tcPr>
          <w:p>
            <w:pPr>
              <w:spacing w:after="0"/>
              <w:jc w:val="left"/>
            </w:pPr>
            <w:r>
              <w:rPr>
                <w:sz w:val="16"/>
              </w:rPr>
              <w:t>heat index (in event narratives)</w:t>
            </w:r>
          </w:p>
        </w:tc>
        <w:tc>
          <w:tcPr>
            <w:tcW w:type="dxa" w:w="1732"/>
          </w:tcPr>
          <w:p>
            <w:pPr>
              <w:spacing w:after="0"/>
              <w:jc w:val="right"/>
            </w:pPr>
            <w:r>
              <w:rPr>
                <w:sz w:val="16"/>
              </w:rPr>
              <w:t>11 records, 1999 to 2012 (11 zone-level)</w:t>
            </w:r>
          </w:p>
        </w:tc>
        <w:tc>
          <w:tcPr>
            <w:tcW w:type="dxa" w:w="1902"/>
          </w:tcPr>
          <w:p>
            <w:pPr>
              <w:spacing w:after="0"/>
              <w:jc w:val="left"/>
            </w:pPr>
            <w:r>
              <w:rPr>
                <w:sz w:val="16"/>
              </w:rPr>
              <w:t>3 days to 33 days (median 10 days); 5 with a recorded value</w:t>
            </w:r>
          </w:p>
        </w:tc>
        <w:tc>
          <w:tcPr>
            <w:tcW w:type="dxa" w:w="1605"/>
          </w:tcPr>
          <w:p>
            <w:pPr>
              <w:spacing w:after="0"/>
              <w:jc w:val="left"/>
            </w:pPr>
            <w:r>
              <w:rPr>
                <w:sz w:val="16"/>
              </w:rPr>
              <w:t>1999-07-20 to 1999-08-21 (2 records, 1 of them a monthly summary record), zone-level</w:t>
            </w:r>
          </w:p>
        </w:tc>
        <w:tc>
          <w:tcPr>
            <w:tcW w:type="dxa" w:w="1601"/>
          </w:tcPr>
          <w:p>
            <w:pPr>
              <w:spacing w:after="0"/>
              <w:jc w:val="left"/>
            </w:pPr>
          </w:p>
        </w:tc>
        <w:tc>
          <w:tcPr>
            <w:tcW w:type="dxa" w:w="1743"/>
          </w:tcPr>
          <w:p>
            <w:pPr>
              <w:spacing w:after="0"/>
              <w:jc w:val="left"/>
            </w:pPr>
            <w:r>
              <w:rPr>
                <w:sz w:val="16"/>
              </w:rPr>
              <w:t>Countywide (zone-level records).</w:t>
            </w:r>
          </w:p>
        </w:tc>
        <w:tc>
          <w:tcPr>
            <w:tcW w:type="dxa" w:w="1896"/>
          </w:tcPr>
          <w:p>
            <w:pPr>
              <w:spacing w:after="0"/>
              <w:jc w:val="left"/>
            </w:pPr>
            <w:r>
              <w:rPr>
                <w:sz w:val="16"/>
              </w:rPr>
              <w:t>Heat records from November to March (unseasonable warmth, not a heat wave) are counted but not used for the longest run.</w:t>
            </w:r>
          </w:p>
        </w:tc>
      </w:tr>
      <w:tr>
        <w:trPr>
          <w:cantSplit/>
        </w:trPr>
        <w:tc>
          <w:tcPr>
            <w:tcW w:type="dxa" w:w="1800"/>
          </w:tcPr>
          <w:p>
            <w:pPr>
              <w:spacing w:after="0"/>
              <w:jc w:val="left"/>
            </w:pPr>
            <w:r>
              <w:rPr>
                <w:sz w:val="16"/>
              </w:rPr>
              <w:t>Hurricane, Tropical Storm, Tropical Depression</w:t>
            </w:r>
          </w:p>
        </w:tc>
        <w:tc>
          <w:tcPr>
            <w:tcW w:type="dxa" w:w="1832"/>
          </w:tcPr>
          <w:p>
            <w:pPr>
              <w:spacing w:after="0"/>
              <w:jc w:val="left"/>
            </w:pPr>
            <w:r>
              <w:rPr>
                <w:sz w:val="16"/>
              </w:rPr>
              <w:t>Saffir-Simpson</w:t>
            </w:r>
          </w:p>
        </w:tc>
        <w:tc>
          <w:tcPr>
            <w:tcW w:type="dxa" w:w="1732"/>
          </w:tcPr>
          <w:p>
            <w:pPr>
              <w:spacing w:after="0"/>
              <w:jc w:val="right"/>
            </w:pPr>
            <w:r>
              <w:rPr>
                <w:sz w:val="16"/>
              </w:rPr>
              <w:t>16 records, 2002 to 2020 (16 zone-level)</w:t>
            </w:r>
          </w:p>
        </w:tc>
        <w:tc>
          <w:tcPr>
            <w:tcW w:type="dxa" w:w="1902"/>
          </w:tcPr>
          <w:p>
            <w:pPr>
              <w:spacing w:after="0"/>
              <w:jc w:val="left"/>
            </w:pPr>
          </w:p>
        </w:tc>
        <w:tc>
          <w:tcPr>
            <w:tcW w:type="dxa" w:w="1605"/>
          </w:tcPr>
          <w:p>
            <w:pPr>
              <w:spacing w:after="0"/>
              <w:jc w:val="left"/>
            </w:pPr>
            <w:r>
              <w:rPr>
                <w:sz w:val="16"/>
              </w:rPr>
              <w:t>Strongest recorded: Tropical Storm record, 2017-09-11, $15,000 property; crops not reported (2017 dollars); NWS zone GAZ030</w:t>
            </w:r>
          </w:p>
        </w:tc>
        <w:tc>
          <w:tcPr>
            <w:tcW w:type="dxa" w:w="1601"/>
          </w:tcPr>
          <w:p>
            <w:pPr>
              <w:spacing w:after="0"/>
              <w:jc w:val="left"/>
            </w:pPr>
          </w:p>
        </w:tc>
        <w:tc>
          <w:tcPr>
            <w:tcW w:type="dxa" w:w="1743"/>
          </w:tcPr>
          <w:p>
            <w:pPr>
              <w:spacing w:after="0"/>
              <w:jc w:val="left"/>
            </w:pPr>
            <w:r>
              <w:rPr>
                <w:sz w:val="16"/>
              </w:rPr>
              <w:t>Countywide (zone-level records).</w:t>
            </w:r>
          </w:p>
        </w:tc>
        <w:tc>
          <w:tcPr>
            <w:tcW w:type="dxa" w:w="18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0"/>
          </w:tcPr>
          <w:p>
            <w:pPr>
              <w:spacing w:after="0"/>
              <w:jc w:val="left"/>
            </w:pPr>
            <w:r>
              <w:rPr>
                <w:sz w:val="16"/>
              </w:rPr>
              <w:t>Ice Storm</w:t>
            </w:r>
          </w:p>
        </w:tc>
        <w:tc>
          <w:tcPr>
            <w:tcW w:type="dxa" w:w="1832"/>
          </w:tcPr>
          <w:p>
            <w:pPr>
              <w:spacing w:after="0"/>
              <w:jc w:val="left"/>
            </w:pPr>
            <w:r>
              <w:rPr>
                <w:sz w:val="16"/>
              </w:rPr>
              <w:t>Sperry-Piltz ice scale (local data)</w:t>
            </w:r>
          </w:p>
        </w:tc>
        <w:tc>
          <w:tcPr>
            <w:tcW w:type="dxa" w:w="1732"/>
          </w:tcPr>
          <w:p>
            <w:pPr>
              <w:spacing w:after="0"/>
              <w:jc w:val="right"/>
            </w:pPr>
            <w:r>
              <w:rPr>
                <w:sz w:val="16"/>
              </w:rPr>
              <w:t>3 records, 2000 to 2026 (3 zone-level)</w:t>
            </w:r>
          </w:p>
        </w:tc>
        <w:tc>
          <w:tcPr>
            <w:tcW w:type="dxa" w:w="1902"/>
          </w:tcPr>
          <w:p>
            <w:pPr>
              <w:spacing w:after="0"/>
              <w:jc w:val="left"/>
            </w:pPr>
          </w:p>
        </w:tc>
        <w:tc>
          <w:tcPr>
            <w:tcW w:type="dxa" w:w="1605"/>
          </w:tcPr>
          <w:p>
            <w:pPr>
              <w:spacing w:after="0"/>
              <w:jc w:val="left"/>
            </w:pPr>
            <w:r>
              <w:rPr>
                <w:sz w:val="16"/>
              </w:rPr>
              <w:t>Ice Storm, 2000-01-22, $980,000 property; crops not reported (2000 dollars); NWS zone GAZ030</w:t>
            </w:r>
          </w:p>
        </w:tc>
        <w:tc>
          <w:tcPr>
            <w:tcW w:type="dxa" w:w="1601"/>
          </w:tcPr>
          <w:p>
            <w:pPr>
              <w:spacing w:after="0"/>
              <w:jc w:val="left"/>
            </w:pPr>
          </w:p>
        </w:tc>
        <w:tc>
          <w:tcPr>
            <w:tcW w:type="dxa" w:w="1743"/>
          </w:tcPr>
          <w:p>
            <w:pPr>
              <w:spacing w:after="0"/>
              <w:jc w:val="left"/>
            </w:pPr>
            <w:r>
              <w:rPr>
                <w:sz w:val="16"/>
              </w:rPr>
              <w:t>Countywide (zone-level records).</w:t>
            </w:r>
          </w:p>
        </w:tc>
        <w:tc>
          <w:tcPr>
            <w:tcW w:type="dxa" w:w="1896"/>
          </w:tcPr>
          <w:p>
            <w:pPr>
              <w:spacing w:after="0"/>
              <w:jc w:val="left"/>
            </w:pPr>
          </w:p>
        </w:tc>
      </w:tr>
      <w:tr>
        <w:trPr>
          <w:cantSplit/>
        </w:trPr>
        <w:tc>
          <w:tcPr>
            <w:tcW w:type="dxa" w:w="1800"/>
          </w:tcPr>
          <w:p>
            <w:pPr>
              <w:spacing w:after="0"/>
              <w:jc w:val="left"/>
            </w:pPr>
            <w:r>
              <w:rPr>
                <w:sz w:val="16"/>
              </w:rPr>
              <w:t>Flash Flood, Flood, Lakeshore Flood</w:t>
            </w:r>
          </w:p>
        </w:tc>
        <w:tc>
          <w:tcPr>
            <w:tcW w:type="dxa" w:w="1832"/>
          </w:tcPr>
          <w:p>
            <w:pPr>
              <w:spacing w:after="0"/>
              <w:jc w:val="left"/>
            </w:pPr>
            <w:r>
              <w:rPr>
                <w:sz w:val="16"/>
              </w:rPr>
              <w:t>damage and flood days (flood depth: FIRM)</w:t>
            </w:r>
          </w:p>
        </w:tc>
        <w:tc>
          <w:tcPr>
            <w:tcW w:type="dxa" w:w="1732"/>
          </w:tcPr>
          <w:p>
            <w:pPr>
              <w:spacing w:after="0"/>
              <w:jc w:val="right"/>
            </w:pPr>
            <w:r>
              <w:rPr>
                <w:sz w:val="16"/>
              </w:rPr>
              <w:t>31 records, 1996 to 2023 (1 zone-level)</w:t>
            </w:r>
          </w:p>
        </w:tc>
        <w:tc>
          <w:tcPr>
            <w:tcW w:type="dxa" w:w="1902"/>
          </w:tcPr>
          <w:p>
            <w:pPr>
              <w:spacing w:after="0"/>
              <w:jc w:val="left"/>
            </w:pPr>
          </w:p>
        </w:tc>
        <w:tc>
          <w:tcPr>
            <w:tcW w:type="dxa" w:w="1605"/>
          </w:tcPr>
          <w:p>
            <w:pPr>
              <w:spacing w:after="0"/>
              <w:jc w:val="left"/>
            </w:pPr>
            <w:r>
              <w:rPr>
                <w:sz w:val="16"/>
              </w:rPr>
              <w:t>Flash Flood, 2019-04-09, $5,000,000 property; $0 crops (2019 dollars)</w:t>
            </w:r>
          </w:p>
        </w:tc>
        <w:tc>
          <w:tcPr>
            <w:tcW w:type="dxa" w:w="1601"/>
          </w:tcPr>
          <w:p>
            <w:pPr>
              <w:spacing w:after="0"/>
              <w:jc w:val="left"/>
            </w:pPr>
          </w:p>
        </w:tc>
        <w:tc>
          <w:tcPr>
            <w:tcW w:type="dxa" w:w="1743"/>
          </w:tcPr>
          <w:p>
            <w:pPr>
              <w:spacing w:after="0"/>
              <w:jc w:val="left"/>
            </w:pPr>
            <w:r>
              <w:rPr>
                <w:sz w:val="16"/>
              </w:rPr>
              <w:t>Event records naming jurisdictions in the plan: Cedartown city (11 records), Rockmart city (3 records). Zone-level records (1) apply countywide.</w:t>
            </w:r>
          </w:p>
        </w:tc>
        <w:tc>
          <w:tcPr>
            <w:tcW w:type="dxa" w:w="18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0"/>
          </w:tcPr>
          <w:p>
            <w:pPr>
              <w:spacing w:after="0"/>
              <w:jc w:val="left"/>
            </w:pPr>
            <w:r>
              <w:rPr>
                <w:sz w:val="16"/>
              </w:rPr>
              <w:t>Debris Flow</w:t>
            </w:r>
          </w:p>
        </w:tc>
        <w:tc>
          <w:tcPr>
            <w:tcW w:type="dxa" w:w="1832"/>
          </w:tcPr>
          <w:p>
            <w:pPr>
              <w:spacing w:after="0"/>
              <w:jc w:val="left"/>
            </w:pPr>
            <w:r>
              <w:rPr>
                <w:sz w:val="16"/>
              </w:rPr>
              <w:t>none (count and damage only)</w:t>
            </w:r>
          </w:p>
        </w:tc>
        <w:tc>
          <w:tcPr>
            <w:tcW w:type="dxa" w:w="1732"/>
          </w:tcPr>
          <w:p>
            <w:pPr>
              <w:spacing w:after="0"/>
              <w:jc w:val="right"/>
            </w:pPr>
            <w:r>
              <w:rPr>
                <w:sz w:val="16"/>
              </w:rPr>
              <w:t>0</w:t>
            </w:r>
          </w:p>
        </w:tc>
        <w:tc>
          <w:tcPr>
            <w:tcW w:type="dxa" w:w="1902"/>
          </w:tcPr>
          <w:p>
            <w:pPr>
              <w:spacing w:after="0"/>
              <w:jc w:val="left"/>
            </w:pPr>
          </w:p>
        </w:tc>
        <w:tc>
          <w:tcPr>
            <w:tcW w:type="dxa" w:w="1605"/>
          </w:tcPr>
          <w:p>
            <w:pPr>
              <w:spacing w:after="0"/>
              <w:jc w:val="left"/>
            </w:pPr>
          </w:p>
        </w:tc>
        <w:tc>
          <w:tcPr>
            <w:tcW w:type="dxa" w:w="1601"/>
          </w:tcPr>
          <w:p>
            <w:pPr>
              <w:spacing w:after="0"/>
              <w:jc w:val="left"/>
            </w:pPr>
          </w:p>
        </w:tc>
        <w:tc>
          <w:tcPr>
            <w:tcW w:type="dxa" w:w="1743"/>
          </w:tcPr>
          <w:p>
            <w:pPr>
              <w:spacing w:after="0"/>
              <w:jc w:val="left"/>
            </w:pPr>
          </w:p>
        </w:tc>
        <w:tc>
          <w:tcPr>
            <w:tcW w:type="dxa" w:w="1896"/>
          </w:tcPr>
          <w:p>
            <w:pPr>
              <w:spacing w:after="0"/>
              <w:jc w:val="left"/>
            </w:pPr>
          </w:p>
        </w:tc>
      </w:tr>
      <w:tr>
        <w:trPr>
          <w:cantSplit/>
        </w:trPr>
        <w:tc>
          <w:tcPr>
            <w:tcW w:type="dxa" w:w="1800"/>
          </w:tcPr>
          <w:p>
            <w:pPr>
              <w:spacing w:after="0"/>
              <w:jc w:val="left"/>
            </w:pPr>
            <w:r>
              <w:rPr>
                <w:sz w:val="16"/>
              </w:rPr>
              <w:t>Lightning</w:t>
            </w:r>
          </w:p>
        </w:tc>
        <w:tc>
          <w:tcPr>
            <w:tcW w:type="dxa" w:w="1832"/>
          </w:tcPr>
          <w:p>
            <w:pPr>
              <w:spacing w:after="0"/>
              <w:jc w:val="left"/>
            </w:pPr>
            <w:r>
              <w:rPr>
                <w:sz w:val="16"/>
              </w:rPr>
              <w:t>annualized frequency (the measure FEMA's Local Mitigation Planning Handbook names)</w:t>
            </w:r>
          </w:p>
        </w:tc>
        <w:tc>
          <w:tcPr>
            <w:tcW w:type="dxa" w:w="1732"/>
          </w:tcPr>
          <w:p>
            <w:pPr>
              <w:spacing w:after="0"/>
              <w:jc w:val="right"/>
            </w:pPr>
            <w:r>
              <w:rPr>
                <w:sz w:val="16"/>
              </w:rPr>
              <w:t>12 records, 2001 to 2023</w:t>
            </w:r>
          </w:p>
        </w:tc>
        <w:tc>
          <w:tcPr>
            <w:tcW w:type="dxa" w:w="1902"/>
          </w:tcPr>
          <w:p>
            <w:pPr>
              <w:spacing w:after="0"/>
              <w:jc w:val="left"/>
            </w:pPr>
          </w:p>
        </w:tc>
        <w:tc>
          <w:tcPr>
            <w:tcW w:type="dxa" w:w="1605"/>
          </w:tcPr>
          <w:p>
            <w:pPr>
              <w:spacing w:after="0"/>
              <w:jc w:val="left"/>
            </w:pPr>
            <w:r>
              <w:rPr>
                <w:sz w:val="16"/>
              </w:rPr>
              <w:t>Lightning, 2008-06-11, $250,000 property; $0 crops (2008 dollars)</w:t>
            </w:r>
          </w:p>
        </w:tc>
        <w:tc>
          <w:tcPr>
            <w:tcW w:type="dxa" w:w="1601"/>
          </w:tcPr>
          <w:p>
            <w:pPr>
              <w:spacing w:after="0"/>
              <w:jc w:val="left"/>
            </w:pPr>
          </w:p>
        </w:tc>
        <w:tc>
          <w:tcPr>
            <w:tcW w:type="dxa" w:w="1743"/>
          </w:tcPr>
          <w:p>
            <w:pPr>
              <w:spacing w:after="0"/>
              <w:jc w:val="left"/>
            </w:pPr>
            <w:r>
              <w:rPr>
                <w:sz w:val="16"/>
              </w:rPr>
              <w:t>Event records naming jurisdictions in the plan: Cedartown city (4 records), Rockmart city (4 records).</w:t>
            </w:r>
          </w:p>
        </w:tc>
        <w:tc>
          <w:tcPr>
            <w:tcW w:type="dxa" w:w="1896"/>
          </w:tcPr>
          <w:p>
            <w:pPr>
              <w:spacing w:after="0"/>
              <w:jc w:val="left"/>
            </w:pPr>
            <w:r>
              <w:rPr>
                <w:sz w:val="16"/>
              </w:rPr>
              <w:t>Storm Events lists lightning with damage or casualties.</w:t>
            </w:r>
          </w:p>
        </w:tc>
      </w:tr>
      <w:tr>
        <w:trPr>
          <w:cantSplit/>
        </w:trPr>
        <w:tc>
          <w:tcPr>
            <w:tcW w:type="dxa" w:w="1800"/>
          </w:tcPr>
          <w:p>
            <w:pPr>
              <w:spacing w:after="0"/>
              <w:jc w:val="left"/>
            </w:pPr>
            <w:r>
              <w:rPr>
                <w:sz w:val="16"/>
              </w:rPr>
              <w:t>High Wind and Strong Wind (outside NRI's Strong Wind definition)</w:t>
            </w:r>
          </w:p>
        </w:tc>
        <w:tc>
          <w:tcPr>
            <w:tcW w:type="dxa" w:w="1832"/>
          </w:tcPr>
          <w:p>
            <w:pPr>
              <w:spacing w:after="0"/>
              <w:jc w:val="left"/>
            </w:pPr>
            <w:r>
              <w:rPr>
                <w:sz w:val="16"/>
              </w:rPr>
              <w:t>wind speed (kt and mph)</w:t>
            </w:r>
          </w:p>
        </w:tc>
        <w:tc>
          <w:tcPr>
            <w:tcW w:type="dxa" w:w="1732"/>
          </w:tcPr>
          <w:p>
            <w:pPr>
              <w:spacing w:after="0"/>
              <w:jc w:val="right"/>
            </w:pPr>
            <w:r>
              <w:rPr>
                <w:sz w:val="16"/>
              </w:rPr>
              <w:t>10 records, 2002 to 2008 (10 zone-level)</w:t>
            </w:r>
          </w:p>
        </w:tc>
        <w:tc>
          <w:tcPr>
            <w:tcW w:type="dxa" w:w="1902"/>
          </w:tcPr>
          <w:p>
            <w:pPr>
              <w:spacing w:after="0"/>
              <w:jc w:val="left"/>
            </w:pPr>
            <w:r>
              <w:rPr>
                <w:sz w:val="16"/>
              </w:rPr>
              <w:t>30 kt (35 mph) to 50 kt (58 mph) (median 35 kt (40 mph)); 8 with a recorded value</w:t>
            </w:r>
          </w:p>
        </w:tc>
        <w:tc>
          <w:tcPr>
            <w:tcW w:type="dxa" w:w="1605"/>
          </w:tcPr>
          <w:p>
            <w:pPr>
              <w:spacing w:after="0"/>
              <w:jc w:val="left"/>
            </w:pPr>
            <w:r>
              <w:rPr>
                <w:sz w:val="16"/>
              </w:rPr>
              <w:t>50 kt (58 mph) estimated gust, High Wind, 2004-09-16; NWS zone GAZ030</w:t>
            </w:r>
          </w:p>
        </w:tc>
        <w:tc>
          <w:tcPr>
            <w:tcW w:type="dxa" w:w="1601"/>
          </w:tcPr>
          <w:p>
            <w:pPr>
              <w:spacing w:after="0"/>
              <w:jc w:val="left"/>
            </w:pPr>
          </w:p>
        </w:tc>
        <w:tc>
          <w:tcPr>
            <w:tcW w:type="dxa" w:w="1743"/>
          </w:tcPr>
          <w:p>
            <w:pPr>
              <w:spacing w:after="0"/>
              <w:jc w:val="left"/>
            </w:pPr>
            <w:r>
              <w:rPr>
                <w:sz w:val="16"/>
              </w:rPr>
              <w:t>Countywide (zone-level records).</w:t>
            </w:r>
          </w:p>
        </w:tc>
        <w:tc>
          <w:tcPr>
            <w:tcW w:type="dxa" w:w="1896"/>
          </w:tcPr>
          <w:p>
            <w:pPr>
              <w:spacing w:after="0"/>
              <w:jc w:val="left"/>
            </w:pPr>
          </w:p>
        </w:tc>
      </w:tr>
      <w:tr>
        <w:trPr>
          <w:cantSplit/>
        </w:trPr>
        <w:tc>
          <w:tcPr>
            <w:tcW w:type="dxa" w:w="1800"/>
          </w:tcPr>
          <w:p>
            <w:pPr>
              <w:spacing w:after="0"/>
              <w:jc w:val="left"/>
            </w:pPr>
            <w:r>
              <w:rPr>
                <w:sz w:val="16"/>
              </w:rPr>
              <w:t>Thunderstorm Wind</w:t>
            </w:r>
          </w:p>
        </w:tc>
        <w:tc>
          <w:tcPr>
            <w:tcW w:type="dxa" w:w="1832"/>
          </w:tcPr>
          <w:p>
            <w:pPr>
              <w:spacing w:after="0"/>
              <w:jc w:val="left"/>
            </w:pPr>
            <w:r>
              <w:rPr>
                <w:sz w:val="16"/>
              </w:rPr>
              <w:t>wind speed (kt and mph)</w:t>
            </w:r>
          </w:p>
        </w:tc>
        <w:tc>
          <w:tcPr>
            <w:tcW w:type="dxa" w:w="1732"/>
          </w:tcPr>
          <w:p>
            <w:pPr>
              <w:spacing w:after="0"/>
              <w:jc w:val="right"/>
            </w:pPr>
            <w:r>
              <w:rPr>
                <w:sz w:val="16"/>
              </w:rPr>
              <w:t>180 records, 1959 to 2026</w:t>
            </w:r>
          </w:p>
        </w:tc>
        <w:tc>
          <w:tcPr>
            <w:tcW w:type="dxa" w:w="1902"/>
          </w:tcPr>
          <w:p>
            <w:pPr>
              <w:spacing w:after="0"/>
              <w:jc w:val="left"/>
            </w:pPr>
            <w:r>
              <w:rPr>
                <w:sz w:val="16"/>
              </w:rPr>
              <w:t>32 kt (37 mph) to 91 kt (105 mph) (median 50 kt (58 mph)); 127 with a recorded value</w:t>
            </w:r>
          </w:p>
        </w:tc>
        <w:tc>
          <w:tcPr>
            <w:tcW w:type="dxa" w:w="1605"/>
          </w:tcPr>
          <w:p>
            <w:pPr>
              <w:spacing w:after="0"/>
              <w:jc w:val="left"/>
            </w:pPr>
            <w:r>
              <w:rPr>
                <w:sz w:val="16"/>
              </w:rPr>
              <w:t>91 kt (105 mph) estimated gust, Thunderstorm Wind, 2021-03-25</w:t>
            </w:r>
          </w:p>
        </w:tc>
        <w:tc>
          <w:tcPr>
            <w:tcW w:type="dxa" w:w="1601"/>
          </w:tcPr>
          <w:p>
            <w:pPr>
              <w:spacing w:after="0"/>
              <w:jc w:val="left"/>
            </w:pPr>
            <w:r>
              <w:rPr>
                <w:sz w:val="16"/>
              </w:rPr>
              <w:t>Thunderstorm Wind, 2011-04-27, $300,000 property; $0 crops (2011 dollars)</w:t>
            </w:r>
          </w:p>
        </w:tc>
        <w:tc>
          <w:tcPr>
            <w:tcW w:type="dxa" w:w="1743"/>
          </w:tcPr>
          <w:p>
            <w:pPr>
              <w:spacing w:after="0"/>
              <w:jc w:val="left"/>
            </w:pPr>
            <w:r>
              <w:rPr>
                <w:sz w:val="16"/>
              </w:rPr>
              <w:t>Event records naming jurisdictions in the plan: Cedartown city (51 records), Rockmart city (29 records), Aragon city (7 records).</w:t>
            </w:r>
          </w:p>
        </w:tc>
        <w:tc>
          <w:tcPr>
            <w:tcW w:type="dxa" w:w="1896"/>
          </w:tcPr>
          <w:p>
            <w:pPr>
              <w:spacing w:after="0"/>
              <w:jc w:val="left"/>
            </w:pPr>
            <w:r>
              <w:rPr>
                <w:sz w:val="16"/>
              </w:rPr>
              <w:t>Speeds under 20 kt (likely entry errors) are left out of the observed range.</w:t>
            </w:r>
          </w:p>
        </w:tc>
      </w:tr>
      <w:tr>
        <w:trPr>
          <w:cantSplit/>
        </w:trPr>
        <w:tc>
          <w:tcPr>
            <w:tcW w:type="dxa" w:w="1800"/>
          </w:tcPr>
          <w:p>
            <w:pPr>
              <w:spacing w:after="0"/>
              <w:jc w:val="left"/>
            </w:pPr>
            <w:r>
              <w:rPr>
                <w:sz w:val="16"/>
              </w:rPr>
              <w:t>Tornado</w:t>
            </w:r>
          </w:p>
        </w:tc>
        <w:tc>
          <w:tcPr>
            <w:tcW w:type="dxa" w:w="1832"/>
          </w:tcPr>
          <w:p>
            <w:pPr>
              <w:spacing w:after="0"/>
              <w:jc w:val="left"/>
            </w:pPr>
            <w:r>
              <w:rPr>
                <w:sz w:val="16"/>
              </w:rPr>
              <w:t>Enhanced Fujita (Fujita before Feb 2007)</w:t>
            </w:r>
          </w:p>
        </w:tc>
        <w:tc>
          <w:tcPr>
            <w:tcW w:type="dxa" w:w="1732"/>
          </w:tcPr>
          <w:p>
            <w:pPr>
              <w:spacing w:after="0"/>
              <w:jc w:val="right"/>
            </w:pPr>
            <w:r>
              <w:rPr>
                <w:sz w:val="16"/>
              </w:rPr>
              <w:t>11 records, 1961 to 2013</w:t>
            </w:r>
          </w:p>
        </w:tc>
        <w:tc>
          <w:tcPr>
            <w:tcW w:type="dxa" w:w="1902"/>
          </w:tcPr>
          <w:p>
            <w:pPr>
              <w:spacing w:after="0"/>
              <w:jc w:val="left"/>
            </w:pPr>
            <w:r>
              <w:rPr>
                <w:sz w:val="16"/>
              </w:rPr>
              <w:t>F/EF0 to F/EF3 (median F/EF2); 11 with a recorded value</w:t>
            </w:r>
          </w:p>
        </w:tc>
        <w:tc>
          <w:tcPr>
            <w:tcW w:type="dxa" w:w="1605"/>
          </w:tcPr>
          <w:p>
            <w:pPr>
              <w:spacing w:after="0"/>
              <w:jc w:val="left"/>
            </w:pPr>
            <w:r>
              <w:rPr>
                <w:sz w:val="16"/>
              </w:rPr>
              <w:t>F3 tornado, 1993-02-21, 9 mi path length (whole path, pre-1996), 880 yd wide, $5,000,000 property; crops not recorded (1993 dollars), 1 direct death, 35 direct injuries</w:t>
            </w:r>
          </w:p>
        </w:tc>
        <w:tc>
          <w:tcPr>
            <w:tcW w:type="dxa" w:w="1601"/>
          </w:tcPr>
          <w:p>
            <w:pPr>
              <w:spacing w:after="0"/>
              <w:jc w:val="left"/>
            </w:pPr>
            <w:r>
              <w:rPr>
                <w:sz w:val="16"/>
              </w:rPr>
              <w:t>Tornado, 2011-04-27, $7,000,000 property; $0 crops (2011 dollars)</w:t>
            </w:r>
          </w:p>
        </w:tc>
        <w:tc>
          <w:tcPr>
            <w:tcW w:type="dxa" w:w="1743"/>
          </w:tcPr>
          <w:p>
            <w:pPr>
              <w:spacing w:after="0"/>
              <w:jc w:val="left"/>
            </w:pPr>
            <w:r>
              <w:rPr>
                <w:sz w:val="16"/>
              </w:rPr>
              <w:t>Event records naming jurisdictions in the plan: Cedartown city (3 records), Rockmart city (2 records).</w:t>
            </w:r>
          </w:p>
        </w:tc>
        <w:tc>
          <w:tcPr>
            <w:tcW w:type="dxa" w:w="18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0"/>
          </w:tcPr>
          <w:p>
            <w:pPr>
              <w:spacing w:after="0"/>
              <w:jc w:val="left"/>
            </w:pPr>
            <w:r>
              <w:rPr>
                <w:sz w:val="16"/>
              </w:rPr>
              <w:t>Wildfire</w:t>
            </w:r>
          </w:p>
        </w:tc>
        <w:tc>
          <w:tcPr>
            <w:tcW w:type="dxa" w:w="1832"/>
          </w:tcPr>
          <w:p>
            <w:pPr>
              <w:spacing w:after="0"/>
              <w:jc w:val="left"/>
            </w:pPr>
            <w:r>
              <w:rPr>
                <w:sz w:val="16"/>
              </w:rPr>
              <w:t>acres burned (local data)</w:t>
            </w:r>
          </w:p>
        </w:tc>
        <w:tc>
          <w:tcPr>
            <w:tcW w:type="dxa" w:w="1732"/>
          </w:tcPr>
          <w:p>
            <w:pPr>
              <w:spacing w:after="0"/>
              <w:jc w:val="right"/>
            </w:pPr>
            <w:r>
              <w:rPr>
                <w:sz w:val="16"/>
              </w:rPr>
              <w:t>0</w:t>
            </w:r>
          </w:p>
        </w:tc>
        <w:tc>
          <w:tcPr>
            <w:tcW w:type="dxa" w:w="1902"/>
          </w:tcPr>
          <w:p>
            <w:pPr>
              <w:spacing w:after="0"/>
              <w:jc w:val="left"/>
            </w:pPr>
          </w:p>
        </w:tc>
        <w:tc>
          <w:tcPr>
            <w:tcW w:type="dxa" w:w="1605"/>
          </w:tcPr>
          <w:p>
            <w:pPr>
              <w:spacing w:after="0"/>
              <w:jc w:val="left"/>
            </w:pPr>
          </w:p>
        </w:tc>
        <w:tc>
          <w:tcPr>
            <w:tcW w:type="dxa" w:w="1601"/>
          </w:tcPr>
          <w:p>
            <w:pPr>
              <w:spacing w:after="0"/>
              <w:jc w:val="left"/>
            </w:pPr>
          </w:p>
        </w:tc>
        <w:tc>
          <w:tcPr>
            <w:tcW w:type="dxa" w:w="1743"/>
          </w:tcPr>
          <w:p>
            <w:pPr>
              <w:spacing w:after="0"/>
              <w:jc w:val="left"/>
            </w:pPr>
          </w:p>
        </w:tc>
        <w:tc>
          <w:tcPr>
            <w:tcW w:type="dxa" w:w="1896"/>
          </w:tcPr>
          <w:p>
            <w:pPr>
              <w:spacing w:after="0"/>
              <w:jc w:val="left"/>
            </w:pPr>
          </w:p>
        </w:tc>
      </w:tr>
      <w:tr>
        <w:trPr>
          <w:cantSplit/>
        </w:trPr>
        <w:tc>
          <w:tcPr>
            <w:tcW w:type="dxa" w:w="1800"/>
          </w:tcPr>
          <w:p>
            <w:pPr>
              <w:spacing w:after="0"/>
              <w:jc w:val="left"/>
            </w:pPr>
            <w:r>
              <w:rPr>
                <w:sz w:val="16"/>
              </w:rPr>
              <w:t>Winter Storm, Heavy Snow, Blizzard, Lake-Effect Snow, Winter Weather, Sleet</w:t>
            </w:r>
          </w:p>
        </w:tc>
        <w:tc>
          <w:tcPr>
            <w:tcW w:type="dxa" w:w="1832"/>
          </w:tcPr>
          <w:p>
            <w:pPr>
              <w:spacing w:after="0"/>
              <w:jc w:val="left"/>
            </w:pPr>
            <w:r>
              <w:rPr>
                <w:sz w:val="16"/>
              </w:rPr>
              <w:t>none in data (snowfall: local data)</w:t>
            </w:r>
          </w:p>
        </w:tc>
        <w:tc>
          <w:tcPr>
            <w:tcW w:type="dxa" w:w="1732"/>
          </w:tcPr>
          <w:p>
            <w:pPr>
              <w:spacing w:after="0"/>
              <w:jc w:val="right"/>
            </w:pPr>
            <w:r>
              <w:rPr>
                <w:sz w:val="16"/>
              </w:rPr>
              <w:t>31 records, 1996 to 2025 (31 zone-level)</w:t>
            </w:r>
          </w:p>
        </w:tc>
        <w:tc>
          <w:tcPr>
            <w:tcW w:type="dxa" w:w="1902"/>
          </w:tcPr>
          <w:p>
            <w:pPr>
              <w:spacing w:after="0"/>
              <w:jc w:val="left"/>
            </w:pPr>
          </w:p>
        </w:tc>
        <w:tc>
          <w:tcPr>
            <w:tcW w:type="dxa" w:w="1605"/>
          </w:tcPr>
          <w:p>
            <w:pPr>
              <w:spacing w:after="0"/>
              <w:jc w:val="left"/>
            </w:pPr>
            <w:r>
              <w:rPr>
                <w:sz w:val="16"/>
              </w:rPr>
              <w:t>Winter Storm, 2005-01-28, $25,000 property; crops not reported (2005 dollars); NWS zone GAZ030</w:t>
            </w:r>
          </w:p>
        </w:tc>
        <w:tc>
          <w:tcPr>
            <w:tcW w:type="dxa" w:w="1601"/>
          </w:tcPr>
          <w:p>
            <w:pPr>
              <w:spacing w:after="0"/>
              <w:jc w:val="left"/>
            </w:pPr>
          </w:p>
        </w:tc>
        <w:tc>
          <w:tcPr>
            <w:tcW w:type="dxa" w:w="1743"/>
          </w:tcPr>
          <w:p>
            <w:pPr>
              <w:spacing w:after="0"/>
              <w:jc w:val="left"/>
            </w:pPr>
            <w:r>
              <w:rPr>
                <w:sz w:val="16"/>
              </w:rPr>
              <w:t>Countywide (zone-level records).</w:t>
            </w:r>
          </w:p>
        </w:tc>
        <w:tc>
          <w:tcPr>
            <w:tcW w:type="dxa" w:w="189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57"/>
        <w:gridCol w:w="2217"/>
        <w:gridCol w:w="2623"/>
        <w:gridCol w:w="134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57"/>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26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65"/>
          </w:tcPr>
          <w:p>
            <w:pPr>
              <w:spacing w:after="0"/>
              <w:jc w:val="left"/>
            </w:pPr>
            <w:r>
              <w:rPr>
                <w:sz w:val="16"/>
              </w:rPr>
              <w:t>Emergency</w:t>
            </w:r>
          </w:p>
        </w:tc>
        <w:tc>
          <w:tcPr>
            <w:tcW w:type="dxa" w:w="2557"/>
          </w:tcPr>
          <w:p>
            <w:pPr>
              <w:spacing w:after="0"/>
              <w:jc w:val="left"/>
            </w:pPr>
            <w:r>
              <w:rPr>
                <w:sz w:val="16"/>
              </w:rPr>
              <w:t>Severe Winter Storm</w:t>
            </w:r>
          </w:p>
        </w:tc>
        <w:tc>
          <w:tcPr>
            <w:tcW w:type="dxa" w:w="2217"/>
          </w:tcPr>
          <w:p>
            <w:pPr>
              <w:spacing w:after="0"/>
              <w:jc w:val="left"/>
            </w:pPr>
            <w:r>
              <w:rPr>
                <w:sz w:val="16"/>
              </w:rPr>
              <w:t>Winter Weather</w:t>
            </w:r>
          </w:p>
        </w:tc>
        <w:tc>
          <w:tcPr>
            <w:tcW w:type="dxa" w:w="2623"/>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65"/>
          </w:tcPr>
          <w:p>
            <w:pPr>
              <w:spacing w:after="0"/>
              <w:jc w:val="left"/>
            </w:pPr>
            <w:r>
              <w:rPr>
                <w:sz w:val="16"/>
              </w:rPr>
              <w:t>Emergency</w:t>
            </w:r>
          </w:p>
        </w:tc>
        <w:tc>
          <w:tcPr>
            <w:tcW w:type="dxa" w:w="2557"/>
          </w:tcPr>
          <w:p>
            <w:pPr>
              <w:spacing w:after="0"/>
              <w:jc w:val="left"/>
            </w:pPr>
            <w:r>
              <w:rPr>
                <w:sz w:val="16"/>
              </w:rPr>
              <w:t>Hurricane Helene</w:t>
            </w:r>
          </w:p>
        </w:tc>
        <w:tc>
          <w:tcPr>
            <w:tcW w:type="dxa" w:w="2217"/>
          </w:tcPr>
          <w:p>
            <w:pPr>
              <w:spacing w:after="0"/>
              <w:jc w:val="left"/>
            </w:pPr>
            <w:r>
              <w:rPr>
                <w:sz w:val="16"/>
              </w:rPr>
              <w:t>Hurricane</w:t>
            </w:r>
          </w:p>
        </w:tc>
        <w:tc>
          <w:tcPr>
            <w:tcW w:type="dxa" w:w="2623"/>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65"/>
          </w:tcPr>
          <w:p>
            <w:pPr>
              <w:spacing w:after="0"/>
              <w:jc w:val="left"/>
            </w:pPr>
            <w:r>
              <w:rPr>
                <w:sz w:val="16"/>
              </w:rPr>
              <w:t>Major disaster</w:t>
            </w:r>
          </w:p>
        </w:tc>
        <w:tc>
          <w:tcPr>
            <w:tcW w:type="dxa" w:w="2557"/>
          </w:tcPr>
          <w:p>
            <w:pPr>
              <w:spacing w:after="0"/>
              <w:jc w:val="left"/>
            </w:pPr>
            <w:r>
              <w:rPr>
                <w:sz w:val="16"/>
              </w:rPr>
              <w:t>COVID-19 Pandemic</w:t>
            </w:r>
          </w:p>
        </w:tc>
        <w:tc>
          <w:tcPr>
            <w:tcW w:type="dxa" w:w="2217"/>
          </w:tcPr>
          <w:p>
            <w:pPr>
              <w:spacing w:after="0"/>
              <w:jc w:val="left"/>
            </w:pPr>
            <w:r>
              <w:rPr>
                <w:sz w:val="16"/>
              </w:rPr>
              <w:t>Non-natural, not counted</w:t>
            </w:r>
          </w:p>
        </w:tc>
        <w:tc>
          <w:tcPr>
            <w:tcW w:type="dxa" w:w="2623"/>
          </w:tcPr>
          <w:p>
            <w:pPr>
              <w:spacing w:after="0"/>
              <w:jc w:val="right"/>
            </w:pPr>
            <w:r>
              <w:rPr>
                <w:sz w:val="16"/>
              </w:rPr>
              <w:t>$260,047</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65"/>
          </w:tcPr>
          <w:p>
            <w:pPr>
              <w:spacing w:after="0"/>
              <w:jc w:val="left"/>
            </w:pPr>
            <w:r>
              <w:rPr>
                <w:sz w:val="16"/>
              </w:rPr>
              <w:t>Emergency</w:t>
            </w:r>
          </w:p>
        </w:tc>
        <w:tc>
          <w:tcPr>
            <w:tcW w:type="dxa" w:w="2557"/>
          </w:tcPr>
          <w:p>
            <w:pPr>
              <w:spacing w:after="0"/>
              <w:jc w:val="left"/>
            </w:pPr>
            <w:r>
              <w:rPr>
                <w:sz w:val="16"/>
              </w:rPr>
              <w:t>COVID-19</w:t>
            </w:r>
          </w:p>
        </w:tc>
        <w:tc>
          <w:tcPr>
            <w:tcW w:type="dxa" w:w="2217"/>
          </w:tcPr>
          <w:p>
            <w:pPr>
              <w:spacing w:after="0"/>
              <w:jc w:val="left"/>
            </w:pPr>
            <w:r>
              <w:rPr>
                <w:sz w:val="16"/>
              </w:rPr>
              <w:t>Non-natural, not counted</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65"/>
          </w:tcPr>
          <w:p>
            <w:pPr>
              <w:spacing w:after="0"/>
              <w:jc w:val="left"/>
            </w:pPr>
            <w:r>
              <w:rPr>
                <w:sz w:val="16"/>
              </w:rPr>
              <w:t>Major disaster</w:t>
            </w:r>
          </w:p>
        </w:tc>
        <w:tc>
          <w:tcPr>
            <w:tcW w:type="dxa" w:w="2557"/>
          </w:tcPr>
          <w:p>
            <w:pPr>
              <w:spacing w:after="0"/>
              <w:jc w:val="left"/>
            </w:pPr>
            <w:r>
              <w:rPr>
                <w:sz w:val="16"/>
              </w:rPr>
              <w:t>Hurricane Irma</w:t>
            </w:r>
          </w:p>
        </w:tc>
        <w:tc>
          <w:tcPr>
            <w:tcW w:type="dxa" w:w="2217"/>
          </w:tcPr>
          <w:p>
            <w:pPr>
              <w:spacing w:after="0"/>
              <w:jc w:val="left"/>
            </w:pPr>
            <w:r>
              <w:rPr>
                <w:sz w:val="16"/>
              </w:rPr>
              <w:t>Hurricane</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65"/>
          </w:tcPr>
          <w:p>
            <w:pPr>
              <w:spacing w:after="0"/>
              <w:jc w:val="left"/>
            </w:pPr>
            <w:r>
              <w:rPr>
                <w:sz w:val="16"/>
              </w:rPr>
              <w:t>Emergency</w:t>
            </w:r>
          </w:p>
        </w:tc>
        <w:tc>
          <w:tcPr>
            <w:tcW w:type="dxa" w:w="2557"/>
          </w:tcPr>
          <w:p>
            <w:pPr>
              <w:spacing w:after="0"/>
              <w:jc w:val="left"/>
            </w:pPr>
            <w:r>
              <w:rPr>
                <w:sz w:val="16"/>
              </w:rPr>
              <w:t>Hurricane Irma</w:t>
            </w:r>
          </w:p>
        </w:tc>
        <w:tc>
          <w:tcPr>
            <w:tcW w:type="dxa" w:w="2217"/>
          </w:tcPr>
          <w:p>
            <w:pPr>
              <w:spacing w:after="0"/>
              <w:jc w:val="left"/>
            </w:pPr>
            <w:r>
              <w:rPr>
                <w:sz w:val="16"/>
              </w:rPr>
              <w:t>Hurricane</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r>
              <w:rPr>
                <w:sz w:val="16"/>
              </w:rPr>
              <w:t>same incident as DR-4338</w:t>
            </w: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65"/>
          </w:tcPr>
          <w:p>
            <w:pPr>
              <w:spacing w:after="0"/>
              <w:jc w:val="left"/>
            </w:pPr>
            <w:r>
              <w:rPr>
                <w:sz w:val="16"/>
              </w:rPr>
              <w:t>Emergency</w:t>
            </w:r>
          </w:p>
        </w:tc>
        <w:tc>
          <w:tcPr>
            <w:tcW w:type="dxa" w:w="2557"/>
          </w:tcPr>
          <w:p>
            <w:pPr>
              <w:spacing w:after="0"/>
              <w:jc w:val="left"/>
            </w:pPr>
            <w:r>
              <w:rPr>
                <w:sz w:val="16"/>
              </w:rPr>
              <w:t>Severe Winter Storm</w:t>
            </w:r>
          </w:p>
        </w:tc>
        <w:tc>
          <w:tcPr>
            <w:tcW w:type="dxa" w:w="2217"/>
          </w:tcPr>
          <w:p>
            <w:pPr>
              <w:spacing w:after="0"/>
              <w:jc w:val="left"/>
            </w:pPr>
            <w:r>
              <w:rPr>
                <w:sz w:val="16"/>
              </w:rPr>
              <w:t>Ice Storm</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365"/>
          </w:tcPr>
          <w:p>
            <w:pPr>
              <w:spacing w:after="0"/>
              <w:jc w:val="left"/>
            </w:pPr>
            <w:r>
              <w:rPr>
                <w:sz w:val="16"/>
              </w:rPr>
              <w:t>Major disaster</w:t>
            </w:r>
          </w:p>
        </w:tc>
        <w:tc>
          <w:tcPr>
            <w:tcW w:type="dxa" w:w="2557"/>
          </w:tcPr>
          <w:p>
            <w:pPr>
              <w:spacing w:after="0"/>
              <w:jc w:val="left"/>
            </w:pPr>
            <w:r>
              <w:rPr>
                <w:sz w:val="16"/>
              </w:rPr>
              <w:t>Severe Storms, Tornadoes, Straight-Line Winds, and Associated Flooding</w:t>
            </w:r>
          </w:p>
        </w:tc>
        <w:tc>
          <w:tcPr>
            <w:tcW w:type="dxa" w:w="2217"/>
          </w:tcPr>
          <w:p>
            <w:pPr>
              <w:spacing w:after="0"/>
              <w:jc w:val="left"/>
            </w:pPr>
            <w:r>
              <w:rPr>
                <w:sz w:val="16"/>
              </w:rPr>
              <w:t>Inland Flooding; Strong Wind; Tornado</w:t>
            </w:r>
          </w:p>
        </w:tc>
        <w:tc>
          <w:tcPr>
            <w:tcW w:type="dxa" w:w="2623"/>
          </w:tcPr>
          <w:p>
            <w:pPr>
              <w:spacing w:after="0"/>
              <w:jc w:val="right"/>
            </w:pPr>
            <w:r>
              <w:rPr>
                <w:sz w:val="16"/>
              </w:rPr>
              <w:t>$40,639.86</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2008-03-20</w:t>
            </w:r>
          </w:p>
        </w:tc>
        <w:tc>
          <w:tcPr>
            <w:tcW w:type="dxa" w:w="1037"/>
          </w:tcPr>
          <w:p>
            <w:pPr>
              <w:spacing w:after="0"/>
              <w:jc w:val="left"/>
            </w:pPr>
            <w:r>
              <w:rPr>
                <w:sz w:val="16"/>
              </w:rPr>
              <w:t>2008-03-14</w:t>
            </w:r>
          </w:p>
        </w:tc>
        <w:tc>
          <w:tcPr>
            <w:tcW w:type="dxa" w:w="1037"/>
          </w:tcPr>
          <w:p>
            <w:pPr>
              <w:spacing w:after="0"/>
              <w:jc w:val="left"/>
            </w:pPr>
            <w:r>
              <w:rPr>
                <w:sz w:val="16"/>
              </w:rPr>
              <w:t>DR-1750-GA</w:t>
            </w:r>
          </w:p>
        </w:tc>
        <w:tc>
          <w:tcPr>
            <w:tcW w:type="dxa" w:w="1365"/>
          </w:tcPr>
          <w:p>
            <w:pPr>
              <w:spacing w:after="0"/>
              <w:jc w:val="left"/>
            </w:pPr>
            <w:r>
              <w:rPr>
                <w:sz w:val="16"/>
              </w:rPr>
              <w:t>Major disaster</w:t>
            </w:r>
          </w:p>
        </w:tc>
        <w:tc>
          <w:tcPr>
            <w:tcW w:type="dxa" w:w="2557"/>
          </w:tcPr>
          <w:p>
            <w:pPr>
              <w:spacing w:after="0"/>
              <w:jc w:val="left"/>
            </w:pPr>
            <w:r>
              <w:rPr>
                <w:sz w:val="16"/>
              </w:rPr>
              <w:t>Severe Storms and Tornadoes</w:t>
            </w:r>
          </w:p>
        </w:tc>
        <w:tc>
          <w:tcPr>
            <w:tcW w:type="dxa" w:w="2217"/>
          </w:tcPr>
          <w:p>
            <w:pPr>
              <w:spacing w:after="0"/>
              <w:jc w:val="left"/>
            </w:pPr>
            <w:r>
              <w:rPr>
                <w:sz w:val="16"/>
              </w:rPr>
              <w:t>Tornado</w:t>
            </w:r>
          </w:p>
        </w:tc>
        <w:tc>
          <w:tcPr>
            <w:tcW w:type="dxa" w:w="2623"/>
          </w:tcPr>
          <w:p>
            <w:pPr>
              <w:spacing w:after="0"/>
              <w:jc w:val="right"/>
            </w:pPr>
            <w:r>
              <w:rPr>
                <w:sz w:val="16"/>
              </w:rPr>
              <w:t>PA not declared for this county</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65"/>
          </w:tcPr>
          <w:p>
            <w:pPr>
              <w:spacing w:after="0"/>
              <w:jc w:val="left"/>
            </w:pPr>
            <w:r>
              <w:rPr>
                <w:sz w:val="16"/>
              </w:rPr>
              <w:t>Emergency</w:t>
            </w:r>
          </w:p>
        </w:tc>
        <w:tc>
          <w:tcPr>
            <w:tcW w:type="dxa" w:w="2557"/>
          </w:tcPr>
          <w:p>
            <w:pPr>
              <w:spacing w:after="0"/>
              <w:jc w:val="left"/>
            </w:pPr>
            <w:r>
              <w:rPr>
                <w:sz w:val="16"/>
              </w:rPr>
              <w:t>Hurricane Katrina Evacuation</w:t>
            </w:r>
          </w:p>
        </w:tc>
        <w:tc>
          <w:tcPr>
            <w:tcW w:type="dxa" w:w="2217"/>
          </w:tcPr>
          <w:p>
            <w:pPr>
              <w:spacing w:after="0"/>
              <w:jc w:val="left"/>
            </w:pPr>
            <w:r>
              <w:rPr>
                <w:sz w:val="16"/>
              </w:rPr>
              <w:t>Hurricane: evacuation support, not a local hazard event; not counted</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65"/>
          </w:tcPr>
          <w:p>
            <w:pPr>
              <w:spacing w:after="0"/>
              <w:jc w:val="left"/>
            </w:pPr>
            <w:r>
              <w:rPr>
                <w:sz w:val="16"/>
              </w:rPr>
              <w:t>Major disaster</w:t>
            </w:r>
          </w:p>
        </w:tc>
        <w:tc>
          <w:tcPr>
            <w:tcW w:type="dxa" w:w="2557"/>
          </w:tcPr>
          <w:p>
            <w:pPr>
              <w:spacing w:after="0"/>
              <w:jc w:val="left"/>
            </w:pPr>
            <w:r>
              <w:rPr>
                <w:sz w:val="16"/>
              </w:rPr>
              <w:t>Hurricane Opal</w:t>
            </w:r>
          </w:p>
        </w:tc>
        <w:tc>
          <w:tcPr>
            <w:tcW w:type="dxa" w:w="2217"/>
          </w:tcPr>
          <w:p>
            <w:pPr>
              <w:spacing w:after="0"/>
              <w:jc w:val="left"/>
            </w:pPr>
            <w:r>
              <w:rPr>
                <w:sz w:val="16"/>
              </w:rPr>
              <w:t>Hurricane</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65"/>
          </w:tcPr>
          <w:p>
            <w:pPr>
              <w:spacing w:after="0"/>
              <w:jc w:val="left"/>
            </w:pPr>
            <w:r>
              <w:rPr>
                <w:sz w:val="16"/>
              </w:rPr>
              <w:t>Emergency</w:t>
            </w:r>
          </w:p>
        </w:tc>
        <w:tc>
          <w:tcPr>
            <w:tcW w:type="dxa" w:w="2557"/>
          </w:tcPr>
          <w:p>
            <w:pPr>
              <w:spacing w:after="0"/>
              <w:jc w:val="left"/>
            </w:pPr>
            <w:r>
              <w:rPr>
                <w:sz w:val="16"/>
              </w:rPr>
              <w:t>Severe Snowfall, Winter Storm</w:t>
            </w:r>
          </w:p>
        </w:tc>
        <w:tc>
          <w:tcPr>
            <w:tcW w:type="dxa" w:w="2217"/>
          </w:tcPr>
          <w:p>
            <w:pPr>
              <w:spacing w:after="0"/>
              <w:jc w:val="left"/>
            </w:pPr>
            <w:r>
              <w:rPr>
                <w:sz w:val="16"/>
              </w:rPr>
              <w:t>Winter Weather</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1993-03-04</w:t>
            </w:r>
          </w:p>
        </w:tc>
        <w:tc>
          <w:tcPr>
            <w:tcW w:type="dxa" w:w="1037"/>
          </w:tcPr>
          <w:p>
            <w:pPr>
              <w:spacing w:after="0"/>
              <w:jc w:val="left"/>
            </w:pPr>
            <w:r>
              <w:rPr>
                <w:sz w:val="16"/>
              </w:rPr>
              <w:t>1993-02-21</w:t>
            </w:r>
          </w:p>
        </w:tc>
        <w:tc>
          <w:tcPr>
            <w:tcW w:type="dxa" w:w="1037"/>
          </w:tcPr>
          <w:p>
            <w:pPr>
              <w:spacing w:after="0"/>
              <w:jc w:val="left"/>
            </w:pPr>
            <w:r>
              <w:rPr>
                <w:sz w:val="16"/>
              </w:rPr>
              <w:t>DR-980-GA</w:t>
            </w:r>
          </w:p>
        </w:tc>
        <w:tc>
          <w:tcPr>
            <w:tcW w:type="dxa" w:w="1365"/>
          </w:tcPr>
          <w:p>
            <w:pPr>
              <w:spacing w:after="0"/>
              <w:jc w:val="left"/>
            </w:pPr>
            <w:r>
              <w:rPr>
                <w:sz w:val="16"/>
              </w:rPr>
              <w:t>Major disaster</w:t>
            </w:r>
          </w:p>
        </w:tc>
        <w:tc>
          <w:tcPr>
            <w:tcW w:type="dxa" w:w="2557"/>
          </w:tcPr>
          <w:p>
            <w:pPr>
              <w:spacing w:after="0"/>
              <w:jc w:val="left"/>
            </w:pPr>
            <w:r>
              <w:rPr>
                <w:sz w:val="16"/>
              </w:rPr>
              <w:t>Tornadoes, High Winds &amp; Heavy Rains</w:t>
            </w:r>
          </w:p>
        </w:tc>
        <w:tc>
          <w:tcPr>
            <w:tcW w:type="dxa" w:w="2217"/>
          </w:tcPr>
          <w:p>
            <w:pPr>
              <w:spacing w:after="0"/>
              <w:jc w:val="left"/>
            </w:pPr>
            <w:r>
              <w:rPr>
                <w:sz w:val="16"/>
              </w:rPr>
              <w:t>Tornado (primary); also designated: Strong Wind</w:t>
            </w:r>
          </w:p>
        </w:tc>
        <w:tc>
          <w:tcPr>
            <w:tcW w:type="dxa" w:w="2623"/>
          </w:tcPr>
          <w:p>
            <w:pPr>
              <w:spacing w:after="0"/>
              <w:jc w:val="right"/>
            </w:pPr>
            <w:r>
              <w:rPr>
                <w:sz w:val="16"/>
              </w:rPr>
              <w:t>PA not declared for this county</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65"/>
          </w:tcPr>
          <w:p>
            <w:pPr>
              <w:spacing w:after="0"/>
              <w:jc w:val="left"/>
            </w:pPr>
            <w:r>
              <w:rPr>
                <w:sz w:val="16"/>
              </w:rPr>
              <w:t>Major disaster</w:t>
            </w:r>
          </w:p>
        </w:tc>
        <w:tc>
          <w:tcPr>
            <w:tcW w:type="dxa" w:w="2557"/>
          </w:tcPr>
          <w:p>
            <w:pPr>
              <w:spacing w:after="0"/>
              <w:jc w:val="left"/>
            </w:pPr>
            <w:r>
              <w:rPr>
                <w:sz w:val="16"/>
              </w:rPr>
              <w:t>Severe Storms, Tornaodes &amp; Flooding</w:t>
            </w:r>
          </w:p>
        </w:tc>
        <w:tc>
          <w:tcPr>
            <w:tcW w:type="dxa" w:w="2217"/>
          </w:tcPr>
          <w:p>
            <w:pPr>
              <w:spacing w:after="0"/>
              <w:jc w:val="left"/>
            </w:pPr>
            <w:r>
              <w:rPr>
                <w:sz w:val="16"/>
              </w:rPr>
              <w:t>Inland Flooding; Tornado</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1979-03-13</w:t>
            </w:r>
          </w:p>
        </w:tc>
        <w:tc>
          <w:tcPr>
            <w:tcW w:type="dxa" w:w="1037"/>
          </w:tcPr>
          <w:p>
            <w:pPr>
              <w:spacing w:after="0"/>
              <w:jc w:val="left"/>
            </w:pPr>
            <w:r>
              <w:rPr>
                <w:sz w:val="16"/>
              </w:rPr>
              <w:t>1979-03-13</w:t>
            </w:r>
          </w:p>
        </w:tc>
        <w:tc>
          <w:tcPr>
            <w:tcW w:type="dxa" w:w="1037"/>
          </w:tcPr>
          <w:p>
            <w:pPr>
              <w:spacing w:after="0"/>
              <w:jc w:val="left"/>
            </w:pPr>
            <w:r>
              <w:rPr>
                <w:sz w:val="16"/>
              </w:rPr>
              <w:t>EM-3072-GA</w:t>
            </w:r>
          </w:p>
        </w:tc>
        <w:tc>
          <w:tcPr>
            <w:tcW w:type="dxa" w:w="1365"/>
          </w:tcPr>
          <w:p>
            <w:pPr>
              <w:spacing w:after="0"/>
              <w:jc w:val="left"/>
            </w:pPr>
            <w:r>
              <w:rPr>
                <w:sz w:val="16"/>
              </w:rPr>
              <w:t>Emergency</w:t>
            </w:r>
          </w:p>
        </w:tc>
        <w:tc>
          <w:tcPr>
            <w:tcW w:type="dxa" w:w="2557"/>
          </w:tcPr>
          <w:p>
            <w:pPr>
              <w:spacing w:after="0"/>
              <w:jc w:val="left"/>
            </w:pPr>
            <w:r>
              <w:rPr>
                <w:sz w:val="16"/>
              </w:rPr>
              <w:t>Rain, Flooding, Mudslide</w:t>
            </w:r>
          </w:p>
        </w:tc>
        <w:tc>
          <w:tcPr>
            <w:tcW w:type="dxa" w:w="2217"/>
          </w:tcPr>
          <w:p>
            <w:pPr>
              <w:spacing w:after="0"/>
              <w:jc w:val="left"/>
            </w:pPr>
            <w:r>
              <w:rPr>
                <w:sz w:val="16"/>
              </w:rPr>
              <w:t>Inland Flooding (primary); also designated: Landslide</w:t>
            </w:r>
          </w:p>
        </w:tc>
        <w:tc>
          <w:tcPr>
            <w:tcW w:type="dxa" w:w="2623"/>
          </w:tcPr>
          <w:p>
            <w:pPr>
              <w:spacing w:after="0"/>
              <w:jc w:val="right"/>
            </w:pPr>
            <w:r>
              <w:rPr>
                <w:sz w:val="16"/>
              </w:rPr>
              <w:t>PA not declared for this county</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65"/>
          </w:tcPr>
          <w:p>
            <w:pPr>
              <w:spacing w:after="0"/>
              <w:jc w:val="left"/>
            </w:pPr>
            <w:r>
              <w:rPr>
                <w:sz w:val="16"/>
              </w:rPr>
              <w:t>Emergency</w:t>
            </w:r>
          </w:p>
        </w:tc>
        <w:tc>
          <w:tcPr>
            <w:tcW w:type="dxa" w:w="2557"/>
          </w:tcPr>
          <w:p>
            <w:pPr>
              <w:spacing w:after="0"/>
              <w:jc w:val="left"/>
            </w:pPr>
            <w:r>
              <w:rPr>
                <w:sz w:val="16"/>
              </w:rPr>
              <w:t>Drought</w:t>
            </w:r>
          </w:p>
        </w:tc>
        <w:tc>
          <w:tcPr>
            <w:tcW w:type="dxa" w:w="2217"/>
          </w:tcPr>
          <w:p>
            <w:pPr>
              <w:spacing w:after="0"/>
              <w:jc w:val="left"/>
            </w:pPr>
            <w:r>
              <w:rPr>
                <w:sz w:val="16"/>
              </w:rPr>
              <w:t>Drought</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1974-04-05</w:t>
            </w:r>
          </w:p>
        </w:tc>
        <w:tc>
          <w:tcPr>
            <w:tcW w:type="dxa" w:w="1037"/>
          </w:tcPr>
          <w:p>
            <w:pPr>
              <w:spacing w:after="0"/>
              <w:jc w:val="left"/>
            </w:pPr>
            <w:r>
              <w:rPr>
                <w:sz w:val="16"/>
              </w:rPr>
              <w:t>1974-04-05</w:t>
            </w:r>
          </w:p>
        </w:tc>
        <w:tc>
          <w:tcPr>
            <w:tcW w:type="dxa" w:w="1037"/>
          </w:tcPr>
          <w:p>
            <w:pPr>
              <w:spacing w:after="0"/>
              <w:jc w:val="left"/>
            </w:pPr>
            <w:r>
              <w:rPr>
                <w:sz w:val="16"/>
              </w:rPr>
              <w:t>DR-425-GA</w:t>
            </w:r>
          </w:p>
        </w:tc>
        <w:tc>
          <w:tcPr>
            <w:tcW w:type="dxa" w:w="1365"/>
          </w:tcPr>
          <w:p>
            <w:pPr>
              <w:spacing w:after="0"/>
              <w:jc w:val="left"/>
            </w:pPr>
            <w:r>
              <w:rPr>
                <w:sz w:val="16"/>
              </w:rPr>
              <w:t>Major disaster</w:t>
            </w:r>
          </w:p>
        </w:tc>
        <w:tc>
          <w:tcPr>
            <w:tcW w:type="dxa" w:w="2557"/>
          </w:tcPr>
          <w:p>
            <w:pPr>
              <w:spacing w:after="0"/>
              <w:jc w:val="left"/>
            </w:pPr>
            <w:r>
              <w:rPr>
                <w:sz w:val="16"/>
              </w:rPr>
              <w:t>Tornadoes</w:t>
            </w:r>
          </w:p>
        </w:tc>
        <w:tc>
          <w:tcPr>
            <w:tcW w:type="dxa" w:w="2217"/>
          </w:tcPr>
          <w:p>
            <w:pPr>
              <w:spacing w:after="0"/>
              <w:jc w:val="left"/>
            </w:pPr>
            <w:r>
              <w:rPr>
                <w:sz w:val="16"/>
              </w:rPr>
              <w:t>Tornado</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14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39</w:t>
            </w:r>
          </w:p>
        </w:tc>
        <w:tc>
          <w:tcPr>
            <w:tcW w:type="dxa" w:w="1116"/>
          </w:tcPr>
          <w:p>
            <w:pPr>
              <w:spacing w:after="0"/>
              <w:jc w:val="right"/>
            </w:pPr>
            <w:r>
              <w:rPr>
                <w:sz w:val="16"/>
              </w:rPr>
              <w:t>6</w:t>
            </w:r>
          </w:p>
        </w:tc>
        <w:tc>
          <w:tcPr>
            <w:tcW w:type="dxa" w:w="1933"/>
          </w:tcPr>
          <w:p>
            <w:pPr>
              <w:spacing w:after="0"/>
              <w:jc w:val="right"/>
            </w:pPr>
            <w:r>
              <w:rPr>
                <w:sz w:val="16"/>
              </w:rPr>
              <w:t>0</w:t>
            </w:r>
          </w:p>
        </w:tc>
        <w:tc>
          <w:tcPr>
            <w:tcW w:type="dxa" w:w="775"/>
          </w:tcPr>
          <w:p>
            <w:pPr>
              <w:spacing w:after="0"/>
              <w:jc w:val="right"/>
            </w:pPr>
            <w:r>
              <w:rPr>
                <w:sz w:val="16"/>
              </w:rPr>
              <w:t>6</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91</w:t>
            </w:r>
          </w:p>
        </w:tc>
        <w:tc>
          <w:tcPr>
            <w:tcW w:type="dxa" w:w="1116"/>
          </w:tcPr>
          <w:p>
            <w:pPr>
              <w:spacing w:after="0"/>
              <w:jc w:val="right"/>
            </w:pPr>
            <w:r>
              <w:rPr>
                <w:sz w:val="16"/>
              </w:rPr>
              <w:t>4</w:t>
            </w: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16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3</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3</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31</w:t>
            </w:r>
          </w:p>
        </w:tc>
        <w:tc>
          <w:tcPr>
            <w:tcW w:type="dxa" w:w="1116"/>
          </w:tcPr>
          <w:p>
            <w:pPr>
              <w:spacing w:after="0"/>
              <w:jc w:val="right"/>
            </w:pPr>
            <w:r>
              <w:rPr>
                <w:sz w:val="16"/>
              </w:rPr>
              <w:t>0</w:t>
            </w:r>
          </w:p>
        </w:tc>
        <w:tc>
          <w:tcPr>
            <w:tcW w:type="dxa" w:w="1933"/>
          </w:tcPr>
          <w:p>
            <w:pPr>
              <w:spacing w:after="0"/>
              <w:jc w:val="right"/>
            </w:pPr>
            <w:r>
              <w:rPr>
                <w:sz w:val="16"/>
              </w:rPr>
              <w:t>2</w:t>
            </w:r>
          </w:p>
        </w:tc>
        <w:tc>
          <w:tcPr>
            <w:tcW w:type="dxa" w:w="775"/>
          </w:tcPr>
          <w:p>
            <w:pPr>
              <w:spacing w:after="0"/>
              <w:jc w:val="right"/>
            </w:pPr>
            <w:r>
              <w:rPr>
                <w:sz w:val="16"/>
              </w:rPr>
              <w:t>2</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12</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190</w:t>
            </w:r>
          </w:p>
        </w:tc>
        <w:tc>
          <w:tcPr>
            <w:tcW w:type="dxa" w:w="1116"/>
          </w:tcPr>
          <w:p>
            <w:pPr>
              <w:spacing w:after="0"/>
              <w:jc w:val="right"/>
            </w:pPr>
            <w:r>
              <w:rPr>
                <w:sz w:val="16"/>
              </w:rPr>
              <w:t>50</w:t>
            </w:r>
          </w:p>
        </w:tc>
        <w:tc>
          <w:tcPr>
            <w:tcW w:type="dxa" w:w="1933"/>
          </w:tcPr>
          <w:p>
            <w:pPr>
              <w:spacing w:after="0"/>
              <w:jc w:val="right"/>
            </w:pPr>
            <w:r>
              <w:rPr>
                <w:sz w:val="16"/>
              </w:rPr>
              <w:t>7</w:t>
            </w:r>
          </w:p>
        </w:tc>
        <w:tc>
          <w:tcPr>
            <w:tcW w:type="dxa" w:w="775"/>
          </w:tcPr>
          <w:p>
            <w:pPr>
              <w:spacing w:after="0"/>
              <w:jc w:val="right"/>
            </w:pPr>
            <w:r>
              <w:rPr>
                <w:sz w:val="16"/>
              </w:rPr>
              <w:t>57</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1 High Wind and 9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11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5</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31</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4"/>
        <w:gridCol w:w="2071"/>
        <w:gridCol w:w="3324"/>
        <w:gridCol w:w="945"/>
        <w:gridCol w:w="2344"/>
        <w:gridCol w:w="3067"/>
      </w:tblGrid>
      <w:tr>
        <w:trPr>
          <w:cantSplit/>
          <w:tblHeader/>
        </w:trPr>
        <w:tc>
          <w:tcPr>
            <w:tcW w:type="dxa" w:w="1037"/>
            <w:shd w:val="clear" w:color="auto" w:fill="E8E8E8"/>
          </w:tcPr>
          <w:p>
            <w:pPr>
              <w:spacing w:after="0"/>
              <w:jc w:val="left"/>
            </w:pPr>
            <w:r>
              <w:rPr>
                <w:b/>
                <w:sz w:val="16"/>
              </w:rPr>
              <w:t>Date</w:t>
            </w:r>
          </w:p>
        </w:tc>
        <w:tc>
          <w:tcPr>
            <w:tcW w:type="dxa" w:w="1324"/>
            <w:shd w:val="clear" w:color="auto" w:fill="E8E8E8"/>
          </w:tcPr>
          <w:p>
            <w:pPr>
              <w:spacing w:after="0"/>
              <w:jc w:val="left"/>
            </w:pPr>
            <w:r>
              <w:rPr>
                <w:b/>
                <w:sz w:val="16"/>
              </w:rPr>
              <w:t>Event type</w:t>
            </w:r>
          </w:p>
        </w:tc>
        <w:tc>
          <w:tcPr>
            <w:tcW w:type="dxa" w:w="2071"/>
            <w:shd w:val="clear" w:color="auto" w:fill="E8E8E8"/>
          </w:tcPr>
          <w:p>
            <w:pPr>
              <w:spacing w:after="0"/>
              <w:jc w:val="left"/>
            </w:pPr>
            <w:r>
              <w:rPr>
                <w:b/>
                <w:sz w:val="16"/>
              </w:rPr>
              <w:t>Magnitude or extent</w:t>
            </w:r>
          </w:p>
        </w:tc>
        <w:tc>
          <w:tcPr>
            <w:tcW w:type="dxa" w:w="3324"/>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4"/>
            <w:shd w:val="clear" w:color="auto" w:fill="E8E8E8"/>
          </w:tcPr>
          <w:p>
            <w:pPr>
              <w:spacing w:after="0"/>
              <w:jc w:val="left"/>
            </w:pPr>
            <w:r>
              <w:rPr>
                <w:b/>
                <w:sz w:val="16"/>
              </w:rPr>
              <w:t>Location</w:t>
            </w:r>
          </w:p>
        </w:tc>
        <w:tc>
          <w:tcPr>
            <w:tcW w:type="dxa" w:w="30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2021-03-25</w:t>
            </w:r>
          </w:p>
        </w:tc>
        <w:tc>
          <w:tcPr>
            <w:tcW w:type="dxa" w:w="1324"/>
          </w:tcPr>
          <w:p>
            <w:pPr>
              <w:spacing w:after="0"/>
              <w:jc w:val="left"/>
            </w:pPr>
            <w:r>
              <w:rPr>
                <w:sz w:val="16"/>
              </w:rPr>
              <w:t>Thunderstorm Wind</w:t>
            </w:r>
          </w:p>
        </w:tc>
        <w:tc>
          <w:tcPr>
            <w:tcW w:type="dxa" w:w="2071"/>
          </w:tcPr>
          <w:p>
            <w:pPr>
              <w:spacing w:after="0"/>
              <w:jc w:val="left"/>
            </w:pPr>
            <w:r>
              <w:rPr>
                <w:sz w:val="16"/>
              </w:rPr>
              <w:t>91 kt (105 mph) estimated gust</w:t>
            </w:r>
          </w:p>
        </w:tc>
        <w:tc>
          <w:tcPr>
            <w:tcW w:type="dxa" w:w="3324"/>
          </w:tcPr>
          <w:p>
            <w:pPr>
              <w:spacing w:after="0"/>
              <w:jc w:val="left"/>
            </w:pPr>
            <w:r>
              <w:rPr>
                <w:sz w:val="16"/>
              </w:rPr>
              <w:t>$250,000 property; crops not reported (2021 dollars)</w:t>
            </w:r>
          </w:p>
        </w:tc>
        <w:tc>
          <w:tcPr>
            <w:tcW w:type="dxa" w:w="945"/>
          </w:tcPr>
          <w:p>
            <w:pPr>
              <w:spacing w:after="0"/>
              <w:jc w:val="right"/>
            </w:pPr>
            <w:r>
              <w:rPr>
                <w:sz w:val="16"/>
              </w:rPr>
              <w:t>0, 0</w:t>
            </w:r>
          </w:p>
        </w:tc>
        <w:tc>
          <w:tcPr>
            <w:tcW w:type="dxa" w:w="2344"/>
          </w:tcPr>
          <w:p>
            <w:pPr>
              <w:spacing w:after="0"/>
              <w:jc w:val="left"/>
            </w:pPr>
            <w:r>
              <w:rPr>
                <w:sz w:val="16"/>
              </w:rPr>
              <w:t>FISH to CEDARTOWN</w:t>
            </w:r>
          </w:p>
        </w:tc>
        <w:tc>
          <w:tcPr>
            <w:tcW w:type="dxa" w:w="3067"/>
          </w:tcPr>
          <w:p>
            <w:pPr>
              <w:spacing w:after="0"/>
              <w:jc w:val="left"/>
            </w:pPr>
            <w:r>
              <w:rPr>
                <w:sz w:val="16"/>
              </w:rPr>
              <w:t>B1-c worst recorded: Thunderstorm Wind</w:t>
            </w:r>
          </w:p>
        </w:tc>
      </w:tr>
      <w:tr>
        <w:trPr>
          <w:cantSplit/>
        </w:trPr>
        <w:tc>
          <w:tcPr>
            <w:tcW w:type="dxa" w:w="1037"/>
          </w:tcPr>
          <w:p>
            <w:pPr>
              <w:spacing w:after="0"/>
              <w:jc w:val="left"/>
            </w:pPr>
            <w:r>
              <w:rPr>
                <w:sz w:val="16"/>
              </w:rPr>
              <w:t>2019-04-09</w:t>
            </w:r>
          </w:p>
        </w:tc>
        <w:tc>
          <w:tcPr>
            <w:tcW w:type="dxa" w:w="1324"/>
          </w:tcPr>
          <w:p>
            <w:pPr>
              <w:spacing w:after="0"/>
              <w:jc w:val="left"/>
            </w:pPr>
            <w:r>
              <w:rPr>
                <w:sz w:val="16"/>
              </w:rPr>
              <w:t>Flash Flood</w:t>
            </w:r>
          </w:p>
        </w:tc>
        <w:tc>
          <w:tcPr>
            <w:tcW w:type="dxa" w:w="2071"/>
          </w:tcPr>
          <w:p>
            <w:pPr>
              <w:spacing w:after="0"/>
              <w:jc w:val="left"/>
            </w:pPr>
          </w:p>
        </w:tc>
        <w:tc>
          <w:tcPr>
            <w:tcW w:type="dxa" w:w="3324"/>
          </w:tcPr>
          <w:p>
            <w:pPr>
              <w:spacing w:after="0"/>
              <w:jc w:val="left"/>
            </w:pPr>
            <w:r>
              <w:rPr>
                <w:sz w:val="16"/>
              </w:rPr>
              <w:t>$5,000,000 property; $0 crops (2019 dollars)</w:t>
            </w:r>
          </w:p>
        </w:tc>
        <w:tc>
          <w:tcPr>
            <w:tcW w:type="dxa" w:w="945"/>
          </w:tcPr>
          <w:p>
            <w:pPr>
              <w:spacing w:after="0"/>
              <w:jc w:val="right"/>
            </w:pPr>
            <w:r>
              <w:rPr>
                <w:sz w:val="16"/>
              </w:rPr>
              <w:t>0, 0</w:t>
            </w:r>
          </w:p>
        </w:tc>
        <w:tc>
          <w:tcPr>
            <w:tcW w:type="dxa" w:w="2344"/>
          </w:tcPr>
          <w:p>
            <w:pPr>
              <w:spacing w:after="0"/>
              <w:jc w:val="left"/>
            </w:pPr>
            <w:r>
              <w:rPr>
                <w:sz w:val="16"/>
              </w:rPr>
              <w:t>CEDARTOWN</w:t>
            </w:r>
          </w:p>
        </w:tc>
        <w:tc>
          <w:tcPr>
            <w:tcW w:type="dxa" w:w="30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2017-09-11</w:t>
            </w:r>
          </w:p>
        </w:tc>
        <w:tc>
          <w:tcPr>
            <w:tcW w:type="dxa" w:w="1324"/>
          </w:tcPr>
          <w:p>
            <w:pPr>
              <w:spacing w:after="0"/>
              <w:jc w:val="left"/>
            </w:pPr>
            <w:r>
              <w:rPr>
                <w:sz w:val="16"/>
              </w:rPr>
              <w:t>Tropical Storm</w:t>
            </w:r>
          </w:p>
        </w:tc>
        <w:tc>
          <w:tcPr>
            <w:tcW w:type="dxa" w:w="2071"/>
          </w:tcPr>
          <w:p>
            <w:pPr>
              <w:spacing w:after="0"/>
              <w:jc w:val="left"/>
            </w:pPr>
          </w:p>
        </w:tc>
        <w:tc>
          <w:tcPr>
            <w:tcW w:type="dxa" w:w="3324"/>
          </w:tcPr>
          <w:p>
            <w:pPr>
              <w:spacing w:after="0"/>
              <w:jc w:val="left"/>
            </w:pPr>
            <w:r>
              <w:rPr>
                <w:sz w:val="16"/>
              </w:rPr>
              <w:t>$15,000 property; crops not reported (zone total, 2017 dollars)</w:t>
            </w:r>
          </w:p>
        </w:tc>
        <w:tc>
          <w:tcPr>
            <w:tcW w:type="dxa" w:w="945"/>
          </w:tcPr>
          <w:p>
            <w:pPr>
              <w:spacing w:after="0"/>
              <w:jc w:val="right"/>
            </w:pPr>
            <w:r>
              <w:rPr>
                <w:sz w:val="16"/>
              </w:rPr>
              <w:t>0, 0</w:t>
            </w:r>
          </w:p>
        </w:tc>
        <w:tc>
          <w:tcPr>
            <w:tcW w:type="dxa" w:w="2344"/>
          </w:tcPr>
          <w:p>
            <w:pPr>
              <w:spacing w:after="0"/>
              <w:jc w:val="left"/>
            </w:pPr>
            <w:r>
              <w:rPr>
                <w:sz w:val="16"/>
              </w:rPr>
              <w:t>NWS zone GAZ030 (POLK), zone-level</w:t>
            </w:r>
          </w:p>
        </w:tc>
        <w:tc>
          <w:tcPr>
            <w:tcW w:type="dxa" w:w="306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2016-06-01</w:t>
            </w:r>
          </w:p>
        </w:tc>
        <w:tc>
          <w:tcPr>
            <w:tcW w:type="dxa" w:w="1324"/>
          </w:tcPr>
          <w:p>
            <w:pPr>
              <w:spacing w:after="0"/>
              <w:jc w:val="left"/>
            </w:pPr>
            <w:r>
              <w:rPr>
                <w:sz w:val="16"/>
              </w:rPr>
              <w:t>Drought</w:t>
            </w:r>
          </w:p>
        </w:tc>
        <w:tc>
          <w:tcPr>
            <w:tcW w:type="dxa" w:w="2071"/>
          </w:tcPr>
          <w:p>
            <w:pPr>
              <w:spacing w:after="0"/>
              <w:jc w:val="left"/>
            </w:pPr>
          </w:p>
        </w:tc>
        <w:tc>
          <w:tcPr>
            <w:tcW w:type="dxa" w:w="3324"/>
          </w:tcPr>
          <w:p>
            <w:pPr>
              <w:spacing w:after="0"/>
              <w:jc w:val="left"/>
            </w:pPr>
            <w:r>
              <w:rPr>
                <w:sz w:val="16"/>
              </w:rPr>
              <w:t>$0 property; $0 crops (zone total, 2016 dollars)</w:t>
            </w:r>
          </w:p>
        </w:tc>
        <w:tc>
          <w:tcPr>
            <w:tcW w:type="dxa" w:w="945"/>
          </w:tcPr>
          <w:p>
            <w:pPr>
              <w:spacing w:after="0"/>
              <w:jc w:val="right"/>
            </w:pPr>
            <w:r>
              <w:rPr>
                <w:sz w:val="16"/>
              </w:rPr>
              <w:t>0, 0</w:t>
            </w:r>
          </w:p>
        </w:tc>
        <w:tc>
          <w:tcPr>
            <w:tcW w:type="dxa" w:w="2344"/>
          </w:tcPr>
          <w:p>
            <w:pPr>
              <w:spacing w:after="0"/>
              <w:jc w:val="left"/>
            </w:pPr>
            <w:r>
              <w:rPr>
                <w:sz w:val="16"/>
              </w:rPr>
              <w:t>NWS zone GAZ030 (POLK), zone-level</w:t>
            </w:r>
          </w:p>
        </w:tc>
        <w:tc>
          <w:tcPr>
            <w:tcW w:type="dxa" w:w="3067"/>
          </w:tcPr>
          <w:p>
            <w:pPr>
              <w:spacing w:after="0"/>
              <w:jc w:val="left"/>
            </w:pPr>
            <w:r>
              <w:rPr>
                <w:sz w:val="16"/>
              </w:rPr>
              <w:t>B1-c worst recorded: Drought</w:t>
            </w:r>
          </w:p>
        </w:tc>
      </w:tr>
      <w:tr>
        <w:trPr>
          <w:cantSplit/>
        </w:trPr>
        <w:tc>
          <w:tcPr>
            <w:tcW w:type="dxa" w:w="1037"/>
          </w:tcPr>
          <w:p>
            <w:pPr>
              <w:spacing w:after="0"/>
              <w:jc w:val="left"/>
            </w:pPr>
            <w:r>
              <w:rPr>
                <w:sz w:val="16"/>
              </w:rPr>
              <w:t>2013-04-11</w:t>
            </w:r>
          </w:p>
        </w:tc>
        <w:tc>
          <w:tcPr>
            <w:tcW w:type="dxa" w:w="1324"/>
          </w:tcPr>
          <w:p>
            <w:pPr>
              <w:spacing w:after="0"/>
              <w:jc w:val="left"/>
            </w:pPr>
            <w:r>
              <w:rPr>
                <w:sz w:val="16"/>
              </w:rPr>
              <w:t>Hail</w:t>
            </w:r>
          </w:p>
        </w:tc>
        <w:tc>
          <w:tcPr>
            <w:tcW w:type="dxa" w:w="2071"/>
          </w:tcPr>
          <w:p>
            <w:pPr>
              <w:spacing w:after="0"/>
              <w:jc w:val="left"/>
            </w:pPr>
            <w:r>
              <w:rPr>
                <w:sz w:val="16"/>
              </w:rPr>
              <w:t>2.75 in</w:t>
            </w:r>
          </w:p>
        </w:tc>
        <w:tc>
          <w:tcPr>
            <w:tcW w:type="dxa" w:w="3324"/>
          </w:tcPr>
          <w:p>
            <w:pPr>
              <w:spacing w:after="0"/>
              <w:jc w:val="left"/>
            </w:pPr>
            <w:r>
              <w:rPr>
                <w:sz w:val="16"/>
              </w:rPr>
              <w:t>$1,206,000 property; $0 crops (2013 dollars)</w:t>
            </w:r>
          </w:p>
        </w:tc>
        <w:tc>
          <w:tcPr>
            <w:tcW w:type="dxa" w:w="945"/>
          </w:tcPr>
          <w:p>
            <w:pPr>
              <w:spacing w:after="0"/>
              <w:jc w:val="right"/>
            </w:pPr>
            <w:r>
              <w:rPr>
                <w:sz w:val="16"/>
              </w:rPr>
              <w:t>0, 0</w:t>
            </w:r>
          </w:p>
        </w:tc>
        <w:tc>
          <w:tcPr>
            <w:tcW w:type="dxa" w:w="2344"/>
          </w:tcPr>
          <w:p>
            <w:pPr>
              <w:spacing w:after="0"/>
              <w:jc w:val="left"/>
            </w:pPr>
            <w:r>
              <w:rPr>
                <w:sz w:val="16"/>
              </w:rPr>
              <w:t>VAN WERT to ROCKMART</w:t>
            </w:r>
          </w:p>
        </w:tc>
        <w:tc>
          <w:tcPr>
            <w:tcW w:type="dxa" w:w="3067"/>
          </w:tcPr>
          <w:p>
            <w:pPr>
              <w:spacing w:after="0"/>
              <w:jc w:val="left"/>
            </w:pPr>
            <w:r>
              <w:rPr>
                <w:sz w:val="16"/>
              </w:rPr>
              <w:t>B1-c worst recorded: Hail</w:t>
            </w:r>
          </w:p>
        </w:tc>
      </w:tr>
      <w:tr>
        <w:trPr>
          <w:cantSplit/>
        </w:trPr>
        <w:tc>
          <w:tcPr>
            <w:tcW w:type="dxa" w:w="1037"/>
          </w:tcPr>
          <w:p>
            <w:pPr>
              <w:spacing w:after="0"/>
              <w:jc w:val="left"/>
            </w:pPr>
            <w:r>
              <w:rPr>
                <w:sz w:val="16"/>
              </w:rPr>
              <w:t>2013-03-18</w:t>
            </w:r>
          </w:p>
        </w:tc>
        <w:tc>
          <w:tcPr>
            <w:tcW w:type="dxa" w:w="1324"/>
          </w:tcPr>
          <w:p>
            <w:pPr>
              <w:spacing w:after="0"/>
              <w:jc w:val="left"/>
            </w:pPr>
            <w:r>
              <w:rPr>
                <w:sz w:val="16"/>
              </w:rPr>
              <w:t>Thunderstorm Wind</w:t>
            </w:r>
          </w:p>
        </w:tc>
        <w:tc>
          <w:tcPr>
            <w:tcW w:type="dxa" w:w="2071"/>
          </w:tcPr>
          <w:p>
            <w:pPr>
              <w:spacing w:after="0"/>
              <w:jc w:val="left"/>
            </w:pPr>
            <w:r>
              <w:rPr>
                <w:sz w:val="16"/>
              </w:rPr>
              <w:t>60 kt (69 mph) estimated gust</w:t>
            </w:r>
          </w:p>
        </w:tc>
        <w:tc>
          <w:tcPr>
            <w:tcW w:type="dxa" w:w="3324"/>
          </w:tcPr>
          <w:p>
            <w:pPr>
              <w:spacing w:after="0"/>
              <w:jc w:val="left"/>
            </w:pPr>
            <w:r>
              <w:rPr>
                <w:sz w:val="16"/>
              </w:rPr>
              <w:t>$15,000 property; $0 crops (2013 dollars)</w:t>
            </w:r>
          </w:p>
        </w:tc>
        <w:tc>
          <w:tcPr>
            <w:tcW w:type="dxa" w:w="945"/>
          </w:tcPr>
          <w:p>
            <w:pPr>
              <w:spacing w:after="0"/>
              <w:jc w:val="right"/>
            </w:pPr>
            <w:r>
              <w:rPr>
                <w:sz w:val="16"/>
              </w:rPr>
              <w:t>1, 1</w:t>
            </w:r>
          </w:p>
        </w:tc>
        <w:tc>
          <w:tcPr>
            <w:tcW w:type="dxa" w:w="2344"/>
          </w:tcPr>
          <w:p>
            <w:pPr>
              <w:spacing w:after="0"/>
              <w:jc w:val="left"/>
            </w:pPr>
            <w:r>
              <w:rPr>
                <w:sz w:val="16"/>
              </w:rPr>
              <w:t>CEDARTOWN</w:t>
            </w:r>
          </w:p>
        </w:tc>
        <w:tc>
          <w:tcPr>
            <w:tcW w:type="dxa" w:w="3067"/>
          </w:tcPr>
          <w:p>
            <w:pPr>
              <w:spacing w:after="0"/>
              <w:jc w:val="left"/>
            </w:pPr>
            <w:r>
              <w:rPr>
                <w:sz w:val="16"/>
              </w:rPr>
              <w:t>deaths or injuries recorded</w:t>
            </w:r>
          </w:p>
        </w:tc>
      </w:tr>
      <w:tr>
        <w:trPr>
          <w:cantSplit/>
        </w:trPr>
        <w:tc>
          <w:tcPr>
            <w:tcW w:type="dxa" w:w="1037"/>
          </w:tcPr>
          <w:p>
            <w:pPr>
              <w:spacing w:after="0"/>
              <w:jc w:val="left"/>
            </w:pPr>
            <w:r>
              <w:rPr>
                <w:sz w:val="16"/>
              </w:rPr>
              <w:t>2008-06-11</w:t>
            </w:r>
          </w:p>
        </w:tc>
        <w:tc>
          <w:tcPr>
            <w:tcW w:type="dxa" w:w="1324"/>
          </w:tcPr>
          <w:p>
            <w:pPr>
              <w:spacing w:after="0"/>
              <w:jc w:val="left"/>
            </w:pPr>
            <w:r>
              <w:rPr>
                <w:sz w:val="16"/>
              </w:rPr>
              <w:t>Lightning</w:t>
            </w:r>
          </w:p>
        </w:tc>
        <w:tc>
          <w:tcPr>
            <w:tcW w:type="dxa" w:w="2071"/>
          </w:tcPr>
          <w:p>
            <w:pPr>
              <w:spacing w:after="0"/>
              <w:jc w:val="left"/>
            </w:pPr>
          </w:p>
        </w:tc>
        <w:tc>
          <w:tcPr>
            <w:tcW w:type="dxa" w:w="3324"/>
          </w:tcPr>
          <w:p>
            <w:pPr>
              <w:spacing w:after="0"/>
              <w:jc w:val="left"/>
            </w:pPr>
            <w:r>
              <w:rPr>
                <w:sz w:val="16"/>
              </w:rPr>
              <w:t>$250,000 property; $0 crops (2008 dollars)</w:t>
            </w:r>
          </w:p>
        </w:tc>
        <w:tc>
          <w:tcPr>
            <w:tcW w:type="dxa" w:w="945"/>
          </w:tcPr>
          <w:p>
            <w:pPr>
              <w:spacing w:after="0"/>
              <w:jc w:val="right"/>
            </w:pPr>
            <w:r>
              <w:rPr>
                <w:sz w:val="16"/>
              </w:rPr>
              <w:t>0, 0</w:t>
            </w:r>
          </w:p>
        </w:tc>
        <w:tc>
          <w:tcPr>
            <w:tcW w:type="dxa" w:w="2344"/>
          </w:tcPr>
          <w:p>
            <w:pPr>
              <w:spacing w:after="0"/>
              <w:jc w:val="left"/>
            </w:pPr>
            <w:r>
              <w:rPr>
                <w:sz w:val="16"/>
              </w:rPr>
              <w:t>CEDARTOWN to ETNA</w:t>
            </w:r>
          </w:p>
        </w:tc>
        <w:tc>
          <w:tcPr>
            <w:tcW w:type="dxa" w:w="3067"/>
          </w:tcPr>
          <w:p>
            <w:pPr>
              <w:spacing w:after="0"/>
              <w:jc w:val="left"/>
            </w:pPr>
            <w:r>
              <w:rPr>
                <w:sz w:val="16"/>
              </w:rPr>
              <w:t>B1-c worst recorded: Lightning</w:t>
            </w:r>
          </w:p>
        </w:tc>
      </w:tr>
      <w:tr>
        <w:trPr>
          <w:cantSplit/>
        </w:trPr>
        <w:tc>
          <w:tcPr>
            <w:tcW w:type="dxa" w:w="1037"/>
          </w:tcPr>
          <w:p>
            <w:pPr>
              <w:spacing w:after="0"/>
              <w:jc w:val="left"/>
            </w:pPr>
            <w:r>
              <w:rPr>
                <w:sz w:val="16"/>
              </w:rPr>
              <w:t>2008-03-15</w:t>
            </w:r>
          </w:p>
        </w:tc>
        <w:tc>
          <w:tcPr>
            <w:tcW w:type="dxa" w:w="1324"/>
          </w:tcPr>
          <w:p>
            <w:pPr>
              <w:spacing w:after="0"/>
              <w:jc w:val="left"/>
            </w:pPr>
            <w:r>
              <w:rPr>
                <w:sz w:val="16"/>
              </w:rPr>
              <w:t>Tornado</w:t>
            </w:r>
          </w:p>
        </w:tc>
        <w:tc>
          <w:tcPr>
            <w:tcW w:type="dxa" w:w="2071"/>
          </w:tcPr>
          <w:p>
            <w:pPr>
              <w:spacing w:after="0"/>
              <w:jc w:val="left"/>
            </w:pPr>
            <w:r>
              <w:rPr>
                <w:sz w:val="16"/>
              </w:rPr>
              <w:t>EF3, 3.18 mi within this county, 880 yd wide</w:t>
            </w:r>
          </w:p>
        </w:tc>
        <w:tc>
          <w:tcPr>
            <w:tcW w:type="dxa" w:w="3324"/>
          </w:tcPr>
          <w:p>
            <w:pPr>
              <w:spacing w:after="0"/>
              <w:jc w:val="left"/>
            </w:pPr>
            <w:r>
              <w:rPr>
                <w:sz w:val="16"/>
              </w:rPr>
              <w:t>$3,500,000 property; $0 crops (2008 dollars)</w:t>
            </w:r>
          </w:p>
        </w:tc>
        <w:tc>
          <w:tcPr>
            <w:tcW w:type="dxa" w:w="945"/>
          </w:tcPr>
          <w:p>
            <w:pPr>
              <w:spacing w:after="0"/>
              <w:jc w:val="right"/>
            </w:pPr>
            <w:r>
              <w:rPr>
                <w:sz w:val="16"/>
              </w:rPr>
              <w:t>1, 1</w:t>
            </w:r>
          </w:p>
        </w:tc>
        <w:tc>
          <w:tcPr>
            <w:tcW w:type="dxa" w:w="2344"/>
          </w:tcPr>
          <w:p>
            <w:pPr>
              <w:spacing w:after="0"/>
              <w:jc w:val="left"/>
            </w:pPr>
            <w:r>
              <w:rPr>
                <w:sz w:val="16"/>
              </w:rPr>
              <w:t>SENEY to HAMLET</w:t>
            </w:r>
          </w:p>
        </w:tc>
        <w:tc>
          <w:tcPr>
            <w:tcW w:type="dxa" w:w="3067"/>
          </w:tcPr>
          <w:p>
            <w:pPr>
              <w:spacing w:after="0"/>
              <w:jc w:val="left"/>
            </w:pPr>
            <w:r>
              <w:rPr>
                <w:sz w:val="16"/>
              </w:rPr>
              <w:t>deaths or injuries recorded</w:t>
            </w:r>
          </w:p>
        </w:tc>
      </w:tr>
      <w:tr>
        <w:trPr>
          <w:cantSplit/>
        </w:trPr>
        <w:tc>
          <w:tcPr>
            <w:tcW w:type="dxa" w:w="1037"/>
          </w:tcPr>
          <w:p>
            <w:pPr>
              <w:spacing w:after="0"/>
              <w:jc w:val="left"/>
            </w:pPr>
            <w:r>
              <w:rPr>
                <w:sz w:val="16"/>
              </w:rPr>
              <w:t>2004-09-16</w:t>
            </w:r>
          </w:p>
        </w:tc>
        <w:tc>
          <w:tcPr>
            <w:tcW w:type="dxa" w:w="1324"/>
          </w:tcPr>
          <w:p>
            <w:pPr>
              <w:spacing w:after="0"/>
              <w:jc w:val="left"/>
            </w:pPr>
            <w:r>
              <w:rPr>
                <w:sz w:val="16"/>
              </w:rPr>
              <w:t>High Wind</w:t>
            </w:r>
          </w:p>
        </w:tc>
        <w:tc>
          <w:tcPr>
            <w:tcW w:type="dxa" w:w="2071"/>
          </w:tcPr>
          <w:p>
            <w:pPr>
              <w:spacing w:after="0"/>
              <w:jc w:val="left"/>
            </w:pPr>
            <w:r>
              <w:rPr>
                <w:sz w:val="16"/>
              </w:rPr>
              <w:t>50 kt (58 mph) estimated gust</w:t>
            </w:r>
          </w:p>
        </w:tc>
        <w:tc>
          <w:tcPr>
            <w:tcW w:type="dxa" w:w="3324"/>
          </w:tcPr>
          <w:p>
            <w:pPr>
              <w:spacing w:after="0"/>
              <w:jc w:val="left"/>
            </w:pPr>
            <w:r>
              <w:rPr>
                <w:sz w:val="16"/>
              </w:rPr>
              <w:t>$150,000 property; crops not reported (zone total, 2004 dollars)</w:t>
            </w:r>
          </w:p>
        </w:tc>
        <w:tc>
          <w:tcPr>
            <w:tcW w:type="dxa" w:w="945"/>
          </w:tcPr>
          <w:p>
            <w:pPr>
              <w:spacing w:after="0"/>
              <w:jc w:val="right"/>
            </w:pPr>
            <w:r>
              <w:rPr>
                <w:sz w:val="16"/>
              </w:rPr>
              <w:t>0, 0</w:t>
            </w:r>
          </w:p>
        </w:tc>
        <w:tc>
          <w:tcPr>
            <w:tcW w:type="dxa" w:w="2344"/>
          </w:tcPr>
          <w:p>
            <w:pPr>
              <w:spacing w:after="0"/>
              <w:jc w:val="left"/>
            </w:pPr>
            <w:r>
              <w:rPr>
                <w:sz w:val="16"/>
              </w:rPr>
              <w:t>NWS zone GAZ030 (POLK), zone-level</w:t>
            </w:r>
          </w:p>
        </w:tc>
        <w:tc>
          <w:tcPr>
            <w:tcW w:type="dxa" w:w="3067"/>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324"/>
          </w:tcPr>
          <w:p>
            <w:pPr>
              <w:spacing w:after="0"/>
              <w:jc w:val="left"/>
            </w:pPr>
            <w:r>
              <w:rPr>
                <w:sz w:val="16"/>
              </w:rPr>
              <w:t>Extreme Cold/Wind Chill</w:t>
            </w:r>
          </w:p>
        </w:tc>
        <w:tc>
          <w:tcPr>
            <w:tcW w:type="dxa" w:w="2071"/>
          </w:tcPr>
          <w:p>
            <w:pPr>
              <w:spacing w:after="0"/>
              <w:jc w:val="left"/>
            </w:pPr>
          </w:p>
        </w:tc>
        <w:tc>
          <w:tcPr>
            <w:tcW w:type="dxa" w:w="3324"/>
          </w:tcPr>
          <w:p>
            <w:pPr>
              <w:spacing w:after="0"/>
              <w:jc w:val="left"/>
            </w:pPr>
            <w:r>
              <w:rPr>
                <w:sz w:val="16"/>
              </w:rPr>
              <w:t>damage not reported</w:t>
            </w:r>
          </w:p>
        </w:tc>
        <w:tc>
          <w:tcPr>
            <w:tcW w:type="dxa" w:w="945"/>
          </w:tcPr>
          <w:p>
            <w:pPr>
              <w:spacing w:after="0"/>
              <w:jc w:val="right"/>
            </w:pPr>
            <w:r>
              <w:rPr>
                <w:sz w:val="16"/>
              </w:rPr>
              <w:t>0, 0</w:t>
            </w:r>
          </w:p>
        </w:tc>
        <w:tc>
          <w:tcPr>
            <w:tcW w:type="dxa" w:w="2344"/>
          </w:tcPr>
          <w:p>
            <w:pPr>
              <w:spacing w:after="0"/>
              <w:jc w:val="left"/>
            </w:pPr>
            <w:r>
              <w:rPr>
                <w:sz w:val="16"/>
              </w:rPr>
              <w:t>NWS zone GAZ030 (POLK), zone-level</w:t>
            </w:r>
          </w:p>
        </w:tc>
        <w:tc>
          <w:tcPr>
            <w:tcW w:type="dxa" w:w="30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324"/>
          </w:tcPr>
          <w:p>
            <w:pPr>
              <w:spacing w:after="0"/>
              <w:jc w:val="left"/>
            </w:pPr>
            <w:r>
              <w:rPr>
                <w:sz w:val="16"/>
              </w:rPr>
              <w:t>Heat</w:t>
            </w:r>
          </w:p>
        </w:tc>
        <w:tc>
          <w:tcPr>
            <w:tcW w:type="dxa" w:w="2071"/>
          </w:tcPr>
          <w:p>
            <w:pPr>
              <w:spacing w:after="0"/>
              <w:jc w:val="left"/>
            </w:pPr>
          </w:p>
        </w:tc>
        <w:tc>
          <w:tcPr>
            <w:tcW w:type="dxa" w:w="3324"/>
          </w:tcPr>
          <w:p>
            <w:pPr>
              <w:spacing w:after="0"/>
              <w:jc w:val="left"/>
            </w:pPr>
            <w:r>
              <w:rPr>
                <w:sz w:val="16"/>
              </w:rPr>
              <w:t>damage not reported</w:t>
            </w:r>
          </w:p>
        </w:tc>
        <w:tc>
          <w:tcPr>
            <w:tcW w:type="dxa" w:w="945"/>
          </w:tcPr>
          <w:p>
            <w:pPr>
              <w:spacing w:after="0"/>
              <w:jc w:val="right"/>
            </w:pPr>
            <w:r>
              <w:rPr>
                <w:sz w:val="16"/>
              </w:rPr>
              <w:t>0, 0</w:t>
            </w:r>
          </w:p>
        </w:tc>
        <w:tc>
          <w:tcPr>
            <w:tcW w:type="dxa" w:w="2344"/>
          </w:tcPr>
          <w:p>
            <w:pPr>
              <w:spacing w:after="0"/>
              <w:jc w:val="left"/>
            </w:pPr>
            <w:r>
              <w:rPr>
                <w:sz w:val="16"/>
              </w:rPr>
              <w:t>NWS zone GAZ030 (POLK), zone-level</w:t>
            </w:r>
          </w:p>
        </w:tc>
        <w:tc>
          <w:tcPr>
            <w:tcW w:type="dxa" w:w="3067"/>
          </w:tcPr>
          <w:p>
            <w:pPr>
              <w:spacing w:after="0"/>
              <w:jc w:val="left"/>
            </w:pPr>
            <w:r>
              <w:rPr>
                <w:sz w:val="16"/>
              </w:rPr>
              <w:t>B1-c worst recorded: Excessive Heat, Heat</w:t>
            </w:r>
          </w:p>
        </w:tc>
      </w:tr>
      <w:tr>
        <w:trPr>
          <w:cantSplit/>
        </w:trPr>
        <w:tc>
          <w:tcPr>
            <w:tcW w:type="dxa" w:w="1037"/>
          </w:tcPr>
          <w:p>
            <w:pPr>
              <w:spacing w:after="0"/>
              <w:jc w:val="left"/>
            </w:pPr>
            <w:r>
              <w:rPr>
                <w:sz w:val="16"/>
              </w:rPr>
              <w:t>1993-02-21</w:t>
            </w:r>
          </w:p>
        </w:tc>
        <w:tc>
          <w:tcPr>
            <w:tcW w:type="dxa" w:w="1324"/>
          </w:tcPr>
          <w:p>
            <w:pPr>
              <w:spacing w:after="0"/>
              <w:jc w:val="left"/>
            </w:pPr>
            <w:r>
              <w:rPr>
                <w:sz w:val="16"/>
              </w:rPr>
              <w:t>Tornado</w:t>
            </w:r>
          </w:p>
        </w:tc>
        <w:tc>
          <w:tcPr>
            <w:tcW w:type="dxa" w:w="2071"/>
          </w:tcPr>
          <w:p>
            <w:pPr>
              <w:spacing w:after="0"/>
              <w:jc w:val="left"/>
            </w:pPr>
            <w:r>
              <w:rPr>
                <w:sz w:val="16"/>
              </w:rPr>
              <w:t>F3, 9 mi path length (whole path, pre-1996), 880 yd wide</w:t>
            </w:r>
          </w:p>
        </w:tc>
        <w:tc>
          <w:tcPr>
            <w:tcW w:type="dxa" w:w="3324"/>
          </w:tcPr>
          <w:p>
            <w:pPr>
              <w:spacing w:after="0"/>
              <w:jc w:val="left"/>
            </w:pPr>
            <w:r>
              <w:rPr>
                <w:sz w:val="16"/>
              </w:rPr>
              <w:t>$5,000,000 property; crops not recorded (1993 dollars)</w:t>
            </w:r>
          </w:p>
        </w:tc>
        <w:tc>
          <w:tcPr>
            <w:tcW w:type="dxa" w:w="945"/>
          </w:tcPr>
          <w:p>
            <w:pPr>
              <w:spacing w:after="0"/>
              <w:jc w:val="right"/>
            </w:pPr>
            <w:r>
              <w:rPr>
                <w:sz w:val="16"/>
              </w:rPr>
              <w:t>1, 35</w:t>
            </w:r>
          </w:p>
        </w:tc>
        <w:tc>
          <w:tcPr>
            <w:tcW w:type="dxa" w:w="2344"/>
          </w:tcPr>
          <w:p>
            <w:pPr>
              <w:spacing w:after="0"/>
              <w:jc w:val="left"/>
            </w:pPr>
            <w:r>
              <w:rPr>
                <w:sz w:val="16"/>
              </w:rPr>
              <w:t>Esom Hill to to Cedartown</w:t>
            </w:r>
          </w:p>
        </w:tc>
        <w:tc>
          <w:tcPr>
            <w:tcW w:type="dxa" w:w="306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1.16</w:t>
            </w:r>
          </w:p>
        </w:tc>
        <w:tc>
          <w:tcPr>
            <w:tcW w:type="dxa" w:w="1335"/>
          </w:tcPr>
          <w:p>
            <w:pPr>
              <w:spacing w:after="0"/>
              <w:jc w:val="left"/>
            </w:pPr>
            <w:r>
              <w:rPr>
                <w:sz w:val="16"/>
              </w:rPr>
              <w:t>event-days per year</w:t>
            </w:r>
          </w:p>
        </w:tc>
        <w:tc>
          <w:tcPr>
            <w:tcW w:type="dxa" w:w="1715"/>
          </w:tcPr>
          <w:p>
            <w:pPr>
              <w:spacing w:after="0"/>
              <w:jc w:val="left"/>
            </w:pPr>
            <w:r>
              <w:rPr>
                <w:sz w:val="16"/>
              </w:rPr>
              <w:t>about 1.16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22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31.1</w:t>
            </w:r>
          </w:p>
        </w:tc>
        <w:tc>
          <w:tcPr>
            <w:tcW w:type="dxa" w:w="1335"/>
          </w:tcPr>
          <w:p>
            <w:pPr>
              <w:spacing w:after="0"/>
              <w:jc w:val="left"/>
            </w:pPr>
            <w:r>
              <w:rPr>
                <w:sz w:val="16"/>
              </w:rPr>
              <w:t>event-days per year</w:t>
            </w:r>
          </w:p>
        </w:tc>
        <w:tc>
          <w:tcPr>
            <w:tcW w:type="dxa" w:w="1715"/>
          </w:tcPr>
          <w:p>
            <w:pPr>
              <w:spacing w:after="0"/>
              <w:jc w:val="left"/>
            </w:pPr>
            <w:r>
              <w:rPr>
                <w:sz w:val="16"/>
              </w:rPr>
              <w:t>about 31.1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966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0.00265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0.265%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5.46</w:t>
            </w:r>
          </w:p>
        </w:tc>
        <w:tc>
          <w:tcPr>
            <w:tcW w:type="dxa" w:w="1335"/>
          </w:tcPr>
          <w:p>
            <w:pPr>
              <w:spacing w:after="0"/>
              <w:jc w:val="left"/>
            </w:pPr>
            <w:r>
              <w:rPr>
                <w:sz w:val="16"/>
              </w:rPr>
              <w:t>events per year</w:t>
            </w:r>
          </w:p>
        </w:tc>
        <w:tc>
          <w:tcPr>
            <w:tcW w:type="dxa" w:w="1715"/>
          </w:tcPr>
          <w:p>
            <w:pPr>
              <w:spacing w:after="0"/>
              <w:jc w:val="left"/>
            </w:pPr>
            <w:r>
              <w:rPr>
                <w:sz w:val="16"/>
              </w:rPr>
              <w:t>about 5.46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207.4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2.16</w:t>
            </w:r>
          </w:p>
        </w:tc>
        <w:tc>
          <w:tcPr>
            <w:tcW w:type="dxa" w:w="1335"/>
          </w:tcPr>
          <w:p>
            <w:pPr>
              <w:spacing w:after="0"/>
              <w:jc w:val="left"/>
            </w:pPr>
            <w:r>
              <w:rPr>
                <w:sz w:val="16"/>
              </w:rPr>
              <w:t>event-days per year</w:t>
            </w:r>
          </w:p>
        </w:tc>
        <w:tc>
          <w:tcPr>
            <w:tcW w:type="dxa" w:w="1715"/>
          </w:tcPr>
          <w:p>
            <w:pPr>
              <w:spacing w:after="0"/>
              <w:jc w:val="left"/>
            </w:pPr>
            <w:r>
              <w:rPr>
                <w:sz w:val="16"/>
              </w:rPr>
              <w:t>about 2.16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38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0.0382</w:t>
            </w:r>
          </w:p>
        </w:tc>
        <w:tc>
          <w:tcPr>
            <w:tcW w:type="dxa" w:w="1335"/>
          </w:tcPr>
          <w:p>
            <w:pPr>
              <w:spacing w:after="0"/>
              <w:jc w:val="left"/>
            </w:pPr>
            <w:r>
              <w:rPr>
                <w:sz w:val="16"/>
              </w:rPr>
              <w:t>events per year</w:t>
            </w:r>
          </w:p>
        </w:tc>
        <w:tc>
          <w:tcPr>
            <w:tcW w:type="dxa" w:w="1715"/>
          </w:tcPr>
          <w:p>
            <w:pPr>
              <w:spacing w:after="0"/>
              <w:jc w:val="left"/>
            </w:pPr>
            <w:r>
              <w:rPr>
                <w:sz w:val="16"/>
              </w:rPr>
              <w:t>about 1 in 26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8</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0.577</w:t>
            </w:r>
          </w:p>
        </w:tc>
        <w:tc>
          <w:tcPr>
            <w:tcW w:type="dxa" w:w="1335"/>
          </w:tcPr>
          <w:p>
            <w:pPr>
              <w:spacing w:after="0"/>
              <w:jc w:val="left"/>
            </w:pPr>
            <w:r>
              <w:rPr>
                <w:sz w:val="16"/>
              </w:rPr>
              <w:t>event-days per year</w:t>
            </w:r>
          </w:p>
        </w:tc>
        <w:tc>
          <w:tcPr>
            <w:tcW w:type="dxa" w:w="1715"/>
          </w:tcPr>
          <w:p>
            <w:pPr>
              <w:spacing w:after="0"/>
              <w:jc w:val="left"/>
            </w:pPr>
            <w:r>
              <w:rPr>
                <w:sz w:val="16"/>
              </w:rPr>
              <w:t>about 0.577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39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0.714</w:t>
            </w:r>
          </w:p>
        </w:tc>
        <w:tc>
          <w:tcPr>
            <w:tcW w:type="dxa" w:w="1335"/>
          </w:tcPr>
          <w:p>
            <w:pPr>
              <w:spacing w:after="0"/>
              <w:jc w:val="left"/>
            </w:pPr>
            <w:r>
              <w:rPr>
                <w:sz w:val="16"/>
              </w:rPr>
              <w:t>event-days per year</w:t>
            </w:r>
          </w:p>
        </w:tc>
        <w:tc>
          <w:tcPr>
            <w:tcW w:type="dxa" w:w="1715"/>
          </w:tcPr>
          <w:p>
            <w:pPr>
              <w:spacing w:after="0"/>
              <w:jc w:val="left"/>
            </w:pPr>
            <w:r>
              <w:rPr>
                <w:sz w:val="16"/>
              </w:rPr>
              <w:t>about 0.714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20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0.357</w:t>
            </w:r>
          </w:p>
        </w:tc>
        <w:tc>
          <w:tcPr>
            <w:tcW w:type="dxa" w:w="1335"/>
          </w:tcPr>
          <w:p>
            <w:pPr>
              <w:spacing w:after="0"/>
              <w:jc w:val="left"/>
            </w:pPr>
            <w:r>
              <w:rPr>
                <w:sz w:val="16"/>
              </w:rPr>
              <w:t>events per year (modeled)</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62.6</w:t>
            </w:r>
          </w:p>
        </w:tc>
        <w:tc>
          <w:tcPr>
            <w:tcW w:type="dxa" w:w="1335"/>
          </w:tcPr>
          <w:p>
            <w:pPr>
              <w:spacing w:after="0"/>
              <w:jc w:val="left"/>
            </w:pPr>
            <w:r>
              <w:rPr>
                <w:sz w:val="16"/>
              </w:rPr>
              <w:t>days per year with a strike</w:t>
            </w:r>
          </w:p>
        </w:tc>
        <w:tc>
          <w:tcPr>
            <w:tcW w:type="dxa" w:w="1715"/>
          </w:tcPr>
          <w:p>
            <w:pPr>
              <w:spacing w:after="0"/>
              <w:jc w:val="left"/>
            </w:pPr>
            <w:r>
              <w:rPr>
                <w:sz w:val="16"/>
              </w:rPr>
              <w:t>about 62.6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3.21</w:t>
            </w:r>
          </w:p>
        </w:tc>
        <w:tc>
          <w:tcPr>
            <w:tcW w:type="dxa" w:w="1335"/>
          </w:tcPr>
          <w:p>
            <w:pPr>
              <w:spacing w:after="0"/>
              <w:jc w:val="left"/>
            </w:pPr>
            <w:r>
              <w:rPr>
                <w:sz w:val="16"/>
              </w:rPr>
              <w:t>events per year</w:t>
            </w:r>
          </w:p>
        </w:tc>
        <w:tc>
          <w:tcPr>
            <w:tcW w:type="dxa" w:w="1715"/>
          </w:tcPr>
          <w:p>
            <w:pPr>
              <w:spacing w:after="0"/>
              <w:jc w:val="left"/>
            </w:pPr>
            <w:r>
              <w:rPr>
                <w:sz w:val="16"/>
              </w:rPr>
              <w:t>about 3.21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123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0.225</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0.00282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0.282%</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3</w:t>
            </w:r>
          </w:p>
        </w:tc>
        <w:tc>
          <w:tcPr>
            <w:tcW w:type="dxa" w:w="1335"/>
          </w:tcPr>
          <w:p>
            <w:pPr>
              <w:spacing w:after="0"/>
              <w:jc w:val="left"/>
            </w:pPr>
            <w:r>
              <w:rPr>
                <w:sz w:val="16"/>
              </w:rPr>
              <w:t>event-days per year</w:t>
            </w:r>
          </w:p>
        </w:tc>
        <w:tc>
          <w:tcPr>
            <w:tcW w:type="dxa" w:w="1715"/>
          </w:tcPr>
          <w:p>
            <w:pPr>
              <w:spacing w:after="0"/>
              <w:jc w:val="left"/>
            </w:pPr>
            <w:r>
              <w:rPr>
                <w:sz w:val="16"/>
              </w:rPr>
              <w:t>about 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57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78.4</w:t>
            </w:r>
          </w:p>
        </w:tc>
        <w:tc>
          <w:tcPr>
            <w:tcW w:type="dxa" w:w="1311"/>
          </w:tcPr>
          <w:p>
            <w:pPr>
              <w:spacing w:after="0"/>
              <w:jc w:val="right"/>
            </w:pPr>
            <w:r>
              <w:rPr>
                <w:sz w:val="16"/>
              </w:rPr>
              <w:t>86.0</w:t>
            </w:r>
          </w:p>
        </w:tc>
        <w:tc>
          <w:tcPr>
            <w:tcW w:type="dxa" w:w="1250"/>
          </w:tcPr>
          <w:p>
            <w:pPr>
              <w:spacing w:after="0"/>
              <w:jc w:val="right"/>
            </w:pPr>
            <w:r>
              <w:rPr>
                <w:sz w:val="16"/>
              </w:rPr>
              <w:t>87.9</w:t>
            </w:r>
          </w:p>
        </w:tc>
        <w:tc>
          <w:tcPr>
            <w:tcW w:type="dxa" w:w="6992"/>
          </w:tcPr>
          <w:p>
            <w:pPr>
              <w:spacing w:after="0"/>
              <w:jc w:val="left"/>
            </w:pPr>
            <w:r>
              <w:rPr>
                <w:sz w:val="16"/>
              </w:rPr>
              <w:t>Relatively High 8</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8</w:t>
            </w:r>
          </w:p>
        </w:tc>
        <w:tc>
          <w:tcPr>
            <w:tcW w:type="dxa" w:w="1250"/>
          </w:tcPr>
          <w:p>
            <w:pPr>
              <w:spacing w:after="0"/>
              <w:jc w:val="right"/>
            </w:pPr>
            <w:r>
              <w:rPr>
                <w:sz w:val="16"/>
              </w:rPr>
              <w:t>90.2</w:t>
            </w:r>
          </w:p>
        </w:tc>
        <w:tc>
          <w:tcPr>
            <w:tcW w:type="dxa" w:w="1311"/>
          </w:tcPr>
          <w:p>
            <w:pPr>
              <w:spacing w:after="0"/>
              <w:jc w:val="right"/>
            </w:pPr>
            <w:r>
              <w:rPr>
                <w:sz w:val="16"/>
              </w:rPr>
              <w:t>96.5</w:t>
            </w:r>
          </w:p>
        </w:tc>
        <w:tc>
          <w:tcPr>
            <w:tcW w:type="dxa" w:w="1250"/>
          </w:tcPr>
          <w:p>
            <w:pPr>
              <w:spacing w:after="0"/>
              <w:jc w:val="right"/>
            </w:pPr>
            <w:r>
              <w:rPr>
                <w:sz w:val="16"/>
              </w:rPr>
              <w:t>98.1</w:t>
            </w:r>
          </w:p>
        </w:tc>
        <w:tc>
          <w:tcPr>
            <w:tcW w:type="dxa" w:w="6992"/>
          </w:tcPr>
          <w:p>
            <w:pPr>
              <w:spacing w:after="0"/>
              <w:jc w:val="left"/>
            </w:pPr>
            <w:r>
              <w:rPr>
                <w:sz w:val="16"/>
              </w:rPr>
              <w:t>Relatively High 1, Relatively Moderate 4, Relatively Low 2,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68.1</w:t>
            </w:r>
          </w:p>
        </w:tc>
        <w:tc>
          <w:tcPr>
            <w:tcW w:type="dxa" w:w="1311"/>
          </w:tcPr>
          <w:p>
            <w:pPr>
              <w:spacing w:after="0"/>
              <w:jc w:val="right"/>
            </w:pPr>
            <w:r>
              <w:rPr>
                <w:sz w:val="16"/>
              </w:rPr>
              <w:t>74.3</w:t>
            </w:r>
          </w:p>
        </w:tc>
        <w:tc>
          <w:tcPr>
            <w:tcW w:type="dxa" w:w="1250"/>
          </w:tcPr>
          <w:p>
            <w:pPr>
              <w:spacing w:after="0"/>
              <w:jc w:val="right"/>
            </w:pPr>
            <w:r>
              <w:rPr>
                <w:sz w:val="16"/>
              </w:rPr>
              <w:t>81.4</w:t>
            </w:r>
          </w:p>
        </w:tc>
        <w:tc>
          <w:tcPr>
            <w:tcW w:type="dxa" w:w="6992"/>
          </w:tcPr>
          <w:p>
            <w:pPr>
              <w:spacing w:after="0"/>
              <w:jc w:val="left"/>
            </w:pPr>
            <w:r>
              <w:rPr>
                <w:sz w:val="16"/>
              </w:rPr>
              <w:t>Relatively Moderate 2, Relatively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76.4</w:t>
            </w:r>
          </w:p>
        </w:tc>
        <w:tc>
          <w:tcPr>
            <w:tcW w:type="dxa" w:w="1311"/>
          </w:tcPr>
          <w:p>
            <w:pPr>
              <w:spacing w:after="0"/>
              <w:jc w:val="right"/>
            </w:pPr>
            <w:r>
              <w:rPr>
                <w:sz w:val="16"/>
              </w:rPr>
              <w:t>79.1</w:t>
            </w:r>
          </w:p>
        </w:tc>
        <w:tc>
          <w:tcPr>
            <w:tcW w:type="dxa" w:w="1250"/>
          </w:tcPr>
          <w:p>
            <w:pPr>
              <w:spacing w:after="0"/>
              <w:jc w:val="right"/>
            </w:pPr>
            <w:r>
              <w:rPr>
                <w:sz w:val="16"/>
              </w:rPr>
              <w:t>83.2</w:t>
            </w:r>
          </w:p>
        </w:tc>
        <w:tc>
          <w:tcPr>
            <w:tcW w:type="dxa" w:w="6992"/>
          </w:tcPr>
          <w:p>
            <w:pPr>
              <w:spacing w:after="0"/>
              <w:jc w:val="left"/>
            </w:pPr>
            <w:r>
              <w:rPr>
                <w:sz w:val="16"/>
              </w:rPr>
              <w:t>Relatively Moderate 8</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26.8</w:t>
            </w:r>
          </w:p>
        </w:tc>
        <w:tc>
          <w:tcPr>
            <w:tcW w:type="dxa" w:w="1311"/>
          </w:tcPr>
          <w:p>
            <w:pPr>
              <w:spacing w:after="0"/>
              <w:jc w:val="right"/>
            </w:pPr>
            <w:r>
              <w:rPr>
                <w:sz w:val="16"/>
              </w:rPr>
              <w:t>40.2</w:t>
            </w:r>
          </w:p>
        </w:tc>
        <w:tc>
          <w:tcPr>
            <w:tcW w:type="dxa" w:w="1250"/>
          </w:tcPr>
          <w:p>
            <w:pPr>
              <w:spacing w:after="0"/>
              <w:jc w:val="right"/>
            </w:pPr>
            <w:r>
              <w:rPr>
                <w:sz w:val="16"/>
              </w:rPr>
              <w:t>44.5</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56.6</w:t>
            </w:r>
          </w:p>
        </w:tc>
        <w:tc>
          <w:tcPr>
            <w:tcW w:type="dxa" w:w="1311"/>
          </w:tcPr>
          <w:p>
            <w:pPr>
              <w:spacing w:after="0"/>
              <w:jc w:val="right"/>
            </w:pPr>
            <w:r>
              <w:rPr>
                <w:sz w:val="16"/>
              </w:rPr>
              <w:t>60.0</w:t>
            </w:r>
          </w:p>
        </w:tc>
        <w:tc>
          <w:tcPr>
            <w:tcW w:type="dxa" w:w="1250"/>
          </w:tcPr>
          <w:p>
            <w:pPr>
              <w:spacing w:after="0"/>
              <w:jc w:val="right"/>
            </w:pPr>
            <w:r>
              <w:rPr>
                <w:sz w:val="16"/>
              </w:rPr>
              <w:t>63.8</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57.8</w:t>
            </w:r>
          </w:p>
        </w:tc>
        <w:tc>
          <w:tcPr>
            <w:tcW w:type="dxa" w:w="1311"/>
          </w:tcPr>
          <w:p>
            <w:pPr>
              <w:spacing w:after="0"/>
              <w:jc w:val="right"/>
            </w:pPr>
            <w:r>
              <w:rPr>
                <w:sz w:val="16"/>
              </w:rPr>
              <w:t>68.4</w:t>
            </w:r>
          </w:p>
        </w:tc>
        <w:tc>
          <w:tcPr>
            <w:tcW w:type="dxa" w:w="1250"/>
          </w:tcPr>
          <w:p>
            <w:pPr>
              <w:spacing w:after="0"/>
              <w:jc w:val="right"/>
            </w:pPr>
            <w:r>
              <w:rPr>
                <w:sz w:val="16"/>
              </w:rPr>
              <w:t>75.9</w:t>
            </w:r>
          </w:p>
        </w:tc>
        <w:tc>
          <w:tcPr>
            <w:tcW w:type="dxa" w:w="6992"/>
          </w:tcPr>
          <w:p>
            <w:pPr>
              <w:spacing w:after="0"/>
              <w:jc w:val="left"/>
            </w:pPr>
            <w:r>
              <w:rPr>
                <w:sz w:val="16"/>
              </w:rPr>
              <w:t>Relatively Moderate 4,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66.8</w:t>
            </w:r>
          </w:p>
        </w:tc>
        <w:tc>
          <w:tcPr>
            <w:tcW w:type="dxa" w:w="1311"/>
          </w:tcPr>
          <w:p>
            <w:pPr>
              <w:spacing w:after="0"/>
              <w:jc w:val="right"/>
            </w:pPr>
            <w:r>
              <w:rPr>
                <w:sz w:val="16"/>
              </w:rPr>
              <w:t>84.9</w:t>
            </w:r>
          </w:p>
        </w:tc>
        <w:tc>
          <w:tcPr>
            <w:tcW w:type="dxa" w:w="1250"/>
          </w:tcPr>
          <w:p>
            <w:pPr>
              <w:spacing w:after="0"/>
              <w:jc w:val="right"/>
            </w:pPr>
            <w:r>
              <w:rPr>
                <w:sz w:val="16"/>
              </w:rPr>
              <w:t>89.4</w:t>
            </w:r>
          </w:p>
        </w:tc>
        <w:tc>
          <w:tcPr>
            <w:tcW w:type="dxa" w:w="6992"/>
          </w:tcPr>
          <w:p>
            <w:pPr>
              <w:spacing w:after="0"/>
              <w:jc w:val="left"/>
            </w:pPr>
            <w:r>
              <w:rPr>
                <w:sz w:val="16"/>
              </w:rPr>
              <w:t>Relatively High 6,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48.8</w:t>
            </w:r>
          </w:p>
        </w:tc>
        <w:tc>
          <w:tcPr>
            <w:tcW w:type="dxa" w:w="1311"/>
          </w:tcPr>
          <w:p>
            <w:pPr>
              <w:spacing w:after="0"/>
              <w:jc w:val="right"/>
            </w:pPr>
            <w:r>
              <w:rPr>
                <w:sz w:val="16"/>
              </w:rPr>
              <w:t>89.1</w:t>
            </w:r>
          </w:p>
        </w:tc>
        <w:tc>
          <w:tcPr>
            <w:tcW w:type="dxa" w:w="1250"/>
          </w:tcPr>
          <w:p>
            <w:pPr>
              <w:spacing w:after="0"/>
              <w:jc w:val="right"/>
            </w:pPr>
            <w:r>
              <w:rPr>
                <w:sz w:val="16"/>
              </w:rPr>
              <w:t>94.9</w:t>
            </w:r>
          </w:p>
        </w:tc>
        <w:tc>
          <w:tcPr>
            <w:tcW w:type="dxa" w:w="6992"/>
          </w:tcPr>
          <w:p>
            <w:pPr>
              <w:spacing w:after="0"/>
              <w:jc w:val="left"/>
            </w:pPr>
            <w:r>
              <w:rPr>
                <w:sz w:val="16"/>
              </w:rPr>
              <w:t>Relatively Low 6,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79.3</w:t>
            </w:r>
          </w:p>
        </w:tc>
        <w:tc>
          <w:tcPr>
            <w:tcW w:type="dxa" w:w="1311"/>
          </w:tcPr>
          <w:p>
            <w:pPr>
              <w:spacing w:after="0"/>
              <w:jc w:val="right"/>
            </w:pPr>
            <w:r>
              <w:rPr>
                <w:sz w:val="16"/>
              </w:rPr>
              <w:t>89.2</w:t>
            </w:r>
          </w:p>
        </w:tc>
        <w:tc>
          <w:tcPr>
            <w:tcW w:type="dxa" w:w="1250"/>
          </w:tcPr>
          <w:p>
            <w:pPr>
              <w:spacing w:after="0"/>
              <w:jc w:val="right"/>
            </w:pPr>
            <w:r>
              <w:rPr>
                <w:sz w:val="16"/>
              </w:rPr>
              <w:t>91.7</w:t>
            </w:r>
          </w:p>
        </w:tc>
        <w:tc>
          <w:tcPr>
            <w:tcW w:type="dxa" w:w="6992"/>
          </w:tcPr>
          <w:p>
            <w:pPr>
              <w:spacing w:after="0"/>
              <w:jc w:val="left"/>
            </w:pPr>
            <w:r>
              <w:rPr>
                <w:sz w:val="16"/>
              </w:rPr>
              <w:t>Relatively High 8</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89.9</w:t>
            </w:r>
          </w:p>
        </w:tc>
        <w:tc>
          <w:tcPr>
            <w:tcW w:type="dxa" w:w="1311"/>
          </w:tcPr>
          <w:p>
            <w:pPr>
              <w:spacing w:after="0"/>
              <w:jc w:val="right"/>
            </w:pPr>
            <w:r>
              <w:rPr>
                <w:sz w:val="16"/>
              </w:rPr>
              <w:t>93.7</w:t>
            </w:r>
          </w:p>
        </w:tc>
        <w:tc>
          <w:tcPr>
            <w:tcW w:type="dxa" w:w="1250"/>
          </w:tcPr>
          <w:p>
            <w:pPr>
              <w:spacing w:after="0"/>
              <w:jc w:val="right"/>
            </w:pPr>
            <w:r>
              <w:rPr>
                <w:sz w:val="16"/>
              </w:rPr>
              <w:t>94.8</w:t>
            </w:r>
          </w:p>
        </w:tc>
        <w:tc>
          <w:tcPr>
            <w:tcW w:type="dxa" w:w="6992"/>
          </w:tcPr>
          <w:p>
            <w:pPr>
              <w:spacing w:after="0"/>
              <w:jc w:val="left"/>
            </w:pPr>
            <w:r>
              <w:rPr>
                <w:sz w:val="16"/>
              </w:rPr>
              <w:t>Relatively High 8</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93.8</w:t>
            </w:r>
          </w:p>
        </w:tc>
        <w:tc>
          <w:tcPr>
            <w:tcW w:type="dxa" w:w="1311"/>
          </w:tcPr>
          <w:p>
            <w:pPr>
              <w:spacing w:after="0"/>
              <w:jc w:val="right"/>
            </w:pPr>
            <w:r>
              <w:rPr>
                <w:sz w:val="16"/>
              </w:rPr>
              <w:t>97.9</w:t>
            </w:r>
          </w:p>
        </w:tc>
        <w:tc>
          <w:tcPr>
            <w:tcW w:type="dxa" w:w="1250"/>
          </w:tcPr>
          <w:p>
            <w:pPr>
              <w:spacing w:after="0"/>
              <w:jc w:val="right"/>
            </w:pPr>
            <w:r>
              <w:rPr>
                <w:sz w:val="16"/>
              </w:rPr>
              <w:t>98.4</w:t>
            </w:r>
          </w:p>
        </w:tc>
        <w:tc>
          <w:tcPr>
            <w:tcW w:type="dxa" w:w="6992"/>
          </w:tcPr>
          <w:p>
            <w:pPr>
              <w:spacing w:after="0"/>
              <w:jc w:val="left"/>
            </w:pPr>
            <w:r>
              <w:rPr>
                <w:sz w:val="16"/>
              </w:rPr>
              <w:t>Very High 8</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79.9</w:t>
            </w:r>
          </w:p>
        </w:tc>
        <w:tc>
          <w:tcPr>
            <w:tcW w:type="dxa" w:w="1311"/>
          </w:tcPr>
          <w:p>
            <w:pPr>
              <w:spacing w:after="0"/>
              <w:jc w:val="right"/>
            </w:pPr>
            <w:r>
              <w:rPr>
                <w:sz w:val="16"/>
              </w:rPr>
              <w:t>88.4</w:t>
            </w:r>
          </w:p>
        </w:tc>
        <w:tc>
          <w:tcPr>
            <w:tcW w:type="dxa" w:w="1250"/>
          </w:tcPr>
          <w:p>
            <w:pPr>
              <w:spacing w:after="0"/>
              <w:jc w:val="right"/>
            </w:pPr>
            <w:r>
              <w:rPr>
                <w:sz w:val="16"/>
              </w:rPr>
              <w:t>90.4</w:t>
            </w:r>
          </w:p>
        </w:tc>
        <w:tc>
          <w:tcPr>
            <w:tcW w:type="dxa" w:w="6992"/>
          </w:tcPr>
          <w:p>
            <w:pPr>
              <w:spacing w:after="0"/>
              <w:jc w:val="left"/>
            </w:pPr>
            <w:r>
              <w:rPr>
                <w:sz w:val="16"/>
              </w:rPr>
              <w:t>Relatively Moderate 4, 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28.1</w:t>
            </w:r>
          </w:p>
        </w:tc>
        <w:tc>
          <w:tcPr>
            <w:tcW w:type="dxa" w:w="1311"/>
          </w:tcPr>
          <w:p>
            <w:pPr>
              <w:spacing w:after="0"/>
              <w:jc w:val="right"/>
            </w:pPr>
            <w:r>
              <w:rPr>
                <w:sz w:val="16"/>
              </w:rPr>
              <w:t>33.1</w:t>
            </w:r>
          </w:p>
        </w:tc>
        <w:tc>
          <w:tcPr>
            <w:tcW w:type="dxa" w:w="1250"/>
          </w:tcPr>
          <w:p>
            <w:pPr>
              <w:spacing w:after="0"/>
              <w:jc w:val="right"/>
            </w:pPr>
            <w:r>
              <w:rPr>
                <w:sz w:val="16"/>
              </w:rPr>
              <w:t>35.5</w:t>
            </w:r>
          </w:p>
        </w:tc>
        <w:tc>
          <w:tcPr>
            <w:tcW w:type="dxa" w:w="6992"/>
          </w:tcPr>
          <w:p>
            <w:pPr>
              <w:spacing w:after="0"/>
              <w:jc w:val="left"/>
            </w:pPr>
            <w:r>
              <w:rPr>
                <w:sz w:val="16"/>
              </w:rPr>
              <w:t>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Polk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2028-03-06</w:t>
            </w:r>
          </w:p>
        </w:tc>
        <w:tc>
          <w:tcPr>
            <w:tcW w:type="dxa" w:w="2319"/>
          </w:tcPr>
          <w:p>
            <w:pPr>
              <w:spacing w:after="0"/>
              <w:jc w:val="right"/>
            </w:pPr>
            <w:r>
              <w:rPr>
                <w:sz w:val="16"/>
              </w:rPr>
              <w:t>FMA RL 0, SRL 0; any 10</w:t>
            </w:r>
          </w:p>
        </w:tc>
        <w:tc>
          <w:tcPr>
            <w:tcW w:type="dxa" w:w="3007"/>
          </w:tcPr>
          <w:p>
            <w:pPr>
              <w:spacing w:after="0"/>
              <w:jc w:val="right"/>
            </w:pPr>
            <w:r>
              <w:rPr>
                <w:sz w:val="16"/>
              </w:rPr>
              <w:t>$40,639.86</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Aragon city</w:t>
            </w:r>
          </w:p>
        </w:tc>
        <w:tc>
          <w:tcPr>
            <w:tcW w:type="dxa" w:w="1533"/>
          </w:tcPr>
          <w:p>
            <w:pPr>
              <w:spacing w:after="0"/>
              <w:jc w:val="left"/>
            </w:pPr>
            <w:r>
              <w:rPr>
                <w:sz w:val="16"/>
              </w:rPr>
              <w:t>City</w:t>
            </w:r>
          </w:p>
        </w:tc>
        <w:tc>
          <w:tcPr>
            <w:tcW w:type="dxa" w:w="2909"/>
          </w:tcPr>
          <w:p>
            <w:pPr>
              <w:spacing w:after="0"/>
              <w:jc w:val="left"/>
            </w:pPr>
            <w:r>
              <w:rPr>
                <w:sz w:val="16"/>
              </w:rPr>
              <w:t>Approved, expires 2028-03-06</w:t>
            </w:r>
          </w:p>
        </w:tc>
        <w:tc>
          <w:tcPr>
            <w:tcW w:type="dxa" w:w="2319"/>
          </w:tcPr>
          <w:p>
            <w:pPr>
              <w:spacing w:after="0"/>
              <w:jc w:val="right"/>
            </w:pPr>
            <w:r>
              <w:rPr>
                <w:sz w:val="16"/>
              </w:rPr>
              <w:t>FMA RL 0, SRL 1; any 3</w:t>
            </w:r>
          </w:p>
        </w:tc>
        <w:tc>
          <w:tcPr>
            <w:tcW w:type="dxa" w:w="3007"/>
          </w:tcPr>
          <w:p>
            <w:pPr>
              <w:spacing w:after="0"/>
              <w:jc w:val="right"/>
            </w:pPr>
            <w:r>
              <w:rPr>
                <w:sz w:val="16"/>
              </w:rPr>
              <w:t>no Public Assistance recorded</w:t>
            </w:r>
          </w:p>
        </w:tc>
        <w:tc>
          <w:tcPr>
            <w:tcW w:type="dxa" w:w="2712"/>
          </w:tcPr>
          <w:p>
            <w:pPr>
              <w:spacing w:after="0"/>
              <w:jc w:val="right"/>
            </w:pPr>
            <w:r>
              <w:rPr>
                <w:sz w:val="16"/>
              </w:rPr>
              <w:t>15 total; 1 since its plan</w:t>
            </w:r>
          </w:p>
        </w:tc>
      </w:tr>
      <w:tr>
        <w:trPr>
          <w:cantSplit/>
        </w:trPr>
        <w:tc>
          <w:tcPr>
            <w:tcW w:type="dxa" w:w="1632"/>
          </w:tcPr>
          <w:p>
            <w:pPr>
              <w:spacing w:after="0"/>
              <w:jc w:val="left"/>
            </w:pPr>
            <w:r>
              <w:rPr>
                <w:sz w:val="16"/>
              </w:rPr>
              <w:t>Cedartown city</w:t>
            </w:r>
          </w:p>
        </w:tc>
        <w:tc>
          <w:tcPr>
            <w:tcW w:type="dxa" w:w="1533"/>
          </w:tcPr>
          <w:p>
            <w:pPr>
              <w:spacing w:after="0"/>
              <w:jc w:val="left"/>
            </w:pPr>
            <w:r>
              <w:rPr>
                <w:sz w:val="16"/>
              </w:rPr>
              <w:t>City</w:t>
            </w:r>
          </w:p>
        </w:tc>
        <w:tc>
          <w:tcPr>
            <w:tcW w:type="dxa" w:w="2909"/>
          </w:tcPr>
          <w:p>
            <w:pPr>
              <w:spacing w:after="0"/>
              <w:jc w:val="left"/>
            </w:pPr>
            <w:r>
              <w:rPr>
                <w:sz w:val="16"/>
              </w:rPr>
              <w:t>Approved, expires 2028-03-06</w:t>
            </w:r>
          </w:p>
        </w:tc>
        <w:tc>
          <w:tcPr>
            <w:tcW w:type="dxa" w:w="2319"/>
          </w:tcPr>
          <w:p>
            <w:pPr>
              <w:spacing w:after="0"/>
              <w:jc w:val="right"/>
            </w:pPr>
            <w:r>
              <w:rPr>
                <w:sz w:val="16"/>
              </w:rPr>
              <w:t>FMA RL 0, SRL 1; any 5</w:t>
            </w:r>
          </w:p>
        </w:tc>
        <w:tc>
          <w:tcPr>
            <w:tcW w:type="dxa" w:w="3007"/>
          </w:tcPr>
          <w:p>
            <w:pPr>
              <w:spacing w:after="0"/>
              <w:jc w:val="right"/>
            </w:pPr>
            <w:r>
              <w:rPr>
                <w:sz w:val="16"/>
              </w:rPr>
              <w:t>no Public Assistance recorded</w:t>
            </w:r>
          </w:p>
        </w:tc>
        <w:tc>
          <w:tcPr>
            <w:tcW w:type="dxa" w:w="2712"/>
          </w:tcPr>
          <w:p>
            <w:pPr>
              <w:spacing w:after="0"/>
              <w:jc w:val="right"/>
            </w:pPr>
            <w:r>
              <w:rPr>
                <w:sz w:val="16"/>
              </w:rPr>
              <w:t>117 total; 10 since its plan</w:t>
            </w:r>
          </w:p>
        </w:tc>
      </w:tr>
      <w:tr>
        <w:trPr>
          <w:cantSplit/>
        </w:trPr>
        <w:tc>
          <w:tcPr>
            <w:tcW w:type="dxa" w:w="1632"/>
          </w:tcPr>
          <w:p>
            <w:pPr>
              <w:spacing w:after="0"/>
              <w:jc w:val="left"/>
            </w:pPr>
            <w:r>
              <w:rPr>
                <w:sz w:val="16"/>
              </w:rPr>
              <w:t>Rockmart city</w:t>
            </w:r>
          </w:p>
        </w:tc>
        <w:tc>
          <w:tcPr>
            <w:tcW w:type="dxa" w:w="1533"/>
          </w:tcPr>
          <w:p>
            <w:pPr>
              <w:spacing w:after="0"/>
              <w:jc w:val="left"/>
            </w:pPr>
            <w:r>
              <w:rPr>
                <w:sz w:val="16"/>
              </w:rPr>
              <w:t>City</w:t>
            </w:r>
          </w:p>
        </w:tc>
        <w:tc>
          <w:tcPr>
            <w:tcW w:type="dxa" w:w="2909"/>
          </w:tcPr>
          <w:p>
            <w:pPr>
              <w:spacing w:after="0"/>
              <w:jc w:val="left"/>
            </w:pPr>
            <w:r>
              <w:rPr>
                <w:sz w:val="16"/>
              </w:rPr>
              <w:t>Approved, expires 2028-03-06</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52 total; 7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7"/>
        <w:gridCol w:w="1305"/>
        <w:gridCol w:w="1165"/>
        <w:gridCol w:w="1072"/>
        <w:gridCol w:w="1240"/>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2023-03-07</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$7,830,159,041</w:t>
            </w:r>
          </w:p>
        </w:tc>
        <w:tc>
          <w:tcPr>
            <w:tcW w:type="dxa" w:w="1131"/>
          </w:tcPr>
          <w:p>
            <w:pPr>
              <w:spacing w:after="0"/>
              <w:jc w:val="right"/>
            </w:pPr>
            <w:r>
              <w:rPr>
                <w:sz w:val="16"/>
              </w:rPr>
              <w:t>$59,221,082</w:t>
            </w:r>
          </w:p>
        </w:tc>
        <w:tc>
          <w:tcPr>
            <w:tcW w:type="dxa" w:w="1041"/>
          </w:tcPr>
          <w:p>
            <w:pPr>
              <w:spacing w:after="0"/>
              <w:jc w:val="right"/>
            </w:pPr>
            <w:r>
              <w:rPr>
                <w:sz w:val="16"/>
              </w:rPr>
              <w:t>42,781</w:t>
            </w:r>
          </w:p>
        </w:tc>
        <w:tc>
          <w:tcPr>
            <w:tcW w:type="dxa" w:w="1037"/>
          </w:tcPr>
          <w:p>
            <w:pPr>
              <w:spacing w:after="0"/>
              <w:jc w:val="right"/>
            </w:pPr>
            <w:r>
              <w:rPr>
                <w:sz w:val="16"/>
              </w:rPr>
              <w:t>$6,350</w:t>
            </w:r>
          </w:p>
        </w:tc>
        <w:tc>
          <w:tcPr>
            <w:tcW w:type="dxa" w:w="1126"/>
          </w:tcPr>
          <w:p>
            <w:pPr>
              <w:spacing w:after="0"/>
              <w:jc w:val="right"/>
            </w:pPr>
            <w:r>
              <w:rPr>
                <w:sz w:val="16"/>
              </w:rPr>
              <w:t>$53,370</w:t>
            </w:r>
          </w:p>
        </w:tc>
        <w:tc>
          <w:tcPr>
            <w:tcW w:type="dxa" w:w="1097"/>
          </w:tcPr>
          <w:p>
            <w:pPr>
              <w:spacing w:after="0"/>
              <w:jc w:val="right"/>
            </w:pPr>
            <w:r>
              <w:rPr>
                <w:sz w:val="16"/>
              </w:rPr>
              <w:t>$1,262,570</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$14,490,112</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$665,376</w:t>
            </w:r>
          </w:p>
        </w:tc>
        <w:tc>
          <w:tcPr>
            <w:tcW w:type="dxa" w:w="1097"/>
          </w:tcPr>
          <w:p>
            <w:pPr>
              <w:spacing w:after="0"/>
              <w:jc w:val="right"/>
            </w:pPr>
            <w:r>
              <w:rPr>
                <w:sz w:val="16"/>
              </w:rPr>
              <w:t>n/a</w:t>
            </w:r>
          </w:p>
        </w:tc>
        <w:tc>
          <w:tcPr>
            <w:tcW w:type="dxa" w:w="1305"/>
          </w:tcPr>
          <w:p>
            <w:pPr>
              <w:spacing w:after="0"/>
              <w:jc w:val="right"/>
            </w:pPr>
            <w:r>
              <w:rPr>
                <w:sz w:val="16"/>
              </w:rPr>
              <w:t>4.59% (agriculture)</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$13,783,474,860</w:t>
            </w:r>
          </w:p>
        </w:tc>
        <w:tc>
          <w:tcPr>
            <w:tcW w:type="dxa" w:w="1131"/>
          </w:tcPr>
          <w:p>
            <w:pPr>
              <w:spacing w:after="0"/>
              <w:jc w:val="right"/>
            </w:pPr>
            <w:r>
              <w:rPr>
                <w:sz w:val="16"/>
              </w:rPr>
              <w:t>n/a</w:t>
            </w:r>
          </w:p>
        </w:tc>
        <w:tc>
          <w:tcPr>
            <w:tcW w:type="dxa" w:w="1041"/>
          </w:tcPr>
          <w:p>
            <w:pPr>
              <w:spacing w:after="0"/>
              <w:jc w:val="right"/>
            </w:pPr>
            <w:r>
              <w:rPr>
                <w:sz w:val="16"/>
              </w:rPr>
              <w:t>42,853</w:t>
            </w:r>
          </w:p>
        </w:tc>
        <w:tc>
          <w:tcPr>
            <w:tcW w:type="dxa" w:w="1037"/>
          </w:tcPr>
          <w:p>
            <w:pPr>
              <w:spacing w:after="0"/>
              <w:jc w:val="right"/>
            </w:pPr>
            <w:r>
              <w:rPr>
                <w:sz w:val="16"/>
              </w:rPr>
              <w:t>$545,496</w:t>
            </w:r>
          </w:p>
        </w:tc>
        <w:tc>
          <w:tcPr>
            <w:tcW w:type="dxa" w:w="1126"/>
          </w:tcPr>
          <w:p>
            <w:pPr>
              <w:spacing w:after="0"/>
              <w:jc w:val="right"/>
            </w:pPr>
            <w:r>
              <w:rPr>
                <w:sz w:val="16"/>
              </w:rPr>
              <w:t>n/a</w:t>
            </w:r>
          </w:p>
        </w:tc>
        <w:tc>
          <w:tcPr>
            <w:tcW w:type="dxa" w:w="1097"/>
          </w:tcPr>
          <w:p>
            <w:pPr>
              <w:spacing w:after="0"/>
              <w:jc w:val="right"/>
            </w:pPr>
            <w:r>
              <w:rPr>
                <w:sz w:val="16"/>
              </w:rPr>
              <w:t>$188,994</w:t>
            </w:r>
          </w:p>
        </w:tc>
        <w:tc>
          <w:tcPr>
            <w:tcW w:type="dxa" w:w="1305"/>
          </w:tcPr>
          <w:p>
            <w:pPr>
              <w:spacing w:after="0"/>
              <w:jc w:val="right"/>
            </w:pPr>
            <w:r>
              <w:rPr>
                <w:sz w:val="16"/>
              </w:rPr>
              <w:t>0.00396%</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$7,830,159,041</w:t>
            </w:r>
          </w:p>
        </w:tc>
        <w:tc>
          <w:tcPr>
            <w:tcW w:type="dxa" w:w="1131"/>
          </w:tcPr>
          <w:p>
            <w:pPr>
              <w:spacing w:after="0"/>
              <w:jc w:val="right"/>
            </w:pPr>
            <w:r>
              <w:rPr>
                <w:sz w:val="16"/>
              </w:rPr>
              <w:t>$59,221,082</w:t>
            </w:r>
          </w:p>
        </w:tc>
        <w:tc>
          <w:tcPr>
            <w:tcW w:type="dxa" w:w="1041"/>
          </w:tcPr>
          <w:p>
            <w:pPr>
              <w:spacing w:after="0"/>
              <w:jc w:val="right"/>
            </w:pPr>
            <w:r>
              <w:rPr>
                <w:sz w:val="16"/>
              </w:rPr>
              <w:t>42,781</w:t>
            </w:r>
          </w:p>
        </w:tc>
        <w:tc>
          <w:tcPr>
            <w:tcW w:type="dxa" w:w="1037"/>
          </w:tcPr>
          <w:p>
            <w:pPr>
              <w:spacing w:after="0"/>
              <w:jc w:val="right"/>
            </w:pPr>
            <w:r>
              <w:rPr>
                <w:sz w:val="16"/>
              </w:rPr>
              <w:t>$225,340</w:t>
            </w:r>
          </w:p>
        </w:tc>
        <w:tc>
          <w:tcPr>
            <w:tcW w:type="dxa" w:w="1126"/>
          </w:tcPr>
          <w:p>
            <w:pPr>
              <w:spacing w:after="0"/>
              <w:jc w:val="right"/>
            </w:pPr>
            <w:r>
              <w:rPr>
                <w:sz w:val="16"/>
              </w:rPr>
              <w:t>$1,910</w:t>
            </w:r>
          </w:p>
        </w:tc>
        <w:tc>
          <w:tcPr>
            <w:tcW w:type="dxa" w:w="1097"/>
          </w:tcPr>
          <w:p>
            <w:pPr>
              <w:spacing w:after="0"/>
              <w:jc w:val="right"/>
            </w:pPr>
            <w:r>
              <w:rPr>
                <w:sz w:val="16"/>
              </w:rPr>
              <w:t>$7,088</w:t>
            </w:r>
          </w:p>
        </w:tc>
        <w:tc>
          <w:tcPr>
            <w:tcW w:type="dxa" w:w="1305"/>
          </w:tcPr>
          <w:p>
            <w:pPr>
              <w:spacing w:after="0"/>
              <w:jc w:val="right"/>
            </w:pPr>
            <w:r>
              <w:rPr>
                <w:sz w:val="16"/>
              </w:rPr>
              <w:t>0.00288%</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$7,830,159,041</w:t>
            </w:r>
          </w:p>
        </w:tc>
        <w:tc>
          <w:tcPr>
            <w:tcW w:type="dxa" w:w="1131"/>
          </w:tcPr>
          <w:p>
            <w:pPr>
              <w:spacing w:after="0"/>
              <w:jc w:val="right"/>
            </w:pPr>
            <w:r>
              <w:rPr>
                <w:sz w:val="16"/>
              </w:rPr>
              <w:t>$59,221,082</w:t>
            </w:r>
          </w:p>
        </w:tc>
        <w:tc>
          <w:tcPr>
            <w:tcW w:type="dxa" w:w="1041"/>
          </w:tcPr>
          <w:p>
            <w:pPr>
              <w:spacing w:after="0"/>
              <w:jc w:val="right"/>
            </w:pPr>
            <w:r>
              <w:rPr>
                <w:sz w:val="16"/>
              </w:rPr>
              <w:t>42,781</w:t>
            </w:r>
          </w:p>
        </w:tc>
        <w:tc>
          <w:tcPr>
            <w:tcW w:type="dxa" w:w="1037"/>
          </w:tcPr>
          <w:p>
            <w:pPr>
              <w:spacing w:after="0"/>
              <w:jc w:val="right"/>
            </w:pPr>
            <w:r>
              <w:rPr>
                <w:sz w:val="16"/>
              </w:rPr>
              <w:t>$12</w:t>
            </w:r>
          </w:p>
        </w:tc>
        <w:tc>
          <w:tcPr>
            <w:tcW w:type="dxa" w:w="1126"/>
          </w:tcPr>
          <w:p>
            <w:pPr>
              <w:spacing w:after="0"/>
              <w:jc w:val="right"/>
            </w:pPr>
            <w:r>
              <w:rPr>
                <w:sz w:val="16"/>
              </w:rPr>
              <w:t>$382</w:t>
            </w:r>
          </w:p>
        </w:tc>
        <w:tc>
          <w:tcPr>
            <w:tcW w:type="dxa" w:w="1097"/>
          </w:tcPr>
          <w:p>
            <w:pPr>
              <w:spacing w:after="0"/>
              <w:jc w:val="right"/>
            </w:pPr>
            <w:r>
              <w:rPr>
                <w:sz w:val="16"/>
              </w:rPr>
              <w:t>$158,184</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$7,830,159,041</w:t>
            </w:r>
          </w:p>
        </w:tc>
        <w:tc>
          <w:tcPr>
            <w:tcW w:type="dxa" w:w="1131"/>
          </w:tcPr>
          <w:p>
            <w:pPr>
              <w:spacing w:after="0"/>
              <w:jc w:val="right"/>
            </w:pPr>
            <w:r>
              <w:rPr>
                <w:sz w:val="16"/>
              </w:rPr>
              <w:t>$59,221,082</w:t>
            </w:r>
          </w:p>
        </w:tc>
        <w:tc>
          <w:tcPr>
            <w:tcW w:type="dxa" w:w="1041"/>
          </w:tcPr>
          <w:p>
            <w:pPr>
              <w:spacing w:after="0"/>
              <w:jc w:val="right"/>
            </w:pPr>
            <w:r>
              <w:rPr>
                <w:sz w:val="16"/>
              </w:rPr>
              <w:t>42,781</w:t>
            </w:r>
          </w:p>
        </w:tc>
        <w:tc>
          <w:tcPr>
            <w:tcW w:type="dxa" w:w="1037"/>
          </w:tcPr>
          <w:p>
            <w:pPr>
              <w:spacing w:after="0"/>
              <w:jc w:val="right"/>
            </w:pPr>
            <w:r>
              <w:rPr>
                <w:sz w:val="16"/>
              </w:rPr>
              <w:t>$121,906</w:t>
            </w:r>
          </w:p>
        </w:tc>
        <w:tc>
          <w:tcPr>
            <w:tcW w:type="dxa" w:w="1126"/>
          </w:tcPr>
          <w:p>
            <w:pPr>
              <w:spacing w:after="0"/>
              <w:jc w:val="right"/>
            </w:pPr>
            <w:r>
              <w:rPr>
                <w:sz w:val="16"/>
              </w:rPr>
              <w:t>$28,743</w:t>
            </w:r>
          </w:p>
        </w:tc>
        <w:tc>
          <w:tcPr>
            <w:tcW w:type="dxa" w:w="1097"/>
          </w:tcPr>
          <w:p>
            <w:pPr>
              <w:spacing w:after="0"/>
              <w:jc w:val="right"/>
            </w:pPr>
            <w:r>
              <w:rPr>
                <w:sz w:val="16"/>
              </w:rPr>
              <w:t>$6,646</w:t>
            </w:r>
          </w:p>
        </w:tc>
        <w:tc>
          <w:tcPr>
            <w:tcW w:type="dxa" w:w="1305"/>
          </w:tcPr>
          <w:p>
            <w:pPr>
              <w:spacing w:after="0"/>
              <w:jc w:val="right"/>
            </w:pPr>
            <w:r>
              <w:rPr>
                <w:sz w:val="16"/>
              </w:rPr>
              <w:t>0.00156%</w:t>
            </w:r>
          </w:p>
        </w:tc>
        <w:tc>
          <w:tcPr>
            <w:tcW w:type="dxa" w:w="1165"/>
          </w:tcPr>
          <w:p>
            <w:pPr>
              <w:spacing w:after="0"/>
              <w:jc w:val="right"/>
            </w:pPr>
          </w:p>
        </w:tc>
        <w:tc>
          <w:tcPr>
            <w:tcW w:type="dxa" w:w="1072"/>
          </w:tcPr>
          <w:p>
            <w:pPr>
              <w:spacing w:after="0"/>
              <w:jc w:val="right"/>
            </w:pPr>
          </w:p>
        </w:tc>
        <w:tc>
          <w:tcPr>
            <w:tcW w:type="dxa" w:w="1240"/>
          </w:tcPr>
          <w:p>
            <w:pPr>
              <w:spacing w:after="0"/>
              <w:jc w:val="right"/>
            </w:pPr>
            <w:r>
              <w:rPr>
                <w:sz w:val="16"/>
              </w:rPr>
              <w:t>no Public Assistance recorded (1 declaration)</w:t>
            </w: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$7,830,159,041</w:t>
            </w:r>
          </w:p>
        </w:tc>
        <w:tc>
          <w:tcPr>
            <w:tcW w:type="dxa" w:w="1131"/>
          </w:tcPr>
          <w:p>
            <w:pPr>
              <w:spacing w:after="0"/>
              <w:jc w:val="right"/>
            </w:pPr>
            <w:r>
              <w:rPr>
                <w:sz w:val="16"/>
              </w:rPr>
              <w:t>n/a</w:t>
            </w:r>
          </w:p>
        </w:tc>
        <w:tc>
          <w:tcPr>
            <w:tcW w:type="dxa" w:w="1041"/>
          </w:tcPr>
          <w:p>
            <w:pPr>
              <w:spacing w:after="0"/>
              <w:jc w:val="right"/>
            </w:pPr>
            <w:r>
              <w:rPr>
                <w:sz w:val="16"/>
              </w:rPr>
              <w:t>42,781</w:t>
            </w:r>
          </w:p>
        </w:tc>
        <w:tc>
          <w:tcPr>
            <w:tcW w:type="dxa" w:w="1037"/>
          </w:tcPr>
          <w:p>
            <w:pPr>
              <w:spacing w:after="0"/>
              <w:jc w:val="right"/>
            </w:pPr>
            <w:r>
              <w:rPr>
                <w:sz w:val="16"/>
              </w:rPr>
              <w:t>$54,723</w:t>
            </w:r>
          </w:p>
        </w:tc>
        <w:tc>
          <w:tcPr>
            <w:tcW w:type="dxa" w:w="1126"/>
          </w:tcPr>
          <w:p>
            <w:pPr>
              <w:spacing w:after="0"/>
              <w:jc w:val="right"/>
            </w:pPr>
            <w:r>
              <w:rPr>
                <w:sz w:val="16"/>
              </w:rPr>
              <w:t>n/a</w:t>
            </w:r>
          </w:p>
        </w:tc>
        <w:tc>
          <w:tcPr>
            <w:tcW w:type="dxa" w:w="1097"/>
          </w:tcPr>
          <w:p>
            <w:pPr>
              <w:spacing w:after="0"/>
              <w:jc w:val="right"/>
            </w:pPr>
            <w:r>
              <w:rPr>
                <w:sz w:val="16"/>
              </w:rPr>
              <w:t>$2,718</w:t>
            </w:r>
          </w:p>
        </w:tc>
        <w:tc>
          <w:tcPr>
            <w:tcW w:type="dxa" w:w="1305"/>
          </w:tcPr>
          <w:p>
            <w:pPr>
              <w:spacing w:after="0"/>
              <w:jc w:val="right"/>
            </w:pPr>
            <w:r>
              <w:rPr>
                <w:sz w:val="16"/>
              </w:rPr>
              <w:t>0.000699%</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$7,825,024,360</w:t>
            </w:r>
          </w:p>
        </w:tc>
        <w:tc>
          <w:tcPr>
            <w:tcW w:type="dxa" w:w="1131"/>
          </w:tcPr>
          <w:p>
            <w:pPr>
              <w:spacing w:after="0"/>
              <w:jc w:val="right"/>
            </w:pPr>
            <w:r>
              <w:rPr>
                <w:sz w:val="16"/>
              </w:rPr>
              <w:t>$10,379,117</w:t>
            </w:r>
          </w:p>
        </w:tc>
        <w:tc>
          <w:tcPr>
            <w:tcW w:type="dxa" w:w="1041"/>
          </w:tcPr>
          <w:p>
            <w:pPr>
              <w:spacing w:after="0"/>
              <w:jc w:val="right"/>
            </w:pPr>
            <w:r>
              <w:rPr>
                <w:sz w:val="16"/>
              </w:rPr>
              <w:t>2,134</w:t>
            </w:r>
          </w:p>
        </w:tc>
        <w:tc>
          <w:tcPr>
            <w:tcW w:type="dxa" w:w="1037"/>
          </w:tcPr>
          <w:p>
            <w:pPr>
              <w:spacing w:after="0"/>
              <w:jc w:val="right"/>
            </w:pPr>
            <w:r>
              <w:rPr>
                <w:sz w:val="16"/>
              </w:rPr>
              <w:t>$7,137,608</w:t>
            </w:r>
          </w:p>
        </w:tc>
        <w:tc>
          <w:tcPr>
            <w:tcW w:type="dxa" w:w="1126"/>
          </w:tcPr>
          <w:p>
            <w:pPr>
              <w:spacing w:after="0"/>
              <w:jc w:val="right"/>
            </w:pPr>
            <w:r>
              <w:rPr>
                <w:sz w:val="16"/>
              </w:rPr>
              <w:t>$4,761</w:t>
            </w:r>
          </w:p>
        </w:tc>
        <w:tc>
          <w:tcPr>
            <w:tcW w:type="dxa" w:w="1097"/>
          </w:tcPr>
          <w:p>
            <w:pPr>
              <w:spacing w:after="0"/>
              <w:jc w:val="right"/>
            </w:pPr>
            <w:r>
              <w:rPr>
                <w:sz w:val="16"/>
              </w:rPr>
              <w:t>$77,785</w:t>
            </w:r>
          </w:p>
        </w:tc>
        <w:tc>
          <w:tcPr>
            <w:tcW w:type="dxa" w:w="1305"/>
          </w:tcPr>
          <w:p>
            <w:pPr>
              <w:spacing w:after="0"/>
              <w:jc w:val="right"/>
            </w:pPr>
            <w:r>
              <w:rPr>
                <w:sz w:val="16"/>
              </w:rPr>
              <w:t>n/a (see note)</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$211,806,892</w:t>
            </w:r>
          </w:p>
        </w:tc>
        <w:tc>
          <w:tcPr>
            <w:tcW w:type="dxa" w:w="1131"/>
          </w:tcPr>
          <w:p>
            <w:pPr>
              <w:spacing w:after="0"/>
              <w:jc w:val="right"/>
            </w:pPr>
            <w:r>
              <w:rPr>
                <w:sz w:val="16"/>
              </w:rPr>
              <w:t>n/a</w:t>
            </w:r>
          </w:p>
        </w:tc>
        <w:tc>
          <w:tcPr>
            <w:tcW w:type="dxa" w:w="1041"/>
          </w:tcPr>
          <w:p>
            <w:pPr>
              <w:spacing w:after="0"/>
              <w:jc w:val="right"/>
            </w:pPr>
            <w:r>
              <w:rPr>
                <w:sz w:val="16"/>
              </w:rPr>
              <w:t>1,227</w:t>
            </w:r>
          </w:p>
        </w:tc>
        <w:tc>
          <w:tcPr>
            <w:tcW w:type="dxa" w:w="1037"/>
          </w:tcPr>
          <w:p>
            <w:pPr>
              <w:spacing w:after="0"/>
              <w:jc w:val="right"/>
            </w:pPr>
            <w:r>
              <w:rPr>
                <w:sz w:val="16"/>
              </w:rPr>
              <w:t>$1,533</w:t>
            </w:r>
          </w:p>
        </w:tc>
        <w:tc>
          <w:tcPr>
            <w:tcW w:type="dxa" w:w="1126"/>
          </w:tcPr>
          <w:p>
            <w:pPr>
              <w:spacing w:after="0"/>
              <w:jc w:val="right"/>
            </w:pPr>
            <w:r>
              <w:rPr>
                <w:sz w:val="16"/>
              </w:rPr>
              <w:t>n/a</w:t>
            </w:r>
          </w:p>
        </w:tc>
        <w:tc>
          <w:tcPr>
            <w:tcW w:type="dxa" w:w="1097"/>
          </w:tcPr>
          <w:p>
            <w:pPr>
              <w:spacing w:after="0"/>
              <w:jc w:val="right"/>
            </w:pPr>
            <w:r>
              <w:rPr>
                <w:sz w:val="16"/>
              </w:rPr>
              <w:t>$3,065</w:t>
            </w:r>
          </w:p>
        </w:tc>
        <w:tc>
          <w:tcPr>
            <w:tcW w:type="dxa" w:w="1305"/>
          </w:tcPr>
          <w:p>
            <w:pPr>
              <w:spacing w:after="0"/>
              <w:jc w:val="right"/>
            </w:pPr>
            <w:r>
              <w:rPr>
                <w:sz w:val="16"/>
              </w:rPr>
              <w:t>0.000724%</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$7,830,159,041</w:t>
            </w:r>
          </w:p>
        </w:tc>
        <w:tc>
          <w:tcPr>
            <w:tcW w:type="dxa" w:w="1131"/>
          </w:tcPr>
          <w:p>
            <w:pPr>
              <w:spacing w:after="0"/>
              <w:jc w:val="right"/>
            </w:pPr>
            <w:r>
              <w:rPr>
                <w:sz w:val="16"/>
              </w:rPr>
              <w:t>n/a</w:t>
            </w:r>
          </w:p>
        </w:tc>
        <w:tc>
          <w:tcPr>
            <w:tcW w:type="dxa" w:w="1041"/>
          </w:tcPr>
          <w:p>
            <w:pPr>
              <w:spacing w:after="0"/>
              <w:jc w:val="right"/>
            </w:pPr>
            <w:r>
              <w:rPr>
                <w:sz w:val="16"/>
              </w:rPr>
              <w:t>42,781</w:t>
            </w:r>
          </w:p>
        </w:tc>
        <w:tc>
          <w:tcPr>
            <w:tcW w:type="dxa" w:w="1037"/>
          </w:tcPr>
          <w:p>
            <w:pPr>
              <w:spacing w:after="0"/>
              <w:jc w:val="right"/>
            </w:pPr>
            <w:r>
              <w:rPr>
                <w:sz w:val="16"/>
              </w:rPr>
              <w:t>$37,271</w:t>
            </w:r>
          </w:p>
        </w:tc>
        <w:tc>
          <w:tcPr>
            <w:tcW w:type="dxa" w:w="1126"/>
          </w:tcPr>
          <w:p>
            <w:pPr>
              <w:spacing w:after="0"/>
              <w:jc w:val="right"/>
            </w:pPr>
            <w:r>
              <w:rPr>
                <w:sz w:val="16"/>
              </w:rPr>
              <w:t>n/a</w:t>
            </w:r>
          </w:p>
        </w:tc>
        <w:tc>
          <w:tcPr>
            <w:tcW w:type="dxa" w:w="1097"/>
          </w:tcPr>
          <w:p>
            <w:pPr>
              <w:spacing w:after="0"/>
              <w:jc w:val="right"/>
            </w:pPr>
            <w:r>
              <w:rPr>
                <w:sz w:val="16"/>
              </w:rPr>
              <w:t>$202,787</w:t>
            </w:r>
          </w:p>
        </w:tc>
        <w:tc>
          <w:tcPr>
            <w:tcW w:type="dxa" w:w="1305"/>
          </w:tcPr>
          <w:p>
            <w:pPr>
              <w:spacing w:after="0"/>
              <w:jc w:val="right"/>
            </w:pPr>
            <w:r>
              <w:rPr>
                <w:sz w:val="16"/>
              </w:rPr>
              <w:t>0.000476%</w:t>
            </w:r>
          </w:p>
        </w:tc>
        <w:tc>
          <w:tcPr>
            <w:tcW w:type="dxa" w:w="1165"/>
          </w:tcPr>
          <w:p>
            <w:pPr>
              <w:spacing w:after="0"/>
              <w:jc w:val="right"/>
            </w:pPr>
            <w:r>
              <w:rPr>
                <w:sz w:val="16"/>
              </w:rPr>
              <w:t>$10,000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$7,830,159,041</w:t>
            </w:r>
          </w:p>
        </w:tc>
        <w:tc>
          <w:tcPr>
            <w:tcW w:type="dxa" w:w="1131"/>
          </w:tcPr>
          <w:p>
            <w:pPr>
              <w:spacing w:after="0"/>
              <w:jc w:val="right"/>
            </w:pPr>
            <w:r>
              <w:rPr>
                <w:sz w:val="16"/>
              </w:rPr>
              <w:t>$59,221,082</w:t>
            </w:r>
          </w:p>
        </w:tc>
        <w:tc>
          <w:tcPr>
            <w:tcW w:type="dxa" w:w="1041"/>
          </w:tcPr>
          <w:p>
            <w:pPr>
              <w:spacing w:after="0"/>
              <w:jc w:val="right"/>
            </w:pPr>
            <w:r>
              <w:rPr>
                <w:sz w:val="16"/>
              </w:rPr>
              <w:t>42,781</w:t>
            </w:r>
          </w:p>
        </w:tc>
        <w:tc>
          <w:tcPr>
            <w:tcW w:type="dxa" w:w="1037"/>
          </w:tcPr>
          <w:p>
            <w:pPr>
              <w:spacing w:after="0"/>
              <w:jc w:val="right"/>
            </w:pPr>
            <w:r>
              <w:rPr>
                <w:sz w:val="16"/>
              </w:rPr>
              <w:t>$128,095</w:t>
            </w:r>
          </w:p>
        </w:tc>
        <w:tc>
          <w:tcPr>
            <w:tcW w:type="dxa" w:w="1126"/>
          </w:tcPr>
          <w:p>
            <w:pPr>
              <w:spacing w:after="0"/>
              <w:jc w:val="right"/>
            </w:pPr>
            <w:r>
              <w:rPr>
                <w:sz w:val="16"/>
              </w:rPr>
              <w:t>$1,270</w:t>
            </w:r>
          </w:p>
        </w:tc>
        <w:tc>
          <w:tcPr>
            <w:tcW w:type="dxa" w:w="1097"/>
          </w:tcPr>
          <w:p>
            <w:pPr>
              <w:spacing w:after="0"/>
              <w:jc w:val="right"/>
            </w:pPr>
            <w:r>
              <w:rPr>
                <w:sz w:val="16"/>
              </w:rPr>
              <w:t>$587,143</w:t>
            </w:r>
          </w:p>
        </w:tc>
        <w:tc>
          <w:tcPr>
            <w:tcW w:type="dxa" w:w="1305"/>
          </w:tcPr>
          <w:p>
            <w:pPr>
              <w:spacing w:after="0"/>
              <w:jc w:val="right"/>
            </w:pPr>
            <w:r>
              <w:rPr>
                <w:sz w:val="16"/>
              </w:rPr>
              <w:t>0.00164%</w:t>
            </w:r>
          </w:p>
        </w:tc>
        <w:tc>
          <w:tcPr>
            <w:tcW w:type="dxa" w:w="1165"/>
          </w:tcPr>
          <w:p>
            <w:pPr>
              <w:spacing w:after="0"/>
              <w:jc w:val="right"/>
            </w:pPr>
            <w:r>
              <w:rPr>
                <w:sz w:val="16"/>
              </w:rPr>
              <w:t>$74,000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$7,830,159,041</w:t>
            </w:r>
          </w:p>
        </w:tc>
        <w:tc>
          <w:tcPr>
            <w:tcW w:type="dxa" w:w="1131"/>
          </w:tcPr>
          <w:p>
            <w:pPr>
              <w:spacing w:after="0"/>
              <w:jc w:val="right"/>
            </w:pPr>
            <w:r>
              <w:rPr>
                <w:sz w:val="16"/>
              </w:rPr>
              <w:t>$59,221,082</w:t>
            </w:r>
          </w:p>
        </w:tc>
        <w:tc>
          <w:tcPr>
            <w:tcW w:type="dxa" w:w="1041"/>
          </w:tcPr>
          <w:p>
            <w:pPr>
              <w:spacing w:after="0"/>
              <w:jc w:val="right"/>
            </w:pPr>
            <w:r>
              <w:rPr>
                <w:sz w:val="16"/>
              </w:rPr>
              <w:t>42,781</w:t>
            </w:r>
          </w:p>
        </w:tc>
        <w:tc>
          <w:tcPr>
            <w:tcW w:type="dxa" w:w="1037"/>
          </w:tcPr>
          <w:p>
            <w:pPr>
              <w:spacing w:after="0"/>
              <w:jc w:val="right"/>
            </w:pPr>
            <w:r>
              <w:rPr>
                <w:sz w:val="16"/>
              </w:rPr>
              <w:t>$1,544,525</w:t>
            </w:r>
          </w:p>
        </w:tc>
        <w:tc>
          <w:tcPr>
            <w:tcW w:type="dxa" w:w="1126"/>
          </w:tcPr>
          <w:p>
            <w:pPr>
              <w:spacing w:after="0"/>
              <w:jc w:val="right"/>
            </w:pPr>
            <w:r>
              <w:rPr>
                <w:sz w:val="16"/>
              </w:rPr>
              <w:t>$2,698</w:t>
            </w:r>
          </w:p>
        </w:tc>
        <w:tc>
          <w:tcPr>
            <w:tcW w:type="dxa" w:w="1097"/>
          </w:tcPr>
          <w:p>
            <w:pPr>
              <w:spacing w:after="0"/>
              <w:jc w:val="right"/>
            </w:pPr>
            <w:r>
              <w:rPr>
                <w:sz w:val="16"/>
              </w:rPr>
              <w:t>$2,088,211</w:t>
            </w:r>
          </w:p>
        </w:tc>
        <w:tc>
          <w:tcPr>
            <w:tcW w:type="dxa" w:w="1305"/>
          </w:tcPr>
          <w:p>
            <w:pPr>
              <w:spacing w:after="0"/>
              <w:jc w:val="right"/>
            </w:pPr>
            <w:r>
              <w:rPr>
                <w:sz w:val="16"/>
              </w:rPr>
              <w:t>0.0197%</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$667,898,082</w:t>
            </w:r>
          </w:p>
        </w:tc>
        <w:tc>
          <w:tcPr>
            <w:tcW w:type="dxa" w:w="1131"/>
          </w:tcPr>
          <w:p>
            <w:pPr>
              <w:spacing w:after="0"/>
              <w:jc w:val="right"/>
            </w:pPr>
            <w:r>
              <w:rPr>
                <w:sz w:val="16"/>
              </w:rPr>
              <w:t>$9,751,291</w:t>
            </w:r>
          </w:p>
        </w:tc>
        <w:tc>
          <w:tcPr>
            <w:tcW w:type="dxa" w:w="1041"/>
          </w:tcPr>
          <w:p>
            <w:pPr>
              <w:spacing w:after="0"/>
              <w:jc w:val="right"/>
            </w:pPr>
            <w:r>
              <w:rPr>
                <w:sz w:val="16"/>
              </w:rPr>
              <w:t>6,941</w:t>
            </w:r>
          </w:p>
        </w:tc>
        <w:tc>
          <w:tcPr>
            <w:tcW w:type="dxa" w:w="1037"/>
          </w:tcPr>
          <w:p>
            <w:pPr>
              <w:spacing w:after="0"/>
              <w:jc w:val="right"/>
            </w:pPr>
            <w:r>
              <w:rPr>
                <w:sz w:val="16"/>
              </w:rPr>
              <w:t>$100,569</w:t>
            </w:r>
          </w:p>
        </w:tc>
        <w:tc>
          <w:tcPr>
            <w:tcW w:type="dxa" w:w="1126"/>
          </w:tcPr>
          <w:p>
            <w:pPr>
              <w:spacing w:after="0"/>
              <w:jc w:val="right"/>
            </w:pPr>
            <w:r>
              <w:rPr>
                <w:sz w:val="16"/>
              </w:rPr>
              <w:t>$205</w:t>
            </w:r>
          </w:p>
        </w:tc>
        <w:tc>
          <w:tcPr>
            <w:tcW w:type="dxa" w:w="1097"/>
          </w:tcPr>
          <w:p>
            <w:pPr>
              <w:spacing w:after="0"/>
              <w:jc w:val="right"/>
            </w:pPr>
            <w:r>
              <w:rPr>
                <w:sz w:val="16"/>
              </w:rPr>
              <w:t>$24,300</w:t>
            </w:r>
          </w:p>
        </w:tc>
        <w:tc>
          <w:tcPr>
            <w:tcW w:type="dxa" w:w="1305"/>
          </w:tcPr>
          <w:p>
            <w:pPr>
              <w:spacing w:after="0"/>
              <w:jc w:val="right"/>
            </w:pPr>
            <w:r>
              <w:rPr>
                <w:sz w:val="16"/>
              </w:rPr>
              <w:t>0.0151%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$7,830,159,041</w:t>
            </w:r>
          </w:p>
        </w:tc>
        <w:tc>
          <w:tcPr>
            <w:tcW w:type="dxa" w:w="1131"/>
          </w:tcPr>
          <w:p>
            <w:pPr>
              <w:spacing w:after="0"/>
              <w:jc w:val="right"/>
            </w:pPr>
            <w:r>
              <w:rPr>
                <w:sz w:val="16"/>
              </w:rPr>
              <w:t>$59,221,082</w:t>
            </w:r>
          </w:p>
        </w:tc>
        <w:tc>
          <w:tcPr>
            <w:tcW w:type="dxa" w:w="1041"/>
          </w:tcPr>
          <w:p>
            <w:pPr>
              <w:spacing w:after="0"/>
              <w:jc w:val="right"/>
            </w:pPr>
            <w:r>
              <w:rPr>
                <w:sz w:val="16"/>
              </w:rPr>
              <w:t>42,781</w:t>
            </w:r>
          </w:p>
        </w:tc>
        <w:tc>
          <w:tcPr>
            <w:tcW w:type="dxa" w:w="1037"/>
          </w:tcPr>
          <w:p>
            <w:pPr>
              <w:spacing w:after="0"/>
              <w:jc w:val="right"/>
            </w:pPr>
            <w:r>
              <w:rPr>
                <w:sz w:val="16"/>
              </w:rPr>
              <w:t>$1,911</w:t>
            </w:r>
          </w:p>
        </w:tc>
        <w:tc>
          <w:tcPr>
            <w:tcW w:type="dxa" w:w="1126"/>
          </w:tcPr>
          <w:p>
            <w:pPr>
              <w:spacing w:after="0"/>
              <w:jc w:val="right"/>
            </w:pPr>
            <w:r>
              <w:rPr>
                <w:sz w:val="16"/>
              </w:rPr>
              <w:t>$23</w:t>
            </w:r>
          </w:p>
        </w:tc>
        <w:tc>
          <w:tcPr>
            <w:tcW w:type="dxa" w:w="1097"/>
          </w:tcPr>
          <w:p>
            <w:pPr>
              <w:spacing w:after="0"/>
              <w:jc w:val="right"/>
            </w:pPr>
            <w:r>
              <w:rPr>
                <w:sz w:val="16"/>
              </w:rPr>
              <w:t>$3,998</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r>
              <w:rPr>
                <w:sz w:val="16"/>
              </w:rPr>
              <w:t>no Public Assistance recorded (1 declaration)</w:t>
            </w: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2023-03-07 (Storm Events through 2026-06-30): 55 county-coded records, 44 with a damage value recorded (including $0), $84,000; 8 zone-level records, 7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42,781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$7,830,159,041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$59,221,082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$10,664,077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$4,613,486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17</w:t>
            </w:r>
          </w:p>
        </w:tc>
        <w:tc>
          <w:tcPr>
            <w:tcW w:type="dxa" w:w="1336"/>
          </w:tcPr>
          <w:p>
            <w:pPr>
              <w:spacing w:after="0"/>
              <w:jc w:val="right"/>
            </w:pPr>
            <w:r>
              <w:rPr>
                <w:sz w:val="16"/>
              </w:rPr>
              <w:t>2</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Aragon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Cedartown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Polk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Polk County (unincorporated area)</w:t>
            </w:r>
          </w:p>
        </w:tc>
        <w:tc>
          <w:tcPr>
            <w:tcW w:type="dxa" w:w="1604"/>
          </w:tcPr>
          <w:p>
            <w:pPr>
              <w:spacing w:after="0"/>
              <w:jc w:val="left"/>
            </w:pPr>
            <w:r>
              <w:rPr>
                <w:sz w:val="16"/>
              </w:rPr>
              <w:t>130256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10</w:t>
            </w:r>
          </w:p>
        </w:tc>
        <w:tc>
          <w:tcPr>
            <w:tcW w:type="dxa" w:w="1441"/>
          </w:tcPr>
          <w:p>
            <w:pPr>
              <w:spacing w:after="0"/>
              <w:jc w:val="right"/>
            </w:pPr>
            <w:r>
              <w:rPr>
                <w:sz w:val="16"/>
              </w:rPr>
              <w:t>0</w:t>
            </w:r>
          </w:p>
        </w:tc>
        <w:tc>
          <w:tcPr>
            <w:tcW w:type="dxa" w:w="1441"/>
          </w:tcPr>
          <w:p>
            <w:pPr>
              <w:spacing w:after="0"/>
              <w:jc w:val="right"/>
            </w:pPr>
            <w:r>
              <w:rPr>
                <w:sz w:val="16"/>
              </w:rPr>
              <w:t>10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Aragon city</w:t>
            </w:r>
          </w:p>
        </w:tc>
        <w:tc>
          <w:tcPr>
            <w:tcW w:type="dxa" w:w="1604"/>
          </w:tcPr>
          <w:p>
            <w:pPr>
              <w:spacing w:after="0"/>
              <w:jc w:val="left"/>
            </w:pPr>
            <w:r>
              <w:rPr>
                <w:sz w:val="16"/>
              </w:rPr>
              <w:t>130152</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Cedartown city</w:t>
            </w:r>
          </w:p>
        </w:tc>
        <w:tc>
          <w:tcPr>
            <w:tcW w:type="dxa" w:w="1604"/>
          </w:tcPr>
          <w:p>
            <w:pPr>
              <w:spacing w:after="0"/>
              <w:jc w:val="left"/>
            </w:pPr>
            <w:r>
              <w:rPr>
                <w:sz w:val="16"/>
              </w:rPr>
              <w:t>130153</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Rockmart city</w:t>
            </w:r>
          </w:p>
        </w:tc>
        <w:tc>
          <w:tcPr>
            <w:tcW w:type="dxa" w:w="1604"/>
          </w:tcPr>
          <w:p>
            <w:pPr>
              <w:spacing w:after="0"/>
              <w:jc w:val="left"/>
            </w:pPr>
            <w:r>
              <w:rPr>
                <w:sz w:val="16"/>
              </w:rPr>
              <w:t>130154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Polk County, GA: risk-assessment baseline packet, release 2026-10 (data as of 2026-09-30; County FIPS 13233). Automated baseline. </w:t>
      </w:r>
      <w:hyperlink r:id="rId16">
        <w:r>
          <w:rPr>
            <w:color w:val="1F4E99"/>
            <w:sz w:val="17"/>
            <w:u w:val="single"/>
          </w:rPr>
          <w:t>https://hazardplain.org/ga/13233/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Polk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3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Polk County, GA: Risk-assessment baseline packet</dc:title>
  <dc:subject>Hazard Plain release 2026-10, as of 2026-09-30. Automated baseline</dc:subject>
  <dc:creator>Hazard Plain</dc:creator>
  <cp:keywords>Hazard Plain; hazard mitigation; risk assessment; 13233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