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Pickens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2030-04-08</w:t>
      </w:r>
    </w:p>
    <w:p>
      <w:pPr>
        <w:keepNext/>
        <w:spacing w:after="40" w:before="0"/>
      </w:pPr>
      <w:r>
        <w:rPr>
          <w:b/>
        </w:rPr>
        <w:t xml:space="preserve">Plan: </w:t>
      </w:r>
      <w:r>
        <w:rPr/>
        <w:t>Pickens County (FEMA plan 110379)</w:t>
      </w:r>
    </w:p>
    <w:p>
      <w:pPr>
        <w:keepNext/>
        <w:spacing w:after="40" w:before="0"/>
      </w:pPr>
      <w:r>
        <w:rPr>
          <w:b/>
        </w:rPr>
        <w:t xml:space="preserve">Approved: </w:t>
      </w:r>
      <w:r>
        <w:rPr/>
        <w:t>2025-04-09</w:t>
      </w:r>
    </w:p>
    <w:p>
      <w:pPr>
        <w:keepNext/>
        <w:spacing w:after="40" w:before="0"/>
      </w:pPr>
      <w:r>
        <w:rPr>
          <w:b/>
        </w:rPr>
        <w:t xml:space="preserve">Expires: </w:t>
      </w:r>
      <w:r>
        <w:rPr/>
        <w:t>2030-04-08</w:t>
      </w:r>
    </w:p>
    <w:p>
      <w:pPr>
        <w:keepNext/>
        <w:spacing w:after="40" w:before="0"/>
      </w:pPr>
      <w:r>
        <w:rPr>
          <w:b/>
        </w:rPr>
        <w:t xml:space="preserve">As of: </w:t>
      </w:r>
      <w:r>
        <w:rPr/>
        <w:t>2026-09-28</w:t>
      </w:r>
    </w:p>
    <w:p>
      <w:pPr>
        <w:keepNext/>
        <w:spacing w:after="40" w:before="0"/>
      </w:pPr>
      <w:r>
        <w:rPr>
          <w:b/>
        </w:rPr>
        <w:t xml:space="preserve">Days: </w:t>
      </w:r>
      <w:r>
        <w:rPr/>
        <w:t>1,288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EM-3642-GA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2"/>
        <w:gridCol w:w="1394"/>
        <w:gridCol w:w="2380"/>
        <w:gridCol w:w="2709"/>
        <w:gridCol w:w="1037"/>
        <w:gridCol w:w="1037"/>
        <w:gridCol w:w="876"/>
        <w:gridCol w:w="933"/>
        <w:gridCol w:w="2113"/>
      </w:tblGrid>
      <w:tr>
        <w:trPr>
          <w:cantSplit/>
          <w:tblHeader/>
        </w:trPr>
        <w:tc>
          <w:tcPr>
            <w:tcW w:type="dxa" w:w="163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80"/>
            <w:shd w:val="clear" w:color="auto" w:fill="E8E8E8"/>
          </w:tcPr>
          <w:p>
            <w:pPr>
              <w:spacing w:after="0"/>
              <w:jc w:val="left"/>
            </w:pPr>
            <w:r>
              <w:rPr>
                <w:b/>
                <w:sz w:val="16"/>
              </w:rPr>
              <w:t>Status</w:t>
            </w:r>
          </w:p>
        </w:tc>
        <w:tc>
          <w:tcPr>
            <w:tcW w:type="dxa" w:w="270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3"/>
            <w:shd w:val="clear" w:color="auto" w:fill="E8E8E8"/>
          </w:tcPr>
          <w:p>
            <w:pPr>
              <w:spacing w:after="0"/>
              <w:jc w:val="left"/>
            </w:pPr>
            <w:r>
              <w:rPr>
                <w:b/>
                <w:sz w:val="16"/>
              </w:rPr>
              <w:t>Update underway</w:t>
            </w:r>
          </w:p>
        </w:tc>
        <w:tc>
          <w:tcPr>
            <w:tcW w:type="dxa" w:w="2113"/>
            <w:shd w:val="clear" w:color="auto" w:fill="E8E8E8"/>
          </w:tcPr>
          <w:p>
            <w:pPr>
              <w:spacing w:after="0"/>
              <w:jc w:val="left"/>
            </w:pPr>
            <w:r>
              <w:rPr>
                <w:b/>
                <w:sz w:val="16"/>
              </w:rPr>
              <w:t>Notes</w:t>
            </w:r>
          </w:p>
        </w:tc>
      </w:tr>
      <w:tr>
        <w:trPr>
          <w:cantSplit/>
        </w:trPr>
        <w:tc>
          <w:tcPr>
            <w:tcW w:type="dxa" w:w="1632"/>
          </w:tcPr>
          <w:p>
            <w:pPr>
              <w:spacing w:after="0"/>
              <w:jc w:val="left"/>
            </w:pPr>
            <w:r>
              <w:rPr>
                <w:sz w:val="16"/>
              </w:rPr>
              <w:t>Pickens County (unincorporated area)</w:t>
            </w:r>
          </w:p>
        </w:tc>
        <w:tc>
          <w:tcPr>
            <w:tcW w:type="dxa" w:w="1394"/>
          </w:tcPr>
          <w:p>
            <w:pPr>
              <w:spacing w:after="0"/>
              <w:jc w:val="left"/>
            </w:pPr>
            <w:r>
              <w:rPr>
                <w:sz w:val="16"/>
              </w:rPr>
              <w:t>Unincorporated</w:t>
            </w:r>
          </w:p>
        </w:tc>
        <w:tc>
          <w:tcPr>
            <w:tcW w:type="dxa" w:w="2380"/>
          </w:tcPr>
          <w:p>
            <w:pPr>
              <w:spacing w:after="0"/>
              <w:jc w:val="left"/>
            </w:pPr>
            <w:r>
              <w:rPr>
                <w:sz w:val="16"/>
              </w:rPr>
              <w:t>Approved, expires 2030-04-08</w:t>
            </w:r>
          </w:p>
        </w:tc>
        <w:tc>
          <w:tcPr>
            <w:tcW w:type="dxa" w:w="2709"/>
          </w:tcPr>
          <w:p>
            <w:pPr>
              <w:spacing w:after="0"/>
              <w:jc w:val="left"/>
            </w:pPr>
            <w:r>
              <w:rPr>
                <w:sz w:val="16"/>
              </w:rPr>
              <w:t>Pickens County (FEMA plan 110379)</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76"/>
          </w:tcPr>
          <w:p>
            <w:pPr>
              <w:spacing w:after="0"/>
              <w:jc w:val="right"/>
            </w:pPr>
            <w:r>
              <w:rPr>
                <w:sz w:val="16"/>
              </w:rPr>
              <w:t>1,288</w:t>
            </w:r>
          </w:p>
        </w:tc>
        <w:tc>
          <w:tcPr>
            <w:tcW w:type="dxa" w:w="933"/>
          </w:tcPr>
          <w:p>
            <w:pPr>
              <w:spacing w:after="0"/>
              <w:jc w:val="left"/>
            </w:pPr>
          </w:p>
        </w:tc>
        <w:tc>
          <w:tcPr>
            <w:tcW w:type="dxa" w:w="2113"/>
          </w:tcPr>
          <w:p>
            <w:pPr>
              <w:spacing w:after="0"/>
              <w:jc w:val="left"/>
            </w:pPr>
          </w:p>
        </w:tc>
      </w:tr>
      <w:tr>
        <w:trPr>
          <w:cantSplit/>
        </w:trPr>
        <w:tc>
          <w:tcPr>
            <w:tcW w:type="dxa" w:w="1632"/>
          </w:tcPr>
          <w:p>
            <w:pPr>
              <w:spacing w:after="0"/>
              <w:jc w:val="left"/>
            </w:pPr>
            <w:r>
              <w:rPr>
                <w:sz w:val="16"/>
              </w:rPr>
              <w:t>Jasper city</w:t>
            </w:r>
          </w:p>
        </w:tc>
        <w:tc>
          <w:tcPr>
            <w:tcW w:type="dxa" w:w="1394"/>
          </w:tcPr>
          <w:p>
            <w:pPr>
              <w:spacing w:after="0"/>
              <w:jc w:val="left"/>
            </w:pPr>
            <w:r>
              <w:rPr>
                <w:sz w:val="16"/>
              </w:rPr>
              <w:t>City</w:t>
            </w:r>
          </w:p>
        </w:tc>
        <w:tc>
          <w:tcPr>
            <w:tcW w:type="dxa" w:w="2380"/>
          </w:tcPr>
          <w:p>
            <w:pPr>
              <w:spacing w:after="0"/>
              <w:jc w:val="left"/>
            </w:pPr>
            <w:r>
              <w:rPr>
                <w:sz w:val="16"/>
              </w:rPr>
              <w:t>Approved, expires 2030-04-08</w:t>
            </w:r>
          </w:p>
        </w:tc>
        <w:tc>
          <w:tcPr>
            <w:tcW w:type="dxa" w:w="2709"/>
          </w:tcPr>
          <w:p>
            <w:pPr>
              <w:spacing w:after="0"/>
              <w:jc w:val="left"/>
            </w:pPr>
            <w:r>
              <w:rPr>
                <w:sz w:val="16"/>
              </w:rPr>
              <w:t>Pickens County (FEMA plan 110379)</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76"/>
          </w:tcPr>
          <w:p>
            <w:pPr>
              <w:spacing w:after="0"/>
              <w:jc w:val="right"/>
            </w:pPr>
            <w:r>
              <w:rPr>
                <w:sz w:val="16"/>
              </w:rPr>
              <w:t>1,288</w:t>
            </w:r>
          </w:p>
        </w:tc>
        <w:tc>
          <w:tcPr>
            <w:tcW w:type="dxa" w:w="933"/>
          </w:tcPr>
          <w:p>
            <w:pPr>
              <w:spacing w:after="0"/>
              <w:jc w:val="left"/>
            </w:pPr>
          </w:p>
        </w:tc>
        <w:tc>
          <w:tcPr>
            <w:tcW w:type="dxa" w:w="2113"/>
          </w:tcPr>
          <w:p>
            <w:pPr>
              <w:spacing w:after="0"/>
              <w:jc w:val="left"/>
            </w:pPr>
          </w:p>
        </w:tc>
      </w:tr>
      <w:tr>
        <w:trPr>
          <w:cantSplit/>
        </w:trPr>
        <w:tc>
          <w:tcPr>
            <w:tcW w:type="dxa" w:w="1632"/>
          </w:tcPr>
          <w:p>
            <w:pPr>
              <w:spacing w:after="0"/>
              <w:jc w:val="left"/>
            </w:pPr>
            <w:r>
              <w:rPr>
                <w:sz w:val="16"/>
              </w:rPr>
              <w:t>Nelson city</w:t>
            </w:r>
          </w:p>
        </w:tc>
        <w:tc>
          <w:tcPr>
            <w:tcW w:type="dxa" w:w="1394"/>
          </w:tcPr>
          <w:p>
            <w:pPr>
              <w:spacing w:after="0"/>
              <w:jc w:val="left"/>
            </w:pPr>
            <w:r>
              <w:rPr>
                <w:sz w:val="16"/>
              </w:rPr>
              <w:t>City</w:t>
            </w:r>
          </w:p>
        </w:tc>
        <w:tc>
          <w:tcPr>
            <w:tcW w:type="dxa" w:w="2380"/>
          </w:tcPr>
          <w:p>
            <w:pPr>
              <w:spacing w:after="0"/>
              <w:jc w:val="left"/>
            </w:pPr>
            <w:r>
              <w:rPr>
                <w:sz w:val="16"/>
              </w:rPr>
              <w:t>Approved, expires 2030-04-08</w:t>
            </w:r>
          </w:p>
        </w:tc>
        <w:tc>
          <w:tcPr>
            <w:tcW w:type="dxa" w:w="2709"/>
          </w:tcPr>
          <w:p>
            <w:pPr>
              <w:spacing w:after="0"/>
              <w:jc w:val="left"/>
            </w:pPr>
            <w:r>
              <w:rPr>
                <w:sz w:val="16"/>
              </w:rPr>
              <w:t>Pickens County (FEMA plan 110379)</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76"/>
          </w:tcPr>
          <w:p>
            <w:pPr>
              <w:spacing w:after="0"/>
              <w:jc w:val="right"/>
            </w:pPr>
            <w:r>
              <w:rPr>
                <w:sz w:val="16"/>
              </w:rPr>
              <w:t>1,288</w:t>
            </w:r>
          </w:p>
        </w:tc>
        <w:tc>
          <w:tcPr>
            <w:tcW w:type="dxa" w:w="933"/>
          </w:tcPr>
          <w:p>
            <w:pPr>
              <w:spacing w:after="0"/>
              <w:jc w:val="left"/>
            </w:pPr>
          </w:p>
        </w:tc>
        <w:tc>
          <w:tcPr>
            <w:tcW w:type="dxa" w:w="2113"/>
          </w:tcPr>
          <w:p>
            <w:pPr>
              <w:spacing w:after="0"/>
              <w:jc w:val="left"/>
            </w:pPr>
            <w:r>
              <w:rPr>
                <w:sz w:val="16"/>
              </w:rPr>
              <w:t>Also approved under plan 107825 (Cherokee County, expires 2027-01-04). FEMA's plan status map shows one plan per jurisdiction and may show one of these; this packet uses the approved plan that expires last.</w:t>
            </w:r>
          </w:p>
        </w:tc>
      </w:tr>
      <w:tr>
        <w:trPr>
          <w:cantSplit/>
        </w:trPr>
        <w:tc>
          <w:tcPr>
            <w:tcW w:type="dxa" w:w="1632"/>
          </w:tcPr>
          <w:p>
            <w:pPr>
              <w:spacing w:after="0"/>
              <w:jc w:val="left"/>
            </w:pPr>
            <w:r>
              <w:rPr>
                <w:sz w:val="16"/>
              </w:rPr>
              <w:t>Talking Rock town</w:t>
            </w:r>
          </w:p>
        </w:tc>
        <w:tc>
          <w:tcPr>
            <w:tcW w:type="dxa" w:w="1394"/>
          </w:tcPr>
          <w:p>
            <w:pPr>
              <w:spacing w:after="0"/>
              <w:jc w:val="left"/>
            </w:pPr>
            <w:r>
              <w:rPr>
                <w:sz w:val="16"/>
              </w:rPr>
              <w:t>Town</w:t>
            </w:r>
          </w:p>
        </w:tc>
        <w:tc>
          <w:tcPr>
            <w:tcW w:type="dxa" w:w="2380"/>
          </w:tcPr>
          <w:p>
            <w:pPr>
              <w:spacing w:after="0"/>
              <w:jc w:val="left"/>
            </w:pPr>
            <w:r>
              <w:rPr>
                <w:sz w:val="16"/>
              </w:rPr>
              <w:t>Approved, expires 2030-04-08</w:t>
            </w:r>
          </w:p>
        </w:tc>
        <w:tc>
          <w:tcPr>
            <w:tcW w:type="dxa" w:w="2709"/>
          </w:tcPr>
          <w:p>
            <w:pPr>
              <w:spacing w:after="0"/>
              <w:jc w:val="left"/>
            </w:pPr>
            <w:r>
              <w:rPr>
                <w:sz w:val="16"/>
              </w:rPr>
              <w:t>Pickens County (FEMA plan 110379)</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76"/>
          </w:tcPr>
          <w:p>
            <w:pPr>
              <w:spacing w:after="0"/>
              <w:jc w:val="right"/>
            </w:pPr>
            <w:r>
              <w:rPr>
                <w:sz w:val="16"/>
              </w:rPr>
              <w:t>1,288</w:t>
            </w:r>
          </w:p>
        </w:tc>
        <w:tc>
          <w:tcPr>
            <w:tcW w:type="dxa" w:w="933"/>
          </w:tcPr>
          <w:p>
            <w:pPr>
              <w:spacing w:after="0"/>
              <w:jc w:val="left"/>
            </w:pPr>
          </w:p>
        </w:tc>
        <w:tc>
          <w:tcPr>
            <w:tcW w:type="dxa" w:w="211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$5,729,544</w:t>
            </w:r>
          </w:p>
        </w:tc>
        <w:tc>
          <w:tcPr>
            <w:tcW w:type="dxa" w:w="1126"/>
          </w:tcPr>
          <w:p>
            <w:pPr>
              <w:spacing w:after="0"/>
              <w:jc w:val="right"/>
            </w:pPr>
            <w:r>
              <w:rPr>
                <w:sz w:val="16"/>
              </w:rPr>
              <w:t>$51,757</w:t>
            </w:r>
          </w:p>
        </w:tc>
        <w:tc>
          <w:tcPr>
            <w:tcW w:type="dxa" w:w="1297"/>
          </w:tcPr>
          <w:p>
            <w:pPr>
              <w:spacing w:after="0"/>
              <w:jc w:val="right"/>
            </w:pPr>
            <w:r>
              <w:rPr>
                <w:sz w:val="16"/>
              </w:rPr>
              <w:t>$17,563</w:t>
            </w:r>
          </w:p>
        </w:tc>
        <w:tc>
          <w:tcPr>
            <w:tcW w:type="dxa" w:w="1111"/>
          </w:tcPr>
          <w:p>
            <w:pPr>
              <w:spacing w:after="0"/>
              <w:jc w:val="right"/>
            </w:pPr>
            <w:r>
              <w:rPr>
                <w:sz w:val="16"/>
              </w:rPr>
              <w:t>$5,798,865</w:t>
            </w:r>
          </w:p>
        </w:tc>
        <w:tc>
          <w:tcPr>
            <w:tcW w:type="dxa" w:w="1199"/>
          </w:tcPr>
          <w:p>
            <w:pPr>
              <w:spacing w:after="0"/>
              <w:jc w:val="right"/>
            </w:pPr>
            <w:r>
              <w:rPr>
                <w:sz w:val="16"/>
              </w:rPr>
              <w:t>20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$1,168,467</w:t>
            </w:r>
          </w:p>
        </w:tc>
        <w:tc>
          <w:tcPr>
            <w:tcW w:type="dxa" w:w="1126"/>
          </w:tcPr>
          <w:p>
            <w:pPr>
              <w:spacing w:after="0"/>
              <w:jc w:val="right"/>
            </w:pPr>
            <w:r>
              <w:rPr>
                <w:sz w:val="16"/>
              </w:rPr>
              <w:t>$4,251</w:t>
            </w:r>
          </w:p>
        </w:tc>
        <w:tc>
          <w:tcPr>
            <w:tcW w:type="dxa" w:w="1297"/>
          </w:tcPr>
          <w:p>
            <w:pPr>
              <w:spacing w:after="0"/>
              <w:jc w:val="right"/>
            </w:pPr>
            <w:r>
              <w:rPr>
                <w:sz w:val="16"/>
              </w:rPr>
              <w:t>$776,449</w:t>
            </w:r>
          </w:p>
        </w:tc>
        <w:tc>
          <w:tcPr>
            <w:tcW w:type="dxa" w:w="1111"/>
          </w:tcPr>
          <w:p>
            <w:pPr>
              <w:spacing w:after="0"/>
              <w:jc w:val="right"/>
            </w:pPr>
            <w:r>
              <w:rPr>
                <w:sz w:val="16"/>
              </w:rPr>
              <w:t>$1,949,167</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$11,521</w:t>
            </w:r>
          </w:p>
        </w:tc>
        <w:tc>
          <w:tcPr>
            <w:tcW w:type="dxa" w:w="1126"/>
          </w:tcPr>
          <w:p>
            <w:pPr>
              <w:spacing w:after="0"/>
              <w:jc w:val="right"/>
            </w:pPr>
            <w:r>
              <w:rPr>
                <w:sz w:val="16"/>
              </w:rPr>
              <w:t>$190,350</w:t>
            </w:r>
          </w:p>
        </w:tc>
        <w:tc>
          <w:tcPr>
            <w:tcW w:type="dxa" w:w="1297"/>
          </w:tcPr>
          <w:p>
            <w:pPr>
              <w:spacing w:after="0"/>
              <w:jc w:val="right"/>
            </w:pPr>
            <w:r>
              <w:rPr>
                <w:sz w:val="16"/>
              </w:rPr>
              <w:t>$1,279,246</w:t>
            </w:r>
          </w:p>
        </w:tc>
        <w:tc>
          <w:tcPr>
            <w:tcW w:type="dxa" w:w="1111"/>
          </w:tcPr>
          <w:p>
            <w:pPr>
              <w:spacing w:after="0"/>
              <w:jc w:val="right"/>
            </w:pPr>
            <w:r>
              <w:rPr>
                <w:sz w:val="16"/>
              </w:rPr>
              <w:t>$1,481,117</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$129,245</w:t>
            </w:r>
          </w:p>
        </w:tc>
        <w:tc>
          <w:tcPr>
            <w:tcW w:type="dxa" w:w="1126"/>
          </w:tcPr>
          <w:p>
            <w:pPr>
              <w:spacing w:after="0"/>
              <w:jc w:val="right"/>
            </w:pPr>
            <w:r>
              <w:rPr>
                <w:sz w:val="16"/>
              </w:rPr>
              <w:t>$11,036</w:t>
            </w:r>
          </w:p>
        </w:tc>
        <w:tc>
          <w:tcPr>
            <w:tcW w:type="dxa" w:w="1297"/>
          </w:tcPr>
          <w:p>
            <w:pPr>
              <w:spacing w:after="0"/>
              <w:jc w:val="right"/>
            </w:pPr>
            <w:r>
              <w:rPr>
                <w:sz w:val="16"/>
              </w:rPr>
              <w:t>$387,097</w:t>
            </w:r>
          </w:p>
        </w:tc>
        <w:tc>
          <w:tcPr>
            <w:tcW w:type="dxa" w:w="1111"/>
          </w:tcPr>
          <w:p>
            <w:pPr>
              <w:spacing w:after="0"/>
              <w:jc w:val="right"/>
            </w:pPr>
            <w:r>
              <w:rPr>
                <w:sz w:val="16"/>
              </w:rPr>
              <w:t>$527,378</w:t>
            </w:r>
          </w:p>
        </w:tc>
        <w:tc>
          <w:tcPr>
            <w:tcW w:type="dxa" w:w="1199"/>
          </w:tcPr>
          <w:p>
            <w:pPr>
              <w:spacing w:after="0"/>
              <w:jc w:val="right"/>
            </w:pPr>
            <w:r>
              <w:rPr>
                <w:sz w:val="16"/>
              </w:rPr>
              <w:t>116</w:t>
            </w:r>
          </w:p>
        </w:tc>
        <w:tc>
          <w:tcPr>
            <w:tcW w:type="dxa" w:w="2172"/>
          </w:tcPr>
          <w:p>
            <w:pPr>
              <w:spacing w:after="0"/>
              <w:jc w:val="left"/>
            </w:pPr>
          </w:p>
        </w:tc>
        <w:tc>
          <w:tcPr>
            <w:tcW w:type="dxa" w:w="2080"/>
          </w:tcPr>
          <w:p>
            <w:pPr>
              <w:spacing w:after="0"/>
              <w:jc w:val="left"/>
            </w:pPr>
            <w:r>
              <w:rPr>
                <w:sz w:val="16"/>
              </w:rPr>
              <w:t>Includes 5 High Wind records and 14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$51,186</w:t>
            </w:r>
          </w:p>
        </w:tc>
        <w:tc>
          <w:tcPr>
            <w:tcW w:type="dxa" w:w="1126"/>
          </w:tcPr>
          <w:p>
            <w:pPr>
              <w:spacing w:after="0"/>
              <w:jc w:val="right"/>
            </w:pPr>
          </w:p>
        </w:tc>
        <w:tc>
          <w:tcPr>
            <w:tcW w:type="dxa" w:w="1297"/>
          </w:tcPr>
          <w:p>
            <w:pPr>
              <w:spacing w:after="0"/>
              <w:jc w:val="right"/>
            </w:pPr>
            <w:r>
              <w:rPr>
                <w:sz w:val="16"/>
              </w:rPr>
              <w:t>$444,280</w:t>
            </w:r>
          </w:p>
        </w:tc>
        <w:tc>
          <w:tcPr>
            <w:tcW w:type="dxa" w:w="1111"/>
          </w:tcPr>
          <w:p>
            <w:pPr>
              <w:spacing w:after="0"/>
              <w:jc w:val="right"/>
            </w:pPr>
            <w:r>
              <w:rPr>
                <w:sz w:val="16"/>
              </w:rPr>
              <w:t>$495,465</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$371,513</w:t>
            </w:r>
          </w:p>
        </w:tc>
        <w:tc>
          <w:tcPr>
            <w:tcW w:type="dxa" w:w="1126"/>
          </w:tcPr>
          <w:p>
            <w:pPr>
              <w:spacing w:after="0"/>
              <w:jc w:val="right"/>
            </w:pPr>
          </w:p>
        </w:tc>
        <w:tc>
          <w:tcPr>
            <w:tcW w:type="dxa" w:w="1297"/>
          </w:tcPr>
          <w:p>
            <w:pPr>
              <w:spacing w:after="0"/>
              <w:jc w:val="right"/>
            </w:pPr>
            <w:r>
              <w:rPr>
                <w:sz w:val="16"/>
              </w:rPr>
              <w:t>$64,532</w:t>
            </w:r>
          </w:p>
        </w:tc>
        <w:tc>
          <w:tcPr>
            <w:tcW w:type="dxa" w:w="1111"/>
          </w:tcPr>
          <w:p>
            <w:pPr>
              <w:spacing w:after="0"/>
              <w:jc w:val="right"/>
            </w:pPr>
            <w:r>
              <w:rPr>
                <w:sz w:val="16"/>
              </w:rPr>
              <w:t>$436,046</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$211,748</w:t>
            </w:r>
          </w:p>
        </w:tc>
        <w:tc>
          <w:tcPr>
            <w:tcW w:type="dxa" w:w="1126"/>
          </w:tcPr>
          <w:p>
            <w:pPr>
              <w:spacing w:after="0"/>
              <w:jc w:val="right"/>
            </w:pPr>
            <w:r>
              <w:rPr>
                <w:sz w:val="16"/>
              </w:rPr>
              <w:t>$1,139</w:t>
            </w:r>
          </w:p>
        </w:tc>
        <w:tc>
          <w:tcPr>
            <w:tcW w:type="dxa" w:w="1297"/>
          </w:tcPr>
          <w:p>
            <w:pPr>
              <w:spacing w:after="0"/>
              <w:jc w:val="right"/>
            </w:pPr>
            <w:r>
              <w:rPr>
                <w:sz w:val="16"/>
              </w:rPr>
              <w:t>$9,919</w:t>
            </w:r>
          </w:p>
        </w:tc>
        <w:tc>
          <w:tcPr>
            <w:tcW w:type="dxa" w:w="1111"/>
          </w:tcPr>
          <w:p>
            <w:pPr>
              <w:spacing w:after="0"/>
              <w:jc w:val="right"/>
            </w:pPr>
            <w:r>
              <w:rPr>
                <w:sz w:val="16"/>
              </w:rPr>
              <w:t>$222,806</w:t>
            </w:r>
          </w:p>
        </w:tc>
        <w:tc>
          <w:tcPr>
            <w:tcW w:type="dxa" w:w="1199"/>
          </w:tcPr>
          <w:p>
            <w:pPr>
              <w:spacing w:after="0"/>
              <w:jc w:val="right"/>
            </w:pPr>
            <w:r>
              <w:rPr>
                <w:sz w:val="16"/>
              </w:rPr>
              <w:t>59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$67,506</w:t>
            </w:r>
          </w:p>
        </w:tc>
        <w:tc>
          <w:tcPr>
            <w:tcW w:type="dxa" w:w="1126"/>
          </w:tcPr>
          <w:p>
            <w:pPr>
              <w:spacing w:after="0"/>
              <w:jc w:val="right"/>
            </w:pPr>
            <w:r>
              <w:rPr>
                <w:sz w:val="16"/>
              </w:rPr>
              <w:t>$662</w:t>
            </w:r>
          </w:p>
        </w:tc>
        <w:tc>
          <w:tcPr>
            <w:tcW w:type="dxa" w:w="1297"/>
          </w:tcPr>
          <w:p>
            <w:pPr>
              <w:spacing w:after="0"/>
              <w:jc w:val="right"/>
            </w:pPr>
            <w:r>
              <w:rPr>
                <w:sz w:val="16"/>
              </w:rPr>
              <w:t>$15,100</w:t>
            </w:r>
          </w:p>
        </w:tc>
        <w:tc>
          <w:tcPr>
            <w:tcW w:type="dxa" w:w="1111"/>
          </w:tcPr>
          <w:p>
            <w:pPr>
              <w:spacing w:after="0"/>
              <w:jc w:val="right"/>
            </w:pPr>
            <w:r>
              <w:rPr>
                <w:sz w:val="16"/>
              </w:rPr>
              <w:t>$83,269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$54,808</w:t>
            </w:r>
          </w:p>
        </w:tc>
        <w:tc>
          <w:tcPr>
            <w:tcW w:type="dxa" w:w="1297"/>
          </w:tcPr>
          <w:p>
            <w:pPr>
              <w:spacing w:after="0"/>
              <w:jc w:val="right"/>
            </w:pPr>
          </w:p>
        </w:tc>
        <w:tc>
          <w:tcPr>
            <w:tcW w:type="dxa" w:w="1111"/>
          </w:tcPr>
          <w:p>
            <w:pPr>
              <w:spacing w:after="0"/>
              <w:jc w:val="right"/>
            </w:pPr>
            <w:r>
              <w:rPr>
                <w:sz w:val="16"/>
              </w:rPr>
              <w:t>$54,808</w:t>
            </w:r>
          </w:p>
        </w:tc>
        <w:tc>
          <w:tcPr>
            <w:tcW w:type="dxa" w:w="1199"/>
          </w:tcPr>
          <w:p>
            <w:pPr>
              <w:spacing w:after="0"/>
              <w:jc w:val="right"/>
            </w:pPr>
            <w:r>
              <w:rPr>
                <w:sz w:val="16"/>
              </w:rPr>
              <w:t>42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$51,083</w:t>
            </w:r>
          </w:p>
        </w:tc>
        <w:tc>
          <w:tcPr>
            <w:tcW w:type="dxa" w:w="1126"/>
          </w:tcPr>
          <w:p>
            <w:pPr>
              <w:spacing w:after="0"/>
              <w:jc w:val="right"/>
            </w:pPr>
          </w:p>
        </w:tc>
        <w:tc>
          <w:tcPr>
            <w:tcW w:type="dxa" w:w="1297"/>
          </w:tcPr>
          <w:p>
            <w:pPr>
              <w:spacing w:after="0"/>
              <w:jc w:val="right"/>
            </w:pPr>
            <w:r>
              <w:rPr>
                <w:sz w:val="16"/>
              </w:rPr>
              <w:t>$1,413</w:t>
            </w:r>
          </w:p>
        </w:tc>
        <w:tc>
          <w:tcPr>
            <w:tcW w:type="dxa" w:w="1111"/>
          </w:tcPr>
          <w:p>
            <w:pPr>
              <w:spacing w:after="0"/>
              <w:jc w:val="right"/>
            </w:pPr>
            <w:r>
              <w:rPr>
                <w:sz w:val="16"/>
              </w:rPr>
              <w:t>$52,496</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$70</w:t>
            </w:r>
          </w:p>
        </w:tc>
        <w:tc>
          <w:tcPr>
            <w:tcW w:type="dxa" w:w="1297"/>
          </w:tcPr>
          <w:p>
            <w:pPr>
              <w:spacing w:after="0"/>
              <w:jc w:val="right"/>
            </w:pPr>
            <w:r>
              <w:rPr>
                <w:sz w:val="16"/>
              </w:rPr>
              <w:t>$44,794</w:t>
            </w:r>
          </w:p>
        </w:tc>
        <w:tc>
          <w:tcPr>
            <w:tcW w:type="dxa" w:w="1111"/>
          </w:tcPr>
          <w:p>
            <w:pPr>
              <w:spacing w:after="0"/>
              <w:jc w:val="right"/>
            </w:pPr>
            <w:r>
              <w:rPr>
                <w:sz w:val="16"/>
              </w:rPr>
              <w:t>$44,867</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$11,546</w:t>
            </w:r>
          </w:p>
        </w:tc>
        <w:tc>
          <w:tcPr>
            <w:tcW w:type="dxa" w:w="1126"/>
          </w:tcPr>
          <w:p>
            <w:pPr>
              <w:spacing w:after="0"/>
              <w:jc w:val="right"/>
            </w:pPr>
            <w:r>
              <w:rPr>
                <w:sz w:val="16"/>
              </w:rPr>
              <w:t>$20,848</w:t>
            </w:r>
          </w:p>
        </w:tc>
        <w:tc>
          <w:tcPr>
            <w:tcW w:type="dxa" w:w="1297"/>
          </w:tcPr>
          <w:p>
            <w:pPr>
              <w:spacing w:after="0"/>
              <w:jc w:val="right"/>
            </w:pPr>
            <w:r>
              <w:rPr>
                <w:sz w:val="16"/>
              </w:rPr>
              <w:t>$497</w:t>
            </w:r>
          </w:p>
        </w:tc>
        <w:tc>
          <w:tcPr>
            <w:tcW w:type="dxa" w:w="1111"/>
          </w:tcPr>
          <w:p>
            <w:pPr>
              <w:spacing w:after="0"/>
              <w:jc w:val="right"/>
            </w:pPr>
            <w:r>
              <w:rPr>
                <w:sz w:val="16"/>
              </w:rPr>
              <w:t>$32,890</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$2,810</w:t>
            </w:r>
          </w:p>
        </w:tc>
        <w:tc>
          <w:tcPr>
            <w:tcW w:type="dxa" w:w="1126"/>
          </w:tcPr>
          <w:p>
            <w:pPr>
              <w:spacing w:after="0"/>
              <w:jc w:val="right"/>
            </w:pPr>
            <w:r>
              <w:rPr>
                <w:sz w:val="16"/>
              </w:rPr>
              <w:t>$1</w:t>
            </w:r>
          </w:p>
        </w:tc>
        <w:tc>
          <w:tcPr>
            <w:tcW w:type="dxa" w:w="1297"/>
          </w:tcPr>
          <w:p>
            <w:pPr>
              <w:spacing w:after="0"/>
              <w:jc w:val="right"/>
            </w:pPr>
            <w:r>
              <w:rPr>
                <w:sz w:val="16"/>
              </w:rPr>
              <w:t>$13,428</w:t>
            </w:r>
          </w:p>
        </w:tc>
        <w:tc>
          <w:tcPr>
            <w:tcW w:type="dxa" w:w="1111"/>
          </w:tcPr>
          <w:p>
            <w:pPr>
              <w:spacing w:after="0"/>
              <w:jc w:val="right"/>
            </w:pPr>
            <w:r>
              <w:rPr>
                <w:sz w:val="16"/>
              </w:rPr>
              <w:t>$16,239</w:t>
            </w:r>
          </w:p>
        </w:tc>
        <w:tc>
          <w:tcPr>
            <w:tcW w:type="dxa" w:w="1199"/>
          </w:tcPr>
          <w:p>
            <w:pPr>
              <w:spacing w:after="0"/>
              <w:jc w:val="right"/>
            </w:pPr>
            <w:r>
              <w:rPr>
                <w:sz w:val="16"/>
              </w:rPr>
              <w:t>57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$6,049</w:t>
            </w:r>
          </w:p>
        </w:tc>
        <w:tc>
          <w:tcPr>
            <w:tcW w:type="dxa" w:w="1126"/>
          </w:tcPr>
          <w:p>
            <w:pPr>
              <w:spacing w:after="0"/>
              <w:jc w:val="right"/>
            </w:pPr>
          </w:p>
        </w:tc>
        <w:tc>
          <w:tcPr>
            <w:tcW w:type="dxa" w:w="1297"/>
          </w:tcPr>
          <w:p>
            <w:pPr>
              <w:spacing w:after="0"/>
              <w:jc w:val="right"/>
            </w:pPr>
            <w:r>
              <w:rPr>
                <w:sz w:val="16"/>
              </w:rPr>
              <w:t>$2,848</w:t>
            </w:r>
          </w:p>
        </w:tc>
        <w:tc>
          <w:tcPr>
            <w:tcW w:type="dxa" w:w="1111"/>
          </w:tcPr>
          <w:p>
            <w:pPr>
              <w:spacing w:after="0"/>
              <w:jc w:val="right"/>
            </w:pPr>
            <w:r>
              <w:rPr>
                <w:sz w:val="16"/>
              </w:rPr>
              <w:t>$8,897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1"/>
        <w:gridCol w:w="1672"/>
        <w:gridCol w:w="1515"/>
        <w:gridCol w:w="1802"/>
        <w:gridCol w:w="2104"/>
        <w:gridCol w:w="1628"/>
        <w:gridCol w:w="1533"/>
        <w:gridCol w:w="2217"/>
      </w:tblGrid>
      <w:tr>
        <w:trPr>
          <w:cantSplit/>
          <w:tblHeader/>
        </w:trPr>
        <w:tc>
          <w:tcPr>
            <w:tcW w:type="dxa" w:w="1641"/>
            <w:shd w:val="clear" w:color="auto" w:fill="E8E8E8"/>
          </w:tcPr>
          <w:p>
            <w:pPr>
              <w:spacing w:after="0"/>
              <w:jc w:val="left"/>
            </w:pPr>
            <w:r>
              <w:rPr>
                <w:b/>
                <w:sz w:val="16"/>
              </w:rPr>
              <w:t>Hazard</w:t>
            </w:r>
          </w:p>
        </w:tc>
        <w:tc>
          <w:tcPr>
            <w:tcW w:type="dxa" w:w="1672"/>
            <w:shd w:val="clear" w:color="auto" w:fill="E8E8E8"/>
          </w:tcPr>
          <w:p>
            <w:pPr>
              <w:spacing w:after="0"/>
              <w:jc w:val="left"/>
            </w:pPr>
            <w:r>
              <w:rPr>
                <w:b/>
                <w:sz w:val="16"/>
              </w:rPr>
              <w:t>Scale</w:t>
            </w:r>
          </w:p>
        </w:tc>
        <w:tc>
          <w:tcPr>
            <w:tcW w:type="dxa" w:w="1515"/>
            <w:shd w:val="clear" w:color="auto" w:fill="E8E8E8"/>
          </w:tcPr>
          <w:p>
            <w:pPr>
              <w:spacing w:after="0"/>
              <w:jc w:val="right"/>
            </w:pPr>
            <w:r>
              <w:rPr>
                <w:b/>
                <w:sz w:val="16"/>
              </w:rPr>
              <w:t>Records</w:t>
            </w:r>
          </w:p>
          <w:p>
            <w:pPr>
              <w:spacing w:after="0"/>
              <w:jc w:val="right"/>
            </w:pPr>
            <w:r>
              <w:rPr>
                <w:i/>
                <w:color w:val="555555"/>
                <w:sz w:val="14"/>
              </w:rPr>
              <w:t>count, years</w:t>
            </w:r>
          </w:p>
        </w:tc>
        <w:tc>
          <w:tcPr>
            <w:tcW w:type="dxa" w:w="1802"/>
            <w:shd w:val="clear" w:color="auto" w:fill="E8E8E8"/>
          </w:tcPr>
          <w:p>
            <w:pPr>
              <w:spacing w:after="0"/>
              <w:jc w:val="left"/>
            </w:pPr>
            <w:r>
              <w:rPr>
                <w:b/>
                <w:sz w:val="16"/>
              </w:rPr>
              <w:t>Observed range</w:t>
            </w:r>
          </w:p>
        </w:tc>
        <w:tc>
          <w:tcPr>
            <w:tcW w:type="dxa" w:w="2104"/>
            <w:shd w:val="clear" w:color="auto" w:fill="E8E8E8"/>
          </w:tcPr>
          <w:p>
            <w:pPr>
              <w:spacing w:after="0"/>
              <w:jc w:val="left"/>
            </w:pPr>
            <w:r>
              <w:rPr>
                <w:b/>
                <w:sz w:val="16"/>
              </w:rPr>
              <w:t>Worst recorded event</w:t>
            </w:r>
          </w:p>
        </w:tc>
        <w:tc>
          <w:tcPr>
            <w:tcW w:type="dxa" w:w="1628"/>
            <w:shd w:val="clear" w:color="auto" w:fill="E8E8E8"/>
          </w:tcPr>
          <w:p>
            <w:pPr>
              <w:spacing w:after="0"/>
              <w:jc w:val="left"/>
            </w:pPr>
            <w:r>
              <w:rPr>
                <w:b/>
                <w:sz w:val="16"/>
              </w:rPr>
              <w:t>Most damaging (when different)</w:t>
            </w:r>
          </w:p>
        </w:tc>
        <w:tc>
          <w:tcPr>
            <w:tcW w:type="dxa" w:w="1533"/>
            <w:shd w:val="clear" w:color="auto" w:fill="E8E8E8"/>
          </w:tcPr>
          <w:p>
            <w:pPr>
              <w:spacing w:after="0"/>
              <w:jc w:val="left"/>
            </w:pPr>
            <w:r>
              <w:rPr>
                <w:b/>
                <w:sz w:val="16"/>
              </w:rPr>
              <w:t>How it applies to members</w:t>
            </w:r>
          </w:p>
        </w:tc>
        <w:tc>
          <w:tcPr>
            <w:tcW w:type="dxa" w:w="2217"/>
            <w:shd w:val="clear" w:color="auto" w:fill="E8E8E8"/>
          </w:tcPr>
          <w:p>
            <w:pPr>
              <w:spacing w:after="0"/>
              <w:jc w:val="left"/>
            </w:pPr>
            <w:r>
              <w:rPr>
                <w:b/>
                <w:sz w:val="16"/>
              </w:rPr>
              <w:t>Note</w:t>
            </w:r>
          </w:p>
        </w:tc>
      </w:tr>
      <w:tr>
        <w:trPr>
          <w:cantSplit/>
        </w:trPr>
        <w:tc>
          <w:tcPr>
            <w:tcW w:type="dxa" w:w="1641"/>
          </w:tcPr>
          <w:p>
            <w:pPr>
              <w:spacing w:after="0"/>
              <w:jc w:val="left"/>
            </w:pPr>
            <w:r>
              <w:rPr>
                <w:sz w:val="16"/>
              </w:rPr>
              <w:t>Avalanche</w:t>
            </w:r>
          </w:p>
        </w:tc>
        <w:tc>
          <w:tcPr>
            <w:tcW w:type="dxa" w:w="1672"/>
          </w:tcPr>
          <w:p>
            <w:pPr>
              <w:spacing w:after="0"/>
              <w:jc w:val="left"/>
            </w:pPr>
            <w:r>
              <w:rPr>
                <w:sz w:val="16"/>
              </w:rPr>
              <w:t>none (count and damage)</w:t>
            </w:r>
          </w:p>
        </w:tc>
        <w:tc>
          <w:tcPr>
            <w:tcW w:type="dxa" w:w="1515"/>
          </w:tcPr>
          <w:p>
            <w:pPr>
              <w:spacing w:after="0"/>
              <w:jc w:val="right"/>
            </w:pPr>
            <w:r>
              <w:rPr>
                <w:sz w:val="16"/>
              </w:rPr>
              <w:t>0</w:t>
            </w:r>
          </w:p>
        </w:tc>
        <w:tc>
          <w:tcPr>
            <w:tcW w:type="dxa" w:w="1802"/>
          </w:tcPr>
          <w:p>
            <w:pPr>
              <w:spacing w:after="0"/>
              <w:jc w:val="left"/>
            </w:pPr>
          </w:p>
        </w:tc>
        <w:tc>
          <w:tcPr>
            <w:tcW w:type="dxa" w:w="2104"/>
          </w:tcPr>
          <w:p>
            <w:pPr>
              <w:spacing w:after="0"/>
              <w:jc w:val="left"/>
            </w:pPr>
          </w:p>
        </w:tc>
        <w:tc>
          <w:tcPr>
            <w:tcW w:type="dxa" w:w="1628"/>
          </w:tcPr>
          <w:p>
            <w:pPr>
              <w:spacing w:after="0"/>
              <w:jc w:val="left"/>
            </w:pPr>
          </w:p>
        </w:tc>
        <w:tc>
          <w:tcPr>
            <w:tcW w:type="dxa" w:w="1533"/>
          </w:tcPr>
          <w:p>
            <w:pPr>
              <w:spacing w:after="0"/>
              <w:jc w:val="left"/>
            </w:pPr>
          </w:p>
        </w:tc>
        <w:tc>
          <w:tcPr>
            <w:tcW w:type="dxa" w:w="2217"/>
          </w:tcPr>
          <w:p>
            <w:pPr>
              <w:spacing w:after="0"/>
              <w:jc w:val="left"/>
            </w:pPr>
            <w:r>
              <w:rPr>
                <w:sz w:val="16"/>
              </w:rPr>
              <w:t>Physical measure: in event narratives only; local data required.</w:t>
            </w:r>
          </w:p>
        </w:tc>
      </w:tr>
      <w:tr>
        <w:trPr>
          <w:cantSplit/>
        </w:trPr>
        <w:tc>
          <w:tcPr>
            <w:tcW w:type="dxa" w:w="1641"/>
          </w:tcPr>
          <w:p>
            <w:pPr>
              <w:spacing w:after="0"/>
              <w:jc w:val="left"/>
            </w:pPr>
            <w:r>
              <w:rPr>
                <w:sz w:val="16"/>
              </w:rPr>
              <w:t>Coastal Flood, Storm Surge/Tide</w:t>
            </w:r>
          </w:p>
        </w:tc>
        <w:tc>
          <w:tcPr>
            <w:tcW w:type="dxa" w:w="1672"/>
          </w:tcPr>
          <w:p>
            <w:pPr>
              <w:spacing w:after="0"/>
              <w:jc w:val="left"/>
            </w:pPr>
            <w:r>
              <w:rPr>
                <w:sz w:val="16"/>
              </w:rPr>
              <w:t>none in data (FIRM for depth)</w:t>
            </w:r>
          </w:p>
        </w:tc>
        <w:tc>
          <w:tcPr>
            <w:tcW w:type="dxa" w:w="1515"/>
          </w:tcPr>
          <w:p>
            <w:pPr>
              <w:spacing w:after="0"/>
              <w:jc w:val="right"/>
            </w:pPr>
            <w:r>
              <w:rPr>
                <w:sz w:val="16"/>
              </w:rPr>
              <w:t>0</w:t>
            </w:r>
          </w:p>
        </w:tc>
        <w:tc>
          <w:tcPr>
            <w:tcW w:type="dxa" w:w="1802"/>
          </w:tcPr>
          <w:p>
            <w:pPr>
              <w:spacing w:after="0"/>
              <w:jc w:val="left"/>
            </w:pPr>
          </w:p>
        </w:tc>
        <w:tc>
          <w:tcPr>
            <w:tcW w:type="dxa" w:w="2104"/>
          </w:tcPr>
          <w:p>
            <w:pPr>
              <w:spacing w:after="0"/>
              <w:jc w:val="left"/>
            </w:pPr>
          </w:p>
        </w:tc>
        <w:tc>
          <w:tcPr>
            <w:tcW w:type="dxa" w:w="1628"/>
          </w:tcPr>
          <w:p>
            <w:pPr>
              <w:spacing w:after="0"/>
              <w:jc w:val="left"/>
            </w:pPr>
          </w:p>
        </w:tc>
        <w:tc>
          <w:tcPr>
            <w:tcW w:type="dxa" w:w="1533"/>
          </w:tcPr>
          <w:p>
            <w:pPr>
              <w:spacing w:after="0"/>
              <w:jc w:val="left"/>
            </w:pPr>
          </w:p>
        </w:tc>
        <w:tc>
          <w:tcPr>
            <w:tcW w:type="dxa" w:w="2217"/>
          </w:tcPr>
          <w:p>
            <w:pPr>
              <w:spacing w:after="0"/>
              <w:jc w:val="left"/>
            </w:pPr>
            <w:r>
              <w:rPr>
                <w:sz w:val="16"/>
              </w:rPr>
              <w:t>Flood depth: see the FEMA Flood Insurance Rate Map.</w:t>
            </w:r>
          </w:p>
        </w:tc>
      </w:tr>
      <w:tr>
        <w:trPr>
          <w:cantSplit/>
        </w:trPr>
        <w:tc>
          <w:tcPr>
            <w:tcW w:type="dxa" w:w="1641"/>
          </w:tcPr>
          <w:p>
            <w:pPr>
              <w:spacing w:after="0"/>
              <w:jc w:val="left"/>
            </w:pPr>
            <w:r>
              <w:rPr>
                <w:sz w:val="16"/>
              </w:rPr>
              <w:t>Cold/Wind Chill, Extreme Cold/Wind Chill</w:t>
            </w:r>
          </w:p>
        </w:tc>
        <w:tc>
          <w:tcPr>
            <w:tcW w:type="dxa" w:w="1672"/>
          </w:tcPr>
          <w:p>
            <w:pPr>
              <w:spacing w:after="0"/>
              <w:jc w:val="left"/>
            </w:pPr>
            <w:r>
              <w:rPr>
                <w:sz w:val="16"/>
              </w:rPr>
              <w:t>wind chill</w:t>
            </w:r>
          </w:p>
        </w:tc>
        <w:tc>
          <w:tcPr>
            <w:tcW w:type="dxa" w:w="1515"/>
          </w:tcPr>
          <w:p>
            <w:pPr>
              <w:spacing w:after="0"/>
              <w:jc w:val="right"/>
            </w:pPr>
            <w:r>
              <w:rPr>
                <w:sz w:val="16"/>
              </w:rPr>
              <w:t>13, 1996 to 2003 (13 zone-level)</w:t>
            </w:r>
          </w:p>
        </w:tc>
        <w:tc>
          <w:tcPr>
            <w:tcW w:type="dxa" w:w="1802"/>
          </w:tcPr>
          <w:p>
            <w:pPr>
              <w:spacing w:after="0"/>
              <w:jc w:val="left"/>
            </w:pPr>
            <w:r>
              <w:rPr>
                <w:sz w:val="16"/>
              </w:rPr>
              <w:t>1 day to 31 days (median 4 days); 10 with a recorded value</w:t>
            </w:r>
          </w:p>
        </w:tc>
        <w:tc>
          <w:tcPr>
            <w:tcW w:type="dxa" w:w="2104"/>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28"/>
          </w:tcPr>
          <w:p>
            <w:pPr>
              <w:spacing w:after="0"/>
              <w:jc w:val="left"/>
            </w:pPr>
          </w:p>
        </w:tc>
        <w:tc>
          <w:tcPr>
            <w:tcW w:type="dxa" w:w="1533"/>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41"/>
          </w:tcPr>
          <w:p>
            <w:pPr>
              <w:spacing w:after="0"/>
              <w:jc w:val="left"/>
            </w:pPr>
            <w:r>
              <w:rPr>
                <w:sz w:val="16"/>
              </w:rPr>
              <w:t>Frost/Freeze (outside NRI Cold Wave definition)</w:t>
            </w:r>
          </w:p>
        </w:tc>
        <w:tc>
          <w:tcPr>
            <w:tcW w:type="dxa" w:w="1672"/>
          </w:tcPr>
          <w:p>
            <w:pPr>
              <w:spacing w:after="0"/>
              <w:jc w:val="left"/>
            </w:pPr>
            <w:r>
              <w:rPr>
                <w:sz w:val="16"/>
              </w:rPr>
              <w:t>crop damage</w:t>
            </w:r>
          </w:p>
        </w:tc>
        <w:tc>
          <w:tcPr>
            <w:tcW w:type="dxa" w:w="1515"/>
          </w:tcPr>
          <w:p>
            <w:pPr>
              <w:spacing w:after="0"/>
              <w:jc w:val="right"/>
            </w:pPr>
            <w:r>
              <w:rPr>
                <w:sz w:val="16"/>
              </w:rPr>
              <w:t>1, 2007 to 2007 (1 zone-level)</w:t>
            </w:r>
          </w:p>
        </w:tc>
        <w:tc>
          <w:tcPr>
            <w:tcW w:type="dxa" w:w="1802"/>
          </w:tcPr>
          <w:p>
            <w:pPr>
              <w:spacing w:after="0"/>
              <w:jc w:val="left"/>
            </w:pPr>
          </w:p>
        </w:tc>
        <w:tc>
          <w:tcPr>
            <w:tcW w:type="dxa" w:w="2104"/>
          </w:tcPr>
          <w:p>
            <w:pPr>
              <w:spacing w:after="0"/>
              <w:jc w:val="left"/>
            </w:pPr>
            <w:r>
              <w:rPr>
                <w:sz w:val="16"/>
              </w:rPr>
              <w:t>No crop damage reported in 1 records.</w:t>
            </w:r>
          </w:p>
        </w:tc>
        <w:tc>
          <w:tcPr>
            <w:tcW w:type="dxa" w:w="1628"/>
          </w:tcPr>
          <w:p>
            <w:pPr>
              <w:spacing w:after="0"/>
              <w:jc w:val="left"/>
            </w:pPr>
          </w:p>
        </w:tc>
        <w:tc>
          <w:tcPr>
            <w:tcW w:type="dxa" w:w="1533"/>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Temperature: in event narratives only; local data required.</w:t>
            </w:r>
          </w:p>
        </w:tc>
      </w:tr>
      <w:tr>
        <w:trPr>
          <w:cantSplit/>
        </w:trPr>
        <w:tc>
          <w:tcPr>
            <w:tcW w:type="dxa" w:w="1641"/>
          </w:tcPr>
          <w:p>
            <w:pPr>
              <w:spacing w:after="0"/>
              <w:jc w:val="left"/>
            </w:pPr>
            <w:r>
              <w:rPr>
                <w:sz w:val="16"/>
              </w:rPr>
              <w:t>Drought</w:t>
            </w:r>
          </w:p>
        </w:tc>
        <w:tc>
          <w:tcPr>
            <w:tcW w:type="dxa" w:w="1672"/>
          </w:tcPr>
          <w:p>
            <w:pPr>
              <w:spacing w:after="0"/>
              <w:jc w:val="left"/>
            </w:pPr>
            <w:r>
              <w:rPr>
                <w:sz w:val="16"/>
              </w:rPr>
              <w:t>US Drought Monitor D-scale</w:t>
            </w:r>
          </w:p>
        </w:tc>
        <w:tc>
          <w:tcPr>
            <w:tcW w:type="dxa" w:w="1515"/>
          </w:tcPr>
          <w:p>
            <w:pPr>
              <w:spacing w:after="0"/>
              <w:jc w:val="right"/>
            </w:pPr>
            <w:r>
              <w:rPr>
                <w:sz w:val="16"/>
              </w:rPr>
              <w:t>42, 1997 to 2026 (42 zone-level)</w:t>
            </w:r>
          </w:p>
        </w:tc>
        <w:tc>
          <w:tcPr>
            <w:tcW w:type="dxa" w:w="1802"/>
          </w:tcPr>
          <w:p>
            <w:pPr>
              <w:spacing w:after="0"/>
              <w:jc w:val="left"/>
            </w:pPr>
            <w:r>
              <w:rPr>
                <w:sz w:val="16"/>
              </w:rPr>
              <w:t>22 days to 365 days (median 31 days); 18 with a recorded value</w:t>
            </w:r>
          </w:p>
        </w:tc>
        <w:tc>
          <w:tcPr>
            <w:tcW w:type="dxa" w:w="2104"/>
          </w:tcPr>
          <w:p>
            <w:pPr>
              <w:spacing w:after="0"/>
              <w:jc w:val="left"/>
            </w:pPr>
            <w:r>
              <w:rPr>
                <w:sz w:val="16"/>
              </w:rPr>
              <w:t>365 days (12 months), 2016-06-01 to 2017-05-31, a run of 12 consecutive Storm Events drought records, zone-level</w:t>
            </w:r>
          </w:p>
        </w:tc>
        <w:tc>
          <w:tcPr>
            <w:tcW w:type="dxa" w:w="1628"/>
          </w:tcPr>
          <w:p>
            <w:pPr>
              <w:spacing w:after="0"/>
              <w:jc w:val="left"/>
            </w:pPr>
            <w:r>
              <w:rPr>
                <w:sz w:val="16"/>
              </w:rPr>
              <w:t>Drought, 2000-06-01, property not reported; $921,890 crops, reported for the zone (2000 dollars)</w:t>
            </w:r>
          </w:p>
        </w:tc>
        <w:tc>
          <w:tcPr>
            <w:tcW w:type="dxa" w:w="1533"/>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1"/>
          </w:tcPr>
          <w:p>
            <w:pPr>
              <w:spacing w:after="0"/>
              <w:jc w:val="left"/>
            </w:pPr>
            <w:r>
              <w:rPr>
                <w:sz w:val="16"/>
              </w:rPr>
              <w:t>Earthquake</w:t>
            </w:r>
          </w:p>
        </w:tc>
        <w:tc>
          <w:tcPr>
            <w:tcW w:type="dxa" w:w="1672"/>
          </w:tcPr>
          <w:p>
            <w:pPr>
              <w:spacing w:after="0"/>
              <w:jc w:val="left"/>
            </w:pPr>
            <w:r>
              <w:rPr>
                <w:sz w:val="16"/>
              </w:rPr>
              <w:t>Modified Mercalli (local data)</w:t>
            </w:r>
          </w:p>
        </w:tc>
        <w:tc>
          <w:tcPr>
            <w:tcW w:type="dxa" w:w="1515"/>
          </w:tcPr>
          <w:p>
            <w:pPr>
              <w:spacing w:after="0"/>
              <w:jc w:val="right"/>
            </w:pPr>
            <w:r>
              <w:rPr>
                <w:sz w:val="16"/>
              </w:rPr>
              <w:t>0</w:t>
            </w:r>
          </w:p>
        </w:tc>
        <w:tc>
          <w:tcPr>
            <w:tcW w:type="dxa" w:w="1802"/>
          </w:tcPr>
          <w:p>
            <w:pPr>
              <w:spacing w:after="0"/>
              <w:jc w:val="left"/>
            </w:pPr>
          </w:p>
        </w:tc>
        <w:tc>
          <w:tcPr>
            <w:tcW w:type="dxa" w:w="2104"/>
          </w:tcPr>
          <w:p>
            <w:pPr>
              <w:spacing w:after="0"/>
              <w:jc w:val="left"/>
            </w:pPr>
          </w:p>
        </w:tc>
        <w:tc>
          <w:tcPr>
            <w:tcW w:type="dxa" w:w="1628"/>
          </w:tcPr>
          <w:p>
            <w:pPr>
              <w:spacing w:after="0"/>
              <w:jc w:val="left"/>
            </w:pPr>
          </w:p>
        </w:tc>
        <w:tc>
          <w:tcPr>
            <w:tcW w:type="dxa" w:w="1533"/>
          </w:tcPr>
          <w:p>
            <w:pPr>
              <w:spacing w:after="0"/>
              <w:jc w:val="left"/>
            </w:pPr>
          </w:p>
        </w:tc>
        <w:tc>
          <w:tcPr>
            <w:tcW w:type="dxa" w:w="2217"/>
          </w:tcPr>
          <w:p>
            <w:pPr>
              <w:spacing w:after="0"/>
              <w:jc w:val="left"/>
            </w:pPr>
            <w:r>
              <w:rPr>
                <w:sz w:val="16"/>
              </w:rPr>
              <w:t>No Storm Events record; local data required (e.g., USGS).</w:t>
            </w:r>
          </w:p>
        </w:tc>
      </w:tr>
      <w:tr>
        <w:trPr>
          <w:cantSplit/>
        </w:trPr>
        <w:tc>
          <w:tcPr>
            <w:tcW w:type="dxa" w:w="1641"/>
          </w:tcPr>
          <w:p>
            <w:pPr>
              <w:spacing w:after="0"/>
              <w:jc w:val="left"/>
            </w:pPr>
            <w:r>
              <w:rPr>
                <w:sz w:val="16"/>
              </w:rPr>
              <w:t>Hail</w:t>
            </w:r>
          </w:p>
        </w:tc>
        <w:tc>
          <w:tcPr>
            <w:tcW w:type="dxa" w:w="1672"/>
          </w:tcPr>
          <w:p>
            <w:pPr>
              <w:spacing w:after="0"/>
              <w:jc w:val="left"/>
            </w:pPr>
            <w:r>
              <w:rPr>
                <w:sz w:val="16"/>
              </w:rPr>
              <w:t>hail size (inches)</w:t>
            </w:r>
          </w:p>
        </w:tc>
        <w:tc>
          <w:tcPr>
            <w:tcW w:type="dxa" w:w="1515"/>
          </w:tcPr>
          <w:p>
            <w:pPr>
              <w:spacing w:after="0"/>
              <w:jc w:val="right"/>
            </w:pPr>
            <w:r>
              <w:rPr>
                <w:sz w:val="16"/>
              </w:rPr>
              <w:t>64, 1994 to 2026</w:t>
            </w:r>
          </w:p>
        </w:tc>
        <w:tc>
          <w:tcPr>
            <w:tcW w:type="dxa" w:w="1802"/>
          </w:tcPr>
          <w:p>
            <w:pPr>
              <w:spacing w:after="0"/>
              <w:jc w:val="left"/>
            </w:pPr>
            <w:r>
              <w:rPr>
                <w:sz w:val="16"/>
              </w:rPr>
              <w:t>0.75 in to 2.75 in (median 0.88 in); 64 with a recorded value</w:t>
            </w:r>
          </w:p>
        </w:tc>
        <w:tc>
          <w:tcPr>
            <w:tcW w:type="dxa" w:w="2104"/>
          </w:tcPr>
          <w:p>
            <w:pPr>
              <w:spacing w:after="0"/>
              <w:jc w:val="left"/>
            </w:pPr>
            <w:r>
              <w:rPr>
                <w:sz w:val="16"/>
              </w:rPr>
              <w:t>2.75 in hail, 2005-03-27</w:t>
            </w:r>
          </w:p>
        </w:tc>
        <w:tc>
          <w:tcPr>
            <w:tcW w:type="dxa" w:w="1628"/>
          </w:tcPr>
          <w:p>
            <w:pPr>
              <w:spacing w:after="0"/>
              <w:jc w:val="left"/>
            </w:pPr>
            <w:r>
              <w:rPr>
                <w:sz w:val="16"/>
              </w:rPr>
              <w:t>Hail, 2008-08-02, $300,000 property; $0 crops (2008 dollars)</w:t>
            </w:r>
          </w:p>
        </w:tc>
        <w:tc>
          <w:tcPr>
            <w:tcW w:type="dxa" w:w="1533"/>
          </w:tcPr>
          <w:p>
            <w:pPr>
              <w:spacing w:after="0"/>
              <w:jc w:val="left"/>
            </w:pPr>
            <w:r>
              <w:rPr>
                <w:sz w:val="16"/>
              </w:rPr>
              <w:t>Event records naming member places: Jasper city (25 records), Nelson city (4 records), Talking Rock town (4 records).</w:t>
            </w:r>
          </w:p>
        </w:tc>
        <w:tc>
          <w:tcPr>
            <w:tcW w:type="dxa" w:w="2217"/>
          </w:tcPr>
          <w:p>
            <w:pPr>
              <w:spacing w:after="0"/>
              <w:jc w:val="left"/>
            </w:pPr>
          </w:p>
        </w:tc>
      </w:tr>
      <w:tr>
        <w:trPr>
          <w:cantSplit/>
        </w:trPr>
        <w:tc>
          <w:tcPr>
            <w:tcW w:type="dxa" w:w="1641"/>
          </w:tcPr>
          <w:p>
            <w:pPr>
              <w:spacing w:after="0"/>
              <w:jc w:val="left"/>
            </w:pPr>
            <w:r>
              <w:rPr>
                <w:sz w:val="16"/>
              </w:rPr>
              <w:t>Excessive Heat, Heat</w:t>
            </w:r>
          </w:p>
        </w:tc>
        <w:tc>
          <w:tcPr>
            <w:tcW w:type="dxa" w:w="1672"/>
          </w:tcPr>
          <w:p>
            <w:pPr>
              <w:spacing w:after="0"/>
              <w:jc w:val="left"/>
            </w:pPr>
            <w:r>
              <w:rPr>
                <w:sz w:val="16"/>
              </w:rPr>
              <w:t>heat index (narratives)</w:t>
            </w:r>
          </w:p>
        </w:tc>
        <w:tc>
          <w:tcPr>
            <w:tcW w:type="dxa" w:w="1515"/>
          </w:tcPr>
          <w:p>
            <w:pPr>
              <w:spacing w:after="0"/>
              <w:jc w:val="right"/>
            </w:pPr>
            <w:r>
              <w:rPr>
                <w:sz w:val="16"/>
              </w:rPr>
              <w:t>11, 1999 to 2012 (11 zone-level)</w:t>
            </w:r>
          </w:p>
        </w:tc>
        <w:tc>
          <w:tcPr>
            <w:tcW w:type="dxa" w:w="1802"/>
          </w:tcPr>
          <w:p>
            <w:pPr>
              <w:spacing w:after="0"/>
              <w:jc w:val="left"/>
            </w:pPr>
            <w:r>
              <w:rPr>
                <w:sz w:val="16"/>
              </w:rPr>
              <w:t>3 days to 33 days (median 10 days); 5 with a recorded value</w:t>
            </w:r>
          </w:p>
        </w:tc>
        <w:tc>
          <w:tcPr>
            <w:tcW w:type="dxa" w:w="2104"/>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28"/>
          </w:tcPr>
          <w:p>
            <w:pPr>
              <w:spacing w:after="0"/>
              <w:jc w:val="left"/>
            </w:pPr>
          </w:p>
        </w:tc>
        <w:tc>
          <w:tcPr>
            <w:tcW w:type="dxa" w:w="1533"/>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1"/>
          </w:tcPr>
          <w:p>
            <w:pPr>
              <w:spacing w:after="0"/>
              <w:jc w:val="left"/>
            </w:pPr>
            <w:r>
              <w:rPr>
                <w:sz w:val="16"/>
              </w:rPr>
              <w:t>Hurricane, Tropical Storm, Tropical Depression</w:t>
            </w:r>
          </w:p>
        </w:tc>
        <w:tc>
          <w:tcPr>
            <w:tcW w:type="dxa" w:w="1672"/>
          </w:tcPr>
          <w:p>
            <w:pPr>
              <w:spacing w:after="0"/>
              <w:jc w:val="left"/>
            </w:pPr>
            <w:r>
              <w:rPr>
                <w:sz w:val="16"/>
              </w:rPr>
              <w:t>Saffir-Simpson</w:t>
            </w:r>
          </w:p>
        </w:tc>
        <w:tc>
          <w:tcPr>
            <w:tcW w:type="dxa" w:w="1515"/>
          </w:tcPr>
          <w:p>
            <w:pPr>
              <w:spacing w:after="0"/>
              <w:jc w:val="right"/>
            </w:pPr>
            <w:r>
              <w:rPr>
                <w:sz w:val="16"/>
              </w:rPr>
              <w:t>16, 2002 to 2020 (16 zone-level)</w:t>
            </w:r>
          </w:p>
        </w:tc>
        <w:tc>
          <w:tcPr>
            <w:tcW w:type="dxa" w:w="1802"/>
          </w:tcPr>
          <w:p>
            <w:pPr>
              <w:spacing w:after="0"/>
              <w:jc w:val="left"/>
            </w:pPr>
          </w:p>
        </w:tc>
        <w:tc>
          <w:tcPr>
            <w:tcW w:type="dxa" w:w="2104"/>
          </w:tcPr>
          <w:p>
            <w:pPr>
              <w:spacing w:after="0"/>
              <w:jc w:val="left"/>
            </w:pPr>
            <w:r>
              <w:rPr>
                <w:sz w:val="16"/>
              </w:rPr>
              <w:t>Strongest recorded (records with damage, a wind speed or direct casualties first, then storm type, category and wind): Tropical Storm record, 2017-09-11, $100,000 property; crops not reported, reported for the zone (2017 dollars); NWS zone GAZ013 (PICKENS), zone-level: may include parts of neighboring counties</w:t>
            </w:r>
          </w:p>
        </w:tc>
        <w:tc>
          <w:tcPr>
            <w:tcW w:type="dxa" w:w="1628"/>
          </w:tcPr>
          <w:p>
            <w:pPr>
              <w:spacing w:after="0"/>
              <w:jc w:val="left"/>
            </w:pPr>
          </w:p>
        </w:tc>
        <w:tc>
          <w:tcPr>
            <w:tcW w:type="dxa" w:w="1533"/>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1"/>
          </w:tcPr>
          <w:p>
            <w:pPr>
              <w:spacing w:after="0"/>
              <w:jc w:val="left"/>
            </w:pPr>
            <w:r>
              <w:rPr>
                <w:sz w:val="16"/>
              </w:rPr>
              <w:t>Ice Storm</w:t>
            </w:r>
          </w:p>
        </w:tc>
        <w:tc>
          <w:tcPr>
            <w:tcW w:type="dxa" w:w="1672"/>
          </w:tcPr>
          <w:p>
            <w:pPr>
              <w:spacing w:after="0"/>
              <w:jc w:val="left"/>
            </w:pPr>
            <w:r>
              <w:rPr>
                <w:sz w:val="16"/>
              </w:rPr>
              <w:t>Sperry-Piltz (local data)</w:t>
            </w:r>
          </w:p>
        </w:tc>
        <w:tc>
          <w:tcPr>
            <w:tcW w:type="dxa" w:w="1515"/>
          </w:tcPr>
          <w:p>
            <w:pPr>
              <w:spacing w:after="0"/>
              <w:jc w:val="right"/>
            </w:pPr>
            <w:r>
              <w:rPr>
                <w:sz w:val="16"/>
              </w:rPr>
              <w:t>11, 1997 to 2026 (11 zone-level)</w:t>
            </w:r>
          </w:p>
        </w:tc>
        <w:tc>
          <w:tcPr>
            <w:tcW w:type="dxa" w:w="1802"/>
          </w:tcPr>
          <w:p>
            <w:pPr>
              <w:spacing w:after="0"/>
              <w:jc w:val="left"/>
            </w:pPr>
          </w:p>
        </w:tc>
        <w:tc>
          <w:tcPr>
            <w:tcW w:type="dxa" w:w="2104"/>
          </w:tcPr>
          <w:p>
            <w:pPr>
              <w:spacing w:after="0"/>
              <w:jc w:val="left"/>
            </w:pPr>
            <w:r>
              <w:rPr>
                <w:sz w:val="16"/>
              </w:rPr>
              <w:t>Ice Storm, 2000-01-22, $980,000 property; crops not reported, reported for the zone (2000 dollars); NWS zone GAZ013 (PICKENS), zone-level: may include parts of neighboring counties</w:t>
            </w:r>
          </w:p>
        </w:tc>
        <w:tc>
          <w:tcPr>
            <w:tcW w:type="dxa" w:w="1628"/>
          </w:tcPr>
          <w:p>
            <w:pPr>
              <w:spacing w:after="0"/>
              <w:jc w:val="left"/>
            </w:pPr>
          </w:p>
        </w:tc>
        <w:tc>
          <w:tcPr>
            <w:tcW w:type="dxa" w:w="1533"/>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Ice thickness: in event narratives only; local data required.</w:t>
            </w:r>
          </w:p>
        </w:tc>
      </w:tr>
      <w:tr>
        <w:trPr>
          <w:cantSplit/>
        </w:trPr>
        <w:tc>
          <w:tcPr>
            <w:tcW w:type="dxa" w:w="1641"/>
          </w:tcPr>
          <w:p>
            <w:pPr>
              <w:spacing w:after="0"/>
              <w:jc w:val="left"/>
            </w:pPr>
            <w:r>
              <w:rPr>
                <w:sz w:val="16"/>
              </w:rPr>
              <w:t>Flash Flood, Flood, Lakeshore Flood</w:t>
            </w:r>
          </w:p>
        </w:tc>
        <w:tc>
          <w:tcPr>
            <w:tcW w:type="dxa" w:w="1672"/>
          </w:tcPr>
          <w:p>
            <w:pPr>
              <w:spacing w:after="0"/>
              <w:jc w:val="left"/>
            </w:pPr>
            <w:r>
              <w:rPr>
                <w:sz w:val="16"/>
              </w:rPr>
              <w:t>damage and flood days (FIRM for depth)</w:t>
            </w:r>
          </w:p>
        </w:tc>
        <w:tc>
          <w:tcPr>
            <w:tcW w:type="dxa" w:w="1515"/>
          </w:tcPr>
          <w:p>
            <w:pPr>
              <w:spacing w:after="0"/>
              <w:jc w:val="right"/>
            </w:pPr>
            <w:r>
              <w:rPr>
                <w:sz w:val="16"/>
              </w:rPr>
              <w:t>20, 1996 to 2020 (1 zone-level)</w:t>
            </w:r>
          </w:p>
        </w:tc>
        <w:tc>
          <w:tcPr>
            <w:tcW w:type="dxa" w:w="1802"/>
          </w:tcPr>
          <w:p>
            <w:pPr>
              <w:spacing w:after="0"/>
              <w:jc w:val="left"/>
            </w:pPr>
          </w:p>
        </w:tc>
        <w:tc>
          <w:tcPr>
            <w:tcW w:type="dxa" w:w="2104"/>
          </w:tcPr>
          <w:p>
            <w:pPr>
              <w:spacing w:after="0"/>
              <w:jc w:val="left"/>
            </w:pPr>
            <w:r>
              <w:rPr>
                <w:sz w:val="16"/>
              </w:rPr>
              <w:t>Flash Flood, 2004-09-16, $100,000 property; crops not reported (2004 dollars)</w:t>
            </w:r>
          </w:p>
        </w:tc>
        <w:tc>
          <w:tcPr>
            <w:tcW w:type="dxa" w:w="1628"/>
          </w:tcPr>
          <w:p>
            <w:pPr>
              <w:spacing w:after="0"/>
              <w:jc w:val="left"/>
            </w:pPr>
          </w:p>
        </w:tc>
        <w:tc>
          <w:tcPr>
            <w:tcW w:type="dxa" w:w="1533"/>
          </w:tcPr>
          <w:p>
            <w:pPr>
              <w:spacing w:after="0"/>
              <w:jc w:val="left"/>
            </w:pPr>
            <w:r>
              <w:rPr>
                <w:sz w:val="16"/>
              </w:rPr>
              <w:t>Event records naming member places: Talking Rock town (3 records), Jasper city (2 records). Zone-level records (1) apply countywide.</w:t>
            </w:r>
          </w:p>
        </w:tc>
        <w:tc>
          <w:tcPr>
            <w:tcW w:type="dxa" w:w="221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1"/>
          </w:tcPr>
          <w:p>
            <w:pPr>
              <w:spacing w:after="0"/>
              <w:jc w:val="left"/>
            </w:pPr>
            <w:r>
              <w:rPr>
                <w:sz w:val="16"/>
              </w:rPr>
              <w:t>Debris Flow</w:t>
            </w:r>
          </w:p>
        </w:tc>
        <w:tc>
          <w:tcPr>
            <w:tcW w:type="dxa" w:w="1672"/>
          </w:tcPr>
          <w:p>
            <w:pPr>
              <w:spacing w:after="0"/>
              <w:jc w:val="left"/>
            </w:pPr>
            <w:r>
              <w:rPr>
                <w:sz w:val="16"/>
              </w:rPr>
              <w:t>none (count and damage)</w:t>
            </w:r>
          </w:p>
        </w:tc>
        <w:tc>
          <w:tcPr>
            <w:tcW w:type="dxa" w:w="1515"/>
          </w:tcPr>
          <w:p>
            <w:pPr>
              <w:spacing w:after="0"/>
              <w:jc w:val="right"/>
            </w:pPr>
            <w:r>
              <w:rPr>
                <w:sz w:val="16"/>
              </w:rPr>
              <w:t>0</w:t>
            </w:r>
          </w:p>
        </w:tc>
        <w:tc>
          <w:tcPr>
            <w:tcW w:type="dxa" w:w="1802"/>
          </w:tcPr>
          <w:p>
            <w:pPr>
              <w:spacing w:after="0"/>
              <w:jc w:val="left"/>
            </w:pPr>
          </w:p>
        </w:tc>
        <w:tc>
          <w:tcPr>
            <w:tcW w:type="dxa" w:w="2104"/>
          </w:tcPr>
          <w:p>
            <w:pPr>
              <w:spacing w:after="0"/>
              <w:jc w:val="left"/>
            </w:pPr>
          </w:p>
        </w:tc>
        <w:tc>
          <w:tcPr>
            <w:tcW w:type="dxa" w:w="1628"/>
          </w:tcPr>
          <w:p>
            <w:pPr>
              <w:spacing w:after="0"/>
              <w:jc w:val="left"/>
            </w:pPr>
          </w:p>
        </w:tc>
        <w:tc>
          <w:tcPr>
            <w:tcW w:type="dxa" w:w="1533"/>
          </w:tcPr>
          <w:p>
            <w:pPr>
              <w:spacing w:after="0"/>
              <w:jc w:val="left"/>
            </w:pPr>
          </w:p>
        </w:tc>
        <w:tc>
          <w:tcPr>
            <w:tcW w:type="dxa" w:w="2217"/>
          </w:tcPr>
          <w:p>
            <w:pPr>
              <w:spacing w:after="0"/>
              <w:jc w:val="left"/>
            </w:pPr>
            <w:r>
              <w:rPr>
                <w:sz w:val="16"/>
              </w:rPr>
              <w:t>Physical measure: in event narratives only; local data required.</w:t>
            </w:r>
          </w:p>
        </w:tc>
      </w:tr>
      <w:tr>
        <w:trPr>
          <w:cantSplit/>
        </w:trPr>
        <w:tc>
          <w:tcPr>
            <w:tcW w:type="dxa" w:w="1641"/>
          </w:tcPr>
          <w:p>
            <w:pPr>
              <w:spacing w:after="0"/>
              <w:jc w:val="left"/>
            </w:pPr>
            <w:r>
              <w:rPr>
                <w:sz w:val="16"/>
              </w:rPr>
              <w:t>Lightning</w:t>
            </w:r>
          </w:p>
        </w:tc>
        <w:tc>
          <w:tcPr>
            <w:tcW w:type="dxa" w:w="1672"/>
          </w:tcPr>
          <w:p>
            <w:pPr>
              <w:spacing w:after="0"/>
              <w:jc w:val="left"/>
            </w:pPr>
            <w:r>
              <w:rPr>
                <w:sz w:val="16"/>
              </w:rPr>
              <w:t>annualized frequency (the measure FEMA's Local Mitigation Planning Handbook names)</w:t>
            </w:r>
          </w:p>
        </w:tc>
        <w:tc>
          <w:tcPr>
            <w:tcW w:type="dxa" w:w="1515"/>
          </w:tcPr>
          <w:p>
            <w:pPr>
              <w:spacing w:after="0"/>
              <w:jc w:val="right"/>
            </w:pPr>
            <w:r>
              <w:rPr>
                <w:sz w:val="16"/>
              </w:rPr>
              <w:t>4, 2006 to 2013</w:t>
            </w:r>
          </w:p>
        </w:tc>
        <w:tc>
          <w:tcPr>
            <w:tcW w:type="dxa" w:w="1802"/>
          </w:tcPr>
          <w:p>
            <w:pPr>
              <w:spacing w:after="0"/>
              <w:jc w:val="left"/>
            </w:pPr>
          </w:p>
        </w:tc>
        <w:tc>
          <w:tcPr>
            <w:tcW w:type="dxa" w:w="2104"/>
          </w:tcPr>
          <w:p>
            <w:pPr>
              <w:spacing w:after="0"/>
              <w:jc w:val="left"/>
            </w:pPr>
            <w:r>
              <w:rPr>
                <w:sz w:val="16"/>
              </w:rPr>
              <w:t>Lightning, 2006-08-15, $500,000 property; crops not reported (2006 dollars)</w:t>
            </w:r>
          </w:p>
        </w:tc>
        <w:tc>
          <w:tcPr>
            <w:tcW w:type="dxa" w:w="1628"/>
          </w:tcPr>
          <w:p>
            <w:pPr>
              <w:spacing w:after="0"/>
              <w:jc w:val="left"/>
            </w:pPr>
          </w:p>
        </w:tc>
        <w:tc>
          <w:tcPr>
            <w:tcW w:type="dxa" w:w="1533"/>
          </w:tcPr>
          <w:p>
            <w:pPr>
              <w:spacing w:after="0"/>
              <w:jc w:val="left"/>
            </w:pPr>
            <w:r>
              <w:rPr>
                <w:sz w:val="16"/>
              </w:rPr>
              <w:t>Event records naming member places: Jasper city (2 records), Nelson city (1 record), Talking Rock town (1 record).</w:t>
            </w:r>
          </w:p>
        </w:tc>
        <w:tc>
          <w:tcPr>
            <w:tcW w:type="dxa" w:w="2217"/>
          </w:tcPr>
          <w:p>
            <w:pPr>
              <w:spacing w:after="0"/>
              <w:jc w:val="left"/>
            </w:pPr>
            <w:r>
              <w:rPr>
                <w:sz w:val="16"/>
              </w:rPr>
              <w:t>Storm Events lists lightning with damage or casualties; physical measure in event narratives only; local data required.</w:t>
            </w:r>
          </w:p>
        </w:tc>
      </w:tr>
      <w:tr>
        <w:trPr>
          <w:cantSplit/>
        </w:trPr>
        <w:tc>
          <w:tcPr>
            <w:tcW w:type="dxa" w:w="1641"/>
          </w:tcPr>
          <w:p>
            <w:pPr>
              <w:spacing w:after="0"/>
              <w:jc w:val="left"/>
            </w:pPr>
            <w:r>
              <w:rPr>
                <w:sz w:val="16"/>
              </w:rPr>
              <w:t>High Wind and Strong Wind (outside NRI Strong Wind definition)</w:t>
            </w:r>
          </w:p>
        </w:tc>
        <w:tc>
          <w:tcPr>
            <w:tcW w:type="dxa" w:w="1672"/>
          </w:tcPr>
          <w:p>
            <w:pPr>
              <w:spacing w:after="0"/>
              <w:jc w:val="left"/>
            </w:pPr>
            <w:r>
              <w:rPr>
                <w:sz w:val="16"/>
              </w:rPr>
              <w:t>wind speed (kt and mph)</w:t>
            </w:r>
          </w:p>
        </w:tc>
        <w:tc>
          <w:tcPr>
            <w:tcW w:type="dxa" w:w="1515"/>
          </w:tcPr>
          <w:p>
            <w:pPr>
              <w:spacing w:after="0"/>
              <w:jc w:val="right"/>
            </w:pPr>
            <w:r>
              <w:rPr>
                <w:sz w:val="16"/>
              </w:rPr>
              <w:t>19, 1998 to 2022 (19 zone-level)</w:t>
            </w:r>
          </w:p>
        </w:tc>
        <w:tc>
          <w:tcPr>
            <w:tcW w:type="dxa" w:w="1802"/>
          </w:tcPr>
          <w:p>
            <w:pPr>
              <w:spacing w:after="0"/>
              <w:jc w:val="left"/>
            </w:pPr>
            <w:r>
              <w:rPr>
                <w:sz w:val="16"/>
              </w:rPr>
              <w:t>30 kt (35 mph) to 50 kt (58 mph) (median 39 kt (45 mph)); 14 with a recorded value</w:t>
            </w:r>
          </w:p>
        </w:tc>
        <w:tc>
          <w:tcPr>
            <w:tcW w:type="dxa" w:w="2104"/>
          </w:tcPr>
          <w:p>
            <w:pPr>
              <w:spacing w:after="0"/>
              <w:jc w:val="left"/>
            </w:pPr>
            <w:r>
              <w:rPr>
                <w:sz w:val="16"/>
              </w:rPr>
              <w:t>50 kt (58 mph) estimated gust, High Wind, 2009-12-24; same speed and measurement basis also recorded on 2004-09-16, 2009-04-13; NWS zone GAZ013 (PICKENS), zone-level: may include parts of neighboring counties</w:t>
            </w:r>
          </w:p>
        </w:tc>
        <w:tc>
          <w:tcPr>
            <w:tcW w:type="dxa" w:w="1628"/>
          </w:tcPr>
          <w:p>
            <w:pPr>
              <w:spacing w:after="0"/>
              <w:jc w:val="left"/>
            </w:pPr>
            <w:r>
              <w:rPr>
                <w:sz w:val="16"/>
              </w:rPr>
              <w:t>High Wind, 2004-09-16, $250,000 property; crops not reported, reported for the zone (2004 dollars)</w:t>
            </w:r>
          </w:p>
        </w:tc>
        <w:tc>
          <w:tcPr>
            <w:tcW w:type="dxa" w:w="1533"/>
          </w:tcPr>
          <w:p>
            <w:pPr>
              <w:spacing w:after="0"/>
              <w:jc w:val="left"/>
            </w:pPr>
            <w:r>
              <w:rPr>
                <w:sz w:val="16"/>
              </w:rPr>
              <w:t>Zone-level records: applies countywide; national data do not locate these events within the county.</w:t>
            </w:r>
          </w:p>
        </w:tc>
        <w:tc>
          <w:tcPr>
            <w:tcW w:type="dxa" w:w="2217"/>
          </w:tcPr>
          <w:p>
            <w:pPr>
              <w:spacing w:after="0"/>
              <w:jc w:val="left"/>
            </w:pPr>
          </w:p>
        </w:tc>
      </w:tr>
      <w:tr>
        <w:trPr>
          <w:cantSplit/>
        </w:trPr>
        <w:tc>
          <w:tcPr>
            <w:tcW w:type="dxa" w:w="1641"/>
          </w:tcPr>
          <w:p>
            <w:pPr>
              <w:spacing w:after="0"/>
              <w:jc w:val="left"/>
            </w:pPr>
            <w:r>
              <w:rPr>
                <w:sz w:val="16"/>
              </w:rPr>
              <w:t>Thunderstorm Wind</w:t>
            </w:r>
          </w:p>
        </w:tc>
        <w:tc>
          <w:tcPr>
            <w:tcW w:type="dxa" w:w="1672"/>
          </w:tcPr>
          <w:p>
            <w:pPr>
              <w:spacing w:after="0"/>
              <w:jc w:val="left"/>
            </w:pPr>
            <w:r>
              <w:rPr>
                <w:sz w:val="16"/>
              </w:rPr>
              <w:t>wind speed (kt and mph)</w:t>
            </w:r>
          </w:p>
        </w:tc>
        <w:tc>
          <w:tcPr>
            <w:tcW w:type="dxa" w:w="1515"/>
          </w:tcPr>
          <w:p>
            <w:pPr>
              <w:spacing w:after="0"/>
              <w:jc w:val="right"/>
            </w:pPr>
            <w:r>
              <w:rPr>
                <w:sz w:val="16"/>
              </w:rPr>
              <w:t>106, 1975 to 2026</w:t>
            </w:r>
          </w:p>
        </w:tc>
        <w:tc>
          <w:tcPr>
            <w:tcW w:type="dxa" w:w="1802"/>
          </w:tcPr>
          <w:p>
            <w:pPr>
              <w:spacing w:after="0"/>
              <w:jc w:val="left"/>
            </w:pPr>
            <w:r>
              <w:rPr>
                <w:sz w:val="16"/>
              </w:rPr>
              <w:t>35 kt (40 mph) to 76 kt (87 mph) (median 50 kt (58 mph)); 89 with a recorded value</w:t>
            </w:r>
          </w:p>
        </w:tc>
        <w:tc>
          <w:tcPr>
            <w:tcW w:type="dxa" w:w="2104"/>
          </w:tcPr>
          <w:p>
            <w:pPr>
              <w:spacing w:after="0"/>
              <w:jc w:val="left"/>
            </w:pPr>
            <w:r>
              <w:rPr>
                <w:sz w:val="16"/>
              </w:rPr>
              <w:t>76 kt (87 mph) estimated gust, Thunderstorm Wind, 2025-06-07</w:t>
            </w:r>
          </w:p>
        </w:tc>
        <w:tc>
          <w:tcPr>
            <w:tcW w:type="dxa" w:w="1628"/>
          </w:tcPr>
          <w:p>
            <w:pPr>
              <w:spacing w:after="0"/>
              <w:jc w:val="left"/>
            </w:pPr>
            <w:r>
              <w:rPr>
                <w:sz w:val="16"/>
              </w:rPr>
              <w:t>Thunderstorm Wind, 2023-07-20, $500,000 property; crops not reported (2023 dollars)</w:t>
            </w:r>
          </w:p>
        </w:tc>
        <w:tc>
          <w:tcPr>
            <w:tcW w:type="dxa" w:w="1533"/>
          </w:tcPr>
          <w:p>
            <w:pPr>
              <w:spacing w:after="0"/>
              <w:jc w:val="left"/>
            </w:pPr>
            <w:r>
              <w:rPr>
                <w:sz w:val="16"/>
              </w:rPr>
              <w:t>Event records naming member places: Jasper city (25 records), Nelson city (8 records), Talking Rock town (6 records).</w:t>
            </w:r>
          </w:p>
        </w:tc>
        <w:tc>
          <w:tcPr>
            <w:tcW w:type="dxa" w:w="2217"/>
          </w:tcPr>
          <w:p>
            <w:pPr>
              <w:spacing w:after="0"/>
              <w:jc w:val="left"/>
            </w:pPr>
          </w:p>
        </w:tc>
      </w:tr>
      <w:tr>
        <w:trPr>
          <w:cantSplit/>
        </w:trPr>
        <w:tc>
          <w:tcPr>
            <w:tcW w:type="dxa" w:w="1641"/>
          </w:tcPr>
          <w:p>
            <w:pPr>
              <w:spacing w:after="0"/>
              <w:jc w:val="left"/>
            </w:pPr>
            <w:r>
              <w:rPr>
                <w:sz w:val="16"/>
              </w:rPr>
              <w:t>Tornado</w:t>
            </w:r>
          </w:p>
        </w:tc>
        <w:tc>
          <w:tcPr>
            <w:tcW w:type="dxa" w:w="1672"/>
          </w:tcPr>
          <w:p>
            <w:pPr>
              <w:spacing w:after="0"/>
              <w:jc w:val="left"/>
            </w:pPr>
            <w:r>
              <w:rPr>
                <w:sz w:val="16"/>
              </w:rPr>
              <w:t>Enhanced Fujita (F before Feb 2007)</w:t>
            </w:r>
          </w:p>
        </w:tc>
        <w:tc>
          <w:tcPr>
            <w:tcW w:type="dxa" w:w="1515"/>
          </w:tcPr>
          <w:p>
            <w:pPr>
              <w:spacing w:after="0"/>
              <w:jc w:val="right"/>
            </w:pPr>
            <w:r>
              <w:rPr>
                <w:sz w:val="16"/>
              </w:rPr>
              <w:t>10, 1959 to 2023</w:t>
            </w:r>
          </w:p>
        </w:tc>
        <w:tc>
          <w:tcPr>
            <w:tcW w:type="dxa" w:w="1802"/>
          </w:tcPr>
          <w:p>
            <w:pPr>
              <w:spacing w:after="0"/>
              <w:jc w:val="left"/>
            </w:pPr>
            <w:r>
              <w:rPr>
                <w:sz w:val="16"/>
              </w:rPr>
              <w:t>F/EF0 to F/EF4 (median between F/EF1 and F/EF2); 10 with a recorded value</w:t>
            </w:r>
          </w:p>
        </w:tc>
        <w:tc>
          <w:tcPr>
            <w:tcW w:type="dxa" w:w="2104"/>
          </w:tcPr>
          <w:p>
            <w:pPr>
              <w:spacing w:after="0"/>
              <w:jc w:val="left"/>
            </w:pPr>
            <w:r>
              <w:rPr>
                <w:sz w:val="16"/>
              </w:rPr>
              <w:t>F4 tornado, 1974-04-03, 7.6 mi path length (records before 1996 may include the whole path; rating and listing come from the county where the tornado began), 200 yd wide, $2,500,000 property; crops not recorded (1974 dollars), 1 direct death, 17 direct injuries</w:t>
            </w:r>
          </w:p>
        </w:tc>
        <w:tc>
          <w:tcPr>
            <w:tcW w:type="dxa" w:w="1628"/>
          </w:tcPr>
          <w:p>
            <w:pPr>
              <w:spacing w:after="0"/>
              <w:jc w:val="left"/>
            </w:pPr>
            <w:r>
              <w:rPr>
                <w:sz w:val="16"/>
              </w:rPr>
              <w:t>Tornado, 2011-04-27, $8,000,000 property; $0 crops (2011 dollars)</w:t>
            </w:r>
          </w:p>
        </w:tc>
        <w:tc>
          <w:tcPr>
            <w:tcW w:type="dxa" w:w="1533"/>
          </w:tcPr>
          <w:p>
            <w:pPr>
              <w:spacing w:after="0"/>
              <w:jc w:val="left"/>
            </w:pPr>
            <w:r>
              <w:rPr>
                <w:sz w:val="16"/>
              </w:rPr>
              <w:t>Event records naming member places: Jasper city (1 record), Nelson city (1 record).</w:t>
            </w:r>
          </w:p>
        </w:tc>
        <w:tc>
          <w:tcPr>
            <w:tcW w:type="dxa" w:w="221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1"/>
          </w:tcPr>
          <w:p>
            <w:pPr>
              <w:spacing w:after="0"/>
              <w:jc w:val="left"/>
            </w:pPr>
            <w:r>
              <w:rPr>
                <w:sz w:val="16"/>
              </w:rPr>
              <w:t>Tsunami</w:t>
            </w:r>
          </w:p>
        </w:tc>
        <w:tc>
          <w:tcPr>
            <w:tcW w:type="dxa" w:w="1672"/>
          </w:tcPr>
          <w:p>
            <w:pPr>
              <w:spacing w:after="0"/>
              <w:jc w:val="left"/>
            </w:pPr>
            <w:r>
              <w:rPr>
                <w:sz w:val="16"/>
              </w:rPr>
              <w:t>none (count and damage)</w:t>
            </w:r>
          </w:p>
        </w:tc>
        <w:tc>
          <w:tcPr>
            <w:tcW w:type="dxa" w:w="1515"/>
          </w:tcPr>
          <w:p>
            <w:pPr>
              <w:spacing w:after="0"/>
              <w:jc w:val="right"/>
            </w:pPr>
            <w:r>
              <w:rPr>
                <w:sz w:val="16"/>
              </w:rPr>
              <w:t>0</w:t>
            </w:r>
          </w:p>
        </w:tc>
        <w:tc>
          <w:tcPr>
            <w:tcW w:type="dxa" w:w="1802"/>
          </w:tcPr>
          <w:p>
            <w:pPr>
              <w:spacing w:after="0"/>
              <w:jc w:val="left"/>
            </w:pPr>
          </w:p>
        </w:tc>
        <w:tc>
          <w:tcPr>
            <w:tcW w:type="dxa" w:w="2104"/>
          </w:tcPr>
          <w:p>
            <w:pPr>
              <w:spacing w:after="0"/>
              <w:jc w:val="left"/>
            </w:pPr>
          </w:p>
        </w:tc>
        <w:tc>
          <w:tcPr>
            <w:tcW w:type="dxa" w:w="1628"/>
          </w:tcPr>
          <w:p>
            <w:pPr>
              <w:spacing w:after="0"/>
              <w:jc w:val="left"/>
            </w:pPr>
          </w:p>
        </w:tc>
        <w:tc>
          <w:tcPr>
            <w:tcW w:type="dxa" w:w="1533"/>
          </w:tcPr>
          <w:p>
            <w:pPr>
              <w:spacing w:after="0"/>
              <w:jc w:val="left"/>
            </w:pPr>
          </w:p>
        </w:tc>
        <w:tc>
          <w:tcPr>
            <w:tcW w:type="dxa" w:w="2217"/>
          </w:tcPr>
          <w:p>
            <w:pPr>
              <w:spacing w:after="0"/>
              <w:jc w:val="left"/>
            </w:pPr>
            <w:r>
              <w:rPr>
                <w:sz w:val="16"/>
              </w:rPr>
              <w:t>Physical measure: in event narratives only; local data required.</w:t>
            </w:r>
          </w:p>
        </w:tc>
      </w:tr>
      <w:tr>
        <w:trPr>
          <w:cantSplit/>
        </w:trPr>
        <w:tc>
          <w:tcPr>
            <w:tcW w:type="dxa" w:w="1641"/>
          </w:tcPr>
          <w:p>
            <w:pPr>
              <w:spacing w:after="0"/>
              <w:jc w:val="left"/>
            </w:pPr>
            <w:r>
              <w:rPr>
                <w:sz w:val="16"/>
              </w:rPr>
              <w:t>Volcanic Ash, Volcanic Ashfall</w:t>
            </w:r>
          </w:p>
        </w:tc>
        <w:tc>
          <w:tcPr>
            <w:tcW w:type="dxa" w:w="1672"/>
          </w:tcPr>
          <w:p>
            <w:pPr>
              <w:spacing w:after="0"/>
              <w:jc w:val="left"/>
            </w:pPr>
            <w:r>
              <w:rPr>
                <w:sz w:val="16"/>
              </w:rPr>
              <w:t>Volcanic Explosivity Index (local data)</w:t>
            </w:r>
          </w:p>
        </w:tc>
        <w:tc>
          <w:tcPr>
            <w:tcW w:type="dxa" w:w="1515"/>
          </w:tcPr>
          <w:p>
            <w:pPr>
              <w:spacing w:after="0"/>
              <w:jc w:val="right"/>
            </w:pPr>
            <w:r>
              <w:rPr>
                <w:sz w:val="16"/>
              </w:rPr>
              <w:t>0</w:t>
            </w:r>
          </w:p>
        </w:tc>
        <w:tc>
          <w:tcPr>
            <w:tcW w:type="dxa" w:w="1802"/>
          </w:tcPr>
          <w:p>
            <w:pPr>
              <w:spacing w:after="0"/>
              <w:jc w:val="left"/>
            </w:pPr>
          </w:p>
        </w:tc>
        <w:tc>
          <w:tcPr>
            <w:tcW w:type="dxa" w:w="2104"/>
          </w:tcPr>
          <w:p>
            <w:pPr>
              <w:spacing w:after="0"/>
              <w:jc w:val="left"/>
            </w:pPr>
          </w:p>
        </w:tc>
        <w:tc>
          <w:tcPr>
            <w:tcW w:type="dxa" w:w="1628"/>
          </w:tcPr>
          <w:p>
            <w:pPr>
              <w:spacing w:after="0"/>
              <w:jc w:val="left"/>
            </w:pPr>
          </w:p>
        </w:tc>
        <w:tc>
          <w:tcPr>
            <w:tcW w:type="dxa" w:w="1533"/>
          </w:tcPr>
          <w:p>
            <w:pPr>
              <w:spacing w:after="0"/>
              <w:jc w:val="left"/>
            </w:pPr>
          </w:p>
        </w:tc>
        <w:tc>
          <w:tcPr>
            <w:tcW w:type="dxa" w:w="2217"/>
          </w:tcPr>
          <w:p>
            <w:pPr>
              <w:spacing w:after="0"/>
              <w:jc w:val="left"/>
            </w:pPr>
            <w:r>
              <w:rPr>
                <w:sz w:val="16"/>
              </w:rPr>
              <w:t>Physical measure: in event narratives only; local data required.</w:t>
            </w:r>
          </w:p>
        </w:tc>
      </w:tr>
      <w:tr>
        <w:trPr>
          <w:cantSplit/>
        </w:trPr>
        <w:tc>
          <w:tcPr>
            <w:tcW w:type="dxa" w:w="1641"/>
          </w:tcPr>
          <w:p>
            <w:pPr>
              <w:spacing w:after="0"/>
              <w:jc w:val="left"/>
            </w:pPr>
            <w:r>
              <w:rPr>
                <w:sz w:val="16"/>
              </w:rPr>
              <w:t>Wildfire</w:t>
            </w:r>
          </w:p>
        </w:tc>
        <w:tc>
          <w:tcPr>
            <w:tcW w:type="dxa" w:w="1672"/>
          </w:tcPr>
          <w:p>
            <w:pPr>
              <w:spacing w:after="0"/>
              <w:jc w:val="left"/>
            </w:pPr>
            <w:r>
              <w:rPr>
                <w:sz w:val="16"/>
              </w:rPr>
              <w:t>acres burned (local data)</w:t>
            </w:r>
          </w:p>
        </w:tc>
        <w:tc>
          <w:tcPr>
            <w:tcW w:type="dxa" w:w="1515"/>
          </w:tcPr>
          <w:p>
            <w:pPr>
              <w:spacing w:after="0"/>
              <w:jc w:val="right"/>
            </w:pPr>
            <w:r>
              <w:rPr>
                <w:sz w:val="16"/>
              </w:rPr>
              <w:t>0</w:t>
            </w:r>
          </w:p>
        </w:tc>
        <w:tc>
          <w:tcPr>
            <w:tcW w:type="dxa" w:w="1802"/>
          </w:tcPr>
          <w:p>
            <w:pPr>
              <w:spacing w:after="0"/>
              <w:jc w:val="left"/>
            </w:pPr>
          </w:p>
        </w:tc>
        <w:tc>
          <w:tcPr>
            <w:tcW w:type="dxa" w:w="2104"/>
          </w:tcPr>
          <w:p>
            <w:pPr>
              <w:spacing w:after="0"/>
              <w:jc w:val="left"/>
            </w:pPr>
          </w:p>
        </w:tc>
        <w:tc>
          <w:tcPr>
            <w:tcW w:type="dxa" w:w="1628"/>
          </w:tcPr>
          <w:p>
            <w:pPr>
              <w:spacing w:after="0"/>
              <w:jc w:val="left"/>
            </w:pPr>
          </w:p>
        </w:tc>
        <w:tc>
          <w:tcPr>
            <w:tcW w:type="dxa" w:w="1533"/>
          </w:tcPr>
          <w:p>
            <w:pPr>
              <w:spacing w:after="0"/>
              <w:jc w:val="left"/>
            </w:pPr>
          </w:p>
        </w:tc>
        <w:tc>
          <w:tcPr>
            <w:tcW w:type="dxa" w:w="2217"/>
          </w:tcPr>
          <w:p>
            <w:pPr>
              <w:spacing w:after="0"/>
              <w:jc w:val="left"/>
            </w:pPr>
            <w:r>
              <w:rPr>
                <w:sz w:val="16"/>
              </w:rPr>
              <w:t>Acres burned: in event narratives only; local data required.</w:t>
            </w:r>
          </w:p>
        </w:tc>
      </w:tr>
      <w:tr>
        <w:trPr>
          <w:cantSplit/>
        </w:trPr>
        <w:tc>
          <w:tcPr>
            <w:tcW w:type="dxa" w:w="1641"/>
          </w:tcPr>
          <w:p>
            <w:pPr>
              <w:spacing w:after="0"/>
              <w:jc w:val="left"/>
            </w:pPr>
            <w:r>
              <w:rPr>
                <w:sz w:val="16"/>
              </w:rPr>
              <w:t>Winter Storm, Heavy Snow, Blizzard, Lake-Effect Snow, Winter Weather, Sleet</w:t>
            </w:r>
          </w:p>
        </w:tc>
        <w:tc>
          <w:tcPr>
            <w:tcW w:type="dxa" w:w="1672"/>
          </w:tcPr>
          <w:p>
            <w:pPr>
              <w:spacing w:after="0"/>
              <w:jc w:val="left"/>
            </w:pPr>
            <w:r>
              <w:rPr>
                <w:sz w:val="16"/>
              </w:rPr>
              <w:t>none in data (snowfall local)</w:t>
            </w:r>
          </w:p>
        </w:tc>
        <w:tc>
          <w:tcPr>
            <w:tcW w:type="dxa" w:w="1515"/>
          </w:tcPr>
          <w:p>
            <w:pPr>
              <w:spacing w:after="0"/>
              <w:jc w:val="right"/>
            </w:pPr>
            <w:r>
              <w:rPr>
                <w:sz w:val="16"/>
              </w:rPr>
              <w:t>57, 1996 to 2026 (57 zone-level)</w:t>
            </w:r>
          </w:p>
        </w:tc>
        <w:tc>
          <w:tcPr>
            <w:tcW w:type="dxa" w:w="1802"/>
          </w:tcPr>
          <w:p>
            <w:pPr>
              <w:spacing w:after="0"/>
              <w:jc w:val="left"/>
            </w:pPr>
          </w:p>
        </w:tc>
        <w:tc>
          <w:tcPr>
            <w:tcW w:type="dxa" w:w="2104"/>
          </w:tcPr>
          <w:p>
            <w:pPr>
              <w:spacing w:after="0"/>
              <w:jc w:val="left"/>
            </w:pPr>
            <w:r>
              <w:rPr>
                <w:sz w:val="16"/>
              </w:rPr>
              <w:t>Winter Storm, 2005-01-28, $100,000 property; crops not reported, reported for the zone (2005 dollars); NWS zone GAZ013 (PICKENS), zone-level: may include parts of neighboring counties</w:t>
            </w:r>
          </w:p>
        </w:tc>
        <w:tc>
          <w:tcPr>
            <w:tcW w:type="dxa" w:w="1628"/>
          </w:tcPr>
          <w:p>
            <w:pPr>
              <w:spacing w:after="0"/>
              <w:jc w:val="left"/>
            </w:pPr>
          </w:p>
        </w:tc>
        <w:tc>
          <w:tcPr>
            <w:tcW w:type="dxa" w:w="1533"/>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22</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2"/>
        <w:gridCol w:w="2434"/>
        <w:gridCol w:w="2240"/>
        <w:gridCol w:w="1426"/>
        <w:gridCol w:w="2626"/>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2"/>
            <w:shd w:val="clear" w:color="auto" w:fill="E8E8E8"/>
          </w:tcPr>
          <w:p>
            <w:pPr>
              <w:spacing w:after="0"/>
              <w:jc w:val="left"/>
            </w:pPr>
            <w:r>
              <w:rPr>
                <w:b/>
                <w:sz w:val="16"/>
              </w:rPr>
              <w:t>Type</w:t>
            </w:r>
          </w:p>
        </w:tc>
        <w:tc>
          <w:tcPr>
            <w:tcW w:type="dxa" w:w="2434"/>
            <w:shd w:val="clear" w:color="auto" w:fill="E8E8E8"/>
          </w:tcPr>
          <w:p>
            <w:pPr>
              <w:spacing w:after="0"/>
              <w:jc w:val="left"/>
            </w:pPr>
            <w:r>
              <w:rPr>
                <w:b/>
                <w:sz w:val="16"/>
              </w:rPr>
              <w:t>Title</w:t>
            </w:r>
          </w:p>
        </w:tc>
        <w:tc>
          <w:tcPr>
            <w:tcW w:type="dxa" w:w="2240"/>
            <w:shd w:val="clear" w:color="auto" w:fill="E8E8E8"/>
          </w:tcPr>
          <w:p>
            <w:pPr>
              <w:spacing w:after="0"/>
              <w:jc w:val="left"/>
            </w:pPr>
            <w:r>
              <w:rPr>
                <w:b/>
                <w:sz w:val="16"/>
              </w:rPr>
              <w:t>Mapped hazard</w:t>
            </w:r>
          </w:p>
        </w:tc>
        <w:tc>
          <w:tcPr>
            <w:tcW w:type="dxa" w:w="1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6"/>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82"/>
          </w:tcPr>
          <w:p>
            <w:pPr>
              <w:spacing w:after="0"/>
              <w:jc w:val="left"/>
            </w:pPr>
            <w:r>
              <w:rPr>
                <w:sz w:val="16"/>
              </w:rPr>
              <w:t>Emergency</w:t>
            </w:r>
          </w:p>
        </w:tc>
        <w:tc>
          <w:tcPr>
            <w:tcW w:type="dxa" w:w="2434"/>
          </w:tcPr>
          <w:p>
            <w:pPr>
              <w:spacing w:after="0"/>
              <w:jc w:val="left"/>
            </w:pPr>
            <w:r>
              <w:rPr>
                <w:sz w:val="16"/>
              </w:rPr>
              <w:t>SEVERE WINTER STORM</w:t>
            </w:r>
          </w:p>
        </w:tc>
        <w:tc>
          <w:tcPr>
            <w:tcW w:type="dxa" w:w="2240"/>
          </w:tcPr>
          <w:p>
            <w:pPr>
              <w:spacing w:after="0"/>
              <w:jc w:val="left"/>
            </w:pPr>
            <w:r>
              <w:rPr>
                <w:sz w:val="16"/>
              </w:rPr>
              <w:t>Winter Weather</w:t>
            </w:r>
          </w:p>
        </w:tc>
        <w:tc>
          <w:tcPr>
            <w:tcW w:type="dxa" w:w="1426"/>
          </w:tcPr>
          <w:p>
            <w:pPr>
              <w:spacing w:after="0"/>
              <w:jc w:val="right"/>
            </w:pPr>
            <w:r>
              <w:rPr>
                <w:sz w:val="16"/>
              </w:rPr>
              <w:t>none found</w:t>
            </w:r>
          </w:p>
        </w:tc>
        <w:tc>
          <w:tcPr>
            <w:tcW w:type="dxa" w:w="2626"/>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82"/>
          </w:tcPr>
          <w:p>
            <w:pPr>
              <w:spacing w:after="0"/>
              <w:jc w:val="left"/>
            </w:pPr>
            <w:r>
              <w:rPr>
                <w:sz w:val="16"/>
              </w:rPr>
              <w:t>Emergency</w:t>
            </w:r>
          </w:p>
        </w:tc>
        <w:tc>
          <w:tcPr>
            <w:tcW w:type="dxa" w:w="2434"/>
          </w:tcPr>
          <w:p>
            <w:pPr>
              <w:spacing w:after="0"/>
              <w:jc w:val="left"/>
            </w:pPr>
            <w:r>
              <w:rPr>
                <w:sz w:val="16"/>
              </w:rPr>
              <w:t>HURRICANE HELENE</w:t>
            </w:r>
          </w:p>
        </w:tc>
        <w:tc>
          <w:tcPr>
            <w:tcW w:type="dxa" w:w="2240"/>
          </w:tcPr>
          <w:p>
            <w:pPr>
              <w:spacing w:after="0"/>
              <w:jc w:val="left"/>
            </w:pPr>
            <w:r>
              <w:rPr>
                <w:sz w:val="16"/>
              </w:rPr>
              <w:t>Hurricane</w:t>
            </w:r>
          </w:p>
        </w:tc>
        <w:tc>
          <w:tcPr>
            <w:tcW w:type="dxa" w:w="1426"/>
          </w:tcPr>
          <w:p>
            <w:pPr>
              <w:spacing w:after="0"/>
              <w:jc w:val="right"/>
            </w:pPr>
            <w:r>
              <w:rPr>
                <w:sz w:val="16"/>
              </w:rPr>
              <w:t>none found</w:t>
            </w:r>
          </w:p>
        </w:tc>
        <w:tc>
          <w:tcPr>
            <w:tcW w:type="dxa" w:w="2626"/>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2021-05-05</w:t>
            </w:r>
          </w:p>
        </w:tc>
        <w:tc>
          <w:tcPr>
            <w:tcW w:type="dxa" w:w="1037"/>
          </w:tcPr>
          <w:p>
            <w:pPr>
              <w:spacing w:after="0"/>
              <w:jc w:val="left"/>
            </w:pPr>
            <w:r>
              <w:rPr>
                <w:sz w:val="16"/>
              </w:rPr>
              <w:t>2021-03-25</w:t>
            </w:r>
          </w:p>
        </w:tc>
        <w:tc>
          <w:tcPr>
            <w:tcW w:type="dxa" w:w="1037"/>
          </w:tcPr>
          <w:p>
            <w:pPr>
              <w:spacing w:after="0"/>
              <w:jc w:val="left"/>
            </w:pPr>
            <w:r>
              <w:rPr>
                <w:sz w:val="16"/>
              </w:rPr>
              <w:t>DR-4600-GA</w:t>
            </w:r>
          </w:p>
        </w:tc>
        <w:tc>
          <w:tcPr>
            <w:tcW w:type="dxa" w:w="1382"/>
          </w:tcPr>
          <w:p>
            <w:pPr>
              <w:spacing w:after="0"/>
              <w:jc w:val="left"/>
            </w:pPr>
            <w:r>
              <w:rPr>
                <w:sz w:val="16"/>
              </w:rPr>
              <w:t>Major disaster</w:t>
            </w:r>
          </w:p>
        </w:tc>
        <w:tc>
          <w:tcPr>
            <w:tcW w:type="dxa" w:w="2434"/>
          </w:tcPr>
          <w:p>
            <w:pPr>
              <w:spacing w:after="0"/>
              <w:jc w:val="left"/>
            </w:pPr>
            <w:r>
              <w:rPr>
                <w:sz w:val="16"/>
              </w:rPr>
              <w:t>SEVERE STORMS AND TORNADOES</w:t>
            </w:r>
          </w:p>
        </w:tc>
        <w:tc>
          <w:tcPr>
            <w:tcW w:type="dxa" w:w="2240"/>
          </w:tcPr>
          <w:p>
            <w:pPr>
              <w:spacing w:after="0"/>
              <w:jc w:val="left"/>
            </w:pPr>
            <w:r>
              <w:rPr>
                <w:sz w:val="16"/>
              </w:rPr>
              <w:t>Tornado</w:t>
            </w:r>
          </w:p>
        </w:tc>
        <w:tc>
          <w:tcPr>
            <w:tcW w:type="dxa" w:w="1426"/>
          </w:tcPr>
          <w:p>
            <w:pPr>
              <w:spacing w:after="0"/>
              <w:jc w:val="right"/>
            </w:pPr>
            <w:r>
              <w:rPr>
                <w:sz w:val="16"/>
              </w:rPr>
              <w:t>$979,335.43</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2020-10-29</w:t>
            </w:r>
          </w:p>
        </w:tc>
        <w:tc>
          <w:tcPr>
            <w:tcW w:type="dxa" w:w="1037"/>
          </w:tcPr>
          <w:p>
            <w:pPr>
              <w:spacing w:after="0"/>
              <w:jc w:val="left"/>
            </w:pPr>
            <w:r>
              <w:rPr>
                <w:sz w:val="16"/>
              </w:rPr>
              <w:t>DR-4579-GA</w:t>
            </w:r>
          </w:p>
        </w:tc>
        <w:tc>
          <w:tcPr>
            <w:tcW w:type="dxa" w:w="1382"/>
          </w:tcPr>
          <w:p>
            <w:pPr>
              <w:spacing w:after="0"/>
              <w:jc w:val="left"/>
            </w:pPr>
            <w:r>
              <w:rPr>
                <w:sz w:val="16"/>
              </w:rPr>
              <w:t>Major disaster</w:t>
            </w:r>
          </w:p>
        </w:tc>
        <w:tc>
          <w:tcPr>
            <w:tcW w:type="dxa" w:w="2434"/>
          </w:tcPr>
          <w:p>
            <w:pPr>
              <w:spacing w:after="0"/>
              <w:jc w:val="left"/>
            </w:pPr>
            <w:r>
              <w:rPr>
                <w:sz w:val="16"/>
              </w:rPr>
              <w:t>TROPICAL STORM ZETA</w:t>
            </w:r>
          </w:p>
        </w:tc>
        <w:tc>
          <w:tcPr>
            <w:tcW w:type="dxa" w:w="2240"/>
          </w:tcPr>
          <w:p>
            <w:pPr>
              <w:spacing w:after="0"/>
              <w:jc w:val="left"/>
            </w:pPr>
            <w:r>
              <w:rPr>
                <w:sz w:val="16"/>
              </w:rPr>
              <w:t>Hurricane</w:t>
            </w:r>
          </w:p>
        </w:tc>
        <w:tc>
          <w:tcPr>
            <w:tcW w:type="dxa" w:w="1426"/>
          </w:tcPr>
          <w:p>
            <w:pPr>
              <w:spacing w:after="0"/>
              <w:jc w:val="right"/>
            </w:pPr>
            <w:r>
              <w:rPr>
                <w:sz w:val="16"/>
              </w:rPr>
              <w:t>$2,819,021.69</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82"/>
          </w:tcPr>
          <w:p>
            <w:pPr>
              <w:spacing w:after="0"/>
              <w:jc w:val="left"/>
            </w:pPr>
            <w:r>
              <w:rPr>
                <w:sz w:val="16"/>
              </w:rPr>
              <w:t>Major disaster</w:t>
            </w:r>
          </w:p>
        </w:tc>
        <w:tc>
          <w:tcPr>
            <w:tcW w:type="dxa" w:w="2434"/>
          </w:tcPr>
          <w:p>
            <w:pPr>
              <w:spacing w:after="0"/>
              <w:jc w:val="left"/>
            </w:pPr>
            <w:r>
              <w:rPr>
                <w:sz w:val="16"/>
              </w:rPr>
              <w:t>COVID-19 PANDEMIC</w:t>
            </w:r>
          </w:p>
        </w:tc>
        <w:tc>
          <w:tcPr>
            <w:tcW w:type="dxa" w:w="2240"/>
          </w:tcPr>
          <w:p>
            <w:pPr>
              <w:spacing w:after="0"/>
              <w:jc w:val="left"/>
            </w:pPr>
            <w:r>
              <w:rPr>
                <w:sz w:val="16"/>
              </w:rPr>
              <w:t>Non-natural, not counted</w:t>
            </w:r>
          </w:p>
        </w:tc>
        <w:tc>
          <w:tcPr>
            <w:tcW w:type="dxa" w:w="1426"/>
          </w:tcPr>
          <w:p>
            <w:pPr>
              <w:spacing w:after="0"/>
              <w:jc w:val="right"/>
            </w:pPr>
            <w:r>
              <w:rPr>
                <w:sz w:val="16"/>
              </w:rPr>
              <w:t>$2,060,942.39</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82"/>
          </w:tcPr>
          <w:p>
            <w:pPr>
              <w:spacing w:after="0"/>
              <w:jc w:val="left"/>
            </w:pPr>
            <w:r>
              <w:rPr>
                <w:sz w:val="16"/>
              </w:rPr>
              <w:t>Emergency</w:t>
            </w:r>
          </w:p>
        </w:tc>
        <w:tc>
          <w:tcPr>
            <w:tcW w:type="dxa" w:w="2434"/>
          </w:tcPr>
          <w:p>
            <w:pPr>
              <w:spacing w:after="0"/>
              <w:jc w:val="left"/>
            </w:pPr>
            <w:r>
              <w:rPr>
                <w:sz w:val="16"/>
              </w:rPr>
              <w:t>COVID-19</w:t>
            </w:r>
          </w:p>
        </w:tc>
        <w:tc>
          <w:tcPr>
            <w:tcW w:type="dxa" w:w="2240"/>
          </w:tcPr>
          <w:p>
            <w:pPr>
              <w:spacing w:after="0"/>
              <w:jc w:val="left"/>
            </w:pPr>
            <w:r>
              <w:rPr>
                <w:sz w:val="16"/>
              </w:rPr>
              <w:t>Non-natural, not counted</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82"/>
          </w:tcPr>
          <w:p>
            <w:pPr>
              <w:spacing w:after="0"/>
              <w:jc w:val="left"/>
            </w:pPr>
            <w:r>
              <w:rPr>
                <w:sz w:val="16"/>
              </w:rPr>
              <w:t>Major disaster</w:t>
            </w:r>
          </w:p>
        </w:tc>
        <w:tc>
          <w:tcPr>
            <w:tcW w:type="dxa" w:w="2434"/>
          </w:tcPr>
          <w:p>
            <w:pPr>
              <w:spacing w:after="0"/>
              <w:jc w:val="left"/>
            </w:pPr>
            <w:r>
              <w:rPr>
                <w:sz w:val="16"/>
              </w:rPr>
              <w:t>HURRICANE IRMA</w:t>
            </w:r>
          </w:p>
        </w:tc>
        <w:tc>
          <w:tcPr>
            <w:tcW w:type="dxa" w:w="2240"/>
          </w:tcPr>
          <w:p>
            <w:pPr>
              <w:spacing w:after="0"/>
              <w:jc w:val="left"/>
            </w:pPr>
            <w:r>
              <w:rPr>
                <w:sz w:val="16"/>
              </w:rPr>
              <w:t>Hurricane</w:t>
            </w:r>
          </w:p>
        </w:tc>
        <w:tc>
          <w:tcPr>
            <w:tcW w:type="dxa" w:w="1426"/>
          </w:tcPr>
          <w:p>
            <w:pPr>
              <w:spacing w:after="0"/>
              <w:jc w:val="right"/>
            </w:pPr>
            <w:r>
              <w:rPr>
                <w:sz w:val="16"/>
              </w:rPr>
              <w:t>$2,057,407.28</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82"/>
          </w:tcPr>
          <w:p>
            <w:pPr>
              <w:spacing w:after="0"/>
              <w:jc w:val="left"/>
            </w:pPr>
            <w:r>
              <w:rPr>
                <w:sz w:val="16"/>
              </w:rPr>
              <w:t>Emergency</w:t>
            </w:r>
          </w:p>
        </w:tc>
        <w:tc>
          <w:tcPr>
            <w:tcW w:type="dxa" w:w="2434"/>
          </w:tcPr>
          <w:p>
            <w:pPr>
              <w:spacing w:after="0"/>
              <w:jc w:val="left"/>
            </w:pPr>
            <w:r>
              <w:rPr>
                <w:sz w:val="16"/>
              </w:rPr>
              <w:t>HURRICANE IRMA</w:t>
            </w:r>
          </w:p>
        </w:tc>
        <w:tc>
          <w:tcPr>
            <w:tcW w:type="dxa" w:w="2240"/>
          </w:tcPr>
          <w:p>
            <w:pPr>
              <w:spacing w:after="0"/>
              <w:jc w:val="left"/>
            </w:pPr>
            <w:r>
              <w:rPr>
                <w:sz w:val="16"/>
              </w:rPr>
              <w:t>Hurricane</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2016-02-26</w:t>
            </w:r>
          </w:p>
        </w:tc>
        <w:tc>
          <w:tcPr>
            <w:tcW w:type="dxa" w:w="1037"/>
          </w:tcPr>
          <w:p>
            <w:pPr>
              <w:spacing w:after="0"/>
              <w:jc w:val="left"/>
            </w:pPr>
            <w:r>
              <w:rPr>
                <w:sz w:val="16"/>
              </w:rPr>
              <w:t>2015-12-22</w:t>
            </w:r>
          </w:p>
        </w:tc>
        <w:tc>
          <w:tcPr>
            <w:tcW w:type="dxa" w:w="1037"/>
          </w:tcPr>
          <w:p>
            <w:pPr>
              <w:spacing w:after="0"/>
              <w:jc w:val="left"/>
            </w:pPr>
            <w:r>
              <w:rPr>
                <w:sz w:val="16"/>
              </w:rPr>
              <w:t>DR-4259-GA</w:t>
            </w:r>
          </w:p>
        </w:tc>
        <w:tc>
          <w:tcPr>
            <w:tcW w:type="dxa" w:w="1382"/>
          </w:tcPr>
          <w:p>
            <w:pPr>
              <w:spacing w:after="0"/>
              <w:jc w:val="left"/>
            </w:pPr>
            <w:r>
              <w:rPr>
                <w:sz w:val="16"/>
              </w:rPr>
              <w:t>Major disaster</w:t>
            </w:r>
          </w:p>
        </w:tc>
        <w:tc>
          <w:tcPr>
            <w:tcW w:type="dxa" w:w="2434"/>
          </w:tcPr>
          <w:p>
            <w:pPr>
              <w:spacing w:after="0"/>
              <w:jc w:val="left"/>
            </w:pPr>
            <w:r>
              <w:rPr>
                <w:sz w:val="16"/>
              </w:rPr>
              <w:t>SEVERE STORMS AND FLOODING</w:t>
            </w:r>
          </w:p>
        </w:tc>
        <w:tc>
          <w:tcPr>
            <w:tcW w:type="dxa" w:w="2240"/>
          </w:tcPr>
          <w:p>
            <w:pPr>
              <w:spacing w:after="0"/>
              <w:jc w:val="left"/>
            </w:pPr>
            <w:r>
              <w:rPr>
                <w:sz w:val="16"/>
              </w:rPr>
              <w:t>Inland Flooding</w:t>
            </w:r>
          </w:p>
        </w:tc>
        <w:tc>
          <w:tcPr>
            <w:tcW w:type="dxa" w:w="1426"/>
          </w:tcPr>
          <w:p>
            <w:pPr>
              <w:spacing w:after="0"/>
              <w:jc w:val="right"/>
            </w:pPr>
            <w:r>
              <w:rPr>
                <w:sz w:val="16"/>
              </w:rPr>
              <w:t>$409,518.17</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2015-04-20</w:t>
            </w:r>
          </w:p>
        </w:tc>
        <w:tc>
          <w:tcPr>
            <w:tcW w:type="dxa" w:w="1037"/>
          </w:tcPr>
          <w:p>
            <w:pPr>
              <w:spacing w:after="0"/>
              <w:jc w:val="left"/>
            </w:pPr>
            <w:r>
              <w:rPr>
                <w:sz w:val="16"/>
              </w:rPr>
              <w:t>2015-02-15</w:t>
            </w:r>
          </w:p>
        </w:tc>
        <w:tc>
          <w:tcPr>
            <w:tcW w:type="dxa" w:w="1037"/>
          </w:tcPr>
          <w:p>
            <w:pPr>
              <w:spacing w:after="0"/>
              <w:jc w:val="left"/>
            </w:pPr>
            <w:r>
              <w:rPr>
                <w:sz w:val="16"/>
              </w:rPr>
              <w:t>DR-4215-GA</w:t>
            </w:r>
          </w:p>
        </w:tc>
        <w:tc>
          <w:tcPr>
            <w:tcW w:type="dxa" w:w="1382"/>
          </w:tcPr>
          <w:p>
            <w:pPr>
              <w:spacing w:after="0"/>
              <w:jc w:val="left"/>
            </w:pPr>
            <w:r>
              <w:rPr>
                <w:sz w:val="16"/>
              </w:rPr>
              <w:t>Major disaster</w:t>
            </w:r>
          </w:p>
        </w:tc>
        <w:tc>
          <w:tcPr>
            <w:tcW w:type="dxa" w:w="2434"/>
          </w:tcPr>
          <w:p>
            <w:pPr>
              <w:spacing w:after="0"/>
              <w:jc w:val="left"/>
            </w:pPr>
            <w:r>
              <w:rPr>
                <w:sz w:val="16"/>
              </w:rPr>
              <w:t>SEVERE WINTER STORM</w:t>
            </w:r>
          </w:p>
        </w:tc>
        <w:tc>
          <w:tcPr>
            <w:tcW w:type="dxa" w:w="2240"/>
          </w:tcPr>
          <w:p>
            <w:pPr>
              <w:spacing w:after="0"/>
              <w:jc w:val="left"/>
            </w:pPr>
            <w:r>
              <w:rPr>
                <w:sz w:val="16"/>
              </w:rPr>
              <w:t>Ice Storm</w:t>
            </w:r>
          </w:p>
        </w:tc>
        <w:tc>
          <w:tcPr>
            <w:tcW w:type="dxa" w:w="1426"/>
          </w:tcPr>
          <w:p>
            <w:pPr>
              <w:spacing w:after="0"/>
              <w:jc w:val="right"/>
            </w:pPr>
            <w:r>
              <w:rPr>
                <w:sz w:val="16"/>
              </w:rPr>
              <w:t>$1,056,996.24</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382"/>
          </w:tcPr>
          <w:p>
            <w:pPr>
              <w:spacing w:after="0"/>
              <w:jc w:val="left"/>
            </w:pPr>
            <w:r>
              <w:rPr>
                <w:sz w:val="16"/>
              </w:rPr>
              <w:t>Major disaster</w:t>
            </w:r>
          </w:p>
        </w:tc>
        <w:tc>
          <w:tcPr>
            <w:tcW w:type="dxa" w:w="2434"/>
          </w:tcPr>
          <w:p>
            <w:pPr>
              <w:spacing w:after="0"/>
              <w:jc w:val="left"/>
            </w:pPr>
            <w:r>
              <w:rPr>
                <w:sz w:val="16"/>
              </w:rPr>
              <w:t>SEVERE WINTER STORM</w:t>
            </w:r>
          </w:p>
        </w:tc>
        <w:tc>
          <w:tcPr>
            <w:tcW w:type="dxa" w:w="2240"/>
          </w:tcPr>
          <w:p>
            <w:pPr>
              <w:spacing w:after="0"/>
              <w:jc w:val="left"/>
            </w:pPr>
            <w:r>
              <w:rPr>
                <w:sz w:val="16"/>
              </w:rPr>
              <w:t>Ice Storm</w:t>
            </w:r>
          </w:p>
        </w:tc>
        <w:tc>
          <w:tcPr>
            <w:tcW w:type="dxa" w:w="1426"/>
          </w:tcPr>
          <w:p>
            <w:pPr>
              <w:spacing w:after="0"/>
              <w:jc w:val="right"/>
            </w:pPr>
            <w:r>
              <w:rPr>
                <w:sz w:val="16"/>
              </w:rPr>
              <w:t>$249,752.05</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82"/>
          </w:tcPr>
          <w:p>
            <w:pPr>
              <w:spacing w:after="0"/>
              <w:jc w:val="left"/>
            </w:pPr>
            <w:r>
              <w:rPr>
                <w:sz w:val="16"/>
              </w:rPr>
              <w:t>Emergency</w:t>
            </w:r>
          </w:p>
        </w:tc>
        <w:tc>
          <w:tcPr>
            <w:tcW w:type="dxa" w:w="2434"/>
          </w:tcPr>
          <w:p>
            <w:pPr>
              <w:spacing w:after="0"/>
              <w:jc w:val="left"/>
            </w:pPr>
            <w:r>
              <w:rPr>
                <w:sz w:val="16"/>
              </w:rPr>
              <w:t>SEVERE WINTER STORM</w:t>
            </w:r>
          </w:p>
        </w:tc>
        <w:tc>
          <w:tcPr>
            <w:tcW w:type="dxa" w:w="2240"/>
          </w:tcPr>
          <w:p>
            <w:pPr>
              <w:spacing w:after="0"/>
              <w:jc w:val="left"/>
            </w:pPr>
            <w:r>
              <w:rPr>
                <w:sz w:val="16"/>
              </w:rPr>
              <w:t>Ice Storm</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r>
              <w:rPr>
                <w:sz w:val="16"/>
              </w:rPr>
              <w:t>same incident as DR-4165</w:t>
            </w:r>
          </w:p>
        </w:tc>
      </w:tr>
      <w:tr>
        <w:trPr>
          <w:cantSplit/>
        </w:trPr>
        <w:tc>
          <w:tcPr>
            <w:tcW w:type="dxa" w:w="1037"/>
          </w:tcPr>
          <w:p>
            <w:pPr>
              <w:spacing w:after="0"/>
              <w:jc w:val="left"/>
            </w:pPr>
            <w:r>
              <w:rPr>
                <w:sz w:val="16"/>
              </w:rPr>
              <w:t>2011-04-29</w:t>
            </w:r>
          </w:p>
        </w:tc>
        <w:tc>
          <w:tcPr>
            <w:tcW w:type="dxa" w:w="1037"/>
          </w:tcPr>
          <w:p>
            <w:pPr>
              <w:spacing w:after="0"/>
              <w:jc w:val="left"/>
            </w:pPr>
            <w:r>
              <w:rPr>
                <w:sz w:val="16"/>
              </w:rPr>
              <w:t>2011-04-27</w:t>
            </w:r>
          </w:p>
        </w:tc>
        <w:tc>
          <w:tcPr>
            <w:tcW w:type="dxa" w:w="1037"/>
          </w:tcPr>
          <w:p>
            <w:pPr>
              <w:spacing w:after="0"/>
              <w:jc w:val="left"/>
            </w:pPr>
            <w:r>
              <w:rPr>
                <w:sz w:val="16"/>
              </w:rPr>
              <w:t>DR-1973-GA</w:t>
            </w:r>
          </w:p>
        </w:tc>
        <w:tc>
          <w:tcPr>
            <w:tcW w:type="dxa" w:w="1382"/>
          </w:tcPr>
          <w:p>
            <w:pPr>
              <w:spacing w:after="0"/>
              <w:jc w:val="left"/>
            </w:pPr>
            <w:r>
              <w:rPr>
                <w:sz w:val="16"/>
              </w:rPr>
              <w:t>Major disaster</w:t>
            </w:r>
          </w:p>
        </w:tc>
        <w:tc>
          <w:tcPr>
            <w:tcW w:type="dxa" w:w="2434"/>
          </w:tcPr>
          <w:p>
            <w:pPr>
              <w:spacing w:after="0"/>
              <w:jc w:val="left"/>
            </w:pPr>
            <w:r>
              <w:rPr>
                <w:sz w:val="16"/>
              </w:rPr>
              <w:t>SEVERE STORMS, TORNADOES, STRAIGHT-LINE WINDS, AND ASSOCIATED FLOODING</w:t>
            </w:r>
          </w:p>
        </w:tc>
        <w:tc>
          <w:tcPr>
            <w:tcW w:type="dxa" w:w="2240"/>
          </w:tcPr>
          <w:p>
            <w:pPr>
              <w:spacing w:after="0"/>
              <w:jc w:val="left"/>
            </w:pPr>
            <w:r>
              <w:rPr>
                <w:sz w:val="16"/>
              </w:rPr>
              <w:t>Inland Flooding; Strong Wind; Tornado</w:t>
            </w:r>
          </w:p>
        </w:tc>
        <w:tc>
          <w:tcPr>
            <w:tcW w:type="dxa" w:w="1426"/>
          </w:tcPr>
          <w:p>
            <w:pPr>
              <w:spacing w:after="0"/>
              <w:jc w:val="right"/>
            </w:pPr>
            <w:r>
              <w:rPr>
                <w:sz w:val="16"/>
              </w:rPr>
              <w:t>$397,416.90</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82"/>
          </w:tcPr>
          <w:p>
            <w:pPr>
              <w:spacing w:after="0"/>
              <w:jc w:val="left"/>
            </w:pPr>
            <w:r>
              <w:rPr>
                <w:sz w:val="16"/>
              </w:rPr>
              <w:t>Emergency</w:t>
            </w:r>
          </w:p>
        </w:tc>
        <w:tc>
          <w:tcPr>
            <w:tcW w:type="dxa" w:w="2434"/>
          </w:tcPr>
          <w:p>
            <w:pPr>
              <w:spacing w:after="0"/>
              <w:jc w:val="left"/>
            </w:pPr>
            <w:r>
              <w:rPr>
                <w:sz w:val="16"/>
              </w:rPr>
              <w:t>HURRICANE KATRINA EVACUATION</w:t>
            </w:r>
          </w:p>
        </w:tc>
        <w:tc>
          <w:tcPr>
            <w:tcW w:type="dxa" w:w="2240"/>
          </w:tcPr>
          <w:p>
            <w:pPr>
              <w:spacing w:after="0"/>
              <w:jc w:val="left"/>
            </w:pPr>
            <w:r>
              <w:rPr>
                <w:sz w:val="16"/>
              </w:rPr>
              <w:t>Hurricane: evacuation support, not a local hazard event; not counted</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2004-09-14</w:t>
            </w:r>
          </w:p>
        </w:tc>
        <w:tc>
          <w:tcPr>
            <w:tcW w:type="dxa" w:w="1037"/>
          </w:tcPr>
          <w:p>
            <w:pPr>
              <w:spacing w:after="0"/>
              <w:jc w:val="left"/>
            </w:pPr>
            <w:r>
              <w:rPr>
                <w:sz w:val="16"/>
              </w:rPr>
              <w:t>DR-1554-GA</w:t>
            </w:r>
          </w:p>
        </w:tc>
        <w:tc>
          <w:tcPr>
            <w:tcW w:type="dxa" w:w="1382"/>
          </w:tcPr>
          <w:p>
            <w:pPr>
              <w:spacing w:after="0"/>
              <w:jc w:val="left"/>
            </w:pPr>
            <w:r>
              <w:rPr>
                <w:sz w:val="16"/>
              </w:rPr>
              <w:t>Major disaster</w:t>
            </w:r>
          </w:p>
        </w:tc>
        <w:tc>
          <w:tcPr>
            <w:tcW w:type="dxa" w:w="2434"/>
          </w:tcPr>
          <w:p>
            <w:pPr>
              <w:spacing w:after="0"/>
              <w:jc w:val="left"/>
            </w:pPr>
            <w:r>
              <w:rPr>
                <w:sz w:val="16"/>
              </w:rPr>
              <w:t>HURRICANE IVAN</w:t>
            </w:r>
          </w:p>
        </w:tc>
        <w:tc>
          <w:tcPr>
            <w:tcW w:type="dxa" w:w="2240"/>
          </w:tcPr>
          <w:p>
            <w:pPr>
              <w:spacing w:after="0"/>
              <w:jc w:val="left"/>
            </w:pPr>
            <w:r>
              <w:rPr>
                <w:sz w:val="16"/>
              </w:rPr>
              <w:t>Hurricane</w:t>
            </w:r>
          </w:p>
        </w:tc>
        <w:tc>
          <w:tcPr>
            <w:tcW w:type="dxa" w:w="1426"/>
          </w:tcPr>
          <w:p>
            <w:pPr>
              <w:spacing w:after="0"/>
              <w:jc w:val="right"/>
            </w:pPr>
            <w:r>
              <w:rPr>
                <w:sz w:val="16"/>
              </w:rPr>
              <w:t>$480,558.95</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382"/>
          </w:tcPr>
          <w:p>
            <w:pPr>
              <w:spacing w:after="0"/>
              <w:jc w:val="left"/>
            </w:pPr>
            <w:r>
              <w:rPr>
                <w:sz w:val="16"/>
              </w:rPr>
              <w:t>Major disaster</w:t>
            </w:r>
          </w:p>
        </w:tc>
        <w:tc>
          <w:tcPr>
            <w:tcW w:type="dxa" w:w="2434"/>
          </w:tcPr>
          <w:p>
            <w:pPr>
              <w:spacing w:after="0"/>
              <w:jc w:val="left"/>
            </w:pPr>
            <w:r>
              <w:rPr>
                <w:sz w:val="16"/>
              </w:rPr>
              <w:t>SEVERE WINTER STORM</w:t>
            </w:r>
          </w:p>
        </w:tc>
        <w:tc>
          <w:tcPr>
            <w:tcW w:type="dxa" w:w="2240"/>
          </w:tcPr>
          <w:p>
            <w:pPr>
              <w:spacing w:after="0"/>
              <w:jc w:val="left"/>
            </w:pPr>
            <w:r>
              <w:rPr>
                <w:sz w:val="16"/>
              </w:rPr>
              <w:t>Winter Weather</w:t>
            </w:r>
          </w:p>
        </w:tc>
        <w:tc>
          <w:tcPr>
            <w:tcW w:type="dxa" w:w="1426"/>
          </w:tcPr>
          <w:p>
            <w:pPr>
              <w:spacing w:after="0"/>
              <w:jc w:val="right"/>
            </w:pPr>
            <w:r>
              <w:rPr>
                <w:sz w:val="16"/>
              </w:rPr>
              <w:t>$2,011,278.63</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82"/>
          </w:tcPr>
          <w:p>
            <w:pPr>
              <w:spacing w:after="0"/>
              <w:jc w:val="left"/>
            </w:pPr>
            <w:r>
              <w:rPr>
                <w:sz w:val="16"/>
              </w:rPr>
              <w:t>Major disaster</w:t>
            </w:r>
          </w:p>
        </w:tc>
        <w:tc>
          <w:tcPr>
            <w:tcW w:type="dxa" w:w="2434"/>
          </w:tcPr>
          <w:p>
            <w:pPr>
              <w:spacing w:after="0"/>
              <w:jc w:val="left"/>
            </w:pPr>
            <w:r>
              <w:rPr>
                <w:sz w:val="16"/>
              </w:rPr>
              <w:t>SEVERE STORMS AND FLOODING</w:t>
            </w:r>
          </w:p>
        </w:tc>
        <w:tc>
          <w:tcPr>
            <w:tcW w:type="dxa" w:w="2240"/>
          </w:tcPr>
          <w:p>
            <w:pPr>
              <w:spacing w:after="0"/>
              <w:jc w:val="left"/>
            </w:pPr>
            <w:r>
              <w:rPr>
                <w:sz w:val="16"/>
              </w:rPr>
              <w:t>Inland Flooding</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382"/>
          </w:tcPr>
          <w:p>
            <w:pPr>
              <w:spacing w:after="0"/>
              <w:jc w:val="left"/>
            </w:pPr>
            <w:r>
              <w:rPr>
                <w:sz w:val="16"/>
              </w:rPr>
              <w:t>Major disaster</w:t>
            </w:r>
          </w:p>
        </w:tc>
        <w:tc>
          <w:tcPr>
            <w:tcW w:type="dxa" w:w="2434"/>
          </w:tcPr>
          <w:p>
            <w:pPr>
              <w:spacing w:after="0"/>
              <w:jc w:val="left"/>
            </w:pPr>
            <w:r>
              <w:rPr>
                <w:sz w:val="16"/>
              </w:rPr>
              <w:t>HURRICANE OPAL</w:t>
            </w:r>
          </w:p>
        </w:tc>
        <w:tc>
          <w:tcPr>
            <w:tcW w:type="dxa" w:w="2240"/>
          </w:tcPr>
          <w:p>
            <w:pPr>
              <w:spacing w:after="0"/>
              <w:jc w:val="left"/>
            </w:pPr>
            <w:r>
              <w:rPr>
                <w:sz w:val="16"/>
              </w:rPr>
              <w:t>Hurricane</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1994-03-31</w:t>
            </w:r>
          </w:p>
        </w:tc>
        <w:tc>
          <w:tcPr>
            <w:tcW w:type="dxa" w:w="1037"/>
          </w:tcPr>
          <w:p>
            <w:pPr>
              <w:spacing w:after="0"/>
              <w:jc w:val="left"/>
            </w:pPr>
            <w:r>
              <w:rPr>
                <w:sz w:val="16"/>
              </w:rPr>
              <w:t>1994-03-27</w:t>
            </w:r>
          </w:p>
        </w:tc>
        <w:tc>
          <w:tcPr>
            <w:tcW w:type="dxa" w:w="1037"/>
          </w:tcPr>
          <w:p>
            <w:pPr>
              <w:spacing w:after="0"/>
              <w:jc w:val="left"/>
            </w:pPr>
            <w:r>
              <w:rPr>
                <w:sz w:val="16"/>
              </w:rPr>
              <w:t>DR-1020-GA</w:t>
            </w:r>
          </w:p>
        </w:tc>
        <w:tc>
          <w:tcPr>
            <w:tcW w:type="dxa" w:w="1382"/>
          </w:tcPr>
          <w:p>
            <w:pPr>
              <w:spacing w:after="0"/>
              <w:jc w:val="left"/>
            </w:pPr>
            <w:r>
              <w:rPr>
                <w:sz w:val="16"/>
              </w:rPr>
              <w:t>Major disaster</w:t>
            </w:r>
          </w:p>
        </w:tc>
        <w:tc>
          <w:tcPr>
            <w:tcW w:type="dxa" w:w="2434"/>
          </w:tcPr>
          <w:p>
            <w:pPr>
              <w:spacing w:after="0"/>
              <w:jc w:val="left"/>
            </w:pPr>
            <w:r>
              <w:rPr>
                <w:sz w:val="16"/>
              </w:rPr>
              <w:t>TORNADOES, FLOODING, AND SEVERE STORMS</w:t>
            </w:r>
          </w:p>
        </w:tc>
        <w:tc>
          <w:tcPr>
            <w:tcW w:type="dxa" w:w="2240"/>
          </w:tcPr>
          <w:p>
            <w:pPr>
              <w:spacing w:after="0"/>
              <w:jc w:val="left"/>
            </w:pPr>
            <w:r>
              <w:rPr>
                <w:sz w:val="16"/>
              </w:rPr>
              <w:t>Tornado (primary); also designated: Inland Flooding</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82"/>
          </w:tcPr>
          <w:p>
            <w:pPr>
              <w:spacing w:after="0"/>
              <w:jc w:val="left"/>
            </w:pPr>
            <w:r>
              <w:rPr>
                <w:sz w:val="16"/>
              </w:rPr>
              <w:t>Emergency</w:t>
            </w:r>
          </w:p>
        </w:tc>
        <w:tc>
          <w:tcPr>
            <w:tcW w:type="dxa" w:w="2434"/>
          </w:tcPr>
          <w:p>
            <w:pPr>
              <w:spacing w:after="0"/>
              <w:jc w:val="left"/>
            </w:pPr>
            <w:r>
              <w:rPr>
                <w:sz w:val="16"/>
              </w:rPr>
              <w:t>SEVERE SNOWFALL, WINTER STORM</w:t>
            </w:r>
          </w:p>
        </w:tc>
        <w:tc>
          <w:tcPr>
            <w:tcW w:type="dxa" w:w="2240"/>
          </w:tcPr>
          <w:p>
            <w:pPr>
              <w:spacing w:after="0"/>
              <w:jc w:val="left"/>
            </w:pPr>
            <w:r>
              <w:rPr>
                <w:sz w:val="16"/>
              </w:rPr>
              <w:t>Winter Weather</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82"/>
          </w:tcPr>
          <w:p>
            <w:pPr>
              <w:spacing w:after="0"/>
              <w:jc w:val="left"/>
            </w:pPr>
            <w:r>
              <w:rPr>
                <w:sz w:val="16"/>
              </w:rPr>
              <w:t>Emergency</w:t>
            </w:r>
          </w:p>
        </w:tc>
        <w:tc>
          <w:tcPr>
            <w:tcW w:type="dxa" w:w="2434"/>
          </w:tcPr>
          <w:p>
            <w:pPr>
              <w:spacing w:after="0"/>
              <w:jc w:val="left"/>
            </w:pPr>
            <w:r>
              <w:rPr>
                <w:sz w:val="16"/>
              </w:rPr>
              <w:t>DROUGHT</w:t>
            </w:r>
          </w:p>
        </w:tc>
        <w:tc>
          <w:tcPr>
            <w:tcW w:type="dxa" w:w="2240"/>
          </w:tcPr>
          <w:p>
            <w:pPr>
              <w:spacing w:after="0"/>
              <w:jc w:val="left"/>
            </w:pPr>
            <w:r>
              <w:rPr>
                <w:sz w:val="16"/>
              </w:rPr>
              <w:t>Drought</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1974-04-05</w:t>
            </w:r>
          </w:p>
        </w:tc>
        <w:tc>
          <w:tcPr>
            <w:tcW w:type="dxa" w:w="1037"/>
          </w:tcPr>
          <w:p>
            <w:pPr>
              <w:spacing w:after="0"/>
              <w:jc w:val="left"/>
            </w:pPr>
            <w:r>
              <w:rPr>
                <w:sz w:val="16"/>
              </w:rPr>
              <w:t>1974-04-05</w:t>
            </w:r>
          </w:p>
        </w:tc>
        <w:tc>
          <w:tcPr>
            <w:tcW w:type="dxa" w:w="1037"/>
          </w:tcPr>
          <w:p>
            <w:pPr>
              <w:spacing w:after="0"/>
              <w:jc w:val="left"/>
            </w:pPr>
            <w:r>
              <w:rPr>
                <w:sz w:val="16"/>
              </w:rPr>
              <w:t>DR-425-GA</w:t>
            </w:r>
          </w:p>
        </w:tc>
        <w:tc>
          <w:tcPr>
            <w:tcW w:type="dxa" w:w="1382"/>
          </w:tcPr>
          <w:p>
            <w:pPr>
              <w:spacing w:after="0"/>
              <w:jc w:val="left"/>
            </w:pPr>
            <w:r>
              <w:rPr>
                <w:sz w:val="16"/>
              </w:rPr>
              <w:t>Major disaster</w:t>
            </w:r>
          </w:p>
        </w:tc>
        <w:tc>
          <w:tcPr>
            <w:tcW w:type="dxa" w:w="2434"/>
          </w:tcPr>
          <w:p>
            <w:pPr>
              <w:spacing w:after="0"/>
              <w:jc w:val="left"/>
            </w:pPr>
            <w:r>
              <w:rPr>
                <w:sz w:val="16"/>
              </w:rPr>
              <w:t>TORNADOES</w:t>
            </w:r>
          </w:p>
        </w:tc>
        <w:tc>
          <w:tcPr>
            <w:tcW w:type="dxa" w:w="2240"/>
          </w:tcPr>
          <w:p>
            <w:pPr>
              <w:spacing w:after="0"/>
              <w:jc w:val="left"/>
            </w:pPr>
            <w:r>
              <w:rPr>
                <w:sz w:val="16"/>
              </w:rPr>
              <w:t>Tornado</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$306,622.33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306,622.33"/>
        <w:tblDescription w:val="Hazard Plain table b1d_pa_other"/>
      </w:tblPr>
      <w:tblGrid>
        <w:gridCol w:w="2408"/>
        <w:gridCol w:w="2408"/>
        <w:gridCol w:w="3652"/>
        <w:gridCol w:w="3030"/>
        <w:gridCol w:w="2615"/>
      </w:tblGrid>
      <w:tr>
        <w:trPr>
          <w:cantSplit/>
          <w:tblHeader/>
        </w:trPr>
        <w:tc>
          <w:tcPr>
            <w:tcW w:type="dxa" w:w="2408"/>
            <w:shd w:val="clear" w:color="auto" w:fill="E8E8E8"/>
          </w:tcPr>
          <w:p>
            <w:pPr>
              <w:spacing w:after="0"/>
              <w:jc w:val="left"/>
            </w:pPr>
            <w:r>
              <w:rPr>
                <w:b/>
                <w:sz w:val="16"/>
              </w:rPr>
              <w:t>FEMA number</w:t>
            </w:r>
          </w:p>
        </w:tc>
        <w:tc>
          <w:tcPr>
            <w:tcW w:type="dxa" w:w="2408"/>
            <w:shd w:val="clear" w:color="auto" w:fill="E8E8E8"/>
          </w:tcPr>
          <w:p>
            <w:pPr>
              <w:spacing w:after="0"/>
              <w:jc w:val="left"/>
            </w:pPr>
            <w:r>
              <w:rPr>
                <w:b/>
                <w:sz w:val="16"/>
              </w:rPr>
              <w:t>Declared</w:t>
            </w:r>
          </w:p>
        </w:tc>
        <w:tc>
          <w:tcPr>
            <w:tcW w:type="dxa" w:w="3652"/>
            <w:shd w:val="clear" w:color="auto" w:fill="E8E8E8"/>
          </w:tcPr>
          <w:p>
            <w:pPr>
              <w:spacing w:after="0"/>
              <w:jc w:val="left"/>
            </w:pPr>
            <w:r>
              <w:rPr>
                <w:b/>
                <w:sz w:val="16"/>
              </w:rPr>
              <w:t>Title</w:t>
            </w:r>
          </w:p>
        </w:tc>
        <w:tc>
          <w:tcPr>
            <w:tcW w:type="dxa" w:w="3030"/>
            <w:shd w:val="clear" w:color="auto" w:fill="E8E8E8"/>
          </w:tcPr>
          <w:p>
            <w:pPr>
              <w:spacing w:after="0"/>
              <w:jc w:val="left"/>
            </w:pPr>
            <w:r>
              <w:rPr>
                <w:b/>
                <w:sz w:val="16"/>
              </w:rPr>
              <w:t>Applicant</w:t>
            </w:r>
          </w:p>
        </w:tc>
        <w:tc>
          <w:tcPr>
            <w:tcW w:type="dxa" w:w="261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408"/>
          </w:tcPr>
          <w:p>
            <w:pPr>
              <w:spacing w:after="0"/>
              <w:jc w:val="left"/>
            </w:pPr>
            <w:r>
              <w:rPr>
                <w:sz w:val="16"/>
              </w:rPr>
              <w:t>DR-4830-GA</w:t>
            </w:r>
          </w:p>
        </w:tc>
        <w:tc>
          <w:tcPr>
            <w:tcW w:type="dxa" w:w="2408"/>
          </w:tcPr>
          <w:p>
            <w:pPr>
              <w:spacing w:after="0"/>
              <w:jc w:val="left"/>
            </w:pPr>
            <w:r>
              <w:rPr>
                <w:sz w:val="16"/>
              </w:rPr>
              <w:t>2024-09-30</w:t>
            </w:r>
          </w:p>
        </w:tc>
        <w:tc>
          <w:tcPr>
            <w:tcW w:type="dxa" w:w="3652"/>
          </w:tcPr>
          <w:p>
            <w:pPr>
              <w:spacing w:after="0"/>
              <w:jc w:val="left"/>
            </w:pPr>
            <w:r>
              <w:rPr>
                <w:sz w:val="16"/>
              </w:rPr>
              <w:t>HURRICANE HELENE</w:t>
            </w:r>
          </w:p>
        </w:tc>
        <w:tc>
          <w:tcPr>
            <w:tcW w:type="dxa" w:w="3030"/>
          </w:tcPr>
          <w:p>
            <w:pPr>
              <w:spacing w:after="0"/>
              <w:jc w:val="left"/>
            </w:pPr>
            <w:r>
              <w:rPr>
                <w:sz w:val="16"/>
              </w:rPr>
              <w:t>Amicalola EMC</w:t>
            </w:r>
          </w:p>
        </w:tc>
        <w:tc>
          <w:tcPr>
            <w:tcW w:type="dxa" w:w="2615"/>
          </w:tcPr>
          <w:p>
            <w:pPr>
              <w:spacing w:after="0"/>
              <w:jc w:val="right"/>
            </w:pPr>
            <w:r>
              <w:rPr>
                <w:sz w:val="16"/>
              </w:rPr>
              <w:t>$291,881.46</w:t>
            </w:r>
          </w:p>
        </w:tc>
      </w:tr>
      <w:tr>
        <w:trPr>
          <w:cantSplit/>
        </w:trPr>
        <w:tc>
          <w:tcPr>
            <w:tcW w:type="dxa" w:w="2408"/>
          </w:tcPr>
          <w:p>
            <w:pPr>
              <w:spacing w:after="0"/>
              <w:jc w:val="left"/>
            </w:pPr>
            <w:r>
              <w:rPr>
                <w:sz w:val="16"/>
              </w:rPr>
              <w:t>DR-1858-GA</w:t>
            </w:r>
          </w:p>
        </w:tc>
        <w:tc>
          <w:tcPr>
            <w:tcW w:type="dxa" w:w="2408"/>
          </w:tcPr>
          <w:p>
            <w:pPr>
              <w:spacing w:after="0"/>
              <w:jc w:val="left"/>
            </w:pPr>
            <w:r>
              <w:rPr>
                <w:sz w:val="16"/>
              </w:rPr>
              <w:t>2009-09-24</w:t>
            </w:r>
          </w:p>
        </w:tc>
        <w:tc>
          <w:tcPr>
            <w:tcW w:type="dxa" w:w="3652"/>
          </w:tcPr>
          <w:p>
            <w:pPr>
              <w:spacing w:after="0"/>
              <w:jc w:val="left"/>
            </w:pPr>
            <w:r>
              <w:rPr>
                <w:sz w:val="16"/>
              </w:rPr>
              <w:t>SEVERE STORMS AND FLOODING</w:t>
            </w:r>
          </w:p>
        </w:tc>
        <w:tc>
          <w:tcPr>
            <w:tcW w:type="dxa" w:w="3030"/>
          </w:tcPr>
          <w:p>
            <w:pPr>
              <w:spacing w:after="0"/>
              <w:jc w:val="left"/>
            </w:pPr>
            <w:r>
              <w:rPr>
                <w:sz w:val="16"/>
              </w:rPr>
              <w:t>Amicalola EMC</w:t>
            </w:r>
          </w:p>
        </w:tc>
        <w:tc>
          <w:tcPr>
            <w:tcW w:type="dxa" w:w="2615"/>
          </w:tcPr>
          <w:p>
            <w:pPr>
              <w:spacing w:after="0"/>
              <w:jc w:val="right"/>
            </w:pPr>
            <w:r>
              <w:rPr>
                <w:sz w:val="16"/>
              </w:rPr>
              <w:t>$14,740.87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125</w:t>
            </w:r>
          </w:p>
        </w:tc>
        <w:tc>
          <w:tcPr>
            <w:tcW w:type="dxa" w:w="1422"/>
          </w:tcPr>
          <w:p>
            <w:pPr>
              <w:spacing w:after="0"/>
              <w:jc w:val="right"/>
            </w:pPr>
            <w:r>
              <w:rPr>
                <w:sz w:val="16"/>
              </w:rPr>
              <w:t>15</w:t>
            </w:r>
          </w:p>
        </w:tc>
        <w:tc>
          <w:tcPr>
            <w:tcW w:type="dxa" w:w="1356"/>
          </w:tcPr>
          <w:p>
            <w:pPr>
              <w:spacing w:after="0"/>
              <w:jc w:val="right"/>
            </w:pPr>
            <w:r>
              <w:rPr>
                <w:sz w:val="16"/>
              </w:rPr>
              <w:t>11</w:t>
            </w:r>
          </w:p>
        </w:tc>
        <w:tc>
          <w:tcPr>
            <w:tcW w:type="dxa" w:w="963"/>
          </w:tcPr>
          <w:p>
            <w:pPr>
              <w:spacing w:after="0"/>
              <w:jc w:val="right"/>
            </w:pPr>
            <w:r>
              <w:rPr>
                <w:sz w:val="16"/>
              </w:rPr>
              <w:t>41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14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10"/>
        <w:gridCol w:w="2811"/>
        <w:gridCol w:w="1068"/>
        <w:gridCol w:w="1693"/>
        <w:gridCol w:w="969"/>
        <w:gridCol w:w="28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10"/>
            <w:shd w:val="clear" w:color="auto" w:fill="E8E8E8"/>
          </w:tcPr>
          <w:p>
            <w:pPr>
              <w:spacing w:after="0"/>
              <w:jc w:val="left"/>
            </w:pPr>
            <w:r>
              <w:rPr>
                <w:b/>
                <w:sz w:val="16"/>
              </w:rPr>
              <w:t>Magnitude or extent</w:t>
            </w:r>
          </w:p>
        </w:tc>
        <w:tc>
          <w:tcPr>
            <w:tcW w:type="dxa" w:w="2811"/>
            <w:shd w:val="clear" w:color="auto" w:fill="E8E8E8"/>
          </w:tcPr>
          <w:p>
            <w:pPr>
              <w:spacing w:after="0"/>
              <w:jc w:val="left"/>
            </w:pPr>
            <w:r>
              <w:rPr>
                <w:b/>
                <w:sz w:val="16"/>
              </w:rPr>
              <w:t>Damage</w:t>
            </w:r>
          </w:p>
          <w:p>
            <w:pPr>
              <w:spacing w:after="0"/>
              <w:jc w:val="left"/>
            </w:pPr>
            <w:r>
              <w:rPr>
                <w:i/>
                <w:color w:val="555555"/>
                <w:sz w:val="14"/>
              </w:rPr>
              <w:t>nominal dollars</w:t>
            </w:r>
          </w:p>
        </w:tc>
        <w:tc>
          <w:tcPr>
            <w:tcW w:type="dxa" w:w="10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3"/>
            <w:shd w:val="clear" w:color="auto" w:fill="E8E8E8"/>
          </w:tcPr>
          <w:p>
            <w:pPr>
              <w:spacing w:after="0"/>
              <w:jc w:val="left"/>
            </w:pPr>
            <w:r>
              <w:rPr>
                <w:b/>
                <w:sz w:val="16"/>
              </w:rPr>
              <w:t>Location</w:t>
            </w:r>
          </w:p>
        </w:tc>
        <w:tc>
          <w:tcPr>
            <w:tcW w:type="dxa" w:w="969"/>
            <w:shd w:val="clear" w:color="auto" w:fill="E8E8E8"/>
          </w:tcPr>
          <w:p>
            <w:pPr>
              <w:spacing w:after="0"/>
              <w:jc w:val="left"/>
            </w:pPr>
            <w:r>
              <w:rPr>
                <w:b/>
                <w:sz w:val="16"/>
              </w:rPr>
              <w:t>Flags</w:t>
            </w:r>
          </w:p>
        </w:tc>
        <w:tc>
          <w:tcPr>
            <w:tcW w:type="dxa" w:w="28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2025-06-07</w:t>
            </w:r>
          </w:p>
        </w:tc>
        <w:tc>
          <w:tcPr>
            <w:tcW w:type="dxa" w:w="1215"/>
          </w:tcPr>
          <w:p>
            <w:pPr>
              <w:spacing w:after="0"/>
              <w:jc w:val="left"/>
            </w:pPr>
            <w:r>
              <w:rPr>
                <w:sz w:val="16"/>
              </w:rPr>
              <w:t>Thunderstorm Wind</w:t>
            </w:r>
          </w:p>
        </w:tc>
        <w:tc>
          <w:tcPr>
            <w:tcW w:type="dxa" w:w="2510"/>
          </w:tcPr>
          <w:p>
            <w:pPr>
              <w:spacing w:after="0"/>
              <w:jc w:val="left"/>
            </w:pPr>
            <w:r>
              <w:rPr>
                <w:sz w:val="16"/>
              </w:rPr>
              <w:t>76 kt (87 mph) estimated gust</w:t>
            </w:r>
          </w:p>
        </w:tc>
        <w:tc>
          <w:tcPr>
            <w:tcW w:type="dxa" w:w="2811"/>
          </w:tcPr>
          <w:p>
            <w:pPr>
              <w:spacing w:after="0"/>
              <w:jc w:val="left"/>
            </w:pPr>
            <w:r>
              <w:rPr>
                <w:sz w:val="16"/>
              </w:rPr>
              <w:t>$30,000 property; crops not reported (2025 dollars)</w:t>
            </w:r>
          </w:p>
        </w:tc>
        <w:tc>
          <w:tcPr>
            <w:tcW w:type="dxa" w:w="1068"/>
          </w:tcPr>
          <w:p>
            <w:pPr>
              <w:spacing w:after="0"/>
              <w:jc w:val="right"/>
            </w:pPr>
            <w:r>
              <w:rPr>
                <w:sz w:val="16"/>
              </w:rPr>
              <w:t>0, 0</w:t>
            </w:r>
          </w:p>
        </w:tc>
        <w:tc>
          <w:tcPr>
            <w:tcW w:type="dxa" w:w="1693"/>
          </w:tcPr>
          <w:p>
            <w:pPr>
              <w:spacing w:after="0"/>
              <w:jc w:val="left"/>
            </w:pPr>
            <w:r>
              <w:rPr>
                <w:sz w:val="16"/>
              </w:rPr>
              <w:t>CARNS MILL to HOLCOMB</w:t>
            </w:r>
          </w:p>
        </w:tc>
        <w:tc>
          <w:tcPr>
            <w:tcW w:type="dxa" w:w="969"/>
          </w:tcPr>
          <w:p>
            <w:pPr>
              <w:spacing w:after="0"/>
              <w:jc w:val="left"/>
            </w:pPr>
            <w:r>
              <w:rPr>
                <w:sz w:val="16"/>
              </w:rPr>
              <w:t>new since last plan; within last 5 years</w:t>
            </w:r>
          </w:p>
        </w:tc>
        <w:tc>
          <w:tcPr>
            <w:tcW w:type="dxa" w:w="2808"/>
          </w:tcPr>
          <w:p>
            <w:pPr>
              <w:spacing w:after="0"/>
              <w:jc w:val="left"/>
            </w:pPr>
            <w:r>
              <w:rPr>
                <w:sz w:val="16"/>
              </w:rPr>
              <w:t>B1-c worst recorded: Thunderstorm Wind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510"/>
          </w:tcPr>
          <w:p>
            <w:pPr>
              <w:spacing w:after="0"/>
              <w:jc w:val="left"/>
            </w:pPr>
          </w:p>
        </w:tc>
        <w:tc>
          <w:tcPr>
            <w:tcW w:type="dxa" w:w="2811"/>
          </w:tcPr>
          <w:p>
            <w:pPr>
              <w:spacing w:after="0"/>
              <w:jc w:val="left"/>
            </w:pPr>
            <w:r>
              <w:rPr>
                <w:sz w:val="16"/>
              </w:rPr>
              <w:t>$100,000 property; crops not reported, reported for the zone (2017 dollars)</w:t>
            </w:r>
          </w:p>
        </w:tc>
        <w:tc>
          <w:tcPr>
            <w:tcW w:type="dxa" w:w="1068"/>
          </w:tcPr>
          <w:p>
            <w:pPr>
              <w:spacing w:after="0"/>
              <w:jc w:val="right"/>
            </w:pPr>
            <w:r>
              <w:rPr>
                <w:sz w:val="16"/>
              </w:rPr>
              <w:t>0, 0</w:t>
            </w:r>
          </w:p>
        </w:tc>
        <w:tc>
          <w:tcPr>
            <w:tcW w:type="dxa" w:w="1693"/>
          </w:tcPr>
          <w:p>
            <w:pPr>
              <w:spacing w:after="0"/>
              <w:jc w:val="left"/>
            </w:pPr>
            <w:r>
              <w:rPr>
                <w:sz w:val="16"/>
              </w:rPr>
              <w:t>NWS zone GAZ013 (PICKENS), zone-level: may include parts of neighboring counties</w:t>
            </w:r>
          </w:p>
        </w:tc>
        <w:tc>
          <w:tcPr>
            <w:tcW w:type="dxa" w:w="969"/>
          </w:tcPr>
          <w:p>
            <w:pPr>
              <w:spacing w:after="0"/>
              <w:jc w:val="left"/>
            </w:pPr>
          </w:p>
        </w:tc>
        <w:tc>
          <w:tcPr>
            <w:tcW w:type="dxa" w:w="280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2016-06-01</w:t>
            </w:r>
          </w:p>
        </w:tc>
        <w:tc>
          <w:tcPr>
            <w:tcW w:type="dxa" w:w="1215"/>
          </w:tcPr>
          <w:p>
            <w:pPr>
              <w:spacing w:after="0"/>
              <w:jc w:val="left"/>
            </w:pPr>
            <w:r>
              <w:rPr>
                <w:sz w:val="16"/>
              </w:rPr>
              <w:t>Drought</w:t>
            </w:r>
          </w:p>
        </w:tc>
        <w:tc>
          <w:tcPr>
            <w:tcW w:type="dxa" w:w="2510"/>
          </w:tcPr>
          <w:p>
            <w:pPr>
              <w:spacing w:after="0"/>
              <w:jc w:val="left"/>
            </w:pPr>
          </w:p>
        </w:tc>
        <w:tc>
          <w:tcPr>
            <w:tcW w:type="dxa" w:w="2811"/>
          </w:tcPr>
          <w:p>
            <w:pPr>
              <w:spacing w:after="0"/>
              <w:jc w:val="left"/>
            </w:pPr>
            <w:r>
              <w:rPr>
                <w:sz w:val="16"/>
              </w:rPr>
              <w:t>$0 property; $0 crops, reported for the zone (2016 dollars)</w:t>
            </w:r>
          </w:p>
        </w:tc>
        <w:tc>
          <w:tcPr>
            <w:tcW w:type="dxa" w:w="1068"/>
          </w:tcPr>
          <w:p>
            <w:pPr>
              <w:spacing w:after="0"/>
              <w:jc w:val="right"/>
            </w:pPr>
            <w:r>
              <w:rPr>
                <w:sz w:val="16"/>
              </w:rPr>
              <w:t>0, 0</w:t>
            </w:r>
          </w:p>
        </w:tc>
        <w:tc>
          <w:tcPr>
            <w:tcW w:type="dxa" w:w="1693"/>
          </w:tcPr>
          <w:p>
            <w:pPr>
              <w:spacing w:after="0"/>
              <w:jc w:val="left"/>
            </w:pPr>
            <w:r>
              <w:rPr>
                <w:sz w:val="16"/>
              </w:rPr>
              <w:t>NWS zone GAZ013 (PICKENS), zone-level: may include parts of neighboring counties</w:t>
            </w:r>
          </w:p>
        </w:tc>
        <w:tc>
          <w:tcPr>
            <w:tcW w:type="dxa" w:w="969"/>
          </w:tcPr>
          <w:p>
            <w:pPr>
              <w:spacing w:after="0"/>
              <w:jc w:val="left"/>
            </w:pPr>
          </w:p>
        </w:tc>
        <w:tc>
          <w:tcPr>
            <w:tcW w:type="dxa" w:w="2808"/>
          </w:tcPr>
          <w:p>
            <w:pPr>
              <w:spacing w:after="0"/>
              <w:jc w:val="left"/>
            </w:pPr>
            <w:r>
              <w:rPr>
                <w:sz w:val="16"/>
              </w:rPr>
              <w:t>B1-c worst recorded: Drought</w:t>
            </w:r>
          </w:p>
        </w:tc>
      </w:tr>
      <w:tr>
        <w:trPr>
          <w:cantSplit/>
        </w:trPr>
        <w:tc>
          <w:tcPr>
            <w:tcW w:type="dxa" w:w="1037"/>
          </w:tcPr>
          <w:p>
            <w:pPr>
              <w:spacing w:after="0"/>
              <w:jc w:val="left"/>
            </w:pPr>
            <w:r>
              <w:rPr>
                <w:sz w:val="16"/>
              </w:rPr>
              <w:t>2009-12-24</w:t>
            </w:r>
          </w:p>
        </w:tc>
        <w:tc>
          <w:tcPr>
            <w:tcW w:type="dxa" w:w="1215"/>
          </w:tcPr>
          <w:p>
            <w:pPr>
              <w:spacing w:after="0"/>
              <w:jc w:val="left"/>
            </w:pPr>
            <w:r>
              <w:rPr>
                <w:sz w:val="16"/>
              </w:rPr>
              <w:t>High Wind</w:t>
            </w:r>
          </w:p>
        </w:tc>
        <w:tc>
          <w:tcPr>
            <w:tcW w:type="dxa" w:w="2510"/>
          </w:tcPr>
          <w:p>
            <w:pPr>
              <w:spacing w:after="0"/>
              <w:jc w:val="left"/>
            </w:pPr>
            <w:r>
              <w:rPr>
                <w:sz w:val="16"/>
              </w:rPr>
              <w:t>50 kt (58 mph) estimated gust</w:t>
            </w:r>
          </w:p>
        </w:tc>
        <w:tc>
          <w:tcPr>
            <w:tcW w:type="dxa" w:w="2811"/>
          </w:tcPr>
          <w:p>
            <w:pPr>
              <w:spacing w:after="0"/>
              <w:jc w:val="left"/>
            </w:pPr>
            <w:r>
              <w:rPr>
                <w:sz w:val="16"/>
              </w:rPr>
              <w:t>$25,000 property; $0 crops, reported for the zone (2009 dollars)</w:t>
            </w:r>
          </w:p>
        </w:tc>
        <w:tc>
          <w:tcPr>
            <w:tcW w:type="dxa" w:w="1068"/>
          </w:tcPr>
          <w:p>
            <w:pPr>
              <w:spacing w:after="0"/>
              <w:jc w:val="right"/>
            </w:pPr>
            <w:r>
              <w:rPr>
                <w:sz w:val="16"/>
              </w:rPr>
              <w:t>0, 0</w:t>
            </w:r>
          </w:p>
        </w:tc>
        <w:tc>
          <w:tcPr>
            <w:tcW w:type="dxa" w:w="1693"/>
          </w:tcPr>
          <w:p>
            <w:pPr>
              <w:spacing w:after="0"/>
              <w:jc w:val="left"/>
            </w:pPr>
            <w:r>
              <w:rPr>
                <w:sz w:val="16"/>
              </w:rPr>
              <w:t>NWS zone GAZ013 (PICKENS), zone-level: may include parts of neighboring counties</w:t>
            </w:r>
          </w:p>
        </w:tc>
        <w:tc>
          <w:tcPr>
            <w:tcW w:type="dxa" w:w="969"/>
          </w:tcPr>
          <w:p>
            <w:pPr>
              <w:spacing w:after="0"/>
              <w:jc w:val="left"/>
            </w:pPr>
          </w:p>
        </w:tc>
        <w:tc>
          <w:tcPr>
            <w:tcW w:type="dxa" w:w="280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2006-08-15</w:t>
            </w:r>
          </w:p>
        </w:tc>
        <w:tc>
          <w:tcPr>
            <w:tcW w:type="dxa" w:w="1215"/>
          </w:tcPr>
          <w:p>
            <w:pPr>
              <w:spacing w:after="0"/>
              <w:jc w:val="left"/>
            </w:pPr>
            <w:r>
              <w:rPr>
                <w:sz w:val="16"/>
              </w:rPr>
              <w:t>Lightning</w:t>
            </w:r>
          </w:p>
        </w:tc>
        <w:tc>
          <w:tcPr>
            <w:tcW w:type="dxa" w:w="2510"/>
          </w:tcPr>
          <w:p>
            <w:pPr>
              <w:spacing w:after="0"/>
              <w:jc w:val="left"/>
            </w:pPr>
          </w:p>
        </w:tc>
        <w:tc>
          <w:tcPr>
            <w:tcW w:type="dxa" w:w="2811"/>
          </w:tcPr>
          <w:p>
            <w:pPr>
              <w:spacing w:after="0"/>
              <w:jc w:val="left"/>
            </w:pPr>
            <w:r>
              <w:rPr>
                <w:sz w:val="16"/>
              </w:rPr>
              <w:t>$500,000 property; crops not reported (2006 dollars)</w:t>
            </w:r>
          </w:p>
        </w:tc>
        <w:tc>
          <w:tcPr>
            <w:tcW w:type="dxa" w:w="1068"/>
          </w:tcPr>
          <w:p>
            <w:pPr>
              <w:spacing w:after="0"/>
              <w:jc w:val="right"/>
            </w:pPr>
            <w:r>
              <w:rPr>
                <w:sz w:val="16"/>
              </w:rPr>
              <w:t>0, 0</w:t>
            </w:r>
          </w:p>
        </w:tc>
        <w:tc>
          <w:tcPr>
            <w:tcW w:type="dxa" w:w="1693"/>
          </w:tcPr>
          <w:p>
            <w:pPr>
              <w:spacing w:after="0"/>
              <w:jc w:val="left"/>
            </w:pPr>
            <w:r>
              <w:rPr>
                <w:sz w:val="16"/>
              </w:rPr>
              <w:t>JASPER</w:t>
            </w:r>
          </w:p>
        </w:tc>
        <w:tc>
          <w:tcPr>
            <w:tcW w:type="dxa" w:w="969"/>
          </w:tcPr>
          <w:p>
            <w:pPr>
              <w:spacing w:after="0"/>
              <w:jc w:val="left"/>
            </w:pPr>
          </w:p>
        </w:tc>
        <w:tc>
          <w:tcPr>
            <w:tcW w:type="dxa" w:w="2808"/>
          </w:tcPr>
          <w:p>
            <w:pPr>
              <w:spacing w:after="0"/>
              <w:jc w:val="left"/>
            </w:pPr>
            <w:r>
              <w:rPr>
                <w:sz w:val="16"/>
              </w:rPr>
              <w:t>B1-c worst recorded: Lightning</w:t>
            </w:r>
          </w:p>
        </w:tc>
      </w:tr>
      <w:tr>
        <w:trPr>
          <w:cantSplit/>
        </w:trPr>
        <w:tc>
          <w:tcPr>
            <w:tcW w:type="dxa" w:w="1037"/>
          </w:tcPr>
          <w:p>
            <w:pPr>
              <w:spacing w:after="0"/>
              <w:jc w:val="left"/>
            </w:pPr>
            <w:r>
              <w:rPr>
                <w:sz w:val="16"/>
              </w:rPr>
              <w:t>2005-03-27</w:t>
            </w:r>
          </w:p>
        </w:tc>
        <w:tc>
          <w:tcPr>
            <w:tcW w:type="dxa" w:w="1215"/>
          </w:tcPr>
          <w:p>
            <w:pPr>
              <w:spacing w:after="0"/>
              <w:jc w:val="left"/>
            </w:pPr>
            <w:r>
              <w:rPr>
                <w:sz w:val="16"/>
              </w:rPr>
              <w:t>Hail</w:t>
            </w:r>
          </w:p>
        </w:tc>
        <w:tc>
          <w:tcPr>
            <w:tcW w:type="dxa" w:w="2510"/>
          </w:tcPr>
          <w:p>
            <w:pPr>
              <w:spacing w:after="0"/>
              <w:jc w:val="left"/>
            </w:pPr>
            <w:r>
              <w:rPr>
                <w:sz w:val="16"/>
              </w:rPr>
              <w:t>2.75 in</w:t>
            </w:r>
          </w:p>
        </w:tc>
        <w:tc>
          <w:tcPr>
            <w:tcW w:type="dxa" w:w="2811"/>
          </w:tcPr>
          <w:p>
            <w:pPr>
              <w:spacing w:after="0"/>
              <w:jc w:val="left"/>
            </w:pPr>
            <w:r>
              <w:rPr>
                <w:sz w:val="16"/>
              </w:rPr>
              <w:t>damage not reported</w:t>
            </w:r>
          </w:p>
        </w:tc>
        <w:tc>
          <w:tcPr>
            <w:tcW w:type="dxa" w:w="1068"/>
          </w:tcPr>
          <w:p>
            <w:pPr>
              <w:spacing w:after="0"/>
              <w:jc w:val="right"/>
            </w:pPr>
            <w:r>
              <w:rPr>
                <w:sz w:val="16"/>
              </w:rPr>
              <w:t>0, 0</w:t>
            </w:r>
          </w:p>
        </w:tc>
        <w:tc>
          <w:tcPr>
            <w:tcW w:type="dxa" w:w="1693"/>
          </w:tcPr>
          <w:p>
            <w:pPr>
              <w:spacing w:after="0"/>
              <w:jc w:val="left"/>
            </w:pPr>
            <w:r>
              <w:rPr>
                <w:sz w:val="16"/>
              </w:rPr>
              <w:t>JASPER</w:t>
            </w:r>
          </w:p>
        </w:tc>
        <w:tc>
          <w:tcPr>
            <w:tcW w:type="dxa" w:w="969"/>
          </w:tcPr>
          <w:p>
            <w:pPr>
              <w:spacing w:after="0"/>
              <w:jc w:val="left"/>
            </w:pPr>
          </w:p>
        </w:tc>
        <w:tc>
          <w:tcPr>
            <w:tcW w:type="dxa" w:w="2808"/>
          </w:tcPr>
          <w:p>
            <w:pPr>
              <w:spacing w:after="0"/>
              <w:jc w:val="left"/>
            </w:pPr>
            <w:r>
              <w:rPr>
                <w:sz w:val="16"/>
              </w:rPr>
              <w:t>B1-c worst recorded: Hail</w:t>
            </w:r>
          </w:p>
        </w:tc>
      </w:tr>
      <w:tr>
        <w:trPr>
          <w:cantSplit/>
        </w:trPr>
        <w:tc>
          <w:tcPr>
            <w:tcW w:type="dxa" w:w="1037"/>
          </w:tcPr>
          <w:p>
            <w:pPr>
              <w:spacing w:after="0"/>
              <w:jc w:val="left"/>
            </w:pPr>
            <w:r>
              <w:rPr>
                <w:sz w:val="16"/>
              </w:rPr>
              <w:t>2004-09-16</w:t>
            </w:r>
          </w:p>
        </w:tc>
        <w:tc>
          <w:tcPr>
            <w:tcW w:type="dxa" w:w="1215"/>
          </w:tcPr>
          <w:p>
            <w:pPr>
              <w:spacing w:after="0"/>
              <w:jc w:val="left"/>
            </w:pPr>
            <w:r>
              <w:rPr>
                <w:sz w:val="16"/>
              </w:rPr>
              <w:t>Flash Flood</w:t>
            </w:r>
          </w:p>
        </w:tc>
        <w:tc>
          <w:tcPr>
            <w:tcW w:type="dxa" w:w="2510"/>
          </w:tcPr>
          <w:p>
            <w:pPr>
              <w:spacing w:after="0"/>
              <w:jc w:val="left"/>
            </w:pPr>
          </w:p>
        </w:tc>
        <w:tc>
          <w:tcPr>
            <w:tcW w:type="dxa" w:w="2811"/>
          </w:tcPr>
          <w:p>
            <w:pPr>
              <w:spacing w:after="0"/>
              <w:jc w:val="left"/>
            </w:pPr>
            <w:r>
              <w:rPr>
                <w:sz w:val="16"/>
              </w:rPr>
              <w:t>$100,000 property; crops not reported (2004 dollars)</w:t>
            </w:r>
          </w:p>
        </w:tc>
        <w:tc>
          <w:tcPr>
            <w:tcW w:type="dxa" w:w="1068"/>
          </w:tcPr>
          <w:p>
            <w:pPr>
              <w:spacing w:after="0"/>
              <w:jc w:val="right"/>
            </w:pPr>
            <w:r>
              <w:rPr>
                <w:sz w:val="16"/>
              </w:rPr>
              <w:t>0, 0</w:t>
            </w:r>
          </w:p>
        </w:tc>
        <w:tc>
          <w:tcPr>
            <w:tcW w:type="dxa" w:w="1693"/>
          </w:tcPr>
          <w:p>
            <w:pPr>
              <w:spacing w:after="0"/>
              <w:jc w:val="left"/>
            </w:pPr>
            <w:r>
              <w:rPr>
                <w:sz w:val="16"/>
              </w:rPr>
              <w:t>COUNTYWIDE</w:t>
            </w:r>
          </w:p>
        </w:tc>
        <w:tc>
          <w:tcPr>
            <w:tcW w:type="dxa" w:w="969"/>
          </w:tcPr>
          <w:p>
            <w:pPr>
              <w:spacing w:after="0"/>
              <w:jc w:val="left"/>
            </w:pPr>
          </w:p>
        </w:tc>
        <w:tc>
          <w:tcPr>
            <w:tcW w:type="dxa" w:w="28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2002-11-11</w:t>
            </w:r>
          </w:p>
        </w:tc>
        <w:tc>
          <w:tcPr>
            <w:tcW w:type="dxa" w:w="1215"/>
          </w:tcPr>
          <w:p>
            <w:pPr>
              <w:spacing w:after="0"/>
              <w:jc w:val="left"/>
            </w:pPr>
            <w:r>
              <w:rPr>
                <w:sz w:val="16"/>
              </w:rPr>
              <w:t>Tornado</w:t>
            </w:r>
          </w:p>
        </w:tc>
        <w:tc>
          <w:tcPr>
            <w:tcW w:type="dxa" w:w="2510"/>
          </w:tcPr>
          <w:p>
            <w:pPr>
              <w:spacing w:after="0"/>
              <w:jc w:val="left"/>
            </w:pPr>
            <w:r>
              <w:rPr>
                <w:sz w:val="16"/>
              </w:rPr>
              <w:t>F2, 14 mi within this county, 100 yd wide</w:t>
            </w:r>
          </w:p>
        </w:tc>
        <w:tc>
          <w:tcPr>
            <w:tcW w:type="dxa" w:w="2811"/>
          </w:tcPr>
          <w:p>
            <w:pPr>
              <w:spacing w:after="0"/>
              <w:jc w:val="left"/>
            </w:pPr>
            <w:r>
              <w:rPr>
                <w:sz w:val="16"/>
              </w:rPr>
              <w:t>$5,600,000 property; crops not reported (2002 dollars)</w:t>
            </w:r>
          </w:p>
        </w:tc>
        <w:tc>
          <w:tcPr>
            <w:tcW w:type="dxa" w:w="1068"/>
          </w:tcPr>
          <w:p>
            <w:pPr>
              <w:spacing w:after="0"/>
              <w:jc w:val="right"/>
            </w:pPr>
            <w:r>
              <w:rPr>
                <w:sz w:val="16"/>
              </w:rPr>
              <w:t>0, 10</w:t>
            </w:r>
          </w:p>
        </w:tc>
        <w:tc>
          <w:tcPr>
            <w:tcW w:type="dxa" w:w="1693"/>
          </w:tcPr>
          <w:p>
            <w:pPr>
              <w:spacing w:after="0"/>
              <w:jc w:val="left"/>
            </w:pPr>
            <w:r>
              <w:rPr>
                <w:sz w:val="16"/>
              </w:rPr>
              <w:t>TATE</w:t>
            </w:r>
          </w:p>
        </w:tc>
        <w:tc>
          <w:tcPr>
            <w:tcW w:type="dxa" w:w="969"/>
          </w:tcPr>
          <w:p>
            <w:pPr>
              <w:spacing w:after="0"/>
              <w:jc w:val="left"/>
            </w:pPr>
          </w:p>
        </w:tc>
        <w:tc>
          <w:tcPr>
            <w:tcW w:type="dxa" w:w="2808"/>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510"/>
          </w:tcPr>
          <w:p>
            <w:pPr>
              <w:spacing w:after="0"/>
              <w:jc w:val="left"/>
            </w:pPr>
          </w:p>
        </w:tc>
        <w:tc>
          <w:tcPr>
            <w:tcW w:type="dxa" w:w="2811"/>
          </w:tcPr>
          <w:p>
            <w:pPr>
              <w:spacing w:after="0"/>
              <w:jc w:val="left"/>
            </w:pPr>
            <w:r>
              <w:rPr>
                <w:sz w:val="16"/>
              </w:rPr>
              <w:t>damage not reported</w:t>
            </w:r>
          </w:p>
        </w:tc>
        <w:tc>
          <w:tcPr>
            <w:tcW w:type="dxa" w:w="1068"/>
          </w:tcPr>
          <w:p>
            <w:pPr>
              <w:spacing w:after="0"/>
              <w:jc w:val="right"/>
            </w:pPr>
            <w:r>
              <w:rPr>
                <w:sz w:val="16"/>
              </w:rPr>
              <w:t>0, 0</w:t>
            </w:r>
          </w:p>
        </w:tc>
        <w:tc>
          <w:tcPr>
            <w:tcW w:type="dxa" w:w="1693"/>
          </w:tcPr>
          <w:p>
            <w:pPr>
              <w:spacing w:after="0"/>
              <w:jc w:val="left"/>
            </w:pPr>
            <w:r>
              <w:rPr>
                <w:sz w:val="16"/>
              </w:rPr>
              <w:t>NWS zone GAZ013 (PICKENS), zone-level: may include parts of neighboring counties</w:t>
            </w:r>
          </w:p>
        </w:tc>
        <w:tc>
          <w:tcPr>
            <w:tcW w:type="dxa" w:w="969"/>
          </w:tcPr>
          <w:p>
            <w:pPr>
              <w:spacing w:after="0"/>
              <w:jc w:val="left"/>
            </w:pPr>
          </w:p>
        </w:tc>
        <w:tc>
          <w:tcPr>
            <w:tcW w:type="dxa" w:w="28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215"/>
          </w:tcPr>
          <w:p>
            <w:pPr>
              <w:spacing w:after="0"/>
              <w:jc w:val="left"/>
            </w:pPr>
            <w:r>
              <w:rPr>
                <w:sz w:val="16"/>
              </w:rPr>
              <w:t>Ice Storm</w:t>
            </w:r>
          </w:p>
        </w:tc>
        <w:tc>
          <w:tcPr>
            <w:tcW w:type="dxa" w:w="2510"/>
          </w:tcPr>
          <w:p>
            <w:pPr>
              <w:spacing w:after="0"/>
              <w:jc w:val="left"/>
            </w:pPr>
          </w:p>
        </w:tc>
        <w:tc>
          <w:tcPr>
            <w:tcW w:type="dxa" w:w="2811"/>
          </w:tcPr>
          <w:p>
            <w:pPr>
              <w:spacing w:after="0"/>
              <w:jc w:val="left"/>
            </w:pPr>
            <w:r>
              <w:rPr>
                <w:sz w:val="16"/>
              </w:rPr>
              <w:t>$980,000 property; crops not reported, reported for the zone (2000 dollars)</w:t>
            </w:r>
          </w:p>
        </w:tc>
        <w:tc>
          <w:tcPr>
            <w:tcW w:type="dxa" w:w="1068"/>
          </w:tcPr>
          <w:p>
            <w:pPr>
              <w:spacing w:after="0"/>
              <w:jc w:val="right"/>
            </w:pPr>
            <w:r>
              <w:rPr>
                <w:sz w:val="16"/>
              </w:rPr>
              <w:t>0, 0</w:t>
            </w:r>
          </w:p>
        </w:tc>
        <w:tc>
          <w:tcPr>
            <w:tcW w:type="dxa" w:w="1693"/>
          </w:tcPr>
          <w:p>
            <w:pPr>
              <w:spacing w:after="0"/>
              <w:jc w:val="left"/>
            </w:pPr>
            <w:r>
              <w:rPr>
                <w:sz w:val="16"/>
              </w:rPr>
              <w:t>NWS zone GAZ013 (PICKENS), zone-level: may include parts of neighboring counties</w:t>
            </w:r>
          </w:p>
        </w:tc>
        <w:tc>
          <w:tcPr>
            <w:tcW w:type="dxa" w:w="969"/>
          </w:tcPr>
          <w:p>
            <w:pPr>
              <w:spacing w:after="0"/>
              <w:jc w:val="left"/>
            </w:pPr>
          </w:p>
        </w:tc>
        <w:tc>
          <w:tcPr>
            <w:tcW w:type="dxa" w:w="2808"/>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510"/>
          </w:tcPr>
          <w:p>
            <w:pPr>
              <w:spacing w:after="0"/>
              <w:jc w:val="left"/>
            </w:pPr>
          </w:p>
        </w:tc>
        <w:tc>
          <w:tcPr>
            <w:tcW w:type="dxa" w:w="2811"/>
          </w:tcPr>
          <w:p>
            <w:pPr>
              <w:spacing w:after="0"/>
              <w:jc w:val="left"/>
            </w:pPr>
            <w:r>
              <w:rPr>
                <w:sz w:val="16"/>
              </w:rPr>
              <w:t>damage not reported</w:t>
            </w:r>
          </w:p>
        </w:tc>
        <w:tc>
          <w:tcPr>
            <w:tcW w:type="dxa" w:w="1068"/>
          </w:tcPr>
          <w:p>
            <w:pPr>
              <w:spacing w:after="0"/>
              <w:jc w:val="right"/>
            </w:pPr>
            <w:r>
              <w:rPr>
                <w:sz w:val="16"/>
              </w:rPr>
              <w:t>0, 0</w:t>
            </w:r>
          </w:p>
        </w:tc>
        <w:tc>
          <w:tcPr>
            <w:tcW w:type="dxa" w:w="1693"/>
          </w:tcPr>
          <w:p>
            <w:pPr>
              <w:spacing w:after="0"/>
              <w:jc w:val="left"/>
            </w:pPr>
            <w:r>
              <w:rPr>
                <w:sz w:val="16"/>
              </w:rPr>
              <w:t>NWS zone GAZ013 (PICKENS), zone-level: may include parts of neighboring counties</w:t>
            </w:r>
          </w:p>
        </w:tc>
        <w:tc>
          <w:tcPr>
            <w:tcW w:type="dxa" w:w="969"/>
          </w:tcPr>
          <w:p>
            <w:pPr>
              <w:spacing w:after="0"/>
              <w:jc w:val="left"/>
            </w:pPr>
          </w:p>
        </w:tc>
        <w:tc>
          <w:tcPr>
            <w:tcW w:type="dxa" w:w="2808"/>
          </w:tcPr>
          <w:p>
            <w:pPr>
              <w:spacing w:after="0"/>
              <w:jc w:val="left"/>
            </w:pPr>
            <w:r>
              <w:rPr>
                <w:sz w:val="16"/>
              </w:rPr>
              <w:t>B1-c worst recorded: Excessive Heat, Heat</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510"/>
          </w:tcPr>
          <w:p>
            <w:pPr>
              <w:spacing w:after="0"/>
              <w:jc w:val="left"/>
            </w:pPr>
            <w:r>
              <w:rPr>
                <w:sz w:val="16"/>
              </w:rPr>
              <w:t>F4, 7.6 mi path length (records before 1996 may include the whole path; rating and listing come from the county where the tornado began), 200 yd wide</w:t>
            </w:r>
          </w:p>
        </w:tc>
        <w:tc>
          <w:tcPr>
            <w:tcW w:type="dxa" w:w="2811"/>
          </w:tcPr>
          <w:p>
            <w:pPr>
              <w:spacing w:after="0"/>
              <w:jc w:val="left"/>
            </w:pPr>
            <w:r>
              <w:rPr>
                <w:sz w:val="16"/>
              </w:rPr>
              <w:t>$2,500,000 property; crops not recorded (1974 dollars)</w:t>
            </w:r>
          </w:p>
        </w:tc>
        <w:tc>
          <w:tcPr>
            <w:tcW w:type="dxa" w:w="1068"/>
          </w:tcPr>
          <w:p>
            <w:pPr>
              <w:spacing w:after="0"/>
              <w:jc w:val="right"/>
            </w:pPr>
            <w:r>
              <w:rPr>
                <w:sz w:val="16"/>
              </w:rPr>
              <w:t>1, 17</w:t>
            </w:r>
          </w:p>
        </w:tc>
        <w:tc>
          <w:tcPr>
            <w:tcW w:type="dxa" w:w="1693"/>
          </w:tcPr>
          <w:p>
            <w:pPr>
              <w:spacing w:after="0"/>
              <w:jc w:val="left"/>
            </w:pPr>
            <w:r>
              <w:rPr>
                <w:sz w:val="16"/>
              </w:rPr>
              <w:t>location not recorded</w:t>
            </w:r>
          </w:p>
        </w:tc>
        <w:tc>
          <w:tcPr>
            <w:tcW w:type="dxa" w:w="969"/>
          </w:tcPr>
          <w:p>
            <w:pPr>
              <w:spacing w:after="0"/>
              <w:jc w:val="left"/>
            </w:pPr>
          </w:p>
        </w:tc>
        <w:tc>
          <w:tcPr>
            <w:tcW w:type="dxa" w:w="280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2.26</w:t>
            </w:r>
          </w:p>
        </w:tc>
        <w:tc>
          <w:tcPr>
            <w:tcW w:type="dxa" w:w="1451"/>
          </w:tcPr>
          <w:p>
            <w:pPr>
              <w:spacing w:after="0"/>
              <w:jc w:val="left"/>
            </w:pPr>
            <w:r>
              <w:rPr>
                <w:sz w:val="16"/>
              </w:rPr>
              <w:t>event-days per year</w:t>
            </w:r>
          </w:p>
        </w:tc>
        <w:tc>
          <w:tcPr>
            <w:tcW w:type="dxa" w:w="1574"/>
          </w:tcPr>
          <w:p>
            <w:pPr>
              <w:spacing w:after="0"/>
              <w:jc w:val="left"/>
            </w:pPr>
            <w:r>
              <w:rPr>
                <w:sz w:val="16"/>
              </w:rPr>
              <w:t>about 2.26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43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2.26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36.7</w:t>
            </w:r>
          </w:p>
        </w:tc>
        <w:tc>
          <w:tcPr>
            <w:tcW w:type="dxa" w:w="1451"/>
          </w:tcPr>
          <w:p>
            <w:pPr>
              <w:spacing w:after="0"/>
              <w:jc w:val="left"/>
            </w:pPr>
            <w:r>
              <w:rPr>
                <w:sz w:val="16"/>
              </w:rPr>
              <w:t>event-days per year</w:t>
            </w:r>
          </w:p>
        </w:tc>
        <w:tc>
          <w:tcPr>
            <w:tcW w:type="dxa" w:w="1574"/>
          </w:tcPr>
          <w:p>
            <w:pPr>
              <w:spacing w:after="0"/>
              <w:jc w:val="left"/>
            </w:pPr>
            <w:r>
              <w:rPr>
                <w:sz w:val="16"/>
              </w:rPr>
              <w:t>about 36.7 days per year</w:t>
            </w:r>
          </w:p>
        </w:tc>
        <w:tc>
          <w:tcPr>
            <w:tcW w:type="dxa" w:w="1037"/>
          </w:tcPr>
          <w:p>
            <w:pPr>
              <w:spacing w:after="0"/>
              <w:jc w:val="left"/>
            </w:pPr>
            <w:r>
              <w:rPr>
                <w:sz w:val="16"/>
              </w:rPr>
              <w:t>Likely</w:t>
            </w:r>
          </w:p>
        </w:tc>
        <w:tc>
          <w:tcPr>
            <w:tcW w:type="dxa" w:w="1729"/>
          </w:tcPr>
          <w:p>
            <w:pPr>
              <w:spacing w:after="0"/>
              <w:jc w:val="left"/>
            </w:pPr>
            <w:r>
              <w:rPr>
                <w:sz w:val="16"/>
              </w:rPr>
              <w:t>event-days in 14 of 30 years, 1996 to 2025 (46.7%)</w:t>
            </w:r>
          </w:p>
        </w:tc>
        <w:tc>
          <w:tcPr>
            <w:tcW w:type="dxa" w:w="1521"/>
          </w:tcPr>
          <w:p>
            <w:pPr>
              <w:spacing w:after="0"/>
              <w:jc w:val="right"/>
            </w:pPr>
            <w:r>
              <w:rPr>
                <w:sz w:val="16"/>
              </w:rPr>
              <w:t>1,071</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36.7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0.00242</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0.242%</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5.33</w:t>
            </w:r>
          </w:p>
        </w:tc>
        <w:tc>
          <w:tcPr>
            <w:tcW w:type="dxa" w:w="1451"/>
          </w:tcPr>
          <w:p>
            <w:pPr>
              <w:spacing w:after="0"/>
              <w:jc w:val="left"/>
            </w:pPr>
            <w:r>
              <w:rPr>
                <w:sz w:val="16"/>
              </w:rPr>
              <w:t>events per year</w:t>
            </w:r>
          </w:p>
        </w:tc>
        <w:tc>
          <w:tcPr>
            <w:tcW w:type="dxa" w:w="1574"/>
          </w:tcPr>
          <w:p>
            <w:pPr>
              <w:spacing w:after="0"/>
              <w:jc w:val="left"/>
            </w:pPr>
            <w:r>
              <w:rPr>
                <w:sz w:val="16"/>
              </w:rPr>
              <w:t>about 5.33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202.5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0.632</w:t>
            </w:r>
          </w:p>
        </w:tc>
        <w:tc>
          <w:tcPr>
            <w:tcW w:type="dxa" w:w="1451"/>
          </w:tcPr>
          <w:p>
            <w:pPr>
              <w:spacing w:after="0"/>
              <w:jc w:val="left"/>
            </w:pPr>
            <w:r>
              <w:rPr>
                <w:sz w:val="16"/>
              </w:rPr>
              <w:t>event-days per year</w:t>
            </w:r>
          </w:p>
        </w:tc>
        <w:tc>
          <w:tcPr>
            <w:tcW w:type="dxa" w:w="1574"/>
          </w:tcPr>
          <w:p>
            <w:pPr>
              <w:spacing w:after="0"/>
              <w:jc w:val="left"/>
            </w:pPr>
            <w:r>
              <w:rPr>
                <w:sz w:val="16"/>
              </w:rPr>
              <w:t>about 0.632 days per year</w:t>
            </w:r>
          </w:p>
        </w:tc>
        <w:tc>
          <w:tcPr>
            <w:tcW w:type="dxa" w:w="1037"/>
          </w:tcPr>
          <w:p>
            <w:pPr>
              <w:spacing w:after="0"/>
              <w:jc w:val="left"/>
            </w:pPr>
            <w:r>
              <w:rPr>
                <w:sz w:val="16"/>
              </w:rPr>
              <w:t>Likely</w:t>
            </w:r>
          </w:p>
        </w:tc>
        <w:tc>
          <w:tcPr>
            <w:tcW w:type="dxa" w:w="1729"/>
          </w:tcPr>
          <w:p>
            <w:pPr>
              <w:spacing w:after="0"/>
              <w:jc w:val="left"/>
            </w:pPr>
            <w:r>
              <w:rPr>
                <w:sz w:val="16"/>
              </w:rPr>
              <w:t>event-days in 5 of 30 years, 1996 to 2025 (16.7%)</w:t>
            </w:r>
          </w:p>
        </w:tc>
        <w:tc>
          <w:tcPr>
            <w:tcW w:type="dxa" w:w="1521"/>
          </w:tcPr>
          <w:p>
            <w:pPr>
              <w:spacing w:after="0"/>
              <w:jc w:val="right"/>
            </w:pPr>
            <w:r>
              <w:rPr>
                <w:sz w:val="16"/>
              </w:rPr>
              <w:t>10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r>
              <w:rPr>
                <w:sz w:val="16"/>
              </w:rPr>
              <w:t>0.0179</w:t>
            </w:r>
          </w:p>
        </w:tc>
        <w:tc>
          <w:tcPr>
            <w:tcW w:type="dxa" w:w="1451"/>
          </w:tcPr>
          <w:p>
            <w:pPr>
              <w:spacing w:after="0"/>
              <w:jc w:val="left"/>
            </w:pPr>
            <w:r>
              <w:rPr>
                <w:sz w:val="16"/>
              </w:rPr>
              <w:t>events per year</w:t>
            </w:r>
          </w:p>
        </w:tc>
        <w:tc>
          <w:tcPr>
            <w:tcW w:type="dxa" w:w="1574"/>
          </w:tcPr>
          <w:p>
            <w:pPr>
              <w:spacing w:after="0"/>
              <w:jc w:val="left"/>
            </w:pPr>
            <w:r>
              <w:rPr>
                <w:sz w:val="16"/>
              </w:rPr>
              <w:t>about 1 in 56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6</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0.793</w:t>
            </w:r>
          </w:p>
        </w:tc>
        <w:tc>
          <w:tcPr>
            <w:tcW w:type="dxa" w:w="1451"/>
          </w:tcPr>
          <w:p>
            <w:pPr>
              <w:spacing w:after="0"/>
              <w:jc w:val="left"/>
            </w:pPr>
            <w:r>
              <w:rPr>
                <w:sz w:val="16"/>
              </w:rPr>
              <w:t>event-days per year</w:t>
            </w:r>
          </w:p>
        </w:tc>
        <w:tc>
          <w:tcPr>
            <w:tcW w:type="dxa" w:w="1574"/>
          </w:tcPr>
          <w:p>
            <w:pPr>
              <w:spacing w:after="0"/>
              <w:jc w:val="left"/>
            </w:pPr>
            <w:r>
              <w:rPr>
                <w:sz w:val="16"/>
              </w:rPr>
              <w:t>about 0.793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54</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0.536</w:t>
            </w:r>
          </w:p>
        </w:tc>
        <w:tc>
          <w:tcPr>
            <w:tcW w:type="dxa" w:w="1451"/>
          </w:tcPr>
          <w:p>
            <w:pPr>
              <w:spacing w:after="0"/>
              <w:jc w:val="left"/>
            </w:pPr>
            <w:r>
              <w:rPr>
                <w:sz w:val="16"/>
              </w:rPr>
              <w:t>event-days per year</w:t>
            </w:r>
          </w:p>
        </w:tc>
        <w:tc>
          <w:tcPr>
            <w:tcW w:type="dxa" w:w="1574"/>
          </w:tcPr>
          <w:p>
            <w:pPr>
              <w:spacing w:after="0"/>
              <w:jc w:val="left"/>
            </w:pPr>
            <w:r>
              <w:rPr>
                <w:sz w:val="16"/>
              </w:rPr>
              <w:t>about 0.536 days per year</w:t>
            </w:r>
          </w:p>
        </w:tc>
        <w:tc>
          <w:tcPr>
            <w:tcW w:type="dxa" w:w="1037"/>
          </w:tcPr>
          <w:p>
            <w:pPr>
              <w:spacing w:after="0"/>
              <w:jc w:val="left"/>
            </w:pPr>
            <w:r>
              <w:rPr>
                <w:sz w:val="16"/>
              </w:rPr>
              <w:t>Likely</w:t>
            </w:r>
          </w:p>
        </w:tc>
        <w:tc>
          <w:tcPr>
            <w:tcW w:type="dxa" w:w="1729"/>
          </w:tcPr>
          <w:p>
            <w:pPr>
              <w:spacing w:after="0"/>
              <w:jc w:val="left"/>
            </w:pPr>
            <w:r>
              <w:rPr>
                <w:sz w:val="16"/>
              </w:rPr>
              <w:t>event-days in 11 of 30 years, 1996 to 2025 (36.7%)</w:t>
            </w:r>
          </w:p>
        </w:tc>
        <w:tc>
          <w:tcPr>
            <w:tcW w:type="dxa" w:w="1521"/>
          </w:tcPr>
          <w:p>
            <w:pPr>
              <w:spacing w:after="0"/>
              <w:jc w:val="right"/>
            </w:pPr>
            <w:r>
              <w:rPr>
                <w:sz w:val="16"/>
              </w:rPr>
              <w:t>15</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0.717</w:t>
            </w:r>
          </w:p>
        </w:tc>
        <w:tc>
          <w:tcPr>
            <w:tcW w:type="dxa" w:w="1451"/>
          </w:tcPr>
          <w:p>
            <w:pPr>
              <w:spacing w:after="0"/>
              <w:jc w:val="left"/>
            </w:pPr>
            <w:r>
              <w:rPr>
                <w:sz w:val="16"/>
              </w:rPr>
              <w:t>events per year (modeled)</w:t>
            </w:r>
          </w:p>
        </w:tc>
        <w:tc>
          <w:tcPr>
            <w:tcW w:type="dxa" w:w="1574"/>
          </w:tcPr>
          <w:p>
            <w:pPr>
              <w:spacing w:after="0"/>
              <w:jc w:val="left"/>
            </w:pPr>
            <w:r>
              <w:rPr>
                <w:sz w:val="16"/>
              </w:rPr>
              <w:t>about 0.72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60.7</w:t>
            </w:r>
          </w:p>
        </w:tc>
        <w:tc>
          <w:tcPr>
            <w:tcW w:type="dxa" w:w="1451"/>
          </w:tcPr>
          <w:p>
            <w:pPr>
              <w:spacing w:after="0"/>
              <w:jc w:val="left"/>
            </w:pPr>
            <w:r>
              <w:rPr>
                <w:sz w:val="16"/>
              </w:rPr>
              <w:t>days per year with a strike</w:t>
            </w:r>
          </w:p>
        </w:tc>
        <w:tc>
          <w:tcPr>
            <w:tcW w:type="dxa" w:w="1574"/>
          </w:tcPr>
          <w:p>
            <w:pPr>
              <w:spacing w:after="0"/>
              <w:jc w:val="left"/>
            </w:pPr>
            <w:r>
              <w:rPr>
                <w:sz w:val="16"/>
              </w:rPr>
              <w:t>about 60.7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3.39</w:t>
            </w:r>
          </w:p>
        </w:tc>
        <w:tc>
          <w:tcPr>
            <w:tcW w:type="dxa" w:w="1451"/>
          </w:tcPr>
          <w:p>
            <w:pPr>
              <w:spacing w:after="0"/>
              <w:jc w:val="left"/>
            </w:pPr>
            <w:r>
              <w:rPr>
                <w:sz w:val="16"/>
              </w:rPr>
              <w:t>events per year</w:t>
            </w:r>
          </w:p>
        </w:tc>
        <w:tc>
          <w:tcPr>
            <w:tcW w:type="dxa" w:w="1574"/>
          </w:tcPr>
          <w:p>
            <w:pPr>
              <w:spacing w:after="0"/>
              <w:jc w:val="left"/>
            </w:pPr>
            <w:r>
              <w:rPr>
                <w:sz w:val="16"/>
              </w:rPr>
              <w:t>about 3.39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129</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0.129</w:t>
            </w:r>
          </w:p>
        </w:tc>
        <w:tc>
          <w:tcPr>
            <w:tcW w:type="dxa" w:w="1451"/>
          </w:tcPr>
          <w:p>
            <w:pPr>
              <w:spacing w:after="0"/>
              <w:jc w:val="left"/>
            </w:pPr>
            <w:r>
              <w:rPr>
                <w:sz w:val="16"/>
              </w:rPr>
              <w:t>events per year</w:t>
            </w:r>
          </w:p>
        </w:tc>
        <w:tc>
          <w:tcPr>
            <w:tcW w:type="dxa" w:w="1574"/>
          </w:tcPr>
          <w:p>
            <w:pPr>
              <w:spacing w:after="0"/>
              <w:jc w:val="left"/>
            </w:pPr>
            <w:r>
              <w:rPr>
                <w:sz w:val="16"/>
              </w:rPr>
              <w:t>about 1 in 8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0.00167</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0.167%</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6.05</w:t>
            </w:r>
          </w:p>
        </w:tc>
        <w:tc>
          <w:tcPr>
            <w:tcW w:type="dxa" w:w="1451"/>
          </w:tcPr>
          <w:p>
            <w:pPr>
              <w:spacing w:after="0"/>
              <w:jc w:val="left"/>
            </w:pPr>
            <w:r>
              <w:rPr>
                <w:sz w:val="16"/>
              </w:rPr>
              <w:t>event-days per year</w:t>
            </w:r>
          </w:p>
        </w:tc>
        <w:tc>
          <w:tcPr>
            <w:tcW w:type="dxa" w:w="1574"/>
          </w:tcPr>
          <w:p>
            <w:pPr>
              <w:spacing w:after="0"/>
              <w:jc w:val="left"/>
            </w:pPr>
            <w:r>
              <w:rPr>
                <w:sz w:val="16"/>
              </w:rPr>
              <w:t>about 6.05 days per year</w:t>
            </w:r>
          </w:p>
        </w:tc>
        <w:tc>
          <w:tcPr>
            <w:tcW w:type="dxa" w:w="1037"/>
          </w:tcPr>
          <w:p>
            <w:pPr>
              <w:spacing w:after="0"/>
              <w:jc w:val="left"/>
            </w:pPr>
            <w:r>
              <w:rPr>
                <w:sz w:val="16"/>
              </w:rPr>
              <w:t>Likely</w:t>
            </w:r>
          </w:p>
        </w:tc>
        <w:tc>
          <w:tcPr>
            <w:tcW w:type="dxa" w:w="1729"/>
          </w:tcPr>
          <w:p>
            <w:pPr>
              <w:spacing w:after="0"/>
              <w:jc w:val="left"/>
            </w:pPr>
            <w:r>
              <w:rPr>
                <w:sz w:val="16"/>
              </w:rPr>
              <w:t>event-days in 23 of 30 years, 1996 to 2025 (76.7%)</w:t>
            </w:r>
          </w:p>
        </w:tc>
        <w:tc>
          <w:tcPr>
            <w:tcW w:type="dxa" w:w="1521"/>
          </w:tcPr>
          <w:p>
            <w:pPr>
              <w:spacing w:after="0"/>
              <w:jc w:val="right"/>
            </w:pPr>
            <w:r>
              <w:rPr>
                <w:sz w:val="16"/>
              </w:rPr>
              <w:t>115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3"/>
          </w:tcPr>
          <w:p>
            <w:pPr>
              <w:spacing w:after="0"/>
              <w:jc w:val="right"/>
            </w:pPr>
            <w:r>
              <w:rPr>
                <w:sz w:val="16"/>
              </w:rPr>
              <w:t>70.4</w:t>
            </w:r>
          </w:p>
        </w:tc>
        <w:tc>
          <w:tcPr>
            <w:tcW w:type="dxa" w:w="680"/>
          </w:tcPr>
          <w:p>
            <w:pPr>
              <w:spacing w:after="0"/>
              <w:jc w:val="right"/>
            </w:pPr>
            <w:r>
              <w:rPr>
                <w:sz w:val="16"/>
              </w:rPr>
              <w:t>80.9</w:t>
            </w:r>
          </w:p>
        </w:tc>
        <w:tc>
          <w:tcPr>
            <w:tcW w:type="dxa" w:w="648"/>
          </w:tcPr>
          <w:p>
            <w:pPr>
              <w:spacing w:after="0"/>
              <w:jc w:val="right"/>
            </w:pPr>
            <w:r>
              <w:rPr>
                <w:sz w:val="16"/>
              </w:rPr>
              <w:t>84.1</w:t>
            </w:r>
          </w:p>
        </w:tc>
        <w:tc>
          <w:tcPr>
            <w:tcW w:type="dxa" w:w="3512"/>
          </w:tcPr>
          <w:p>
            <w:pPr>
              <w:spacing w:after="0"/>
              <w:jc w:val="left"/>
            </w:pPr>
            <w:r>
              <w:rPr>
                <w:sz w:val="16"/>
              </w:rPr>
              <w:t>Relatively High 6,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1 of 9</w:t>
            </w:r>
          </w:p>
        </w:tc>
        <w:tc>
          <w:tcPr>
            <w:tcW w:type="dxa" w:w="883"/>
          </w:tcPr>
          <w:p>
            <w:pPr>
              <w:spacing w:after="0"/>
              <w:jc w:val="right"/>
            </w:pPr>
            <w:r>
              <w:rPr>
                <w:sz w:val="16"/>
              </w:rPr>
              <w:t>93.6</w:t>
            </w:r>
          </w:p>
        </w:tc>
        <w:tc>
          <w:tcPr>
            <w:tcW w:type="dxa" w:w="680"/>
          </w:tcPr>
          <w:p>
            <w:pPr>
              <w:spacing w:after="0"/>
              <w:jc w:val="right"/>
            </w:pPr>
            <w:r>
              <w:rPr>
                <w:sz w:val="16"/>
              </w:rPr>
              <w:t>93.6</w:t>
            </w:r>
          </w:p>
        </w:tc>
        <w:tc>
          <w:tcPr>
            <w:tcW w:type="dxa" w:w="648"/>
          </w:tcPr>
          <w:p>
            <w:pPr>
              <w:spacing w:after="0"/>
              <w:jc w:val="right"/>
            </w:pPr>
            <w:r>
              <w:rPr>
                <w:sz w:val="16"/>
              </w:rPr>
              <w:t>93.6</w:t>
            </w:r>
          </w:p>
        </w:tc>
        <w:tc>
          <w:tcPr>
            <w:tcW w:type="dxa" w:w="3512"/>
          </w:tcPr>
          <w:p>
            <w:pPr>
              <w:spacing w:after="0"/>
              <w:jc w:val="left"/>
            </w:pPr>
            <w:r>
              <w:rPr>
                <w:sz w:val="16"/>
              </w:rPr>
              <w:t>Relatively Moderate 1, No Rating 8</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3"/>
          </w:tcPr>
          <w:p>
            <w:pPr>
              <w:spacing w:after="0"/>
              <w:jc w:val="right"/>
            </w:pPr>
            <w:r>
              <w:rPr>
                <w:sz w:val="16"/>
              </w:rPr>
              <w:t>39.7</w:t>
            </w:r>
          </w:p>
        </w:tc>
        <w:tc>
          <w:tcPr>
            <w:tcW w:type="dxa" w:w="680"/>
          </w:tcPr>
          <w:p>
            <w:pPr>
              <w:spacing w:after="0"/>
              <w:jc w:val="right"/>
            </w:pPr>
            <w:r>
              <w:rPr>
                <w:sz w:val="16"/>
              </w:rPr>
              <w:t>59.2</w:t>
            </w:r>
          </w:p>
        </w:tc>
        <w:tc>
          <w:tcPr>
            <w:tcW w:type="dxa" w:w="648"/>
          </w:tcPr>
          <w:p>
            <w:pPr>
              <w:spacing w:after="0"/>
              <w:jc w:val="right"/>
            </w:pPr>
            <w:r>
              <w:rPr>
                <w:sz w:val="16"/>
              </w:rPr>
              <w:t>75.9</w:t>
            </w:r>
          </w:p>
        </w:tc>
        <w:tc>
          <w:tcPr>
            <w:tcW w:type="dxa" w:w="3512"/>
          </w:tcPr>
          <w:p>
            <w:pPr>
              <w:spacing w:after="0"/>
              <w:jc w:val="left"/>
            </w:pPr>
            <w:r>
              <w:rPr>
                <w:sz w:val="16"/>
              </w:rPr>
              <w:t>Relatively Low 8,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3"/>
          </w:tcPr>
          <w:p>
            <w:pPr>
              <w:spacing w:after="0"/>
              <w:jc w:val="right"/>
            </w:pPr>
            <w:r>
              <w:rPr>
                <w:sz w:val="16"/>
              </w:rPr>
              <w:t>62.6</w:t>
            </w:r>
          </w:p>
        </w:tc>
        <w:tc>
          <w:tcPr>
            <w:tcW w:type="dxa" w:w="680"/>
          </w:tcPr>
          <w:p>
            <w:pPr>
              <w:spacing w:after="0"/>
              <w:jc w:val="right"/>
            </w:pPr>
            <w:r>
              <w:rPr>
                <w:sz w:val="16"/>
              </w:rPr>
              <w:t>73.1</w:t>
            </w:r>
          </w:p>
        </w:tc>
        <w:tc>
          <w:tcPr>
            <w:tcW w:type="dxa" w:w="648"/>
          </w:tcPr>
          <w:p>
            <w:pPr>
              <w:spacing w:after="0"/>
              <w:jc w:val="right"/>
            </w:pPr>
            <w:r>
              <w:rPr>
                <w:sz w:val="16"/>
              </w:rPr>
              <w:t>79.8</w:t>
            </w:r>
          </w:p>
        </w:tc>
        <w:tc>
          <w:tcPr>
            <w:tcW w:type="dxa" w:w="3512"/>
          </w:tcPr>
          <w:p>
            <w:pPr>
              <w:spacing w:after="0"/>
              <w:jc w:val="left"/>
            </w:pPr>
            <w:r>
              <w:rPr>
                <w:sz w:val="16"/>
              </w:rPr>
              <w:t>Relatively Moderate 7,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3"/>
          </w:tcPr>
          <w:p>
            <w:pPr>
              <w:spacing w:after="0"/>
              <w:jc w:val="right"/>
            </w:pPr>
            <w:r>
              <w:rPr>
                <w:sz w:val="16"/>
              </w:rPr>
              <w:t>4.3</w:t>
            </w:r>
          </w:p>
        </w:tc>
        <w:tc>
          <w:tcPr>
            <w:tcW w:type="dxa" w:w="680"/>
          </w:tcPr>
          <w:p>
            <w:pPr>
              <w:spacing w:after="0"/>
              <w:jc w:val="right"/>
            </w:pPr>
            <w:r>
              <w:rPr>
                <w:sz w:val="16"/>
              </w:rPr>
              <w:t>6.3</w:t>
            </w:r>
          </w:p>
        </w:tc>
        <w:tc>
          <w:tcPr>
            <w:tcW w:type="dxa" w:w="648"/>
          </w:tcPr>
          <w:p>
            <w:pPr>
              <w:spacing w:after="0"/>
              <w:jc w:val="right"/>
            </w:pPr>
            <w:r>
              <w:rPr>
                <w:sz w:val="16"/>
              </w:rPr>
              <w:t>8.8</w:t>
            </w:r>
          </w:p>
        </w:tc>
        <w:tc>
          <w:tcPr>
            <w:tcW w:type="dxa" w:w="3512"/>
          </w:tcPr>
          <w:p>
            <w:pPr>
              <w:spacing w:after="0"/>
              <w:jc w:val="left"/>
            </w:pPr>
            <w:r>
              <w:rPr>
                <w:sz w:val="16"/>
              </w:rPr>
              <w:t>Very Low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3"/>
          </w:tcPr>
          <w:p>
            <w:pPr>
              <w:spacing w:after="0"/>
              <w:jc w:val="right"/>
            </w:pPr>
            <w:r>
              <w:rPr>
                <w:sz w:val="16"/>
              </w:rPr>
              <w:t>37.7</w:t>
            </w:r>
          </w:p>
        </w:tc>
        <w:tc>
          <w:tcPr>
            <w:tcW w:type="dxa" w:w="680"/>
          </w:tcPr>
          <w:p>
            <w:pPr>
              <w:spacing w:after="0"/>
              <w:jc w:val="right"/>
            </w:pPr>
            <w:r>
              <w:rPr>
                <w:sz w:val="16"/>
              </w:rPr>
              <w:t>42.5</w:t>
            </w:r>
          </w:p>
        </w:tc>
        <w:tc>
          <w:tcPr>
            <w:tcW w:type="dxa" w:w="648"/>
          </w:tcPr>
          <w:p>
            <w:pPr>
              <w:spacing w:after="0"/>
              <w:jc w:val="right"/>
            </w:pPr>
            <w:r>
              <w:rPr>
                <w:sz w:val="16"/>
              </w:rPr>
              <w:t>50.6</w:t>
            </w:r>
          </w:p>
        </w:tc>
        <w:tc>
          <w:tcPr>
            <w:tcW w:type="dxa" w:w="3512"/>
          </w:tcPr>
          <w:p>
            <w:pPr>
              <w:spacing w:after="0"/>
              <w:jc w:val="left"/>
            </w:pPr>
            <w:r>
              <w:rPr>
                <w:sz w:val="16"/>
              </w:rPr>
              <w:t>Very Low 9</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3"/>
          </w:tcPr>
          <w:p>
            <w:pPr>
              <w:spacing w:after="0"/>
              <w:jc w:val="right"/>
            </w:pPr>
            <w:r>
              <w:rPr>
                <w:sz w:val="16"/>
              </w:rPr>
              <w:t>39.5</w:t>
            </w:r>
          </w:p>
        </w:tc>
        <w:tc>
          <w:tcPr>
            <w:tcW w:type="dxa" w:w="680"/>
          </w:tcPr>
          <w:p>
            <w:pPr>
              <w:spacing w:after="0"/>
              <w:jc w:val="right"/>
            </w:pPr>
            <w:r>
              <w:rPr>
                <w:sz w:val="16"/>
              </w:rPr>
              <w:t>56.4</w:t>
            </w:r>
          </w:p>
        </w:tc>
        <w:tc>
          <w:tcPr>
            <w:tcW w:type="dxa" w:w="648"/>
          </w:tcPr>
          <w:p>
            <w:pPr>
              <w:spacing w:after="0"/>
              <w:jc w:val="right"/>
            </w:pPr>
            <w:r>
              <w:rPr>
                <w:sz w:val="16"/>
              </w:rPr>
              <w:t>68.1</w:t>
            </w:r>
          </w:p>
        </w:tc>
        <w:tc>
          <w:tcPr>
            <w:tcW w:type="dxa" w:w="3512"/>
          </w:tcPr>
          <w:p>
            <w:pPr>
              <w:spacing w:after="0"/>
              <w:jc w:val="left"/>
            </w:pPr>
            <w:r>
              <w:rPr>
                <w:sz w:val="16"/>
              </w:rPr>
              <w:t>Relatively Low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3"/>
          </w:tcPr>
          <w:p>
            <w:pPr>
              <w:spacing w:after="0"/>
              <w:jc w:val="right"/>
            </w:pPr>
            <w:r>
              <w:rPr>
                <w:sz w:val="16"/>
              </w:rPr>
              <w:t>32.7</w:t>
            </w:r>
          </w:p>
        </w:tc>
        <w:tc>
          <w:tcPr>
            <w:tcW w:type="dxa" w:w="680"/>
          </w:tcPr>
          <w:p>
            <w:pPr>
              <w:spacing w:after="0"/>
              <w:jc w:val="right"/>
            </w:pPr>
            <w:r>
              <w:rPr>
                <w:sz w:val="16"/>
              </w:rPr>
              <w:t>60.7</w:t>
            </w:r>
          </w:p>
        </w:tc>
        <w:tc>
          <w:tcPr>
            <w:tcW w:type="dxa" w:w="648"/>
          </w:tcPr>
          <w:p>
            <w:pPr>
              <w:spacing w:after="0"/>
              <w:jc w:val="right"/>
            </w:pPr>
            <w:r>
              <w:rPr>
                <w:sz w:val="16"/>
              </w:rPr>
              <w:t>76.4</w:t>
            </w:r>
          </w:p>
        </w:tc>
        <w:tc>
          <w:tcPr>
            <w:tcW w:type="dxa" w:w="3512"/>
          </w:tcPr>
          <w:p>
            <w:pPr>
              <w:spacing w:after="0"/>
              <w:jc w:val="left"/>
            </w:pPr>
            <w:r>
              <w:rPr>
                <w:sz w:val="16"/>
              </w:rPr>
              <w:t>Relatively Moderate 6, Relatively Low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3"/>
          </w:tcPr>
          <w:p>
            <w:pPr>
              <w:spacing w:after="0"/>
              <w:jc w:val="right"/>
            </w:pPr>
            <w:r>
              <w:rPr>
                <w:sz w:val="16"/>
              </w:rPr>
              <w:t>81.0</w:t>
            </w:r>
          </w:p>
        </w:tc>
        <w:tc>
          <w:tcPr>
            <w:tcW w:type="dxa" w:w="680"/>
          </w:tcPr>
          <w:p>
            <w:pPr>
              <w:spacing w:after="0"/>
              <w:jc w:val="right"/>
            </w:pPr>
            <w:r>
              <w:rPr>
                <w:sz w:val="16"/>
              </w:rPr>
              <w:t>91.1</w:t>
            </w:r>
          </w:p>
        </w:tc>
        <w:tc>
          <w:tcPr>
            <w:tcW w:type="dxa" w:w="648"/>
          </w:tcPr>
          <w:p>
            <w:pPr>
              <w:spacing w:after="0"/>
              <w:jc w:val="right"/>
            </w:pPr>
            <w:r>
              <w:rPr>
                <w:sz w:val="16"/>
              </w:rPr>
              <w:t>95.9</w:t>
            </w:r>
          </w:p>
        </w:tc>
        <w:tc>
          <w:tcPr>
            <w:tcW w:type="dxa" w:w="3512"/>
          </w:tcPr>
          <w:p>
            <w:pPr>
              <w:spacing w:after="0"/>
              <w:jc w:val="left"/>
            </w:pPr>
            <w:r>
              <w:rPr>
                <w:sz w:val="16"/>
              </w:rPr>
              <w:t>Relatively Moderate 1, Relatively Low 8</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3"/>
          </w:tcPr>
          <w:p>
            <w:pPr>
              <w:spacing w:after="0"/>
              <w:jc w:val="right"/>
            </w:pPr>
            <w:r>
              <w:rPr>
                <w:sz w:val="16"/>
              </w:rPr>
              <w:t>85.7</w:t>
            </w:r>
          </w:p>
        </w:tc>
        <w:tc>
          <w:tcPr>
            <w:tcW w:type="dxa" w:w="680"/>
          </w:tcPr>
          <w:p>
            <w:pPr>
              <w:spacing w:after="0"/>
              <w:jc w:val="right"/>
            </w:pPr>
            <w:r>
              <w:rPr>
                <w:sz w:val="16"/>
              </w:rPr>
              <w:t>94.3</w:t>
            </w:r>
          </w:p>
        </w:tc>
        <w:tc>
          <w:tcPr>
            <w:tcW w:type="dxa" w:w="648"/>
          </w:tcPr>
          <w:p>
            <w:pPr>
              <w:spacing w:after="0"/>
              <w:jc w:val="right"/>
            </w:pPr>
            <w:r>
              <w:rPr>
                <w:sz w:val="16"/>
              </w:rPr>
              <w:t>97.0</w:t>
            </w:r>
          </w:p>
        </w:tc>
        <w:tc>
          <w:tcPr>
            <w:tcW w:type="dxa" w:w="3512"/>
          </w:tcPr>
          <w:p>
            <w:pPr>
              <w:spacing w:after="0"/>
              <w:jc w:val="left"/>
            </w:pPr>
            <w:r>
              <w:rPr>
                <w:sz w:val="16"/>
              </w:rPr>
              <w:t>Very High 1, Relatively High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3"/>
          </w:tcPr>
          <w:p>
            <w:pPr>
              <w:spacing w:after="0"/>
              <w:jc w:val="right"/>
            </w:pPr>
            <w:r>
              <w:rPr>
                <w:sz w:val="16"/>
              </w:rPr>
              <w:t>73.0</w:t>
            </w:r>
          </w:p>
        </w:tc>
        <w:tc>
          <w:tcPr>
            <w:tcW w:type="dxa" w:w="680"/>
          </w:tcPr>
          <w:p>
            <w:pPr>
              <w:spacing w:after="0"/>
              <w:jc w:val="right"/>
            </w:pPr>
            <w:r>
              <w:rPr>
                <w:sz w:val="16"/>
              </w:rPr>
              <w:t>84.1</w:t>
            </w:r>
          </w:p>
        </w:tc>
        <w:tc>
          <w:tcPr>
            <w:tcW w:type="dxa" w:w="648"/>
          </w:tcPr>
          <w:p>
            <w:pPr>
              <w:spacing w:after="0"/>
              <w:jc w:val="right"/>
            </w:pPr>
            <w:r>
              <w:rPr>
                <w:sz w:val="16"/>
              </w:rPr>
              <w:t>88.4</w:t>
            </w:r>
          </w:p>
        </w:tc>
        <w:tc>
          <w:tcPr>
            <w:tcW w:type="dxa" w:w="3512"/>
          </w:tcPr>
          <w:p>
            <w:pPr>
              <w:spacing w:after="0"/>
              <w:jc w:val="left"/>
            </w:pPr>
            <w:r>
              <w:rPr>
                <w:sz w:val="16"/>
              </w:rPr>
              <w:t>Relatively High 5,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3"/>
          </w:tcPr>
          <w:p>
            <w:pPr>
              <w:spacing w:after="0"/>
              <w:jc w:val="right"/>
            </w:pPr>
            <w:r>
              <w:rPr>
                <w:sz w:val="16"/>
              </w:rPr>
              <w:t>64.6</w:t>
            </w:r>
          </w:p>
        </w:tc>
        <w:tc>
          <w:tcPr>
            <w:tcW w:type="dxa" w:w="680"/>
          </w:tcPr>
          <w:p>
            <w:pPr>
              <w:spacing w:after="0"/>
              <w:jc w:val="right"/>
            </w:pPr>
            <w:r>
              <w:rPr>
                <w:sz w:val="16"/>
              </w:rPr>
              <w:t>78.8</w:t>
            </w:r>
          </w:p>
        </w:tc>
        <w:tc>
          <w:tcPr>
            <w:tcW w:type="dxa" w:w="648"/>
          </w:tcPr>
          <w:p>
            <w:pPr>
              <w:spacing w:after="0"/>
              <w:jc w:val="right"/>
            </w:pPr>
            <w:r>
              <w:rPr>
                <w:sz w:val="16"/>
              </w:rPr>
              <w:t>86.4</w:t>
            </w:r>
          </w:p>
        </w:tc>
        <w:tc>
          <w:tcPr>
            <w:tcW w:type="dxa" w:w="3512"/>
          </w:tcPr>
          <w:p>
            <w:pPr>
              <w:spacing w:after="0"/>
              <w:jc w:val="left"/>
            </w:pPr>
            <w:r>
              <w:rPr>
                <w:sz w:val="16"/>
              </w:rPr>
              <w:t>Relatively High 6, Relatively Moderate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3"/>
          </w:tcPr>
          <w:p>
            <w:pPr>
              <w:spacing w:after="0"/>
              <w:jc w:val="right"/>
            </w:pPr>
            <w:r>
              <w:rPr>
                <w:sz w:val="16"/>
              </w:rPr>
              <w:t>66.6</w:t>
            </w:r>
          </w:p>
        </w:tc>
        <w:tc>
          <w:tcPr>
            <w:tcW w:type="dxa" w:w="680"/>
          </w:tcPr>
          <w:p>
            <w:pPr>
              <w:spacing w:after="0"/>
              <w:jc w:val="right"/>
            </w:pPr>
            <w:r>
              <w:rPr>
                <w:sz w:val="16"/>
              </w:rPr>
              <w:t>81.1</w:t>
            </w:r>
          </w:p>
        </w:tc>
        <w:tc>
          <w:tcPr>
            <w:tcW w:type="dxa" w:w="648"/>
          </w:tcPr>
          <w:p>
            <w:pPr>
              <w:spacing w:after="0"/>
              <w:jc w:val="right"/>
            </w:pPr>
            <w:r>
              <w:rPr>
                <w:sz w:val="16"/>
              </w:rPr>
              <w:t>89.5</w:t>
            </w:r>
          </w:p>
        </w:tc>
        <w:tc>
          <w:tcPr>
            <w:tcW w:type="dxa" w:w="3512"/>
          </w:tcPr>
          <w:p>
            <w:pPr>
              <w:spacing w:after="0"/>
              <w:jc w:val="left"/>
            </w:pPr>
            <w:r>
              <w:rPr>
                <w:sz w:val="16"/>
              </w:rPr>
              <w:t>Relatively Moderate 1, Relatively Low 7, Very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3"/>
          </w:tcPr>
          <w:p>
            <w:pPr>
              <w:spacing w:after="0"/>
              <w:jc w:val="right"/>
            </w:pPr>
            <w:r>
              <w:rPr>
                <w:sz w:val="16"/>
              </w:rPr>
              <w:t>34.9</w:t>
            </w:r>
          </w:p>
        </w:tc>
        <w:tc>
          <w:tcPr>
            <w:tcW w:type="dxa" w:w="680"/>
          </w:tcPr>
          <w:p>
            <w:pPr>
              <w:spacing w:after="0"/>
              <w:jc w:val="right"/>
            </w:pPr>
            <w:r>
              <w:rPr>
                <w:sz w:val="16"/>
              </w:rPr>
              <w:t>44.2</w:t>
            </w:r>
          </w:p>
        </w:tc>
        <w:tc>
          <w:tcPr>
            <w:tcW w:type="dxa" w:w="648"/>
          </w:tcPr>
          <w:p>
            <w:pPr>
              <w:spacing w:after="0"/>
              <w:jc w:val="right"/>
            </w:pPr>
            <w:r>
              <w:rPr>
                <w:sz w:val="16"/>
              </w:rPr>
              <w:t>50.3</w:t>
            </w:r>
          </w:p>
        </w:tc>
        <w:tc>
          <w:tcPr>
            <w:tcW w:type="dxa" w:w="3512"/>
          </w:tcPr>
          <w:p>
            <w:pPr>
              <w:spacing w:after="0"/>
              <w:jc w:val="left"/>
            </w:pPr>
            <w:r>
              <w:rPr>
                <w:sz w:val="16"/>
              </w:rPr>
              <w:t>Relatively Moderate 1, Relatively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4"/>
        <w:gridCol w:w="1438"/>
        <w:gridCol w:w="2727"/>
        <w:gridCol w:w="2175"/>
        <w:gridCol w:w="1530"/>
        <w:gridCol w:w="1862"/>
        <w:gridCol w:w="2666"/>
      </w:tblGrid>
      <w:tr>
        <w:trPr>
          <w:cantSplit/>
          <w:tblHeader/>
        </w:trPr>
        <w:tc>
          <w:tcPr>
            <w:tcW w:type="dxa" w:w="1714"/>
            <w:shd w:val="clear" w:color="auto" w:fill="E8E8E8"/>
          </w:tcPr>
          <w:p>
            <w:pPr>
              <w:spacing w:after="0"/>
              <w:jc w:val="left"/>
            </w:pPr>
            <w:r>
              <w:rPr>
                <w:b/>
                <w:sz w:val="16"/>
              </w:rPr>
              <w:t>Member</w:t>
            </w:r>
          </w:p>
        </w:tc>
        <w:tc>
          <w:tcPr>
            <w:tcW w:type="dxa" w:w="1438"/>
            <w:shd w:val="clear" w:color="auto" w:fill="E8E8E8"/>
          </w:tcPr>
          <w:p>
            <w:pPr>
              <w:spacing w:after="0"/>
              <w:jc w:val="left"/>
            </w:pPr>
            <w:r>
              <w:rPr>
                <w:b/>
                <w:sz w:val="16"/>
              </w:rPr>
              <w:t>Type</w:t>
            </w:r>
          </w:p>
        </w:tc>
        <w:tc>
          <w:tcPr>
            <w:tcW w:type="dxa" w:w="2727"/>
            <w:shd w:val="clear" w:color="auto" w:fill="E8E8E8"/>
          </w:tcPr>
          <w:p>
            <w:pPr>
              <w:spacing w:after="0"/>
              <w:jc w:val="left"/>
            </w:pPr>
            <w:r>
              <w:rPr>
                <w:b/>
                <w:sz w:val="16"/>
              </w:rPr>
              <w:t>Plan status</w:t>
            </w:r>
          </w:p>
        </w:tc>
        <w:tc>
          <w:tcPr>
            <w:tcW w:type="dxa" w:w="21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66"/>
            <w:shd w:val="clear" w:color="auto" w:fill="E8E8E8"/>
          </w:tcPr>
          <w:p>
            <w:pPr>
              <w:spacing w:after="0"/>
              <w:jc w:val="left"/>
            </w:pPr>
            <w:r>
              <w:rPr>
                <w:b/>
                <w:sz w:val="16"/>
              </w:rPr>
              <w:t>Notes</w:t>
            </w:r>
          </w:p>
        </w:tc>
      </w:tr>
      <w:tr>
        <w:trPr>
          <w:cantSplit/>
        </w:trPr>
        <w:tc>
          <w:tcPr>
            <w:tcW w:type="dxa" w:w="1714"/>
          </w:tcPr>
          <w:p>
            <w:pPr>
              <w:spacing w:after="0"/>
              <w:jc w:val="left"/>
            </w:pPr>
            <w:r>
              <w:rPr>
                <w:sz w:val="16"/>
              </w:rPr>
              <w:t>Pickens County (unincorporated area)</w:t>
            </w:r>
          </w:p>
        </w:tc>
        <w:tc>
          <w:tcPr>
            <w:tcW w:type="dxa" w:w="1438"/>
          </w:tcPr>
          <w:p>
            <w:pPr>
              <w:spacing w:after="0"/>
              <w:jc w:val="left"/>
            </w:pPr>
            <w:r>
              <w:rPr>
                <w:sz w:val="16"/>
              </w:rPr>
              <w:t>Unincorporated</w:t>
            </w:r>
          </w:p>
        </w:tc>
        <w:tc>
          <w:tcPr>
            <w:tcW w:type="dxa" w:w="2727"/>
          </w:tcPr>
          <w:p>
            <w:pPr>
              <w:spacing w:after="0"/>
              <w:jc w:val="left"/>
            </w:pPr>
            <w:r>
              <w:rPr>
                <w:sz w:val="16"/>
              </w:rPr>
              <w:t>Approved, expires 2030-04-08</w:t>
            </w:r>
          </w:p>
        </w:tc>
        <w:tc>
          <w:tcPr>
            <w:tcW w:type="dxa" w:w="2175"/>
          </w:tcPr>
          <w:p>
            <w:pPr>
              <w:spacing w:after="0"/>
              <w:jc w:val="right"/>
            </w:pPr>
            <w:r>
              <w:rPr>
                <w:sz w:val="16"/>
              </w:rPr>
              <w:t>FMA RL 0, SRL 0; any 0</w:t>
            </w:r>
          </w:p>
        </w:tc>
        <w:tc>
          <w:tcPr>
            <w:tcW w:type="dxa" w:w="1530"/>
          </w:tcPr>
          <w:p>
            <w:pPr>
              <w:spacing w:after="0"/>
              <w:jc w:val="right"/>
            </w:pPr>
            <w:r>
              <w:rPr>
                <w:sz w:val="16"/>
              </w:rPr>
              <w:t>$1,069,429.21</w:t>
            </w:r>
          </w:p>
        </w:tc>
        <w:tc>
          <w:tcPr>
            <w:tcW w:type="dxa" w:w="1862"/>
          </w:tcPr>
          <w:p>
            <w:pPr>
              <w:spacing w:after="0"/>
              <w:jc w:val="right"/>
            </w:pPr>
            <w:r>
              <w:rPr>
                <w:sz w:val="16"/>
              </w:rPr>
              <w:t>0; 0</w:t>
            </w:r>
          </w:p>
        </w:tc>
        <w:tc>
          <w:tcPr>
            <w:tcW w:type="dxa" w:w="2666"/>
          </w:tcPr>
          <w:p>
            <w:pPr>
              <w:spacing w:after="0"/>
              <w:jc w:val="left"/>
            </w:pPr>
            <w:r>
              <w:rPr>
                <w:sz w:val="16"/>
              </w:rPr>
              <w:t>Includes $23,842.38 for declarations not counted as hazard incidents (DR-4501-GA).</w:t>
            </w:r>
          </w:p>
        </w:tc>
      </w:tr>
      <w:tr>
        <w:trPr>
          <w:cantSplit/>
        </w:trPr>
        <w:tc>
          <w:tcPr>
            <w:tcW w:type="dxa" w:w="1714"/>
          </w:tcPr>
          <w:p>
            <w:pPr>
              <w:spacing w:after="0"/>
              <w:jc w:val="left"/>
            </w:pPr>
            <w:r>
              <w:rPr>
                <w:sz w:val="16"/>
              </w:rPr>
              <w:t>Jasper city</w:t>
            </w:r>
          </w:p>
        </w:tc>
        <w:tc>
          <w:tcPr>
            <w:tcW w:type="dxa" w:w="1438"/>
          </w:tcPr>
          <w:p>
            <w:pPr>
              <w:spacing w:after="0"/>
              <w:jc w:val="left"/>
            </w:pPr>
            <w:r>
              <w:rPr>
                <w:sz w:val="16"/>
              </w:rPr>
              <w:t>City</w:t>
            </w:r>
          </w:p>
        </w:tc>
        <w:tc>
          <w:tcPr>
            <w:tcW w:type="dxa" w:w="2727"/>
          </w:tcPr>
          <w:p>
            <w:pPr>
              <w:spacing w:after="0"/>
              <w:jc w:val="left"/>
            </w:pPr>
            <w:r>
              <w:rPr>
                <w:sz w:val="16"/>
              </w:rPr>
              <w:t>Approved, expires 2030-04-08</w:t>
            </w:r>
          </w:p>
        </w:tc>
        <w:tc>
          <w:tcPr>
            <w:tcW w:type="dxa" w:w="2175"/>
          </w:tcPr>
          <w:p>
            <w:pPr>
              <w:spacing w:after="0"/>
              <w:jc w:val="right"/>
            </w:pPr>
            <w:r>
              <w:rPr>
                <w:sz w:val="16"/>
              </w:rPr>
              <w:t>FMA RL 0, SRL 0; any 1</w:t>
            </w:r>
          </w:p>
        </w:tc>
        <w:tc>
          <w:tcPr>
            <w:tcW w:type="dxa" w:w="1530"/>
          </w:tcPr>
          <w:p>
            <w:pPr>
              <w:spacing w:after="0"/>
              <w:jc w:val="right"/>
            </w:pPr>
            <w:r>
              <w:rPr>
                <w:sz w:val="16"/>
              </w:rPr>
              <w:t>$490,188.27</w:t>
            </w:r>
          </w:p>
        </w:tc>
        <w:tc>
          <w:tcPr>
            <w:tcW w:type="dxa" w:w="1862"/>
          </w:tcPr>
          <w:p>
            <w:pPr>
              <w:spacing w:after="0"/>
              <w:jc w:val="right"/>
            </w:pPr>
            <w:r>
              <w:rPr>
                <w:sz w:val="16"/>
              </w:rPr>
              <w:t>55; 2</w:t>
            </w:r>
          </w:p>
        </w:tc>
        <w:tc>
          <w:tcPr>
            <w:tcW w:type="dxa" w:w="2666"/>
          </w:tcPr>
          <w:p>
            <w:pPr>
              <w:spacing w:after="0"/>
              <w:jc w:val="left"/>
            </w:pPr>
          </w:p>
        </w:tc>
      </w:tr>
      <w:tr>
        <w:trPr>
          <w:cantSplit/>
        </w:trPr>
        <w:tc>
          <w:tcPr>
            <w:tcW w:type="dxa" w:w="1714"/>
          </w:tcPr>
          <w:p>
            <w:pPr>
              <w:spacing w:after="0"/>
              <w:jc w:val="left"/>
            </w:pPr>
            <w:r>
              <w:rPr>
                <w:sz w:val="16"/>
              </w:rPr>
              <w:t>Nelson city</w:t>
            </w:r>
          </w:p>
        </w:tc>
        <w:tc>
          <w:tcPr>
            <w:tcW w:type="dxa" w:w="1438"/>
          </w:tcPr>
          <w:p>
            <w:pPr>
              <w:spacing w:after="0"/>
              <w:jc w:val="left"/>
            </w:pPr>
            <w:r>
              <w:rPr>
                <w:sz w:val="16"/>
              </w:rPr>
              <w:t>City</w:t>
            </w:r>
          </w:p>
        </w:tc>
        <w:tc>
          <w:tcPr>
            <w:tcW w:type="dxa" w:w="2727"/>
          </w:tcPr>
          <w:p>
            <w:pPr>
              <w:spacing w:after="0"/>
              <w:jc w:val="left"/>
            </w:pPr>
            <w:r>
              <w:rPr>
                <w:sz w:val="16"/>
              </w:rPr>
              <w:t>Approved, expires 2030-04-08</w:t>
            </w:r>
          </w:p>
        </w:tc>
        <w:tc>
          <w:tcPr>
            <w:tcW w:type="dxa" w:w="2175"/>
          </w:tcPr>
          <w:p>
            <w:pPr>
              <w:spacing w:after="0"/>
              <w:jc w:val="right"/>
            </w:pPr>
            <w:r>
              <w:rPr>
                <w:sz w:val="16"/>
              </w:rPr>
              <w:t>FMA RL 0, SRL 0; any 0</w:t>
            </w:r>
          </w:p>
        </w:tc>
        <w:tc>
          <w:tcPr>
            <w:tcW w:type="dxa" w:w="1530"/>
          </w:tcPr>
          <w:p>
            <w:pPr>
              <w:spacing w:after="0"/>
              <w:jc w:val="right"/>
            </w:pPr>
            <w:r>
              <w:rPr>
                <w:sz w:val="16"/>
              </w:rPr>
              <w:t>$4,246.68</w:t>
            </w:r>
          </w:p>
        </w:tc>
        <w:tc>
          <w:tcPr>
            <w:tcW w:type="dxa" w:w="1862"/>
          </w:tcPr>
          <w:p>
            <w:pPr>
              <w:spacing w:after="0"/>
              <w:jc w:val="right"/>
            </w:pPr>
            <w:r>
              <w:rPr>
                <w:sz w:val="16"/>
              </w:rPr>
              <w:t>14; 3</w:t>
            </w:r>
          </w:p>
        </w:tc>
        <w:tc>
          <w:tcPr>
            <w:tcW w:type="dxa" w:w="2666"/>
          </w:tcPr>
          <w:p>
            <w:pPr>
              <w:spacing w:after="0"/>
              <w:jc w:val="left"/>
            </w:pPr>
            <w:r>
              <w:rPr>
                <w:sz w:val="16"/>
              </w:rPr>
              <w:t>Also approved under plan 107825 (Cherokee County, expires 2027-01-04). FEMA's plan status map shows one plan per jurisdiction and may show one of these; this packet uses the approved plan that expires last.</w:t>
            </w:r>
          </w:p>
        </w:tc>
      </w:tr>
      <w:tr>
        <w:trPr>
          <w:cantSplit/>
        </w:trPr>
        <w:tc>
          <w:tcPr>
            <w:tcW w:type="dxa" w:w="1714"/>
          </w:tcPr>
          <w:p>
            <w:pPr>
              <w:spacing w:after="0"/>
              <w:jc w:val="left"/>
            </w:pPr>
            <w:r>
              <w:rPr>
                <w:sz w:val="16"/>
              </w:rPr>
              <w:t>Talking Rock town</w:t>
            </w:r>
          </w:p>
        </w:tc>
        <w:tc>
          <w:tcPr>
            <w:tcW w:type="dxa" w:w="1438"/>
          </w:tcPr>
          <w:p>
            <w:pPr>
              <w:spacing w:after="0"/>
              <w:jc w:val="left"/>
            </w:pPr>
            <w:r>
              <w:rPr>
                <w:sz w:val="16"/>
              </w:rPr>
              <w:t>Town</w:t>
            </w:r>
          </w:p>
        </w:tc>
        <w:tc>
          <w:tcPr>
            <w:tcW w:type="dxa" w:w="2727"/>
          </w:tcPr>
          <w:p>
            <w:pPr>
              <w:spacing w:after="0"/>
              <w:jc w:val="left"/>
            </w:pPr>
            <w:r>
              <w:rPr>
                <w:sz w:val="16"/>
              </w:rPr>
              <w:t>Approved, expires 2030-04-08</w:t>
            </w:r>
          </w:p>
        </w:tc>
        <w:tc>
          <w:tcPr>
            <w:tcW w:type="dxa" w:w="2175"/>
          </w:tcPr>
          <w:p>
            <w:pPr>
              <w:spacing w:after="0"/>
              <w:jc w:val="right"/>
            </w:pPr>
            <w:r>
              <w:rPr>
                <w:sz w:val="16"/>
              </w:rPr>
              <w:t>FMA RL 0, SRL 0; any 0</w:t>
            </w:r>
          </w:p>
        </w:tc>
        <w:tc>
          <w:tcPr>
            <w:tcW w:type="dxa" w:w="1530"/>
          </w:tcPr>
          <w:p>
            <w:pPr>
              <w:spacing w:after="0"/>
              <w:jc w:val="right"/>
            </w:pPr>
            <w:r>
              <w:rPr>
                <w:sz w:val="16"/>
              </w:rPr>
              <w:t>$166,540.04</w:t>
            </w:r>
          </w:p>
        </w:tc>
        <w:tc>
          <w:tcPr>
            <w:tcW w:type="dxa" w:w="1862"/>
          </w:tcPr>
          <w:p>
            <w:pPr>
              <w:spacing w:after="0"/>
              <w:jc w:val="right"/>
            </w:pPr>
            <w:r>
              <w:rPr>
                <w:sz w:val="16"/>
              </w:rPr>
              <w:t>14; 1</w:t>
            </w:r>
          </w:p>
        </w:tc>
        <w:tc>
          <w:tcPr>
            <w:tcW w:type="dxa" w:w="266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2025-04-09</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$7,268,780,416</w:t>
            </w:r>
          </w:p>
        </w:tc>
        <w:tc>
          <w:tcPr>
            <w:tcW w:type="dxa" w:w="1135"/>
          </w:tcPr>
          <w:p>
            <w:pPr>
              <w:spacing w:after="0"/>
              <w:jc w:val="right"/>
            </w:pPr>
            <w:r>
              <w:rPr>
                <w:sz w:val="16"/>
              </w:rPr>
              <w:t>$99,273,659</w:t>
            </w:r>
          </w:p>
        </w:tc>
        <w:tc>
          <w:tcPr>
            <w:tcW w:type="dxa" w:w="1044"/>
          </w:tcPr>
          <w:p>
            <w:pPr>
              <w:spacing w:after="0"/>
              <w:jc w:val="right"/>
            </w:pPr>
            <w:r>
              <w:rPr>
                <w:sz w:val="16"/>
              </w:rPr>
              <w:t>33,175</w:t>
            </w:r>
          </w:p>
        </w:tc>
        <w:tc>
          <w:tcPr>
            <w:tcW w:type="dxa" w:w="1037"/>
          </w:tcPr>
          <w:p>
            <w:pPr>
              <w:spacing w:after="0"/>
              <w:jc w:val="right"/>
            </w:pPr>
            <w:r>
              <w:rPr>
                <w:sz w:val="16"/>
              </w:rPr>
              <w:t>$11,521</w:t>
            </w:r>
          </w:p>
        </w:tc>
        <w:tc>
          <w:tcPr>
            <w:tcW w:type="dxa" w:w="1126"/>
          </w:tcPr>
          <w:p>
            <w:pPr>
              <w:spacing w:after="0"/>
              <w:jc w:val="right"/>
            </w:pPr>
            <w:r>
              <w:rPr>
                <w:sz w:val="16"/>
              </w:rPr>
              <w:t>$190,350</w:t>
            </w:r>
          </w:p>
        </w:tc>
        <w:tc>
          <w:tcPr>
            <w:tcW w:type="dxa" w:w="1166"/>
          </w:tcPr>
          <w:p>
            <w:pPr>
              <w:spacing w:after="0"/>
              <w:jc w:val="right"/>
            </w:pPr>
            <w:r>
              <w:rPr>
                <w:sz w:val="16"/>
              </w:rPr>
              <w:t>$1,279,246</w:t>
            </w:r>
          </w:p>
        </w:tc>
        <w:tc>
          <w:tcPr>
            <w:tcW w:type="dxa" w:w="1305"/>
          </w:tcPr>
          <w:p>
            <w:pPr>
              <w:spacing w:after="0"/>
              <w:jc w:val="right"/>
            </w:pPr>
            <w:r>
              <w:rPr>
                <w:sz w:val="16"/>
              </w:rPr>
              <w:t>0.000158%</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$1,048,036</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$54,808</w:t>
            </w:r>
          </w:p>
        </w:tc>
        <w:tc>
          <w:tcPr>
            <w:tcW w:type="dxa" w:w="1166"/>
          </w:tcPr>
          <w:p>
            <w:pPr>
              <w:spacing w:after="0"/>
              <w:jc w:val="right"/>
            </w:pPr>
          </w:p>
        </w:tc>
        <w:tc>
          <w:tcPr>
            <w:tcW w:type="dxa" w:w="1305"/>
          </w:tcPr>
          <w:p>
            <w:pPr>
              <w:spacing w:after="0"/>
              <w:jc w:val="right"/>
            </w:pPr>
            <w:r>
              <w:rPr>
                <w:sz w:val="16"/>
              </w:rPr>
              <w:t>5.23% (agriculture)</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$12,269,279,643</w:t>
            </w:r>
          </w:p>
        </w:tc>
        <w:tc>
          <w:tcPr>
            <w:tcW w:type="dxa" w:w="1135"/>
          </w:tcPr>
          <w:p>
            <w:pPr>
              <w:spacing w:after="0"/>
              <w:jc w:val="right"/>
            </w:pPr>
          </w:p>
        </w:tc>
        <w:tc>
          <w:tcPr>
            <w:tcW w:type="dxa" w:w="1044"/>
          </w:tcPr>
          <w:p>
            <w:pPr>
              <w:spacing w:after="0"/>
              <w:jc w:val="right"/>
            </w:pPr>
            <w:r>
              <w:rPr>
                <w:sz w:val="16"/>
              </w:rPr>
              <w:t>33,216</w:t>
            </w:r>
          </w:p>
        </w:tc>
        <w:tc>
          <w:tcPr>
            <w:tcW w:type="dxa" w:w="1037"/>
          </w:tcPr>
          <w:p>
            <w:pPr>
              <w:spacing w:after="0"/>
              <w:jc w:val="right"/>
            </w:pPr>
            <w:r>
              <w:rPr>
                <w:sz w:val="16"/>
              </w:rPr>
              <w:t>$371,513</w:t>
            </w:r>
          </w:p>
        </w:tc>
        <w:tc>
          <w:tcPr>
            <w:tcW w:type="dxa" w:w="1126"/>
          </w:tcPr>
          <w:p>
            <w:pPr>
              <w:spacing w:after="0"/>
              <w:jc w:val="right"/>
            </w:pPr>
          </w:p>
        </w:tc>
        <w:tc>
          <w:tcPr>
            <w:tcW w:type="dxa" w:w="1166"/>
          </w:tcPr>
          <w:p>
            <w:pPr>
              <w:spacing w:after="0"/>
              <w:jc w:val="right"/>
            </w:pPr>
            <w:r>
              <w:rPr>
                <w:sz w:val="16"/>
              </w:rPr>
              <w:t>$64,532</w:t>
            </w:r>
          </w:p>
        </w:tc>
        <w:tc>
          <w:tcPr>
            <w:tcW w:type="dxa" w:w="1305"/>
          </w:tcPr>
          <w:p>
            <w:pPr>
              <w:spacing w:after="0"/>
              <w:jc w:val="right"/>
            </w:pPr>
            <w:r>
              <w:rPr>
                <w:sz w:val="16"/>
              </w:rPr>
              <w:t>0.00303%</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$7,268,780,416</w:t>
            </w:r>
          </w:p>
        </w:tc>
        <w:tc>
          <w:tcPr>
            <w:tcW w:type="dxa" w:w="1135"/>
          </w:tcPr>
          <w:p>
            <w:pPr>
              <w:spacing w:after="0"/>
              <w:jc w:val="right"/>
            </w:pPr>
            <w:r>
              <w:rPr>
                <w:sz w:val="16"/>
              </w:rPr>
              <w:t>$99,273,659</w:t>
            </w:r>
          </w:p>
        </w:tc>
        <w:tc>
          <w:tcPr>
            <w:tcW w:type="dxa" w:w="1044"/>
          </w:tcPr>
          <w:p>
            <w:pPr>
              <w:spacing w:after="0"/>
              <w:jc w:val="right"/>
            </w:pPr>
            <w:r>
              <w:rPr>
                <w:sz w:val="16"/>
              </w:rPr>
              <w:t>33,175</w:t>
            </w:r>
          </w:p>
        </w:tc>
        <w:tc>
          <w:tcPr>
            <w:tcW w:type="dxa" w:w="1037"/>
          </w:tcPr>
          <w:p>
            <w:pPr>
              <w:spacing w:after="0"/>
              <w:jc w:val="right"/>
            </w:pPr>
            <w:r>
              <w:rPr>
                <w:sz w:val="16"/>
              </w:rPr>
              <w:t>$211,748</w:t>
            </w:r>
          </w:p>
        </w:tc>
        <w:tc>
          <w:tcPr>
            <w:tcW w:type="dxa" w:w="1126"/>
          </w:tcPr>
          <w:p>
            <w:pPr>
              <w:spacing w:after="0"/>
              <w:jc w:val="right"/>
            </w:pPr>
            <w:r>
              <w:rPr>
                <w:sz w:val="16"/>
              </w:rPr>
              <w:t>$1,139</w:t>
            </w:r>
          </w:p>
        </w:tc>
        <w:tc>
          <w:tcPr>
            <w:tcW w:type="dxa" w:w="1166"/>
          </w:tcPr>
          <w:p>
            <w:pPr>
              <w:spacing w:after="0"/>
              <w:jc w:val="right"/>
            </w:pPr>
            <w:r>
              <w:rPr>
                <w:sz w:val="16"/>
              </w:rPr>
              <w:t>$9,919</w:t>
            </w:r>
          </w:p>
        </w:tc>
        <w:tc>
          <w:tcPr>
            <w:tcW w:type="dxa" w:w="1305"/>
          </w:tcPr>
          <w:p>
            <w:pPr>
              <w:spacing w:after="0"/>
              <w:jc w:val="right"/>
            </w:pPr>
            <w:r>
              <w:rPr>
                <w:sz w:val="16"/>
              </w:rPr>
              <w:t>0.00291%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$7,268,780,416</w:t>
            </w:r>
          </w:p>
        </w:tc>
        <w:tc>
          <w:tcPr>
            <w:tcW w:type="dxa" w:w="1135"/>
          </w:tcPr>
          <w:p>
            <w:pPr>
              <w:spacing w:after="0"/>
              <w:jc w:val="right"/>
            </w:pPr>
            <w:r>
              <w:rPr>
                <w:sz w:val="16"/>
              </w:rPr>
              <w:t>$99,273,659</w:t>
            </w:r>
          </w:p>
        </w:tc>
        <w:tc>
          <w:tcPr>
            <w:tcW w:type="dxa" w:w="1044"/>
          </w:tcPr>
          <w:p>
            <w:pPr>
              <w:spacing w:after="0"/>
              <w:jc w:val="right"/>
            </w:pPr>
            <w:r>
              <w:rPr>
                <w:sz w:val="16"/>
              </w:rPr>
              <w:t>33,175</w:t>
            </w:r>
          </w:p>
        </w:tc>
        <w:tc>
          <w:tcPr>
            <w:tcW w:type="dxa" w:w="1037"/>
          </w:tcPr>
          <w:p>
            <w:pPr>
              <w:spacing w:after="0"/>
              <w:jc w:val="right"/>
            </w:pPr>
            <w:r>
              <w:rPr>
                <w:sz w:val="16"/>
              </w:rPr>
              <w:t>$3</w:t>
            </w:r>
          </w:p>
        </w:tc>
        <w:tc>
          <w:tcPr>
            <w:tcW w:type="dxa" w:w="1126"/>
          </w:tcPr>
          <w:p>
            <w:pPr>
              <w:spacing w:after="0"/>
              <w:jc w:val="right"/>
            </w:pPr>
            <w:r>
              <w:rPr>
                <w:sz w:val="16"/>
              </w:rPr>
              <w:t>$70</w:t>
            </w:r>
          </w:p>
        </w:tc>
        <w:tc>
          <w:tcPr>
            <w:tcW w:type="dxa" w:w="1166"/>
          </w:tcPr>
          <w:p>
            <w:pPr>
              <w:spacing w:after="0"/>
              <w:jc w:val="right"/>
            </w:pPr>
            <w:r>
              <w:rPr>
                <w:sz w:val="16"/>
              </w:rPr>
              <w:t>$44,794</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$7,196,665,991</w:t>
            </w:r>
          </w:p>
        </w:tc>
        <w:tc>
          <w:tcPr>
            <w:tcW w:type="dxa" w:w="1135"/>
          </w:tcPr>
          <w:p>
            <w:pPr>
              <w:spacing w:after="0"/>
              <w:jc w:val="right"/>
            </w:pPr>
            <w:r>
              <w:rPr>
                <w:sz w:val="16"/>
              </w:rPr>
              <w:t>$99,007,643</w:t>
            </w:r>
          </w:p>
        </w:tc>
        <w:tc>
          <w:tcPr>
            <w:tcW w:type="dxa" w:w="1044"/>
          </w:tcPr>
          <w:p>
            <w:pPr>
              <w:spacing w:after="0"/>
              <w:jc w:val="right"/>
            </w:pPr>
            <w:r>
              <w:rPr>
                <w:sz w:val="16"/>
              </w:rPr>
              <w:t>32,991</w:t>
            </w:r>
          </w:p>
        </w:tc>
        <w:tc>
          <w:tcPr>
            <w:tcW w:type="dxa" w:w="1037"/>
          </w:tcPr>
          <w:p>
            <w:pPr>
              <w:spacing w:after="0"/>
              <w:jc w:val="right"/>
            </w:pPr>
            <w:r>
              <w:rPr>
                <w:sz w:val="16"/>
              </w:rPr>
              <w:t>$11,546</w:t>
            </w:r>
          </w:p>
        </w:tc>
        <w:tc>
          <w:tcPr>
            <w:tcW w:type="dxa" w:w="1126"/>
          </w:tcPr>
          <w:p>
            <w:pPr>
              <w:spacing w:after="0"/>
              <w:jc w:val="right"/>
            </w:pPr>
            <w:r>
              <w:rPr>
                <w:sz w:val="16"/>
              </w:rPr>
              <w:t>$20,848</w:t>
            </w:r>
          </w:p>
        </w:tc>
        <w:tc>
          <w:tcPr>
            <w:tcW w:type="dxa" w:w="1166"/>
          </w:tcPr>
          <w:p>
            <w:pPr>
              <w:spacing w:after="0"/>
              <w:jc w:val="right"/>
            </w:pPr>
            <w:r>
              <w:rPr>
                <w:sz w:val="16"/>
              </w:rPr>
              <w:t>$497</w:t>
            </w:r>
          </w:p>
        </w:tc>
        <w:tc>
          <w:tcPr>
            <w:tcW w:type="dxa" w:w="1305"/>
          </w:tcPr>
          <w:p>
            <w:pPr>
              <w:spacing w:after="0"/>
              <w:jc w:val="right"/>
            </w:pPr>
            <w:r>
              <w:rPr>
                <w:sz w:val="16"/>
              </w:rPr>
              <w:t>0.00016%</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$7,268,370,591</w:t>
            </w:r>
          </w:p>
        </w:tc>
        <w:tc>
          <w:tcPr>
            <w:tcW w:type="dxa" w:w="1135"/>
          </w:tcPr>
          <w:p>
            <w:pPr>
              <w:spacing w:after="0"/>
              <w:jc w:val="right"/>
            </w:pPr>
          </w:p>
        </w:tc>
        <w:tc>
          <w:tcPr>
            <w:tcW w:type="dxa" w:w="1044"/>
          </w:tcPr>
          <w:p>
            <w:pPr>
              <w:spacing w:after="0"/>
              <w:jc w:val="right"/>
            </w:pPr>
            <w:r>
              <w:rPr>
                <w:sz w:val="16"/>
              </w:rPr>
              <w:t>33,173</w:t>
            </w:r>
          </w:p>
        </w:tc>
        <w:tc>
          <w:tcPr>
            <w:tcW w:type="dxa" w:w="1037"/>
          </w:tcPr>
          <w:p>
            <w:pPr>
              <w:spacing w:after="0"/>
              <w:jc w:val="right"/>
            </w:pPr>
            <w:r>
              <w:rPr>
                <w:sz w:val="16"/>
              </w:rPr>
              <w:t>$51,083</w:t>
            </w:r>
          </w:p>
        </w:tc>
        <w:tc>
          <w:tcPr>
            <w:tcW w:type="dxa" w:w="1126"/>
          </w:tcPr>
          <w:p>
            <w:pPr>
              <w:spacing w:after="0"/>
              <w:jc w:val="right"/>
            </w:pPr>
          </w:p>
        </w:tc>
        <w:tc>
          <w:tcPr>
            <w:tcW w:type="dxa" w:w="1166"/>
          </w:tcPr>
          <w:p>
            <w:pPr>
              <w:spacing w:after="0"/>
              <w:jc w:val="right"/>
            </w:pPr>
            <w:r>
              <w:rPr>
                <w:sz w:val="16"/>
              </w:rPr>
              <w:t>$1,413</w:t>
            </w:r>
          </w:p>
        </w:tc>
        <w:tc>
          <w:tcPr>
            <w:tcW w:type="dxa" w:w="1305"/>
          </w:tcPr>
          <w:p>
            <w:pPr>
              <w:spacing w:after="0"/>
              <w:jc w:val="right"/>
            </w:pPr>
            <w:r>
              <w:rPr>
                <w:sz w:val="16"/>
              </w:rPr>
              <w:t>0.000703%</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$7,257,596,304</w:t>
            </w:r>
          </w:p>
        </w:tc>
        <w:tc>
          <w:tcPr>
            <w:tcW w:type="dxa" w:w="1135"/>
          </w:tcPr>
          <w:p>
            <w:pPr>
              <w:spacing w:after="0"/>
              <w:jc w:val="right"/>
            </w:pPr>
            <w:r>
              <w:rPr>
                <w:sz w:val="16"/>
              </w:rPr>
              <w:t>$14,103,458</w:t>
            </w:r>
          </w:p>
        </w:tc>
        <w:tc>
          <w:tcPr>
            <w:tcW w:type="dxa" w:w="1044"/>
          </w:tcPr>
          <w:p>
            <w:pPr>
              <w:spacing w:after="0"/>
              <w:jc w:val="right"/>
            </w:pPr>
            <w:r>
              <w:rPr>
                <w:sz w:val="16"/>
              </w:rPr>
              <w:t>642</w:t>
            </w:r>
          </w:p>
        </w:tc>
        <w:tc>
          <w:tcPr>
            <w:tcW w:type="dxa" w:w="1037"/>
          </w:tcPr>
          <w:p>
            <w:pPr>
              <w:spacing w:after="0"/>
              <w:jc w:val="right"/>
            </w:pPr>
            <w:r>
              <w:rPr>
                <w:sz w:val="16"/>
              </w:rPr>
              <w:t>$5,729,544</w:t>
            </w:r>
          </w:p>
        </w:tc>
        <w:tc>
          <w:tcPr>
            <w:tcW w:type="dxa" w:w="1126"/>
          </w:tcPr>
          <w:p>
            <w:pPr>
              <w:spacing w:after="0"/>
              <w:jc w:val="right"/>
            </w:pPr>
            <w:r>
              <w:rPr>
                <w:sz w:val="16"/>
              </w:rPr>
              <w:t>$51,757</w:t>
            </w:r>
          </w:p>
        </w:tc>
        <w:tc>
          <w:tcPr>
            <w:tcW w:type="dxa" w:w="1166"/>
          </w:tcPr>
          <w:p>
            <w:pPr>
              <w:spacing w:after="0"/>
              <w:jc w:val="right"/>
            </w:pPr>
            <w:r>
              <w:rPr>
                <w:sz w:val="16"/>
              </w:rPr>
              <w:t>$17,563</w:t>
            </w:r>
          </w:p>
        </w:tc>
        <w:tc>
          <w:tcPr>
            <w:tcW w:type="dxa" w:w="1305"/>
          </w:tcPr>
          <w:p>
            <w:pPr>
              <w:spacing w:after="0"/>
              <w:jc w:val="right"/>
            </w:pPr>
            <w:r>
              <w:rPr>
                <w:sz w:val="16"/>
              </w:rPr>
              <w:t>n/a (see note)</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$1,670,949,986</w:t>
            </w:r>
          </w:p>
        </w:tc>
        <w:tc>
          <w:tcPr>
            <w:tcW w:type="dxa" w:w="1135"/>
          </w:tcPr>
          <w:p>
            <w:pPr>
              <w:spacing w:after="0"/>
              <w:jc w:val="right"/>
            </w:pPr>
          </w:p>
        </w:tc>
        <w:tc>
          <w:tcPr>
            <w:tcW w:type="dxa" w:w="1044"/>
          </w:tcPr>
          <w:p>
            <w:pPr>
              <w:spacing w:after="0"/>
              <w:jc w:val="right"/>
            </w:pPr>
            <w:r>
              <w:rPr>
                <w:sz w:val="16"/>
              </w:rPr>
              <w:t>7,559</w:t>
            </w:r>
          </w:p>
        </w:tc>
        <w:tc>
          <w:tcPr>
            <w:tcW w:type="dxa" w:w="1037"/>
          </w:tcPr>
          <w:p>
            <w:pPr>
              <w:spacing w:after="0"/>
              <w:jc w:val="right"/>
            </w:pPr>
            <w:r>
              <w:rPr>
                <w:sz w:val="16"/>
              </w:rPr>
              <w:t>$6,049</w:t>
            </w:r>
          </w:p>
        </w:tc>
        <w:tc>
          <w:tcPr>
            <w:tcW w:type="dxa" w:w="1126"/>
          </w:tcPr>
          <w:p>
            <w:pPr>
              <w:spacing w:after="0"/>
              <w:jc w:val="right"/>
            </w:pPr>
          </w:p>
        </w:tc>
        <w:tc>
          <w:tcPr>
            <w:tcW w:type="dxa" w:w="1166"/>
          </w:tcPr>
          <w:p>
            <w:pPr>
              <w:spacing w:after="0"/>
              <w:jc w:val="right"/>
            </w:pPr>
            <w:r>
              <w:rPr>
                <w:sz w:val="16"/>
              </w:rPr>
              <w:t>$2,848</w:t>
            </w:r>
          </w:p>
        </w:tc>
        <w:tc>
          <w:tcPr>
            <w:tcW w:type="dxa" w:w="1305"/>
          </w:tcPr>
          <w:p>
            <w:pPr>
              <w:spacing w:after="0"/>
              <w:jc w:val="right"/>
            </w:pPr>
            <w:r>
              <w:rPr>
                <w:sz w:val="16"/>
              </w:rPr>
              <w:t>0.000362%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$7,268,780,416</w:t>
            </w:r>
          </w:p>
        </w:tc>
        <w:tc>
          <w:tcPr>
            <w:tcW w:type="dxa" w:w="1135"/>
          </w:tcPr>
          <w:p>
            <w:pPr>
              <w:spacing w:after="0"/>
              <w:jc w:val="right"/>
            </w:pPr>
          </w:p>
        </w:tc>
        <w:tc>
          <w:tcPr>
            <w:tcW w:type="dxa" w:w="1044"/>
          </w:tcPr>
          <w:p>
            <w:pPr>
              <w:spacing w:after="0"/>
              <w:jc w:val="right"/>
            </w:pPr>
            <w:r>
              <w:rPr>
                <w:sz w:val="16"/>
              </w:rPr>
              <w:t>33,175</w:t>
            </w:r>
          </w:p>
        </w:tc>
        <w:tc>
          <w:tcPr>
            <w:tcW w:type="dxa" w:w="1037"/>
          </w:tcPr>
          <w:p>
            <w:pPr>
              <w:spacing w:after="0"/>
              <w:jc w:val="right"/>
            </w:pPr>
            <w:r>
              <w:rPr>
                <w:sz w:val="16"/>
              </w:rPr>
              <w:t>$51,186</w:t>
            </w:r>
          </w:p>
        </w:tc>
        <w:tc>
          <w:tcPr>
            <w:tcW w:type="dxa" w:w="1126"/>
          </w:tcPr>
          <w:p>
            <w:pPr>
              <w:spacing w:after="0"/>
              <w:jc w:val="right"/>
            </w:pPr>
          </w:p>
        </w:tc>
        <w:tc>
          <w:tcPr>
            <w:tcW w:type="dxa" w:w="1166"/>
          </w:tcPr>
          <w:p>
            <w:pPr>
              <w:spacing w:after="0"/>
              <w:jc w:val="right"/>
            </w:pPr>
            <w:r>
              <w:rPr>
                <w:sz w:val="16"/>
              </w:rPr>
              <w:t>$444,280</w:t>
            </w:r>
          </w:p>
        </w:tc>
        <w:tc>
          <w:tcPr>
            <w:tcW w:type="dxa" w:w="1305"/>
          </w:tcPr>
          <w:p>
            <w:pPr>
              <w:spacing w:after="0"/>
              <w:jc w:val="right"/>
            </w:pPr>
            <w:r>
              <w:rPr>
                <w:sz w:val="16"/>
              </w:rPr>
              <w:t>0.000704%</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$7,268,780,416</w:t>
            </w:r>
          </w:p>
        </w:tc>
        <w:tc>
          <w:tcPr>
            <w:tcW w:type="dxa" w:w="1135"/>
          </w:tcPr>
          <w:p>
            <w:pPr>
              <w:spacing w:after="0"/>
              <w:jc w:val="right"/>
            </w:pPr>
            <w:r>
              <w:rPr>
                <w:sz w:val="16"/>
              </w:rPr>
              <w:t>$99,273,659</w:t>
            </w:r>
          </w:p>
        </w:tc>
        <w:tc>
          <w:tcPr>
            <w:tcW w:type="dxa" w:w="1044"/>
          </w:tcPr>
          <w:p>
            <w:pPr>
              <w:spacing w:after="0"/>
              <w:jc w:val="right"/>
            </w:pPr>
            <w:r>
              <w:rPr>
                <w:sz w:val="16"/>
              </w:rPr>
              <w:t>33,175</w:t>
            </w:r>
          </w:p>
        </w:tc>
        <w:tc>
          <w:tcPr>
            <w:tcW w:type="dxa" w:w="1037"/>
          </w:tcPr>
          <w:p>
            <w:pPr>
              <w:spacing w:after="0"/>
              <w:jc w:val="right"/>
            </w:pPr>
            <w:r>
              <w:rPr>
                <w:sz w:val="16"/>
              </w:rPr>
              <w:t>$129,245</w:t>
            </w:r>
          </w:p>
        </w:tc>
        <w:tc>
          <w:tcPr>
            <w:tcW w:type="dxa" w:w="1126"/>
          </w:tcPr>
          <w:p>
            <w:pPr>
              <w:spacing w:after="0"/>
              <w:jc w:val="right"/>
            </w:pPr>
            <w:r>
              <w:rPr>
                <w:sz w:val="16"/>
              </w:rPr>
              <w:t>$11,036</w:t>
            </w:r>
          </w:p>
        </w:tc>
        <w:tc>
          <w:tcPr>
            <w:tcW w:type="dxa" w:w="1166"/>
          </w:tcPr>
          <w:p>
            <w:pPr>
              <w:spacing w:after="0"/>
              <w:jc w:val="right"/>
            </w:pPr>
            <w:r>
              <w:rPr>
                <w:sz w:val="16"/>
              </w:rPr>
              <w:t>$387,097</w:t>
            </w:r>
          </w:p>
        </w:tc>
        <w:tc>
          <w:tcPr>
            <w:tcW w:type="dxa" w:w="1305"/>
          </w:tcPr>
          <w:p>
            <w:pPr>
              <w:spacing w:after="0"/>
              <w:jc w:val="right"/>
            </w:pPr>
            <w:r>
              <w:rPr>
                <w:sz w:val="16"/>
              </w:rPr>
              <w:t>0.00178%</w:t>
            </w:r>
          </w:p>
        </w:tc>
        <w:tc>
          <w:tcPr>
            <w:tcW w:type="dxa" w:w="1201"/>
          </w:tcPr>
          <w:p>
            <w:pPr>
              <w:spacing w:after="0"/>
              <w:jc w:val="right"/>
            </w:pPr>
            <w:r>
              <w:rPr>
                <w:sz w:val="16"/>
              </w:rPr>
              <w:t>$45,000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$7,268,780,416</w:t>
            </w:r>
          </w:p>
        </w:tc>
        <w:tc>
          <w:tcPr>
            <w:tcW w:type="dxa" w:w="1135"/>
          </w:tcPr>
          <w:p>
            <w:pPr>
              <w:spacing w:after="0"/>
              <w:jc w:val="right"/>
            </w:pPr>
            <w:r>
              <w:rPr>
                <w:sz w:val="16"/>
              </w:rPr>
              <w:t>$99,273,659</w:t>
            </w:r>
          </w:p>
        </w:tc>
        <w:tc>
          <w:tcPr>
            <w:tcW w:type="dxa" w:w="1044"/>
          </w:tcPr>
          <w:p>
            <w:pPr>
              <w:spacing w:after="0"/>
              <w:jc w:val="right"/>
            </w:pPr>
            <w:r>
              <w:rPr>
                <w:sz w:val="16"/>
              </w:rPr>
              <w:t>33,175</w:t>
            </w:r>
          </w:p>
        </w:tc>
        <w:tc>
          <w:tcPr>
            <w:tcW w:type="dxa" w:w="1037"/>
          </w:tcPr>
          <w:p>
            <w:pPr>
              <w:spacing w:after="0"/>
              <w:jc w:val="right"/>
            </w:pPr>
            <w:r>
              <w:rPr>
                <w:sz w:val="16"/>
              </w:rPr>
              <w:t>$1,168,467</w:t>
            </w:r>
          </w:p>
        </w:tc>
        <w:tc>
          <w:tcPr>
            <w:tcW w:type="dxa" w:w="1126"/>
          </w:tcPr>
          <w:p>
            <w:pPr>
              <w:spacing w:after="0"/>
              <w:jc w:val="right"/>
            </w:pPr>
            <w:r>
              <w:rPr>
                <w:sz w:val="16"/>
              </w:rPr>
              <w:t>$4,251</w:t>
            </w:r>
          </w:p>
        </w:tc>
        <w:tc>
          <w:tcPr>
            <w:tcW w:type="dxa" w:w="1166"/>
          </w:tcPr>
          <w:p>
            <w:pPr>
              <w:spacing w:after="0"/>
              <w:jc w:val="right"/>
            </w:pPr>
            <w:r>
              <w:rPr>
                <w:sz w:val="16"/>
              </w:rPr>
              <w:t>$776,449</w:t>
            </w:r>
          </w:p>
        </w:tc>
        <w:tc>
          <w:tcPr>
            <w:tcW w:type="dxa" w:w="1305"/>
          </w:tcPr>
          <w:p>
            <w:pPr>
              <w:spacing w:after="0"/>
              <w:jc w:val="right"/>
            </w:pPr>
            <w:r>
              <w:rPr>
                <w:sz w:val="16"/>
              </w:rPr>
              <w:t>0.0161%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$768,577,255</w:t>
            </w:r>
          </w:p>
        </w:tc>
        <w:tc>
          <w:tcPr>
            <w:tcW w:type="dxa" w:w="1135"/>
          </w:tcPr>
          <w:p>
            <w:pPr>
              <w:spacing w:after="0"/>
              <w:jc w:val="right"/>
            </w:pPr>
            <w:r>
              <w:rPr>
                <w:sz w:val="16"/>
              </w:rPr>
              <w:t>$45,110,873</w:t>
            </w:r>
          </w:p>
        </w:tc>
        <w:tc>
          <w:tcPr>
            <w:tcW w:type="dxa" w:w="1044"/>
          </w:tcPr>
          <w:p>
            <w:pPr>
              <w:spacing w:after="0"/>
              <w:jc w:val="right"/>
            </w:pPr>
            <w:r>
              <w:rPr>
                <w:sz w:val="16"/>
              </w:rPr>
              <w:t>8,277</w:t>
            </w:r>
          </w:p>
        </w:tc>
        <w:tc>
          <w:tcPr>
            <w:tcW w:type="dxa" w:w="1037"/>
          </w:tcPr>
          <w:p>
            <w:pPr>
              <w:spacing w:after="0"/>
              <w:jc w:val="right"/>
            </w:pPr>
            <w:r>
              <w:rPr>
                <w:sz w:val="16"/>
              </w:rPr>
              <w:t>$67,506</w:t>
            </w:r>
          </w:p>
        </w:tc>
        <w:tc>
          <w:tcPr>
            <w:tcW w:type="dxa" w:w="1126"/>
          </w:tcPr>
          <w:p>
            <w:pPr>
              <w:spacing w:after="0"/>
              <w:jc w:val="right"/>
            </w:pPr>
            <w:r>
              <w:rPr>
                <w:sz w:val="16"/>
              </w:rPr>
              <w:t>$662</w:t>
            </w:r>
          </w:p>
        </w:tc>
        <w:tc>
          <w:tcPr>
            <w:tcW w:type="dxa" w:w="1166"/>
          </w:tcPr>
          <w:p>
            <w:pPr>
              <w:spacing w:after="0"/>
              <w:jc w:val="right"/>
            </w:pPr>
            <w:r>
              <w:rPr>
                <w:sz w:val="16"/>
              </w:rPr>
              <w:t>$15,100</w:t>
            </w:r>
          </w:p>
        </w:tc>
        <w:tc>
          <w:tcPr>
            <w:tcW w:type="dxa" w:w="1305"/>
          </w:tcPr>
          <w:p>
            <w:pPr>
              <w:spacing w:after="0"/>
              <w:jc w:val="right"/>
            </w:pPr>
            <w:r>
              <w:rPr>
                <w:sz w:val="16"/>
              </w:rPr>
              <w:t>0.00878%</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$7,268,780,416</w:t>
            </w:r>
          </w:p>
        </w:tc>
        <w:tc>
          <w:tcPr>
            <w:tcW w:type="dxa" w:w="1135"/>
          </w:tcPr>
          <w:p>
            <w:pPr>
              <w:spacing w:after="0"/>
              <w:jc w:val="right"/>
            </w:pPr>
            <w:r>
              <w:rPr>
                <w:sz w:val="16"/>
              </w:rPr>
              <w:t>$99,273,659</w:t>
            </w:r>
          </w:p>
        </w:tc>
        <w:tc>
          <w:tcPr>
            <w:tcW w:type="dxa" w:w="1044"/>
          </w:tcPr>
          <w:p>
            <w:pPr>
              <w:spacing w:after="0"/>
              <w:jc w:val="right"/>
            </w:pPr>
            <w:r>
              <w:rPr>
                <w:sz w:val="16"/>
              </w:rPr>
              <w:t>33,175</w:t>
            </w:r>
          </w:p>
        </w:tc>
        <w:tc>
          <w:tcPr>
            <w:tcW w:type="dxa" w:w="1037"/>
          </w:tcPr>
          <w:p>
            <w:pPr>
              <w:spacing w:after="0"/>
              <w:jc w:val="right"/>
            </w:pPr>
            <w:r>
              <w:rPr>
                <w:sz w:val="16"/>
              </w:rPr>
              <w:t>$2,810</w:t>
            </w:r>
          </w:p>
        </w:tc>
        <w:tc>
          <w:tcPr>
            <w:tcW w:type="dxa" w:w="1126"/>
          </w:tcPr>
          <w:p>
            <w:pPr>
              <w:spacing w:after="0"/>
              <w:jc w:val="right"/>
            </w:pPr>
            <w:r>
              <w:rPr>
                <w:sz w:val="16"/>
              </w:rPr>
              <w:t>$1</w:t>
            </w:r>
          </w:p>
        </w:tc>
        <w:tc>
          <w:tcPr>
            <w:tcW w:type="dxa" w:w="1166"/>
          </w:tcPr>
          <w:p>
            <w:pPr>
              <w:spacing w:after="0"/>
              <w:jc w:val="right"/>
            </w:pPr>
            <w:r>
              <w:rPr>
                <w:sz w:val="16"/>
              </w:rPr>
              <w:t>$13,428</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p>
        </w:tc>
      </w:tr>
    </w:tbl>
    <w:p>
      <w:pPr>
        <w:spacing w:after="40" w:before="60"/>
      </w:pPr>
      <w:r>
        <w:rPr>
          <w:sz w:val="15"/>
        </w:rPr>
        <w:t>Totals since 2025-04-09 (Storm Events through 2026-06-30): 21 county-coded records, 15 with a damage value recorded (including $0), $45,000; 4 zone-level records, 2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33,175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$7,268,780,416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$99,273,659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$8,147,143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$3,057,167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JASPER,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Pickens County (unincorporated area)</w:t>
            </w:r>
          </w:p>
        </w:tc>
        <w:tc>
          <w:tcPr>
            <w:tcW w:type="dxa" w:w="1473"/>
          </w:tcPr>
          <w:p>
            <w:pPr>
              <w:spacing w:after="0"/>
              <w:jc w:val="left"/>
            </w:pPr>
            <w:r>
              <w:rPr>
                <w:sz w:val="16"/>
              </w:rPr>
              <w:t>130149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Jasper city</w:t>
            </w:r>
          </w:p>
        </w:tc>
        <w:tc>
          <w:tcPr>
            <w:tcW w:type="dxa" w:w="1473"/>
          </w:tcPr>
          <w:p>
            <w:pPr>
              <w:spacing w:after="0"/>
              <w:jc w:val="left"/>
            </w:pPr>
            <w:r>
              <w:rPr>
                <w:sz w:val="16"/>
              </w:rPr>
              <w:t>130375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Nelson city</w:t>
            </w:r>
          </w:p>
        </w:tc>
        <w:tc>
          <w:tcPr>
            <w:tcW w:type="dxa" w:w="1473"/>
          </w:tcPr>
          <w:p>
            <w:pPr>
              <w:spacing w:after="0"/>
              <w:jc w:val="left"/>
            </w:pPr>
            <w:r>
              <w:rPr>
                <w:sz w:val="16"/>
              </w:rPr>
              <w:t>130296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Talking Rock town</w:t>
            </w:r>
          </w:p>
        </w:tc>
        <w:tc>
          <w:tcPr>
            <w:tcW w:type="dxa" w:w="1473"/>
          </w:tcPr>
          <w:p>
            <w:pPr>
              <w:spacing w:after="0"/>
              <w:jc w:val="left"/>
            </w:pPr>
            <w:r>
              <w:rPr>
                <w:sz w:val="16"/>
              </w:rPr>
              <w:t>130150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Pickens County, GA: risk-assessment baseline packet, release 2026-10 (data as of 2026-09-28; County area 13227).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Pickens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Pickens County, GA: Risk-assessment baseline packet</dc:title>
  <dc:subject>Hazard Plain release 2026-10, as of 2026-09-28. Preview: automated baseline</dc:subject>
  <dc:creator>Hazard Plain</dc:creator>
  <cp:keywords>Hazard Plain; hazard mitigation; risk assessment; 13227</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