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Hand-checked on 2026-09-28</w:t>
      </w:r>
    </w:p>
    <w:p>
      <w:pPr>
        <w:pStyle w:val="Title"/>
        <w:spacing w:after="80"/>
      </w:pPr>
      <w:r>
        <w:rPr/>
        <w:t>Miller County, GA</w:t>
      </w:r>
    </w:p>
    <w:p>
      <w:pPr>
        <w:spacing w:after="120" w:before="0"/>
      </w:pPr>
      <w:r>
        <w:rPr>
          <w:color w:val="555555"/>
          <w:sz w:val="24"/>
        </w:rPr>
        <w:t>Risk-assessment baseline packet</w:t>
      </w:r>
    </w:p>
    <w:p>
      <w:pPr>
        <w:spacing w:after="120" w:before="0"/>
      </w:pPr>
      <w:r>
        <w:rPr>
          <w:b/>
          <w:sz w:val="18"/>
        </w:rPr>
        <w:t xml:space="preserve">County FIPS: </w:t>
      </w:r>
      <w:r>
        <w:rPr>
          <w:sz w:val="18"/>
        </w:rPr>
        <w:t>13201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2026-06-27. Plan: Miller County (FEMA plan 107224), approved 2021-06-28.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2021-06-28: 1 new hazard declaration (1 incident) and 50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($2,184,645 a year), Inland Flooding ($1,539,099) and Tornado ($602,031).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13201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Expired on 2026-06-27</w:t>
      </w:r>
    </w:p>
    <w:p>
      <w:pPr>
        <w:keepNext/>
        <w:spacing w:after="40" w:before="0"/>
      </w:pPr>
      <w:r>
        <w:rPr>
          <w:b/>
        </w:rPr>
        <w:t xml:space="preserve">Plan: </w:t>
      </w:r>
      <w:r>
        <w:rPr/>
        <w:t>Miller County (FEMA plan 107224)</w:t>
      </w:r>
    </w:p>
    <w:p>
      <w:pPr>
        <w:keepNext/>
        <w:spacing w:after="40" w:before="0"/>
      </w:pPr>
      <w:r>
        <w:rPr>
          <w:b/>
        </w:rPr>
        <w:t xml:space="preserve">Approved: </w:t>
      </w:r>
      <w:r>
        <w:rPr/>
        <w:t>2021-06-28</w:t>
      </w:r>
    </w:p>
    <w:p>
      <w:pPr>
        <w:keepNext/>
        <w:spacing w:after="40" w:before="0"/>
      </w:pPr>
      <w:r>
        <w:rPr>
          <w:b/>
        </w:rPr>
        <w:t xml:space="preserve">Days since expiry: </w:t>
      </w:r>
      <w:r>
        <w:rPr/>
        <w:t>95</w:t>
      </w:r>
    </w:p>
    <w:p>
      <w:pPr>
        <w:keepNext/>
        <w:spacing w:after="40" w:before="0"/>
      </w:pPr>
      <w:r>
        <w:rPr>
          <w:b/>
        </w:rPr>
        <w:t xml:space="preserve">Update underway: </w:t>
      </w:r>
      <w:r>
        <w:rPr/>
        <w:t>FEMA tracker shows a plan in review</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EM-3616-GA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015"/>
        <w:gridCol w:w="2993"/>
        <w:gridCol w:w="1037"/>
        <w:gridCol w:w="1037"/>
        <w:gridCol w:w="894"/>
        <w:gridCol w:w="326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15"/>
            <w:shd w:val="clear" w:color="auto" w:fill="E8E8E8"/>
          </w:tcPr>
          <w:p>
            <w:pPr>
              <w:spacing w:after="0"/>
              <w:jc w:val="left"/>
            </w:pPr>
            <w:r>
              <w:rPr>
                <w:b/>
                <w:sz w:val="16"/>
              </w:rPr>
              <w:t>Status</w:t>
            </w:r>
          </w:p>
        </w:tc>
        <w:tc>
          <w:tcPr>
            <w:tcW w:type="dxa" w:w="299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60"/>
            <w:shd w:val="clear" w:color="auto" w:fill="E8E8E8"/>
          </w:tcPr>
          <w:p>
            <w:pPr>
              <w:spacing w:after="0"/>
              <w:jc w:val="left"/>
            </w:pPr>
            <w:r>
              <w:rPr>
                <w:b/>
                <w:sz w:val="16"/>
              </w:rPr>
              <w:t>Update underway</w:t>
            </w:r>
          </w:p>
        </w:tc>
      </w:tr>
      <w:tr>
        <w:trPr>
          <w:cantSplit/>
        </w:trPr>
        <w:tc>
          <w:tcPr>
            <w:tcW w:type="dxa" w:w="1483"/>
          </w:tcPr>
          <w:p>
            <w:pPr>
              <w:spacing w:after="0"/>
              <w:jc w:val="left"/>
            </w:pPr>
            <w:r>
              <w:rPr>
                <w:sz w:val="16"/>
              </w:rPr>
              <w:t>Miller County (unincorporated area)</w:t>
            </w:r>
          </w:p>
        </w:tc>
        <w:tc>
          <w:tcPr>
            <w:tcW w:type="dxa" w:w="1394"/>
          </w:tcPr>
          <w:p>
            <w:pPr>
              <w:spacing w:after="0"/>
              <w:jc w:val="left"/>
            </w:pPr>
            <w:r>
              <w:rPr>
                <w:sz w:val="16"/>
              </w:rPr>
              <w:t>Unincorporated</w:t>
            </w:r>
          </w:p>
        </w:tc>
        <w:tc>
          <w:tcPr>
            <w:tcW w:type="dxa" w:w="2015"/>
          </w:tcPr>
          <w:p>
            <w:pPr>
              <w:spacing w:after="0"/>
              <w:jc w:val="left"/>
            </w:pPr>
            <w:r>
              <w:rPr>
                <w:sz w:val="16"/>
              </w:rPr>
              <w:t>Expired on 2026-06-27</w:t>
            </w:r>
          </w:p>
        </w:tc>
        <w:tc>
          <w:tcPr>
            <w:tcW w:type="dxa" w:w="2993"/>
          </w:tcPr>
          <w:p>
            <w:pPr>
              <w:spacing w:after="0"/>
              <w:jc w:val="left"/>
            </w:pPr>
            <w:r>
              <w:rPr>
                <w:sz w:val="16"/>
              </w:rPr>
              <w:t>Miller County (FEMA plan 107224)</w:t>
            </w:r>
          </w:p>
        </w:tc>
        <w:tc>
          <w:tcPr>
            <w:tcW w:type="dxa" w:w="1037"/>
          </w:tcPr>
          <w:p>
            <w:pPr>
              <w:spacing w:after="0"/>
              <w:jc w:val="left"/>
            </w:pPr>
            <w:r>
              <w:rPr>
                <w:sz w:val="16"/>
              </w:rPr>
              <w:t>2021-06-28</w:t>
            </w:r>
          </w:p>
        </w:tc>
        <w:tc>
          <w:tcPr>
            <w:tcW w:type="dxa" w:w="1037"/>
          </w:tcPr>
          <w:p>
            <w:pPr>
              <w:spacing w:after="0"/>
              <w:jc w:val="left"/>
            </w:pPr>
            <w:r>
              <w:rPr>
                <w:sz w:val="16"/>
              </w:rPr>
              <w:t>2026-06-27</w:t>
            </w:r>
          </w:p>
        </w:tc>
        <w:tc>
          <w:tcPr>
            <w:tcW w:type="dxa" w:w="894"/>
          </w:tcPr>
          <w:p>
            <w:pPr>
              <w:spacing w:after="0"/>
              <w:jc w:val="right"/>
            </w:pPr>
            <w:r>
              <w:rPr>
                <w:sz w:val="16"/>
              </w:rPr>
              <w:t>-95</w:t>
            </w:r>
          </w:p>
        </w:tc>
        <w:tc>
          <w:tcPr>
            <w:tcW w:type="dxa" w:w="3260"/>
          </w:tcPr>
          <w:p>
            <w:pPr>
              <w:spacing w:after="0"/>
              <w:jc w:val="left"/>
            </w:pPr>
            <w:r>
              <w:rPr>
                <w:sz w:val="16"/>
              </w:rPr>
              <w:t>FEMA tracker shows a plan in review</w:t>
            </w:r>
          </w:p>
        </w:tc>
      </w:tr>
      <w:tr>
        <w:trPr>
          <w:cantSplit/>
        </w:trPr>
        <w:tc>
          <w:tcPr>
            <w:tcW w:type="dxa" w:w="1483"/>
          </w:tcPr>
          <w:p>
            <w:pPr>
              <w:spacing w:after="0"/>
              <w:jc w:val="left"/>
            </w:pPr>
            <w:r>
              <w:rPr>
                <w:sz w:val="16"/>
              </w:rPr>
              <w:t>Colquitt city</w:t>
            </w:r>
          </w:p>
        </w:tc>
        <w:tc>
          <w:tcPr>
            <w:tcW w:type="dxa" w:w="1394"/>
          </w:tcPr>
          <w:p>
            <w:pPr>
              <w:spacing w:after="0"/>
              <w:jc w:val="left"/>
            </w:pPr>
            <w:r>
              <w:rPr>
                <w:sz w:val="16"/>
              </w:rPr>
              <w:t>City</w:t>
            </w:r>
          </w:p>
        </w:tc>
        <w:tc>
          <w:tcPr>
            <w:tcW w:type="dxa" w:w="2015"/>
          </w:tcPr>
          <w:p>
            <w:pPr>
              <w:spacing w:after="0"/>
              <w:jc w:val="left"/>
            </w:pPr>
            <w:r>
              <w:rPr>
                <w:sz w:val="16"/>
              </w:rPr>
              <w:t>Expired on 2026-06-27</w:t>
            </w:r>
          </w:p>
        </w:tc>
        <w:tc>
          <w:tcPr>
            <w:tcW w:type="dxa" w:w="2993"/>
          </w:tcPr>
          <w:p>
            <w:pPr>
              <w:spacing w:after="0"/>
              <w:jc w:val="left"/>
            </w:pPr>
            <w:r>
              <w:rPr>
                <w:sz w:val="16"/>
              </w:rPr>
              <w:t>Miller County (FEMA plan 107224)</w:t>
            </w:r>
          </w:p>
        </w:tc>
        <w:tc>
          <w:tcPr>
            <w:tcW w:type="dxa" w:w="1037"/>
          </w:tcPr>
          <w:p>
            <w:pPr>
              <w:spacing w:after="0"/>
              <w:jc w:val="left"/>
            </w:pPr>
            <w:r>
              <w:rPr>
                <w:sz w:val="16"/>
              </w:rPr>
              <w:t>2021-06-28</w:t>
            </w:r>
          </w:p>
        </w:tc>
        <w:tc>
          <w:tcPr>
            <w:tcW w:type="dxa" w:w="1037"/>
          </w:tcPr>
          <w:p>
            <w:pPr>
              <w:spacing w:after="0"/>
              <w:jc w:val="left"/>
            </w:pPr>
            <w:r>
              <w:rPr>
                <w:sz w:val="16"/>
              </w:rPr>
              <w:t>2026-06-27</w:t>
            </w:r>
          </w:p>
        </w:tc>
        <w:tc>
          <w:tcPr>
            <w:tcW w:type="dxa" w:w="894"/>
          </w:tcPr>
          <w:p>
            <w:pPr>
              <w:spacing w:after="0"/>
              <w:jc w:val="right"/>
            </w:pPr>
            <w:r>
              <w:rPr>
                <w:sz w:val="16"/>
              </w:rPr>
              <w:t>-95</w:t>
            </w:r>
          </w:p>
        </w:tc>
        <w:tc>
          <w:tcPr>
            <w:tcW w:type="dxa" w:w="3260"/>
          </w:tcPr>
          <w:p>
            <w:pPr>
              <w:spacing w:after="0"/>
              <w:jc w:val="left"/>
            </w:pPr>
            <w:r>
              <w:rPr>
                <w:sz w:val="16"/>
              </w:rPr>
              <w:t>FEMA tracker shows a plan in review</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1"/>
        <w:gridCol w:w="1037"/>
        <w:gridCol w:w="1383"/>
        <w:gridCol w:w="1037"/>
        <w:gridCol w:w="1037"/>
        <w:gridCol w:w="1126"/>
        <w:gridCol w:w="2036"/>
        <w:gridCol w:w="1210"/>
        <w:gridCol w:w="2250"/>
        <w:gridCol w:w="2266"/>
      </w:tblGrid>
      <w:tr>
        <w:trPr>
          <w:cantSplit/>
          <w:tblHeader/>
        </w:trPr>
        <w:tc>
          <w:tcPr>
            <w:tcW w:type="dxa" w:w="73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83"/>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6"/>
            <w:shd w:val="clear" w:color="auto" w:fill="E8E8E8"/>
          </w:tcPr>
          <w:p>
            <w:pPr>
              <w:spacing w:after="0"/>
              <w:jc w:val="left"/>
            </w:pPr>
            <w:r>
              <w:rPr>
                <w:b/>
                <w:sz w:val="16"/>
              </w:rPr>
              <w:t>Storm Events coverage note</w:t>
            </w:r>
          </w:p>
        </w:tc>
      </w:tr>
      <w:tr>
        <w:trPr>
          <w:cantSplit/>
        </w:trPr>
        <w:tc>
          <w:tcPr>
            <w:tcW w:type="dxa" w:w="731"/>
          </w:tcPr>
          <w:p>
            <w:pPr>
              <w:spacing w:after="0"/>
              <w:jc w:val="right"/>
            </w:pPr>
            <w:r>
              <w:rPr>
                <w:sz w:val="16"/>
              </w:rPr>
              <w:t>1</w:t>
            </w:r>
          </w:p>
        </w:tc>
        <w:tc>
          <w:tcPr>
            <w:tcW w:type="dxa" w:w="1037"/>
          </w:tcPr>
          <w:p>
            <w:pPr>
              <w:spacing w:after="0"/>
              <w:jc w:val="left"/>
            </w:pPr>
            <w:r>
              <w:rPr>
                <w:sz w:val="16"/>
              </w:rPr>
              <w:t>Hurricane</w:t>
            </w:r>
          </w:p>
        </w:tc>
        <w:tc>
          <w:tcPr>
            <w:tcW w:type="dxa" w:w="1383"/>
          </w:tcPr>
          <w:p>
            <w:pPr>
              <w:spacing w:after="0"/>
              <w:jc w:val="left"/>
            </w:pPr>
            <w:r>
              <w:rPr>
                <w:sz w:val="16"/>
              </w:rPr>
              <w:t>Relatively Moderate</w:t>
            </w:r>
          </w:p>
        </w:tc>
        <w:tc>
          <w:tcPr>
            <w:tcW w:type="dxa" w:w="1037"/>
          </w:tcPr>
          <w:p>
            <w:pPr>
              <w:spacing w:after="0"/>
              <w:jc w:val="left"/>
            </w:pPr>
            <w:r>
              <w:rPr>
                <w:sz w:val="16"/>
              </w:rPr>
              <w:t>Relatively Moderate</w:t>
            </w:r>
          </w:p>
        </w:tc>
        <w:tc>
          <w:tcPr>
            <w:tcW w:type="dxa" w:w="1037"/>
          </w:tcPr>
          <w:p>
            <w:pPr>
              <w:spacing w:after="0"/>
              <w:jc w:val="right"/>
            </w:pPr>
            <w:r>
              <w:rPr>
                <w:sz w:val="16"/>
              </w:rPr>
              <w:t>$1,770,454</w:t>
            </w:r>
          </w:p>
        </w:tc>
        <w:tc>
          <w:tcPr>
            <w:tcW w:type="dxa" w:w="1126"/>
          </w:tcPr>
          <w:p>
            <w:pPr>
              <w:spacing w:after="0"/>
              <w:jc w:val="right"/>
            </w:pPr>
            <w:r>
              <w:rPr>
                <w:sz w:val="16"/>
              </w:rPr>
              <w:t>$369,190</w:t>
            </w:r>
          </w:p>
        </w:tc>
        <w:tc>
          <w:tcPr>
            <w:tcW w:type="dxa" w:w="2036"/>
          </w:tcPr>
          <w:p>
            <w:pPr>
              <w:spacing w:after="0"/>
              <w:jc w:val="right"/>
            </w:pPr>
            <w:r>
              <w:rPr>
                <w:sz w:val="16"/>
              </w:rPr>
              <w:t>$45,001</w:t>
            </w:r>
          </w:p>
        </w:tc>
        <w:tc>
          <w:tcPr>
            <w:tcW w:type="dxa" w:w="1210"/>
          </w:tcPr>
          <w:p>
            <w:pPr>
              <w:spacing w:after="0"/>
              <w:jc w:val="right"/>
            </w:pPr>
            <w:r>
              <w:rPr>
                <w:sz w:val="16"/>
              </w:rPr>
              <w:t>$2,184,645</w:t>
            </w:r>
          </w:p>
        </w:tc>
        <w:tc>
          <w:tcPr>
            <w:tcW w:type="dxa" w:w="2250"/>
          </w:tcPr>
          <w:p>
            <w:pPr>
              <w:spacing w:after="0"/>
              <w:jc w:val="right"/>
            </w:pPr>
            <w:r>
              <w:rPr>
                <w:sz w:val="16"/>
              </w:rPr>
              <w:t>13</w:t>
            </w:r>
          </w:p>
        </w:tc>
        <w:tc>
          <w:tcPr>
            <w:tcW w:type="dxa" w:w="2266"/>
          </w:tcPr>
          <w:p>
            <w:pPr>
              <w:spacing w:after="0"/>
              <w:jc w:val="left"/>
            </w:pPr>
          </w:p>
        </w:tc>
      </w:tr>
      <w:tr>
        <w:trPr>
          <w:cantSplit/>
        </w:trPr>
        <w:tc>
          <w:tcPr>
            <w:tcW w:type="dxa" w:w="731"/>
          </w:tcPr>
          <w:p>
            <w:pPr>
              <w:spacing w:after="0"/>
              <w:jc w:val="right"/>
            </w:pPr>
            <w:r>
              <w:rPr>
                <w:sz w:val="16"/>
              </w:rPr>
              <w:t>2</w:t>
            </w:r>
          </w:p>
        </w:tc>
        <w:tc>
          <w:tcPr>
            <w:tcW w:type="dxa" w:w="1037"/>
          </w:tcPr>
          <w:p>
            <w:pPr>
              <w:spacing w:after="0"/>
              <w:jc w:val="left"/>
            </w:pPr>
            <w:r>
              <w:rPr>
                <w:sz w:val="16"/>
              </w:rPr>
              <w:t>Inland Flooding</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$1,529,372</w:t>
            </w:r>
          </w:p>
        </w:tc>
        <w:tc>
          <w:tcPr>
            <w:tcW w:type="dxa" w:w="1126"/>
          </w:tcPr>
          <w:p>
            <w:pPr>
              <w:spacing w:after="0"/>
              <w:jc w:val="right"/>
            </w:pPr>
            <w:r>
              <w:rPr>
                <w:sz w:val="16"/>
              </w:rPr>
              <w:t>$5,417</w:t>
            </w:r>
          </w:p>
        </w:tc>
        <w:tc>
          <w:tcPr>
            <w:tcW w:type="dxa" w:w="2036"/>
          </w:tcPr>
          <w:p>
            <w:pPr>
              <w:spacing w:after="0"/>
              <w:jc w:val="right"/>
            </w:pPr>
            <w:r>
              <w:rPr>
                <w:sz w:val="16"/>
              </w:rPr>
              <w:t>$4,310</w:t>
            </w:r>
          </w:p>
        </w:tc>
        <w:tc>
          <w:tcPr>
            <w:tcW w:type="dxa" w:w="1210"/>
          </w:tcPr>
          <w:p>
            <w:pPr>
              <w:spacing w:after="0"/>
              <w:jc w:val="right"/>
            </w:pPr>
            <w:r>
              <w:rPr>
                <w:sz w:val="16"/>
              </w:rPr>
              <w:t>$1,539,099</w:t>
            </w:r>
          </w:p>
        </w:tc>
        <w:tc>
          <w:tcPr>
            <w:tcW w:type="dxa" w:w="2250"/>
          </w:tcPr>
          <w:p>
            <w:pPr>
              <w:spacing w:after="0"/>
              <w:jc w:val="right"/>
            </w:pPr>
            <w:r>
              <w:rPr>
                <w:sz w:val="16"/>
              </w:rPr>
              <w:t>13</w:t>
            </w:r>
          </w:p>
        </w:tc>
        <w:tc>
          <w:tcPr>
            <w:tcW w:type="dxa" w:w="2266"/>
          </w:tcPr>
          <w:p>
            <w:pPr>
              <w:spacing w:after="0"/>
              <w:jc w:val="left"/>
            </w:pPr>
          </w:p>
        </w:tc>
      </w:tr>
      <w:tr>
        <w:trPr>
          <w:cantSplit/>
        </w:trPr>
        <w:tc>
          <w:tcPr>
            <w:tcW w:type="dxa" w:w="731"/>
          </w:tcPr>
          <w:p>
            <w:pPr>
              <w:spacing w:after="0"/>
              <w:jc w:val="right"/>
            </w:pPr>
            <w:r>
              <w:rPr>
                <w:sz w:val="16"/>
              </w:rPr>
              <w:t>3</w:t>
            </w:r>
          </w:p>
        </w:tc>
        <w:tc>
          <w:tcPr>
            <w:tcW w:type="dxa" w:w="1037"/>
          </w:tcPr>
          <w:p>
            <w:pPr>
              <w:spacing w:after="0"/>
              <w:jc w:val="left"/>
            </w:pPr>
            <w:r>
              <w:rPr>
                <w:sz w:val="16"/>
              </w:rPr>
              <w:t>Tornado</w:t>
            </w:r>
          </w:p>
        </w:tc>
        <w:tc>
          <w:tcPr>
            <w:tcW w:type="dxa" w:w="1383"/>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$204,719</w:t>
            </w:r>
          </w:p>
        </w:tc>
        <w:tc>
          <w:tcPr>
            <w:tcW w:type="dxa" w:w="1126"/>
          </w:tcPr>
          <w:p>
            <w:pPr>
              <w:spacing w:after="0"/>
              <w:jc w:val="right"/>
            </w:pPr>
            <w:r>
              <w:rPr>
                <w:sz w:val="16"/>
              </w:rPr>
              <w:t>$1,754</w:t>
            </w:r>
          </w:p>
        </w:tc>
        <w:tc>
          <w:tcPr>
            <w:tcW w:type="dxa" w:w="2036"/>
          </w:tcPr>
          <w:p>
            <w:pPr>
              <w:spacing w:after="0"/>
              <w:jc w:val="right"/>
            </w:pPr>
            <w:r>
              <w:rPr>
                <w:sz w:val="16"/>
              </w:rPr>
              <w:t>$395,558</w:t>
            </w:r>
          </w:p>
        </w:tc>
        <w:tc>
          <w:tcPr>
            <w:tcW w:type="dxa" w:w="1210"/>
          </w:tcPr>
          <w:p>
            <w:pPr>
              <w:spacing w:after="0"/>
              <w:jc w:val="right"/>
            </w:pPr>
            <w:r>
              <w:rPr>
                <w:sz w:val="16"/>
              </w:rPr>
              <w:t>$602,031</w:t>
            </w:r>
          </w:p>
        </w:tc>
        <w:tc>
          <w:tcPr>
            <w:tcW w:type="dxa" w:w="2250"/>
          </w:tcPr>
          <w:p>
            <w:pPr>
              <w:spacing w:after="0"/>
              <w:jc w:val="right"/>
            </w:pPr>
            <w:r>
              <w:rPr>
                <w:sz w:val="16"/>
              </w:rPr>
              <w:t>11</w:t>
            </w:r>
          </w:p>
        </w:tc>
        <w:tc>
          <w:tcPr>
            <w:tcW w:type="dxa" w:w="2266"/>
          </w:tcPr>
          <w:p>
            <w:pPr>
              <w:spacing w:after="0"/>
              <w:jc w:val="left"/>
            </w:pPr>
          </w:p>
        </w:tc>
      </w:tr>
      <w:tr>
        <w:trPr>
          <w:cantSplit/>
        </w:trPr>
        <w:tc>
          <w:tcPr>
            <w:tcW w:type="dxa" w:w="731"/>
          </w:tcPr>
          <w:p>
            <w:pPr>
              <w:spacing w:after="0"/>
              <w:jc w:val="right"/>
            </w:pPr>
            <w:r>
              <w:rPr>
                <w:sz w:val="16"/>
              </w:rPr>
              <w:t>4</w:t>
            </w:r>
          </w:p>
        </w:tc>
        <w:tc>
          <w:tcPr>
            <w:tcW w:type="dxa" w:w="1037"/>
          </w:tcPr>
          <w:p>
            <w:pPr>
              <w:spacing w:after="0"/>
              <w:jc w:val="left"/>
            </w:pPr>
            <w:r>
              <w:rPr>
                <w:sz w:val="16"/>
              </w:rPr>
              <w:t>Cold Wave</w:t>
            </w:r>
          </w:p>
        </w:tc>
        <w:tc>
          <w:tcPr>
            <w:tcW w:type="dxa" w:w="1383"/>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$420</w:t>
            </w:r>
          </w:p>
        </w:tc>
        <w:tc>
          <w:tcPr>
            <w:tcW w:type="dxa" w:w="1126"/>
          </w:tcPr>
          <w:p>
            <w:pPr>
              <w:spacing w:after="0"/>
              <w:jc w:val="right"/>
            </w:pPr>
            <w:r>
              <w:rPr>
                <w:sz w:val="16"/>
              </w:rPr>
              <w:t>$371,134</w:t>
            </w:r>
          </w:p>
        </w:tc>
        <w:tc>
          <w:tcPr>
            <w:tcW w:type="dxa" w:w="2036"/>
          </w:tcPr>
          <w:p>
            <w:pPr>
              <w:spacing w:after="0"/>
              <w:jc w:val="right"/>
            </w:pPr>
            <w:r>
              <w:rPr>
                <w:sz w:val="16"/>
              </w:rPr>
              <w:t>$135,213</w:t>
            </w:r>
          </w:p>
        </w:tc>
        <w:tc>
          <w:tcPr>
            <w:tcW w:type="dxa" w:w="1210"/>
          </w:tcPr>
          <w:p>
            <w:pPr>
              <w:spacing w:after="0"/>
              <w:jc w:val="right"/>
            </w:pPr>
            <w:r>
              <w:rPr>
                <w:sz w:val="16"/>
              </w:rPr>
              <w:t>$506,766</w:t>
            </w:r>
          </w:p>
        </w:tc>
        <w:tc>
          <w:tcPr>
            <w:tcW w:type="dxa" w:w="2250"/>
          </w:tcPr>
          <w:p>
            <w:pPr>
              <w:spacing w:after="0"/>
              <w:jc w:val="right"/>
            </w:pPr>
            <w:r>
              <w:rPr>
                <w:sz w:val="16"/>
              </w:rPr>
              <w:t>3</w:t>
            </w:r>
          </w:p>
        </w:tc>
        <w:tc>
          <w:tcPr>
            <w:tcW w:type="dxa" w:w="2266"/>
          </w:tcPr>
          <w:p>
            <w:pPr>
              <w:spacing w:after="0"/>
              <w:jc w:val="left"/>
            </w:pPr>
            <w:r>
              <w:rPr>
                <w:sz w:val="16"/>
              </w:rPr>
              <w:t>Includes 1 Frost/Freeze record (outside NRI's Cold Wave definition; counted in this table and in B1-d, not in the B1-e descriptor).</w:t>
            </w:r>
          </w:p>
        </w:tc>
      </w:tr>
      <w:tr>
        <w:trPr>
          <w:cantSplit/>
        </w:trPr>
        <w:tc>
          <w:tcPr>
            <w:tcW w:type="dxa" w:w="731"/>
          </w:tcPr>
          <w:p>
            <w:pPr>
              <w:spacing w:after="0"/>
              <w:jc w:val="right"/>
            </w:pPr>
            <w:r>
              <w:rPr>
                <w:sz w:val="16"/>
              </w:rPr>
              <w:t>5</w:t>
            </w:r>
          </w:p>
        </w:tc>
        <w:tc>
          <w:tcPr>
            <w:tcW w:type="dxa" w:w="1037"/>
          </w:tcPr>
          <w:p>
            <w:pPr>
              <w:spacing w:after="0"/>
              <w:jc w:val="left"/>
            </w:pPr>
            <w:r>
              <w:rPr>
                <w:sz w:val="16"/>
              </w:rPr>
              <w:t>Drought</w:t>
            </w:r>
          </w:p>
        </w:tc>
        <w:tc>
          <w:tcPr>
            <w:tcW w:type="dxa" w:w="1383"/>
          </w:tcPr>
          <w:p>
            <w:pPr>
              <w:spacing w:after="0"/>
              <w:jc w:val="left"/>
            </w:pPr>
            <w:r>
              <w:rPr>
                <w:sz w:val="16"/>
              </w:rPr>
              <w:t>Relatively Moderate</w:t>
            </w:r>
          </w:p>
        </w:tc>
        <w:tc>
          <w:tcPr>
            <w:tcW w:type="dxa" w:w="103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$283,264</w:t>
            </w:r>
          </w:p>
        </w:tc>
        <w:tc>
          <w:tcPr>
            <w:tcW w:type="dxa" w:w="2036"/>
          </w:tcPr>
          <w:p>
            <w:pPr>
              <w:spacing w:after="0"/>
              <w:jc w:val="right"/>
            </w:pPr>
            <w:r>
              <w:rPr>
                <w:sz w:val="16"/>
              </w:rPr>
              <w:t>n/a</w:t>
            </w:r>
          </w:p>
        </w:tc>
        <w:tc>
          <w:tcPr>
            <w:tcW w:type="dxa" w:w="1210"/>
          </w:tcPr>
          <w:p>
            <w:pPr>
              <w:spacing w:after="0"/>
              <w:jc w:val="right"/>
            </w:pPr>
            <w:r>
              <w:rPr>
                <w:sz w:val="16"/>
              </w:rPr>
              <w:t>$283,264</w:t>
            </w:r>
          </w:p>
        </w:tc>
        <w:tc>
          <w:tcPr>
            <w:tcW w:type="dxa" w:w="2250"/>
          </w:tcPr>
          <w:p>
            <w:pPr>
              <w:spacing w:after="0"/>
              <w:jc w:val="right"/>
            </w:pPr>
            <w:r>
              <w:rPr>
                <w:sz w:val="16"/>
              </w:rPr>
              <w:t>46</w:t>
            </w:r>
          </w:p>
        </w:tc>
        <w:tc>
          <w:tcPr>
            <w:tcW w:type="dxa" w:w="2266"/>
          </w:tcPr>
          <w:p>
            <w:pPr>
              <w:spacing w:after="0"/>
              <w:jc w:val="left"/>
            </w:pPr>
          </w:p>
        </w:tc>
      </w:tr>
      <w:tr>
        <w:trPr>
          <w:cantSplit/>
        </w:trPr>
        <w:tc>
          <w:tcPr>
            <w:tcW w:type="dxa" w:w="731"/>
          </w:tcPr>
          <w:p>
            <w:pPr>
              <w:spacing w:after="0"/>
              <w:jc w:val="right"/>
            </w:pPr>
            <w:r>
              <w:rPr>
                <w:sz w:val="16"/>
              </w:rPr>
              <w:t>6</w:t>
            </w:r>
          </w:p>
        </w:tc>
        <w:tc>
          <w:tcPr>
            <w:tcW w:type="dxa" w:w="1037"/>
          </w:tcPr>
          <w:p>
            <w:pPr>
              <w:spacing w:after="0"/>
              <w:jc w:val="left"/>
            </w:pPr>
            <w:r>
              <w:rPr>
                <w:sz w:val="16"/>
              </w:rPr>
              <w:t>Lightning</w:t>
            </w:r>
          </w:p>
        </w:tc>
        <w:tc>
          <w:tcPr>
            <w:tcW w:type="dxa" w:w="1383"/>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$7,320</w:t>
            </w:r>
          </w:p>
        </w:tc>
        <w:tc>
          <w:tcPr>
            <w:tcW w:type="dxa" w:w="1126"/>
          </w:tcPr>
          <w:p>
            <w:pPr>
              <w:spacing w:after="0"/>
              <w:jc w:val="right"/>
            </w:pPr>
            <w:r>
              <w:rPr>
                <w:sz w:val="16"/>
              </w:rPr>
              <w:t>n/a</w:t>
            </w:r>
          </w:p>
        </w:tc>
        <w:tc>
          <w:tcPr>
            <w:tcW w:type="dxa" w:w="2036"/>
          </w:tcPr>
          <w:p>
            <w:pPr>
              <w:spacing w:after="0"/>
              <w:jc w:val="right"/>
            </w:pPr>
            <w:r>
              <w:rPr>
                <w:sz w:val="16"/>
              </w:rPr>
              <w:t>$67,386</w:t>
            </w:r>
          </w:p>
        </w:tc>
        <w:tc>
          <w:tcPr>
            <w:tcW w:type="dxa" w:w="1210"/>
          </w:tcPr>
          <w:p>
            <w:pPr>
              <w:spacing w:after="0"/>
              <w:jc w:val="right"/>
            </w:pPr>
            <w:r>
              <w:rPr>
                <w:sz w:val="16"/>
              </w:rPr>
              <w:t>$74,706</w:t>
            </w:r>
          </w:p>
        </w:tc>
        <w:tc>
          <w:tcPr>
            <w:tcW w:type="dxa" w:w="2250"/>
          </w:tcPr>
          <w:p>
            <w:pPr>
              <w:spacing w:after="0"/>
              <w:jc w:val="right"/>
            </w:pPr>
            <w:r>
              <w:rPr>
                <w:sz w:val="16"/>
              </w:rPr>
              <w:t>1</w:t>
            </w:r>
          </w:p>
        </w:tc>
        <w:tc>
          <w:tcPr>
            <w:tcW w:type="dxa" w:w="2266"/>
          </w:tcPr>
          <w:p>
            <w:pPr>
              <w:spacing w:after="0"/>
              <w:jc w:val="left"/>
            </w:pPr>
          </w:p>
        </w:tc>
      </w:tr>
      <w:tr>
        <w:trPr>
          <w:cantSplit/>
        </w:trPr>
        <w:tc>
          <w:tcPr>
            <w:tcW w:type="dxa" w:w="731"/>
          </w:tcPr>
          <w:p>
            <w:pPr>
              <w:spacing w:after="0"/>
              <w:jc w:val="right"/>
            </w:pPr>
            <w:r>
              <w:rPr>
                <w:sz w:val="16"/>
              </w:rPr>
              <w:t>7</w:t>
            </w:r>
          </w:p>
        </w:tc>
        <w:tc>
          <w:tcPr>
            <w:tcW w:type="dxa" w:w="1037"/>
          </w:tcPr>
          <w:p>
            <w:pPr>
              <w:spacing w:after="0"/>
              <w:jc w:val="left"/>
            </w:pPr>
            <w:r>
              <w:rPr>
                <w:sz w:val="16"/>
              </w:rPr>
              <w:t>Strong Wind</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$29,360</w:t>
            </w:r>
          </w:p>
        </w:tc>
        <w:tc>
          <w:tcPr>
            <w:tcW w:type="dxa" w:w="1126"/>
          </w:tcPr>
          <w:p>
            <w:pPr>
              <w:spacing w:after="0"/>
              <w:jc w:val="right"/>
            </w:pPr>
            <w:r>
              <w:rPr>
                <w:sz w:val="16"/>
              </w:rPr>
              <w:t>$2,678</w:t>
            </w:r>
          </w:p>
        </w:tc>
        <w:tc>
          <w:tcPr>
            <w:tcW w:type="dxa" w:w="2036"/>
          </w:tcPr>
          <w:p>
            <w:pPr>
              <w:spacing w:after="0"/>
              <w:jc w:val="right"/>
            </w:pPr>
            <w:r>
              <w:rPr>
                <w:sz w:val="16"/>
              </w:rPr>
              <w:t>$37,383</w:t>
            </w:r>
          </w:p>
        </w:tc>
        <w:tc>
          <w:tcPr>
            <w:tcW w:type="dxa" w:w="1210"/>
          </w:tcPr>
          <w:p>
            <w:pPr>
              <w:spacing w:after="0"/>
              <w:jc w:val="right"/>
            </w:pPr>
            <w:r>
              <w:rPr>
                <w:sz w:val="16"/>
              </w:rPr>
              <w:t>$69,421</w:t>
            </w:r>
          </w:p>
        </w:tc>
        <w:tc>
          <w:tcPr>
            <w:tcW w:type="dxa" w:w="2250"/>
          </w:tcPr>
          <w:p>
            <w:pPr>
              <w:spacing w:after="0"/>
              <w:jc w:val="right"/>
            </w:pPr>
            <w:r>
              <w:rPr>
                <w:sz w:val="16"/>
              </w:rPr>
              <w:t>85</w:t>
            </w:r>
          </w:p>
        </w:tc>
        <w:tc>
          <w:tcPr>
            <w:tcW w:type="dxa" w:w="2266"/>
          </w:tcPr>
          <w:p>
            <w:pPr>
              <w:spacing w:after="0"/>
              <w:jc w:val="left"/>
            </w:pPr>
            <w:r>
              <w:rPr>
                <w:sz w:val="16"/>
              </w:rPr>
              <w:t>Includes 1 High Wind record (a NOAA non-thunderstorm wind type, outside NRI's Strong Wind definition).</w:t>
            </w:r>
          </w:p>
        </w:tc>
      </w:tr>
      <w:tr>
        <w:trPr>
          <w:cantSplit/>
        </w:trPr>
        <w:tc>
          <w:tcPr>
            <w:tcW w:type="dxa" w:w="731"/>
          </w:tcPr>
          <w:p>
            <w:pPr>
              <w:spacing w:after="0"/>
              <w:jc w:val="right"/>
            </w:pPr>
            <w:r>
              <w:rPr>
                <w:sz w:val="16"/>
              </w:rPr>
              <w:t>8</w:t>
            </w:r>
          </w:p>
        </w:tc>
        <w:tc>
          <w:tcPr>
            <w:tcW w:type="dxa" w:w="1037"/>
          </w:tcPr>
          <w:p>
            <w:pPr>
              <w:spacing w:after="0"/>
              <w:jc w:val="left"/>
            </w:pPr>
            <w:r>
              <w:rPr>
                <w:sz w:val="16"/>
              </w:rPr>
              <w:t>Heat Wave</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$505</w:t>
            </w:r>
          </w:p>
        </w:tc>
        <w:tc>
          <w:tcPr>
            <w:tcW w:type="dxa" w:w="2036"/>
          </w:tcPr>
          <w:p>
            <w:pPr>
              <w:spacing w:after="0"/>
              <w:jc w:val="right"/>
            </w:pPr>
            <w:r>
              <w:rPr>
                <w:sz w:val="16"/>
              </w:rPr>
              <w:t>$44,821</w:t>
            </w:r>
          </w:p>
        </w:tc>
        <w:tc>
          <w:tcPr>
            <w:tcW w:type="dxa" w:w="1210"/>
          </w:tcPr>
          <w:p>
            <w:pPr>
              <w:spacing w:after="0"/>
              <w:jc w:val="right"/>
            </w:pPr>
            <w:r>
              <w:rPr>
                <w:sz w:val="16"/>
              </w:rPr>
              <w:t>$45,332</w:t>
            </w:r>
          </w:p>
        </w:tc>
        <w:tc>
          <w:tcPr>
            <w:tcW w:type="dxa" w:w="2250"/>
          </w:tcPr>
          <w:p>
            <w:pPr>
              <w:spacing w:after="0"/>
              <w:jc w:val="right"/>
            </w:pPr>
            <w:r>
              <w:rPr>
                <w:sz w:val="16"/>
              </w:rPr>
              <w:t>4</w:t>
            </w:r>
          </w:p>
        </w:tc>
        <w:tc>
          <w:tcPr>
            <w:tcW w:type="dxa" w:w="2266"/>
          </w:tcPr>
          <w:p>
            <w:pPr>
              <w:spacing w:after="0"/>
              <w:jc w:val="left"/>
            </w:pPr>
          </w:p>
        </w:tc>
      </w:tr>
      <w:tr>
        <w:trPr>
          <w:cantSplit/>
        </w:trPr>
        <w:tc>
          <w:tcPr>
            <w:tcW w:type="dxa" w:w="731"/>
          </w:tcPr>
          <w:p>
            <w:pPr>
              <w:spacing w:after="0"/>
              <w:jc w:val="right"/>
            </w:pPr>
            <w:r>
              <w:rPr>
                <w:sz w:val="16"/>
              </w:rPr>
              <w:t>9</w:t>
            </w:r>
          </w:p>
        </w:tc>
        <w:tc>
          <w:tcPr>
            <w:tcW w:type="dxa" w:w="1037"/>
          </w:tcPr>
          <w:p>
            <w:pPr>
              <w:spacing w:after="0"/>
              <w:jc w:val="left"/>
            </w:pPr>
            <w:r>
              <w:rPr>
                <w:sz w:val="16"/>
              </w:rPr>
              <w:t>Earthquake</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$32,968</w:t>
            </w:r>
          </w:p>
        </w:tc>
        <w:tc>
          <w:tcPr>
            <w:tcW w:type="dxa" w:w="1126"/>
          </w:tcPr>
          <w:p>
            <w:pPr>
              <w:spacing w:after="0"/>
              <w:jc w:val="right"/>
            </w:pPr>
            <w:r>
              <w:rPr>
                <w:sz w:val="16"/>
              </w:rPr>
              <w:t>n/a</w:t>
            </w:r>
          </w:p>
        </w:tc>
        <w:tc>
          <w:tcPr>
            <w:tcW w:type="dxa" w:w="2036"/>
          </w:tcPr>
          <w:p>
            <w:pPr>
              <w:spacing w:after="0"/>
              <w:jc w:val="right"/>
            </w:pPr>
            <w:r>
              <w:rPr>
                <w:sz w:val="16"/>
              </w:rPr>
              <w:t>$11,219</w:t>
            </w:r>
          </w:p>
        </w:tc>
        <w:tc>
          <w:tcPr>
            <w:tcW w:type="dxa" w:w="1210"/>
          </w:tcPr>
          <w:p>
            <w:pPr>
              <w:spacing w:after="0"/>
              <w:jc w:val="right"/>
            </w:pPr>
            <w:r>
              <w:rPr>
                <w:sz w:val="16"/>
              </w:rPr>
              <w:t>$44,187</w:t>
            </w:r>
          </w:p>
        </w:tc>
        <w:tc>
          <w:tcPr>
            <w:tcW w:type="dxa" w:w="2250"/>
          </w:tcPr>
          <w:p>
            <w:pPr>
              <w:spacing w:after="0"/>
              <w:jc w:val="right"/>
            </w:pPr>
          </w:p>
        </w:tc>
        <w:tc>
          <w:tcPr>
            <w:tcW w:type="dxa" w:w="2266"/>
          </w:tcPr>
          <w:p>
            <w:pPr>
              <w:spacing w:after="0"/>
              <w:jc w:val="left"/>
            </w:pPr>
            <w:r>
              <w:rPr>
                <w:sz w:val="16"/>
              </w:rPr>
              <w:t>Storm Events does not record earthquakes.</w:t>
            </w:r>
          </w:p>
        </w:tc>
      </w:tr>
      <w:tr>
        <w:trPr>
          <w:cantSplit/>
        </w:trPr>
        <w:tc>
          <w:tcPr>
            <w:tcW w:type="dxa" w:w="731"/>
          </w:tcPr>
          <w:p>
            <w:pPr>
              <w:spacing w:after="0"/>
              <w:jc w:val="right"/>
            </w:pPr>
            <w:r>
              <w:rPr>
                <w:sz w:val="16"/>
              </w:rPr>
              <w:t>10</w:t>
            </w:r>
          </w:p>
        </w:tc>
        <w:tc>
          <w:tcPr>
            <w:tcW w:type="dxa" w:w="1037"/>
          </w:tcPr>
          <w:p>
            <w:pPr>
              <w:spacing w:after="0"/>
              <w:jc w:val="left"/>
            </w:pPr>
            <w:r>
              <w:rPr>
                <w:sz w:val="16"/>
              </w:rPr>
              <w:t>Hail</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$2,937</w:t>
            </w:r>
          </w:p>
        </w:tc>
        <w:tc>
          <w:tcPr>
            <w:tcW w:type="dxa" w:w="1126"/>
          </w:tcPr>
          <w:p>
            <w:pPr>
              <w:spacing w:after="0"/>
              <w:jc w:val="right"/>
            </w:pPr>
            <w:r>
              <w:rPr>
                <w:sz w:val="16"/>
              </w:rPr>
              <w:t>$35,805</w:t>
            </w:r>
          </w:p>
        </w:tc>
        <w:tc>
          <w:tcPr>
            <w:tcW w:type="dxa" w:w="2036"/>
          </w:tcPr>
          <w:p>
            <w:pPr>
              <w:spacing w:after="0"/>
              <w:jc w:val="right"/>
            </w:pPr>
            <w:r>
              <w:rPr>
                <w:sz w:val="16"/>
              </w:rPr>
              <w:t>$4,284</w:t>
            </w:r>
          </w:p>
        </w:tc>
        <w:tc>
          <w:tcPr>
            <w:tcW w:type="dxa" w:w="1210"/>
          </w:tcPr>
          <w:p>
            <w:pPr>
              <w:spacing w:after="0"/>
              <w:jc w:val="right"/>
            </w:pPr>
            <w:r>
              <w:rPr>
                <w:sz w:val="16"/>
              </w:rPr>
              <w:t>$43,027</w:t>
            </w:r>
          </w:p>
        </w:tc>
        <w:tc>
          <w:tcPr>
            <w:tcW w:type="dxa" w:w="2250"/>
          </w:tcPr>
          <w:p>
            <w:pPr>
              <w:spacing w:after="0"/>
              <w:jc w:val="right"/>
            </w:pPr>
            <w:r>
              <w:rPr>
                <w:sz w:val="16"/>
              </w:rPr>
              <w:t>17</w:t>
            </w:r>
          </w:p>
        </w:tc>
        <w:tc>
          <w:tcPr>
            <w:tcW w:type="dxa" w:w="2266"/>
          </w:tcPr>
          <w:p>
            <w:pPr>
              <w:spacing w:after="0"/>
              <w:jc w:val="left"/>
            </w:pPr>
          </w:p>
        </w:tc>
      </w:tr>
      <w:tr>
        <w:trPr>
          <w:cantSplit/>
        </w:trPr>
        <w:tc>
          <w:tcPr>
            <w:tcW w:type="dxa" w:w="731"/>
          </w:tcPr>
          <w:p>
            <w:pPr>
              <w:spacing w:after="0"/>
              <w:jc w:val="right"/>
            </w:pPr>
            <w:r>
              <w:rPr>
                <w:sz w:val="16"/>
              </w:rPr>
              <w:t>11</w:t>
            </w:r>
          </w:p>
        </w:tc>
        <w:tc>
          <w:tcPr>
            <w:tcW w:type="dxa" w:w="1037"/>
          </w:tcPr>
          <w:p>
            <w:pPr>
              <w:spacing w:after="0"/>
              <w:jc w:val="left"/>
            </w:pPr>
            <w:r>
              <w:rPr>
                <w:sz w:val="16"/>
              </w:rPr>
              <w:t>Wildfire</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$13,526</w:t>
            </w:r>
          </w:p>
        </w:tc>
        <w:tc>
          <w:tcPr>
            <w:tcW w:type="dxa" w:w="1126"/>
          </w:tcPr>
          <w:p>
            <w:pPr>
              <w:spacing w:after="0"/>
              <w:jc w:val="right"/>
            </w:pPr>
            <w:r>
              <w:rPr>
                <w:sz w:val="16"/>
              </w:rPr>
              <w:t>$43</w:t>
            </w:r>
          </w:p>
        </w:tc>
        <w:tc>
          <w:tcPr>
            <w:tcW w:type="dxa" w:w="2036"/>
          </w:tcPr>
          <w:p>
            <w:pPr>
              <w:spacing w:after="0"/>
              <w:jc w:val="right"/>
            </w:pPr>
            <w:r>
              <w:rPr>
                <w:sz w:val="16"/>
              </w:rPr>
              <w:t>$1,193</w:t>
            </w:r>
          </w:p>
        </w:tc>
        <w:tc>
          <w:tcPr>
            <w:tcW w:type="dxa" w:w="1210"/>
          </w:tcPr>
          <w:p>
            <w:pPr>
              <w:spacing w:after="0"/>
              <w:jc w:val="right"/>
            </w:pPr>
            <w:r>
              <w:rPr>
                <w:sz w:val="16"/>
              </w:rPr>
              <w:t>$14,762</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12</w:t>
            </w:r>
          </w:p>
        </w:tc>
        <w:tc>
          <w:tcPr>
            <w:tcW w:type="dxa" w:w="1037"/>
          </w:tcPr>
          <w:p>
            <w:pPr>
              <w:spacing w:after="0"/>
              <w:jc w:val="left"/>
            </w:pPr>
            <w:r>
              <w:rPr>
                <w:sz w:val="16"/>
              </w:rPr>
              <w:t>Winter Weather</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$1,922</w:t>
            </w:r>
          </w:p>
        </w:tc>
        <w:tc>
          <w:tcPr>
            <w:tcW w:type="dxa" w:w="1126"/>
          </w:tcPr>
          <w:p>
            <w:pPr>
              <w:spacing w:after="0"/>
              <w:jc w:val="right"/>
            </w:pPr>
            <w:r>
              <w:rPr>
                <w:sz w:val="16"/>
              </w:rPr>
              <w:t>$51</w:t>
            </w:r>
          </w:p>
        </w:tc>
        <w:tc>
          <w:tcPr>
            <w:tcW w:type="dxa" w:w="2036"/>
          </w:tcPr>
          <w:p>
            <w:pPr>
              <w:spacing w:after="0"/>
              <w:jc w:val="right"/>
            </w:pPr>
            <w:r>
              <w:rPr>
                <w:sz w:val="16"/>
              </w:rPr>
              <w:t>$1,365</w:t>
            </w:r>
          </w:p>
        </w:tc>
        <w:tc>
          <w:tcPr>
            <w:tcW w:type="dxa" w:w="1210"/>
          </w:tcPr>
          <w:p>
            <w:pPr>
              <w:spacing w:after="0"/>
              <w:jc w:val="right"/>
            </w:pPr>
            <w:r>
              <w:rPr>
                <w:sz w:val="16"/>
              </w:rPr>
              <w:t>$3,337</w:t>
            </w:r>
          </w:p>
        </w:tc>
        <w:tc>
          <w:tcPr>
            <w:tcW w:type="dxa" w:w="2250"/>
          </w:tcPr>
          <w:p>
            <w:pPr>
              <w:spacing w:after="0"/>
              <w:jc w:val="right"/>
            </w:pPr>
            <w:r>
              <w:rPr>
                <w:sz w:val="16"/>
              </w:rPr>
              <w:t>4</w:t>
            </w:r>
          </w:p>
        </w:tc>
        <w:tc>
          <w:tcPr>
            <w:tcW w:type="dxa" w:w="2266"/>
          </w:tcPr>
          <w:p>
            <w:pPr>
              <w:spacing w:after="0"/>
              <w:jc w:val="left"/>
            </w:pPr>
          </w:p>
        </w:tc>
      </w:tr>
      <w:tr>
        <w:trPr>
          <w:cantSplit/>
        </w:trPr>
        <w:tc>
          <w:tcPr>
            <w:tcW w:type="dxa" w:w="731"/>
          </w:tcPr>
          <w:p>
            <w:pPr>
              <w:spacing w:after="0"/>
              <w:jc w:val="right"/>
            </w:pPr>
            <w:r>
              <w:rPr>
                <w:sz w:val="16"/>
              </w:rPr>
              <w:t>13</w:t>
            </w:r>
          </w:p>
        </w:tc>
        <w:tc>
          <w:tcPr>
            <w:tcW w:type="dxa" w:w="1037"/>
          </w:tcPr>
          <w:p>
            <w:pPr>
              <w:spacing w:after="0"/>
              <w:jc w:val="left"/>
            </w:pPr>
            <w:r>
              <w:rPr>
                <w:sz w:val="16"/>
              </w:rPr>
              <w:t>Ice Storm</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$32</w:t>
            </w:r>
          </w:p>
        </w:tc>
        <w:tc>
          <w:tcPr>
            <w:tcW w:type="dxa" w:w="1126"/>
          </w:tcPr>
          <w:p>
            <w:pPr>
              <w:spacing w:after="0"/>
              <w:jc w:val="right"/>
            </w:pPr>
            <w:r>
              <w:rPr>
                <w:sz w:val="16"/>
              </w:rPr>
              <w:t>n/a</w:t>
            </w:r>
          </w:p>
        </w:tc>
        <w:tc>
          <w:tcPr>
            <w:tcW w:type="dxa" w:w="2036"/>
          </w:tcPr>
          <w:p>
            <w:pPr>
              <w:spacing w:after="0"/>
              <w:jc w:val="right"/>
            </w:pPr>
            <w:r>
              <w:rPr>
                <w:sz w:val="16"/>
              </w:rPr>
              <w:t>$409</w:t>
            </w:r>
          </w:p>
        </w:tc>
        <w:tc>
          <w:tcPr>
            <w:tcW w:type="dxa" w:w="1210"/>
          </w:tcPr>
          <w:p>
            <w:pPr>
              <w:spacing w:after="0"/>
              <w:jc w:val="right"/>
            </w:pPr>
            <w:r>
              <w:rPr>
                <w:sz w:val="16"/>
              </w:rPr>
              <w:t>$440</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14</w:t>
            </w:r>
          </w:p>
        </w:tc>
        <w:tc>
          <w:tcPr>
            <w:tcW w:type="dxa" w:w="1037"/>
          </w:tcPr>
          <w:p>
            <w:pPr>
              <w:spacing w:after="0"/>
              <w:jc w:val="left"/>
            </w:pPr>
            <w:r>
              <w:rPr>
                <w:sz w:val="16"/>
              </w:rPr>
              <w:t>Landslide</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2036"/>
          </w:tcPr>
          <w:p>
            <w:pPr>
              <w:spacing w:after="0"/>
              <w:jc w:val="right"/>
            </w:pPr>
            <w:r>
              <w:rPr>
                <w:sz w:val="16"/>
              </w:rPr>
              <w:t>under $1</w:t>
            </w:r>
          </w:p>
        </w:tc>
        <w:tc>
          <w:tcPr>
            <w:tcW w:type="dxa" w:w="1210"/>
          </w:tcPr>
          <w:p>
            <w:pPr>
              <w:spacing w:after="0"/>
              <w:jc w:val="right"/>
            </w:pPr>
            <w:r>
              <w:rPr>
                <w:sz w:val="16"/>
              </w:rPr>
              <w:t>under $1</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9502 (Relatively Low, 53.7); tract 9503 (Very Low, 31.5); tract 9501 (Very Low, 31.2)</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9502 (Relatively High, 95.7); tract 9503 (Relatively High, 94.1); tract 9501 (Relatively High, 92.2)</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9502 (Very Low, 27.1); tract 9503 (Very Low, 26.7); tract 9501 (Very Low, 23.8)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9502 (Relatively High, 87.7); tract 9503 (Relatively High, 81.9); tract 9501 (Relatively Moderate, 69.5)</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9503 (Relatively Low, 82.0); tract 9502 (Relatively Low, 81.1); tract 9501 (Relatively Low, 78.5)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8"/>
        <w:gridCol w:w="1824"/>
        <w:gridCol w:w="1679"/>
        <w:gridCol w:w="1820"/>
        <w:gridCol w:w="1831"/>
        <w:gridCol w:w="1586"/>
        <w:gridCol w:w="2041"/>
        <w:gridCol w:w="1543"/>
      </w:tblGrid>
      <w:tr>
        <w:trPr>
          <w:cantSplit/>
          <w:tblHeader/>
        </w:trPr>
        <w:tc>
          <w:tcPr>
            <w:tcW w:type="dxa" w:w="1788"/>
            <w:shd w:val="clear" w:color="auto" w:fill="E8E8E8"/>
          </w:tcPr>
          <w:p>
            <w:pPr>
              <w:spacing w:after="0"/>
              <w:jc w:val="left"/>
            </w:pPr>
            <w:r>
              <w:rPr>
                <w:b/>
                <w:sz w:val="16"/>
              </w:rPr>
              <w:t>Hazard</w:t>
            </w:r>
          </w:p>
        </w:tc>
        <w:tc>
          <w:tcPr>
            <w:tcW w:type="dxa" w:w="1824"/>
            <w:shd w:val="clear" w:color="auto" w:fill="E8E8E8"/>
          </w:tcPr>
          <w:p>
            <w:pPr>
              <w:spacing w:after="0"/>
              <w:jc w:val="left"/>
            </w:pPr>
            <w:r>
              <w:rPr>
                <w:b/>
                <w:sz w:val="16"/>
              </w:rPr>
              <w:t>Scale</w:t>
            </w:r>
          </w:p>
        </w:tc>
        <w:tc>
          <w:tcPr>
            <w:tcW w:type="dxa" w:w="167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20"/>
            <w:shd w:val="clear" w:color="auto" w:fill="E8E8E8"/>
          </w:tcPr>
          <w:p>
            <w:pPr>
              <w:spacing w:after="0"/>
              <w:jc w:val="left"/>
            </w:pPr>
            <w:r>
              <w:rPr>
                <w:b/>
                <w:sz w:val="16"/>
              </w:rPr>
              <w:t>Observed range</w:t>
            </w:r>
          </w:p>
        </w:tc>
        <w:tc>
          <w:tcPr>
            <w:tcW w:type="dxa" w:w="1831"/>
            <w:shd w:val="clear" w:color="auto" w:fill="E8E8E8"/>
          </w:tcPr>
          <w:p>
            <w:pPr>
              <w:spacing w:after="0"/>
              <w:jc w:val="left"/>
            </w:pPr>
            <w:r>
              <w:rPr>
                <w:b/>
                <w:sz w:val="16"/>
              </w:rPr>
              <w:t>Worst recorded event</w:t>
            </w:r>
          </w:p>
        </w:tc>
        <w:tc>
          <w:tcPr>
            <w:tcW w:type="dxa" w:w="1586"/>
            <w:shd w:val="clear" w:color="auto" w:fill="E8E8E8"/>
          </w:tcPr>
          <w:p>
            <w:pPr>
              <w:spacing w:after="0"/>
              <w:jc w:val="left"/>
            </w:pPr>
            <w:r>
              <w:rPr>
                <w:b/>
                <w:sz w:val="16"/>
              </w:rPr>
              <w:t>Most damaging (when different)</w:t>
            </w:r>
          </w:p>
        </w:tc>
        <w:tc>
          <w:tcPr>
            <w:tcW w:type="dxa" w:w="2041"/>
            <w:shd w:val="clear" w:color="auto" w:fill="E8E8E8"/>
          </w:tcPr>
          <w:p>
            <w:pPr>
              <w:spacing w:after="0"/>
              <w:jc w:val="left"/>
            </w:pPr>
            <w:r>
              <w:rPr>
                <w:b/>
                <w:sz w:val="16"/>
              </w:rPr>
              <w:t>How it applies to jurisdictions</w:t>
            </w:r>
          </w:p>
        </w:tc>
        <w:tc>
          <w:tcPr>
            <w:tcW w:type="dxa" w:w="1543"/>
            <w:shd w:val="clear" w:color="auto" w:fill="E8E8E8"/>
          </w:tcPr>
          <w:p>
            <w:pPr>
              <w:spacing w:after="0"/>
              <w:jc w:val="left"/>
            </w:pPr>
            <w:r>
              <w:rPr>
                <w:b/>
                <w:sz w:val="16"/>
              </w:rPr>
              <w:t>Note</w:t>
            </w:r>
          </w:p>
        </w:tc>
      </w:tr>
      <w:tr>
        <w:trPr>
          <w:cantSplit/>
        </w:trPr>
        <w:tc>
          <w:tcPr>
            <w:tcW w:type="dxa" w:w="1788"/>
          </w:tcPr>
          <w:p>
            <w:pPr>
              <w:spacing w:after="0"/>
              <w:jc w:val="left"/>
            </w:pPr>
            <w:r>
              <w:rPr>
                <w:sz w:val="16"/>
              </w:rPr>
              <w:t>Cold/Wind Chill, Extreme Cold/Wind Chill</w:t>
            </w:r>
          </w:p>
        </w:tc>
        <w:tc>
          <w:tcPr>
            <w:tcW w:type="dxa" w:w="1824"/>
          </w:tcPr>
          <w:p>
            <w:pPr>
              <w:spacing w:after="0"/>
              <w:jc w:val="left"/>
            </w:pPr>
            <w:r>
              <w:rPr>
                <w:sz w:val="16"/>
              </w:rPr>
              <w:t>wind chill</w:t>
            </w:r>
          </w:p>
        </w:tc>
        <w:tc>
          <w:tcPr>
            <w:tcW w:type="dxa" w:w="1679"/>
          </w:tcPr>
          <w:p>
            <w:pPr>
              <w:spacing w:after="0"/>
              <w:jc w:val="right"/>
            </w:pPr>
            <w:r>
              <w:rPr>
                <w:sz w:val="16"/>
              </w:rPr>
              <w:t>2 records, 2025 to 2026 (2 zone-level)</w:t>
            </w:r>
          </w:p>
        </w:tc>
        <w:tc>
          <w:tcPr>
            <w:tcW w:type="dxa" w:w="1820"/>
          </w:tcPr>
          <w:p>
            <w:pPr>
              <w:spacing w:after="0"/>
              <w:jc w:val="left"/>
            </w:pPr>
            <w:r>
              <w:rPr>
                <w:sz w:val="16"/>
              </w:rPr>
              <w:t>1 day; 2 with a recorded value</w:t>
            </w:r>
          </w:p>
        </w:tc>
        <w:tc>
          <w:tcPr>
            <w:tcW w:type="dxa" w:w="1831"/>
          </w:tcPr>
          <w:p>
            <w:pPr>
              <w:spacing w:after="0"/>
              <w:jc w:val="left"/>
            </w:pPr>
            <w:r>
              <w:rPr>
                <w:sz w:val="16"/>
              </w:rPr>
              <w:t>1 consecutive day, 2026-02-01, zone-level</w:t>
            </w:r>
          </w:p>
        </w:tc>
        <w:tc>
          <w:tcPr>
            <w:tcW w:type="dxa" w:w="1586"/>
          </w:tcPr>
          <w:p>
            <w:pPr>
              <w:spacing w:after="0"/>
              <w:jc w:val="left"/>
            </w:pPr>
          </w:p>
        </w:tc>
        <w:tc>
          <w:tcPr>
            <w:tcW w:type="dxa" w:w="2041"/>
          </w:tcPr>
          <w:p>
            <w:pPr>
              <w:spacing w:after="0"/>
              <w:jc w:val="left"/>
            </w:pPr>
            <w:r>
              <w:rPr>
                <w:sz w:val="16"/>
              </w:rPr>
              <w:t>Countywide (zone-level records).</w:t>
            </w:r>
          </w:p>
        </w:tc>
        <w:tc>
          <w:tcPr>
            <w:tcW w:type="dxa" w:w="1543"/>
          </w:tcPr>
          <w:p>
            <w:pPr>
              <w:spacing w:after="0"/>
              <w:jc w:val="left"/>
            </w:pPr>
          </w:p>
        </w:tc>
      </w:tr>
      <w:tr>
        <w:trPr>
          <w:cantSplit/>
        </w:trPr>
        <w:tc>
          <w:tcPr>
            <w:tcW w:type="dxa" w:w="1788"/>
          </w:tcPr>
          <w:p>
            <w:pPr>
              <w:spacing w:after="0"/>
              <w:jc w:val="left"/>
            </w:pPr>
            <w:r>
              <w:rPr>
                <w:sz w:val="16"/>
              </w:rPr>
              <w:t>Frost/Freeze (outside NRI's Cold Wave definition)</w:t>
            </w:r>
          </w:p>
        </w:tc>
        <w:tc>
          <w:tcPr>
            <w:tcW w:type="dxa" w:w="1824"/>
          </w:tcPr>
          <w:p>
            <w:pPr>
              <w:spacing w:after="0"/>
              <w:jc w:val="left"/>
            </w:pPr>
            <w:r>
              <w:rPr>
                <w:sz w:val="16"/>
              </w:rPr>
              <w:t>crop damage</w:t>
            </w:r>
          </w:p>
        </w:tc>
        <w:tc>
          <w:tcPr>
            <w:tcW w:type="dxa" w:w="1679"/>
          </w:tcPr>
          <w:p>
            <w:pPr>
              <w:spacing w:after="0"/>
              <w:jc w:val="right"/>
            </w:pPr>
            <w:r>
              <w:rPr>
                <w:sz w:val="16"/>
              </w:rPr>
              <w:t>1 record, 2017 (1 zone-level)</w:t>
            </w:r>
          </w:p>
        </w:tc>
        <w:tc>
          <w:tcPr>
            <w:tcW w:type="dxa" w:w="1820"/>
          </w:tcPr>
          <w:p>
            <w:pPr>
              <w:spacing w:after="0"/>
              <w:jc w:val="left"/>
            </w:pPr>
          </w:p>
        </w:tc>
        <w:tc>
          <w:tcPr>
            <w:tcW w:type="dxa" w:w="1831"/>
          </w:tcPr>
          <w:p>
            <w:pPr>
              <w:spacing w:after="0"/>
              <w:jc w:val="left"/>
            </w:pPr>
            <w:r>
              <w:rPr>
                <w:sz w:val="16"/>
              </w:rPr>
              <w:t>Frost/Freeze, 2017-03-16, $7,850,000 crop damage (2017 dollars); NWS zone GAZ143</w:t>
            </w:r>
          </w:p>
        </w:tc>
        <w:tc>
          <w:tcPr>
            <w:tcW w:type="dxa" w:w="1586"/>
          </w:tcPr>
          <w:p>
            <w:pPr>
              <w:spacing w:after="0"/>
              <w:jc w:val="left"/>
            </w:pPr>
          </w:p>
        </w:tc>
        <w:tc>
          <w:tcPr>
            <w:tcW w:type="dxa" w:w="2041"/>
          </w:tcPr>
          <w:p>
            <w:pPr>
              <w:spacing w:after="0"/>
              <w:jc w:val="left"/>
            </w:pPr>
            <w:r>
              <w:rPr>
                <w:sz w:val="16"/>
              </w:rPr>
              <w:t>Countywide (zone-level records).</w:t>
            </w:r>
          </w:p>
        </w:tc>
        <w:tc>
          <w:tcPr>
            <w:tcW w:type="dxa" w:w="1543"/>
          </w:tcPr>
          <w:p>
            <w:pPr>
              <w:spacing w:after="0"/>
              <w:jc w:val="left"/>
            </w:pPr>
          </w:p>
        </w:tc>
      </w:tr>
      <w:tr>
        <w:trPr>
          <w:cantSplit/>
        </w:trPr>
        <w:tc>
          <w:tcPr>
            <w:tcW w:type="dxa" w:w="1788"/>
          </w:tcPr>
          <w:p>
            <w:pPr>
              <w:spacing w:after="0"/>
              <w:jc w:val="left"/>
            </w:pPr>
            <w:r>
              <w:rPr>
                <w:sz w:val="16"/>
              </w:rPr>
              <w:t>Drought</w:t>
            </w:r>
          </w:p>
        </w:tc>
        <w:tc>
          <w:tcPr>
            <w:tcW w:type="dxa" w:w="1824"/>
          </w:tcPr>
          <w:p>
            <w:pPr>
              <w:spacing w:after="0"/>
              <w:jc w:val="left"/>
            </w:pPr>
            <w:r>
              <w:rPr>
                <w:sz w:val="16"/>
              </w:rPr>
              <w:t>U.S. Drought Monitor scale (D0 to D4)</w:t>
            </w:r>
          </w:p>
        </w:tc>
        <w:tc>
          <w:tcPr>
            <w:tcW w:type="dxa" w:w="1679"/>
          </w:tcPr>
          <w:p>
            <w:pPr>
              <w:spacing w:after="0"/>
              <w:jc w:val="right"/>
            </w:pPr>
            <w:r>
              <w:rPr>
                <w:sz w:val="16"/>
              </w:rPr>
              <w:t>46 records, 1997 to 2026 (46 zone-level)</w:t>
            </w:r>
          </w:p>
        </w:tc>
        <w:tc>
          <w:tcPr>
            <w:tcW w:type="dxa" w:w="1820"/>
          </w:tcPr>
          <w:p>
            <w:pPr>
              <w:spacing w:after="0"/>
              <w:jc w:val="left"/>
            </w:pPr>
            <w:r>
              <w:rPr>
                <w:sz w:val="16"/>
              </w:rPr>
              <w:t>16 days to 463 days (median 47 days); 11 with a recorded value</w:t>
            </w:r>
          </w:p>
        </w:tc>
        <w:tc>
          <w:tcPr>
            <w:tcW w:type="dxa" w:w="1831"/>
          </w:tcPr>
          <w:p>
            <w:pPr>
              <w:spacing w:after="0"/>
              <w:jc w:val="left"/>
            </w:pPr>
            <w:r>
              <w:rPr>
                <w:sz w:val="16"/>
              </w:rPr>
              <w:t>463 days (about 15.2 months), 2011-05-10 to 2012-08-14, a run of 16 consecutive Storm Events drought records, zone-level</w:t>
            </w:r>
          </w:p>
        </w:tc>
        <w:tc>
          <w:tcPr>
            <w:tcW w:type="dxa" w:w="1586"/>
          </w:tcPr>
          <w:p>
            <w:pPr>
              <w:spacing w:after="0"/>
              <w:jc w:val="left"/>
            </w:pPr>
          </w:p>
        </w:tc>
        <w:tc>
          <w:tcPr>
            <w:tcW w:type="dxa" w:w="2041"/>
          </w:tcPr>
          <w:p>
            <w:pPr>
              <w:spacing w:after="0"/>
              <w:jc w:val="left"/>
            </w:pPr>
            <w:r>
              <w:rPr>
                <w:sz w:val="16"/>
              </w:rPr>
              <w:t>Countywide (zone-level records).</w:t>
            </w:r>
          </w:p>
        </w:tc>
        <w:tc>
          <w:tcPr>
            <w:tcW w:type="dxa" w:w="15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8"/>
          </w:tcPr>
          <w:p>
            <w:pPr>
              <w:spacing w:after="0"/>
              <w:jc w:val="left"/>
            </w:pPr>
            <w:r>
              <w:rPr>
                <w:sz w:val="16"/>
              </w:rPr>
              <w:t>Earthquake</w:t>
            </w:r>
          </w:p>
        </w:tc>
        <w:tc>
          <w:tcPr>
            <w:tcW w:type="dxa" w:w="1824"/>
          </w:tcPr>
          <w:p>
            <w:pPr>
              <w:spacing w:after="0"/>
              <w:jc w:val="left"/>
            </w:pPr>
            <w:r>
              <w:rPr>
                <w:sz w:val="16"/>
              </w:rPr>
              <w:t>Modified Mercalli (local data)</w:t>
            </w:r>
          </w:p>
        </w:tc>
        <w:tc>
          <w:tcPr>
            <w:tcW w:type="dxa" w:w="1679"/>
          </w:tcPr>
          <w:p>
            <w:pPr>
              <w:spacing w:after="0"/>
              <w:jc w:val="right"/>
            </w:pPr>
            <w:r>
              <w:rPr>
                <w:sz w:val="16"/>
              </w:rPr>
              <w:t>0</w:t>
            </w:r>
          </w:p>
        </w:tc>
        <w:tc>
          <w:tcPr>
            <w:tcW w:type="dxa" w:w="1820"/>
          </w:tcPr>
          <w:p>
            <w:pPr>
              <w:spacing w:after="0"/>
              <w:jc w:val="left"/>
            </w:pPr>
          </w:p>
        </w:tc>
        <w:tc>
          <w:tcPr>
            <w:tcW w:type="dxa" w:w="1831"/>
          </w:tcPr>
          <w:p>
            <w:pPr>
              <w:spacing w:after="0"/>
              <w:jc w:val="left"/>
            </w:pPr>
          </w:p>
        </w:tc>
        <w:tc>
          <w:tcPr>
            <w:tcW w:type="dxa" w:w="1586"/>
          </w:tcPr>
          <w:p>
            <w:pPr>
              <w:spacing w:after="0"/>
              <w:jc w:val="left"/>
            </w:pPr>
          </w:p>
        </w:tc>
        <w:tc>
          <w:tcPr>
            <w:tcW w:type="dxa" w:w="2041"/>
          </w:tcPr>
          <w:p>
            <w:pPr>
              <w:spacing w:after="0"/>
              <w:jc w:val="left"/>
            </w:pPr>
          </w:p>
        </w:tc>
        <w:tc>
          <w:tcPr>
            <w:tcW w:type="dxa" w:w="1543"/>
          </w:tcPr>
          <w:p>
            <w:pPr>
              <w:spacing w:after="0"/>
              <w:jc w:val="left"/>
            </w:pPr>
            <w:r>
              <w:rPr>
                <w:sz w:val="16"/>
              </w:rPr>
              <w:t>Storm Events does not record earthquakes; the USGS earthquake catalog is the source.</w:t>
            </w:r>
          </w:p>
        </w:tc>
      </w:tr>
      <w:tr>
        <w:trPr>
          <w:cantSplit/>
        </w:trPr>
        <w:tc>
          <w:tcPr>
            <w:tcW w:type="dxa" w:w="1788"/>
          </w:tcPr>
          <w:p>
            <w:pPr>
              <w:spacing w:after="0"/>
              <w:jc w:val="left"/>
            </w:pPr>
            <w:r>
              <w:rPr>
                <w:sz w:val="16"/>
              </w:rPr>
              <w:t>Hail</w:t>
            </w:r>
          </w:p>
        </w:tc>
        <w:tc>
          <w:tcPr>
            <w:tcW w:type="dxa" w:w="1824"/>
          </w:tcPr>
          <w:p>
            <w:pPr>
              <w:spacing w:after="0"/>
              <w:jc w:val="left"/>
            </w:pPr>
            <w:r>
              <w:rPr>
                <w:sz w:val="16"/>
              </w:rPr>
              <w:t>hail size (inches)</w:t>
            </w:r>
          </w:p>
        </w:tc>
        <w:tc>
          <w:tcPr>
            <w:tcW w:type="dxa" w:w="1679"/>
          </w:tcPr>
          <w:p>
            <w:pPr>
              <w:spacing w:after="0"/>
              <w:jc w:val="right"/>
            </w:pPr>
            <w:r>
              <w:rPr>
                <w:sz w:val="16"/>
              </w:rPr>
              <w:t>18 records, 1993 to 2024</w:t>
            </w:r>
          </w:p>
        </w:tc>
        <w:tc>
          <w:tcPr>
            <w:tcW w:type="dxa" w:w="1820"/>
          </w:tcPr>
          <w:p>
            <w:pPr>
              <w:spacing w:after="0"/>
              <w:jc w:val="left"/>
            </w:pPr>
            <w:r>
              <w:rPr>
                <w:sz w:val="16"/>
              </w:rPr>
              <w:t>0.75 in to 2.5 in (median 1 in); 18 with a recorded value</w:t>
            </w:r>
          </w:p>
        </w:tc>
        <w:tc>
          <w:tcPr>
            <w:tcW w:type="dxa" w:w="1831"/>
          </w:tcPr>
          <w:p>
            <w:pPr>
              <w:spacing w:after="0"/>
              <w:jc w:val="left"/>
            </w:pPr>
            <w:r>
              <w:rPr>
                <w:sz w:val="16"/>
              </w:rPr>
              <w:t>2.5 in hail, 2024-05-10</w:t>
            </w:r>
          </w:p>
        </w:tc>
        <w:tc>
          <w:tcPr>
            <w:tcW w:type="dxa" w:w="1586"/>
          </w:tcPr>
          <w:p>
            <w:pPr>
              <w:spacing w:after="0"/>
              <w:jc w:val="left"/>
            </w:pPr>
            <w:r>
              <w:rPr>
                <w:sz w:val="16"/>
              </w:rPr>
              <w:t>Hail, 2015-07-15, $0 property; $10,000 crops (2015 dollars)</w:t>
            </w:r>
          </w:p>
        </w:tc>
        <w:tc>
          <w:tcPr>
            <w:tcW w:type="dxa" w:w="2041"/>
          </w:tcPr>
          <w:p>
            <w:pPr>
              <w:spacing w:after="0"/>
              <w:jc w:val="left"/>
            </w:pPr>
            <w:r>
              <w:rPr>
                <w:sz w:val="16"/>
              </w:rPr>
              <w:t>Event records naming jurisdictions in the plan: Colquitt city (9 records).</w:t>
            </w:r>
          </w:p>
        </w:tc>
        <w:tc>
          <w:tcPr>
            <w:tcW w:type="dxa" w:w="1543"/>
          </w:tcPr>
          <w:p>
            <w:pPr>
              <w:spacing w:after="0"/>
              <w:jc w:val="left"/>
            </w:pPr>
          </w:p>
        </w:tc>
      </w:tr>
      <w:tr>
        <w:trPr>
          <w:cantSplit/>
        </w:trPr>
        <w:tc>
          <w:tcPr>
            <w:tcW w:type="dxa" w:w="1788"/>
          </w:tcPr>
          <w:p>
            <w:pPr>
              <w:spacing w:after="0"/>
              <w:jc w:val="left"/>
            </w:pPr>
            <w:r>
              <w:rPr>
                <w:sz w:val="16"/>
              </w:rPr>
              <w:t>Excessive Heat, Heat</w:t>
            </w:r>
          </w:p>
        </w:tc>
        <w:tc>
          <w:tcPr>
            <w:tcW w:type="dxa" w:w="1824"/>
          </w:tcPr>
          <w:p>
            <w:pPr>
              <w:spacing w:after="0"/>
              <w:jc w:val="left"/>
            </w:pPr>
            <w:r>
              <w:rPr>
                <w:sz w:val="16"/>
              </w:rPr>
              <w:t>heat index (in event narratives)</w:t>
            </w:r>
          </w:p>
        </w:tc>
        <w:tc>
          <w:tcPr>
            <w:tcW w:type="dxa" w:w="1679"/>
          </w:tcPr>
          <w:p>
            <w:pPr>
              <w:spacing w:after="0"/>
              <w:jc w:val="right"/>
            </w:pPr>
            <w:r>
              <w:rPr>
                <w:sz w:val="16"/>
              </w:rPr>
              <w:t>4 records, 2023 (4 zone-level)</w:t>
            </w:r>
          </w:p>
        </w:tc>
        <w:tc>
          <w:tcPr>
            <w:tcW w:type="dxa" w:w="1820"/>
          </w:tcPr>
          <w:p>
            <w:pPr>
              <w:spacing w:after="0"/>
              <w:jc w:val="left"/>
            </w:pPr>
            <w:r>
              <w:rPr>
                <w:sz w:val="16"/>
              </w:rPr>
              <w:t>1 day to 3 days (median 2 days); 2 with a recorded value</w:t>
            </w:r>
          </w:p>
        </w:tc>
        <w:tc>
          <w:tcPr>
            <w:tcW w:type="dxa" w:w="1831"/>
          </w:tcPr>
          <w:p>
            <w:pPr>
              <w:spacing w:after="0"/>
              <w:jc w:val="left"/>
            </w:pPr>
            <w:r>
              <w:rPr>
                <w:sz w:val="16"/>
              </w:rPr>
              <w:t>3 consecutive days, 2023-08-12 to 2023-08-14, zone-level</w:t>
            </w:r>
          </w:p>
        </w:tc>
        <w:tc>
          <w:tcPr>
            <w:tcW w:type="dxa" w:w="1586"/>
          </w:tcPr>
          <w:p>
            <w:pPr>
              <w:spacing w:after="0"/>
              <w:jc w:val="left"/>
            </w:pPr>
          </w:p>
        </w:tc>
        <w:tc>
          <w:tcPr>
            <w:tcW w:type="dxa" w:w="2041"/>
          </w:tcPr>
          <w:p>
            <w:pPr>
              <w:spacing w:after="0"/>
              <w:jc w:val="left"/>
            </w:pPr>
            <w:r>
              <w:rPr>
                <w:sz w:val="16"/>
              </w:rPr>
              <w:t>Countywide (zone-level records).</w:t>
            </w:r>
          </w:p>
        </w:tc>
        <w:tc>
          <w:tcPr>
            <w:tcW w:type="dxa" w:w="1543"/>
          </w:tcPr>
          <w:p>
            <w:pPr>
              <w:spacing w:after="0"/>
              <w:jc w:val="left"/>
            </w:pPr>
          </w:p>
        </w:tc>
      </w:tr>
      <w:tr>
        <w:trPr>
          <w:cantSplit/>
        </w:trPr>
        <w:tc>
          <w:tcPr>
            <w:tcW w:type="dxa" w:w="1788"/>
          </w:tcPr>
          <w:p>
            <w:pPr>
              <w:spacing w:after="0"/>
              <w:jc w:val="left"/>
            </w:pPr>
            <w:r>
              <w:rPr>
                <w:sz w:val="16"/>
              </w:rPr>
              <w:t>Hurricane, Tropical Storm, Tropical Depression</w:t>
            </w:r>
          </w:p>
        </w:tc>
        <w:tc>
          <w:tcPr>
            <w:tcW w:type="dxa" w:w="1824"/>
          </w:tcPr>
          <w:p>
            <w:pPr>
              <w:spacing w:after="0"/>
              <w:jc w:val="left"/>
            </w:pPr>
            <w:r>
              <w:rPr>
                <w:sz w:val="16"/>
              </w:rPr>
              <w:t>Saffir-Simpson</w:t>
            </w:r>
          </w:p>
        </w:tc>
        <w:tc>
          <w:tcPr>
            <w:tcW w:type="dxa" w:w="1679"/>
          </w:tcPr>
          <w:p>
            <w:pPr>
              <w:spacing w:after="0"/>
              <w:jc w:val="right"/>
            </w:pPr>
            <w:r>
              <w:rPr>
                <w:sz w:val="16"/>
              </w:rPr>
              <w:t>13 records, 1998 to 2024 (13 zone-level)</w:t>
            </w:r>
          </w:p>
        </w:tc>
        <w:tc>
          <w:tcPr>
            <w:tcW w:type="dxa" w:w="1820"/>
          </w:tcPr>
          <w:p>
            <w:pPr>
              <w:spacing w:after="0"/>
              <w:jc w:val="left"/>
            </w:pPr>
          </w:p>
        </w:tc>
        <w:tc>
          <w:tcPr>
            <w:tcW w:type="dxa" w:w="1831"/>
          </w:tcPr>
          <w:p>
            <w:pPr>
              <w:spacing w:after="0"/>
              <w:jc w:val="left"/>
            </w:pPr>
            <w:r>
              <w:rPr>
                <w:sz w:val="16"/>
              </w:rPr>
              <w:t>Strongest recorded: Hurricane record (NOAA event type 'Hurricane (Typhoon)'), 2018-10-10, category 3, $250,000,000 property; $500,000,000 crops (2018 dollars) (as recorded; larger than this county's annual agriculture value in the National Risk Index (the county or state extension service keeps crop loss records)); NWS zone GAZ143</w:t>
            </w:r>
          </w:p>
        </w:tc>
        <w:tc>
          <w:tcPr>
            <w:tcW w:type="dxa" w:w="1586"/>
          </w:tcPr>
          <w:p>
            <w:pPr>
              <w:spacing w:after="0"/>
              <w:jc w:val="left"/>
            </w:pPr>
          </w:p>
        </w:tc>
        <w:tc>
          <w:tcPr>
            <w:tcW w:type="dxa" w:w="2041"/>
          </w:tcPr>
          <w:p>
            <w:pPr>
              <w:spacing w:after="0"/>
              <w:jc w:val="left"/>
            </w:pPr>
            <w:r>
              <w:rPr>
                <w:sz w:val="16"/>
              </w:rPr>
              <w:t>Countywide (zone-level records).</w:t>
            </w:r>
          </w:p>
        </w:tc>
        <w:tc>
          <w:tcPr>
            <w:tcW w:type="dxa" w:w="154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8"/>
          </w:tcPr>
          <w:p>
            <w:pPr>
              <w:spacing w:after="0"/>
              <w:jc w:val="left"/>
            </w:pPr>
            <w:r>
              <w:rPr>
                <w:sz w:val="16"/>
              </w:rPr>
              <w:t>Ice Storm</w:t>
            </w:r>
          </w:p>
        </w:tc>
        <w:tc>
          <w:tcPr>
            <w:tcW w:type="dxa" w:w="1824"/>
          </w:tcPr>
          <w:p>
            <w:pPr>
              <w:spacing w:after="0"/>
              <w:jc w:val="left"/>
            </w:pPr>
            <w:r>
              <w:rPr>
                <w:sz w:val="16"/>
              </w:rPr>
              <w:t>Sperry-Piltz ice scale (local data)</w:t>
            </w:r>
          </w:p>
        </w:tc>
        <w:tc>
          <w:tcPr>
            <w:tcW w:type="dxa" w:w="1679"/>
          </w:tcPr>
          <w:p>
            <w:pPr>
              <w:spacing w:after="0"/>
              <w:jc w:val="right"/>
            </w:pPr>
            <w:r>
              <w:rPr>
                <w:sz w:val="16"/>
              </w:rPr>
              <w:t>0</w:t>
            </w:r>
          </w:p>
        </w:tc>
        <w:tc>
          <w:tcPr>
            <w:tcW w:type="dxa" w:w="1820"/>
          </w:tcPr>
          <w:p>
            <w:pPr>
              <w:spacing w:after="0"/>
              <w:jc w:val="left"/>
            </w:pPr>
          </w:p>
        </w:tc>
        <w:tc>
          <w:tcPr>
            <w:tcW w:type="dxa" w:w="1831"/>
          </w:tcPr>
          <w:p>
            <w:pPr>
              <w:spacing w:after="0"/>
              <w:jc w:val="left"/>
            </w:pPr>
          </w:p>
        </w:tc>
        <w:tc>
          <w:tcPr>
            <w:tcW w:type="dxa" w:w="1586"/>
          </w:tcPr>
          <w:p>
            <w:pPr>
              <w:spacing w:after="0"/>
              <w:jc w:val="left"/>
            </w:pPr>
          </w:p>
        </w:tc>
        <w:tc>
          <w:tcPr>
            <w:tcW w:type="dxa" w:w="2041"/>
          </w:tcPr>
          <w:p>
            <w:pPr>
              <w:spacing w:after="0"/>
              <w:jc w:val="left"/>
            </w:pPr>
          </w:p>
        </w:tc>
        <w:tc>
          <w:tcPr>
            <w:tcW w:type="dxa" w:w="1543"/>
          </w:tcPr>
          <w:p>
            <w:pPr>
              <w:spacing w:after="0"/>
              <w:jc w:val="left"/>
            </w:pPr>
          </w:p>
        </w:tc>
      </w:tr>
      <w:tr>
        <w:trPr>
          <w:cantSplit/>
        </w:trPr>
        <w:tc>
          <w:tcPr>
            <w:tcW w:type="dxa" w:w="1788"/>
          </w:tcPr>
          <w:p>
            <w:pPr>
              <w:spacing w:after="0"/>
              <w:jc w:val="left"/>
            </w:pPr>
            <w:r>
              <w:rPr>
                <w:sz w:val="16"/>
              </w:rPr>
              <w:t>Flash Flood, Flood, Lakeshore Flood</w:t>
            </w:r>
          </w:p>
        </w:tc>
        <w:tc>
          <w:tcPr>
            <w:tcW w:type="dxa" w:w="1824"/>
          </w:tcPr>
          <w:p>
            <w:pPr>
              <w:spacing w:after="0"/>
              <w:jc w:val="left"/>
            </w:pPr>
            <w:r>
              <w:rPr>
                <w:sz w:val="16"/>
              </w:rPr>
              <w:t>damage and flood days (flood depth: FIRM)</w:t>
            </w:r>
          </w:p>
        </w:tc>
        <w:tc>
          <w:tcPr>
            <w:tcW w:type="dxa" w:w="1679"/>
          </w:tcPr>
          <w:p>
            <w:pPr>
              <w:spacing w:after="0"/>
              <w:jc w:val="right"/>
            </w:pPr>
            <w:r>
              <w:rPr>
                <w:sz w:val="16"/>
              </w:rPr>
              <w:t>13 records, 1998 to 2024 (1 zone-level)</w:t>
            </w:r>
          </w:p>
        </w:tc>
        <w:tc>
          <w:tcPr>
            <w:tcW w:type="dxa" w:w="1820"/>
          </w:tcPr>
          <w:p>
            <w:pPr>
              <w:spacing w:after="0"/>
              <w:jc w:val="left"/>
            </w:pPr>
          </w:p>
        </w:tc>
        <w:tc>
          <w:tcPr>
            <w:tcW w:type="dxa" w:w="1831"/>
          </w:tcPr>
          <w:p>
            <w:pPr>
              <w:spacing w:after="0"/>
              <w:jc w:val="left"/>
            </w:pPr>
            <w:r>
              <w:rPr>
                <w:sz w:val="16"/>
              </w:rPr>
              <w:t>Flash Flood, 2002-09-15, $500,000 property; crops not reported (2002 dollars)</w:t>
            </w:r>
          </w:p>
        </w:tc>
        <w:tc>
          <w:tcPr>
            <w:tcW w:type="dxa" w:w="1586"/>
          </w:tcPr>
          <w:p>
            <w:pPr>
              <w:spacing w:after="0"/>
              <w:jc w:val="left"/>
            </w:pPr>
          </w:p>
        </w:tc>
        <w:tc>
          <w:tcPr>
            <w:tcW w:type="dxa" w:w="2041"/>
          </w:tcPr>
          <w:p>
            <w:pPr>
              <w:spacing w:after="0"/>
              <w:jc w:val="left"/>
            </w:pPr>
            <w:r>
              <w:rPr>
                <w:sz w:val="16"/>
              </w:rPr>
              <w:t>Event records naming jurisdictions in the plan: Colquitt city (6 records). Zone-level records (1) apply countywide.</w:t>
            </w:r>
          </w:p>
        </w:tc>
        <w:tc>
          <w:tcPr>
            <w:tcW w:type="dxa" w:w="154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8"/>
          </w:tcPr>
          <w:p>
            <w:pPr>
              <w:spacing w:after="0"/>
              <w:jc w:val="left"/>
            </w:pPr>
            <w:r>
              <w:rPr>
                <w:sz w:val="16"/>
              </w:rPr>
              <w:t>Debris Flow</w:t>
            </w:r>
          </w:p>
        </w:tc>
        <w:tc>
          <w:tcPr>
            <w:tcW w:type="dxa" w:w="1824"/>
          </w:tcPr>
          <w:p>
            <w:pPr>
              <w:spacing w:after="0"/>
              <w:jc w:val="left"/>
            </w:pPr>
            <w:r>
              <w:rPr>
                <w:sz w:val="16"/>
              </w:rPr>
              <w:t>none (count and damage only)</w:t>
            </w:r>
          </w:p>
        </w:tc>
        <w:tc>
          <w:tcPr>
            <w:tcW w:type="dxa" w:w="1679"/>
          </w:tcPr>
          <w:p>
            <w:pPr>
              <w:spacing w:after="0"/>
              <w:jc w:val="right"/>
            </w:pPr>
            <w:r>
              <w:rPr>
                <w:sz w:val="16"/>
              </w:rPr>
              <w:t>0</w:t>
            </w:r>
          </w:p>
        </w:tc>
        <w:tc>
          <w:tcPr>
            <w:tcW w:type="dxa" w:w="1820"/>
          </w:tcPr>
          <w:p>
            <w:pPr>
              <w:spacing w:after="0"/>
              <w:jc w:val="left"/>
            </w:pPr>
          </w:p>
        </w:tc>
        <w:tc>
          <w:tcPr>
            <w:tcW w:type="dxa" w:w="1831"/>
          </w:tcPr>
          <w:p>
            <w:pPr>
              <w:spacing w:after="0"/>
              <w:jc w:val="left"/>
            </w:pPr>
          </w:p>
        </w:tc>
        <w:tc>
          <w:tcPr>
            <w:tcW w:type="dxa" w:w="1586"/>
          </w:tcPr>
          <w:p>
            <w:pPr>
              <w:spacing w:after="0"/>
              <w:jc w:val="left"/>
            </w:pPr>
          </w:p>
        </w:tc>
        <w:tc>
          <w:tcPr>
            <w:tcW w:type="dxa" w:w="2041"/>
          </w:tcPr>
          <w:p>
            <w:pPr>
              <w:spacing w:after="0"/>
              <w:jc w:val="left"/>
            </w:pPr>
          </w:p>
        </w:tc>
        <w:tc>
          <w:tcPr>
            <w:tcW w:type="dxa" w:w="1543"/>
          </w:tcPr>
          <w:p>
            <w:pPr>
              <w:spacing w:after="0"/>
              <w:jc w:val="left"/>
            </w:pPr>
          </w:p>
        </w:tc>
      </w:tr>
      <w:tr>
        <w:trPr>
          <w:cantSplit/>
        </w:trPr>
        <w:tc>
          <w:tcPr>
            <w:tcW w:type="dxa" w:w="1788"/>
          </w:tcPr>
          <w:p>
            <w:pPr>
              <w:spacing w:after="0"/>
              <w:jc w:val="left"/>
            </w:pPr>
            <w:r>
              <w:rPr>
                <w:sz w:val="16"/>
              </w:rPr>
              <w:t>Lightning</w:t>
            </w:r>
          </w:p>
        </w:tc>
        <w:tc>
          <w:tcPr>
            <w:tcW w:type="dxa" w:w="1824"/>
          </w:tcPr>
          <w:p>
            <w:pPr>
              <w:spacing w:after="0"/>
              <w:jc w:val="left"/>
            </w:pPr>
            <w:r>
              <w:rPr>
                <w:sz w:val="16"/>
              </w:rPr>
              <w:t>annualized frequency (the measure FEMA's Local Mitigation Planning Handbook names)</w:t>
            </w:r>
          </w:p>
        </w:tc>
        <w:tc>
          <w:tcPr>
            <w:tcW w:type="dxa" w:w="1679"/>
          </w:tcPr>
          <w:p>
            <w:pPr>
              <w:spacing w:after="0"/>
              <w:jc w:val="right"/>
            </w:pPr>
            <w:r>
              <w:rPr>
                <w:sz w:val="16"/>
              </w:rPr>
              <w:t>1 record, 2020</w:t>
            </w:r>
          </w:p>
        </w:tc>
        <w:tc>
          <w:tcPr>
            <w:tcW w:type="dxa" w:w="1820"/>
          </w:tcPr>
          <w:p>
            <w:pPr>
              <w:spacing w:after="0"/>
              <w:jc w:val="left"/>
            </w:pPr>
          </w:p>
        </w:tc>
        <w:tc>
          <w:tcPr>
            <w:tcW w:type="dxa" w:w="1831"/>
          </w:tcPr>
          <w:p>
            <w:pPr>
              <w:spacing w:after="0"/>
              <w:jc w:val="left"/>
            </w:pPr>
            <w:r>
              <w:rPr>
                <w:sz w:val="16"/>
              </w:rPr>
              <w:t>Lightning, 2020-04-23, $5,000 property; $0 crops (2020 dollars)</w:t>
            </w:r>
          </w:p>
        </w:tc>
        <w:tc>
          <w:tcPr>
            <w:tcW w:type="dxa" w:w="1586"/>
          </w:tcPr>
          <w:p>
            <w:pPr>
              <w:spacing w:after="0"/>
              <w:jc w:val="left"/>
            </w:pPr>
          </w:p>
        </w:tc>
        <w:tc>
          <w:tcPr>
            <w:tcW w:type="dxa" w:w="2041"/>
          </w:tcPr>
          <w:p>
            <w:pPr>
              <w:spacing w:after="0"/>
              <w:jc w:val="left"/>
            </w:pPr>
            <w:r>
              <w:rPr>
                <w:sz w:val="16"/>
              </w:rPr>
              <w:t>No event record names a jurisdiction in the plan.</w:t>
            </w:r>
          </w:p>
        </w:tc>
        <w:tc>
          <w:tcPr>
            <w:tcW w:type="dxa" w:w="1543"/>
          </w:tcPr>
          <w:p>
            <w:pPr>
              <w:spacing w:after="0"/>
              <w:jc w:val="left"/>
            </w:pPr>
            <w:r>
              <w:rPr>
                <w:sz w:val="16"/>
              </w:rPr>
              <w:t>Storm Events lists lightning with damage or casualties.</w:t>
            </w:r>
          </w:p>
        </w:tc>
      </w:tr>
      <w:tr>
        <w:trPr>
          <w:cantSplit/>
        </w:trPr>
        <w:tc>
          <w:tcPr>
            <w:tcW w:type="dxa" w:w="1788"/>
          </w:tcPr>
          <w:p>
            <w:pPr>
              <w:spacing w:after="0"/>
              <w:jc w:val="left"/>
            </w:pPr>
            <w:r>
              <w:rPr>
                <w:sz w:val="16"/>
              </w:rPr>
              <w:t>High Wind and Strong Wind (outside NRI's Strong Wind definition)</w:t>
            </w:r>
          </w:p>
        </w:tc>
        <w:tc>
          <w:tcPr>
            <w:tcW w:type="dxa" w:w="1824"/>
          </w:tcPr>
          <w:p>
            <w:pPr>
              <w:spacing w:after="0"/>
              <w:jc w:val="left"/>
            </w:pPr>
            <w:r>
              <w:rPr>
                <w:sz w:val="16"/>
              </w:rPr>
              <w:t>wind speed (kt and mph)</w:t>
            </w:r>
          </w:p>
        </w:tc>
        <w:tc>
          <w:tcPr>
            <w:tcW w:type="dxa" w:w="1679"/>
          </w:tcPr>
          <w:p>
            <w:pPr>
              <w:spacing w:after="0"/>
              <w:jc w:val="right"/>
            </w:pPr>
            <w:r>
              <w:rPr>
                <w:sz w:val="16"/>
              </w:rPr>
              <w:t>1 record, 1997 (1 zone-level)</w:t>
            </w:r>
          </w:p>
        </w:tc>
        <w:tc>
          <w:tcPr>
            <w:tcW w:type="dxa" w:w="1820"/>
          </w:tcPr>
          <w:p>
            <w:pPr>
              <w:spacing w:after="0"/>
              <w:jc w:val="left"/>
            </w:pPr>
          </w:p>
        </w:tc>
        <w:tc>
          <w:tcPr>
            <w:tcW w:type="dxa" w:w="1831"/>
          </w:tcPr>
          <w:p>
            <w:pPr>
              <w:spacing w:after="0"/>
              <w:jc w:val="left"/>
            </w:pPr>
            <w:r>
              <w:rPr>
                <w:sz w:val="16"/>
              </w:rPr>
              <w:t>No wind speed recorded in 1 record.</w:t>
            </w:r>
          </w:p>
        </w:tc>
        <w:tc>
          <w:tcPr>
            <w:tcW w:type="dxa" w:w="1586"/>
          </w:tcPr>
          <w:p>
            <w:pPr>
              <w:spacing w:after="0"/>
              <w:jc w:val="left"/>
            </w:pPr>
            <w:r>
              <w:rPr>
                <w:sz w:val="16"/>
              </w:rPr>
              <w:t>High Wind, 1997-04-11, $10,000 property; crops not reported (zone total, 1997 dollars)</w:t>
            </w:r>
          </w:p>
        </w:tc>
        <w:tc>
          <w:tcPr>
            <w:tcW w:type="dxa" w:w="2041"/>
          </w:tcPr>
          <w:p>
            <w:pPr>
              <w:spacing w:after="0"/>
              <w:jc w:val="left"/>
            </w:pPr>
            <w:r>
              <w:rPr>
                <w:sz w:val="16"/>
              </w:rPr>
              <w:t>Countywide (zone-level records).</w:t>
            </w:r>
          </w:p>
        </w:tc>
        <w:tc>
          <w:tcPr>
            <w:tcW w:type="dxa" w:w="1543"/>
          </w:tcPr>
          <w:p>
            <w:pPr>
              <w:spacing w:after="0"/>
              <w:jc w:val="left"/>
            </w:pPr>
          </w:p>
        </w:tc>
      </w:tr>
      <w:tr>
        <w:trPr>
          <w:cantSplit/>
        </w:trPr>
        <w:tc>
          <w:tcPr>
            <w:tcW w:type="dxa" w:w="1788"/>
          </w:tcPr>
          <w:p>
            <w:pPr>
              <w:spacing w:after="0"/>
              <w:jc w:val="left"/>
            </w:pPr>
            <w:r>
              <w:rPr>
                <w:sz w:val="16"/>
              </w:rPr>
              <w:t>Thunderstorm Wind</w:t>
            </w:r>
          </w:p>
        </w:tc>
        <w:tc>
          <w:tcPr>
            <w:tcW w:type="dxa" w:w="1824"/>
          </w:tcPr>
          <w:p>
            <w:pPr>
              <w:spacing w:after="0"/>
              <w:jc w:val="left"/>
            </w:pPr>
            <w:r>
              <w:rPr>
                <w:sz w:val="16"/>
              </w:rPr>
              <w:t>wind speed (kt and mph)</w:t>
            </w:r>
          </w:p>
        </w:tc>
        <w:tc>
          <w:tcPr>
            <w:tcW w:type="dxa" w:w="1679"/>
          </w:tcPr>
          <w:p>
            <w:pPr>
              <w:spacing w:after="0"/>
              <w:jc w:val="right"/>
            </w:pPr>
            <w:r>
              <w:rPr>
                <w:sz w:val="16"/>
              </w:rPr>
              <w:t>104 records, 1969 to 2026</w:t>
            </w:r>
          </w:p>
        </w:tc>
        <w:tc>
          <w:tcPr>
            <w:tcW w:type="dxa" w:w="1820"/>
          </w:tcPr>
          <w:p>
            <w:pPr>
              <w:spacing w:after="0"/>
              <w:jc w:val="left"/>
            </w:pPr>
            <w:r>
              <w:rPr>
                <w:sz w:val="16"/>
              </w:rPr>
              <w:t>45 kt (52 mph) to 65 kt (75 mph) (median 50 kt (58 mph)); 72 with a recorded value</w:t>
            </w:r>
          </w:p>
        </w:tc>
        <w:tc>
          <w:tcPr>
            <w:tcW w:type="dxa" w:w="1831"/>
          </w:tcPr>
          <w:p>
            <w:pPr>
              <w:spacing w:after="0"/>
              <w:jc w:val="left"/>
            </w:pPr>
            <w:r>
              <w:rPr>
                <w:sz w:val="16"/>
              </w:rPr>
              <w:t>65 kt (75 mph) estimated gust, Thunderstorm Wind, 2021-04-24; same speed and measurement basis also recorded on 2015-07-15, 2021-02-15</w:t>
            </w:r>
          </w:p>
        </w:tc>
        <w:tc>
          <w:tcPr>
            <w:tcW w:type="dxa" w:w="1586"/>
          </w:tcPr>
          <w:p>
            <w:pPr>
              <w:spacing w:after="0"/>
              <w:jc w:val="left"/>
            </w:pPr>
            <w:r>
              <w:rPr>
                <w:sz w:val="16"/>
              </w:rPr>
              <w:t>Thunderstorm Wind, 1994-05-15, $500,000 property; $50,000 crops (1994 dollars)</w:t>
            </w:r>
          </w:p>
        </w:tc>
        <w:tc>
          <w:tcPr>
            <w:tcW w:type="dxa" w:w="2041"/>
          </w:tcPr>
          <w:p>
            <w:pPr>
              <w:spacing w:after="0"/>
              <w:jc w:val="left"/>
            </w:pPr>
            <w:r>
              <w:rPr>
                <w:sz w:val="16"/>
              </w:rPr>
              <w:t>Event records naming jurisdictions in the plan: Colquitt city (40 records).</w:t>
            </w:r>
          </w:p>
        </w:tc>
        <w:tc>
          <w:tcPr>
            <w:tcW w:type="dxa" w:w="1543"/>
          </w:tcPr>
          <w:p>
            <w:pPr>
              <w:spacing w:after="0"/>
              <w:jc w:val="left"/>
            </w:pPr>
          </w:p>
        </w:tc>
      </w:tr>
      <w:tr>
        <w:trPr>
          <w:cantSplit/>
        </w:trPr>
        <w:tc>
          <w:tcPr>
            <w:tcW w:type="dxa" w:w="1788"/>
          </w:tcPr>
          <w:p>
            <w:pPr>
              <w:spacing w:after="0"/>
              <w:jc w:val="left"/>
            </w:pPr>
            <w:r>
              <w:rPr>
                <w:sz w:val="16"/>
              </w:rPr>
              <w:t>Tornado</w:t>
            </w:r>
          </w:p>
        </w:tc>
        <w:tc>
          <w:tcPr>
            <w:tcW w:type="dxa" w:w="1824"/>
          </w:tcPr>
          <w:p>
            <w:pPr>
              <w:spacing w:after="0"/>
              <w:jc w:val="left"/>
            </w:pPr>
            <w:r>
              <w:rPr>
                <w:sz w:val="16"/>
              </w:rPr>
              <w:t>Enhanced Fujita (Fujita before Feb 2007)</w:t>
            </w:r>
          </w:p>
        </w:tc>
        <w:tc>
          <w:tcPr>
            <w:tcW w:type="dxa" w:w="1679"/>
          </w:tcPr>
          <w:p>
            <w:pPr>
              <w:spacing w:after="0"/>
              <w:jc w:val="right"/>
            </w:pPr>
            <w:r>
              <w:rPr>
                <w:sz w:val="16"/>
              </w:rPr>
              <w:t>13 records, 1955 to 2019</w:t>
            </w:r>
          </w:p>
        </w:tc>
        <w:tc>
          <w:tcPr>
            <w:tcW w:type="dxa" w:w="1820"/>
          </w:tcPr>
          <w:p>
            <w:pPr>
              <w:spacing w:after="0"/>
              <w:jc w:val="left"/>
            </w:pPr>
            <w:r>
              <w:rPr>
                <w:sz w:val="16"/>
              </w:rPr>
              <w:t>F/EF0 to F/EF3 (median F/EF1); 13 with a recorded value</w:t>
            </w:r>
          </w:p>
        </w:tc>
        <w:tc>
          <w:tcPr>
            <w:tcW w:type="dxa" w:w="1831"/>
          </w:tcPr>
          <w:p>
            <w:pPr>
              <w:spacing w:after="0"/>
              <w:jc w:val="left"/>
            </w:pPr>
            <w:r>
              <w:rPr>
                <w:sz w:val="16"/>
              </w:rPr>
              <w:t>F3 tornado, 2005-03-22, 15.2 mi within this county, 1,250 yd wide, $5,500,000 property; crops not reported (2005 dollars), 10 direct injuries</w:t>
            </w:r>
          </w:p>
        </w:tc>
        <w:tc>
          <w:tcPr>
            <w:tcW w:type="dxa" w:w="1586"/>
          </w:tcPr>
          <w:p>
            <w:pPr>
              <w:spacing w:after="0"/>
              <w:jc w:val="left"/>
            </w:pPr>
          </w:p>
        </w:tc>
        <w:tc>
          <w:tcPr>
            <w:tcW w:type="dxa" w:w="2041"/>
          </w:tcPr>
          <w:p>
            <w:pPr>
              <w:spacing w:after="0"/>
              <w:jc w:val="left"/>
            </w:pPr>
            <w:r>
              <w:rPr>
                <w:sz w:val="16"/>
              </w:rPr>
              <w:t>Event records naming jurisdictions in the plan: Colquitt city (1 record).</w:t>
            </w:r>
          </w:p>
        </w:tc>
        <w:tc>
          <w:tcPr>
            <w:tcW w:type="dxa" w:w="154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8"/>
          </w:tcPr>
          <w:p>
            <w:pPr>
              <w:spacing w:after="0"/>
              <w:jc w:val="left"/>
            </w:pPr>
            <w:r>
              <w:rPr>
                <w:sz w:val="16"/>
              </w:rPr>
              <w:t>Wildfire</w:t>
            </w:r>
          </w:p>
        </w:tc>
        <w:tc>
          <w:tcPr>
            <w:tcW w:type="dxa" w:w="1824"/>
          </w:tcPr>
          <w:p>
            <w:pPr>
              <w:spacing w:after="0"/>
              <w:jc w:val="left"/>
            </w:pPr>
            <w:r>
              <w:rPr>
                <w:sz w:val="16"/>
              </w:rPr>
              <w:t>acres burned (local data)</w:t>
            </w:r>
          </w:p>
        </w:tc>
        <w:tc>
          <w:tcPr>
            <w:tcW w:type="dxa" w:w="1679"/>
          </w:tcPr>
          <w:p>
            <w:pPr>
              <w:spacing w:after="0"/>
              <w:jc w:val="right"/>
            </w:pPr>
            <w:r>
              <w:rPr>
                <w:sz w:val="16"/>
              </w:rPr>
              <w:t>0</w:t>
            </w:r>
          </w:p>
        </w:tc>
        <w:tc>
          <w:tcPr>
            <w:tcW w:type="dxa" w:w="1820"/>
          </w:tcPr>
          <w:p>
            <w:pPr>
              <w:spacing w:after="0"/>
              <w:jc w:val="left"/>
            </w:pPr>
          </w:p>
        </w:tc>
        <w:tc>
          <w:tcPr>
            <w:tcW w:type="dxa" w:w="1831"/>
          </w:tcPr>
          <w:p>
            <w:pPr>
              <w:spacing w:after="0"/>
              <w:jc w:val="left"/>
            </w:pPr>
          </w:p>
        </w:tc>
        <w:tc>
          <w:tcPr>
            <w:tcW w:type="dxa" w:w="1586"/>
          </w:tcPr>
          <w:p>
            <w:pPr>
              <w:spacing w:after="0"/>
              <w:jc w:val="left"/>
            </w:pPr>
          </w:p>
        </w:tc>
        <w:tc>
          <w:tcPr>
            <w:tcW w:type="dxa" w:w="2041"/>
          </w:tcPr>
          <w:p>
            <w:pPr>
              <w:spacing w:after="0"/>
              <w:jc w:val="left"/>
            </w:pPr>
          </w:p>
        </w:tc>
        <w:tc>
          <w:tcPr>
            <w:tcW w:type="dxa" w:w="1543"/>
          </w:tcPr>
          <w:p>
            <w:pPr>
              <w:spacing w:after="0"/>
              <w:jc w:val="left"/>
            </w:pPr>
          </w:p>
        </w:tc>
      </w:tr>
      <w:tr>
        <w:trPr>
          <w:cantSplit/>
        </w:trPr>
        <w:tc>
          <w:tcPr>
            <w:tcW w:type="dxa" w:w="1788"/>
          </w:tcPr>
          <w:p>
            <w:pPr>
              <w:spacing w:after="0"/>
              <w:jc w:val="left"/>
            </w:pPr>
            <w:r>
              <w:rPr>
                <w:sz w:val="16"/>
              </w:rPr>
              <w:t>Winter Storm, Heavy Snow, Blizzard, Lake-Effect Snow, Winter Weather, Sleet</w:t>
            </w:r>
          </w:p>
        </w:tc>
        <w:tc>
          <w:tcPr>
            <w:tcW w:type="dxa" w:w="1824"/>
          </w:tcPr>
          <w:p>
            <w:pPr>
              <w:spacing w:after="0"/>
              <w:jc w:val="left"/>
            </w:pPr>
            <w:r>
              <w:rPr>
                <w:sz w:val="16"/>
              </w:rPr>
              <w:t>none in data (snowfall: local data)</w:t>
            </w:r>
          </w:p>
        </w:tc>
        <w:tc>
          <w:tcPr>
            <w:tcW w:type="dxa" w:w="1679"/>
          </w:tcPr>
          <w:p>
            <w:pPr>
              <w:spacing w:after="0"/>
              <w:jc w:val="right"/>
            </w:pPr>
            <w:r>
              <w:rPr>
                <w:sz w:val="16"/>
              </w:rPr>
              <w:t>4 records, 2014 to 2026 (4 zone-level)</w:t>
            </w:r>
          </w:p>
        </w:tc>
        <w:tc>
          <w:tcPr>
            <w:tcW w:type="dxa" w:w="1820"/>
          </w:tcPr>
          <w:p>
            <w:pPr>
              <w:spacing w:after="0"/>
              <w:jc w:val="left"/>
            </w:pPr>
          </w:p>
        </w:tc>
        <w:tc>
          <w:tcPr>
            <w:tcW w:type="dxa" w:w="1831"/>
          </w:tcPr>
          <w:p>
            <w:pPr>
              <w:spacing w:after="0"/>
              <w:jc w:val="left"/>
            </w:pPr>
            <w:r>
              <w:rPr>
                <w:sz w:val="16"/>
              </w:rPr>
              <w:t>No damage reported in 4 records.</w:t>
            </w:r>
          </w:p>
        </w:tc>
        <w:tc>
          <w:tcPr>
            <w:tcW w:type="dxa" w:w="1586"/>
          </w:tcPr>
          <w:p>
            <w:pPr>
              <w:spacing w:after="0"/>
              <w:jc w:val="left"/>
            </w:pPr>
          </w:p>
        </w:tc>
        <w:tc>
          <w:tcPr>
            <w:tcW w:type="dxa" w:w="2041"/>
          </w:tcPr>
          <w:p>
            <w:pPr>
              <w:spacing w:after="0"/>
              <w:jc w:val="left"/>
            </w:pPr>
            <w:r>
              <w:rPr>
                <w:sz w:val="16"/>
              </w:rPr>
              <w:t>Countywide (zone-level records).</w:t>
            </w:r>
          </w:p>
        </w:tc>
        <w:tc>
          <w:tcPr>
            <w:tcW w:type="dxa" w:w="154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14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8"/>
        <w:gridCol w:w="2189"/>
        <w:gridCol w:w="3065"/>
        <w:gridCol w:w="2350"/>
        <w:gridCol w:w="1224"/>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8"/>
            <w:shd w:val="clear" w:color="auto" w:fill="E8E8E8"/>
          </w:tcPr>
          <w:p>
            <w:pPr>
              <w:spacing w:after="0"/>
              <w:jc w:val="left"/>
            </w:pPr>
            <w:r>
              <w:rPr>
                <w:b/>
                <w:sz w:val="16"/>
              </w:rPr>
              <w:t>Type</w:t>
            </w:r>
          </w:p>
        </w:tc>
        <w:tc>
          <w:tcPr>
            <w:tcW w:type="dxa" w:w="2189"/>
            <w:shd w:val="clear" w:color="auto" w:fill="E8E8E8"/>
          </w:tcPr>
          <w:p>
            <w:pPr>
              <w:spacing w:after="0"/>
              <w:jc w:val="left"/>
            </w:pPr>
            <w:r>
              <w:rPr>
                <w:b/>
                <w:sz w:val="16"/>
              </w:rPr>
              <w:t>Title</w:t>
            </w:r>
          </w:p>
        </w:tc>
        <w:tc>
          <w:tcPr>
            <w:tcW w:type="dxa" w:w="3065"/>
            <w:shd w:val="clear" w:color="auto" w:fill="E8E8E8"/>
          </w:tcPr>
          <w:p>
            <w:pPr>
              <w:spacing w:after="0"/>
              <w:jc w:val="left"/>
            </w:pPr>
            <w:r>
              <w:rPr>
                <w:b/>
                <w:sz w:val="16"/>
              </w:rPr>
              <w:t>Mapped hazard</w:t>
            </w:r>
          </w:p>
        </w:tc>
        <w:tc>
          <w:tcPr>
            <w:tcW w:type="dxa" w:w="23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4"/>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288"/>
          </w:tcPr>
          <w:p>
            <w:pPr>
              <w:spacing w:after="0"/>
              <w:jc w:val="left"/>
            </w:pPr>
            <w:r>
              <w:rPr>
                <w:sz w:val="16"/>
              </w:rPr>
              <w:t>Emergency</w:t>
            </w:r>
          </w:p>
        </w:tc>
        <w:tc>
          <w:tcPr>
            <w:tcW w:type="dxa" w:w="2189"/>
          </w:tcPr>
          <w:p>
            <w:pPr>
              <w:spacing w:after="0"/>
              <w:jc w:val="left"/>
            </w:pPr>
            <w:r>
              <w:rPr>
                <w:sz w:val="16"/>
              </w:rPr>
              <w:t>Hurricane Helene</w:t>
            </w:r>
          </w:p>
        </w:tc>
        <w:tc>
          <w:tcPr>
            <w:tcW w:type="dxa" w:w="3065"/>
          </w:tcPr>
          <w:p>
            <w:pPr>
              <w:spacing w:after="0"/>
              <w:jc w:val="left"/>
            </w:pPr>
            <w:r>
              <w:rPr>
                <w:sz w:val="16"/>
              </w:rPr>
              <w:t>Hurricane</w:t>
            </w:r>
          </w:p>
        </w:tc>
        <w:tc>
          <w:tcPr>
            <w:tcW w:type="dxa" w:w="2350"/>
          </w:tcPr>
          <w:p>
            <w:pPr>
              <w:spacing w:after="0"/>
              <w:jc w:val="right"/>
            </w:pPr>
            <w:r>
              <w:rPr>
                <w:sz w:val="16"/>
              </w:rPr>
              <w:t>no Public Assistance recorded</w:t>
            </w:r>
          </w:p>
        </w:tc>
        <w:tc>
          <w:tcPr>
            <w:tcW w:type="dxa" w:w="1224"/>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288"/>
          </w:tcPr>
          <w:p>
            <w:pPr>
              <w:spacing w:after="0"/>
              <w:jc w:val="left"/>
            </w:pPr>
            <w:r>
              <w:rPr>
                <w:sz w:val="16"/>
              </w:rPr>
              <w:t>Major disaster</w:t>
            </w:r>
          </w:p>
        </w:tc>
        <w:tc>
          <w:tcPr>
            <w:tcW w:type="dxa" w:w="2189"/>
          </w:tcPr>
          <w:p>
            <w:pPr>
              <w:spacing w:after="0"/>
              <w:jc w:val="left"/>
            </w:pPr>
            <w:r>
              <w:rPr>
                <w:sz w:val="16"/>
              </w:rPr>
              <w:t>COVID-19 Pandemic</w:t>
            </w:r>
          </w:p>
        </w:tc>
        <w:tc>
          <w:tcPr>
            <w:tcW w:type="dxa" w:w="3065"/>
          </w:tcPr>
          <w:p>
            <w:pPr>
              <w:spacing w:after="0"/>
              <w:jc w:val="left"/>
            </w:pPr>
            <w:r>
              <w:rPr>
                <w:sz w:val="16"/>
              </w:rPr>
              <w:t>Non-natural, not counted</w:t>
            </w:r>
          </w:p>
        </w:tc>
        <w:tc>
          <w:tcPr>
            <w:tcW w:type="dxa" w:w="2350"/>
          </w:tcPr>
          <w:p>
            <w:pPr>
              <w:spacing w:after="0"/>
              <w:jc w:val="right"/>
            </w:pPr>
            <w:r>
              <w:rPr>
                <w:sz w:val="16"/>
              </w:rPr>
              <w:t>no Public Assistance recorded</w:t>
            </w:r>
          </w:p>
        </w:tc>
        <w:tc>
          <w:tcPr>
            <w:tcW w:type="dxa" w:w="12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288"/>
          </w:tcPr>
          <w:p>
            <w:pPr>
              <w:spacing w:after="0"/>
              <w:jc w:val="left"/>
            </w:pPr>
            <w:r>
              <w:rPr>
                <w:sz w:val="16"/>
              </w:rPr>
              <w:t>Emergency</w:t>
            </w:r>
          </w:p>
        </w:tc>
        <w:tc>
          <w:tcPr>
            <w:tcW w:type="dxa" w:w="2189"/>
          </w:tcPr>
          <w:p>
            <w:pPr>
              <w:spacing w:after="0"/>
              <w:jc w:val="left"/>
            </w:pPr>
            <w:r>
              <w:rPr>
                <w:sz w:val="16"/>
              </w:rPr>
              <w:t>COVID-19</w:t>
            </w:r>
          </w:p>
        </w:tc>
        <w:tc>
          <w:tcPr>
            <w:tcW w:type="dxa" w:w="3065"/>
          </w:tcPr>
          <w:p>
            <w:pPr>
              <w:spacing w:after="0"/>
              <w:jc w:val="left"/>
            </w:pPr>
            <w:r>
              <w:rPr>
                <w:sz w:val="16"/>
              </w:rPr>
              <w:t>Non-natural, not counted</w:t>
            </w:r>
          </w:p>
        </w:tc>
        <w:tc>
          <w:tcPr>
            <w:tcW w:type="dxa" w:w="2350"/>
          </w:tcPr>
          <w:p>
            <w:pPr>
              <w:spacing w:after="0"/>
              <w:jc w:val="right"/>
            </w:pPr>
            <w:r>
              <w:rPr>
                <w:sz w:val="16"/>
              </w:rPr>
              <w:t>no Public Assistance recorded</w:t>
            </w:r>
          </w:p>
        </w:tc>
        <w:tc>
          <w:tcPr>
            <w:tcW w:type="dxa" w:w="1224"/>
          </w:tcPr>
          <w:p>
            <w:pPr>
              <w:spacing w:after="0"/>
              <w:jc w:val="left"/>
            </w:pPr>
          </w:p>
        </w:tc>
        <w:tc>
          <w:tcPr>
            <w:tcW w:type="dxa" w:w="885"/>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288"/>
          </w:tcPr>
          <w:p>
            <w:pPr>
              <w:spacing w:after="0"/>
              <w:jc w:val="left"/>
            </w:pPr>
            <w:r>
              <w:rPr>
                <w:sz w:val="16"/>
              </w:rPr>
              <w:t>Major disaster</w:t>
            </w:r>
          </w:p>
        </w:tc>
        <w:tc>
          <w:tcPr>
            <w:tcW w:type="dxa" w:w="2189"/>
          </w:tcPr>
          <w:p>
            <w:pPr>
              <w:spacing w:after="0"/>
              <w:jc w:val="left"/>
            </w:pPr>
            <w:r>
              <w:rPr>
                <w:sz w:val="16"/>
              </w:rPr>
              <w:t>Hurricane Michael</w:t>
            </w:r>
          </w:p>
        </w:tc>
        <w:tc>
          <w:tcPr>
            <w:tcW w:type="dxa" w:w="3065"/>
          </w:tcPr>
          <w:p>
            <w:pPr>
              <w:spacing w:after="0"/>
              <w:jc w:val="left"/>
            </w:pPr>
            <w:r>
              <w:rPr>
                <w:sz w:val="16"/>
              </w:rPr>
              <w:t>Hurricane</w:t>
            </w:r>
          </w:p>
        </w:tc>
        <w:tc>
          <w:tcPr>
            <w:tcW w:type="dxa" w:w="2350"/>
          </w:tcPr>
          <w:p>
            <w:pPr>
              <w:spacing w:after="0"/>
              <w:jc w:val="right"/>
            </w:pPr>
            <w:r>
              <w:rPr>
                <w:sz w:val="16"/>
              </w:rPr>
              <w:t>$603,980.86</w:t>
            </w:r>
          </w:p>
        </w:tc>
        <w:tc>
          <w:tcPr>
            <w:tcW w:type="dxa" w:w="12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288"/>
          </w:tcPr>
          <w:p>
            <w:pPr>
              <w:spacing w:after="0"/>
              <w:jc w:val="left"/>
            </w:pPr>
            <w:r>
              <w:rPr>
                <w:sz w:val="16"/>
              </w:rPr>
              <w:t>Emergency</w:t>
            </w:r>
          </w:p>
        </w:tc>
        <w:tc>
          <w:tcPr>
            <w:tcW w:type="dxa" w:w="2189"/>
          </w:tcPr>
          <w:p>
            <w:pPr>
              <w:spacing w:after="0"/>
              <w:jc w:val="left"/>
            </w:pPr>
            <w:r>
              <w:rPr>
                <w:sz w:val="16"/>
              </w:rPr>
              <w:t>Hurricane Michael</w:t>
            </w:r>
          </w:p>
        </w:tc>
        <w:tc>
          <w:tcPr>
            <w:tcW w:type="dxa" w:w="3065"/>
          </w:tcPr>
          <w:p>
            <w:pPr>
              <w:spacing w:after="0"/>
              <w:jc w:val="left"/>
            </w:pPr>
            <w:r>
              <w:rPr>
                <w:sz w:val="16"/>
              </w:rPr>
              <w:t>Hurricane</w:t>
            </w:r>
          </w:p>
        </w:tc>
        <w:tc>
          <w:tcPr>
            <w:tcW w:type="dxa" w:w="2350"/>
          </w:tcPr>
          <w:p>
            <w:pPr>
              <w:spacing w:after="0"/>
              <w:jc w:val="right"/>
            </w:pPr>
            <w:r>
              <w:rPr>
                <w:sz w:val="16"/>
              </w:rPr>
              <w:t>no Public Assistance recorded</w:t>
            </w:r>
          </w:p>
        </w:tc>
        <w:tc>
          <w:tcPr>
            <w:tcW w:type="dxa" w:w="1224"/>
          </w:tcPr>
          <w:p>
            <w:pPr>
              <w:spacing w:after="0"/>
              <w:jc w:val="left"/>
            </w:pPr>
          </w:p>
        </w:tc>
        <w:tc>
          <w:tcPr>
            <w:tcW w:type="dxa" w:w="885"/>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288"/>
          </w:tcPr>
          <w:p>
            <w:pPr>
              <w:spacing w:after="0"/>
              <w:jc w:val="left"/>
            </w:pPr>
            <w:r>
              <w:rPr>
                <w:sz w:val="16"/>
              </w:rPr>
              <w:t>Major disaster</w:t>
            </w:r>
          </w:p>
        </w:tc>
        <w:tc>
          <w:tcPr>
            <w:tcW w:type="dxa" w:w="2189"/>
          </w:tcPr>
          <w:p>
            <w:pPr>
              <w:spacing w:after="0"/>
              <w:jc w:val="left"/>
            </w:pPr>
            <w:r>
              <w:rPr>
                <w:sz w:val="16"/>
              </w:rPr>
              <w:t>Hurricane Irma</w:t>
            </w:r>
          </w:p>
        </w:tc>
        <w:tc>
          <w:tcPr>
            <w:tcW w:type="dxa" w:w="3065"/>
          </w:tcPr>
          <w:p>
            <w:pPr>
              <w:spacing w:after="0"/>
              <w:jc w:val="left"/>
            </w:pPr>
            <w:r>
              <w:rPr>
                <w:sz w:val="16"/>
              </w:rPr>
              <w:t>Hurricane</w:t>
            </w:r>
          </w:p>
        </w:tc>
        <w:tc>
          <w:tcPr>
            <w:tcW w:type="dxa" w:w="2350"/>
          </w:tcPr>
          <w:p>
            <w:pPr>
              <w:spacing w:after="0"/>
              <w:jc w:val="right"/>
            </w:pPr>
            <w:r>
              <w:rPr>
                <w:sz w:val="16"/>
              </w:rPr>
              <w:t>$25,244</w:t>
            </w:r>
          </w:p>
        </w:tc>
        <w:tc>
          <w:tcPr>
            <w:tcW w:type="dxa" w:w="12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288"/>
          </w:tcPr>
          <w:p>
            <w:pPr>
              <w:spacing w:after="0"/>
              <w:jc w:val="left"/>
            </w:pPr>
            <w:r>
              <w:rPr>
                <w:sz w:val="16"/>
              </w:rPr>
              <w:t>Emergency</w:t>
            </w:r>
          </w:p>
        </w:tc>
        <w:tc>
          <w:tcPr>
            <w:tcW w:type="dxa" w:w="2189"/>
          </w:tcPr>
          <w:p>
            <w:pPr>
              <w:spacing w:after="0"/>
              <w:jc w:val="left"/>
            </w:pPr>
            <w:r>
              <w:rPr>
                <w:sz w:val="16"/>
              </w:rPr>
              <w:t>Hurricane Irma</w:t>
            </w:r>
          </w:p>
        </w:tc>
        <w:tc>
          <w:tcPr>
            <w:tcW w:type="dxa" w:w="3065"/>
          </w:tcPr>
          <w:p>
            <w:pPr>
              <w:spacing w:after="0"/>
              <w:jc w:val="left"/>
            </w:pPr>
            <w:r>
              <w:rPr>
                <w:sz w:val="16"/>
              </w:rPr>
              <w:t>Hurricane</w:t>
            </w:r>
          </w:p>
        </w:tc>
        <w:tc>
          <w:tcPr>
            <w:tcW w:type="dxa" w:w="2350"/>
          </w:tcPr>
          <w:p>
            <w:pPr>
              <w:spacing w:after="0"/>
              <w:jc w:val="right"/>
            </w:pPr>
            <w:r>
              <w:rPr>
                <w:sz w:val="16"/>
              </w:rPr>
              <w:t>no Public Assistance recorded</w:t>
            </w:r>
          </w:p>
        </w:tc>
        <w:tc>
          <w:tcPr>
            <w:tcW w:type="dxa" w:w="1224"/>
          </w:tcPr>
          <w:p>
            <w:pPr>
              <w:spacing w:after="0"/>
              <w:jc w:val="left"/>
            </w:pPr>
          </w:p>
        </w:tc>
        <w:tc>
          <w:tcPr>
            <w:tcW w:type="dxa" w:w="885"/>
          </w:tcPr>
          <w:p>
            <w:pPr>
              <w:spacing w:after="0"/>
              <w:jc w:val="left"/>
            </w:pPr>
            <w:r>
              <w:rPr>
                <w:sz w:val="16"/>
              </w:rPr>
              <w:t>same incident as DR-4338</w:t>
            </w:r>
          </w:p>
        </w:tc>
      </w:tr>
      <w:tr>
        <w:trPr>
          <w:cantSplit/>
        </w:trPr>
        <w:tc>
          <w:tcPr>
            <w:tcW w:type="dxa" w:w="1037"/>
          </w:tcPr>
          <w:p>
            <w:pPr>
              <w:spacing w:after="0"/>
              <w:jc w:val="left"/>
            </w:pPr>
            <w:r>
              <w:rPr>
                <w:sz w:val="16"/>
              </w:rPr>
              <w:t>2009-04-23</w:t>
            </w:r>
          </w:p>
        </w:tc>
        <w:tc>
          <w:tcPr>
            <w:tcW w:type="dxa" w:w="1037"/>
          </w:tcPr>
          <w:p>
            <w:pPr>
              <w:spacing w:after="0"/>
              <w:jc w:val="left"/>
            </w:pPr>
            <w:r>
              <w:rPr>
                <w:sz w:val="16"/>
              </w:rPr>
              <w:t>2009-03-26</w:t>
            </w:r>
          </w:p>
        </w:tc>
        <w:tc>
          <w:tcPr>
            <w:tcW w:type="dxa" w:w="1037"/>
          </w:tcPr>
          <w:p>
            <w:pPr>
              <w:spacing w:after="0"/>
              <w:jc w:val="left"/>
            </w:pPr>
            <w:r>
              <w:rPr>
                <w:sz w:val="16"/>
              </w:rPr>
              <w:t>DR-1833-GA</w:t>
            </w:r>
          </w:p>
        </w:tc>
        <w:tc>
          <w:tcPr>
            <w:tcW w:type="dxa" w:w="1288"/>
          </w:tcPr>
          <w:p>
            <w:pPr>
              <w:spacing w:after="0"/>
              <w:jc w:val="left"/>
            </w:pPr>
            <w:r>
              <w:rPr>
                <w:sz w:val="16"/>
              </w:rPr>
              <w:t>Major disaster</w:t>
            </w:r>
          </w:p>
        </w:tc>
        <w:tc>
          <w:tcPr>
            <w:tcW w:type="dxa" w:w="2189"/>
          </w:tcPr>
          <w:p>
            <w:pPr>
              <w:spacing w:after="0"/>
              <w:jc w:val="left"/>
            </w:pPr>
            <w:r>
              <w:rPr>
                <w:sz w:val="16"/>
              </w:rPr>
              <w:t>Severe Storms, Flooding, Tornadoes, and Straight-Line Winds</w:t>
            </w:r>
          </w:p>
        </w:tc>
        <w:tc>
          <w:tcPr>
            <w:tcW w:type="dxa" w:w="3065"/>
          </w:tcPr>
          <w:p>
            <w:pPr>
              <w:spacing w:after="0"/>
              <w:jc w:val="left"/>
            </w:pPr>
            <w:r>
              <w:rPr>
                <w:sz w:val="16"/>
              </w:rPr>
              <w:t>Inland Flooding; Strong Wind; Tornado</w:t>
            </w:r>
          </w:p>
        </w:tc>
        <w:tc>
          <w:tcPr>
            <w:tcW w:type="dxa" w:w="2350"/>
          </w:tcPr>
          <w:p>
            <w:pPr>
              <w:spacing w:after="0"/>
              <w:jc w:val="right"/>
            </w:pPr>
            <w:r>
              <w:rPr>
                <w:sz w:val="16"/>
              </w:rPr>
              <w:t>$418,941.46</w:t>
            </w:r>
          </w:p>
        </w:tc>
        <w:tc>
          <w:tcPr>
            <w:tcW w:type="dxa" w:w="12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2007-03-03</w:t>
            </w:r>
          </w:p>
        </w:tc>
        <w:tc>
          <w:tcPr>
            <w:tcW w:type="dxa" w:w="1037"/>
          </w:tcPr>
          <w:p>
            <w:pPr>
              <w:spacing w:after="0"/>
              <w:jc w:val="left"/>
            </w:pPr>
            <w:r>
              <w:rPr>
                <w:sz w:val="16"/>
              </w:rPr>
              <w:t>2007-03-01</w:t>
            </w:r>
          </w:p>
        </w:tc>
        <w:tc>
          <w:tcPr>
            <w:tcW w:type="dxa" w:w="1037"/>
          </w:tcPr>
          <w:p>
            <w:pPr>
              <w:spacing w:after="0"/>
              <w:jc w:val="left"/>
            </w:pPr>
            <w:r>
              <w:rPr>
                <w:sz w:val="16"/>
              </w:rPr>
              <w:t>DR-1686-GA</w:t>
            </w:r>
          </w:p>
        </w:tc>
        <w:tc>
          <w:tcPr>
            <w:tcW w:type="dxa" w:w="1288"/>
          </w:tcPr>
          <w:p>
            <w:pPr>
              <w:spacing w:after="0"/>
              <w:jc w:val="left"/>
            </w:pPr>
            <w:r>
              <w:rPr>
                <w:sz w:val="16"/>
              </w:rPr>
              <w:t>Major disaster</w:t>
            </w:r>
          </w:p>
        </w:tc>
        <w:tc>
          <w:tcPr>
            <w:tcW w:type="dxa" w:w="2189"/>
          </w:tcPr>
          <w:p>
            <w:pPr>
              <w:spacing w:after="0"/>
              <w:jc w:val="left"/>
            </w:pPr>
            <w:r>
              <w:rPr>
                <w:sz w:val="16"/>
              </w:rPr>
              <w:t>Severe Storms and Tornadoes</w:t>
            </w:r>
          </w:p>
        </w:tc>
        <w:tc>
          <w:tcPr>
            <w:tcW w:type="dxa" w:w="3065"/>
          </w:tcPr>
          <w:p>
            <w:pPr>
              <w:spacing w:after="0"/>
              <w:jc w:val="left"/>
            </w:pPr>
            <w:r>
              <w:rPr>
                <w:sz w:val="16"/>
              </w:rPr>
              <w:t>Tornado: designated for Hazard Mitigation only (no Public or Individual Assistance for this county); not counted</w:t>
            </w:r>
          </w:p>
        </w:tc>
        <w:tc>
          <w:tcPr>
            <w:tcW w:type="dxa" w:w="2350"/>
          </w:tcPr>
          <w:p>
            <w:pPr>
              <w:spacing w:after="0"/>
              <w:jc w:val="right"/>
            </w:pPr>
            <w:r>
              <w:rPr>
                <w:sz w:val="16"/>
              </w:rPr>
              <w:t>PA not declared for this county</w:t>
            </w:r>
          </w:p>
        </w:tc>
        <w:tc>
          <w:tcPr>
            <w:tcW w:type="dxa" w:w="12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288"/>
          </w:tcPr>
          <w:p>
            <w:pPr>
              <w:spacing w:after="0"/>
              <w:jc w:val="left"/>
            </w:pPr>
            <w:r>
              <w:rPr>
                <w:sz w:val="16"/>
              </w:rPr>
              <w:t>Emergency</w:t>
            </w:r>
          </w:p>
        </w:tc>
        <w:tc>
          <w:tcPr>
            <w:tcW w:type="dxa" w:w="2189"/>
          </w:tcPr>
          <w:p>
            <w:pPr>
              <w:spacing w:after="0"/>
              <w:jc w:val="left"/>
            </w:pPr>
            <w:r>
              <w:rPr>
                <w:sz w:val="16"/>
              </w:rPr>
              <w:t>Hurricane Katrina Evacuation</w:t>
            </w:r>
          </w:p>
        </w:tc>
        <w:tc>
          <w:tcPr>
            <w:tcW w:type="dxa" w:w="3065"/>
          </w:tcPr>
          <w:p>
            <w:pPr>
              <w:spacing w:after="0"/>
              <w:jc w:val="left"/>
            </w:pPr>
            <w:r>
              <w:rPr>
                <w:sz w:val="16"/>
              </w:rPr>
              <w:t>Hurricane: evacuation support, not a local hazard event; not counted</w:t>
            </w:r>
          </w:p>
        </w:tc>
        <w:tc>
          <w:tcPr>
            <w:tcW w:type="dxa" w:w="2350"/>
          </w:tcPr>
          <w:p>
            <w:pPr>
              <w:spacing w:after="0"/>
              <w:jc w:val="right"/>
            </w:pPr>
            <w:r>
              <w:rPr>
                <w:sz w:val="16"/>
              </w:rPr>
              <w:t>no Public Assistance recorded</w:t>
            </w:r>
          </w:p>
        </w:tc>
        <w:tc>
          <w:tcPr>
            <w:tcW w:type="dxa" w:w="12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2004-09-14</w:t>
            </w:r>
          </w:p>
        </w:tc>
        <w:tc>
          <w:tcPr>
            <w:tcW w:type="dxa" w:w="1037"/>
          </w:tcPr>
          <w:p>
            <w:pPr>
              <w:spacing w:after="0"/>
              <w:jc w:val="left"/>
            </w:pPr>
            <w:r>
              <w:rPr>
                <w:sz w:val="16"/>
              </w:rPr>
              <w:t>DR-1554-GA</w:t>
            </w:r>
          </w:p>
        </w:tc>
        <w:tc>
          <w:tcPr>
            <w:tcW w:type="dxa" w:w="1288"/>
          </w:tcPr>
          <w:p>
            <w:pPr>
              <w:spacing w:after="0"/>
              <w:jc w:val="left"/>
            </w:pPr>
            <w:r>
              <w:rPr>
                <w:sz w:val="16"/>
              </w:rPr>
              <w:t>Major disaster</w:t>
            </w:r>
          </w:p>
        </w:tc>
        <w:tc>
          <w:tcPr>
            <w:tcW w:type="dxa" w:w="2189"/>
          </w:tcPr>
          <w:p>
            <w:pPr>
              <w:spacing w:after="0"/>
              <w:jc w:val="left"/>
            </w:pPr>
            <w:r>
              <w:rPr>
                <w:sz w:val="16"/>
              </w:rPr>
              <w:t>Hurricane Ivan</w:t>
            </w:r>
          </w:p>
        </w:tc>
        <w:tc>
          <w:tcPr>
            <w:tcW w:type="dxa" w:w="3065"/>
          </w:tcPr>
          <w:p>
            <w:pPr>
              <w:spacing w:after="0"/>
              <w:jc w:val="left"/>
            </w:pPr>
            <w:r>
              <w:rPr>
                <w:sz w:val="16"/>
              </w:rPr>
              <w:t>Hurricane</w:t>
            </w:r>
          </w:p>
        </w:tc>
        <w:tc>
          <w:tcPr>
            <w:tcW w:type="dxa" w:w="2350"/>
          </w:tcPr>
          <w:p>
            <w:pPr>
              <w:spacing w:after="0"/>
              <w:jc w:val="right"/>
            </w:pPr>
            <w:r>
              <w:rPr>
                <w:sz w:val="16"/>
              </w:rPr>
              <w:t>$28,648.19</w:t>
            </w:r>
          </w:p>
        </w:tc>
        <w:tc>
          <w:tcPr>
            <w:tcW w:type="dxa" w:w="12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288"/>
          </w:tcPr>
          <w:p>
            <w:pPr>
              <w:spacing w:after="0"/>
              <w:jc w:val="left"/>
            </w:pPr>
            <w:r>
              <w:rPr>
                <w:sz w:val="16"/>
              </w:rPr>
              <w:t>Major disaster</w:t>
            </w:r>
          </w:p>
        </w:tc>
        <w:tc>
          <w:tcPr>
            <w:tcW w:type="dxa" w:w="2189"/>
          </w:tcPr>
          <w:p>
            <w:pPr>
              <w:spacing w:after="0"/>
              <w:jc w:val="left"/>
            </w:pPr>
            <w:r>
              <w:rPr>
                <w:sz w:val="16"/>
              </w:rPr>
              <w:t>Severe Storms and Flooding</w:t>
            </w:r>
          </w:p>
        </w:tc>
        <w:tc>
          <w:tcPr>
            <w:tcW w:type="dxa" w:w="3065"/>
          </w:tcPr>
          <w:p>
            <w:pPr>
              <w:spacing w:after="0"/>
              <w:jc w:val="left"/>
            </w:pPr>
            <w:r>
              <w:rPr>
                <w:sz w:val="16"/>
              </w:rPr>
              <w:t>Inland Flooding</w:t>
            </w:r>
          </w:p>
        </w:tc>
        <w:tc>
          <w:tcPr>
            <w:tcW w:type="dxa" w:w="2350"/>
          </w:tcPr>
          <w:p>
            <w:pPr>
              <w:spacing w:after="0"/>
              <w:jc w:val="right"/>
            </w:pPr>
            <w:r>
              <w:rPr>
                <w:sz w:val="16"/>
              </w:rPr>
              <w:t>no Public Assistance recorded</w:t>
            </w:r>
          </w:p>
        </w:tc>
        <w:tc>
          <w:tcPr>
            <w:tcW w:type="dxa" w:w="12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288"/>
          </w:tcPr>
          <w:p>
            <w:pPr>
              <w:spacing w:after="0"/>
              <w:jc w:val="left"/>
            </w:pPr>
            <w:r>
              <w:rPr>
                <w:sz w:val="16"/>
              </w:rPr>
              <w:t>Major disaster</w:t>
            </w:r>
          </w:p>
        </w:tc>
        <w:tc>
          <w:tcPr>
            <w:tcW w:type="dxa" w:w="2189"/>
          </w:tcPr>
          <w:p>
            <w:pPr>
              <w:spacing w:after="0"/>
              <w:jc w:val="left"/>
            </w:pPr>
            <w:r>
              <w:rPr>
                <w:sz w:val="16"/>
              </w:rPr>
              <w:t>Tornadoes, Flooding Torrential Rain(Trop Storm Alberto)</w:t>
            </w:r>
          </w:p>
        </w:tc>
        <w:tc>
          <w:tcPr>
            <w:tcW w:type="dxa" w:w="3065"/>
          </w:tcPr>
          <w:p>
            <w:pPr>
              <w:spacing w:after="0"/>
              <w:jc w:val="left"/>
            </w:pPr>
            <w:r>
              <w:rPr>
                <w:sz w:val="16"/>
              </w:rPr>
              <w:t>Tornado (primary); also designated: Hurricane, Inland Flooding</w:t>
            </w:r>
          </w:p>
        </w:tc>
        <w:tc>
          <w:tcPr>
            <w:tcW w:type="dxa" w:w="2350"/>
          </w:tcPr>
          <w:p>
            <w:pPr>
              <w:spacing w:after="0"/>
              <w:jc w:val="right"/>
            </w:pPr>
            <w:r>
              <w:rPr>
                <w:sz w:val="16"/>
              </w:rPr>
              <w:t>no Public Assistance recorded</w:t>
            </w:r>
          </w:p>
        </w:tc>
        <w:tc>
          <w:tcPr>
            <w:tcW w:type="dxa" w:w="12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288"/>
          </w:tcPr>
          <w:p>
            <w:pPr>
              <w:spacing w:after="0"/>
              <w:jc w:val="left"/>
            </w:pPr>
            <w:r>
              <w:rPr>
                <w:sz w:val="16"/>
              </w:rPr>
              <w:t>Emergency</w:t>
            </w:r>
          </w:p>
        </w:tc>
        <w:tc>
          <w:tcPr>
            <w:tcW w:type="dxa" w:w="2189"/>
          </w:tcPr>
          <w:p>
            <w:pPr>
              <w:spacing w:after="0"/>
              <w:jc w:val="left"/>
            </w:pPr>
            <w:r>
              <w:rPr>
                <w:sz w:val="16"/>
              </w:rPr>
              <w:t>Drought</w:t>
            </w:r>
          </w:p>
        </w:tc>
        <w:tc>
          <w:tcPr>
            <w:tcW w:type="dxa" w:w="3065"/>
          </w:tcPr>
          <w:p>
            <w:pPr>
              <w:spacing w:after="0"/>
              <w:jc w:val="left"/>
            </w:pPr>
            <w:r>
              <w:rPr>
                <w:sz w:val="16"/>
              </w:rPr>
              <w:t>Drought</w:t>
            </w:r>
          </w:p>
        </w:tc>
        <w:tc>
          <w:tcPr>
            <w:tcW w:type="dxa" w:w="2350"/>
          </w:tcPr>
          <w:p>
            <w:pPr>
              <w:spacing w:after="0"/>
              <w:jc w:val="right"/>
            </w:pPr>
            <w:r>
              <w:rPr>
                <w:sz w:val="16"/>
              </w:rPr>
              <w:t>no Public Assistance recorded</w:t>
            </w:r>
          </w:p>
        </w:tc>
        <w:tc>
          <w:tcPr>
            <w:tcW w:type="dxa" w:w="1224"/>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3</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46</w:t>
            </w:r>
          </w:p>
        </w:tc>
        <w:tc>
          <w:tcPr>
            <w:tcW w:type="dxa" w:w="1117"/>
          </w:tcPr>
          <w:p>
            <w:pPr>
              <w:spacing w:after="0"/>
              <w:jc w:val="right"/>
            </w:pPr>
            <w:r>
              <w:rPr>
                <w:sz w:val="16"/>
              </w:rPr>
              <w:t>11</w:t>
            </w:r>
          </w:p>
        </w:tc>
        <w:tc>
          <w:tcPr>
            <w:tcW w:type="dxa" w:w="1940"/>
          </w:tcPr>
          <w:p>
            <w:pPr>
              <w:spacing w:after="0"/>
              <w:jc w:val="right"/>
            </w:pPr>
            <w:r>
              <w:rPr>
                <w:sz w:val="16"/>
              </w:rPr>
              <w:t>0</w:t>
            </w:r>
          </w:p>
        </w:tc>
        <w:tc>
          <w:tcPr>
            <w:tcW w:type="dxa" w:w="775"/>
          </w:tcPr>
          <w:p>
            <w:pPr>
              <w:spacing w:after="0"/>
              <w:jc w:val="right"/>
            </w:pPr>
            <w:r>
              <w:rPr>
                <w:sz w:val="16"/>
              </w:rPr>
              <w:t>11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18</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4</w:t>
            </w:r>
          </w:p>
        </w:tc>
        <w:tc>
          <w:tcPr>
            <w:tcW w:type="dxa" w:w="1117"/>
          </w:tcPr>
          <w:p>
            <w:pPr>
              <w:spacing w:after="0"/>
              <w:jc w:val="right"/>
            </w:pPr>
            <w:r>
              <w:rPr>
                <w:sz w:val="16"/>
              </w:rPr>
              <w:t>4</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13</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5</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13</w:t>
            </w:r>
          </w:p>
        </w:tc>
        <w:tc>
          <w:tcPr>
            <w:tcW w:type="dxa" w:w="1117"/>
          </w:tcPr>
          <w:p>
            <w:pPr>
              <w:spacing w:after="0"/>
              <w:jc w:val="right"/>
            </w:pPr>
            <w:r>
              <w:rPr>
                <w:sz w:val="16"/>
              </w:rPr>
              <w:t>7</w:t>
            </w:r>
          </w:p>
        </w:tc>
        <w:tc>
          <w:tcPr>
            <w:tcW w:type="dxa" w:w="1940"/>
          </w:tcPr>
          <w:p>
            <w:pPr>
              <w:spacing w:after="0"/>
              <w:jc w:val="right"/>
            </w:pPr>
            <w:r>
              <w:rPr>
                <w:sz w:val="16"/>
              </w:rPr>
              <w:t>0</w:t>
            </w:r>
          </w:p>
        </w:tc>
        <w:tc>
          <w:tcPr>
            <w:tcW w:type="dxa" w:w="775"/>
          </w:tcPr>
          <w:p>
            <w:pPr>
              <w:spacing w:after="0"/>
              <w:jc w:val="right"/>
            </w:pPr>
            <w:r>
              <w:rPr>
                <w:sz w:val="16"/>
              </w:rPr>
              <w:t>6</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105</w:t>
            </w:r>
          </w:p>
        </w:tc>
        <w:tc>
          <w:tcPr>
            <w:tcW w:type="dxa" w:w="1117"/>
          </w:tcPr>
          <w:p>
            <w:pPr>
              <w:spacing w:after="0"/>
              <w:jc w:val="right"/>
            </w:pPr>
            <w:r>
              <w:rPr>
                <w:sz w:val="16"/>
              </w:rPr>
              <w:t>20</w:t>
            </w:r>
          </w:p>
        </w:tc>
        <w:tc>
          <w:tcPr>
            <w:tcW w:type="dxa" w:w="1940"/>
          </w:tcPr>
          <w:p>
            <w:pPr>
              <w:spacing w:after="0"/>
              <w:jc w:val="right"/>
            </w:pPr>
            <w:r>
              <w:rPr>
                <w:sz w:val="16"/>
              </w:rPr>
              <w:t>2</w:t>
            </w:r>
          </w:p>
        </w:tc>
        <w:tc>
          <w:tcPr>
            <w:tcW w:type="dxa" w:w="775"/>
          </w:tcPr>
          <w:p>
            <w:pPr>
              <w:spacing w:after="0"/>
              <w:jc w:val="right"/>
            </w:pPr>
            <w:r>
              <w:rPr>
                <w:sz w:val="16"/>
              </w:rPr>
              <w:t>19</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32"/>
          </w:tcPr>
          <w:p>
            <w:pPr>
              <w:spacing w:after="0"/>
              <w:jc w:val="right"/>
            </w:pPr>
            <w:r>
              <w:rPr>
                <w:sz w:val="16"/>
              </w:rPr>
              <w:t>13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4</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0"/>
        <w:gridCol w:w="1901"/>
        <w:gridCol w:w="1863"/>
        <w:gridCol w:w="931"/>
        <w:gridCol w:w="2219"/>
        <w:gridCol w:w="2177"/>
        <w:gridCol w:w="2534"/>
      </w:tblGrid>
      <w:tr>
        <w:trPr>
          <w:cantSplit/>
          <w:tblHeader/>
        </w:trPr>
        <w:tc>
          <w:tcPr>
            <w:tcW w:type="dxa" w:w="1037"/>
            <w:shd w:val="clear" w:color="auto" w:fill="E8E8E8"/>
          </w:tcPr>
          <w:p>
            <w:pPr>
              <w:spacing w:after="0"/>
              <w:jc w:val="left"/>
            </w:pPr>
            <w:r>
              <w:rPr>
                <w:b/>
                <w:sz w:val="16"/>
              </w:rPr>
              <w:t>Date</w:t>
            </w:r>
          </w:p>
        </w:tc>
        <w:tc>
          <w:tcPr>
            <w:tcW w:type="dxa" w:w="1450"/>
            <w:shd w:val="clear" w:color="auto" w:fill="E8E8E8"/>
          </w:tcPr>
          <w:p>
            <w:pPr>
              <w:spacing w:after="0"/>
              <w:jc w:val="left"/>
            </w:pPr>
            <w:r>
              <w:rPr>
                <w:b/>
                <w:sz w:val="16"/>
              </w:rPr>
              <w:t>Event type</w:t>
            </w:r>
          </w:p>
        </w:tc>
        <w:tc>
          <w:tcPr>
            <w:tcW w:type="dxa" w:w="1901"/>
            <w:shd w:val="clear" w:color="auto" w:fill="E8E8E8"/>
          </w:tcPr>
          <w:p>
            <w:pPr>
              <w:spacing w:after="0"/>
              <w:jc w:val="left"/>
            </w:pPr>
            <w:r>
              <w:rPr>
                <w:b/>
                <w:sz w:val="16"/>
              </w:rPr>
              <w:t>Magnitude or extent</w:t>
            </w:r>
          </w:p>
        </w:tc>
        <w:tc>
          <w:tcPr>
            <w:tcW w:type="dxa" w:w="1863"/>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9"/>
            <w:shd w:val="clear" w:color="auto" w:fill="E8E8E8"/>
          </w:tcPr>
          <w:p>
            <w:pPr>
              <w:spacing w:after="0"/>
              <w:jc w:val="left"/>
            </w:pPr>
            <w:r>
              <w:rPr>
                <w:b/>
                <w:sz w:val="16"/>
              </w:rPr>
              <w:t>Location</w:t>
            </w:r>
          </w:p>
        </w:tc>
        <w:tc>
          <w:tcPr>
            <w:tcW w:type="dxa" w:w="2177"/>
            <w:shd w:val="clear" w:color="auto" w:fill="E8E8E8"/>
          </w:tcPr>
          <w:p>
            <w:pPr>
              <w:spacing w:after="0"/>
              <w:jc w:val="left"/>
            </w:pPr>
            <w:r>
              <w:rPr>
                <w:b/>
                <w:sz w:val="16"/>
              </w:rPr>
              <w:t>Flags</w:t>
            </w:r>
          </w:p>
        </w:tc>
        <w:tc>
          <w:tcPr>
            <w:tcW w:type="dxa" w:w="25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450"/>
          </w:tcPr>
          <w:p>
            <w:pPr>
              <w:spacing w:after="0"/>
              <w:jc w:val="left"/>
            </w:pPr>
            <w:r>
              <w:rPr>
                <w:sz w:val="16"/>
              </w:rPr>
              <w:t>Extreme Cold/Wind Chill</w:t>
            </w:r>
          </w:p>
        </w:tc>
        <w:tc>
          <w:tcPr>
            <w:tcW w:type="dxa" w:w="1901"/>
          </w:tcPr>
          <w:p>
            <w:pPr>
              <w:spacing w:after="0"/>
              <w:jc w:val="left"/>
            </w:pPr>
          </w:p>
        </w:tc>
        <w:tc>
          <w:tcPr>
            <w:tcW w:type="dxa" w:w="1863"/>
          </w:tcPr>
          <w:p>
            <w:pPr>
              <w:spacing w:after="0"/>
              <w:jc w:val="left"/>
            </w:pPr>
            <w:r>
              <w:rPr>
                <w:sz w:val="16"/>
              </w:rPr>
              <w:t>damage not reported</w:t>
            </w:r>
          </w:p>
        </w:tc>
        <w:tc>
          <w:tcPr>
            <w:tcW w:type="dxa" w:w="931"/>
          </w:tcPr>
          <w:p>
            <w:pPr>
              <w:spacing w:after="0"/>
              <w:jc w:val="right"/>
            </w:pPr>
            <w:r>
              <w:rPr>
                <w:sz w:val="16"/>
              </w:rPr>
              <w:t>0, 0</w:t>
            </w:r>
          </w:p>
        </w:tc>
        <w:tc>
          <w:tcPr>
            <w:tcW w:type="dxa" w:w="2219"/>
          </w:tcPr>
          <w:p>
            <w:pPr>
              <w:spacing w:after="0"/>
              <w:jc w:val="left"/>
            </w:pPr>
            <w:r>
              <w:rPr>
                <w:sz w:val="16"/>
              </w:rPr>
              <w:t>NWS zone GAZ143 (MILLER), zone-level</w:t>
            </w:r>
          </w:p>
        </w:tc>
        <w:tc>
          <w:tcPr>
            <w:tcW w:type="dxa" w:w="2177"/>
          </w:tcPr>
          <w:p>
            <w:pPr>
              <w:spacing w:after="0"/>
              <w:jc w:val="left"/>
            </w:pPr>
            <w:r>
              <w:rPr>
                <w:sz w:val="16"/>
              </w:rPr>
              <w:t>new since last plan; within last 5 years</w:t>
            </w:r>
          </w:p>
        </w:tc>
        <w:tc>
          <w:tcPr>
            <w:tcW w:type="dxa" w:w="25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2024-05-10</w:t>
            </w:r>
          </w:p>
        </w:tc>
        <w:tc>
          <w:tcPr>
            <w:tcW w:type="dxa" w:w="1450"/>
          </w:tcPr>
          <w:p>
            <w:pPr>
              <w:spacing w:after="0"/>
              <w:jc w:val="left"/>
            </w:pPr>
            <w:r>
              <w:rPr>
                <w:sz w:val="16"/>
              </w:rPr>
              <w:t>Hail</w:t>
            </w:r>
          </w:p>
        </w:tc>
        <w:tc>
          <w:tcPr>
            <w:tcW w:type="dxa" w:w="1901"/>
          </w:tcPr>
          <w:p>
            <w:pPr>
              <w:spacing w:after="0"/>
              <w:jc w:val="left"/>
            </w:pPr>
            <w:r>
              <w:rPr>
                <w:sz w:val="16"/>
              </w:rPr>
              <w:t>2.5 in</w:t>
            </w:r>
          </w:p>
        </w:tc>
        <w:tc>
          <w:tcPr>
            <w:tcW w:type="dxa" w:w="1863"/>
          </w:tcPr>
          <w:p>
            <w:pPr>
              <w:spacing w:after="0"/>
              <w:jc w:val="left"/>
            </w:pPr>
            <w:r>
              <w:rPr>
                <w:sz w:val="16"/>
              </w:rPr>
              <w:t>$0 property; $0 crops (2024 dollars)</w:t>
            </w:r>
          </w:p>
        </w:tc>
        <w:tc>
          <w:tcPr>
            <w:tcW w:type="dxa" w:w="931"/>
          </w:tcPr>
          <w:p>
            <w:pPr>
              <w:spacing w:after="0"/>
              <w:jc w:val="right"/>
            </w:pPr>
            <w:r>
              <w:rPr>
                <w:sz w:val="16"/>
              </w:rPr>
              <w:t>0, 0</w:t>
            </w:r>
          </w:p>
        </w:tc>
        <w:tc>
          <w:tcPr>
            <w:tcW w:type="dxa" w:w="2219"/>
          </w:tcPr>
          <w:p>
            <w:pPr>
              <w:spacing w:after="0"/>
              <w:jc w:val="left"/>
            </w:pPr>
            <w:r>
              <w:rPr>
                <w:sz w:val="16"/>
              </w:rPr>
              <w:t>HARMONY CHURCH RD/HWY 45</w:t>
            </w:r>
          </w:p>
        </w:tc>
        <w:tc>
          <w:tcPr>
            <w:tcW w:type="dxa" w:w="2177"/>
          </w:tcPr>
          <w:p>
            <w:pPr>
              <w:spacing w:after="0"/>
              <w:jc w:val="left"/>
            </w:pPr>
            <w:r>
              <w:rPr>
                <w:sz w:val="16"/>
              </w:rPr>
              <w:t>new since last plan; within last 5 years</w:t>
            </w:r>
          </w:p>
        </w:tc>
        <w:tc>
          <w:tcPr>
            <w:tcW w:type="dxa" w:w="2534"/>
          </w:tcPr>
          <w:p>
            <w:pPr>
              <w:spacing w:after="0"/>
              <w:jc w:val="left"/>
            </w:pPr>
            <w:r>
              <w:rPr>
                <w:sz w:val="16"/>
              </w:rPr>
              <w:t>B1-c worst recorded: Hail</w:t>
            </w:r>
          </w:p>
        </w:tc>
      </w:tr>
      <w:tr>
        <w:trPr>
          <w:cantSplit/>
        </w:trPr>
        <w:tc>
          <w:tcPr>
            <w:tcW w:type="dxa" w:w="1037"/>
          </w:tcPr>
          <w:p>
            <w:pPr>
              <w:spacing w:after="0"/>
              <w:jc w:val="left"/>
            </w:pPr>
            <w:r>
              <w:rPr>
                <w:sz w:val="16"/>
              </w:rPr>
              <w:t>2023-08-12</w:t>
            </w:r>
          </w:p>
        </w:tc>
        <w:tc>
          <w:tcPr>
            <w:tcW w:type="dxa" w:w="1450"/>
          </w:tcPr>
          <w:p>
            <w:pPr>
              <w:spacing w:after="0"/>
              <w:jc w:val="left"/>
            </w:pPr>
            <w:r>
              <w:rPr>
                <w:sz w:val="16"/>
              </w:rPr>
              <w:t>Excessive Heat</w:t>
            </w:r>
          </w:p>
        </w:tc>
        <w:tc>
          <w:tcPr>
            <w:tcW w:type="dxa" w:w="1901"/>
          </w:tcPr>
          <w:p>
            <w:pPr>
              <w:spacing w:after="0"/>
              <w:jc w:val="left"/>
            </w:pPr>
          </w:p>
        </w:tc>
        <w:tc>
          <w:tcPr>
            <w:tcW w:type="dxa" w:w="1863"/>
          </w:tcPr>
          <w:p>
            <w:pPr>
              <w:spacing w:after="0"/>
              <w:jc w:val="left"/>
            </w:pPr>
            <w:r>
              <w:rPr>
                <w:sz w:val="16"/>
              </w:rPr>
              <w:t>$0 property; $0 crops (zone total, 2023 dollars)</w:t>
            </w:r>
          </w:p>
        </w:tc>
        <w:tc>
          <w:tcPr>
            <w:tcW w:type="dxa" w:w="931"/>
          </w:tcPr>
          <w:p>
            <w:pPr>
              <w:spacing w:after="0"/>
              <w:jc w:val="right"/>
            </w:pPr>
            <w:r>
              <w:rPr>
                <w:sz w:val="16"/>
              </w:rPr>
              <w:t>0, 0</w:t>
            </w:r>
          </w:p>
        </w:tc>
        <w:tc>
          <w:tcPr>
            <w:tcW w:type="dxa" w:w="2219"/>
          </w:tcPr>
          <w:p>
            <w:pPr>
              <w:spacing w:after="0"/>
              <w:jc w:val="left"/>
            </w:pPr>
            <w:r>
              <w:rPr>
                <w:sz w:val="16"/>
              </w:rPr>
              <w:t>NWS zone GAZ143 (MILLER), zone-level</w:t>
            </w:r>
          </w:p>
        </w:tc>
        <w:tc>
          <w:tcPr>
            <w:tcW w:type="dxa" w:w="2177"/>
          </w:tcPr>
          <w:p>
            <w:pPr>
              <w:spacing w:after="0"/>
              <w:jc w:val="left"/>
            </w:pPr>
            <w:r>
              <w:rPr>
                <w:sz w:val="16"/>
              </w:rPr>
              <w:t>new since last plan; within last 5 years</w:t>
            </w:r>
          </w:p>
        </w:tc>
        <w:tc>
          <w:tcPr>
            <w:tcW w:type="dxa" w:w="2534"/>
          </w:tcPr>
          <w:p>
            <w:pPr>
              <w:spacing w:after="0"/>
              <w:jc w:val="left"/>
            </w:pPr>
            <w:r>
              <w:rPr>
                <w:sz w:val="16"/>
              </w:rPr>
              <w:t>B1-c worst recorded: Excessive Heat, Heat</w:t>
            </w:r>
          </w:p>
        </w:tc>
      </w:tr>
      <w:tr>
        <w:trPr>
          <w:cantSplit/>
        </w:trPr>
        <w:tc>
          <w:tcPr>
            <w:tcW w:type="dxa" w:w="1037"/>
          </w:tcPr>
          <w:p>
            <w:pPr>
              <w:spacing w:after="0"/>
              <w:jc w:val="left"/>
            </w:pPr>
            <w:r>
              <w:rPr>
                <w:sz w:val="16"/>
              </w:rPr>
              <w:t>2021-04-24</w:t>
            </w:r>
          </w:p>
        </w:tc>
        <w:tc>
          <w:tcPr>
            <w:tcW w:type="dxa" w:w="1450"/>
          </w:tcPr>
          <w:p>
            <w:pPr>
              <w:spacing w:after="0"/>
              <w:jc w:val="left"/>
            </w:pPr>
            <w:r>
              <w:rPr>
                <w:sz w:val="16"/>
              </w:rPr>
              <w:t>Thunderstorm Wind</w:t>
            </w:r>
          </w:p>
        </w:tc>
        <w:tc>
          <w:tcPr>
            <w:tcW w:type="dxa" w:w="1901"/>
          </w:tcPr>
          <w:p>
            <w:pPr>
              <w:spacing w:after="0"/>
              <w:jc w:val="left"/>
            </w:pPr>
            <w:r>
              <w:rPr>
                <w:sz w:val="16"/>
              </w:rPr>
              <w:t>65 kt (75 mph) estimated gust</w:t>
            </w:r>
          </w:p>
        </w:tc>
        <w:tc>
          <w:tcPr>
            <w:tcW w:type="dxa" w:w="1863"/>
          </w:tcPr>
          <w:p>
            <w:pPr>
              <w:spacing w:after="0"/>
              <w:jc w:val="left"/>
            </w:pPr>
            <w:r>
              <w:rPr>
                <w:sz w:val="16"/>
              </w:rPr>
              <w:t>$20,000 property; $0 crops (2021 dollars)</w:t>
            </w:r>
          </w:p>
        </w:tc>
        <w:tc>
          <w:tcPr>
            <w:tcW w:type="dxa" w:w="931"/>
          </w:tcPr>
          <w:p>
            <w:pPr>
              <w:spacing w:after="0"/>
              <w:jc w:val="right"/>
            </w:pPr>
            <w:r>
              <w:rPr>
                <w:sz w:val="16"/>
              </w:rPr>
              <w:t>0, 0</w:t>
            </w:r>
          </w:p>
        </w:tc>
        <w:tc>
          <w:tcPr>
            <w:tcW w:type="dxa" w:w="2219"/>
          </w:tcPr>
          <w:p>
            <w:pPr>
              <w:spacing w:after="0"/>
              <w:jc w:val="left"/>
            </w:pPr>
            <w:r>
              <w:rPr>
                <w:sz w:val="16"/>
              </w:rPr>
              <w:t>COLQUITT</w:t>
            </w:r>
          </w:p>
        </w:tc>
        <w:tc>
          <w:tcPr>
            <w:tcW w:type="dxa" w:w="2177"/>
          </w:tcPr>
          <w:p>
            <w:pPr>
              <w:spacing w:after="0"/>
              <w:jc w:val="left"/>
            </w:pPr>
            <w:r>
              <w:rPr>
                <w:sz w:val="16"/>
              </w:rPr>
              <w:t>in the 12 months before plan approval</w:t>
            </w:r>
          </w:p>
        </w:tc>
        <w:tc>
          <w:tcPr>
            <w:tcW w:type="dxa" w:w="2534"/>
          </w:tcPr>
          <w:p>
            <w:pPr>
              <w:spacing w:after="0"/>
              <w:jc w:val="left"/>
            </w:pPr>
            <w:r>
              <w:rPr>
                <w:sz w:val="16"/>
              </w:rPr>
              <w:t>B1-c worst recorded: Thunderstorm Wind</w:t>
            </w:r>
          </w:p>
        </w:tc>
      </w:tr>
      <w:tr>
        <w:trPr>
          <w:cantSplit/>
        </w:trPr>
        <w:tc>
          <w:tcPr>
            <w:tcW w:type="dxa" w:w="1037"/>
          </w:tcPr>
          <w:p>
            <w:pPr>
              <w:spacing w:after="0"/>
              <w:jc w:val="left"/>
            </w:pPr>
            <w:r>
              <w:rPr>
                <w:sz w:val="16"/>
              </w:rPr>
              <w:t>2020-04-23</w:t>
            </w:r>
          </w:p>
        </w:tc>
        <w:tc>
          <w:tcPr>
            <w:tcW w:type="dxa" w:w="1450"/>
          </w:tcPr>
          <w:p>
            <w:pPr>
              <w:spacing w:after="0"/>
              <w:jc w:val="left"/>
            </w:pPr>
            <w:r>
              <w:rPr>
                <w:sz w:val="16"/>
              </w:rPr>
              <w:t>Lightning</w:t>
            </w:r>
          </w:p>
        </w:tc>
        <w:tc>
          <w:tcPr>
            <w:tcW w:type="dxa" w:w="1901"/>
          </w:tcPr>
          <w:p>
            <w:pPr>
              <w:spacing w:after="0"/>
              <w:jc w:val="left"/>
            </w:pPr>
          </w:p>
        </w:tc>
        <w:tc>
          <w:tcPr>
            <w:tcW w:type="dxa" w:w="1863"/>
          </w:tcPr>
          <w:p>
            <w:pPr>
              <w:spacing w:after="0"/>
              <w:jc w:val="left"/>
            </w:pPr>
            <w:r>
              <w:rPr>
                <w:sz w:val="16"/>
              </w:rPr>
              <w:t>$5,000 property; $0 crops (2020 dollars)</w:t>
            </w:r>
          </w:p>
        </w:tc>
        <w:tc>
          <w:tcPr>
            <w:tcW w:type="dxa" w:w="931"/>
          </w:tcPr>
          <w:p>
            <w:pPr>
              <w:spacing w:after="0"/>
              <w:jc w:val="right"/>
            </w:pPr>
            <w:r>
              <w:rPr>
                <w:sz w:val="16"/>
              </w:rPr>
              <w:t>0, 0</w:t>
            </w:r>
          </w:p>
        </w:tc>
        <w:tc>
          <w:tcPr>
            <w:tcW w:type="dxa" w:w="2219"/>
          </w:tcPr>
          <w:p>
            <w:pPr>
              <w:spacing w:after="0"/>
              <w:jc w:val="left"/>
            </w:pPr>
            <w:r>
              <w:rPr>
                <w:sz w:val="16"/>
              </w:rPr>
              <w:t>BOYKIN</w:t>
            </w:r>
          </w:p>
        </w:tc>
        <w:tc>
          <w:tcPr>
            <w:tcW w:type="dxa" w:w="2177"/>
          </w:tcPr>
          <w:p>
            <w:pPr>
              <w:spacing w:after="0"/>
              <w:jc w:val="left"/>
            </w:pPr>
          </w:p>
        </w:tc>
        <w:tc>
          <w:tcPr>
            <w:tcW w:type="dxa" w:w="2534"/>
          </w:tcPr>
          <w:p>
            <w:pPr>
              <w:spacing w:after="0"/>
              <w:jc w:val="left"/>
            </w:pPr>
            <w:r>
              <w:rPr>
                <w:sz w:val="16"/>
              </w:rPr>
              <w:t>B1-c worst recorded: Lightning</w:t>
            </w:r>
          </w:p>
        </w:tc>
      </w:tr>
      <w:tr>
        <w:trPr>
          <w:cantSplit/>
        </w:trPr>
        <w:tc>
          <w:tcPr>
            <w:tcW w:type="dxa" w:w="1037"/>
          </w:tcPr>
          <w:p>
            <w:pPr>
              <w:spacing w:after="0"/>
              <w:jc w:val="left"/>
            </w:pPr>
            <w:r>
              <w:rPr>
                <w:sz w:val="16"/>
              </w:rPr>
              <w:t>2018-10-10</w:t>
            </w:r>
          </w:p>
        </w:tc>
        <w:tc>
          <w:tcPr>
            <w:tcW w:type="dxa" w:w="1450"/>
          </w:tcPr>
          <w:p>
            <w:pPr>
              <w:spacing w:after="0"/>
              <w:jc w:val="left"/>
            </w:pPr>
            <w:r>
              <w:rPr>
                <w:sz w:val="16"/>
              </w:rPr>
              <w:t>Hurricane (NOAA event type 'Hurricane (Typhoon)')</w:t>
            </w:r>
          </w:p>
        </w:tc>
        <w:tc>
          <w:tcPr>
            <w:tcW w:type="dxa" w:w="1901"/>
          </w:tcPr>
          <w:p>
            <w:pPr>
              <w:spacing w:after="0"/>
              <w:jc w:val="left"/>
            </w:pPr>
            <w:r>
              <w:rPr>
                <w:sz w:val="16"/>
              </w:rPr>
              <w:t>category 3</w:t>
            </w:r>
          </w:p>
        </w:tc>
        <w:tc>
          <w:tcPr>
            <w:tcW w:type="dxa" w:w="1863"/>
          </w:tcPr>
          <w:p>
            <w:pPr>
              <w:spacing w:after="0"/>
              <w:jc w:val="left"/>
            </w:pPr>
            <w:r>
              <w:rPr>
                <w:sz w:val="16"/>
              </w:rPr>
              <w:t>$250,000,000 property; $500,000,000 crops (zone total, 2018 dollars) (as recorded; larger than this county's annual agriculture value in the National Risk Index (the county or state extension service keeps crop loss records))</w:t>
            </w:r>
          </w:p>
        </w:tc>
        <w:tc>
          <w:tcPr>
            <w:tcW w:type="dxa" w:w="931"/>
          </w:tcPr>
          <w:p>
            <w:pPr>
              <w:spacing w:after="0"/>
              <w:jc w:val="right"/>
            </w:pPr>
            <w:r>
              <w:rPr>
                <w:sz w:val="16"/>
              </w:rPr>
              <w:t>0, 0</w:t>
            </w:r>
          </w:p>
        </w:tc>
        <w:tc>
          <w:tcPr>
            <w:tcW w:type="dxa" w:w="2219"/>
          </w:tcPr>
          <w:p>
            <w:pPr>
              <w:spacing w:after="0"/>
              <w:jc w:val="left"/>
            </w:pPr>
            <w:r>
              <w:rPr>
                <w:sz w:val="16"/>
              </w:rPr>
              <w:t>NWS zone GAZ143 (MILLER), zone-level</w:t>
            </w:r>
          </w:p>
        </w:tc>
        <w:tc>
          <w:tcPr>
            <w:tcW w:type="dxa" w:w="2177"/>
          </w:tcPr>
          <w:p>
            <w:pPr>
              <w:spacing w:after="0"/>
              <w:jc w:val="left"/>
            </w:pPr>
          </w:p>
        </w:tc>
        <w:tc>
          <w:tcPr>
            <w:tcW w:type="dxa" w:w="253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2017-03-16</w:t>
            </w:r>
          </w:p>
        </w:tc>
        <w:tc>
          <w:tcPr>
            <w:tcW w:type="dxa" w:w="1450"/>
          </w:tcPr>
          <w:p>
            <w:pPr>
              <w:spacing w:after="0"/>
              <w:jc w:val="left"/>
            </w:pPr>
            <w:r>
              <w:rPr>
                <w:sz w:val="16"/>
              </w:rPr>
              <w:t>Frost/Freeze</w:t>
            </w:r>
          </w:p>
        </w:tc>
        <w:tc>
          <w:tcPr>
            <w:tcW w:type="dxa" w:w="1901"/>
          </w:tcPr>
          <w:p>
            <w:pPr>
              <w:spacing w:after="0"/>
              <w:jc w:val="left"/>
            </w:pPr>
          </w:p>
        </w:tc>
        <w:tc>
          <w:tcPr>
            <w:tcW w:type="dxa" w:w="1863"/>
          </w:tcPr>
          <w:p>
            <w:pPr>
              <w:spacing w:after="0"/>
              <w:jc w:val="left"/>
            </w:pPr>
            <w:r>
              <w:rPr>
                <w:sz w:val="16"/>
              </w:rPr>
              <w:t>$0 property; $7,850,000 crops (zone total, 2017 dollars)</w:t>
            </w:r>
          </w:p>
        </w:tc>
        <w:tc>
          <w:tcPr>
            <w:tcW w:type="dxa" w:w="931"/>
          </w:tcPr>
          <w:p>
            <w:pPr>
              <w:spacing w:after="0"/>
              <w:jc w:val="right"/>
            </w:pPr>
            <w:r>
              <w:rPr>
                <w:sz w:val="16"/>
              </w:rPr>
              <w:t>0, 0</w:t>
            </w:r>
          </w:p>
        </w:tc>
        <w:tc>
          <w:tcPr>
            <w:tcW w:type="dxa" w:w="2219"/>
          </w:tcPr>
          <w:p>
            <w:pPr>
              <w:spacing w:after="0"/>
              <w:jc w:val="left"/>
            </w:pPr>
            <w:r>
              <w:rPr>
                <w:sz w:val="16"/>
              </w:rPr>
              <w:t>NWS zone GAZ143 (MILLER), zone-level</w:t>
            </w:r>
          </w:p>
        </w:tc>
        <w:tc>
          <w:tcPr>
            <w:tcW w:type="dxa" w:w="2177"/>
          </w:tcPr>
          <w:p>
            <w:pPr>
              <w:spacing w:after="0"/>
              <w:jc w:val="left"/>
            </w:pPr>
          </w:p>
        </w:tc>
        <w:tc>
          <w:tcPr>
            <w:tcW w:type="dxa" w:w="2534"/>
          </w:tcPr>
          <w:p>
            <w:pPr>
              <w:spacing w:after="0"/>
              <w:jc w:val="left"/>
            </w:pPr>
            <w:r>
              <w:rPr>
                <w:sz w:val="16"/>
              </w:rPr>
              <w:t>B1-c worst recorded: Frost/Freeze</w:t>
            </w:r>
          </w:p>
        </w:tc>
      </w:tr>
      <w:tr>
        <w:trPr>
          <w:cantSplit/>
        </w:trPr>
        <w:tc>
          <w:tcPr>
            <w:tcW w:type="dxa" w:w="1037"/>
          </w:tcPr>
          <w:p>
            <w:pPr>
              <w:spacing w:after="0"/>
              <w:jc w:val="left"/>
            </w:pPr>
            <w:r>
              <w:rPr>
                <w:sz w:val="16"/>
              </w:rPr>
              <w:t>2011-05-10</w:t>
            </w:r>
          </w:p>
        </w:tc>
        <w:tc>
          <w:tcPr>
            <w:tcW w:type="dxa" w:w="1450"/>
          </w:tcPr>
          <w:p>
            <w:pPr>
              <w:spacing w:after="0"/>
              <w:jc w:val="left"/>
            </w:pPr>
            <w:r>
              <w:rPr>
                <w:sz w:val="16"/>
              </w:rPr>
              <w:t>Drought</w:t>
            </w:r>
          </w:p>
        </w:tc>
        <w:tc>
          <w:tcPr>
            <w:tcW w:type="dxa" w:w="1901"/>
          </w:tcPr>
          <w:p>
            <w:pPr>
              <w:spacing w:after="0"/>
              <w:jc w:val="left"/>
            </w:pPr>
          </w:p>
        </w:tc>
        <w:tc>
          <w:tcPr>
            <w:tcW w:type="dxa" w:w="1863"/>
          </w:tcPr>
          <w:p>
            <w:pPr>
              <w:spacing w:after="0"/>
              <w:jc w:val="left"/>
            </w:pPr>
            <w:r>
              <w:rPr>
                <w:sz w:val="16"/>
              </w:rPr>
              <w:t>damage not reported</w:t>
            </w:r>
          </w:p>
        </w:tc>
        <w:tc>
          <w:tcPr>
            <w:tcW w:type="dxa" w:w="931"/>
          </w:tcPr>
          <w:p>
            <w:pPr>
              <w:spacing w:after="0"/>
              <w:jc w:val="right"/>
            </w:pPr>
            <w:r>
              <w:rPr>
                <w:sz w:val="16"/>
              </w:rPr>
              <w:t>0, 0</w:t>
            </w:r>
          </w:p>
        </w:tc>
        <w:tc>
          <w:tcPr>
            <w:tcW w:type="dxa" w:w="2219"/>
          </w:tcPr>
          <w:p>
            <w:pPr>
              <w:spacing w:after="0"/>
              <w:jc w:val="left"/>
            </w:pPr>
            <w:r>
              <w:rPr>
                <w:sz w:val="16"/>
              </w:rPr>
              <w:t>NWS zone GAZ143 (MILLER), zone-level</w:t>
            </w:r>
          </w:p>
        </w:tc>
        <w:tc>
          <w:tcPr>
            <w:tcW w:type="dxa" w:w="2177"/>
          </w:tcPr>
          <w:p>
            <w:pPr>
              <w:spacing w:after="0"/>
              <w:jc w:val="left"/>
            </w:pPr>
          </w:p>
        </w:tc>
        <w:tc>
          <w:tcPr>
            <w:tcW w:type="dxa" w:w="2534"/>
          </w:tcPr>
          <w:p>
            <w:pPr>
              <w:spacing w:after="0"/>
              <w:jc w:val="left"/>
            </w:pPr>
            <w:r>
              <w:rPr>
                <w:sz w:val="16"/>
              </w:rPr>
              <w:t>B1-c worst recorded: Drought</w:t>
            </w:r>
          </w:p>
        </w:tc>
      </w:tr>
      <w:tr>
        <w:trPr>
          <w:cantSplit/>
        </w:trPr>
        <w:tc>
          <w:tcPr>
            <w:tcW w:type="dxa" w:w="1037"/>
          </w:tcPr>
          <w:p>
            <w:pPr>
              <w:spacing w:after="0"/>
              <w:jc w:val="left"/>
            </w:pPr>
            <w:r>
              <w:rPr>
                <w:sz w:val="16"/>
              </w:rPr>
              <w:t>2005-03-22</w:t>
            </w:r>
          </w:p>
        </w:tc>
        <w:tc>
          <w:tcPr>
            <w:tcW w:type="dxa" w:w="1450"/>
          </w:tcPr>
          <w:p>
            <w:pPr>
              <w:spacing w:after="0"/>
              <w:jc w:val="left"/>
            </w:pPr>
            <w:r>
              <w:rPr>
                <w:sz w:val="16"/>
              </w:rPr>
              <w:t>Tornado</w:t>
            </w:r>
          </w:p>
        </w:tc>
        <w:tc>
          <w:tcPr>
            <w:tcW w:type="dxa" w:w="1901"/>
          </w:tcPr>
          <w:p>
            <w:pPr>
              <w:spacing w:after="0"/>
              <w:jc w:val="left"/>
            </w:pPr>
            <w:r>
              <w:rPr>
                <w:sz w:val="16"/>
              </w:rPr>
              <w:t>F3, 15.2 mi within this county, 1,250 yd wide</w:t>
            </w:r>
          </w:p>
        </w:tc>
        <w:tc>
          <w:tcPr>
            <w:tcW w:type="dxa" w:w="1863"/>
          </w:tcPr>
          <w:p>
            <w:pPr>
              <w:spacing w:after="0"/>
              <w:jc w:val="left"/>
            </w:pPr>
            <w:r>
              <w:rPr>
                <w:sz w:val="16"/>
              </w:rPr>
              <w:t>$5,500,000 property; crops not reported (2005 dollars)</w:t>
            </w:r>
          </w:p>
        </w:tc>
        <w:tc>
          <w:tcPr>
            <w:tcW w:type="dxa" w:w="931"/>
          </w:tcPr>
          <w:p>
            <w:pPr>
              <w:spacing w:after="0"/>
              <w:jc w:val="right"/>
            </w:pPr>
            <w:r>
              <w:rPr>
                <w:sz w:val="16"/>
              </w:rPr>
              <w:t>0, 10</w:t>
            </w:r>
          </w:p>
        </w:tc>
        <w:tc>
          <w:tcPr>
            <w:tcW w:type="dxa" w:w="2219"/>
          </w:tcPr>
          <w:p>
            <w:pPr>
              <w:spacing w:after="0"/>
              <w:jc w:val="left"/>
            </w:pPr>
            <w:r>
              <w:rPr>
                <w:sz w:val="16"/>
              </w:rPr>
              <w:t>ENTERPRISE</w:t>
            </w:r>
          </w:p>
        </w:tc>
        <w:tc>
          <w:tcPr>
            <w:tcW w:type="dxa" w:w="2177"/>
          </w:tcPr>
          <w:p>
            <w:pPr>
              <w:spacing w:after="0"/>
              <w:jc w:val="left"/>
            </w:pPr>
          </w:p>
        </w:tc>
        <w:tc>
          <w:tcPr>
            <w:tcW w:type="dxa" w:w="2534"/>
          </w:tcPr>
          <w:p>
            <w:pPr>
              <w:spacing w:after="0"/>
              <w:jc w:val="left"/>
            </w:pPr>
            <w:r>
              <w:rPr>
                <w:sz w:val="16"/>
              </w:rPr>
              <w:t>deaths or injuries recorded</w:t>
            </w:r>
          </w:p>
        </w:tc>
      </w:tr>
      <w:tr>
        <w:trPr>
          <w:cantSplit/>
        </w:trPr>
        <w:tc>
          <w:tcPr>
            <w:tcW w:type="dxa" w:w="1037"/>
          </w:tcPr>
          <w:p>
            <w:pPr>
              <w:spacing w:after="0"/>
              <w:jc w:val="left"/>
            </w:pPr>
            <w:r>
              <w:rPr>
                <w:sz w:val="16"/>
              </w:rPr>
              <w:t>2002-09-15</w:t>
            </w:r>
          </w:p>
        </w:tc>
        <w:tc>
          <w:tcPr>
            <w:tcW w:type="dxa" w:w="1450"/>
          </w:tcPr>
          <w:p>
            <w:pPr>
              <w:spacing w:after="0"/>
              <w:jc w:val="left"/>
            </w:pPr>
            <w:r>
              <w:rPr>
                <w:sz w:val="16"/>
              </w:rPr>
              <w:t>Flash Flood</w:t>
            </w:r>
          </w:p>
        </w:tc>
        <w:tc>
          <w:tcPr>
            <w:tcW w:type="dxa" w:w="1901"/>
          </w:tcPr>
          <w:p>
            <w:pPr>
              <w:spacing w:after="0"/>
              <w:jc w:val="left"/>
            </w:pPr>
          </w:p>
        </w:tc>
        <w:tc>
          <w:tcPr>
            <w:tcW w:type="dxa" w:w="1863"/>
          </w:tcPr>
          <w:p>
            <w:pPr>
              <w:spacing w:after="0"/>
              <w:jc w:val="left"/>
            </w:pPr>
            <w:r>
              <w:rPr>
                <w:sz w:val="16"/>
              </w:rPr>
              <w:t>$500,000 property; crops not reported (2002 dollars)</w:t>
            </w:r>
          </w:p>
        </w:tc>
        <w:tc>
          <w:tcPr>
            <w:tcW w:type="dxa" w:w="931"/>
          </w:tcPr>
          <w:p>
            <w:pPr>
              <w:spacing w:after="0"/>
              <w:jc w:val="right"/>
            </w:pPr>
            <w:r>
              <w:rPr>
                <w:sz w:val="16"/>
              </w:rPr>
              <w:t>0, 0</w:t>
            </w:r>
          </w:p>
        </w:tc>
        <w:tc>
          <w:tcPr>
            <w:tcW w:type="dxa" w:w="2219"/>
          </w:tcPr>
          <w:p>
            <w:pPr>
              <w:spacing w:after="0"/>
              <w:jc w:val="left"/>
            </w:pPr>
            <w:r>
              <w:rPr>
                <w:sz w:val="16"/>
              </w:rPr>
              <w:t>COUNTYWIDE</w:t>
            </w:r>
          </w:p>
        </w:tc>
        <w:tc>
          <w:tcPr>
            <w:tcW w:type="dxa" w:w="2177"/>
          </w:tcPr>
          <w:p>
            <w:pPr>
              <w:spacing w:after="0"/>
              <w:jc w:val="left"/>
            </w:pPr>
          </w:p>
        </w:tc>
        <w:tc>
          <w:tcPr>
            <w:tcW w:type="dxa" w:w="25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2001-03-12</w:t>
            </w:r>
          </w:p>
        </w:tc>
        <w:tc>
          <w:tcPr>
            <w:tcW w:type="dxa" w:w="1450"/>
          </w:tcPr>
          <w:p>
            <w:pPr>
              <w:spacing w:after="0"/>
              <w:jc w:val="left"/>
            </w:pPr>
            <w:r>
              <w:rPr>
                <w:sz w:val="16"/>
              </w:rPr>
              <w:t>Tornado</w:t>
            </w:r>
          </w:p>
        </w:tc>
        <w:tc>
          <w:tcPr>
            <w:tcW w:type="dxa" w:w="1901"/>
          </w:tcPr>
          <w:p>
            <w:pPr>
              <w:spacing w:after="0"/>
              <w:jc w:val="left"/>
            </w:pPr>
            <w:r>
              <w:rPr>
                <w:sz w:val="16"/>
              </w:rPr>
              <w:t>F1, 2 mi within this county, 50 yd wide</w:t>
            </w:r>
          </w:p>
        </w:tc>
        <w:tc>
          <w:tcPr>
            <w:tcW w:type="dxa" w:w="1863"/>
          </w:tcPr>
          <w:p>
            <w:pPr>
              <w:spacing w:after="0"/>
              <w:jc w:val="left"/>
            </w:pPr>
            <w:r>
              <w:rPr>
                <w:sz w:val="16"/>
              </w:rPr>
              <w:t>$500,000 property; crops not reported (2001 dollars)</w:t>
            </w:r>
          </w:p>
        </w:tc>
        <w:tc>
          <w:tcPr>
            <w:tcW w:type="dxa" w:w="931"/>
          </w:tcPr>
          <w:p>
            <w:pPr>
              <w:spacing w:after="0"/>
              <w:jc w:val="right"/>
            </w:pPr>
            <w:r>
              <w:rPr>
                <w:sz w:val="16"/>
              </w:rPr>
              <w:t>0, 2</w:t>
            </w:r>
          </w:p>
        </w:tc>
        <w:tc>
          <w:tcPr>
            <w:tcW w:type="dxa" w:w="2219"/>
          </w:tcPr>
          <w:p>
            <w:pPr>
              <w:spacing w:after="0"/>
              <w:jc w:val="left"/>
            </w:pPr>
            <w:r>
              <w:rPr>
                <w:sz w:val="16"/>
              </w:rPr>
              <w:t>BOYKIN</w:t>
            </w:r>
          </w:p>
        </w:tc>
        <w:tc>
          <w:tcPr>
            <w:tcW w:type="dxa" w:w="2177"/>
          </w:tcPr>
          <w:p>
            <w:pPr>
              <w:spacing w:after="0"/>
              <w:jc w:val="left"/>
            </w:pPr>
          </w:p>
        </w:tc>
        <w:tc>
          <w:tcPr>
            <w:tcW w:type="dxa" w:w="2534"/>
          </w:tcPr>
          <w:p>
            <w:pPr>
              <w:spacing w:after="0"/>
              <w:jc w:val="left"/>
            </w:pPr>
            <w:r>
              <w:rPr>
                <w:sz w:val="16"/>
              </w:rPr>
              <w:t>deaths or injuries recorded</w:t>
            </w:r>
          </w:p>
        </w:tc>
      </w:tr>
      <w:tr>
        <w:trPr>
          <w:cantSplit/>
        </w:trPr>
        <w:tc>
          <w:tcPr>
            <w:tcW w:type="dxa" w:w="1037"/>
          </w:tcPr>
          <w:p>
            <w:pPr>
              <w:spacing w:after="0"/>
              <w:jc w:val="left"/>
            </w:pPr>
            <w:r>
              <w:rPr>
                <w:sz w:val="16"/>
              </w:rPr>
              <w:t>1955-10-28</w:t>
            </w:r>
          </w:p>
        </w:tc>
        <w:tc>
          <w:tcPr>
            <w:tcW w:type="dxa" w:w="1450"/>
          </w:tcPr>
          <w:p>
            <w:pPr>
              <w:spacing w:after="0"/>
              <w:jc w:val="left"/>
            </w:pPr>
            <w:r>
              <w:rPr>
                <w:sz w:val="16"/>
              </w:rPr>
              <w:t>Tornado</w:t>
            </w:r>
          </w:p>
        </w:tc>
        <w:tc>
          <w:tcPr>
            <w:tcW w:type="dxa" w:w="1901"/>
          </w:tcPr>
          <w:p>
            <w:pPr>
              <w:spacing w:after="0"/>
              <w:jc w:val="left"/>
            </w:pPr>
            <w:r>
              <w:rPr>
                <w:sz w:val="16"/>
              </w:rPr>
              <w:t>F0, 0.1 mi path length (whole path, pre-1996), 100 yd wide</w:t>
            </w:r>
          </w:p>
        </w:tc>
        <w:tc>
          <w:tcPr>
            <w:tcW w:type="dxa" w:w="1863"/>
          </w:tcPr>
          <w:p>
            <w:pPr>
              <w:spacing w:after="0"/>
              <w:jc w:val="left"/>
            </w:pPr>
            <w:r>
              <w:rPr>
                <w:sz w:val="16"/>
              </w:rPr>
              <w:t>$250 property; crops not recorded (1955 dollars)</w:t>
            </w:r>
          </w:p>
        </w:tc>
        <w:tc>
          <w:tcPr>
            <w:tcW w:type="dxa" w:w="931"/>
          </w:tcPr>
          <w:p>
            <w:pPr>
              <w:spacing w:after="0"/>
              <w:jc w:val="right"/>
            </w:pPr>
            <w:r>
              <w:rPr>
                <w:sz w:val="16"/>
              </w:rPr>
              <w:t>1, 2</w:t>
            </w:r>
          </w:p>
        </w:tc>
        <w:tc>
          <w:tcPr>
            <w:tcW w:type="dxa" w:w="2219"/>
          </w:tcPr>
          <w:p>
            <w:pPr>
              <w:spacing w:after="0"/>
              <w:jc w:val="left"/>
            </w:pPr>
            <w:r>
              <w:rPr>
                <w:sz w:val="16"/>
              </w:rPr>
              <w:t>location not recorded</w:t>
            </w:r>
          </w:p>
        </w:tc>
        <w:tc>
          <w:tcPr>
            <w:tcW w:type="dxa" w:w="2177"/>
          </w:tcPr>
          <w:p>
            <w:pPr>
              <w:spacing w:after="0"/>
              <w:jc w:val="left"/>
            </w:pPr>
          </w:p>
        </w:tc>
        <w:tc>
          <w:tcPr>
            <w:tcW w:type="dxa" w:w="253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(220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1.84</w:t>
            </w:r>
          </w:p>
        </w:tc>
        <w:tc>
          <w:tcPr>
            <w:tcW w:type="dxa" w:w="1280"/>
          </w:tcPr>
          <w:p>
            <w:pPr>
              <w:spacing w:after="0"/>
              <w:jc w:val="left"/>
            </w:pPr>
            <w:r>
              <w:rPr>
                <w:sz w:val="16"/>
              </w:rPr>
              <w:t>event-days per year</w:t>
            </w:r>
          </w:p>
        </w:tc>
        <w:tc>
          <w:tcPr>
            <w:tcW w:type="dxa" w:w="1583"/>
          </w:tcPr>
          <w:p>
            <w:pPr>
              <w:spacing w:after="0"/>
              <w:jc w:val="left"/>
            </w:pPr>
            <w:r>
              <w:rPr>
                <w:sz w:val="16"/>
              </w:rPr>
              <w:t>about 1.84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35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37.1</w:t>
            </w:r>
          </w:p>
        </w:tc>
        <w:tc>
          <w:tcPr>
            <w:tcW w:type="dxa" w:w="1280"/>
          </w:tcPr>
          <w:p>
            <w:pPr>
              <w:spacing w:after="0"/>
              <w:jc w:val="left"/>
            </w:pPr>
            <w:r>
              <w:rPr>
                <w:sz w:val="16"/>
              </w:rPr>
              <w:t>event-days per year</w:t>
            </w:r>
          </w:p>
        </w:tc>
        <w:tc>
          <w:tcPr>
            <w:tcW w:type="dxa" w:w="1583"/>
          </w:tcPr>
          <w:p>
            <w:pPr>
              <w:spacing w:after="0"/>
              <w:jc w:val="left"/>
            </w:pPr>
            <w:r>
              <w:rPr>
                <w:sz w:val="16"/>
              </w:rPr>
              <w:t>about 37.1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12 of 30 years, 1996 to 2025 (40%)</w:t>
            </w:r>
          </w:p>
        </w:tc>
        <w:tc>
          <w:tcPr>
            <w:tcW w:type="dxa" w:w="1524"/>
          </w:tcPr>
          <w:p>
            <w:pPr>
              <w:spacing w:after="0"/>
              <w:jc w:val="right"/>
            </w:pPr>
            <w:r>
              <w:rPr>
                <w:sz w:val="16"/>
              </w:rPr>
              <w:t>1,022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0.00113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1.34</w:t>
            </w:r>
          </w:p>
        </w:tc>
        <w:tc>
          <w:tcPr>
            <w:tcW w:type="dxa" w:w="1280"/>
          </w:tcPr>
          <w:p>
            <w:pPr>
              <w:spacing w:after="0"/>
              <w:jc w:val="left"/>
            </w:pPr>
            <w:r>
              <w:rPr>
                <w:sz w:val="16"/>
              </w:rPr>
              <w:t>events per year</w:t>
            </w:r>
          </w:p>
        </w:tc>
        <w:tc>
          <w:tcPr>
            <w:tcW w:type="dxa" w:w="1583"/>
          </w:tcPr>
          <w:p>
            <w:pPr>
              <w:spacing w:after="0"/>
              <w:jc w:val="left"/>
            </w:pPr>
            <w:r>
              <w:rPr>
                <w:sz w:val="16"/>
              </w:rPr>
              <w:t>about 1.34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51.1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5</w:t>
            </w:r>
          </w:p>
        </w:tc>
        <w:tc>
          <w:tcPr>
            <w:tcW w:type="dxa" w:w="1280"/>
          </w:tcPr>
          <w:p>
            <w:pPr>
              <w:spacing w:after="0"/>
              <w:jc w:val="left"/>
            </w:pPr>
            <w:r>
              <w:rPr>
                <w:sz w:val="16"/>
              </w:rPr>
              <w:t>event-days per year</w:t>
            </w:r>
          </w:p>
        </w:tc>
        <w:tc>
          <w:tcPr>
            <w:tcW w:type="dxa" w:w="1583"/>
          </w:tcPr>
          <w:p>
            <w:pPr>
              <w:spacing w:after="0"/>
              <w:jc w:val="left"/>
            </w:pPr>
            <w:r>
              <w:rPr>
                <w:sz w:val="16"/>
              </w:rPr>
              <w:t>about 5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80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0.229</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57</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0.0149</w:t>
            </w:r>
          </w:p>
        </w:tc>
        <w:tc>
          <w:tcPr>
            <w:tcW w:type="dxa" w:w="1280"/>
          </w:tcPr>
          <w:p>
            <w:pPr>
              <w:spacing w:after="0"/>
              <w:jc w:val="left"/>
            </w:pPr>
            <w:r>
              <w:rPr>
                <w:sz w:val="16"/>
              </w:rPr>
              <w:t>event-days per year</w:t>
            </w:r>
          </w:p>
        </w:tc>
        <w:tc>
          <w:tcPr>
            <w:tcW w:type="dxa" w:w="1583"/>
          </w:tcPr>
          <w:p>
            <w:pPr>
              <w:spacing w:after="0"/>
              <w:jc w:val="left"/>
            </w:pPr>
            <w:r>
              <w:rPr>
                <w:sz w:val="16"/>
              </w:rPr>
              <w:t>about 0.0149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0</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0.25</w:t>
            </w:r>
          </w:p>
        </w:tc>
        <w:tc>
          <w:tcPr>
            <w:tcW w:type="dxa" w:w="1280"/>
          </w:tcPr>
          <w:p>
            <w:pPr>
              <w:spacing w:after="0"/>
              <w:jc w:val="left"/>
            </w:pPr>
            <w:r>
              <w:rPr>
                <w:sz w:val="16"/>
              </w:rPr>
              <w:t>event-days per year</w:t>
            </w:r>
          </w:p>
        </w:tc>
        <w:tc>
          <w:tcPr>
            <w:tcW w:type="dxa" w:w="1583"/>
          </w:tcPr>
          <w:p>
            <w:pPr>
              <w:spacing w:after="0"/>
              <w:jc w:val="left"/>
            </w:pPr>
            <w:r>
              <w:rPr>
                <w:sz w:val="16"/>
              </w:rPr>
              <w:t>about 0.25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8 of 30 years, 1996 to 2025 (26.7%)</w:t>
            </w:r>
          </w:p>
        </w:tc>
        <w:tc>
          <w:tcPr>
            <w:tcW w:type="dxa" w:w="1524"/>
          </w:tcPr>
          <w:p>
            <w:pPr>
              <w:spacing w:after="0"/>
              <w:jc w:val="right"/>
            </w:pPr>
            <w:r>
              <w:rPr>
                <w:sz w:val="16"/>
              </w:rPr>
              <w:t>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0.034</w:t>
            </w:r>
          </w:p>
        </w:tc>
        <w:tc>
          <w:tcPr>
            <w:tcW w:type="dxa" w:w="1280"/>
          </w:tcPr>
          <w:p>
            <w:pPr>
              <w:spacing w:after="0"/>
              <w:jc w:val="left"/>
            </w:pPr>
            <w:r>
              <w:rPr>
                <w:sz w:val="16"/>
              </w:rPr>
              <w:t>events per year (modeled)</w:t>
            </w:r>
          </w:p>
        </w:tc>
        <w:tc>
          <w:tcPr>
            <w:tcW w:type="dxa" w:w="1583"/>
          </w:tcPr>
          <w:p>
            <w:pPr>
              <w:spacing w:after="0"/>
              <w:jc w:val="left"/>
            </w:pPr>
            <w:r>
              <w:rPr>
                <w:sz w:val="16"/>
              </w:rPr>
              <w:t>about 1 in 29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72.9</w:t>
            </w:r>
          </w:p>
        </w:tc>
        <w:tc>
          <w:tcPr>
            <w:tcW w:type="dxa" w:w="1280"/>
          </w:tcPr>
          <w:p>
            <w:pPr>
              <w:spacing w:after="0"/>
              <w:jc w:val="left"/>
            </w:pPr>
            <w:r>
              <w:rPr>
                <w:sz w:val="16"/>
              </w:rPr>
              <w:t>days per year with a strike</w:t>
            </w:r>
          </w:p>
        </w:tc>
        <w:tc>
          <w:tcPr>
            <w:tcW w:type="dxa" w:w="1583"/>
          </w:tcPr>
          <w:p>
            <w:pPr>
              <w:spacing w:after="0"/>
              <w:jc w:val="left"/>
            </w:pPr>
            <w:r>
              <w:rPr>
                <w:sz w:val="16"/>
              </w:rPr>
              <w:t>about 72.9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1.77</w:t>
            </w:r>
          </w:p>
        </w:tc>
        <w:tc>
          <w:tcPr>
            <w:tcW w:type="dxa" w:w="1280"/>
          </w:tcPr>
          <w:p>
            <w:pPr>
              <w:spacing w:after="0"/>
              <w:jc w:val="left"/>
            </w:pPr>
            <w:r>
              <w:rPr>
                <w:sz w:val="16"/>
              </w:rPr>
              <w:t>events per year</w:t>
            </w:r>
          </w:p>
        </w:tc>
        <w:tc>
          <w:tcPr>
            <w:tcW w:type="dxa" w:w="1583"/>
          </w:tcPr>
          <w:p>
            <w:pPr>
              <w:spacing w:after="0"/>
              <w:jc w:val="left"/>
            </w:pPr>
            <w:r>
              <w:rPr>
                <w:sz w:val="16"/>
              </w:rPr>
              <w:t>about 1.77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68</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0.223</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0.000624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0.0624%</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0.421</w:t>
            </w:r>
          </w:p>
        </w:tc>
        <w:tc>
          <w:tcPr>
            <w:tcW w:type="dxa" w:w="1280"/>
          </w:tcPr>
          <w:p>
            <w:pPr>
              <w:spacing w:after="0"/>
              <w:jc w:val="left"/>
            </w:pPr>
            <w:r>
              <w:rPr>
                <w:sz w:val="16"/>
              </w:rPr>
              <w:t>event-days per year</w:t>
            </w:r>
          </w:p>
        </w:tc>
        <w:tc>
          <w:tcPr>
            <w:tcW w:type="dxa" w:w="1583"/>
          </w:tcPr>
          <w:p>
            <w:pPr>
              <w:spacing w:after="0"/>
              <w:jc w:val="left"/>
            </w:pPr>
            <w:r>
              <w:rPr>
                <w:sz w:val="16"/>
              </w:rPr>
              <w:t>about 0.421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65</w:t>
            </w:r>
          </w:p>
        </w:tc>
        <w:tc>
          <w:tcPr>
            <w:tcW w:type="dxa" w:w="1381"/>
          </w:tcPr>
          <w:p>
            <w:pPr>
              <w:spacing w:after="0"/>
              <w:jc w:val="right"/>
            </w:pPr>
            <w:r>
              <w:rPr>
                <w:sz w:val="16"/>
              </w:rPr>
              <w:t>30</w:t>
            </w:r>
          </w:p>
        </w:tc>
        <w:tc>
          <w:tcPr>
            <w:tcW w:type="dxa" w:w="1381"/>
          </w:tcPr>
          <w:p>
            <w:pPr>
              <w:spacing w:after="0"/>
              <w:jc w:val="right"/>
            </w:pPr>
            <w:r>
              <w:rPr>
                <w:sz w:val="16"/>
              </w:rPr>
              <w:t>2.17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76.5</w:t>
            </w:r>
          </w:p>
        </w:tc>
        <w:tc>
          <w:tcPr>
            <w:tcW w:type="dxa" w:w="1311"/>
          </w:tcPr>
          <w:p>
            <w:pPr>
              <w:spacing w:after="0"/>
              <w:jc w:val="right"/>
            </w:pPr>
            <w:r>
              <w:rPr>
                <w:sz w:val="16"/>
              </w:rPr>
              <w:t>83.0</w:t>
            </w:r>
          </w:p>
        </w:tc>
        <w:tc>
          <w:tcPr>
            <w:tcW w:type="dxa" w:w="1250"/>
          </w:tcPr>
          <w:p>
            <w:pPr>
              <w:spacing w:after="0"/>
              <w:jc w:val="right"/>
            </w:pPr>
            <w:r>
              <w:rPr>
                <w:sz w:val="16"/>
              </w:rPr>
              <w:t>86.6</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94.3</w:t>
            </w:r>
          </w:p>
        </w:tc>
        <w:tc>
          <w:tcPr>
            <w:tcW w:type="dxa" w:w="1311"/>
          </w:tcPr>
          <w:p>
            <w:pPr>
              <w:spacing w:after="0"/>
              <w:jc w:val="right"/>
            </w:pPr>
            <w:r>
              <w:rPr>
                <w:sz w:val="16"/>
              </w:rPr>
              <w:t>96.2</w:t>
            </w:r>
          </w:p>
        </w:tc>
        <w:tc>
          <w:tcPr>
            <w:tcW w:type="dxa" w:w="1250"/>
          </w:tcPr>
          <w:p>
            <w:pPr>
              <w:spacing w:after="0"/>
              <w:jc w:val="right"/>
            </w:pPr>
            <w:r>
              <w:rPr>
                <w:sz w:val="16"/>
              </w:rPr>
              <w:t>96.6</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31.2</w:t>
            </w:r>
          </w:p>
        </w:tc>
        <w:tc>
          <w:tcPr>
            <w:tcW w:type="dxa" w:w="1311"/>
          </w:tcPr>
          <w:p>
            <w:pPr>
              <w:spacing w:after="0"/>
              <w:jc w:val="right"/>
            </w:pPr>
            <w:r>
              <w:rPr>
                <w:sz w:val="16"/>
              </w:rPr>
              <w:t>31.5</w:t>
            </w:r>
          </w:p>
        </w:tc>
        <w:tc>
          <w:tcPr>
            <w:tcW w:type="dxa" w:w="1250"/>
          </w:tcPr>
          <w:p>
            <w:pPr>
              <w:spacing w:after="0"/>
              <w:jc w:val="right"/>
            </w:pPr>
            <w:r>
              <w:rPr>
                <w:sz w:val="16"/>
              </w:rPr>
              <w:t>53.7</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59.2</w:t>
            </w:r>
          </w:p>
        </w:tc>
        <w:tc>
          <w:tcPr>
            <w:tcW w:type="dxa" w:w="1311"/>
          </w:tcPr>
          <w:p>
            <w:pPr>
              <w:spacing w:after="0"/>
              <w:jc w:val="right"/>
            </w:pPr>
            <w:r>
              <w:rPr>
                <w:sz w:val="16"/>
              </w:rPr>
              <w:t>66.7</w:t>
            </w:r>
          </w:p>
        </w:tc>
        <w:tc>
          <w:tcPr>
            <w:tcW w:type="dxa" w:w="1250"/>
          </w:tcPr>
          <w:p>
            <w:pPr>
              <w:spacing w:after="0"/>
              <w:jc w:val="right"/>
            </w:pPr>
            <w:r>
              <w:rPr>
                <w:sz w:val="16"/>
              </w:rPr>
              <w:t>69.9</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17.8</w:t>
            </w:r>
          </w:p>
        </w:tc>
        <w:tc>
          <w:tcPr>
            <w:tcW w:type="dxa" w:w="1311"/>
          </w:tcPr>
          <w:p>
            <w:pPr>
              <w:spacing w:after="0"/>
              <w:jc w:val="right"/>
            </w:pPr>
            <w:r>
              <w:rPr>
                <w:sz w:val="16"/>
              </w:rPr>
              <w:t>30.2</w:t>
            </w:r>
          </w:p>
        </w:tc>
        <w:tc>
          <w:tcPr>
            <w:tcW w:type="dxa" w:w="1250"/>
          </w:tcPr>
          <w:p>
            <w:pPr>
              <w:spacing w:after="0"/>
              <w:jc w:val="right"/>
            </w:pPr>
            <w:r>
              <w:rPr>
                <w:sz w:val="16"/>
              </w:rPr>
              <w:t>33.3</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92.2</w:t>
            </w:r>
          </w:p>
        </w:tc>
        <w:tc>
          <w:tcPr>
            <w:tcW w:type="dxa" w:w="1311"/>
          </w:tcPr>
          <w:p>
            <w:pPr>
              <w:spacing w:after="0"/>
              <w:jc w:val="right"/>
            </w:pPr>
            <w:r>
              <w:rPr>
                <w:sz w:val="16"/>
              </w:rPr>
              <w:t>94.1</w:t>
            </w:r>
          </w:p>
        </w:tc>
        <w:tc>
          <w:tcPr>
            <w:tcW w:type="dxa" w:w="1250"/>
          </w:tcPr>
          <w:p>
            <w:pPr>
              <w:spacing w:after="0"/>
              <w:jc w:val="right"/>
            </w:pPr>
            <w:r>
              <w:rPr>
                <w:sz w:val="16"/>
              </w:rPr>
              <w:t>95.7</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2.0</w:t>
            </w:r>
          </w:p>
        </w:tc>
        <w:tc>
          <w:tcPr>
            <w:tcW w:type="dxa" w:w="1311"/>
          </w:tcPr>
          <w:p>
            <w:pPr>
              <w:spacing w:after="0"/>
              <w:jc w:val="right"/>
            </w:pPr>
            <w:r>
              <w:rPr>
                <w:sz w:val="16"/>
              </w:rPr>
              <w:t>2.5</w:t>
            </w:r>
          </w:p>
        </w:tc>
        <w:tc>
          <w:tcPr>
            <w:tcW w:type="dxa" w:w="1250"/>
          </w:tcPr>
          <w:p>
            <w:pPr>
              <w:spacing w:after="0"/>
              <w:jc w:val="right"/>
            </w:pPr>
            <w:r>
              <w:rPr>
                <w:sz w:val="16"/>
              </w:rPr>
              <w:t>2.7</w:t>
            </w:r>
          </w:p>
        </w:tc>
        <w:tc>
          <w:tcPr>
            <w:tcW w:type="dxa" w:w="6992"/>
          </w:tcPr>
          <w:p>
            <w:pPr>
              <w:spacing w:after="0"/>
              <w:jc w:val="left"/>
            </w:pPr>
            <w:r>
              <w:rPr>
                <w:sz w:val="16"/>
              </w:rPr>
              <w:t>Very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42.1</w:t>
            </w:r>
          </w:p>
        </w:tc>
        <w:tc>
          <w:tcPr>
            <w:tcW w:type="dxa" w:w="1311"/>
          </w:tcPr>
          <w:p>
            <w:pPr>
              <w:spacing w:after="0"/>
              <w:jc w:val="right"/>
            </w:pPr>
            <w:r>
              <w:rPr>
                <w:sz w:val="16"/>
              </w:rPr>
              <w:t>46.4</w:t>
            </w:r>
          </w:p>
        </w:tc>
        <w:tc>
          <w:tcPr>
            <w:tcW w:type="dxa" w:w="1250"/>
          </w:tcPr>
          <w:p>
            <w:pPr>
              <w:spacing w:after="0"/>
              <w:jc w:val="right"/>
            </w:pPr>
            <w:r>
              <w:rPr>
                <w:sz w:val="16"/>
              </w:rPr>
              <w:t>66.2</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23.8</w:t>
            </w:r>
          </w:p>
        </w:tc>
        <w:tc>
          <w:tcPr>
            <w:tcW w:type="dxa" w:w="1311"/>
          </w:tcPr>
          <w:p>
            <w:pPr>
              <w:spacing w:after="0"/>
              <w:jc w:val="right"/>
            </w:pPr>
            <w:r>
              <w:rPr>
                <w:sz w:val="16"/>
              </w:rPr>
              <w:t>26.7</w:t>
            </w:r>
          </w:p>
        </w:tc>
        <w:tc>
          <w:tcPr>
            <w:tcW w:type="dxa" w:w="1250"/>
          </w:tcPr>
          <w:p>
            <w:pPr>
              <w:spacing w:after="0"/>
              <w:jc w:val="right"/>
            </w:pPr>
            <w:r>
              <w:rPr>
                <w:sz w:val="16"/>
              </w:rPr>
              <w:t>27.1</w:t>
            </w:r>
          </w:p>
        </w:tc>
        <w:tc>
          <w:tcPr>
            <w:tcW w:type="dxa" w:w="6992"/>
          </w:tcPr>
          <w:p>
            <w:pPr>
              <w:spacing w:after="0"/>
              <w:jc w:val="left"/>
            </w:pPr>
            <w:r>
              <w:rPr>
                <w:sz w:val="16"/>
              </w:rPr>
              <w:t>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69.3</w:t>
            </w:r>
          </w:p>
        </w:tc>
        <w:tc>
          <w:tcPr>
            <w:tcW w:type="dxa" w:w="1311"/>
          </w:tcPr>
          <w:p>
            <w:pPr>
              <w:spacing w:after="0"/>
              <w:jc w:val="right"/>
            </w:pPr>
            <w:r>
              <w:rPr>
                <w:sz w:val="16"/>
              </w:rPr>
              <w:t>83.6</w:t>
            </w:r>
          </w:p>
        </w:tc>
        <w:tc>
          <w:tcPr>
            <w:tcW w:type="dxa" w:w="1250"/>
          </w:tcPr>
          <w:p>
            <w:pPr>
              <w:spacing w:after="0"/>
              <w:jc w:val="right"/>
            </w:pPr>
            <w:r>
              <w:rPr>
                <w:sz w:val="16"/>
              </w:rPr>
              <w:t>87.1</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54.5</w:t>
            </w:r>
          </w:p>
        </w:tc>
        <w:tc>
          <w:tcPr>
            <w:tcW w:type="dxa" w:w="1311"/>
          </w:tcPr>
          <w:p>
            <w:pPr>
              <w:spacing w:after="0"/>
              <w:jc w:val="right"/>
            </w:pPr>
            <w:r>
              <w:rPr>
                <w:sz w:val="16"/>
              </w:rPr>
              <w:t>66.4</w:t>
            </w:r>
          </w:p>
        </w:tc>
        <w:tc>
          <w:tcPr>
            <w:tcW w:type="dxa" w:w="1250"/>
          </w:tcPr>
          <w:p>
            <w:pPr>
              <w:spacing w:after="0"/>
              <w:jc w:val="right"/>
            </w:pPr>
            <w:r>
              <w:rPr>
                <w:sz w:val="16"/>
              </w:rPr>
              <w:t>72.9</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69.5</w:t>
            </w:r>
          </w:p>
        </w:tc>
        <w:tc>
          <w:tcPr>
            <w:tcW w:type="dxa" w:w="1311"/>
          </w:tcPr>
          <w:p>
            <w:pPr>
              <w:spacing w:after="0"/>
              <w:jc w:val="right"/>
            </w:pPr>
            <w:r>
              <w:rPr>
                <w:sz w:val="16"/>
              </w:rPr>
              <w:t>81.9</w:t>
            </w:r>
          </w:p>
        </w:tc>
        <w:tc>
          <w:tcPr>
            <w:tcW w:type="dxa" w:w="1250"/>
          </w:tcPr>
          <w:p>
            <w:pPr>
              <w:spacing w:after="0"/>
              <w:jc w:val="right"/>
            </w:pPr>
            <w:r>
              <w:rPr>
                <w:sz w:val="16"/>
              </w:rPr>
              <w:t>87.7</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78.5</w:t>
            </w:r>
          </w:p>
        </w:tc>
        <w:tc>
          <w:tcPr>
            <w:tcW w:type="dxa" w:w="1311"/>
          </w:tcPr>
          <w:p>
            <w:pPr>
              <w:spacing w:after="0"/>
              <w:jc w:val="right"/>
            </w:pPr>
            <w:r>
              <w:rPr>
                <w:sz w:val="16"/>
              </w:rPr>
              <w:t>81.1</w:t>
            </w:r>
          </w:p>
        </w:tc>
        <w:tc>
          <w:tcPr>
            <w:tcW w:type="dxa" w:w="1250"/>
          </w:tcPr>
          <w:p>
            <w:pPr>
              <w:spacing w:after="0"/>
              <w:jc w:val="right"/>
            </w:pPr>
            <w:r>
              <w:rPr>
                <w:sz w:val="16"/>
              </w:rPr>
              <w:t>82.0</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31.2</w:t>
            </w:r>
          </w:p>
        </w:tc>
        <w:tc>
          <w:tcPr>
            <w:tcW w:type="dxa" w:w="1311"/>
          </w:tcPr>
          <w:p>
            <w:pPr>
              <w:spacing w:after="0"/>
              <w:jc w:val="right"/>
            </w:pPr>
            <w:r>
              <w:rPr>
                <w:sz w:val="16"/>
              </w:rPr>
              <w:t>37.6</w:t>
            </w:r>
          </w:p>
        </w:tc>
        <w:tc>
          <w:tcPr>
            <w:tcW w:type="dxa" w:w="1250"/>
          </w:tcPr>
          <w:p>
            <w:pPr>
              <w:spacing w:after="0"/>
              <w:jc w:val="right"/>
            </w:pPr>
            <w:r>
              <w:rPr>
                <w:sz w:val="16"/>
              </w:rPr>
              <w:t>43.7</w:t>
            </w:r>
          </w:p>
        </w:tc>
        <w:tc>
          <w:tcPr>
            <w:tcW w:type="dxa" w:w="6992"/>
          </w:tcPr>
          <w:p>
            <w:pPr>
              <w:spacing w:after="0"/>
              <w:jc w:val="left"/>
            </w:pPr>
            <w:r>
              <w:rPr>
                <w:sz w:val="16"/>
              </w:rPr>
              <w:t>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73%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83%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1702"/>
        <w:gridCol w:w="2465"/>
        <w:gridCol w:w="2574"/>
        <w:gridCol w:w="2661"/>
        <w:gridCol w:w="2901"/>
      </w:tblGrid>
      <w:tr>
        <w:trPr>
          <w:cantSplit/>
          <w:tblHeader/>
        </w:trPr>
        <w:tc>
          <w:tcPr>
            <w:tcW w:type="dxa" w:w="1811"/>
            <w:shd w:val="clear" w:color="auto" w:fill="E8E8E8"/>
          </w:tcPr>
          <w:p>
            <w:pPr>
              <w:spacing w:after="0"/>
              <w:jc w:val="left"/>
            </w:pPr>
            <w:r>
              <w:rPr>
                <w:b/>
                <w:sz w:val="16"/>
              </w:rPr>
              <w:t>Jurisdiction</w:t>
            </w:r>
          </w:p>
        </w:tc>
        <w:tc>
          <w:tcPr>
            <w:tcW w:type="dxa" w:w="1702"/>
            <w:shd w:val="clear" w:color="auto" w:fill="E8E8E8"/>
          </w:tcPr>
          <w:p>
            <w:pPr>
              <w:spacing w:after="0"/>
              <w:jc w:val="left"/>
            </w:pPr>
            <w:r>
              <w:rPr>
                <w:b/>
                <w:sz w:val="16"/>
              </w:rPr>
              <w:t>Type</w:t>
            </w:r>
          </w:p>
        </w:tc>
        <w:tc>
          <w:tcPr>
            <w:tcW w:type="dxa" w:w="2465"/>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Miller County (unincorporated area)</w:t>
            </w:r>
          </w:p>
        </w:tc>
        <w:tc>
          <w:tcPr>
            <w:tcW w:type="dxa" w:w="1702"/>
          </w:tcPr>
          <w:p>
            <w:pPr>
              <w:spacing w:after="0"/>
              <w:jc w:val="left"/>
            </w:pPr>
            <w:r>
              <w:rPr>
                <w:sz w:val="16"/>
              </w:rPr>
              <w:t>Unincorporated</w:t>
            </w:r>
          </w:p>
        </w:tc>
        <w:tc>
          <w:tcPr>
            <w:tcW w:type="dxa" w:w="2465"/>
          </w:tcPr>
          <w:p>
            <w:pPr>
              <w:spacing w:after="0"/>
              <w:jc w:val="left"/>
            </w:pPr>
            <w:r>
              <w:rPr>
                <w:sz w:val="16"/>
              </w:rPr>
              <w:t>Expired on 2026-06-27</w:t>
            </w:r>
          </w:p>
        </w:tc>
        <w:tc>
          <w:tcPr>
            <w:tcW w:type="dxa" w:w="2574"/>
          </w:tcPr>
          <w:p>
            <w:pPr>
              <w:spacing w:after="0"/>
              <w:jc w:val="right"/>
            </w:pPr>
            <w:r>
              <w:rPr>
                <w:sz w:val="16"/>
              </w:rPr>
              <w:t>FMA RL 0, SRL 0; any 1</w:t>
            </w:r>
          </w:p>
        </w:tc>
        <w:tc>
          <w:tcPr>
            <w:tcW w:type="dxa" w:w="2661"/>
          </w:tcPr>
          <w:p>
            <w:pPr>
              <w:spacing w:after="0"/>
              <w:jc w:val="right"/>
            </w:pPr>
            <w:r>
              <w:rPr>
                <w:sz w:val="16"/>
              </w:rPr>
              <w:t>$721,409.63</w:t>
            </w:r>
          </w:p>
        </w:tc>
        <w:tc>
          <w:tcPr>
            <w:tcW w:type="dxa" w:w="2901"/>
          </w:tcPr>
          <w:p>
            <w:pPr>
              <w:spacing w:after="0"/>
              <w:jc w:val="right"/>
            </w:pPr>
            <w:r>
              <w:rPr>
                <w:sz w:val="16"/>
              </w:rPr>
              <w:t>0 total; 0 since its plan</w:t>
            </w:r>
          </w:p>
        </w:tc>
      </w:tr>
      <w:tr>
        <w:trPr>
          <w:cantSplit/>
        </w:trPr>
        <w:tc>
          <w:tcPr>
            <w:tcW w:type="dxa" w:w="1811"/>
          </w:tcPr>
          <w:p>
            <w:pPr>
              <w:spacing w:after="0"/>
              <w:jc w:val="left"/>
            </w:pPr>
            <w:r>
              <w:rPr>
                <w:sz w:val="16"/>
              </w:rPr>
              <w:t>Colquitt city</w:t>
            </w:r>
          </w:p>
        </w:tc>
        <w:tc>
          <w:tcPr>
            <w:tcW w:type="dxa" w:w="1702"/>
          </w:tcPr>
          <w:p>
            <w:pPr>
              <w:spacing w:after="0"/>
              <w:jc w:val="left"/>
            </w:pPr>
            <w:r>
              <w:rPr>
                <w:sz w:val="16"/>
              </w:rPr>
              <w:t>City</w:t>
            </w:r>
          </w:p>
        </w:tc>
        <w:tc>
          <w:tcPr>
            <w:tcW w:type="dxa" w:w="2465"/>
          </w:tcPr>
          <w:p>
            <w:pPr>
              <w:spacing w:after="0"/>
              <w:jc w:val="left"/>
            </w:pPr>
            <w:r>
              <w:rPr>
                <w:sz w:val="16"/>
              </w:rPr>
              <w:t>Expired on 2026-06-27</w:t>
            </w:r>
          </w:p>
        </w:tc>
        <w:tc>
          <w:tcPr>
            <w:tcW w:type="dxa" w:w="2574"/>
          </w:tcPr>
          <w:p>
            <w:pPr>
              <w:spacing w:after="0"/>
              <w:jc w:val="right"/>
            </w:pPr>
            <w:r>
              <w:rPr>
                <w:sz w:val="16"/>
              </w:rPr>
              <w:t>FMA RL 0, SRL 0; any 0</w:t>
            </w:r>
          </w:p>
        </w:tc>
        <w:tc>
          <w:tcPr>
            <w:tcW w:type="dxa" w:w="2661"/>
          </w:tcPr>
          <w:p>
            <w:pPr>
              <w:spacing w:after="0"/>
              <w:jc w:val="right"/>
            </w:pPr>
            <w:r>
              <w:rPr>
                <w:sz w:val="16"/>
              </w:rPr>
              <w:t>$355,404.88</w:t>
            </w:r>
          </w:p>
        </w:tc>
        <w:tc>
          <w:tcPr>
            <w:tcW w:type="dxa" w:w="2901"/>
          </w:tcPr>
          <w:p>
            <w:pPr>
              <w:spacing w:after="0"/>
              <w:jc w:val="right"/>
            </w:pPr>
            <w:r>
              <w:rPr>
                <w:sz w:val="16"/>
              </w:rPr>
              <w:t>56 total; 16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2021-06-28</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$1,619,057,364</w:t>
            </w:r>
          </w:p>
        </w:tc>
        <w:tc>
          <w:tcPr>
            <w:tcW w:type="dxa" w:w="1134"/>
          </w:tcPr>
          <w:p>
            <w:pPr>
              <w:spacing w:after="0"/>
              <w:jc w:val="right"/>
            </w:pPr>
            <w:r>
              <w:rPr>
                <w:sz w:val="16"/>
              </w:rPr>
              <w:t>$61,660,571</w:t>
            </w:r>
          </w:p>
        </w:tc>
        <w:tc>
          <w:tcPr>
            <w:tcW w:type="dxa" w:w="1043"/>
          </w:tcPr>
          <w:p>
            <w:pPr>
              <w:spacing w:after="0"/>
              <w:jc w:val="right"/>
            </w:pPr>
            <w:r>
              <w:rPr>
                <w:sz w:val="16"/>
              </w:rPr>
              <w:t>5,989</w:t>
            </w:r>
          </w:p>
        </w:tc>
        <w:tc>
          <w:tcPr>
            <w:tcW w:type="dxa" w:w="1037"/>
          </w:tcPr>
          <w:p>
            <w:pPr>
              <w:spacing w:after="0"/>
              <w:jc w:val="right"/>
            </w:pPr>
            <w:r>
              <w:rPr>
                <w:sz w:val="16"/>
              </w:rPr>
              <w:t>$420</w:t>
            </w:r>
          </w:p>
        </w:tc>
        <w:tc>
          <w:tcPr>
            <w:tcW w:type="dxa" w:w="1126"/>
          </w:tcPr>
          <w:p>
            <w:pPr>
              <w:spacing w:after="0"/>
              <w:jc w:val="right"/>
            </w:pPr>
            <w:r>
              <w:rPr>
                <w:sz w:val="16"/>
              </w:rPr>
              <w:t>$371,134</w:t>
            </w:r>
          </w:p>
        </w:tc>
        <w:tc>
          <w:tcPr>
            <w:tcW w:type="dxa" w:w="970"/>
          </w:tcPr>
          <w:p>
            <w:pPr>
              <w:spacing w:after="0"/>
              <w:jc w:val="right"/>
            </w:pPr>
            <w:r>
              <w:rPr>
                <w:sz w:val="16"/>
              </w:rPr>
              <w:t>$135,213</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$40,857,889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$283,264</w:t>
            </w:r>
          </w:p>
        </w:tc>
        <w:tc>
          <w:tcPr>
            <w:tcW w:type="dxa" w:w="970"/>
          </w:tcPr>
          <w:p>
            <w:pPr>
              <w:spacing w:after="0"/>
              <w:jc w:val="right"/>
            </w:pPr>
            <w:r>
              <w:rPr>
                <w:sz w:val="16"/>
              </w:rPr>
              <w:t>n/a</w:t>
            </w:r>
          </w:p>
        </w:tc>
        <w:tc>
          <w:tcPr>
            <w:tcW w:type="dxa" w:w="1305"/>
          </w:tcPr>
          <w:p>
            <w:pPr>
              <w:spacing w:after="0"/>
              <w:jc w:val="right"/>
            </w:pPr>
            <w:r>
              <w:rPr>
                <w:sz w:val="16"/>
              </w:rPr>
              <w:t>0.693%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$2,891,905,314</w:t>
            </w:r>
          </w:p>
        </w:tc>
        <w:tc>
          <w:tcPr>
            <w:tcW w:type="dxa" w:w="1134"/>
          </w:tcPr>
          <w:p>
            <w:pPr>
              <w:spacing w:after="0"/>
              <w:jc w:val="right"/>
            </w:pPr>
            <w:r>
              <w:rPr>
                <w:sz w:val="16"/>
              </w:rPr>
              <w:t>n/a</w:t>
            </w:r>
          </w:p>
        </w:tc>
        <w:tc>
          <w:tcPr>
            <w:tcW w:type="dxa" w:w="1043"/>
          </w:tcPr>
          <w:p>
            <w:pPr>
              <w:spacing w:after="0"/>
              <w:jc w:val="right"/>
            </w:pPr>
            <w:r>
              <w:rPr>
                <w:sz w:val="16"/>
              </w:rPr>
              <w:t>6,000</w:t>
            </w:r>
          </w:p>
        </w:tc>
        <w:tc>
          <w:tcPr>
            <w:tcW w:type="dxa" w:w="1037"/>
          </w:tcPr>
          <w:p>
            <w:pPr>
              <w:spacing w:after="0"/>
              <w:jc w:val="right"/>
            </w:pPr>
            <w:r>
              <w:rPr>
                <w:sz w:val="16"/>
              </w:rPr>
              <w:t>$32,968</w:t>
            </w:r>
          </w:p>
        </w:tc>
        <w:tc>
          <w:tcPr>
            <w:tcW w:type="dxa" w:w="1126"/>
          </w:tcPr>
          <w:p>
            <w:pPr>
              <w:spacing w:after="0"/>
              <w:jc w:val="right"/>
            </w:pPr>
            <w:r>
              <w:rPr>
                <w:sz w:val="16"/>
              </w:rPr>
              <w:t>n/a</w:t>
            </w:r>
          </w:p>
        </w:tc>
        <w:tc>
          <w:tcPr>
            <w:tcW w:type="dxa" w:w="970"/>
          </w:tcPr>
          <w:p>
            <w:pPr>
              <w:spacing w:after="0"/>
              <w:jc w:val="right"/>
            </w:pPr>
            <w:r>
              <w:rPr>
                <w:sz w:val="16"/>
              </w:rPr>
              <w:t>$11,219</w:t>
            </w:r>
          </w:p>
        </w:tc>
        <w:tc>
          <w:tcPr>
            <w:tcW w:type="dxa" w:w="1305"/>
          </w:tcPr>
          <w:p>
            <w:pPr>
              <w:spacing w:after="0"/>
              <w:jc w:val="right"/>
            </w:pPr>
            <w:r>
              <w:rPr>
                <w:sz w:val="16"/>
              </w:rPr>
              <w:t>0.00114%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$1,619,057,364</w:t>
            </w:r>
          </w:p>
        </w:tc>
        <w:tc>
          <w:tcPr>
            <w:tcW w:type="dxa" w:w="1134"/>
          </w:tcPr>
          <w:p>
            <w:pPr>
              <w:spacing w:after="0"/>
              <w:jc w:val="right"/>
            </w:pPr>
            <w:r>
              <w:rPr>
                <w:sz w:val="16"/>
              </w:rPr>
              <w:t>$61,660,571</w:t>
            </w:r>
          </w:p>
        </w:tc>
        <w:tc>
          <w:tcPr>
            <w:tcW w:type="dxa" w:w="1043"/>
          </w:tcPr>
          <w:p>
            <w:pPr>
              <w:spacing w:after="0"/>
              <w:jc w:val="right"/>
            </w:pPr>
            <w:r>
              <w:rPr>
                <w:sz w:val="16"/>
              </w:rPr>
              <w:t>5,989</w:t>
            </w:r>
          </w:p>
        </w:tc>
        <w:tc>
          <w:tcPr>
            <w:tcW w:type="dxa" w:w="1037"/>
          </w:tcPr>
          <w:p>
            <w:pPr>
              <w:spacing w:after="0"/>
              <w:jc w:val="right"/>
            </w:pPr>
            <w:r>
              <w:rPr>
                <w:sz w:val="16"/>
              </w:rPr>
              <w:t>$2,937</w:t>
            </w:r>
          </w:p>
        </w:tc>
        <w:tc>
          <w:tcPr>
            <w:tcW w:type="dxa" w:w="1126"/>
          </w:tcPr>
          <w:p>
            <w:pPr>
              <w:spacing w:after="0"/>
              <w:jc w:val="right"/>
            </w:pPr>
            <w:r>
              <w:rPr>
                <w:sz w:val="16"/>
              </w:rPr>
              <w:t>$35,805</w:t>
            </w:r>
          </w:p>
        </w:tc>
        <w:tc>
          <w:tcPr>
            <w:tcW w:type="dxa" w:w="970"/>
          </w:tcPr>
          <w:p>
            <w:pPr>
              <w:spacing w:after="0"/>
              <w:jc w:val="right"/>
            </w:pPr>
            <w:r>
              <w:rPr>
                <w:sz w:val="16"/>
              </w:rPr>
              <w:t>$4,284</w:t>
            </w:r>
          </w:p>
        </w:tc>
        <w:tc>
          <w:tcPr>
            <w:tcW w:type="dxa" w:w="1305"/>
          </w:tcPr>
          <w:p>
            <w:pPr>
              <w:spacing w:after="0"/>
              <w:jc w:val="right"/>
            </w:pPr>
            <w:r>
              <w:rPr>
                <w:sz w:val="16"/>
              </w:rPr>
              <w:t>0.000181%</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$1,619,057,364</w:t>
            </w:r>
          </w:p>
        </w:tc>
        <w:tc>
          <w:tcPr>
            <w:tcW w:type="dxa" w:w="1134"/>
          </w:tcPr>
          <w:p>
            <w:pPr>
              <w:spacing w:after="0"/>
              <w:jc w:val="right"/>
            </w:pPr>
            <w:r>
              <w:rPr>
                <w:sz w:val="16"/>
              </w:rPr>
              <w:t>$61,660,571</w:t>
            </w:r>
          </w:p>
        </w:tc>
        <w:tc>
          <w:tcPr>
            <w:tcW w:type="dxa" w:w="1043"/>
          </w:tcPr>
          <w:p>
            <w:pPr>
              <w:spacing w:after="0"/>
              <w:jc w:val="right"/>
            </w:pPr>
            <w:r>
              <w:rPr>
                <w:sz w:val="16"/>
              </w:rPr>
              <w:t>5,989</w:t>
            </w:r>
          </w:p>
        </w:tc>
        <w:tc>
          <w:tcPr>
            <w:tcW w:type="dxa" w:w="1037"/>
          </w:tcPr>
          <w:p>
            <w:pPr>
              <w:spacing w:after="0"/>
              <w:jc w:val="right"/>
            </w:pPr>
            <w:r>
              <w:rPr>
                <w:sz w:val="16"/>
              </w:rPr>
              <w:t>$5</w:t>
            </w:r>
          </w:p>
        </w:tc>
        <w:tc>
          <w:tcPr>
            <w:tcW w:type="dxa" w:w="1126"/>
          </w:tcPr>
          <w:p>
            <w:pPr>
              <w:spacing w:after="0"/>
              <w:jc w:val="right"/>
            </w:pPr>
            <w:r>
              <w:rPr>
                <w:sz w:val="16"/>
              </w:rPr>
              <w:t>$505</w:t>
            </w:r>
          </w:p>
        </w:tc>
        <w:tc>
          <w:tcPr>
            <w:tcW w:type="dxa" w:w="970"/>
          </w:tcPr>
          <w:p>
            <w:pPr>
              <w:spacing w:after="0"/>
              <w:jc w:val="right"/>
            </w:pPr>
            <w:r>
              <w:rPr>
                <w:sz w:val="16"/>
              </w:rPr>
              <w:t>$44,821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$1,619,057,364</w:t>
            </w:r>
          </w:p>
        </w:tc>
        <w:tc>
          <w:tcPr>
            <w:tcW w:type="dxa" w:w="1134"/>
          </w:tcPr>
          <w:p>
            <w:pPr>
              <w:spacing w:after="0"/>
              <w:jc w:val="right"/>
            </w:pPr>
            <w:r>
              <w:rPr>
                <w:sz w:val="16"/>
              </w:rPr>
              <w:t>$61,653,430</w:t>
            </w:r>
          </w:p>
        </w:tc>
        <w:tc>
          <w:tcPr>
            <w:tcW w:type="dxa" w:w="1043"/>
          </w:tcPr>
          <w:p>
            <w:pPr>
              <w:spacing w:after="0"/>
              <w:jc w:val="right"/>
            </w:pPr>
            <w:r>
              <w:rPr>
                <w:sz w:val="16"/>
              </w:rPr>
              <w:t>5,989</w:t>
            </w:r>
          </w:p>
        </w:tc>
        <w:tc>
          <w:tcPr>
            <w:tcW w:type="dxa" w:w="1037"/>
          </w:tcPr>
          <w:p>
            <w:pPr>
              <w:spacing w:after="0"/>
              <w:jc w:val="right"/>
            </w:pPr>
            <w:r>
              <w:rPr>
                <w:sz w:val="16"/>
              </w:rPr>
              <w:t>$1,770,454</w:t>
            </w:r>
          </w:p>
        </w:tc>
        <w:tc>
          <w:tcPr>
            <w:tcW w:type="dxa" w:w="1126"/>
          </w:tcPr>
          <w:p>
            <w:pPr>
              <w:spacing w:after="0"/>
              <w:jc w:val="right"/>
            </w:pPr>
            <w:r>
              <w:rPr>
                <w:sz w:val="16"/>
              </w:rPr>
              <w:t>$369,190</w:t>
            </w:r>
          </w:p>
        </w:tc>
        <w:tc>
          <w:tcPr>
            <w:tcW w:type="dxa" w:w="970"/>
          </w:tcPr>
          <w:p>
            <w:pPr>
              <w:spacing w:after="0"/>
              <w:jc w:val="right"/>
            </w:pPr>
            <w:r>
              <w:rPr>
                <w:sz w:val="16"/>
              </w:rPr>
              <w:t>$45,001</w:t>
            </w:r>
          </w:p>
        </w:tc>
        <w:tc>
          <w:tcPr>
            <w:tcW w:type="dxa" w:w="1305"/>
          </w:tcPr>
          <w:p>
            <w:pPr>
              <w:spacing w:after="0"/>
              <w:jc w:val="right"/>
            </w:pPr>
            <w:r>
              <w:rPr>
                <w:sz w:val="16"/>
              </w:rPr>
              <w:t>0.109%</w:t>
            </w:r>
          </w:p>
        </w:tc>
        <w:tc>
          <w:tcPr>
            <w:tcW w:type="dxa" w:w="1197"/>
          </w:tcPr>
          <w:p>
            <w:pPr>
              <w:spacing w:after="0"/>
              <w:jc w:val="right"/>
            </w:pPr>
          </w:p>
        </w:tc>
        <w:tc>
          <w:tcPr>
            <w:tcW w:type="dxa" w:w="1093"/>
          </w:tcPr>
          <w:p>
            <w:pPr>
              <w:spacing w:after="0"/>
              <w:jc w:val="right"/>
            </w:pPr>
            <w:r>
              <w:rPr>
                <w:sz w:val="16"/>
              </w:rPr>
              <w:t>$6,000</w:t>
            </w: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$1,619,057,364</w:t>
            </w:r>
          </w:p>
        </w:tc>
        <w:tc>
          <w:tcPr>
            <w:tcW w:type="dxa" w:w="1134"/>
          </w:tcPr>
          <w:p>
            <w:pPr>
              <w:spacing w:after="0"/>
              <w:jc w:val="right"/>
            </w:pPr>
            <w:r>
              <w:rPr>
                <w:sz w:val="16"/>
              </w:rPr>
              <w:t>n/a</w:t>
            </w:r>
          </w:p>
        </w:tc>
        <w:tc>
          <w:tcPr>
            <w:tcW w:type="dxa" w:w="1043"/>
          </w:tcPr>
          <w:p>
            <w:pPr>
              <w:spacing w:after="0"/>
              <w:jc w:val="right"/>
            </w:pPr>
            <w:r>
              <w:rPr>
                <w:sz w:val="16"/>
              </w:rPr>
              <w:t>5,989</w:t>
            </w:r>
          </w:p>
        </w:tc>
        <w:tc>
          <w:tcPr>
            <w:tcW w:type="dxa" w:w="1037"/>
          </w:tcPr>
          <w:p>
            <w:pPr>
              <w:spacing w:after="0"/>
              <w:jc w:val="right"/>
            </w:pPr>
            <w:r>
              <w:rPr>
                <w:sz w:val="16"/>
              </w:rPr>
              <w:t>$32</w:t>
            </w:r>
          </w:p>
        </w:tc>
        <w:tc>
          <w:tcPr>
            <w:tcW w:type="dxa" w:w="1126"/>
          </w:tcPr>
          <w:p>
            <w:pPr>
              <w:spacing w:after="0"/>
              <w:jc w:val="right"/>
            </w:pPr>
            <w:r>
              <w:rPr>
                <w:sz w:val="16"/>
              </w:rPr>
              <w:t>n/a</w:t>
            </w:r>
          </w:p>
        </w:tc>
        <w:tc>
          <w:tcPr>
            <w:tcW w:type="dxa" w:w="970"/>
          </w:tcPr>
          <w:p>
            <w:pPr>
              <w:spacing w:after="0"/>
              <w:jc w:val="right"/>
            </w:pPr>
            <w:r>
              <w:rPr>
                <w:sz w:val="16"/>
              </w:rPr>
              <w:t>$409</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$1,617,992,445</w:t>
            </w:r>
          </w:p>
        </w:tc>
        <w:tc>
          <w:tcPr>
            <w:tcW w:type="dxa" w:w="1134"/>
          </w:tcPr>
          <w:p>
            <w:pPr>
              <w:spacing w:after="0"/>
              <w:jc w:val="right"/>
            </w:pPr>
            <w:r>
              <w:rPr>
                <w:sz w:val="16"/>
              </w:rPr>
              <w:t>$2,265,918</w:t>
            </w:r>
          </w:p>
        </w:tc>
        <w:tc>
          <w:tcPr>
            <w:tcW w:type="dxa" w:w="1043"/>
          </w:tcPr>
          <w:p>
            <w:pPr>
              <w:spacing w:after="0"/>
              <w:jc w:val="right"/>
            </w:pPr>
            <w:r>
              <w:rPr>
                <w:sz w:val="16"/>
              </w:rPr>
              <w:t>338</w:t>
            </w:r>
          </w:p>
        </w:tc>
        <w:tc>
          <w:tcPr>
            <w:tcW w:type="dxa" w:w="1037"/>
          </w:tcPr>
          <w:p>
            <w:pPr>
              <w:spacing w:after="0"/>
              <w:jc w:val="right"/>
            </w:pPr>
            <w:r>
              <w:rPr>
                <w:sz w:val="16"/>
              </w:rPr>
              <w:t>$1,529,372</w:t>
            </w:r>
          </w:p>
        </w:tc>
        <w:tc>
          <w:tcPr>
            <w:tcW w:type="dxa" w:w="1126"/>
          </w:tcPr>
          <w:p>
            <w:pPr>
              <w:spacing w:after="0"/>
              <w:jc w:val="right"/>
            </w:pPr>
            <w:r>
              <w:rPr>
                <w:sz w:val="16"/>
              </w:rPr>
              <w:t>$5,417</w:t>
            </w:r>
          </w:p>
        </w:tc>
        <w:tc>
          <w:tcPr>
            <w:tcW w:type="dxa" w:w="970"/>
          </w:tcPr>
          <w:p>
            <w:pPr>
              <w:spacing w:after="0"/>
              <w:jc w:val="right"/>
            </w:pPr>
            <w:r>
              <w:rPr>
                <w:sz w:val="16"/>
              </w:rPr>
              <w:t>$4,310</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$251,409</w:t>
            </w:r>
          </w:p>
        </w:tc>
        <w:tc>
          <w:tcPr>
            <w:tcW w:type="dxa" w:w="1134"/>
          </w:tcPr>
          <w:p>
            <w:pPr>
              <w:spacing w:after="0"/>
              <w:jc w:val="right"/>
            </w:pPr>
            <w:r>
              <w:rPr>
                <w:sz w:val="16"/>
              </w:rPr>
              <w:t>n/a</w:t>
            </w:r>
          </w:p>
        </w:tc>
        <w:tc>
          <w:tcPr>
            <w:tcW w:type="dxa" w:w="1043"/>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70"/>
          </w:tcPr>
          <w:p>
            <w:pPr>
              <w:spacing w:after="0"/>
              <w:jc w:val="right"/>
            </w:pPr>
            <w:r>
              <w:rPr>
                <w:sz w:val="16"/>
              </w:rPr>
              <w:t>under $1</w:t>
            </w:r>
          </w:p>
        </w:tc>
        <w:tc>
          <w:tcPr>
            <w:tcW w:type="dxa" w:w="1305"/>
          </w:tcPr>
          <w:p>
            <w:pPr>
              <w:spacing w:after="0"/>
              <w:jc w:val="right"/>
            </w:pPr>
            <w:r>
              <w:rPr>
                <w:sz w:val="16"/>
              </w:rPr>
              <w:t>0.000186%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$1,619,057,364</w:t>
            </w:r>
          </w:p>
        </w:tc>
        <w:tc>
          <w:tcPr>
            <w:tcW w:type="dxa" w:w="1134"/>
          </w:tcPr>
          <w:p>
            <w:pPr>
              <w:spacing w:after="0"/>
              <w:jc w:val="right"/>
            </w:pPr>
            <w:r>
              <w:rPr>
                <w:sz w:val="16"/>
              </w:rPr>
              <w:t>n/a</w:t>
            </w:r>
          </w:p>
        </w:tc>
        <w:tc>
          <w:tcPr>
            <w:tcW w:type="dxa" w:w="1043"/>
          </w:tcPr>
          <w:p>
            <w:pPr>
              <w:spacing w:after="0"/>
              <w:jc w:val="right"/>
            </w:pPr>
            <w:r>
              <w:rPr>
                <w:sz w:val="16"/>
              </w:rPr>
              <w:t>5,989</w:t>
            </w:r>
          </w:p>
        </w:tc>
        <w:tc>
          <w:tcPr>
            <w:tcW w:type="dxa" w:w="1037"/>
          </w:tcPr>
          <w:p>
            <w:pPr>
              <w:spacing w:after="0"/>
              <w:jc w:val="right"/>
            </w:pPr>
            <w:r>
              <w:rPr>
                <w:sz w:val="16"/>
              </w:rPr>
              <w:t>$7,320</w:t>
            </w:r>
          </w:p>
        </w:tc>
        <w:tc>
          <w:tcPr>
            <w:tcW w:type="dxa" w:w="1126"/>
          </w:tcPr>
          <w:p>
            <w:pPr>
              <w:spacing w:after="0"/>
              <w:jc w:val="right"/>
            </w:pPr>
            <w:r>
              <w:rPr>
                <w:sz w:val="16"/>
              </w:rPr>
              <w:t>n/a</w:t>
            </w:r>
          </w:p>
        </w:tc>
        <w:tc>
          <w:tcPr>
            <w:tcW w:type="dxa" w:w="970"/>
          </w:tcPr>
          <w:p>
            <w:pPr>
              <w:spacing w:after="0"/>
              <w:jc w:val="right"/>
            </w:pPr>
            <w:r>
              <w:rPr>
                <w:sz w:val="16"/>
              </w:rPr>
              <w:t>$67,386</w:t>
            </w:r>
          </w:p>
        </w:tc>
        <w:tc>
          <w:tcPr>
            <w:tcW w:type="dxa" w:w="1305"/>
          </w:tcPr>
          <w:p>
            <w:pPr>
              <w:spacing w:after="0"/>
              <w:jc w:val="right"/>
            </w:pPr>
            <w:r>
              <w:rPr>
                <w:sz w:val="16"/>
              </w:rPr>
              <w:t>0.000452%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$1,619,057,364</w:t>
            </w:r>
          </w:p>
        </w:tc>
        <w:tc>
          <w:tcPr>
            <w:tcW w:type="dxa" w:w="1134"/>
          </w:tcPr>
          <w:p>
            <w:pPr>
              <w:spacing w:after="0"/>
              <w:jc w:val="right"/>
            </w:pPr>
            <w:r>
              <w:rPr>
                <w:sz w:val="16"/>
              </w:rPr>
              <w:t>$61,660,571</w:t>
            </w:r>
          </w:p>
        </w:tc>
        <w:tc>
          <w:tcPr>
            <w:tcW w:type="dxa" w:w="1043"/>
          </w:tcPr>
          <w:p>
            <w:pPr>
              <w:spacing w:after="0"/>
              <w:jc w:val="right"/>
            </w:pPr>
            <w:r>
              <w:rPr>
                <w:sz w:val="16"/>
              </w:rPr>
              <w:t>5,989</w:t>
            </w:r>
          </w:p>
        </w:tc>
        <w:tc>
          <w:tcPr>
            <w:tcW w:type="dxa" w:w="1037"/>
          </w:tcPr>
          <w:p>
            <w:pPr>
              <w:spacing w:after="0"/>
              <w:jc w:val="right"/>
            </w:pPr>
            <w:r>
              <w:rPr>
                <w:sz w:val="16"/>
              </w:rPr>
              <w:t>$29,360</w:t>
            </w:r>
          </w:p>
        </w:tc>
        <w:tc>
          <w:tcPr>
            <w:tcW w:type="dxa" w:w="1126"/>
          </w:tcPr>
          <w:p>
            <w:pPr>
              <w:spacing w:after="0"/>
              <w:jc w:val="right"/>
            </w:pPr>
            <w:r>
              <w:rPr>
                <w:sz w:val="16"/>
              </w:rPr>
              <w:t>$2,678</w:t>
            </w:r>
          </w:p>
        </w:tc>
        <w:tc>
          <w:tcPr>
            <w:tcW w:type="dxa" w:w="970"/>
          </w:tcPr>
          <w:p>
            <w:pPr>
              <w:spacing w:after="0"/>
              <w:jc w:val="right"/>
            </w:pPr>
            <w:r>
              <w:rPr>
                <w:sz w:val="16"/>
              </w:rPr>
              <w:t>$37,383</w:t>
            </w:r>
          </w:p>
        </w:tc>
        <w:tc>
          <w:tcPr>
            <w:tcW w:type="dxa" w:w="1305"/>
          </w:tcPr>
          <w:p>
            <w:pPr>
              <w:spacing w:after="0"/>
              <w:jc w:val="right"/>
            </w:pPr>
            <w:r>
              <w:rPr>
                <w:sz w:val="16"/>
              </w:rPr>
              <w:t>0.00181%</w:t>
            </w:r>
          </w:p>
        </w:tc>
        <w:tc>
          <w:tcPr>
            <w:tcW w:type="dxa" w:w="1197"/>
          </w:tcPr>
          <w:p>
            <w:pPr>
              <w:spacing w:after="0"/>
              <w:jc w:val="right"/>
            </w:pPr>
            <w:r>
              <w:rPr>
                <w:sz w:val="16"/>
              </w:rPr>
              <w:t>$72,000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$1,619,057,364</w:t>
            </w:r>
          </w:p>
        </w:tc>
        <w:tc>
          <w:tcPr>
            <w:tcW w:type="dxa" w:w="1134"/>
          </w:tcPr>
          <w:p>
            <w:pPr>
              <w:spacing w:after="0"/>
              <w:jc w:val="right"/>
            </w:pPr>
            <w:r>
              <w:rPr>
                <w:sz w:val="16"/>
              </w:rPr>
              <w:t>$61,660,571</w:t>
            </w:r>
          </w:p>
        </w:tc>
        <w:tc>
          <w:tcPr>
            <w:tcW w:type="dxa" w:w="1043"/>
          </w:tcPr>
          <w:p>
            <w:pPr>
              <w:spacing w:after="0"/>
              <w:jc w:val="right"/>
            </w:pPr>
            <w:r>
              <w:rPr>
                <w:sz w:val="16"/>
              </w:rPr>
              <w:t>5,989</w:t>
            </w:r>
          </w:p>
        </w:tc>
        <w:tc>
          <w:tcPr>
            <w:tcW w:type="dxa" w:w="1037"/>
          </w:tcPr>
          <w:p>
            <w:pPr>
              <w:spacing w:after="0"/>
              <w:jc w:val="right"/>
            </w:pPr>
            <w:r>
              <w:rPr>
                <w:sz w:val="16"/>
              </w:rPr>
              <w:t>$204,719</w:t>
            </w:r>
          </w:p>
        </w:tc>
        <w:tc>
          <w:tcPr>
            <w:tcW w:type="dxa" w:w="1126"/>
          </w:tcPr>
          <w:p>
            <w:pPr>
              <w:spacing w:after="0"/>
              <w:jc w:val="right"/>
            </w:pPr>
            <w:r>
              <w:rPr>
                <w:sz w:val="16"/>
              </w:rPr>
              <w:t>$1,754</w:t>
            </w:r>
          </w:p>
        </w:tc>
        <w:tc>
          <w:tcPr>
            <w:tcW w:type="dxa" w:w="970"/>
          </w:tcPr>
          <w:p>
            <w:pPr>
              <w:spacing w:after="0"/>
              <w:jc w:val="right"/>
            </w:pPr>
            <w:r>
              <w:rPr>
                <w:sz w:val="16"/>
              </w:rPr>
              <w:t>$395,558</w:t>
            </w:r>
          </w:p>
        </w:tc>
        <w:tc>
          <w:tcPr>
            <w:tcW w:type="dxa" w:w="1305"/>
          </w:tcPr>
          <w:p>
            <w:pPr>
              <w:spacing w:after="0"/>
              <w:jc w:val="right"/>
            </w:pPr>
            <w:r>
              <w:rPr>
                <w:sz w:val="16"/>
              </w:rPr>
              <w:t>0.0126%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$369,280,994</w:t>
            </w:r>
          </w:p>
        </w:tc>
        <w:tc>
          <w:tcPr>
            <w:tcW w:type="dxa" w:w="1134"/>
          </w:tcPr>
          <w:p>
            <w:pPr>
              <w:spacing w:after="0"/>
              <w:jc w:val="right"/>
            </w:pPr>
            <w:r>
              <w:rPr>
                <w:sz w:val="16"/>
              </w:rPr>
              <w:t>$9,323,668</w:t>
            </w:r>
          </w:p>
        </w:tc>
        <w:tc>
          <w:tcPr>
            <w:tcW w:type="dxa" w:w="1043"/>
          </w:tcPr>
          <w:p>
            <w:pPr>
              <w:spacing w:after="0"/>
              <w:jc w:val="right"/>
            </w:pPr>
            <w:r>
              <w:rPr>
                <w:sz w:val="16"/>
              </w:rPr>
              <w:t>1,653</w:t>
            </w:r>
          </w:p>
        </w:tc>
        <w:tc>
          <w:tcPr>
            <w:tcW w:type="dxa" w:w="1037"/>
          </w:tcPr>
          <w:p>
            <w:pPr>
              <w:spacing w:after="0"/>
              <w:jc w:val="right"/>
            </w:pPr>
            <w:r>
              <w:rPr>
                <w:sz w:val="16"/>
              </w:rPr>
              <w:t>$13,526</w:t>
            </w:r>
          </w:p>
        </w:tc>
        <w:tc>
          <w:tcPr>
            <w:tcW w:type="dxa" w:w="1126"/>
          </w:tcPr>
          <w:p>
            <w:pPr>
              <w:spacing w:after="0"/>
              <w:jc w:val="right"/>
            </w:pPr>
            <w:r>
              <w:rPr>
                <w:sz w:val="16"/>
              </w:rPr>
              <w:t>$43</w:t>
            </w:r>
          </w:p>
        </w:tc>
        <w:tc>
          <w:tcPr>
            <w:tcW w:type="dxa" w:w="970"/>
          </w:tcPr>
          <w:p>
            <w:pPr>
              <w:spacing w:after="0"/>
              <w:jc w:val="right"/>
            </w:pPr>
            <w:r>
              <w:rPr>
                <w:sz w:val="16"/>
              </w:rPr>
              <w:t>$1,193</w:t>
            </w:r>
          </w:p>
        </w:tc>
        <w:tc>
          <w:tcPr>
            <w:tcW w:type="dxa" w:w="1305"/>
          </w:tcPr>
          <w:p>
            <w:pPr>
              <w:spacing w:after="0"/>
              <w:jc w:val="right"/>
            </w:pPr>
            <w:r>
              <w:rPr>
                <w:sz w:val="16"/>
              </w:rPr>
              <w:t>0.00366%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$1,619,057,364</w:t>
            </w:r>
          </w:p>
        </w:tc>
        <w:tc>
          <w:tcPr>
            <w:tcW w:type="dxa" w:w="1134"/>
          </w:tcPr>
          <w:p>
            <w:pPr>
              <w:spacing w:after="0"/>
              <w:jc w:val="right"/>
            </w:pPr>
            <w:r>
              <w:rPr>
                <w:sz w:val="16"/>
              </w:rPr>
              <w:t>$61,660,571</w:t>
            </w:r>
          </w:p>
        </w:tc>
        <w:tc>
          <w:tcPr>
            <w:tcW w:type="dxa" w:w="1043"/>
          </w:tcPr>
          <w:p>
            <w:pPr>
              <w:spacing w:after="0"/>
              <w:jc w:val="right"/>
            </w:pPr>
            <w:r>
              <w:rPr>
                <w:sz w:val="16"/>
              </w:rPr>
              <w:t>5,989</w:t>
            </w:r>
          </w:p>
        </w:tc>
        <w:tc>
          <w:tcPr>
            <w:tcW w:type="dxa" w:w="1037"/>
          </w:tcPr>
          <w:p>
            <w:pPr>
              <w:spacing w:after="0"/>
              <w:jc w:val="right"/>
            </w:pPr>
            <w:r>
              <w:rPr>
                <w:sz w:val="16"/>
              </w:rPr>
              <w:t>$1,922</w:t>
            </w:r>
          </w:p>
        </w:tc>
        <w:tc>
          <w:tcPr>
            <w:tcW w:type="dxa" w:w="1126"/>
          </w:tcPr>
          <w:p>
            <w:pPr>
              <w:spacing w:after="0"/>
              <w:jc w:val="right"/>
            </w:pPr>
            <w:r>
              <w:rPr>
                <w:sz w:val="16"/>
              </w:rPr>
              <w:t>$51</w:t>
            </w:r>
          </w:p>
        </w:tc>
        <w:tc>
          <w:tcPr>
            <w:tcW w:type="dxa" w:w="970"/>
          </w:tcPr>
          <w:p>
            <w:pPr>
              <w:spacing w:after="0"/>
              <w:jc w:val="right"/>
            </w:pPr>
            <w:r>
              <w:rPr>
                <w:sz w:val="16"/>
              </w:rPr>
              <w:t>$1,365</w:t>
            </w:r>
          </w:p>
        </w:tc>
        <w:tc>
          <w:tcPr>
            <w:tcW w:type="dxa" w:w="1305"/>
          </w:tcPr>
          <w:p>
            <w:pPr>
              <w:spacing w:after="0"/>
              <w:jc w:val="right"/>
            </w:pPr>
            <w:r>
              <w:rPr>
                <w:sz w:val="16"/>
              </w:rPr>
              <w:t>0.000119%</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2021-06-28 (Storm Events through 2026-06-30): 28 county-coded records, 28 with a damage value recorded (including $0), $72,000; 22 zone-level records, 10 with a damage value recorded (including $0), $6,000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5,989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$1,619,057,364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$61,660,571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$4,662,875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$748,141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Miller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Miller County (unincorporated area)</w:t>
            </w:r>
          </w:p>
        </w:tc>
        <w:tc>
          <w:tcPr>
            <w:tcW w:type="dxa" w:w="1604"/>
          </w:tcPr>
          <w:p>
            <w:pPr>
              <w:spacing w:after="0"/>
              <w:jc w:val="left"/>
            </w:pPr>
            <w:r>
              <w:rPr>
                <w:sz w:val="16"/>
              </w:rPr>
              <w:t>130134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Colquitt city</w:t>
            </w:r>
          </w:p>
        </w:tc>
        <w:tc>
          <w:tcPr>
            <w:tcW w:type="dxa" w:w="1604"/>
          </w:tcPr>
          <w:p>
            <w:pPr>
              <w:spacing w:after="0"/>
              <w:jc w:val="left"/>
            </w:pPr>
            <w:r>
              <w:rPr>
                <w:sz w:val="16"/>
              </w:rPr>
              <w:t>130135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Miller County, GA: risk-assessment baseline packet, release 2026-10 (data as of 2026-09-30; County FIPS 13201). Hand-checked on 2026-09-28. </w:t>
      </w:r>
      <w:hyperlink r:id="rId16">
        <w:r>
          <w:rPr>
            <w:color w:val="1F4E99"/>
            <w:sz w:val="17"/>
            <w:u w:val="single"/>
          </w:rPr>
          <w:t>https://hazardplain.org/ga/13201/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spacing w:after="40" w:before="0"/>
      </w:pPr>
      <w:r>
        <w:rPr>
          <w:sz w:val="17"/>
        </w:rPr>
        <w:t>This packet was hand-checked against FEMA and NOAA sources on 2026-09-28.</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Miller County, GA | Risk-assessment baseline packet | release 2026-10, as of 2026-09-30</w:t>
    </w:r>
  </w:p>
  <w:p>
    <w:r>
      <w:rPr>
        <w:b/>
        <w:color w:val="555555"/>
        <w:sz w:val="15"/>
      </w:rPr>
      <w:t>Hand-checked on 2026-09-28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201/"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Miller County, GA: Risk-assessment baseline packet</dc:title>
  <dc:subject>Hazard Plain release 2026-10, as of 2026-09-30. Hand-checked on 2026-09-28</dc:subject>
  <dc:creator>Hazard Plain</dc:creator>
  <cp:keywords>Hazard Plain; hazard mitigation; risk assessment; 13201</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