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Forsyth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2027-12-20</w:t>
      </w:r>
    </w:p>
    <w:p>
      <w:pPr>
        <w:keepNext/>
        <w:spacing w:after="40" w:before="0"/>
      </w:pPr>
      <w:r>
        <w:rPr>
          <w:b/>
        </w:rPr>
        <w:t xml:space="preserve">Plan: </w:t>
      </w:r>
      <w:r>
        <w:rPr/>
        <w:t>Forsyth County (FEMA plan 108386)</w:t>
      </w:r>
    </w:p>
    <w:p>
      <w:pPr>
        <w:keepNext/>
        <w:spacing w:after="40" w:before="0"/>
      </w:pPr>
      <w:r>
        <w:rPr>
          <w:b/>
        </w:rPr>
        <w:t xml:space="preserve">Approved: </w:t>
      </w:r>
      <w:r>
        <w:rPr/>
        <w:t>2022-12-21</w:t>
      </w:r>
    </w:p>
    <w:p>
      <w:pPr>
        <w:keepNext/>
        <w:spacing w:after="40" w:before="0"/>
      </w:pPr>
      <w:r>
        <w:rPr>
          <w:b/>
        </w:rPr>
        <w:t xml:space="preserve">Expires: </w:t>
      </w:r>
      <w:r>
        <w:rPr/>
        <w:t>2027-12-20</w:t>
      </w:r>
    </w:p>
    <w:p>
      <w:pPr>
        <w:keepNext/>
        <w:spacing w:after="40" w:before="0"/>
      </w:pPr>
      <w:r>
        <w:rPr>
          <w:b/>
        </w:rPr>
        <w:t xml:space="preserve">As of: </w:t>
      </w:r>
      <w:r>
        <w:rPr/>
        <w:t>2026-09-28</w:t>
      </w:r>
    </w:p>
    <w:p>
      <w:pPr>
        <w:keepNext/>
        <w:spacing w:after="40" w:before="0"/>
      </w:pPr>
      <w:r>
        <w:rPr>
          <w:b/>
        </w:rPr>
        <w:t xml:space="preserve">Days: </w:t>
      </w:r>
      <w:r>
        <w:rPr/>
        <w:t>448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9"/>
        <w:gridCol w:w="1493"/>
        <w:gridCol w:w="2832"/>
        <w:gridCol w:w="3310"/>
        <w:gridCol w:w="1111"/>
        <w:gridCol w:w="1111"/>
        <w:gridCol w:w="958"/>
        <w:gridCol w:w="1015"/>
        <w:gridCol w:w="694"/>
      </w:tblGrid>
      <w:tr>
        <w:trPr>
          <w:cantSplit/>
          <w:tblHeader/>
        </w:trPr>
        <w:tc>
          <w:tcPr>
            <w:tcW w:type="dxa" w:w="1589"/>
            <w:shd w:val="clear" w:color="auto" w:fill="E8E8E8"/>
          </w:tcPr>
          <w:p>
            <w:pPr>
              <w:spacing w:after="0"/>
              <w:jc w:val="left"/>
            </w:pPr>
            <w:r>
              <w:rPr>
                <w:b/>
                <w:sz w:val="16"/>
              </w:rPr>
              <w:t>Jurisdiction</w:t>
            </w:r>
          </w:p>
        </w:tc>
        <w:tc>
          <w:tcPr>
            <w:tcW w:type="dxa" w:w="1493"/>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3310"/>
            <w:shd w:val="clear" w:color="auto" w:fill="E8E8E8"/>
          </w:tcPr>
          <w:p>
            <w:pPr>
              <w:spacing w:after="0"/>
              <w:jc w:val="left"/>
            </w:pPr>
            <w:r>
              <w:rPr>
                <w:b/>
                <w:sz w:val="16"/>
              </w:rPr>
              <w:t>Plan</w:t>
            </w:r>
          </w:p>
        </w:tc>
        <w:tc>
          <w:tcPr>
            <w:tcW w:type="dxa" w:w="1111"/>
            <w:shd w:val="clear" w:color="auto" w:fill="E8E8E8"/>
          </w:tcPr>
          <w:p>
            <w:pPr>
              <w:spacing w:after="0"/>
              <w:jc w:val="left"/>
            </w:pPr>
            <w:r>
              <w:rPr>
                <w:b/>
                <w:sz w:val="16"/>
              </w:rPr>
              <w:t>Approved</w:t>
            </w:r>
          </w:p>
        </w:tc>
        <w:tc>
          <w:tcPr>
            <w:tcW w:type="dxa" w:w="1111"/>
            <w:shd w:val="clear" w:color="auto" w:fill="E8E8E8"/>
          </w:tcPr>
          <w:p>
            <w:pPr>
              <w:spacing w:after="0"/>
              <w:jc w:val="left"/>
            </w:pPr>
            <w:r>
              <w:rPr>
                <w:b/>
                <w:sz w:val="16"/>
              </w:rPr>
              <w:t>Expires</w:t>
            </w:r>
          </w:p>
        </w:tc>
        <w:tc>
          <w:tcPr>
            <w:tcW w:type="dxa" w:w="9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694"/>
            <w:shd w:val="clear" w:color="auto" w:fill="E8E8E8"/>
          </w:tcPr>
          <w:p>
            <w:pPr>
              <w:spacing w:after="0"/>
              <w:jc w:val="left"/>
            </w:pPr>
            <w:r>
              <w:rPr>
                <w:b/>
                <w:sz w:val="16"/>
              </w:rPr>
              <w:t>Notes</w:t>
            </w:r>
          </w:p>
        </w:tc>
      </w:tr>
      <w:tr>
        <w:trPr>
          <w:cantSplit/>
        </w:trPr>
        <w:tc>
          <w:tcPr>
            <w:tcW w:type="dxa" w:w="1589"/>
          </w:tcPr>
          <w:p>
            <w:pPr>
              <w:spacing w:after="0"/>
              <w:jc w:val="left"/>
            </w:pPr>
            <w:r>
              <w:rPr>
                <w:sz w:val="16"/>
              </w:rPr>
              <w:t>Forsyth County (unincorporated area)</w:t>
            </w:r>
          </w:p>
        </w:tc>
        <w:tc>
          <w:tcPr>
            <w:tcW w:type="dxa" w:w="1493"/>
          </w:tcPr>
          <w:p>
            <w:pPr>
              <w:spacing w:after="0"/>
              <w:jc w:val="left"/>
            </w:pPr>
            <w:r>
              <w:rPr>
                <w:sz w:val="16"/>
              </w:rPr>
              <w:t>Unincorporated</w:t>
            </w:r>
          </w:p>
        </w:tc>
        <w:tc>
          <w:tcPr>
            <w:tcW w:type="dxa" w:w="2832"/>
          </w:tcPr>
          <w:p>
            <w:pPr>
              <w:spacing w:after="0"/>
              <w:jc w:val="left"/>
            </w:pPr>
            <w:r>
              <w:rPr>
                <w:sz w:val="16"/>
              </w:rPr>
              <w:t>Approved, expires 2027-12-20</w:t>
            </w:r>
          </w:p>
        </w:tc>
        <w:tc>
          <w:tcPr>
            <w:tcW w:type="dxa" w:w="3310"/>
          </w:tcPr>
          <w:p>
            <w:pPr>
              <w:spacing w:after="0"/>
              <w:jc w:val="left"/>
            </w:pPr>
            <w:r>
              <w:rPr>
                <w:sz w:val="16"/>
              </w:rPr>
              <w:t>Forsyth County (FEMA plan 108386)</w:t>
            </w:r>
          </w:p>
        </w:tc>
        <w:tc>
          <w:tcPr>
            <w:tcW w:type="dxa" w:w="1111"/>
          </w:tcPr>
          <w:p>
            <w:pPr>
              <w:spacing w:after="0"/>
              <w:jc w:val="left"/>
            </w:pPr>
            <w:r>
              <w:rPr>
                <w:sz w:val="16"/>
              </w:rPr>
              <w:t>2022-12-21</w:t>
            </w:r>
          </w:p>
        </w:tc>
        <w:tc>
          <w:tcPr>
            <w:tcW w:type="dxa" w:w="1111"/>
          </w:tcPr>
          <w:p>
            <w:pPr>
              <w:spacing w:after="0"/>
              <w:jc w:val="left"/>
            </w:pPr>
            <w:r>
              <w:rPr>
                <w:sz w:val="16"/>
              </w:rPr>
              <w:t>2027-12-20</w:t>
            </w:r>
          </w:p>
        </w:tc>
        <w:tc>
          <w:tcPr>
            <w:tcW w:type="dxa" w:w="958"/>
          </w:tcPr>
          <w:p>
            <w:pPr>
              <w:spacing w:after="0"/>
              <w:jc w:val="right"/>
            </w:pPr>
            <w:r>
              <w:rPr>
                <w:sz w:val="16"/>
              </w:rPr>
              <w:t>448</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Cumming city</w:t>
            </w:r>
          </w:p>
        </w:tc>
        <w:tc>
          <w:tcPr>
            <w:tcW w:type="dxa" w:w="1493"/>
          </w:tcPr>
          <w:p>
            <w:pPr>
              <w:spacing w:after="0"/>
              <w:jc w:val="left"/>
            </w:pPr>
            <w:r>
              <w:rPr>
                <w:sz w:val="16"/>
              </w:rPr>
              <w:t>City</w:t>
            </w:r>
          </w:p>
        </w:tc>
        <w:tc>
          <w:tcPr>
            <w:tcW w:type="dxa" w:w="2832"/>
          </w:tcPr>
          <w:p>
            <w:pPr>
              <w:spacing w:after="0"/>
              <w:jc w:val="left"/>
            </w:pPr>
            <w:r>
              <w:rPr>
                <w:sz w:val="16"/>
              </w:rPr>
              <w:t>Approved, expires 2027-12-20</w:t>
            </w:r>
          </w:p>
        </w:tc>
        <w:tc>
          <w:tcPr>
            <w:tcW w:type="dxa" w:w="3310"/>
          </w:tcPr>
          <w:p>
            <w:pPr>
              <w:spacing w:after="0"/>
              <w:jc w:val="left"/>
            </w:pPr>
            <w:r>
              <w:rPr>
                <w:sz w:val="16"/>
              </w:rPr>
              <w:t>Forsyth County (FEMA plan 108386)</w:t>
            </w:r>
          </w:p>
        </w:tc>
        <w:tc>
          <w:tcPr>
            <w:tcW w:type="dxa" w:w="1111"/>
          </w:tcPr>
          <w:p>
            <w:pPr>
              <w:spacing w:after="0"/>
              <w:jc w:val="left"/>
            </w:pPr>
            <w:r>
              <w:rPr>
                <w:sz w:val="16"/>
              </w:rPr>
              <w:t>2022-12-21</w:t>
            </w:r>
          </w:p>
        </w:tc>
        <w:tc>
          <w:tcPr>
            <w:tcW w:type="dxa" w:w="1111"/>
          </w:tcPr>
          <w:p>
            <w:pPr>
              <w:spacing w:after="0"/>
              <w:jc w:val="left"/>
            </w:pPr>
            <w:r>
              <w:rPr>
                <w:sz w:val="16"/>
              </w:rPr>
              <w:t>2027-12-20</w:t>
            </w:r>
          </w:p>
        </w:tc>
        <w:tc>
          <w:tcPr>
            <w:tcW w:type="dxa" w:w="958"/>
          </w:tcPr>
          <w:p>
            <w:pPr>
              <w:spacing w:after="0"/>
              <w:jc w:val="right"/>
            </w:pPr>
            <w:r>
              <w:rPr>
                <w:sz w:val="16"/>
              </w:rPr>
              <w:t>448</w:t>
            </w:r>
          </w:p>
        </w:tc>
        <w:tc>
          <w:tcPr>
            <w:tcW w:type="dxa" w:w="1015"/>
          </w:tcPr>
          <w:p>
            <w:pPr>
              <w:spacing w:after="0"/>
              <w:jc w:val="left"/>
            </w:pPr>
          </w:p>
        </w:tc>
        <w:tc>
          <w:tcPr>
            <w:tcW w:type="dxa" w:w="69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22"/>
        <w:gridCol w:w="1222"/>
        <w:gridCol w:w="1126"/>
        <w:gridCol w:w="1126"/>
        <w:gridCol w:w="1296"/>
        <w:gridCol w:w="1163"/>
        <w:gridCol w:w="1198"/>
        <w:gridCol w:w="2170"/>
        <w:gridCol w:w="1869"/>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2"/>
            <w:shd w:val="clear" w:color="auto" w:fill="E8E8E8"/>
          </w:tcPr>
          <w:p>
            <w:pPr>
              <w:spacing w:after="0"/>
              <w:jc w:val="left"/>
            </w:pPr>
            <w:r>
              <w:rPr>
                <w:b/>
                <w:sz w:val="16"/>
              </w:rPr>
              <w:t>NRI risk rating</w:t>
            </w:r>
          </w:p>
        </w:tc>
        <w:tc>
          <w:tcPr>
            <w:tcW w:type="dxa" w:w="122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9"/>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$57,718,339</w:t>
            </w:r>
          </w:p>
        </w:tc>
        <w:tc>
          <w:tcPr>
            <w:tcW w:type="dxa" w:w="1126"/>
          </w:tcPr>
          <w:p>
            <w:pPr>
              <w:spacing w:after="0"/>
              <w:jc w:val="right"/>
            </w:pPr>
            <w:r>
              <w:rPr>
                <w:sz w:val="16"/>
              </w:rPr>
              <w:t>$25,578</w:t>
            </w:r>
          </w:p>
        </w:tc>
        <w:tc>
          <w:tcPr>
            <w:tcW w:type="dxa" w:w="1296"/>
          </w:tcPr>
          <w:p>
            <w:pPr>
              <w:spacing w:after="0"/>
              <w:jc w:val="right"/>
            </w:pPr>
            <w:r>
              <w:rPr>
                <w:sz w:val="16"/>
              </w:rPr>
              <w:t>$99,841</w:t>
            </w:r>
          </w:p>
        </w:tc>
        <w:tc>
          <w:tcPr>
            <w:tcW w:type="dxa" w:w="1163"/>
          </w:tcPr>
          <w:p>
            <w:pPr>
              <w:spacing w:after="0"/>
              <w:jc w:val="right"/>
            </w:pPr>
            <w:r>
              <w:rPr>
                <w:sz w:val="16"/>
              </w:rPr>
              <w:t>$57,843,758</w:t>
            </w:r>
          </w:p>
        </w:tc>
        <w:tc>
          <w:tcPr>
            <w:tcW w:type="dxa" w:w="1198"/>
          </w:tcPr>
          <w:p>
            <w:pPr>
              <w:spacing w:after="0"/>
              <w:jc w:val="right"/>
            </w:pPr>
            <w:r>
              <w:rPr>
                <w:sz w:val="16"/>
              </w:rPr>
              <w:t>33</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$7,505,390</w:t>
            </w:r>
          </w:p>
        </w:tc>
        <w:tc>
          <w:tcPr>
            <w:tcW w:type="dxa" w:w="1126"/>
          </w:tcPr>
          <w:p>
            <w:pPr>
              <w:spacing w:after="0"/>
              <w:jc w:val="right"/>
            </w:pPr>
            <w:r>
              <w:rPr>
                <w:sz w:val="16"/>
              </w:rPr>
              <w:t>$2,217</w:t>
            </w:r>
          </w:p>
        </w:tc>
        <w:tc>
          <w:tcPr>
            <w:tcW w:type="dxa" w:w="1296"/>
          </w:tcPr>
          <w:p>
            <w:pPr>
              <w:spacing w:after="0"/>
              <w:jc w:val="right"/>
            </w:pPr>
            <w:r>
              <w:rPr>
                <w:sz w:val="16"/>
              </w:rPr>
              <w:t>$8,527,573</w:t>
            </w:r>
          </w:p>
        </w:tc>
        <w:tc>
          <w:tcPr>
            <w:tcW w:type="dxa" w:w="1163"/>
          </w:tcPr>
          <w:p>
            <w:pPr>
              <w:spacing w:after="0"/>
              <w:jc w:val="right"/>
            </w:pPr>
            <w:r>
              <w:rPr>
                <w:sz w:val="16"/>
              </w:rPr>
              <w:t>$16,035,179</w:t>
            </w:r>
          </w:p>
        </w:tc>
        <w:tc>
          <w:tcPr>
            <w:tcW w:type="dxa" w:w="1198"/>
          </w:tcPr>
          <w:p>
            <w:pPr>
              <w:spacing w:after="0"/>
              <w:jc w:val="right"/>
            </w:pPr>
            <w:r>
              <w:rPr>
                <w:sz w:val="16"/>
              </w:rPr>
              <w:t>6</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222"/>
          </w:tcPr>
          <w:p>
            <w:pPr>
              <w:spacing w:after="0"/>
              <w:jc w:val="left"/>
            </w:pPr>
            <w:r>
              <w:rPr>
                <w:sz w:val="16"/>
              </w:rPr>
              <w:t>Relatively Moderate</w:t>
            </w:r>
          </w:p>
        </w:tc>
        <w:tc>
          <w:tcPr>
            <w:tcW w:type="dxa" w:w="1222"/>
          </w:tcPr>
          <w:p>
            <w:pPr>
              <w:spacing w:after="0"/>
              <w:jc w:val="left"/>
            </w:pPr>
            <w:r>
              <w:rPr>
                <w:sz w:val="16"/>
              </w:rPr>
              <w:t>Relatively High</w:t>
            </w:r>
          </w:p>
        </w:tc>
        <w:tc>
          <w:tcPr>
            <w:tcW w:type="dxa" w:w="1126"/>
          </w:tcPr>
          <w:p>
            <w:pPr>
              <w:spacing w:after="0"/>
              <w:jc w:val="right"/>
            </w:pPr>
            <w:r>
              <w:rPr>
                <w:sz w:val="16"/>
              </w:rPr>
              <w:t>$49,350</w:t>
            </w:r>
          </w:p>
        </w:tc>
        <w:tc>
          <w:tcPr>
            <w:tcW w:type="dxa" w:w="1126"/>
          </w:tcPr>
          <w:p>
            <w:pPr>
              <w:spacing w:after="0"/>
              <w:jc w:val="right"/>
            </w:pPr>
            <w:r>
              <w:rPr>
                <w:sz w:val="16"/>
              </w:rPr>
              <w:t>$56,381</w:t>
            </w:r>
          </w:p>
        </w:tc>
        <w:tc>
          <w:tcPr>
            <w:tcW w:type="dxa" w:w="1296"/>
          </w:tcPr>
          <w:p>
            <w:pPr>
              <w:spacing w:after="0"/>
              <w:jc w:val="right"/>
            </w:pPr>
            <w:r>
              <w:rPr>
                <w:sz w:val="16"/>
              </w:rPr>
              <w:t>$5,304,597</w:t>
            </w:r>
          </w:p>
        </w:tc>
        <w:tc>
          <w:tcPr>
            <w:tcW w:type="dxa" w:w="1163"/>
          </w:tcPr>
          <w:p>
            <w:pPr>
              <w:spacing w:after="0"/>
              <w:jc w:val="right"/>
            </w:pPr>
            <w:r>
              <w:rPr>
                <w:sz w:val="16"/>
              </w:rPr>
              <w:t>$5,410,327</w:t>
            </w:r>
          </w:p>
        </w:tc>
        <w:tc>
          <w:tcPr>
            <w:tcW w:type="dxa" w:w="1198"/>
          </w:tcPr>
          <w:p>
            <w:pPr>
              <w:spacing w:after="0"/>
              <w:jc w:val="right"/>
            </w:pPr>
            <w:r>
              <w:rPr>
                <w:sz w:val="16"/>
              </w:rPr>
              <w:t>14</w:t>
            </w:r>
          </w:p>
        </w:tc>
        <w:tc>
          <w:tcPr>
            <w:tcW w:type="dxa" w:w="2170"/>
          </w:tcPr>
          <w:p>
            <w:pPr>
              <w:spacing w:after="0"/>
              <w:jc w:val="left"/>
            </w:pPr>
          </w:p>
        </w:tc>
        <w:tc>
          <w:tcPr>
            <w:tcW w:type="dxa" w:w="1869"/>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222"/>
          </w:tcPr>
          <w:p>
            <w:pPr>
              <w:spacing w:after="0"/>
              <w:jc w:val="left"/>
            </w:pPr>
            <w:r>
              <w:rPr>
                <w:sz w:val="16"/>
              </w:rPr>
              <w:t>Relatively Low</w:t>
            </w:r>
          </w:p>
        </w:tc>
        <w:tc>
          <w:tcPr>
            <w:tcW w:type="dxa" w:w="1222"/>
          </w:tcPr>
          <w:p>
            <w:pPr>
              <w:spacing w:after="0"/>
              <w:jc w:val="left"/>
            </w:pPr>
            <w:r>
              <w:rPr>
                <w:sz w:val="16"/>
              </w:rPr>
              <w:t>Relatively Moderate</w:t>
            </w:r>
          </w:p>
        </w:tc>
        <w:tc>
          <w:tcPr>
            <w:tcW w:type="dxa" w:w="1126"/>
          </w:tcPr>
          <w:p>
            <w:pPr>
              <w:spacing w:after="0"/>
              <w:jc w:val="right"/>
            </w:pPr>
            <w:r>
              <w:rPr>
                <w:sz w:val="16"/>
              </w:rPr>
              <w:t>$2,744,045</w:t>
            </w:r>
          </w:p>
        </w:tc>
        <w:tc>
          <w:tcPr>
            <w:tcW w:type="dxa" w:w="1126"/>
          </w:tcPr>
          <w:p>
            <w:pPr>
              <w:spacing w:after="0"/>
              <w:jc w:val="right"/>
            </w:pPr>
          </w:p>
        </w:tc>
        <w:tc>
          <w:tcPr>
            <w:tcW w:type="dxa" w:w="1296"/>
          </w:tcPr>
          <w:p>
            <w:pPr>
              <w:spacing w:after="0"/>
              <w:jc w:val="right"/>
            </w:pPr>
            <w:r>
              <w:rPr>
                <w:sz w:val="16"/>
              </w:rPr>
              <w:t>$522,056</w:t>
            </w:r>
          </w:p>
        </w:tc>
        <w:tc>
          <w:tcPr>
            <w:tcW w:type="dxa" w:w="1163"/>
          </w:tcPr>
          <w:p>
            <w:pPr>
              <w:spacing w:after="0"/>
              <w:jc w:val="right"/>
            </w:pPr>
            <w:r>
              <w:rPr>
                <w:sz w:val="16"/>
              </w:rPr>
              <w:t>$3,266,102</w:t>
            </w:r>
          </w:p>
        </w:tc>
        <w:tc>
          <w:tcPr>
            <w:tcW w:type="dxa" w:w="1198"/>
          </w:tcPr>
          <w:p>
            <w:pPr>
              <w:spacing w:after="0"/>
              <w:jc w:val="right"/>
            </w:pPr>
          </w:p>
        </w:tc>
        <w:tc>
          <w:tcPr>
            <w:tcW w:type="dxa" w:w="2170"/>
          </w:tcPr>
          <w:p>
            <w:pPr>
              <w:spacing w:after="0"/>
              <w:jc w:val="left"/>
            </w:pPr>
          </w:p>
        </w:tc>
        <w:tc>
          <w:tcPr>
            <w:tcW w:type="dxa" w:w="1869"/>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$2,105,434</w:t>
            </w:r>
          </w:p>
        </w:tc>
        <w:tc>
          <w:tcPr>
            <w:tcW w:type="dxa" w:w="1126"/>
          </w:tcPr>
          <w:p>
            <w:pPr>
              <w:spacing w:after="0"/>
              <w:jc w:val="right"/>
            </w:pPr>
            <w:r>
              <w:rPr>
                <w:sz w:val="16"/>
              </w:rPr>
              <w:t>$143</w:t>
            </w:r>
          </w:p>
        </w:tc>
        <w:tc>
          <w:tcPr>
            <w:tcW w:type="dxa" w:w="1296"/>
          </w:tcPr>
          <w:p>
            <w:pPr>
              <w:spacing w:after="0"/>
              <w:jc w:val="right"/>
            </w:pPr>
            <w:r>
              <w:rPr>
                <w:sz w:val="16"/>
              </w:rPr>
              <w:t>$45,263</w:t>
            </w:r>
          </w:p>
        </w:tc>
        <w:tc>
          <w:tcPr>
            <w:tcW w:type="dxa" w:w="1163"/>
          </w:tcPr>
          <w:p>
            <w:pPr>
              <w:spacing w:after="0"/>
              <w:jc w:val="right"/>
            </w:pPr>
            <w:r>
              <w:rPr>
                <w:sz w:val="16"/>
              </w:rPr>
              <w:t>$2,150,840</w:t>
            </w:r>
          </w:p>
        </w:tc>
        <w:tc>
          <w:tcPr>
            <w:tcW w:type="dxa" w:w="1198"/>
          </w:tcPr>
          <w:p>
            <w:pPr>
              <w:spacing w:after="0"/>
              <w:jc w:val="right"/>
            </w:pPr>
            <w:r>
              <w:rPr>
                <w:sz w:val="16"/>
              </w:rPr>
              <w:t>96</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222"/>
          </w:tcPr>
          <w:p>
            <w:pPr>
              <w:spacing w:after="0"/>
              <w:jc w:val="left"/>
            </w:pPr>
            <w:r>
              <w:rPr>
                <w:sz w:val="16"/>
              </w:rPr>
              <w:t>Relatively Moderate</w:t>
            </w:r>
          </w:p>
        </w:tc>
        <w:tc>
          <w:tcPr>
            <w:tcW w:type="dxa" w:w="1222"/>
          </w:tcPr>
          <w:p>
            <w:pPr>
              <w:spacing w:after="0"/>
              <w:jc w:val="left"/>
            </w:pPr>
            <w:r>
              <w:rPr>
                <w:sz w:val="16"/>
              </w:rPr>
              <w:t>Relatively Moderate</w:t>
            </w:r>
          </w:p>
        </w:tc>
        <w:tc>
          <w:tcPr>
            <w:tcW w:type="dxa" w:w="1126"/>
          </w:tcPr>
          <w:p>
            <w:pPr>
              <w:spacing w:after="0"/>
              <w:jc w:val="right"/>
            </w:pPr>
            <w:r>
              <w:rPr>
                <w:sz w:val="16"/>
              </w:rPr>
              <w:t>$455,245</w:t>
            </w:r>
          </w:p>
        </w:tc>
        <w:tc>
          <w:tcPr>
            <w:tcW w:type="dxa" w:w="1126"/>
          </w:tcPr>
          <w:p>
            <w:pPr>
              <w:spacing w:after="0"/>
              <w:jc w:val="right"/>
            </w:pPr>
            <w:r>
              <w:rPr>
                <w:sz w:val="16"/>
              </w:rPr>
              <w:t>$2,789</w:t>
            </w:r>
          </w:p>
        </w:tc>
        <w:tc>
          <w:tcPr>
            <w:tcW w:type="dxa" w:w="1296"/>
          </w:tcPr>
          <w:p>
            <w:pPr>
              <w:spacing w:after="0"/>
              <w:jc w:val="right"/>
            </w:pPr>
            <w:r>
              <w:rPr>
                <w:sz w:val="16"/>
              </w:rPr>
              <w:t>$1,040,189</w:t>
            </w:r>
          </w:p>
        </w:tc>
        <w:tc>
          <w:tcPr>
            <w:tcW w:type="dxa" w:w="1163"/>
          </w:tcPr>
          <w:p>
            <w:pPr>
              <w:spacing w:after="0"/>
              <w:jc w:val="right"/>
            </w:pPr>
            <w:r>
              <w:rPr>
                <w:sz w:val="16"/>
              </w:rPr>
              <w:t>$1,498,223</w:t>
            </w:r>
          </w:p>
        </w:tc>
        <w:tc>
          <w:tcPr>
            <w:tcW w:type="dxa" w:w="1198"/>
          </w:tcPr>
          <w:p>
            <w:pPr>
              <w:spacing w:after="0"/>
              <w:jc w:val="right"/>
            </w:pPr>
            <w:r>
              <w:rPr>
                <w:sz w:val="16"/>
              </w:rPr>
              <w:t>145</w:t>
            </w:r>
          </w:p>
        </w:tc>
        <w:tc>
          <w:tcPr>
            <w:tcW w:type="dxa" w:w="2170"/>
          </w:tcPr>
          <w:p>
            <w:pPr>
              <w:spacing w:after="0"/>
              <w:jc w:val="left"/>
            </w:pPr>
          </w:p>
        </w:tc>
        <w:tc>
          <w:tcPr>
            <w:tcW w:type="dxa" w:w="1869"/>
          </w:tcPr>
          <w:p>
            <w:pPr>
              <w:spacing w:after="0"/>
              <w:jc w:val="left"/>
            </w:pPr>
            <w:r>
              <w:rPr>
                <w:sz w:val="16"/>
              </w:rPr>
              <w:t>Includes 4 High Wind records and 13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222"/>
          </w:tcPr>
          <w:p>
            <w:pPr>
              <w:spacing w:after="0"/>
              <w:jc w:val="left"/>
            </w:pPr>
            <w:r>
              <w:rPr>
                <w:sz w:val="16"/>
              </w:rPr>
              <w:t>Relatively High</w:t>
            </w:r>
          </w:p>
        </w:tc>
        <w:tc>
          <w:tcPr>
            <w:tcW w:type="dxa" w:w="1222"/>
          </w:tcPr>
          <w:p>
            <w:pPr>
              <w:spacing w:after="0"/>
              <w:jc w:val="left"/>
            </w:pPr>
            <w:r>
              <w:rPr>
                <w:sz w:val="16"/>
              </w:rPr>
              <w:t>Relatively High</w:t>
            </w:r>
          </w:p>
        </w:tc>
        <w:tc>
          <w:tcPr>
            <w:tcW w:type="dxa" w:w="1126"/>
          </w:tcPr>
          <w:p>
            <w:pPr>
              <w:spacing w:after="0"/>
              <w:jc w:val="right"/>
            </w:pPr>
            <w:r>
              <w:rPr>
                <w:sz w:val="16"/>
              </w:rPr>
              <w:t>$254,821</w:t>
            </w:r>
          </w:p>
        </w:tc>
        <w:tc>
          <w:tcPr>
            <w:tcW w:type="dxa" w:w="1126"/>
          </w:tcPr>
          <w:p>
            <w:pPr>
              <w:spacing w:after="0"/>
              <w:jc w:val="right"/>
            </w:pPr>
          </w:p>
        </w:tc>
        <w:tc>
          <w:tcPr>
            <w:tcW w:type="dxa" w:w="1296"/>
          </w:tcPr>
          <w:p>
            <w:pPr>
              <w:spacing w:after="0"/>
              <w:jc w:val="right"/>
            </w:pPr>
            <w:r>
              <w:rPr>
                <w:sz w:val="16"/>
              </w:rPr>
              <w:t>$1,233,458</w:t>
            </w:r>
          </w:p>
        </w:tc>
        <w:tc>
          <w:tcPr>
            <w:tcW w:type="dxa" w:w="1163"/>
          </w:tcPr>
          <w:p>
            <w:pPr>
              <w:spacing w:after="0"/>
              <w:jc w:val="right"/>
            </w:pPr>
            <w:r>
              <w:rPr>
                <w:sz w:val="16"/>
              </w:rPr>
              <w:t>$1,488,279</w:t>
            </w:r>
          </w:p>
        </w:tc>
        <w:tc>
          <w:tcPr>
            <w:tcW w:type="dxa" w:w="1198"/>
          </w:tcPr>
          <w:p>
            <w:pPr>
              <w:spacing w:after="0"/>
              <w:jc w:val="right"/>
            </w:pPr>
            <w:r>
              <w:rPr>
                <w:sz w:val="16"/>
              </w:rPr>
              <w:t>36</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$77</w:t>
            </w:r>
          </w:p>
        </w:tc>
        <w:tc>
          <w:tcPr>
            <w:tcW w:type="dxa" w:w="1126"/>
          </w:tcPr>
          <w:p>
            <w:pPr>
              <w:spacing w:after="0"/>
              <w:jc w:val="right"/>
            </w:pPr>
            <w:r>
              <w:rPr>
                <w:sz w:val="16"/>
              </w:rPr>
              <w:t>$90</w:t>
            </w:r>
          </w:p>
        </w:tc>
        <w:tc>
          <w:tcPr>
            <w:tcW w:type="dxa" w:w="1296"/>
          </w:tcPr>
          <w:p>
            <w:pPr>
              <w:spacing w:after="0"/>
              <w:jc w:val="right"/>
            </w:pPr>
            <w:r>
              <w:rPr>
                <w:sz w:val="16"/>
              </w:rPr>
              <w:t>$1,016,349</w:t>
            </w:r>
          </w:p>
        </w:tc>
        <w:tc>
          <w:tcPr>
            <w:tcW w:type="dxa" w:w="1163"/>
          </w:tcPr>
          <w:p>
            <w:pPr>
              <w:spacing w:after="0"/>
              <w:jc w:val="right"/>
            </w:pPr>
            <w:r>
              <w:rPr>
                <w:sz w:val="16"/>
              </w:rPr>
              <w:t>$1,016,516</w:t>
            </w:r>
          </w:p>
        </w:tc>
        <w:tc>
          <w:tcPr>
            <w:tcW w:type="dxa" w:w="1198"/>
          </w:tcPr>
          <w:p>
            <w:pPr>
              <w:spacing w:after="0"/>
              <w:jc w:val="right"/>
            </w:pPr>
            <w:r>
              <w:rPr>
                <w:sz w:val="16"/>
              </w:rPr>
              <w:t>11</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222"/>
          </w:tcPr>
          <w:p>
            <w:pPr>
              <w:spacing w:after="0"/>
              <w:jc w:val="left"/>
            </w:pPr>
            <w:r>
              <w:rPr>
                <w:sz w:val="16"/>
              </w:rPr>
              <w:t>Relatively Moderate</w:t>
            </w:r>
          </w:p>
        </w:tc>
        <w:tc>
          <w:tcPr>
            <w:tcW w:type="dxa" w:w="1222"/>
          </w:tcPr>
          <w:p>
            <w:pPr>
              <w:spacing w:after="0"/>
              <w:jc w:val="left"/>
            </w:pPr>
            <w:r>
              <w:rPr>
                <w:sz w:val="16"/>
              </w:rPr>
              <w:t>Relatively High</w:t>
            </w:r>
          </w:p>
        </w:tc>
        <w:tc>
          <w:tcPr>
            <w:tcW w:type="dxa" w:w="1126"/>
          </w:tcPr>
          <w:p>
            <w:pPr>
              <w:spacing w:after="0"/>
              <w:jc w:val="right"/>
            </w:pPr>
            <w:r>
              <w:rPr>
                <w:sz w:val="16"/>
              </w:rPr>
              <w:t>$591,965</w:t>
            </w:r>
          </w:p>
        </w:tc>
        <w:tc>
          <w:tcPr>
            <w:tcW w:type="dxa" w:w="1126"/>
          </w:tcPr>
          <w:p>
            <w:pPr>
              <w:spacing w:after="0"/>
              <w:jc w:val="right"/>
            </w:pPr>
          </w:p>
        </w:tc>
        <w:tc>
          <w:tcPr>
            <w:tcW w:type="dxa" w:w="1296"/>
          </w:tcPr>
          <w:p>
            <w:pPr>
              <w:spacing w:after="0"/>
              <w:jc w:val="right"/>
            </w:pPr>
            <w:r>
              <w:rPr>
                <w:sz w:val="16"/>
              </w:rPr>
              <w:t>$6,948</w:t>
            </w:r>
          </w:p>
        </w:tc>
        <w:tc>
          <w:tcPr>
            <w:tcW w:type="dxa" w:w="1163"/>
          </w:tcPr>
          <w:p>
            <w:pPr>
              <w:spacing w:after="0"/>
              <w:jc w:val="right"/>
            </w:pPr>
            <w:r>
              <w:rPr>
                <w:sz w:val="16"/>
              </w:rPr>
              <w:t>$598,913</w:t>
            </w:r>
          </w:p>
        </w:tc>
        <w:tc>
          <w:tcPr>
            <w:tcW w:type="dxa" w:w="1198"/>
          </w:tcPr>
          <w:p>
            <w:pPr>
              <w:spacing w:after="0"/>
              <w:jc w:val="right"/>
            </w:pPr>
            <w:r>
              <w:rPr>
                <w:sz w:val="16"/>
              </w:rPr>
              <w:t>9</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Hurricane</w:t>
            </w:r>
          </w:p>
        </w:tc>
        <w:tc>
          <w:tcPr>
            <w:tcW w:type="dxa" w:w="1222"/>
          </w:tcPr>
          <w:p>
            <w:pPr>
              <w:spacing w:after="0"/>
              <w:jc w:val="left"/>
            </w:pPr>
            <w:r>
              <w:rPr>
                <w:sz w:val="16"/>
              </w:rPr>
              <w:t>Very Low</w:t>
            </w:r>
          </w:p>
        </w:tc>
        <w:tc>
          <w:tcPr>
            <w:tcW w:type="dxa" w:w="1222"/>
          </w:tcPr>
          <w:p>
            <w:pPr>
              <w:spacing w:after="0"/>
              <w:jc w:val="left"/>
            </w:pPr>
            <w:r>
              <w:rPr>
                <w:sz w:val="16"/>
              </w:rPr>
              <w:t>Relatively Low</w:t>
            </w:r>
          </w:p>
        </w:tc>
        <w:tc>
          <w:tcPr>
            <w:tcW w:type="dxa" w:w="1126"/>
          </w:tcPr>
          <w:p>
            <w:pPr>
              <w:spacing w:after="0"/>
              <w:jc w:val="right"/>
            </w:pPr>
            <w:r>
              <w:rPr>
                <w:sz w:val="16"/>
              </w:rPr>
              <w:t>$166,788</w:t>
            </w:r>
          </w:p>
        </w:tc>
        <w:tc>
          <w:tcPr>
            <w:tcW w:type="dxa" w:w="1126"/>
          </w:tcPr>
          <w:p>
            <w:pPr>
              <w:spacing w:after="0"/>
              <w:jc w:val="right"/>
            </w:pPr>
            <w:r>
              <w:rPr>
                <w:sz w:val="16"/>
              </w:rPr>
              <w:t>$18,738</w:t>
            </w:r>
          </w:p>
        </w:tc>
        <w:tc>
          <w:tcPr>
            <w:tcW w:type="dxa" w:w="1296"/>
          </w:tcPr>
          <w:p>
            <w:pPr>
              <w:spacing w:after="0"/>
              <w:jc w:val="right"/>
            </w:pPr>
            <w:r>
              <w:rPr>
                <w:sz w:val="16"/>
              </w:rPr>
              <w:t>$6,633</w:t>
            </w:r>
          </w:p>
        </w:tc>
        <w:tc>
          <w:tcPr>
            <w:tcW w:type="dxa" w:w="1163"/>
          </w:tcPr>
          <w:p>
            <w:pPr>
              <w:spacing w:after="0"/>
              <w:jc w:val="right"/>
            </w:pPr>
            <w:r>
              <w:rPr>
                <w:sz w:val="16"/>
              </w:rPr>
              <w:t>$192,159</w:t>
            </w:r>
          </w:p>
        </w:tc>
        <w:tc>
          <w:tcPr>
            <w:tcW w:type="dxa" w:w="1198"/>
          </w:tcPr>
          <w:p>
            <w:pPr>
              <w:spacing w:after="0"/>
              <w:jc w:val="right"/>
            </w:pPr>
            <w:r>
              <w:rPr>
                <w:sz w:val="16"/>
              </w:rPr>
              <w:t>17</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222"/>
          </w:tcPr>
          <w:p>
            <w:pPr>
              <w:spacing w:after="0"/>
              <w:jc w:val="left"/>
            </w:pPr>
            <w:r>
              <w:rPr>
                <w:sz w:val="16"/>
              </w:rPr>
              <w:t>Very Low</w:t>
            </w:r>
          </w:p>
        </w:tc>
        <w:tc>
          <w:tcPr>
            <w:tcW w:type="dxa" w:w="1222"/>
          </w:tcPr>
          <w:p>
            <w:pPr>
              <w:spacing w:after="0"/>
              <w:jc w:val="left"/>
            </w:pPr>
            <w:r>
              <w:rPr>
                <w:sz w:val="16"/>
              </w:rPr>
              <w:t>Very Low</w:t>
            </w:r>
          </w:p>
        </w:tc>
        <w:tc>
          <w:tcPr>
            <w:tcW w:type="dxa" w:w="1126"/>
          </w:tcPr>
          <w:p>
            <w:pPr>
              <w:spacing w:after="0"/>
              <w:jc w:val="right"/>
            </w:pPr>
            <w:r>
              <w:rPr>
                <w:sz w:val="16"/>
              </w:rPr>
              <w:t>$50,921</w:t>
            </w:r>
          </w:p>
        </w:tc>
        <w:tc>
          <w:tcPr>
            <w:tcW w:type="dxa" w:w="1126"/>
          </w:tcPr>
          <w:p>
            <w:pPr>
              <w:spacing w:after="0"/>
              <w:jc w:val="right"/>
            </w:pPr>
            <w:r>
              <w:rPr>
                <w:sz w:val="16"/>
              </w:rPr>
              <w:t>$52</w:t>
            </w:r>
          </w:p>
        </w:tc>
        <w:tc>
          <w:tcPr>
            <w:tcW w:type="dxa" w:w="1296"/>
          </w:tcPr>
          <w:p>
            <w:pPr>
              <w:spacing w:after="0"/>
              <w:jc w:val="right"/>
            </w:pPr>
            <w:r>
              <w:rPr>
                <w:sz w:val="16"/>
              </w:rPr>
              <w:t>$13,997</w:t>
            </w:r>
          </w:p>
        </w:tc>
        <w:tc>
          <w:tcPr>
            <w:tcW w:type="dxa" w:w="1163"/>
          </w:tcPr>
          <w:p>
            <w:pPr>
              <w:spacing w:after="0"/>
              <w:jc w:val="right"/>
            </w:pPr>
            <w:r>
              <w:rPr>
                <w:sz w:val="16"/>
              </w:rPr>
              <w:t>$64,970</w:t>
            </w:r>
          </w:p>
        </w:tc>
        <w:tc>
          <w:tcPr>
            <w:tcW w:type="dxa" w:w="1198"/>
          </w:tcPr>
          <w:p>
            <w:pPr>
              <w:spacing w:after="0"/>
              <w:jc w:val="right"/>
            </w:pPr>
            <w:r>
              <w:rPr>
                <w:sz w:val="16"/>
              </w:rPr>
              <w:t>2</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$28,539</w:t>
            </w:r>
          </w:p>
        </w:tc>
        <w:tc>
          <w:tcPr>
            <w:tcW w:type="dxa" w:w="1126"/>
          </w:tcPr>
          <w:p>
            <w:pPr>
              <w:spacing w:after="0"/>
              <w:jc w:val="right"/>
            </w:pPr>
            <w:r>
              <w:rPr>
                <w:sz w:val="16"/>
              </w:rPr>
              <w:t>$77</w:t>
            </w:r>
          </w:p>
        </w:tc>
        <w:tc>
          <w:tcPr>
            <w:tcW w:type="dxa" w:w="1296"/>
          </w:tcPr>
          <w:p>
            <w:pPr>
              <w:spacing w:after="0"/>
              <w:jc w:val="right"/>
            </w:pPr>
            <w:r>
              <w:rPr>
                <w:sz w:val="16"/>
              </w:rPr>
              <w:t>$11,627</w:t>
            </w:r>
          </w:p>
        </w:tc>
        <w:tc>
          <w:tcPr>
            <w:tcW w:type="dxa" w:w="1163"/>
          </w:tcPr>
          <w:p>
            <w:pPr>
              <w:spacing w:after="0"/>
              <w:jc w:val="right"/>
            </w:pPr>
            <w:r>
              <w:rPr>
                <w:sz w:val="16"/>
              </w:rPr>
              <w:t>$40,244</w:t>
            </w:r>
          </w:p>
        </w:tc>
        <w:tc>
          <w:tcPr>
            <w:tcW w:type="dxa" w:w="1198"/>
          </w:tcPr>
          <w:p>
            <w:pPr>
              <w:spacing w:after="0"/>
              <w:jc w:val="right"/>
            </w:pPr>
            <w:r>
              <w:rPr>
                <w:sz w:val="16"/>
              </w:rPr>
              <w:t>39</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222"/>
          </w:tcPr>
          <w:p>
            <w:pPr>
              <w:spacing w:after="0"/>
              <w:jc w:val="left"/>
            </w:pPr>
            <w:r>
              <w:rPr>
                <w:sz w:val="16"/>
              </w:rPr>
              <w:t>Relatively Low</w:t>
            </w:r>
          </w:p>
        </w:tc>
        <w:tc>
          <w:tcPr>
            <w:tcW w:type="dxa" w:w="1222"/>
          </w:tcPr>
          <w:p>
            <w:pPr>
              <w:spacing w:after="0"/>
              <w:jc w:val="left"/>
            </w:pPr>
            <w:r>
              <w:rPr>
                <w:sz w:val="16"/>
              </w:rPr>
              <w:t>Relatively Low</w:t>
            </w:r>
          </w:p>
        </w:tc>
        <w:tc>
          <w:tcPr>
            <w:tcW w:type="dxa" w:w="1126"/>
          </w:tcPr>
          <w:p>
            <w:pPr>
              <w:spacing w:after="0"/>
              <w:jc w:val="right"/>
            </w:pPr>
            <w:r>
              <w:rPr>
                <w:sz w:val="16"/>
              </w:rPr>
              <w:t>$11,798</w:t>
            </w:r>
          </w:p>
        </w:tc>
        <w:tc>
          <w:tcPr>
            <w:tcW w:type="dxa" w:w="1126"/>
          </w:tcPr>
          <w:p>
            <w:pPr>
              <w:spacing w:after="0"/>
              <w:jc w:val="right"/>
            </w:pPr>
          </w:p>
        </w:tc>
        <w:tc>
          <w:tcPr>
            <w:tcW w:type="dxa" w:w="1296"/>
          </w:tcPr>
          <w:p>
            <w:pPr>
              <w:spacing w:after="0"/>
              <w:jc w:val="right"/>
            </w:pPr>
            <w:r>
              <w:rPr>
                <w:sz w:val="16"/>
              </w:rPr>
              <w:t>$1,072</w:t>
            </w:r>
          </w:p>
        </w:tc>
        <w:tc>
          <w:tcPr>
            <w:tcW w:type="dxa" w:w="1163"/>
          </w:tcPr>
          <w:p>
            <w:pPr>
              <w:spacing w:after="0"/>
              <w:jc w:val="right"/>
            </w:pPr>
            <w:r>
              <w:rPr>
                <w:sz w:val="16"/>
              </w:rPr>
              <w:t>$12,870</w:t>
            </w:r>
          </w:p>
        </w:tc>
        <w:tc>
          <w:tcPr>
            <w:tcW w:type="dxa" w:w="1198"/>
          </w:tcPr>
          <w:p>
            <w:pPr>
              <w:spacing w:after="0"/>
              <w:jc w:val="right"/>
            </w:pPr>
            <w:r>
              <w:rPr>
                <w:sz w:val="16"/>
              </w:rPr>
              <w:t>0</w:t>
            </w:r>
          </w:p>
        </w:tc>
        <w:tc>
          <w:tcPr>
            <w:tcW w:type="dxa" w:w="2170"/>
          </w:tcPr>
          <w:p>
            <w:pPr>
              <w:spacing w:after="0"/>
              <w:jc w:val="left"/>
            </w:pP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222"/>
          </w:tcPr>
          <w:p>
            <w:pPr>
              <w:spacing w:after="0"/>
              <w:jc w:val="left"/>
            </w:pPr>
            <w:r>
              <w:rPr>
                <w:sz w:val="16"/>
              </w:rPr>
              <w:t>No Rating</w:t>
            </w:r>
          </w:p>
        </w:tc>
        <w:tc>
          <w:tcPr>
            <w:tcW w:type="dxa" w:w="122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6"/>
          </w:tcPr>
          <w:p>
            <w:pPr>
              <w:spacing w:after="0"/>
              <w:jc w:val="right"/>
            </w:pPr>
          </w:p>
        </w:tc>
        <w:tc>
          <w:tcPr>
            <w:tcW w:type="dxa" w:w="1163"/>
          </w:tcPr>
          <w:p>
            <w:pPr>
              <w:spacing w:after="0"/>
              <w:jc w:val="right"/>
            </w:pPr>
            <w:r>
              <w:rPr>
                <w:sz w:val="16"/>
              </w:rPr>
              <w:t>$0</w:t>
            </w:r>
          </w:p>
        </w:tc>
        <w:tc>
          <w:tcPr>
            <w:tcW w:type="dxa" w:w="1198"/>
          </w:tcPr>
          <w:p>
            <w:pPr>
              <w:spacing w:after="0"/>
              <w:jc w:val="right"/>
            </w:pPr>
            <w:r>
              <w:rPr>
                <w:sz w:val="16"/>
              </w:rPr>
              <w:t>39</w:t>
            </w:r>
          </w:p>
        </w:tc>
        <w:tc>
          <w:tcPr>
            <w:tcW w:type="dxa" w:w="2170"/>
          </w:tcPr>
          <w:p>
            <w:pPr>
              <w:spacing w:after="0"/>
              <w:jc w:val="left"/>
            </w:pPr>
          </w:p>
        </w:tc>
        <w:tc>
          <w:tcPr>
            <w:tcW w:type="dxa" w:w="1869"/>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avalanche Not Applicable for this county, and no federal declaration for this county names it.</w:t>
            </w: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coastal flooding Not Applicable for this county, and no federal declaration for this county names it.</w:t>
            </w:r>
          </w:p>
        </w:tc>
        <w:tc>
          <w:tcPr>
            <w:tcW w:type="dxa" w:w="1869"/>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tsunami Not Applicable for this county, and no federal declaration for this county names it.</w:t>
            </w: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22"/>
          </w:tcPr>
          <w:p>
            <w:pPr>
              <w:spacing w:after="0"/>
              <w:jc w:val="left"/>
            </w:pPr>
            <w:r>
              <w:rPr>
                <w:sz w:val="16"/>
              </w:rPr>
              <w:t>Not Applicable</w:t>
            </w:r>
          </w:p>
        </w:tc>
        <w:tc>
          <w:tcPr>
            <w:tcW w:type="dxa" w:w="122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6"/>
          </w:tcPr>
          <w:p>
            <w:pPr>
              <w:spacing w:after="0"/>
              <w:jc w:val="right"/>
            </w:pPr>
          </w:p>
        </w:tc>
        <w:tc>
          <w:tcPr>
            <w:tcW w:type="dxa" w:w="1163"/>
          </w:tcPr>
          <w:p>
            <w:pPr>
              <w:spacing w:after="0"/>
              <w:jc w:val="right"/>
            </w:pPr>
          </w:p>
        </w:tc>
        <w:tc>
          <w:tcPr>
            <w:tcW w:type="dxa" w:w="1198"/>
          </w:tcPr>
          <w:p>
            <w:pPr>
              <w:spacing w:after="0"/>
              <w:jc w:val="right"/>
            </w:pPr>
            <w:r>
              <w:rPr>
                <w:sz w:val="16"/>
              </w:rPr>
              <w:t>0</w:t>
            </w:r>
          </w:p>
        </w:tc>
        <w:tc>
          <w:tcPr>
            <w:tcW w:type="dxa" w:w="2170"/>
          </w:tcPr>
          <w:p>
            <w:pPr>
              <w:spacing w:after="0"/>
              <w:jc w:val="left"/>
            </w:pPr>
            <w:r>
              <w:rPr>
                <w:sz w:val="16"/>
              </w:rPr>
              <w:t>NRI rates volcanic activity Not Applicable for this county, and no federal declaration for this county names it.</w:t>
            </w:r>
          </w:p>
        </w:tc>
        <w:tc>
          <w:tcPr>
            <w:tcW w:type="dxa" w:w="186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48 of 48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48 of 48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48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1"/>
        <w:gridCol w:w="1672"/>
        <w:gridCol w:w="1515"/>
        <w:gridCol w:w="1784"/>
        <w:gridCol w:w="2122"/>
        <w:gridCol w:w="1628"/>
        <w:gridCol w:w="1533"/>
        <w:gridCol w:w="2217"/>
      </w:tblGrid>
      <w:tr>
        <w:trPr>
          <w:cantSplit/>
          <w:tblHeader/>
        </w:trPr>
        <w:tc>
          <w:tcPr>
            <w:tcW w:type="dxa" w:w="1641"/>
            <w:shd w:val="clear" w:color="auto" w:fill="E8E8E8"/>
          </w:tcPr>
          <w:p>
            <w:pPr>
              <w:spacing w:after="0"/>
              <w:jc w:val="left"/>
            </w:pPr>
            <w:r>
              <w:rPr>
                <w:b/>
                <w:sz w:val="16"/>
              </w:rPr>
              <w:t>Hazard</w:t>
            </w:r>
          </w:p>
        </w:tc>
        <w:tc>
          <w:tcPr>
            <w:tcW w:type="dxa" w:w="1672"/>
            <w:shd w:val="clear" w:color="auto" w:fill="E8E8E8"/>
          </w:tcPr>
          <w:p>
            <w:pPr>
              <w:spacing w:after="0"/>
              <w:jc w:val="left"/>
            </w:pPr>
            <w:r>
              <w:rPr>
                <w:b/>
                <w:sz w:val="16"/>
              </w:rPr>
              <w:t>Scale</w:t>
            </w:r>
          </w:p>
        </w:tc>
        <w:tc>
          <w:tcPr>
            <w:tcW w:type="dxa" w:w="1515"/>
            <w:shd w:val="clear" w:color="auto" w:fill="E8E8E8"/>
          </w:tcPr>
          <w:p>
            <w:pPr>
              <w:spacing w:after="0"/>
              <w:jc w:val="right"/>
            </w:pPr>
            <w:r>
              <w:rPr>
                <w:b/>
                <w:sz w:val="16"/>
              </w:rPr>
              <w:t>Records</w:t>
            </w:r>
          </w:p>
          <w:p>
            <w:pPr>
              <w:spacing w:after="0"/>
              <w:jc w:val="right"/>
            </w:pPr>
            <w:r>
              <w:rPr>
                <w:i/>
                <w:color w:val="555555"/>
                <w:sz w:val="14"/>
              </w:rPr>
              <w:t>count, years</w:t>
            </w:r>
          </w:p>
        </w:tc>
        <w:tc>
          <w:tcPr>
            <w:tcW w:type="dxa" w:w="1784"/>
            <w:shd w:val="clear" w:color="auto" w:fill="E8E8E8"/>
          </w:tcPr>
          <w:p>
            <w:pPr>
              <w:spacing w:after="0"/>
              <w:jc w:val="left"/>
            </w:pPr>
            <w:r>
              <w:rPr>
                <w:b/>
                <w:sz w:val="16"/>
              </w:rPr>
              <w:t>Observed range</w:t>
            </w:r>
          </w:p>
        </w:tc>
        <w:tc>
          <w:tcPr>
            <w:tcW w:type="dxa" w:w="2122"/>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1533"/>
            <w:shd w:val="clear" w:color="auto" w:fill="E8E8E8"/>
          </w:tcPr>
          <w:p>
            <w:pPr>
              <w:spacing w:after="0"/>
              <w:jc w:val="left"/>
            </w:pPr>
            <w:r>
              <w:rPr>
                <w:b/>
                <w:sz w:val="16"/>
              </w:rPr>
              <w:t>How it applies to members</w:t>
            </w:r>
          </w:p>
        </w:tc>
        <w:tc>
          <w:tcPr>
            <w:tcW w:type="dxa" w:w="2217"/>
            <w:shd w:val="clear" w:color="auto" w:fill="E8E8E8"/>
          </w:tcPr>
          <w:p>
            <w:pPr>
              <w:spacing w:after="0"/>
              <w:jc w:val="left"/>
            </w:pPr>
            <w:r>
              <w:rPr>
                <w:b/>
                <w:sz w:val="16"/>
              </w:rPr>
              <w:t>Note</w:t>
            </w:r>
          </w:p>
        </w:tc>
      </w:tr>
      <w:tr>
        <w:trPr>
          <w:cantSplit/>
        </w:trPr>
        <w:tc>
          <w:tcPr>
            <w:tcW w:type="dxa" w:w="1641"/>
          </w:tcPr>
          <w:p>
            <w:pPr>
              <w:spacing w:after="0"/>
              <w:jc w:val="left"/>
            </w:pPr>
            <w:r>
              <w:rPr>
                <w:sz w:val="16"/>
              </w:rPr>
              <w:t>Avalanche</w:t>
            </w:r>
          </w:p>
        </w:tc>
        <w:tc>
          <w:tcPr>
            <w:tcW w:type="dxa" w:w="1672"/>
          </w:tcPr>
          <w:p>
            <w:pPr>
              <w:spacing w:after="0"/>
              <w:jc w:val="left"/>
            </w:pPr>
            <w:r>
              <w:rPr>
                <w:sz w:val="16"/>
              </w:rPr>
              <w:t>none (count and damage)</w:t>
            </w:r>
          </w:p>
        </w:tc>
        <w:tc>
          <w:tcPr>
            <w:tcW w:type="dxa" w:w="1515"/>
          </w:tcPr>
          <w:p>
            <w:pPr>
              <w:spacing w:after="0"/>
              <w:jc w:val="right"/>
            </w:pPr>
            <w:r>
              <w:rPr>
                <w:sz w:val="16"/>
              </w:rPr>
              <w:t>0</w:t>
            </w:r>
          </w:p>
        </w:tc>
        <w:tc>
          <w:tcPr>
            <w:tcW w:type="dxa" w:w="1784"/>
          </w:tcPr>
          <w:p>
            <w:pPr>
              <w:spacing w:after="0"/>
              <w:jc w:val="left"/>
            </w:pPr>
          </w:p>
        </w:tc>
        <w:tc>
          <w:tcPr>
            <w:tcW w:type="dxa" w:w="2122"/>
          </w:tcPr>
          <w:p>
            <w:pPr>
              <w:spacing w:after="0"/>
              <w:jc w:val="left"/>
            </w:pPr>
          </w:p>
        </w:tc>
        <w:tc>
          <w:tcPr>
            <w:tcW w:type="dxa" w:w="1628"/>
          </w:tcPr>
          <w:p>
            <w:pPr>
              <w:spacing w:after="0"/>
              <w:jc w:val="left"/>
            </w:pPr>
          </w:p>
        </w:tc>
        <w:tc>
          <w:tcPr>
            <w:tcW w:type="dxa" w:w="1533"/>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641"/>
          </w:tcPr>
          <w:p>
            <w:pPr>
              <w:spacing w:after="0"/>
              <w:jc w:val="left"/>
            </w:pPr>
            <w:r>
              <w:rPr>
                <w:sz w:val="16"/>
              </w:rPr>
              <w:t>Coastal Flood, Storm Surge/Tide</w:t>
            </w:r>
          </w:p>
        </w:tc>
        <w:tc>
          <w:tcPr>
            <w:tcW w:type="dxa" w:w="1672"/>
          </w:tcPr>
          <w:p>
            <w:pPr>
              <w:spacing w:after="0"/>
              <w:jc w:val="left"/>
            </w:pPr>
            <w:r>
              <w:rPr>
                <w:sz w:val="16"/>
              </w:rPr>
              <w:t>none in data (FIRM for depth)</w:t>
            </w:r>
          </w:p>
        </w:tc>
        <w:tc>
          <w:tcPr>
            <w:tcW w:type="dxa" w:w="1515"/>
          </w:tcPr>
          <w:p>
            <w:pPr>
              <w:spacing w:after="0"/>
              <w:jc w:val="right"/>
            </w:pPr>
            <w:r>
              <w:rPr>
                <w:sz w:val="16"/>
              </w:rPr>
              <w:t>0</w:t>
            </w:r>
          </w:p>
        </w:tc>
        <w:tc>
          <w:tcPr>
            <w:tcW w:type="dxa" w:w="1784"/>
          </w:tcPr>
          <w:p>
            <w:pPr>
              <w:spacing w:after="0"/>
              <w:jc w:val="left"/>
            </w:pPr>
          </w:p>
        </w:tc>
        <w:tc>
          <w:tcPr>
            <w:tcW w:type="dxa" w:w="2122"/>
          </w:tcPr>
          <w:p>
            <w:pPr>
              <w:spacing w:after="0"/>
              <w:jc w:val="left"/>
            </w:pPr>
          </w:p>
        </w:tc>
        <w:tc>
          <w:tcPr>
            <w:tcW w:type="dxa" w:w="1628"/>
          </w:tcPr>
          <w:p>
            <w:pPr>
              <w:spacing w:after="0"/>
              <w:jc w:val="left"/>
            </w:pPr>
          </w:p>
        </w:tc>
        <w:tc>
          <w:tcPr>
            <w:tcW w:type="dxa" w:w="1533"/>
          </w:tcPr>
          <w:p>
            <w:pPr>
              <w:spacing w:after="0"/>
              <w:jc w:val="left"/>
            </w:pPr>
          </w:p>
        </w:tc>
        <w:tc>
          <w:tcPr>
            <w:tcW w:type="dxa" w:w="2217"/>
          </w:tcPr>
          <w:p>
            <w:pPr>
              <w:spacing w:after="0"/>
              <w:jc w:val="left"/>
            </w:pPr>
            <w:r>
              <w:rPr>
                <w:sz w:val="16"/>
              </w:rPr>
              <w:t>Flood depth: see the FEMA Flood Insurance Rate Map.</w:t>
            </w:r>
          </w:p>
        </w:tc>
      </w:tr>
      <w:tr>
        <w:trPr>
          <w:cantSplit/>
        </w:trPr>
        <w:tc>
          <w:tcPr>
            <w:tcW w:type="dxa" w:w="1641"/>
          </w:tcPr>
          <w:p>
            <w:pPr>
              <w:spacing w:after="0"/>
              <w:jc w:val="left"/>
            </w:pPr>
            <w:r>
              <w:rPr>
                <w:sz w:val="16"/>
              </w:rPr>
              <w:t>Cold/Wind Chill, Extreme Cold/Wind Chill</w:t>
            </w:r>
          </w:p>
        </w:tc>
        <w:tc>
          <w:tcPr>
            <w:tcW w:type="dxa" w:w="1672"/>
          </w:tcPr>
          <w:p>
            <w:pPr>
              <w:spacing w:after="0"/>
              <w:jc w:val="left"/>
            </w:pPr>
            <w:r>
              <w:rPr>
                <w:sz w:val="16"/>
              </w:rPr>
              <w:t>wind chill</w:t>
            </w:r>
          </w:p>
        </w:tc>
        <w:tc>
          <w:tcPr>
            <w:tcW w:type="dxa" w:w="1515"/>
          </w:tcPr>
          <w:p>
            <w:pPr>
              <w:spacing w:after="0"/>
              <w:jc w:val="right"/>
            </w:pPr>
            <w:r>
              <w:rPr>
                <w:sz w:val="16"/>
              </w:rPr>
              <w:t>13, 1996 to 2003 (13 zone-level)</w:t>
            </w:r>
          </w:p>
        </w:tc>
        <w:tc>
          <w:tcPr>
            <w:tcW w:type="dxa" w:w="1784"/>
          </w:tcPr>
          <w:p>
            <w:pPr>
              <w:spacing w:after="0"/>
              <w:jc w:val="left"/>
            </w:pPr>
            <w:r>
              <w:rPr>
                <w:sz w:val="16"/>
              </w:rPr>
              <w:t>1 day to 31 days (median 4 days); 10 with a recorded value</w:t>
            </w:r>
          </w:p>
        </w:tc>
        <w:tc>
          <w:tcPr>
            <w:tcW w:type="dxa" w:w="2122"/>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28"/>
          </w:tcPr>
          <w:p>
            <w:pPr>
              <w:spacing w:after="0"/>
              <w:jc w:val="left"/>
            </w:pP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1"/>
          </w:tcPr>
          <w:p>
            <w:pPr>
              <w:spacing w:after="0"/>
              <w:jc w:val="left"/>
            </w:pPr>
            <w:r>
              <w:rPr>
                <w:sz w:val="16"/>
              </w:rPr>
              <w:t>Frost/Freeze (outside NRI Cold Wave definition)</w:t>
            </w:r>
          </w:p>
        </w:tc>
        <w:tc>
          <w:tcPr>
            <w:tcW w:type="dxa" w:w="1672"/>
          </w:tcPr>
          <w:p>
            <w:pPr>
              <w:spacing w:after="0"/>
              <w:jc w:val="left"/>
            </w:pPr>
            <w:r>
              <w:rPr>
                <w:sz w:val="16"/>
              </w:rPr>
              <w:t>crop damage</w:t>
            </w:r>
          </w:p>
        </w:tc>
        <w:tc>
          <w:tcPr>
            <w:tcW w:type="dxa" w:w="1515"/>
          </w:tcPr>
          <w:p>
            <w:pPr>
              <w:spacing w:after="0"/>
              <w:jc w:val="right"/>
            </w:pPr>
            <w:r>
              <w:rPr>
                <w:sz w:val="16"/>
              </w:rPr>
              <w:t>1, 2007 to 2007 (1 zone-level)</w:t>
            </w:r>
          </w:p>
        </w:tc>
        <w:tc>
          <w:tcPr>
            <w:tcW w:type="dxa" w:w="1784"/>
          </w:tcPr>
          <w:p>
            <w:pPr>
              <w:spacing w:after="0"/>
              <w:jc w:val="left"/>
            </w:pPr>
          </w:p>
        </w:tc>
        <w:tc>
          <w:tcPr>
            <w:tcW w:type="dxa" w:w="2122"/>
          </w:tcPr>
          <w:p>
            <w:pPr>
              <w:spacing w:after="0"/>
              <w:jc w:val="left"/>
            </w:pPr>
            <w:r>
              <w:rPr>
                <w:sz w:val="16"/>
              </w:rPr>
              <w:t>No crop damage reported in 1 records.</w:t>
            </w:r>
          </w:p>
        </w:tc>
        <w:tc>
          <w:tcPr>
            <w:tcW w:type="dxa" w:w="1628"/>
          </w:tcPr>
          <w:p>
            <w:pPr>
              <w:spacing w:after="0"/>
              <w:jc w:val="left"/>
            </w:pP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Temperature: in event narratives only; local data required.</w:t>
            </w:r>
          </w:p>
        </w:tc>
      </w:tr>
      <w:tr>
        <w:trPr>
          <w:cantSplit/>
        </w:trPr>
        <w:tc>
          <w:tcPr>
            <w:tcW w:type="dxa" w:w="1641"/>
          </w:tcPr>
          <w:p>
            <w:pPr>
              <w:spacing w:after="0"/>
              <w:jc w:val="left"/>
            </w:pPr>
            <w:r>
              <w:rPr>
                <w:sz w:val="16"/>
              </w:rPr>
              <w:t>Drought</w:t>
            </w:r>
          </w:p>
        </w:tc>
        <w:tc>
          <w:tcPr>
            <w:tcW w:type="dxa" w:w="1672"/>
          </w:tcPr>
          <w:p>
            <w:pPr>
              <w:spacing w:after="0"/>
              <w:jc w:val="left"/>
            </w:pPr>
            <w:r>
              <w:rPr>
                <w:sz w:val="16"/>
              </w:rPr>
              <w:t>US Drought Monitor D-scale</w:t>
            </w:r>
          </w:p>
        </w:tc>
        <w:tc>
          <w:tcPr>
            <w:tcW w:type="dxa" w:w="1515"/>
          </w:tcPr>
          <w:p>
            <w:pPr>
              <w:spacing w:after="0"/>
              <w:jc w:val="right"/>
            </w:pPr>
            <w:r>
              <w:rPr>
                <w:sz w:val="16"/>
              </w:rPr>
              <w:t>39, 1997 to 2026 (39 zone-level)</w:t>
            </w:r>
          </w:p>
        </w:tc>
        <w:tc>
          <w:tcPr>
            <w:tcW w:type="dxa" w:w="1784"/>
          </w:tcPr>
          <w:p>
            <w:pPr>
              <w:spacing w:after="0"/>
              <w:jc w:val="left"/>
            </w:pPr>
            <w:r>
              <w:rPr>
                <w:sz w:val="16"/>
              </w:rPr>
              <w:t>22 days to 273 days (median 31 days); 19 with a recorded value</w:t>
            </w:r>
          </w:p>
        </w:tc>
        <w:tc>
          <w:tcPr>
            <w:tcW w:type="dxa" w:w="2122"/>
          </w:tcPr>
          <w:p>
            <w:pPr>
              <w:spacing w:after="0"/>
              <w:jc w:val="left"/>
            </w:pPr>
            <w:r>
              <w:rPr>
                <w:sz w:val="16"/>
              </w:rPr>
              <w:t>273 days (9 months), 2016-08-01 to 2017-04-30, a run of 9 consecutive Storm Events drought records, zone-level</w:t>
            </w:r>
          </w:p>
        </w:tc>
        <w:tc>
          <w:tcPr>
            <w:tcW w:type="dxa" w:w="1628"/>
          </w:tcPr>
          <w:p>
            <w:pPr>
              <w:spacing w:after="0"/>
              <w:jc w:val="left"/>
            </w:pPr>
            <w:r>
              <w:rPr>
                <w:sz w:val="16"/>
              </w:rPr>
              <w:t>Drought, 2000-06-01, property not reported; $1,800,000 crops, reported for the zone (2000 dollars)</w:t>
            </w: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1"/>
          </w:tcPr>
          <w:p>
            <w:pPr>
              <w:spacing w:after="0"/>
              <w:jc w:val="left"/>
            </w:pPr>
            <w:r>
              <w:rPr>
                <w:sz w:val="16"/>
              </w:rPr>
              <w:t>Earthquake</w:t>
            </w:r>
          </w:p>
        </w:tc>
        <w:tc>
          <w:tcPr>
            <w:tcW w:type="dxa" w:w="1672"/>
          </w:tcPr>
          <w:p>
            <w:pPr>
              <w:spacing w:after="0"/>
              <w:jc w:val="left"/>
            </w:pPr>
            <w:r>
              <w:rPr>
                <w:sz w:val="16"/>
              </w:rPr>
              <w:t>Modified Mercalli (local data)</w:t>
            </w:r>
          </w:p>
        </w:tc>
        <w:tc>
          <w:tcPr>
            <w:tcW w:type="dxa" w:w="1515"/>
          </w:tcPr>
          <w:p>
            <w:pPr>
              <w:spacing w:after="0"/>
              <w:jc w:val="right"/>
            </w:pPr>
            <w:r>
              <w:rPr>
                <w:sz w:val="16"/>
              </w:rPr>
              <w:t>0</w:t>
            </w:r>
          </w:p>
        </w:tc>
        <w:tc>
          <w:tcPr>
            <w:tcW w:type="dxa" w:w="1784"/>
          </w:tcPr>
          <w:p>
            <w:pPr>
              <w:spacing w:after="0"/>
              <w:jc w:val="left"/>
            </w:pPr>
          </w:p>
        </w:tc>
        <w:tc>
          <w:tcPr>
            <w:tcW w:type="dxa" w:w="2122"/>
          </w:tcPr>
          <w:p>
            <w:pPr>
              <w:spacing w:after="0"/>
              <w:jc w:val="left"/>
            </w:pPr>
          </w:p>
        </w:tc>
        <w:tc>
          <w:tcPr>
            <w:tcW w:type="dxa" w:w="1628"/>
          </w:tcPr>
          <w:p>
            <w:pPr>
              <w:spacing w:after="0"/>
              <w:jc w:val="left"/>
            </w:pPr>
          </w:p>
        </w:tc>
        <w:tc>
          <w:tcPr>
            <w:tcW w:type="dxa" w:w="1533"/>
          </w:tcPr>
          <w:p>
            <w:pPr>
              <w:spacing w:after="0"/>
              <w:jc w:val="left"/>
            </w:pPr>
          </w:p>
        </w:tc>
        <w:tc>
          <w:tcPr>
            <w:tcW w:type="dxa" w:w="2217"/>
          </w:tcPr>
          <w:p>
            <w:pPr>
              <w:spacing w:after="0"/>
              <w:jc w:val="left"/>
            </w:pPr>
            <w:r>
              <w:rPr>
                <w:sz w:val="16"/>
              </w:rPr>
              <w:t>No Storm Events record; local data required (e.g., USGS).</w:t>
            </w:r>
          </w:p>
        </w:tc>
      </w:tr>
      <w:tr>
        <w:trPr>
          <w:cantSplit/>
        </w:trPr>
        <w:tc>
          <w:tcPr>
            <w:tcW w:type="dxa" w:w="1641"/>
          </w:tcPr>
          <w:p>
            <w:pPr>
              <w:spacing w:after="0"/>
              <w:jc w:val="left"/>
            </w:pPr>
            <w:r>
              <w:rPr>
                <w:sz w:val="16"/>
              </w:rPr>
              <w:t>Hail</w:t>
            </w:r>
          </w:p>
        </w:tc>
        <w:tc>
          <w:tcPr>
            <w:tcW w:type="dxa" w:w="1672"/>
          </w:tcPr>
          <w:p>
            <w:pPr>
              <w:spacing w:after="0"/>
              <w:jc w:val="left"/>
            </w:pPr>
            <w:r>
              <w:rPr>
                <w:sz w:val="16"/>
              </w:rPr>
              <w:t>hail size (inches)</w:t>
            </w:r>
          </w:p>
        </w:tc>
        <w:tc>
          <w:tcPr>
            <w:tcW w:type="dxa" w:w="1515"/>
          </w:tcPr>
          <w:p>
            <w:pPr>
              <w:spacing w:after="0"/>
              <w:jc w:val="right"/>
            </w:pPr>
            <w:r>
              <w:rPr>
                <w:sz w:val="16"/>
              </w:rPr>
              <w:t>109, 1963 to 2025</w:t>
            </w:r>
          </w:p>
        </w:tc>
        <w:tc>
          <w:tcPr>
            <w:tcW w:type="dxa" w:w="1784"/>
          </w:tcPr>
          <w:p>
            <w:pPr>
              <w:spacing w:after="0"/>
              <w:jc w:val="left"/>
            </w:pPr>
            <w:r>
              <w:rPr>
                <w:sz w:val="16"/>
              </w:rPr>
              <w:t>0.75 in to 4 in (median 1 in); 109 with a recorded value</w:t>
            </w:r>
          </w:p>
        </w:tc>
        <w:tc>
          <w:tcPr>
            <w:tcW w:type="dxa" w:w="2122"/>
          </w:tcPr>
          <w:p>
            <w:pPr>
              <w:spacing w:after="0"/>
              <w:jc w:val="left"/>
            </w:pPr>
            <w:r>
              <w:rPr>
                <w:sz w:val="16"/>
              </w:rPr>
              <w:t>4 in hail, 1998-05-07</w:t>
            </w:r>
          </w:p>
        </w:tc>
        <w:tc>
          <w:tcPr>
            <w:tcW w:type="dxa" w:w="1628"/>
          </w:tcPr>
          <w:p>
            <w:pPr>
              <w:spacing w:after="0"/>
              <w:jc w:val="left"/>
            </w:pPr>
            <w:r>
              <w:rPr>
                <w:sz w:val="16"/>
              </w:rPr>
              <w:t>Hail, 2020-05-22, $5,000,000 property; crops not reported (2020 dollars)</w:t>
            </w:r>
          </w:p>
        </w:tc>
        <w:tc>
          <w:tcPr>
            <w:tcW w:type="dxa" w:w="1533"/>
          </w:tcPr>
          <w:p>
            <w:pPr>
              <w:spacing w:after="0"/>
              <w:jc w:val="left"/>
            </w:pPr>
            <w:r>
              <w:rPr>
                <w:sz w:val="16"/>
              </w:rPr>
              <w:t>Event records naming member places: Cumming city (52 records).</w:t>
            </w:r>
          </w:p>
        </w:tc>
        <w:tc>
          <w:tcPr>
            <w:tcW w:type="dxa" w:w="2217"/>
          </w:tcPr>
          <w:p>
            <w:pPr>
              <w:spacing w:after="0"/>
              <w:jc w:val="left"/>
            </w:pPr>
          </w:p>
        </w:tc>
      </w:tr>
      <w:tr>
        <w:trPr>
          <w:cantSplit/>
        </w:trPr>
        <w:tc>
          <w:tcPr>
            <w:tcW w:type="dxa" w:w="1641"/>
          </w:tcPr>
          <w:p>
            <w:pPr>
              <w:spacing w:after="0"/>
              <w:jc w:val="left"/>
            </w:pPr>
            <w:r>
              <w:rPr>
                <w:sz w:val="16"/>
              </w:rPr>
              <w:t>Excessive Heat, Heat</w:t>
            </w:r>
          </w:p>
        </w:tc>
        <w:tc>
          <w:tcPr>
            <w:tcW w:type="dxa" w:w="1672"/>
          </w:tcPr>
          <w:p>
            <w:pPr>
              <w:spacing w:after="0"/>
              <w:jc w:val="left"/>
            </w:pPr>
            <w:r>
              <w:rPr>
                <w:sz w:val="16"/>
              </w:rPr>
              <w:t>heat index (narratives)</w:t>
            </w:r>
          </w:p>
        </w:tc>
        <w:tc>
          <w:tcPr>
            <w:tcW w:type="dxa" w:w="1515"/>
          </w:tcPr>
          <w:p>
            <w:pPr>
              <w:spacing w:after="0"/>
              <w:jc w:val="right"/>
            </w:pPr>
            <w:r>
              <w:rPr>
                <w:sz w:val="16"/>
              </w:rPr>
              <w:t>11, 1999 to 2012 (11 zone-level)</w:t>
            </w:r>
          </w:p>
        </w:tc>
        <w:tc>
          <w:tcPr>
            <w:tcW w:type="dxa" w:w="1784"/>
          </w:tcPr>
          <w:p>
            <w:pPr>
              <w:spacing w:after="0"/>
              <w:jc w:val="left"/>
            </w:pPr>
            <w:r>
              <w:rPr>
                <w:sz w:val="16"/>
              </w:rPr>
              <w:t>3 days to 33 days (median 10 days); 5 with a recorded value</w:t>
            </w:r>
          </w:p>
        </w:tc>
        <w:tc>
          <w:tcPr>
            <w:tcW w:type="dxa" w:w="2122"/>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28"/>
          </w:tcPr>
          <w:p>
            <w:pPr>
              <w:spacing w:after="0"/>
              <w:jc w:val="left"/>
            </w:pP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1"/>
          </w:tcPr>
          <w:p>
            <w:pPr>
              <w:spacing w:after="0"/>
              <w:jc w:val="left"/>
            </w:pPr>
            <w:r>
              <w:rPr>
                <w:sz w:val="16"/>
              </w:rPr>
              <w:t>Hurricane, Tropical Storm, Tropical Depression</w:t>
            </w:r>
          </w:p>
        </w:tc>
        <w:tc>
          <w:tcPr>
            <w:tcW w:type="dxa" w:w="1672"/>
          </w:tcPr>
          <w:p>
            <w:pPr>
              <w:spacing w:after="0"/>
              <w:jc w:val="left"/>
            </w:pPr>
            <w:r>
              <w:rPr>
                <w:sz w:val="16"/>
              </w:rPr>
              <w:t>Saffir-Simpson</w:t>
            </w:r>
          </w:p>
        </w:tc>
        <w:tc>
          <w:tcPr>
            <w:tcW w:type="dxa" w:w="1515"/>
          </w:tcPr>
          <w:p>
            <w:pPr>
              <w:spacing w:after="0"/>
              <w:jc w:val="right"/>
            </w:pPr>
            <w:r>
              <w:rPr>
                <w:sz w:val="16"/>
              </w:rPr>
              <w:t>17, 2002 to 2024 (17 zone-level)</w:t>
            </w:r>
          </w:p>
        </w:tc>
        <w:tc>
          <w:tcPr>
            <w:tcW w:type="dxa" w:w="1784"/>
          </w:tcPr>
          <w:p>
            <w:pPr>
              <w:spacing w:after="0"/>
              <w:jc w:val="left"/>
            </w:pPr>
          </w:p>
        </w:tc>
        <w:tc>
          <w:tcPr>
            <w:tcW w:type="dxa" w:w="2122"/>
          </w:tcPr>
          <w:p>
            <w:pPr>
              <w:spacing w:after="0"/>
              <w:jc w:val="left"/>
            </w:pPr>
            <w:r>
              <w:rPr>
                <w:sz w:val="16"/>
              </w:rPr>
              <w:t>Strongest recorded (records with damage, a wind speed or direct casualties first, then storm type, category and wind): Tropical Storm record, 2017-09-11, $100,000 property; crops not reported, reported for the zone (2017 dollars), 1 direct death, 1 direct injury (reported for the zone); NWS zone GAZ022 (FORSYTH), zone-level: may include parts of neighboring counties</w:t>
            </w:r>
          </w:p>
        </w:tc>
        <w:tc>
          <w:tcPr>
            <w:tcW w:type="dxa" w:w="1628"/>
          </w:tcPr>
          <w:p>
            <w:pPr>
              <w:spacing w:after="0"/>
              <w:jc w:val="left"/>
            </w:pP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1"/>
          </w:tcPr>
          <w:p>
            <w:pPr>
              <w:spacing w:after="0"/>
              <w:jc w:val="left"/>
            </w:pPr>
            <w:r>
              <w:rPr>
                <w:sz w:val="16"/>
              </w:rPr>
              <w:t>Ice Storm</w:t>
            </w:r>
          </w:p>
        </w:tc>
        <w:tc>
          <w:tcPr>
            <w:tcW w:type="dxa" w:w="1672"/>
          </w:tcPr>
          <w:p>
            <w:pPr>
              <w:spacing w:after="0"/>
              <w:jc w:val="left"/>
            </w:pPr>
            <w:r>
              <w:rPr>
                <w:sz w:val="16"/>
              </w:rPr>
              <w:t>Sperry-Piltz (local data)</w:t>
            </w:r>
          </w:p>
        </w:tc>
        <w:tc>
          <w:tcPr>
            <w:tcW w:type="dxa" w:w="1515"/>
          </w:tcPr>
          <w:p>
            <w:pPr>
              <w:spacing w:after="0"/>
              <w:jc w:val="right"/>
            </w:pPr>
            <w:r>
              <w:rPr>
                <w:sz w:val="16"/>
              </w:rPr>
              <w:t>9, 1997 to 2026 (9 zone-level)</w:t>
            </w:r>
          </w:p>
        </w:tc>
        <w:tc>
          <w:tcPr>
            <w:tcW w:type="dxa" w:w="1784"/>
          </w:tcPr>
          <w:p>
            <w:pPr>
              <w:spacing w:after="0"/>
              <w:jc w:val="left"/>
            </w:pPr>
          </w:p>
        </w:tc>
        <w:tc>
          <w:tcPr>
            <w:tcW w:type="dxa" w:w="2122"/>
          </w:tcPr>
          <w:p>
            <w:pPr>
              <w:spacing w:after="0"/>
              <w:jc w:val="left"/>
            </w:pPr>
            <w:r>
              <w:rPr>
                <w:sz w:val="16"/>
              </w:rPr>
              <w:t>Ice Storm, 2000-01-22, $980,000 property; crops not reported, reported for the zone (2000 dollars); NWS zone GAZ022 (FORSYTH), zone-level: may include parts of neighboring counties</w:t>
            </w:r>
          </w:p>
        </w:tc>
        <w:tc>
          <w:tcPr>
            <w:tcW w:type="dxa" w:w="1628"/>
          </w:tcPr>
          <w:p>
            <w:pPr>
              <w:spacing w:after="0"/>
              <w:jc w:val="left"/>
            </w:pP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Ice thickness: in event narratives only; local data required.</w:t>
            </w:r>
          </w:p>
        </w:tc>
      </w:tr>
      <w:tr>
        <w:trPr>
          <w:cantSplit/>
        </w:trPr>
        <w:tc>
          <w:tcPr>
            <w:tcW w:type="dxa" w:w="1641"/>
          </w:tcPr>
          <w:p>
            <w:pPr>
              <w:spacing w:after="0"/>
              <w:jc w:val="left"/>
            </w:pPr>
            <w:r>
              <w:rPr>
                <w:sz w:val="16"/>
              </w:rPr>
              <w:t>Flash Flood, Flood, Lakeshore Flood</w:t>
            </w:r>
          </w:p>
        </w:tc>
        <w:tc>
          <w:tcPr>
            <w:tcW w:type="dxa" w:w="1672"/>
          </w:tcPr>
          <w:p>
            <w:pPr>
              <w:spacing w:after="0"/>
              <w:jc w:val="left"/>
            </w:pPr>
            <w:r>
              <w:rPr>
                <w:sz w:val="16"/>
              </w:rPr>
              <w:t>damage and flood days (FIRM for depth)</w:t>
            </w:r>
          </w:p>
        </w:tc>
        <w:tc>
          <w:tcPr>
            <w:tcW w:type="dxa" w:w="1515"/>
          </w:tcPr>
          <w:p>
            <w:pPr>
              <w:spacing w:after="0"/>
              <w:jc w:val="right"/>
            </w:pPr>
            <w:r>
              <w:rPr>
                <w:sz w:val="16"/>
              </w:rPr>
              <w:t>33, 1997 to 2020 (4 zone-level)</w:t>
            </w:r>
          </w:p>
        </w:tc>
        <w:tc>
          <w:tcPr>
            <w:tcW w:type="dxa" w:w="1784"/>
          </w:tcPr>
          <w:p>
            <w:pPr>
              <w:spacing w:after="0"/>
              <w:jc w:val="left"/>
            </w:pPr>
          </w:p>
        </w:tc>
        <w:tc>
          <w:tcPr>
            <w:tcW w:type="dxa" w:w="2122"/>
          </w:tcPr>
          <w:p>
            <w:pPr>
              <w:spacing w:after="0"/>
              <w:jc w:val="left"/>
            </w:pPr>
            <w:r>
              <w:rPr>
                <w:sz w:val="16"/>
              </w:rPr>
              <w:t>Flood, 2009-09-21, $330,000 property; $0 crops (2009 dollars)</w:t>
            </w:r>
          </w:p>
        </w:tc>
        <w:tc>
          <w:tcPr>
            <w:tcW w:type="dxa" w:w="1628"/>
          </w:tcPr>
          <w:p>
            <w:pPr>
              <w:spacing w:after="0"/>
              <w:jc w:val="left"/>
            </w:pPr>
          </w:p>
        </w:tc>
        <w:tc>
          <w:tcPr>
            <w:tcW w:type="dxa" w:w="1533"/>
          </w:tcPr>
          <w:p>
            <w:pPr>
              <w:spacing w:after="0"/>
              <w:jc w:val="left"/>
            </w:pPr>
            <w:r>
              <w:rPr>
                <w:sz w:val="16"/>
              </w:rPr>
              <w:t>Event records naming member places: Cumming city (5 records). Zone-level records (4) apply countywide.</w:t>
            </w:r>
          </w:p>
        </w:tc>
        <w:tc>
          <w:tcPr>
            <w:tcW w:type="dxa" w:w="221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1"/>
          </w:tcPr>
          <w:p>
            <w:pPr>
              <w:spacing w:after="0"/>
              <w:jc w:val="left"/>
            </w:pPr>
            <w:r>
              <w:rPr>
                <w:sz w:val="16"/>
              </w:rPr>
              <w:t>Debris Flow</w:t>
            </w:r>
          </w:p>
        </w:tc>
        <w:tc>
          <w:tcPr>
            <w:tcW w:type="dxa" w:w="1672"/>
          </w:tcPr>
          <w:p>
            <w:pPr>
              <w:spacing w:after="0"/>
              <w:jc w:val="left"/>
            </w:pPr>
            <w:r>
              <w:rPr>
                <w:sz w:val="16"/>
              </w:rPr>
              <w:t>none (count and damage)</w:t>
            </w:r>
          </w:p>
        </w:tc>
        <w:tc>
          <w:tcPr>
            <w:tcW w:type="dxa" w:w="1515"/>
          </w:tcPr>
          <w:p>
            <w:pPr>
              <w:spacing w:after="0"/>
              <w:jc w:val="right"/>
            </w:pPr>
            <w:r>
              <w:rPr>
                <w:sz w:val="16"/>
              </w:rPr>
              <w:t>0</w:t>
            </w:r>
          </w:p>
        </w:tc>
        <w:tc>
          <w:tcPr>
            <w:tcW w:type="dxa" w:w="1784"/>
          </w:tcPr>
          <w:p>
            <w:pPr>
              <w:spacing w:after="0"/>
              <w:jc w:val="left"/>
            </w:pPr>
          </w:p>
        </w:tc>
        <w:tc>
          <w:tcPr>
            <w:tcW w:type="dxa" w:w="2122"/>
          </w:tcPr>
          <w:p>
            <w:pPr>
              <w:spacing w:after="0"/>
              <w:jc w:val="left"/>
            </w:pPr>
          </w:p>
        </w:tc>
        <w:tc>
          <w:tcPr>
            <w:tcW w:type="dxa" w:w="1628"/>
          </w:tcPr>
          <w:p>
            <w:pPr>
              <w:spacing w:after="0"/>
              <w:jc w:val="left"/>
            </w:pPr>
          </w:p>
        </w:tc>
        <w:tc>
          <w:tcPr>
            <w:tcW w:type="dxa" w:w="1533"/>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641"/>
          </w:tcPr>
          <w:p>
            <w:pPr>
              <w:spacing w:after="0"/>
              <w:jc w:val="left"/>
            </w:pPr>
            <w:r>
              <w:rPr>
                <w:sz w:val="16"/>
              </w:rPr>
              <w:t>Lightning</w:t>
            </w:r>
          </w:p>
        </w:tc>
        <w:tc>
          <w:tcPr>
            <w:tcW w:type="dxa" w:w="1672"/>
          </w:tcPr>
          <w:p>
            <w:pPr>
              <w:spacing w:after="0"/>
              <w:jc w:val="left"/>
            </w:pPr>
            <w:r>
              <w:rPr>
                <w:sz w:val="16"/>
              </w:rPr>
              <w:t>annualized frequency (the measure FEMA's Local Mitigation Planning Handbook names)</w:t>
            </w:r>
          </w:p>
        </w:tc>
        <w:tc>
          <w:tcPr>
            <w:tcW w:type="dxa" w:w="1515"/>
          </w:tcPr>
          <w:p>
            <w:pPr>
              <w:spacing w:after="0"/>
              <w:jc w:val="right"/>
            </w:pPr>
            <w:r>
              <w:rPr>
                <w:sz w:val="16"/>
              </w:rPr>
              <w:t>36, 1998 to 2017</w:t>
            </w:r>
          </w:p>
        </w:tc>
        <w:tc>
          <w:tcPr>
            <w:tcW w:type="dxa" w:w="1784"/>
          </w:tcPr>
          <w:p>
            <w:pPr>
              <w:spacing w:after="0"/>
              <w:jc w:val="left"/>
            </w:pPr>
          </w:p>
        </w:tc>
        <w:tc>
          <w:tcPr>
            <w:tcW w:type="dxa" w:w="2122"/>
          </w:tcPr>
          <w:p>
            <w:pPr>
              <w:spacing w:after="0"/>
              <w:jc w:val="left"/>
            </w:pPr>
            <w:r>
              <w:rPr>
                <w:sz w:val="16"/>
              </w:rPr>
              <w:t>Lightning, 2007-06-25, $0 property; $0 crops (2007 dollars), 1 direct death</w:t>
            </w:r>
          </w:p>
        </w:tc>
        <w:tc>
          <w:tcPr>
            <w:tcW w:type="dxa" w:w="1628"/>
          </w:tcPr>
          <w:p>
            <w:pPr>
              <w:spacing w:after="0"/>
              <w:jc w:val="left"/>
            </w:pPr>
            <w:r>
              <w:rPr>
                <w:sz w:val="16"/>
              </w:rPr>
              <w:t>Lightning, 2005-08-13, $750,000 property; crops not reported (2005 dollars)</w:t>
            </w:r>
          </w:p>
        </w:tc>
        <w:tc>
          <w:tcPr>
            <w:tcW w:type="dxa" w:w="1533"/>
          </w:tcPr>
          <w:p>
            <w:pPr>
              <w:spacing w:after="0"/>
              <w:jc w:val="left"/>
            </w:pPr>
            <w:r>
              <w:rPr>
                <w:sz w:val="16"/>
              </w:rPr>
              <w:t>Event records naming member places: Cumming city (24 records).</w:t>
            </w:r>
          </w:p>
        </w:tc>
        <w:tc>
          <w:tcPr>
            <w:tcW w:type="dxa" w:w="2217"/>
          </w:tcPr>
          <w:p>
            <w:pPr>
              <w:spacing w:after="0"/>
              <w:jc w:val="left"/>
            </w:pPr>
            <w:r>
              <w:rPr>
                <w:sz w:val="16"/>
              </w:rPr>
              <w:t>Storm Events lists lightning with damage or casualties; physical measure in event narratives only; local data required.</w:t>
            </w:r>
          </w:p>
        </w:tc>
      </w:tr>
      <w:tr>
        <w:trPr>
          <w:cantSplit/>
        </w:trPr>
        <w:tc>
          <w:tcPr>
            <w:tcW w:type="dxa" w:w="1641"/>
          </w:tcPr>
          <w:p>
            <w:pPr>
              <w:spacing w:after="0"/>
              <w:jc w:val="left"/>
            </w:pPr>
            <w:r>
              <w:rPr>
                <w:sz w:val="16"/>
              </w:rPr>
              <w:t>High Wind and Strong Wind (outside NRI Strong Wind definition)</w:t>
            </w:r>
          </w:p>
        </w:tc>
        <w:tc>
          <w:tcPr>
            <w:tcW w:type="dxa" w:w="1672"/>
          </w:tcPr>
          <w:p>
            <w:pPr>
              <w:spacing w:after="0"/>
              <w:jc w:val="left"/>
            </w:pPr>
            <w:r>
              <w:rPr>
                <w:sz w:val="16"/>
              </w:rPr>
              <w:t>wind speed (kt and mph)</w:t>
            </w:r>
          </w:p>
        </w:tc>
        <w:tc>
          <w:tcPr>
            <w:tcW w:type="dxa" w:w="1515"/>
          </w:tcPr>
          <w:p>
            <w:pPr>
              <w:spacing w:after="0"/>
              <w:jc w:val="right"/>
            </w:pPr>
            <w:r>
              <w:rPr>
                <w:sz w:val="16"/>
              </w:rPr>
              <w:t>17, 1998 to 2012 (17 zone-level)</w:t>
            </w:r>
          </w:p>
        </w:tc>
        <w:tc>
          <w:tcPr>
            <w:tcW w:type="dxa" w:w="1784"/>
          </w:tcPr>
          <w:p>
            <w:pPr>
              <w:spacing w:after="0"/>
              <w:jc w:val="left"/>
            </w:pPr>
            <w:r>
              <w:rPr>
                <w:sz w:val="16"/>
              </w:rPr>
              <w:t>30 kt (35 mph) to 50 kt (58 mph) (median 37 kt (43 mph)); 13 with a recorded value</w:t>
            </w:r>
          </w:p>
        </w:tc>
        <w:tc>
          <w:tcPr>
            <w:tcW w:type="dxa" w:w="2122"/>
          </w:tcPr>
          <w:p>
            <w:pPr>
              <w:spacing w:after="0"/>
              <w:jc w:val="left"/>
            </w:pPr>
            <w:r>
              <w:rPr>
                <w:sz w:val="16"/>
              </w:rPr>
              <w:t>50 kt (58 mph) estimated gust, High Wind, 2009-04-13; same speed and measurement basis also recorded on 2004-09-16; NWS zone GAZ022 (FORSYTH), zone-level: may include parts of neighboring counties</w:t>
            </w:r>
          </w:p>
        </w:tc>
        <w:tc>
          <w:tcPr>
            <w:tcW w:type="dxa" w:w="1628"/>
          </w:tcPr>
          <w:p>
            <w:pPr>
              <w:spacing w:after="0"/>
              <w:jc w:val="left"/>
            </w:pP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p>
        </w:tc>
      </w:tr>
      <w:tr>
        <w:trPr>
          <w:cantSplit/>
        </w:trPr>
        <w:tc>
          <w:tcPr>
            <w:tcW w:type="dxa" w:w="1641"/>
          </w:tcPr>
          <w:p>
            <w:pPr>
              <w:spacing w:after="0"/>
              <w:jc w:val="left"/>
            </w:pPr>
            <w:r>
              <w:rPr>
                <w:sz w:val="16"/>
              </w:rPr>
              <w:t>Thunderstorm Wind</w:t>
            </w:r>
          </w:p>
        </w:tc>
        <w:tc>
          <w:tcPr>
            <w:tcW w:type="dxa" w:w="1672"/>
          </w:tcPr>
          <w:p>
            <w:pPr>
              <w:spacing w:after="0"/>
              <w:jc w:val="left"/>
            </w:pPr>
            <w:r>
              <w:rPr>
                <w:sz w:val="16"/>
              </w:rPr>
              <w:t>wind speed (kt and mph)</w:t>
            </w:r>
          </w:p>
        </w:tc>
        <w:tc>
          <w:tcPr>
            <w:tcW w:type="dxa" w:w="1515"/>
          </w:tcPr>
          <w:p>
            <w:pPr>
              <w:spacing w:after="0"/>
              <w:jc w:val="right"/>
            </w:pPr>
            <w:r>
              <w:rPr>
                <w:sz w:val="16"/>
              </w:rPr>
              <w:t>153, 1966 to 2025</w:t>
            </w:r>
          </w:p>
        </w:tc>
        <w:tc>
          <w:tcPr>
            <w:tcW w:type="dxa" w:w="1784"/>
          </w:tcPr>
          <w:p>
            <w:pPr>
              <w:spacing w:after="0"/>
              <w:jc w:val="left"/>
            </w:pPr>
            <w:r>
              <w:rPr>
                <w:sz w:val="16"/>
              </w:rPr>
              <w:t>33 kt (38 mph) to 83 kt (96 mph) (median 50 kt (58 mph)); 103 with a recorded value</w:t>
            </w:r>
          </w:p>
        </w:tc>
        <w:tc>
          <w:tcPr>
            <w:tcW w:type="dxa" w:w="2122"/>
          </w:tcPr>
          <w:p>
            <w:pPr>
              <w:spacing w:after="0"/>
              <w:jc w:val="left"/>
            </w:pPr>
            <w:r>
              <w:rPr>
                <w:sz w:val="16"/>
              </w:rPr>
              <w:t>83 kt (96 mph) estimated gust, Thunderstorm Wind, 2023-07-20</w:t>
            </w:r>
          </w:p>
        </w:tc>
        <w:tc>
          <w:tcPr>
            <w:tcW w:type="dxa" w:w="1628"/>
          </w:tcPr>
          <w:p>
            <w:pPr>
              <w:spacing w:after="0"/>
              <w:jc w:val="left"/>
            </w:pPr>
            <w:r>
              <w:rPr>
                <w:sz w:val="16"/>
              </w:rPr>
              <w:t>Thunderstorm Wind, 2008-02-26, $2,000,000 property; $0 crops (2008 dollars)</w:t>
            </w:r>
          </w:p>
        </w:tc>
        <w:tc>
          <w:tcPr>
            <w:tcW w:type="dxa" w:w="1533"/>
          </w:tcPr>
          <w:p>
            <w:pPr>
              <w:spacing w:after="0"/>
              <w:jc w:val="left"/>
            </w:pPr>
            <w:r>
              <w:rPr>
                <w:sz w:val="16"/>
              </w:rPr>
              <w:t>Event records naming member places: Cumming city (57 records).</w:t>
            </w:r>
          </w:p>
        </w:tc>
        <w:tc>
          <w:tcPr>
            <w:tcW w:type="dxa" w:w="2217"/>
          </w:tcPr>
          <w:p>
            <w:pPr>
              <w:spacing w:after="0"/>
              <w:jc w:val="left"/>
            </w:pPr>
          </w:p>
        </w:tc>
      </w:tr>
      <w:tr>
        <w:trPr>
          <w:cantSplit/>
        </w:trPr>
        <w:tc>
          <w:tcPr>
            <w:tcW w:type="dxa" w:w="1641"/>
          </w:tcPr>
          <w:p>
            <w:pPr>
              <w:spacing w:after="0"/>
              <w:jc w:val="left"/>
            </w:pPr>
            <w:r>
              <w:rPr>
                <w:sz w:val="16"/>
              </w:rPr>
              <w:t>Tornado</w:t>
            </w:r>
          </w:p>
        </w:tc>
        <w:tc>
          <w:tcPr>
            <w:tcW w:type="dxa" w:w="1672"/>
          </w:tcPr>
          <w:p>
            <w:pPr>
              <w:spacing w:after="0"/>
              <w:jc w:val="left"/>
            </w:pPr>
            <w:r>
              <w:rPr>
                <w:sz w:val="16"/>
              </w:rPr>
              <w:t>Enhanced Fujita (F before Feb 2007)</w:t>
            </w:r>
          </w:p>
        </w:tc>
        <w:tc>
          <w:tcPr>
            <w:tcW w:type="dxa" w:w="1515"/>
          </w:tcPr>
          <w:p>
            <w:pPr>
              <w:spacing w:after="0"/>
              <w:jc w:val="right"/>
            </w:pPr>
            <w:r>
              <w:rPr>
                <w:sz w:val="16"/>
              </w:rPr>
              <w:t>10, 1959 to 2026</w:t>
            </w:r>
          </w:p>
        </w:tc>
        <w:tc>
          <w:tcPr>
            <w:tcW w:type="dxa" w:w="1784"/>
          </w:tcPr>
          <w:p>
            <w:pPr>
              <w:spacing w:after="0"/>
              <w:jc w:val="left"/>
            </w:pPr>
            <w:r>
              <w:rPr>
                <w:sz w:val="16"/>
              </w:rPr>
              <w:t>F/EF0 to F/EF3 (median between F/EF0 and F/EF1); 10 with a recorded value</w:t>
            </w:r>
          </w:p>
        </w:tc>
        <w:tc>
          <w:tcPr>
            <w:tcW w:type="dxa" w:w="2122"/>
          </w:tcPr>
          <w:p>
            <w:pPr>
              <w:spacing w:after="0"/>
              <w:jc w:val="left"/>
            </w:pPr>
            <w:r>
              <w:rPr>
                <w:sz w:val="16"/>
              </w:rPr>
              <w:t>F3 tornado, 1970-04-02, 6.5 mi path length (records before 1996 may include the whole path; rating and listing come from the county where the tornado began), 50 yd wide, $25,000 property; crops not recorded (1970 dollars)</w:t>
            </w:r>
          </w:p>
        </w:tc>
        <w:tc>
          <w:tcPr>
            <w:tcW w:type="dxa" w:w="1628"/>
          </w:tcPr>
          <w:p>
            <w:pPr>
              <w:spacing w:after="0"/>
              <w:jc w:val="left"/>
            </w:pPr>
            <w:r>
              <w:rPr>
                <w:sz w:val="16"/>
              </w:rPr>
              <w:t>Tornado, 1975-03-13, $250,000 property; crops not recorded (1975 dollars)</w:t>
            </w:r>
          </w:p>
        </w:tc>
        <w:tc>
          <w:tcPr>
            <w:tcW w:type="dxa" w:w="1533"/>
          </w:tcPr>
          <w:p>
            <w:pPr>
              <w:spacing w:after="0"/>
              <w:jc w:val="left"/>
            </w:pPr>
            <w:r>
              <w:rPr>
                <w:sz w:val="16"/>
              </w:rPr>
              <w:t>No event record names a member place.</w:t>
            </w:r>
          </w:p>
        </w:tc>
        <w:tc>
          <w:tcPr>
            <w:tcW w:type="dxa" w:w="221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1"/>
          </w:tcPr>
          <w:p>
            <w:pPr>
              <w:spacing w:after="0"/>
              <w:jc w:val="left"/>
            </w:pPr>
            <w:r>
              <w:rPr>
                <w:sz w:val="16"/>
              </w:rPr>
              <w:t>Tsunami</w:t>
            </w:r>
          </w:p>
        </w:tc>
        <w:tc>
          <w:tcPr>
            <w:tcW w:type="dxa" w:w="1672"/>
          </w:tcPr>
          <w:p>
            <w:pPr>
              <w:spacing w:after="0"/>
              <w:jc w:val="left"/>
            </w:pPr>
            <w:r>
              <w:rPr>
                <w:sz w:val="16"/>
              </w:rPr>
              <w:t>none (count and damage)</w:t>
            </w:r>
          </w:p>
        </w:tc>
        <w:tc>
          <w:tcPr>
            <w:tcW w:type="dxa" w:w="1515"/>
          </w:tcPr>
          <w:p>
            <w:pPr>
              <w:spacing w:after="0"/>
              <w:jc w:val="right"/>
            </w:pPr>
            <w:r>
              <w:rPr>
                <w:sz w:val="16"/>
              </w:rPr>
              <w:t>0</w:t>
            </w:r>
          </w:p>
        </w:tc>
        <w:tc>
          <w:tcPr>
            <w:tcW w:type="dxa" w:w="1784"/>
          </w:tcPr>
          <w:p>
            <w:pPr>
              <w:spacing w:after="0"/>
              <w:jc w:val="left"/>
            </w:pPr>
          </w:p>
        </w:tc>
        <w:tc>
          <w:tcPr>
            <w:tcW w:type="dxa" w:w="2122"/>
          </w:tcPr>
          <w:p>
            <w:pPr>
              <w:spacing w:after="0"/>
              <w:jc w:val="left"/>
            </w:pPr>
          </w:p>
        </w:tc>
        <w:tc>
          <w:tcPr>
            <w:tcW w:type="dxa" w:w="1628"/>
          </w:tcPr>
          <w:p>
            <w:pPr>
              <w:spacing w:after="0"/>
              <w:jc w:val="left"/>
            </w:pPr>
          </w:p>
        </w:tc>
        <w:tc>
          <w:tcPr>
            <w:tcW w:type="dxa" w:w="1533"/>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641"/>
          </w:tcPr>
          <w:p>
            <w:pPr>
              <w:spacing w:after="0"/>
              <w:jc w:val="left"/>
            </w:pPr>
            <w:r>
              <w:rPr>
                <w:sz w:val="16"/>
              </w:rPr>
              <w:t>Volcanic Ash, Volcanic Ashfall</w:t>
            </w:r>
          </w:p>
        </w:tc>
        <w:tc>
          <w:tcPr>
            <w:tcW w:type="dxa" w:w="1672"/>
          </w:tcPr>
          <w:p>
            <w:pPr>
              <w:spacing w:after="0"/>
              <w:jc w:val="left"/>
            </w:pPr>
            <w:r>
              <w:rPr>
                <w:sz w:val="16"/>
              </w:rPr>
              <w:t>Volcanic Explosivity Index (local data)</w:t>
            </w:r>
          </w:p>
        </w:tc>
        <w:tc>
          <w:tcPr>
            <w:tcW w:type="dxa" w:w="1515"/>
          </w:tcPr>
          <w:p>
            <w:pPr>
              <w:spacing w:after="0"/>
              <w:jc w:val="right"/>
            </w:pPr>
            <w:r>
              <w:rPr>
                <w:sz w:val="16"/>
              </w:rPr>
              <w:t>0</w:t>
            </w:r>
          </w:p>
        </w:tc>
        <w:tc>
          <w:tcPr>
            <w:tcW w:type="dxa" w:w="1784"/>
          </w:tcPr>
          <w:p>
            <w:pPr>
              <w:spacing w:after="0"/>
              <w:jc w:val="left"/>
            </w:pPr>
          </w:p>
        </w:tc>
        <w:tc>
          <w:tcPr>
            <w:tcW w:type="dxa" w:w="2122"/>
          </w:tcPr>
          <w:p>
            <w:pPr>
              <w:spacing w:after="0"/>
              <w:jc w:val="left"/>
            </w:pPr>
          </w:p>
        </w:tc>
        <w:tc>
          <w:tcPr>
            <w:tcW w:type="dxa" w:w="1628"/>
          </w:tcPr>
          <w:p>
            <w:pPr>
              <w:spacing w:after="0"/>
              <w:jc w:val="left"/>
            </w:pPr>
          </w:p>
        </w:tc>
        <w:tc>
          <w:tcPr>
            <w:tcW w:type="dxa" w:w="1533"/>
          </w:tcPr>
          <w:p>
            <w:pPr>
              <w:spacing w:after="0"/>
              <w:jc w:val="left"/>
            </w:pPr>
          </w:p>
        </w:tc>
        <w:tc>
          <w:tcPr>
            <w:tcW w:type="dxa" w:w="2217"/>
          </w:tcPr>
          <w:p>
            <w:pPr>
              <w:spacing w:after="0"/>
              <w:jc w:val="left"/>
            </w:pPr>
            <w:r>
              <w:rPr>
                <w:sz w:val="16"/>
              </w:rPr>
              <w:t>Physical measure: in event narratives only; local data required.</w:t>
            </w:r>
          </w:p>
        </w:tc>
      </w:tr>
      <w:tr>
        <w:trPr>
          <w:cantSplit/>
        </w:trPr>
        <w:tc>
          <w:tcPr>
            <w:tcW w:type="dxa" w:w="1641"/>
          </w:tcPr>
          <w:p>
            <w:pPr>
              <w:spacing w:after="0"/>
              <w:jc w:val="left"/>
            </w:pPr>
            <w:r>
              <w:rPr>
                <w:sz w:val="16"/>
              </w:rPr>
              <w:t>Wildfire</w:t>
            </w:r>
          </w:p>
        </w:tc>
        <w:tc>
          <w:tcPr>
            <w:tcW w:type="dxa" w:w="1672"/>
          </w:tcPr>
          <w:p>
            <w:pPr>
              <w:spacing w:after="0"/>
              <w:jc w:val="left"/>
            </w:pPr>
            <w:r>
              <w:rPr>
                <w:sz w:val="16"/>
              </w:rPr>
              <w:t>acres burned (local data)</w:t>
            </w:r>
          </w:p>
        </w:tc>
        <w:tc>
          <w:tcPr>
            <w:tcW w:type="dxa" w:w="1515"/>
          </w:tcPr>
          <w:p>
            <w:pPr>
              <w:spacing w:after="0"/>
              <w:jc w:val="right"/>
            </w:pPr>
            <w:r>
              <w:rPr>
                <w:sz w:val="16"/>
              </w:rPr>
              <w:t>2, 2004 to 2004 (2 zone-level)</w:t>
            </w:r>
          </w:p>
        </w:tc>
        <w:tc>
          <w:tcPr>
            <w:tcW w:type="dxa" w:w="1784"/>
          </w:tcPr>
          <w:p>
            <w:pPr>
              <w:spacing w:after="0"/>
              <w:jc w:val="left"/>
            </w:pPr>
          </w:p>
        </w:tc>
        <w:tc>
          <w:tcPr>
            <w:tcW w:type="dxa" w:w="2122"/>
          </w:tcPr>
          <w:p>
            <w:pPr>
              <w:spacing w:after="0"/>
              <w:jc w:val="left"/>
            </w:pPr>
            <w:r>
              <w:rPr>
                <w:sz w:val="16"/>
              </w:rPr>
              <w:t>Wildfire, 2004-04-04, $2,190,000 property; crops not reported, reported for the zone (2004 dollars), 7 direct injuries (reported for the zone); NWS zone GAZ022 (FORSYTH), zone-level: may include parts of neighboring counties</w:t>
            </w:r>
          </w:p>
        </w:tc>
        <w:tc>
          <w:tcPr>
            <w:tcW w:type="dxa" w:w="1628"/>
          </w:tcPr>
          <w:p>
            <w:pPr>
              <w:spacing w:after="0"/>
              <w:jc w:val="left"/>
            </w:pP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Acres burned: in event narratives only; local data required.</w:t>
            </w:r>
          </w:p>
        </w:tc>
      </w:tr>
      <w:tr>
        <w:trPr>
          <w:cantSplit/>
        </w:trPr>
        <w:tc>
          <w:tcPr>
            <w:tcW w:type="dxa" w:w="1641"/>
          </w:tcPr>
          <w:p>
            <w:pPr>
              <w:spacing w:after="0"/>
              <w:jc w:val="left"/>
            </w:pPr>
            <w:r>
              <w:rPr>
                <w:sz w:val="16"/>
              </w:rPr>
              <w:t>Winter Storm, Heavy Snow, Blizzard, Lake-Effect Snow, Winter Weather, Sleet</w:t>
            </w:r>
          </w:p>
        </w:tc>
        <w:tc>
          <w:tcPr>
            <w:tcW w:type="dxa" w:w="1672"/>
          </w:tcPr>
          <w:p>
            <w:pPr>
              <w:spacing w:after="0"/>
              <w:jc w:val="left"/>
            </w:pPr>
            <w:r>
              <w:rPr>
                <w:sz w:val="16"/>
              </w:rPr>
              <w:t>none in data (snowfall local)</w:t>
            </w:r>
          </w:p>
        </w:tc>
        <w:tc>
          <w:tcPr>
            <w:tcW w:type="dxa" w:w="1515"/>
          </w:tcPr>
          <w:p>
            <w:pPr>
              <w:spacing w:after="0"/>
              <w:jc w:val="right"/>
            </w:pPr>
            <w:r>
              <w:rPr>
                <w:sz w:val="16"/>
              </w:rPr>
              <w:t>39, 1999 to 2026 (39 zone-level)</w:t>
            </w:r>
          </w:p>
        </w:tc>
        <w:tc>
          <w:tcPr>
            <w:tcW w:type="dxa" w:w="1784"/>
          </w:tcPr>
          <w:p>
            <w:pPr>
              <w:spacing w:after="0"/>
              <w:jc w:val="left"/>
            </w:pPr>
          </w:p>
        </w:tc>
        <w:tc>
          <w:tcPr>
            <w:tcW w:type="dxa" w:w="2122"/>
          </w:tcPr>
          <w:p>
            <w:pPr>
              <w:spacing w:after="0"/>
              <w:jc w:val="left"/>
            </w:pPr>
            <w:r>
              <w:rPr>
                <w:sz w:val="16"/>
              </w:rPr>
              <w:t>Winter Storm, 2005-01-28, $150,000 property; crops not reported, reported for the zone (2005 dollars); NWS zone GAZ022 (FORSYTH), zone-level: may include parts of neighboring counties</w:t>
            </w:r>
          </w:p>
        </w:tc>
        <w:tc>
          <w:tcPr>
            <w:tcW w:type="dxa" w:w="1628"/>
          </w:tcPr>
          <w:p>
            <w:pPr>
              <w:spacing w:after="0"/>
              <w:jc w:val="left"/>
            </w:pPr>
          </w:p>
        </w:tc>
        <w:tc>
          <w:tcPr>
            <w:tcW w:type="dxa" w:w="1533"/>
          </w:tcPr>
          <w:p>
            <w:pPr>
              <w:spacing w:after="0"/>
              <w:jc w:val="left"/>
            </w:pPr>
            <w:r>
              <w:rPr>
                <w:sz w:val="16"/>
              </w:rPr>
              <w:t>Zone-level records: applies countywide; national data do not locate these events within the county.</w:t>
            </w:r>
          </w:p>
        </w:tc>
        <w:tc>
          <w:tcPr>
            <w:tcW w:type="dxa" w:w="221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7"/>
        <w:gridCol w:w="1187"/>
        <w:gridCol w:w="1187"/>
        <w:gridCol w:w="1595"/>
        <w:gridCol w:w="2106"/>
        <w:gridCol w:w="2597"/>
        <w:gridCol w:w="1636"/>
        <w:gridCol w:w="1595"/>
        <w:gridCol w:w="1023"/>
      </w:tblGrid>
      <w:tr>
        <w:trPr>
          <w:cantSplit/>
          <w:tblHeader/>
        </w:trPr>
        <w:tc>
          <w:tcPr>
            <w:tcW w:type="dxa" w:w="1187"/>
            <w:shd w:val="clear" w:color="auto" w:fill="E8E8E8"/>
          </w:tcPr>
          <w:p>
            <w:pPr>
              <w:spacing w:after="0"/>
              <w:jc w:val="left"/>
            </w:pPr>
            <w:r>
              <w:rPr>
                <w:b/>
                <w:sz w:val="16"/>
              </w:rPr>
              <w:t>Declared</w:t>
            </w:r>
          </w:p>
        </w:tc>
        <w:tc>
          <w:tcPr>
            <w:tcW w:type="dxa" w:w="1187"/>
            <w:shd w:val="clear" w:color="auto" w:fill="E8E8E8"/>
          </w:tcPr>
          <w:p>
            <w:pPr>
              <w:spacing w:after="0"/>
              <w:jc w:val="left"/>
            </w:pPr>
            <w:r>
              <w:rPr>
                <w:b/>
                <w:sz w:val="16"/>
              </w:rPr>
              <w:t>Incident began</w:t>
            </w:r>
          </w:p>
        </w:tc>
        <w:tc>
          <w:tcPr>
            <w:tcW w:type="dxa" w:w="1187"/>
            <w:shd w:val="clear" w:color="auto" w:fill="E8E8E8"/>
          </w:tcPr>
          <w:p>
            <w:pPr>
              <w:spacing w:after="0"/>
              <w:jc w:val="left"/>
            </w:pPr>
            <w:r>
              <w:rPr>
                <w:b/>
                <w:sz w:val="16"/>
              </w:rPr>
              <w:t>FEMA number</w:t>
            </w:r>
          </w:p>
        </w:tc>
        <w:tc>
          <w:tcPr>
            <w:tcW w:type="dxa" w:w="1595"/>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Title</w:t>
            </w:r>
          </w:p>
        </w:tc>
        <w:tc>
          <w:tcPr>
            <w:tcW w:type="dxa" w:w="2597"/>
            <w:shd w:val="clear" w:color="auto" w:fill="E8E8E8"/>
          </w:tcPr>
          <w:p>
            <w:pPr>
              <w:spacing w:after="0"/>
              <w:jc w:val="left"/>
            </w:pPr>
            <w:r>
              <w:rPr>
                <w:b/>
                <w:sz w:val="16"/>
              </w:rPr>
              <w:t>Mapped hazard</w:t>
            </w:r>
          </w:p>
        </w:tc>
        <w:tc>
          <w:tcPr>
            <w:tcW w:type="dxa" w:w="16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5"/>
            <w:shd w:val="clear" w:color="auto" w:fill="E8E8E8"/>
          </w:tcPr>
          <w:p>
            <w:pPr>
              <w:spacing w:after="0"/>
              <w:jc w:val="left"/>
            </w:pPr>
            <w:r>
              <w:rPr>
                <w:b/>
                <w:sz w:val="16"/>
              </w:rPr>
              <w:t>Flags</w:t>
            </w:r>
          </w:p>
        </w:tc>
        <w:tc>
          <w:tcPr>
            <w:tcW w:type="dxa" w:w="1023"/>
            <w:shd w:val="clear" w:color="auto" w:fill="E8E8E8"/>
          </w:tcPr>
          <w:p>
            <w:pPr>
              <w:spacing w:after="0"/>
              <w:jc w:val="left"/>
            </w:pPr>
            <w:r>
              <w:rPr>
                <w:b/>
                <w:sz w:val="16"/>
              </w:rPr>
              <w:t>Notes</w:t>
            </w:r>
          </w:p>
        </w:tc>
      </w:tr>
      <w:tr>
        <w:trPr>
          <w:cantSplit/>
        </w:trPr>
        <w:tc>
          <w:tcPr>
            <w:tcW w:type="dxa" w:w="1187"/>
          </w:tcPr>
          <w:p>
            <w:pPr>
              <w:spacing w:after="0"/>
              <w:jc w:val="left"/>
            </w:pPr>
            <w:r>
              <w:rPr>
                <w:sz w:val="16"/>
              </w:rPr>
              <w:t>2026-01-24</w:t>
            </w:r>
          </w:p>
        </w:tc>
        <w:tc>
          <w:tcPr>
            <w:tcW w:type="dxa" w:w="1187"/>
          </w:tcPr>
          <w:p>
            <w:pPr>
              <w:spacing w:after="0"/>
              <w:jc w:val="left"/>
            </w:pPr>
            <w:r>
              <w:rPr>
                <w:sz w:val="16"/>
              </w:rPr>
              <w:t>2026-01-22</w:t>
            </w:r>
          </w:p>
        </w:tc>
        <w:tc>
          <w:tcPr>
            <w:tcW w:type="dxa" w:w="1187"/>
          </w:tcPr>
          <w:p>
            <w:pPr>
              <w:spacing w:after="0"/>
              <w:jc w:val="left"/>
            </w:pPr>
            <w:r>
              <w:rPr>
                <w:sz w:val="16"/>
              </w:rPr>
              <w:t>EM-3642-GA</w:t>
            </w:r>
          </w:p>
        </w:tc>
        <w:tc>
          <w:tcPr>
            <w:tcW w:type="dxa" w:w="1595"/>
          </w:tcPr>
          <w:p>
            <w:pPr>
              <w:spacing w:after="0"/>
              <w:jc w:val="left"/>
            </w:pPr>
            <w:r>
              <w:rPr>
                <w:sz w:val="16"/>
              </w:rPr>
              <w:t>Emergency</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2024-09-26</w:t>
            </w:r>
          </w:p>
        </w:tc>
        <w:tc>
          <w:tcPr>
            <w:tcW w:type="dxa" w:w="1187"/>
          </w:tcPr>
          <w:p>
            <w:pPr>
              <w:spacing w:after="0"/>
              <w:jc w:val="left"/>
            </w:pPr>
            <w:r>
              <w:rPr>
                <w:sz w:val="16"/>
              </w:rPr>
              <w:t>2024-09-24</w:t>
            </w:r>
          </w:p>
        </w:tc>
        <w:tc>
          <w:tcPr>
            <w:tcW w:type="dxa" w:w="1187"/>
          </w:tcPr>
          <w:p>
            <w:pPr>
              <w:spacing w:after="0"/>
              <w:jc w:val="left"/>
            </w:pPr>
            <w:r>
              <w:rPr>
                <w:sz w:val="16"/>
              </w:rPr>
              <w:t>EM-3616-GA</w:t>
            </w:r>
          </w:p>
        </w:tc>
        <w:tc>
          <w:tcPr>
            <w:tcW w:type="dxa" w:w="1595"/>
          </w:tcPr>
          <w:p>
            <w:pPr>
              <w:spacing w:after="0"/>
              <w:jc w:val="left"/>
            </w:pPr>
            <w:r>
              <w:rPr>
                <w:sz w:val="16"/>
              </w:rPr>
              <w:t>Emergency</w:t>
            </w:r>
          </w:p>
        </w:tc>
        <w:tc>
          <w:tcPr>
            <w:tcW w:type="dxa" w:w="2106"/>
          </w:tcPr>
          <w:p>
            <w:pPr>
              <w:spacing w:after="0"/>
              <w:jc w:val="left"/>
            </w:pPr>
            <w:r>
              <w:rPr>
                <w:sz w:val="16"/>
              </w:rPr>
              <w:t>HURRICANE HELENE</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2021-01-12</w:t>
            </w:r>
          </w:p>
        </w:tc>
        <w:tc>
          <w:tcPr>
            <w:tcW w:type="dxa" w:w="1187"/>
          </w:tcPr>
          <w:p>
            <w:pPr>
              <w:spacing w:after="0"/>
              <w:jc w:val="left"/>
            </w:pPr>
            <w:r>
              <w:rPr>
                <w:sz w:val="16"/>
              </w:rPr>
              <w:t>2020-10-29</w:t>
            </w:r>
          </w:p>
        </w:tc>
        <w:tc>
          <w:tcPr>
            <w:tcW w:type="dxa" w:w="1187"/>
          </w:tcPr>
          <w:p>
            <w:pPr>
              <w:spacing w:after="0"/>
              <w:jc w:val="left"/>
            </w:pPr>
            <w:r>
              <w:rPr>
                <w:sz w:val="16"/>
              </w:rPr>
              <w:t>DR-4579-GA</w:t>
            </w:r>
          </w:p>
        </w:tc>
        <w:tc>
          <w:tcPr>
            <w:tcW w:type="dxa" w:w="1595"/>
          </w:tcPr>
          <w:p>
            <w:pPr>
              <w:spacing w:after="0"/>
              <w:jc w:val="left"/>
            </w:pPr>
            <w:r>
              <w:rPr>
                <w:sz w:val="16"/>
              </w:rPr>
              <w:t>Major disaster</w:t>
            </w:r>
          </w:p>
        </w:tc>
        <w:tc>
          <w:tcPr>
            <w:tcW w:type="dxa" w:w="2106"/>
          </w:tcPr>
          <w:p>
            <w:pPr>
              <w:spacing w:after="0"/>
              <w:jc w:val="left"/>
            </w:pPr>
            <w:r>
              <w:rPr>
                <w:sz w:val="16"/>
              </w:rPr>
              <w:t>TROPICAL STORM ZETA</w:t>
            </w:r>
          </w:p>
        </w:tc>
        <w:tc>
          <w:tcPr>
            <w:tcW w:type="dxa" w:w="2597"/>
          </w:tcPr>
          <w:p>
            <w:pPr>
              <w:spacing w:after="0"/>
              <w:jc w:val="left"/>
            </w:pPr>
            <w:r>
              <w:rPr>
                <w:sz w:val="16"/>
              </w:rPr>
              <w:t>Hurricane</w:t>
            </w:r>
          </w:p>
        </w:tc>
        <w:tc>
          <w:tcPr>
            <w:tcW w:type="dxa" w:w="1636"/>
          </w:tcPr>
          <w:p>
            <w:pPr>
              <w:spacing w:after="0"/>
              <w:jc w:val="right"/>
            </w:pPr>
            <w:r>
              <w:rPr>
                <w:sz w:val="16"/>
              </w:rPr>
              <w:t>$2,476,465.33</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2020-03-29</w:t>
            </w:r>
          </w:p>
        </w:tc>
        <w:tc>
          <w:tcPr>
            <w:tcW w:type="dxa" w:w="1187"/>
          </w:tcPr>
          <w:p>
            <w:pPr>
              <w:spacing w:after="0"/>
              <w:jc w:val="left"/>
            </w:pPr>
            <w:r>
              <w:rPr>
                <w:sz w:val="16"/>
              </w:rPr>
              <w:t>2020-01-20</w:t>
            </w:r>
          </w:p>
        </w:tc>
        <w:tc>
          <w:tcPr>
            <w:tcW w:type="dxa" w:w="1187"/>
          </w:tcPr>
          <w:p>
            <w:pPr>
              <w:spacing w:after="0"/>
              <w:jc w:val="left"/>
            </w:pPr>
            <w:r>
              <w:rPr>
                <w:sz w:val="16"/>
              </w:rPr>
              <w:t>DR-4501-GA</w:t>
            </w:r>
          </w:p>
        </w:tc>
        <w:tc>
          <w:tcPr>
            <w:tcW w:type="dxa" w:w="1595"/>
          </w:tcPr>
          <w:p>
            <w:pPr>
              <w:spacing w:after="0"/>
              <w:jc w:val="left"/>
            </w:pPr>
            <w:r>
              <w:rPr>
                <w:sz w:val="16"/>
              </w:rPr>
              <w:t>Major disaster</w:t>
            </w:r>
          </w:p>
        </w:tc>
        <w:tc>
          <w:tcPr>
            <w:tcW w:type="dxa" w:w="2106"/>
          </w:tcPr>
          <w:p>
            <w:pPr>
              <w:spacing w:after="0"/>
              <w:jc w:val="left"/>
            </w:pPr>
            <w:r>
              <w:rPr>
                <w:sz w:val="16"/>
              </w:rPr>
              <w:t>COVID-19 PANDEMIC</w:t>
            </w:r>
          </w:p>
        </w:tc>
        <w:tc>
          <w:tcPr>
            <w:tcW w:type="dxa" w:w="2597"/>
          </w:tcPr>
          <w:p>
            <w:pPr>
              <w:spacing w:after="0"/>
              <w:jc w:val="left"/>
            </w:pPr>
            <w:r>
              <w:rPr>
                <w:sz w:val="16"/>
              </w:rPr>
              <w:t>Non-natural, not counted</w:t>
            </w:r>
          </w:p>
        </w:tc>
        <w:tc>
          <w:tcPr>
            <w:tcW w:type="dxa" w:w="1636"/>
          </w:tcPr>
          <w:p>
            <w:pPr>
              <w:spacing w:after="0"/>
              <w:jc w:val="right"/>
            </w:pPr>
            <w:r>
              <w:rPr>
                <w:sz w:val="16"/>
              </w:rPr>
              <w:t>$730,349.18</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2020-03-13</w:t>
            </w:r>
          </w:p>
        </w:tc>
        <w:tc>
          <w:tcPr>
            <w:tcW w:type="dxa" w:w="1187"/>
          </w:tcPr>
          <w:p>
            <w:pPr>
              <w:spacing w:after="0"/>
              <w:jc w:val="left"/>
            </w:pPr>
            <w:r>
              <w:rPr>
                <w:sz w:val="16"/>
              </w:rPr>
              <w:t>2020-01-20</w:t>
            </w:r>
          </w:p>
        </w:tc>
        <w:tc>
          <w:tcPr>
            <w:tcW w:type="dxa" w:w="1187"/>
          </w:tcPr>
          <w:p>
            <w:pPr>
              <w:spacing w:after="0"/>
              <w:jc w:val="left"/>
            </w:pPr>
            <w:r>
              <w:rPr>
                <w:sz w:val="16"/>
              </w:rPr>
              <w:t>EM-3464-GA</w:t>
            </w:r>
          </w:p>
        </w:tc>
        <w:tc>
          <w:tcPr>
            <w:tcW w:type="dxa" w:w="1595"/>
          </w:tcPr>
          <w:p>
            <w:pPr>
              <w:spacing w:after="0"/>
              <w:jc w:val="left"/>
            </w:pPr>
            <w:r>
              <w:rPr>
                <w:sz w:val="16"/>
              </w:rPr>
              <w:t>Emergency</w:t>
            </w:r>
          </w:p>
        </w:tc>
        <w:tc>
          <w:tcPr>
            <w:tcW w:type="dxa" w:w="2106"/>
          </w:tcPr>
          <w:p>
            <w:pPr>
              <w:spacing w:after="0"/>
              <w:jc w:val="left"/>
            </w:pPr>
            <w:r>
              <w:rPr>
                <w:sz w:val="16"/>
              </w:rPr>
              <w:t>COVID-19</w:t>
            </w:r>
          </w:p>
        </w:tc>
        <w:tc>
          <w:tcPr>
            <w:tcW w:type="dxa" w:w="2597"/>
          </w:tcPr>
          <w:p>
            <w:pPr>
              <w:spacing w:after="0"/>
              <w:jc w:val="left"/>
            </w:pPr>
            <w:r>
              <w:rPr>
                <w:sz w:val="16"/>
              </w:rPr>
              <w:t>Non-natural,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DR-4501</w:t>
            </w:r>
          </w:p>
        </w:tc>
      </w:tr>
      <w:tr>
        <w:trPr>
          <w:cantSplit/>
        </w:trPr>
        <w:tc>
          <w:tcPr>
            <w:tcW w:type="dxa" w:w="1187"/>
          </w:tcPr>
          <w:p>
            <w:pPr>
              <w:spacing w:after="0"/>
              <w:jc w:val="left"/>
            </w:pPr>
            <w:r>
              <w:rPr>
                <w:sz w:val="16"/>
              </w:rPr>
              <w:t>2017-09-15</w:t>
            </w:r>
          </w:p>
        </w:tc>
        <w:tc>
          <w:tcPr>
            <w:tcW w:type="dxa" w:w="1187"/>
          </w:tcPr>
          <w:p>
            <w:pPr>
              <w:spacing w:after="0"/>
              <w:jc w:val="left"/>
            </w:pPr>
            <w:r>
              <w:rPr>
                <w:sz w:val="16"/>
              </w:rPr>
              <w:t>2017-09-07</w:t>
            </w:r>
          </w:p>
        </w:tc>
        <w:tc>
          <w:tcPr>
            <w:tcW w:type="dxa" w:w="1187"/>
          </w:tcPr>
          <w:p>
            <w:pPr>
              <w:spacing w:after="0"/>
              <w:jc w:val="left"/>
            </w:pPr>
            <w:r>
              <w:rPr>
                <w:sz w:val="16"/>
              </w:rPr>
              <w:t>DR-4338-GA</w:t>
            </w:r>
          </w:p>
        </w:tc>
        <w:tc>
          <w:tcPr>
            <w:tcW w:type="dxa" w:w="1595"/>
          </w:tcPr>
          <w:p>
            <w:pPr>
              <w:spacing w:after="0"/>
              <w:jc w:val="left"/>
            </w:pPr>
            <w:r>
              <w:rPr>
                <w:sz w:val="16"/>
              </w:rPr>
              <w:t>Major disaster</w:t>
            </w:r>
          </w:p>
        </w:tc>
        <w:tc>
          <w:tcPr>
            <w:tcW w:type="dxa" w:w="2106"/>
          </w:tcPr>
          <w:p>
            <w:pPr>
              <w:spacing w:after="0"/>
              <w:jc w:val="left"/>
            </w:pPr>
            <w:r>
              <w:rPr>
                <w:sz w:val="16"/>
              </w:rPr>
              <w:t>HURRICANE IRMA</w:t>
            </w:r>
          </w:p>
        </w:tc>
        <w:tc>
          <w:tcPr>
            <w:tcW w:type="dxa" w:w="2597"/>
          </w:tcPr>
          <w:p>
            <w:pPr>
              <w:spacing w:after="0"/>
              <w:jc w:val="left"/>
            </w:pPr>
            <w:r>
              <w:rPr>
                <w:sz w:val="16"/>
              </w:rPr>
              <w:t>Hurricane</w:t>
            </w:r>
          </w:p>
        </w:tc>
        <w:tc>
          <w:tcPr>
            <w:tcW w:type="dxa" w:w="1636"/>
          </w:tcPr>
          <w:p>
            <w:pPr>
              <w:spacing w:after="0"/>
              <w:jc w:val="right"/>
            </w:pPr>
            <w:r>
              <w:rPr>
                <w:sz w:val="16"/>
              </w:rPr>
              <w:t>$1,738,855.60</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2017-09-08</w:t>
            </w:r>
          </w:p>
        </w:tc>
        <w:tc>
          <w:tcPr>
            <w:tcW w:type="dxa" w:w="1187"/>
          </w:tcPr>
          <w:p>
            <w:pPr>
              <w:spacing w:after="0"/>
              <w:jc w:val="left"/>
            </w:pPr>
            <w:r>
              <w:rPr>
                <w:sz w:val="16"/>
              </w:rPr>
              <w:t>2017-09-07</w:t>
            </w:r>
          </w:p>
        </w:tc>
        <w:tc>
          <w:tcPr>
            <w:tcW w:type="dxa" w:w="1187"/>
          </w:tcPr>
          <w:p>
            <w:pPr>
              <w:spacing w:after="0"/>
              <w:jc w:val="left"/>
            </w:pPr>
            <w:r>
              <w:rPr>
                <w:sz w:val="16"/>
              </w:rPr>
              <w:t>EM-3387-GA</w:t>
            </w:r>
          </w:p>
        </w:tc>
        <w:tc>
          <w:tcPr>
            <w:tcW w:type="dxa" w:w="1595"/>
          </w:tcPr>
          <w:p>
            <w:pPr>
              <w:spacing w:after="0"/>
              <w:jc w:val="left"/>
            </w:pPr>
            <w:r>
              <w:rPr>
                <w:sz w:val="16"/>
              </w:rPr>
              <w:t>Emergency</w:t>
            </w:r>
          </w:p>
        </w:tc>
        <w:tc>
          <w:tcPr>
            <w:tcW w:type="dxa" w:w="2106"/>
          </w:tcPr>
          <w:p>
            <w:pPr>
              <w:spacing w:after="0"/>
              <w:jc w:val="left"/>
            </w:pPr>
            <w:r>
              <w:rPr>
                <w:sz w:val="16"/>
              </w:rPr>
              <w:t>HURRICANE IRMA</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DR-4338</w:t>
            </w:r>
          </w:p>
        </w:tc>
      </w:tr>
      <w:tr>
        <w:trPr>
          <w:cantSplit/>
        </w:trPr>
        <w:tc>
          <w:tcPr>
            <w:tcW w:type="dxa" w:w="1187"/>
          </w:tcPr>
          <w:p>
            <w:pPr>
              <w:spacing w:after="0"/>
              <w:jc w:val="left"/>
            </w:pPr>
            <w:r>
              <w:rPr>
                <w:sz w:val="16"/>
              </w:rPr>
              <w:t>2015-04-20</w:t>
            </w:r>
          </w:p>
        </w:tc>
        <w:tc>
          <w:tcPr>
            <w:tcW w:type="dxa" w:w="1187"/>
          </w:tcPr>
          <w:p>
            <w:pPr>
              <w:spacing w:after="0"/>
              <w:jc w:val="left"/>
            </w:pPr>
            <w:r>
              <w:rPr>
                <w:sz w:val="16"/>
              </w:rPr>
              <w:t>2015-02-15</w:t>
            </w:r>
          </w:p>
        </w:tc>
        <w:tc>
          <w:tcPr>
            <w:tcW w:type="dxa" w:w="1187"/>
          </w:tcPr>
          <w:p>
            <w:pPr>
              <w:spacing w:after="0"/>
              <w:jc w:val="left"/>
            </w:pPr>
            <w:r>
              <w:rPr>
                <w:sz w:val="16"/>
              </w:rPr>
              <w:t>DR-4215-GA</w:t>
            </w:r>
          </w:p>
        </w:tc>
        <w:tc>
          <w:tcPr>
            <w:tcW w:type="dxa" w:w="1595"/>
          </w:tcPr>
          <w:p>
            <w:pPr>
              <w:spacing w:after="0"/>
              <w:jc w:val="left"/>
            </w:pPr>
            <w:r>
              <w:rPr>
                <w:sz w:val="16"/>
              </w:rPr>
              <w:t>Major disaster</w:t>
            </w:r>
          </w:p>
        </w:tc>
        <w:tc>
          <w:tcPr>
            <w:tcW w:type="dxa" w:w="2106"/>
          </w:tcPr>
          <w:p>
            <w:pPr>
              <w:spacing w:after="0"/>
              <w:jc w:val="left"/>
            </w:pPr>
            <w:r>
              <w:rPr>
                <w:sz w:val="16"/>
              </w:rPr>
              <w:t>SEVERE WINTER STORM</w:t>
            </w:r>
          </w:p>
        </w:tc>
        <w:tc>
          <w:tcPr>
            <w:tcW w:type="dxa" w:w="2597"/>
          </w:tcPr>
          <w:p>
            <w:pPr>
              <w:spacing w:after="0"/>
              <w:jc w:val="left"/>
            </w:pPr>
            <w:r>
              <w:rPr>
                <w:sz w:val="16"/>
              </w:rPr>
              <w:t>Ice Storm</w:t>
            </w:r>
          </w:p>
        </w:tc>
        <w:tc>
          <w:tcPr>
            <w:tcW w:type="dxa" w:w="1636"/>
          </w:tcPr>
          <w:p>
            <w:pPr>
              <w:spacing w:after="0"/>
              <w:jc w:val="right"/>
            </w:pPr>
            <w:r>
              <w:rPr>
                <w:sz w:val="16"/>
              </w:rPr>
              <w:t>$2,354,237.45</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2014-02-11</w:t>
            </w:r>
          </w:p>
        </w:tc>
        <w:tc>
          <w:tcPr>
            <w:tcW w:type="dxa" w:w="1187"/>
          </w:tcPr>
          <w:p>
            <w:pPr>
              <w:spacing w:after="0"/>
              <w:jc w:val="left"/>
            </w:pPr>
            <w:r>
              <w:rPr>
                <w:sz w:val="16"/>
              </w:rPr>
              <w:t>2014-02-10</w:t>
            </w:r>
          </w:p>
        </w:tc>
        <w:tc>
          <w:tcPr>
            <w:tcW w:type="dxa" w:w="1187"/>
          </w:tcPr>
          <w:p>
            <w:pPr>
              <w:spacing w:after="0"/>
              <w:jc w:val="left"/>
            </w:pPr>
            <w:r>
              <w:rPr>
                <w:sz w:val="16"/>
              </w:rPr>
              <w:t>EM-3368-GA</w:t>
            </w:r>
          </w:p>
        </w:tc>
        <w:tc>
          <w:tcPr>
            <w:tcW w:type="dxa" w:w="1595"/>
          </w:tcPr>
          <w:p>
            <w:pPr>
              <w:spacing w:after="0"/>
              <w:jc w:val="left"/>
            </w:pPr>
            <w:r>
              <w:rPr>
                <w:sz w:val="16"/>
              </w:rPr>
              <w:t>Emergency</w:t>
            </w:r>
          </w:p>
        </w:tc>
        <w:tc>
          <w:tcPr>
            <w:tcW w:type="dxa" w:w="2106"/>
          </w:tcPr>
          <w:p>
            <w:pPr>
              <w:spacing w:after="0"/>
              <w:jc w:val="left"/>
            </w:pPr>
            <w:r>
              <w:rPr>
                <w:sz w:val="16"/>
              </w:rPr>
              <w:t>SEVERE WINTER STORM</w:t>
            </w:r>
          </w:p>
        </w:tc>
        <w:tc>
          <w:tcPr>
            <w:tcW w:type="dxa" w:w="2597"/>
          </w:tcPr>
          <w:p>
            <w:pPr>
              <w:spacing w:after="0"/>
              <w:jc w:val="left"/>
            </w:pPr>
            <w:r>
              <w:rPr>
                <w:sz w:val="16"/>
              </w:rPr>
              <w:t>Ice Storm</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2005-09-05</w:t>
            </w:r>
          </w:p>
        </w:tc>
        <w:tc>
          <w:tcPr>
            <w:tcW w:type="dxa" w:w="1187"/>
          </w:tcPr>
          <w:p>
            <w:pPr>
              <w:spacing w:after="0"/>
              <w:jc w:val="left"/>
            </w:pPr>
            <w:r>
              <w:rPr>
                <w:sz w:val="16"/>
              </w:rPr>
              <w:t>2005-08-27</w:t>
            </w:r>
          </w:p>
        </w:tc>
        <w:tc>
          <w:tcPr>
            <w:tcW w:type="dxa" w:w="1187"/>
          </w:tcPr>
          <w:p>
            <w:pPr>
              <w:spacing w:after="0"/>
              <w:jc w:val="left"/>
            </w:pPr>
            <w:r>
              <w:rPr>
                <w:sz w:val="16"/>
              </w:rPr>
              <w:t>EM-3218-GA</w:t>
            </w:r>
          </w:p>
        </w:tc>
        <w:tc>
          <w:tcPr>
            <w:tcW w:type="dxa" w:w="1595"/>
          </w:tcPr>
          <w:p>
            <w:pPr>
              <w:spacing w:after="0"/>
              <w:jc w:val="left"/>
            </w:pPr>
            <w:r>
              <w:rPr>
                <w:sz w:val="16"/>
              </w:rPr>
              <w:t>Emergency</w:t>
            </w:r>
          </w:p>
        </w:tc>
        <w:tc>
          <w:tcPr>
            <w:tcW w:type="dxa" w:w="2106"/>
          </w:tcPr>
          <w:p>
            <w:pPr>
              <w:spacing w:after="0"/>
              <w:jc w:val="left"/>
            </w:pPr>
            <w:r>
              <w:rPr>
                <w:sz w:val="16"/>
              </w:rPr>
              <w:t>HURRICANE KATRINA EVACUATION</w:t>
            </w:r>
          </w:p>
        </w:tc>
        <w:tc>
          <w:tcPr>
            <w:tcW w:type="dxa" w:w="2597"/>
          </w:tcPr>
          <w:p>
            <w:pPr>
              <w:spacing w:after="0"/>
              <w:jc w:val="left"/>
            </w:pPr>
            <w:r>
              <w:rPr>
                <w:sz w:val="16"/>
              </w:rPr>
              <w:t>Hurricane: evacuation support, not a local hazard event;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2004-09-18</w:t>
            </w:r>
          </w:p>
        </w:tc>
        <w:tc>
          <w:tcPr>
            <w:tcW w:type="dxa" w:w="1187"/>
          </w:tcPr>
          <w:p>
            <w:pPr>
              <w:spacing w:after="0"/>
              <w:jc w:val="left"/>
            </w:pPr>
            <w:r>
              <w:rPr>
                <w:sz w:val="16"/>
              </w:rPr>
              <w:t>2004-09-14</w:t>
            </w:r>
          </w:p>
        </w:tc>
        <w:tc>
          <w:tcPr>
            <w:tcW w:type="dxa" w:w="1187"/>
          </w:tcPr>
          <w:p>
            <w:pPr>
              <w:spacing w:after="0"/>
              <w:jc w:val="left"/>
            </w:pPr>
            <w:r>
              <w:rPr>
                <w:sz w:val="16"/>
              </w:rPr>
              <w:t>DR-1554-GA</w:t>
            </w:r>
          </w:p>
        </w:tc>
        <w:tc>
          <w:tcPr>
            <w:tcW w:type="dxa" w:w="1595"/>
          </w:tcPr>
          <w:p>
            <w:pPr>
              <w:spacing w:after="0"/>
              <w:jc w:val="left"/>
            </w:pPr>
            <w:r>
              <w:rPr>
                <w:sz w:val="16"/>
              </w:rPr>
              <w:t>Major disaster</w:t>
            </w:r>
          </w:p>
        </w:tc>
        <w:tc>
          <w:tcPr>
            <w:tcW w:type="dxa" w:w="2106"/>
          </w:tcPr>
          <w:p>
            <w:pPr>
              <w:spacing w:after="0"/>
              <w:jc w:val="left"/>
            </w:pPr>
            <w:r>
              <w:rPr>
                <w:sz w:val="16"/>
              </w:rPr>
              <w:t>HURRICANE IVAN</w:t>
            </w:r>
          </w:p>
        </w:tc>
        <w:tc>
          <w:tcPr>
            <w:tcW w:type="dxa" w:w="2597"/>
          </w:tcPr>
          <w:p>
            <w:pPr>
              <w:spacing w:after="0"/>
              <w:jc w:val="left"/>
            </w:pPr>
            <w:r>
              <w:rPr>
                <w:sz w:val="16"/>
              </w:rPr>
              <w:t>Hurricane</w:t>
            </w:r>
          </w:p>
        </w:tc>
        <w:tc>
          <w:tcPr>
            <w:tcW w:type="dxa" w:w="1636"/>
          </w:tcPr>
          <w:p>
            <w:pPr>
              <w:spacing w:after="0"/>
              <w:jc w:val="right"/>
            </w:pPr>
            <w:r>
              <w:rPr>
                <w:sz w:val="16"/>
              </w:rPr>
              <w:t>$986,974.08</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2000-01-28</w:t>
            </w:r>
          </w:p>
        </w:tc>
        <w:tc>
          <w:tcPr>
            <w:tcW w:type="dxa" w:w="1187"/>
          </w:tcPr>
          <w:p>
            <w:pPr>
              <w:spacing w:after="0"/>
              <w:jc w:val="left"/>
            </w:pPr>
            <w:r>
              <w:rPr>
                <w:sz w:val="16"/>
              </w:rPr>
              <w:t>2000-01-22</w:t>
            </w:r>
          </w:p>
        </w:tc>
        <w:tc>
          <w:tcPr>
            <w:tcW w:type="dxa" w:w="1187"/>
          </w:tcPr>
          <w:p>
            <w:pPr>
              <w:spacing w:after="0"/>
              <w:jc w:val="left"/>
            </w:pPr>
            <w:r>
              <w:rPr>
                <w:sz w:val="16"/>
              </w:rPr>
              <w:t>DR-1311-GA</w:t>
            </w:r>
          </w:p>
        </w:tc>
        <w:tc>
          <w:tcPr>
            <w:tcW w:type="dxa" w:w="1595"/>
          </w:tcPr>
          <w:p>
            <w:pPr>
              <w:spacing w:after="0"/>
              <w:jc w:val="left"/>
            </w:pPr>
            <w:r>
              <w:rPr>
                <w:sz w:val="16"/>
              </w:rPr>
              <w:t>Major disaster</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$1,357,510.58</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1998-03-11</w:t>
            </w:r>
          </w:p>
        </w:tc>
        <w:tc>
          <w:tcPr>
            <w:tcW w:type="dxa" w:w="1187"/>
          </w:tcPr>
          <w:p>
            <w:pPr>
              <w:spacing w:after="0"/>
              <w:jc w:val="left"/>
            </w:pPr>
            <w:r>
              <w:rPr>
                <w:sz w:val="16"/>
              </w:rPr>
              <w:t>1998-02-14</w:t>
            </w:r>
          </w:p>
        </w:tc>
        <w:tc>
          <w:tcPr>
            <w:tcW w:type="dxa" w:w="1187"/>
          </w:tcPr>
          <w:p>
            <w:pPr>
              <w:spacing w:after="0"/>
              <w:jc w:val="left"/>
            </w:pPr>
            <w:r>
              <w:rPr>
                <w:sz w:val="16"/>
              </w:rPr>
              <w:t>DR-1209-GA</w:t>
            </w:r>
          </w:p>
        </w:tc>
        <w:tc>
          <w:tcPr>
            <w:tcW w:type="dxa" w:w="1595"/>
          </w:tcPr>
          <w:p>
            <w:pPr>
              <w:spacing w:after="0"/>
              <w:jc w:val="left"/>
            </w:pPr>
            <w:r>
              <w:rPr>
                <w:sz w:val="16"/>
              </w:rPr>
              <w:t>Major disaster</w:t>
            </w:r>
          </w:p>
        </w:tc>
        <w:tc>
          <w:tcPr>
            <w:tcW w:type="dxa" w:w="2106"/>
          </w:tcPr>
          <w:p>
            <w:pPr>
              <w:spacing w:after="0"/>
              <w:jc w:val="left"/>
            </w:pPr>
            <w:r>
              <w:rPr>
                <w:sz w:val="16"/>
              </w:rPr>
              <w:t>SEVERE STORMS AND FLOODING</w:t>
            </w:r>
          </w:p>
        </w:tc>
        <w:tc>
          <w:tcPr>
            <w:tcW w:type="dxa" w:w="2597"/>
          </w:tcPr>
          <w:p>
            <w:pPr>
              <w:spacing w:after="0"/>
              <w:jc w:val="left"/>
            </w:pPr>
            <w:r>
              <w:rPr>
                <w:sz w:val="16"/>
              </w:rPr>
              <w:t>Inland Flooding</w:t>
            </w:r>
          </w:p>
        </w:tc>
        <w:tc>
          <w:tcPr>
            <w:tcW w:type="dxa" w:w="1636"/>
          </w:tcPr>
          <w:p>
            <w:pPr>
              <w:spacing w:after="0"/>
              <w:jc w:val="right"/>
            </w:pPr>
            <w:r>
              <w:rPr>
                <w:sz w:val="16"/>
              </w:rPr>
              <w:t>PA not declared for this county</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1995-10-10</w:t>
            </w:r>
          </w:p>
        </w:tc>
        <w:tc>
          <w:tcPr>
            <w:tcW w:type="dxa" w:w="1187"/>
          </w:tcPr>
          <w:p>
            <w:pPr>
              <w:spacing w:after="0"/>
              <w:jc w:val="left"/>
            </w:pPr>
            <w:r>
              <w:rPr>
                <w:sz w:val="16"/>
              </w:rPr>
              <w:t>1995-10-04</w:t>
            </w:r>
          </w:p>
        </w:tc>
        <w:tc>
          <w:tcPr>
            <w:tcW w:type="dxa" w:w="1187"/>
          </w:tcPr>
          <w:p>
            <w:pPr>
              <w:spacing w:after="0"/>
              <w:jc w:val="left"/>
            </w:pPr>
            <w:r>
              <w:rPr>
                <w:sz w:val="16"/>
              </w:rPr>
              <w:t>DR-1071-GA</w:t>
            </w:r>
          </w:p>
        </w:tc>
        <w:tc>
          <w:tcPr>
            <w:tcW w:type="dxa" w:w="1595"/>
          </w:tcPr>
          <w:p>
            <w:pPr>
              <w:spacing w:after="0"/>
              <w:jc w:val="left"/>
            </w:pPr>
            <w:r>
              <w:rPr>
                <w:sz w:val="16"/>
              </w:rPr>
              <w:t>Major disaster</w:t>
            </w:r>
          </w:p>
        </w:tc>
        <w:tc>
          <w:tcPr>
            <w:tcW w:type="dxa" w:w="2106"/>
          </w:tcPr>
          <w:p>
            <w:pPr>
              <w:spacing w:after="0"/>
              <w:jc w:val="left"/>
            </w:pPr>
            <w:r>
              <w:rPr>
                <w:sz w:val="16"/>
              </w:rPr>
              <w:t>HURRICANE OPAL</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1993-03-15</w:t>
            </w:r>
          </w:p>
        </w:tc>
        <w:tc>
          <w:tcPr>
            <w:tcW w:type="dxa" w:w="1187"/>
          </w:tcPr>
          <w:p>
            <w:pPr>
              <w:spacing w:after="0"/>
              <w:jc w:val="left"/>
            </w:pPr>
            <w:r>
              <w:rPr>
                <w:sz w:val="16"/>
              </w:rPr>
              <w:t>1993-03-13</w:t>
            </w:r>
          </w:p>
        </w:tc>
        <w:tc>
          <w:tcPr>
            <w:tcW w:type="dxa" w:w="1187"/>
          </w:tcPr>
          <w:p>
            <w:pPr>
              <w:spacing w:after="0"/>
              <w:jc w:val="left"/>
            </w:pPr>
            <w:r>
              <w:rPr>
                <w:sz w:val="16"/>
              </w:rPr>
              <w:t>EM-3097-GA</w:t>
            </w:r>
          </w:p>
        </w:tc>
        <w:tc>
          <w:tcPr>
            <w:tcW w:type="dxa" w:w="1595"/>
          </w:tcPr>
          <w:p>
            <w:pPr>
              <w:spacing w:after="0"/>
              <w:jc w:val="left"/>
            </w:pPr>
            <w:r>
              <w:rPr>
                <w:sz w:val="16"/>
              </w:rPr>
              <w:t>Emergency</w:t>
            </w:r>
          </w:p>
        </w:tc>
        <w:tc>
          <w:tcPr>
            <w:tcW w:type="dxa" w:w="2106"/>
          </w:tcPr>
          <w:p>
            <w:pPr>
              <w:spacing w:after="0"/>
              <w:jc w:val="left"/>
            </w:pPr>
            <w:r>
              <w:rPr>
                <w:sz w:val="16"/>
              </w:rPr>
              <w:t>SEVERE SNOWFALL, 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1977-07-20</w:t>
            </w:r>
          </w:p>
        </w:tc>
        <w:tc>
          <w:tcPr>
            <w:tcW w:type="dxa" w:w="1187"/>
          </w:tcPr>
          <w:p>
            <w:pPr>
              <w:spacing w:after="0"/>
              <w:jc w:val="left"/>
            </w:pPr>
            <w:r>
              <w:rPr>
                <w:sz w:val="16"/>
              </w:rPr>
              <w:t>1977-07-20</w:t>
            </w:r>
          </w:p>
        </w:tc>
        <w:tc>
          <w:tcPr>
            <w:tcW w:type="dxa" w:w="1187"/>
          </w:tcPr>
          <w:p>
            <w:pPr>
              <w:spacing w:after="0"/>
              <w:jc w:val="left"/>
            </w:pPr>
            <w:r>
              <w:rPr>
                <w:sz w:val="16"/>
              </w:rPr>
              <w:t>EM-3044-GA</w:t>
            </w:r>
          </w:p>
        </w:tc>
        <w:tc>
          <w:tcPr>
            <w:tcW w:type="dxa" w:w="1595"/>
          </w:tcPr>
          <w:p>
            <w:pPr>
              <w:spacing w:after="0"/>
              <w:jc w:val="left"/>
            </w:pPr>
            <w:r>
              <w:rPr>
                <w:sz w:val="16"/>
              </w:rPr>
              <w:t>Emergency</w:t>
            </w:r>
          </w:p>
        </w:tc>
        <w:tc>
          <w:tcPr>
            <w:tcW w:type="dxa" w:w="2106"/>
          </w:tcPr>
          <w:p>
            <w:pPr>
              <w:spacing w:after="0"/>
              <w:jc w:val="left"/>
            </w:pPr>
            <w:r>
              <w:rPr>
                <w:sz w:val="16"/>
              </w:rPr>
              <w:t>DROUGHT</w:t>
            </w:r>
          </w:p>
        </w:tc>
        <w:tc>
          <w:tcPr>
            <w:tcW w:type="dxa" w:w="2597"/>
          </w:tcPr>
          <w:p>
            <w:pPr>
              <w:spacing w:after="0"/>
              <w:jc w:val="left"/>
            </w:pPr>
            <w:r>
              <w:rPr>
                <w:sz w:val="16"/>
              </w:rPr>
              <w:t>Drought</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1974-04-05</w:t>
            </w:r>
          </w:p>
        </w:tc>
        <w:tc>
          <w:tcPr>
            <w:tcW w:type="dxa" w:w="1187"/>
          </w:tcPr>
          <w:p>
            <w:pPr>
              <w:spacing w:after="0"/>
              <w:jc w:val="left"/>
            </w:pPr>
            <w:r>
              <w:rPr>
                <w:sz w:val="16"/>
              </w:rPr>
              <w:t>1974-04-05</w:t>
            </w:r>
          </w:p>
        </w:tc>
        <w:tc>
          <w:tcPr>
            <w:tcW w:type="dxa" w:w="1187"/>
          </w:tcPr>
          <w:p>
            <w:pPr>
              <w:spacing w:after="0"/>
              <w:jc w:val="left"/>
            </w:pPr>
            <w:r>
              <w:rPr>
                <w:sz w:val="16"/>
              </w:rPr>
              <w:t>DR-425-GA</w:t>
            </w:r>
          </w:p>
        </w:tc>
        <w:tc>
          <w:tcPr>
            <w:tcW w:type="dxa" w:w="1595"/>
          </w:tcPr>
          <w:p>
            <w:pPr>
              <w:spacing w:after="0"/>
              <w:jc w:val="left"/>
            </w:pPr>
            <w:r>
              <w:rPr>
                <w:sz w:val="16"/>
              </w:rPr>
              <w:t>Major disaster</w:t>
            </w:r>
          </w:p>
        </w:tc>
        <w:tc>
          <w:tcPr>
            <w:tcW w:type="dxa" w:w="2106"/>
          </w:tcPr>
          <w:p>
            <w:pPr>
              <w:spacing w:after="0"/>
              <w:jc w:val="left"/>
            </w:pPr>
            <w:r>
              <w:rPr>
                <w:sz w:val="16"/>
              </w:rPr>
              <w:t>TORNADOES</w:t>
            </w:r>
          </w:p>
        </w:tc>
        <w:tc>
          <w:tcPr>
            <w:tcW w:type="dxa" w:w="2597"/>
          </w:tcPr>
          <w:p>
            <w:pPr>
              <w:spacing w:after="0"/>
              <w:jc w:val="left"/>
            </w:pPr>
            <w:r>
              <w:rPr>
                <w:sz w:val="16"/>
              </w:rPr>
              <w:t>Tornado</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$244,804.58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44,804.58"/>
        <w:tblDescription w:val="Hazard Plain table b1d_pa_other"/>
      </w:tblPr>
      <w:tblGrid>
        <w:gridCol w:w="1761"/>
        <w:gridCol w:w="1761"/>
        <w:gridCol w:w="2671"/>
        <w:gridCol w:w="6007"/>
        <w:gridCol w:w="1913"/>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2671"/>
            <w:shd w:val="clear" w:color="auto" w:fill="E8E8E8"/>
          </w:tcPr>
          <w:p>
            <w:pPr>
              <w:spacing w:after="0"/>
              <w:jc w:val="left"/>
            </w:pPr>
            <w:r>
              <w:rPr>
                <w:b/>
                <w:sz w:val="16"/>
              </w:rPr>
              <w:t>Title</w:t>
            </w:r>
          </w:p>
        </w:tc>
        <w:tc>
          <w:tcPr>
            <w:tcW w:type="dxa" w:w="6007"/>
            <w:shd w:val="clear" w:color="auto" w:fill="E8E8E8"/>
          </w:tcPr>
          <w:p>
            <w:pPr>
              <w:spacing w:after="0"/>
              <w:jc w:val="left"/>
            </w:pPr>
            <w:r>
              <w:rPr>
                <w:b/>
                <w:sz w:val="16"/>
              </w:rPr>
              <w:t>Applicant</w:t>
            </w:r>
          </w:p>
        </w:tc>
        <w:tc>
          <w:tcPr>
            <w:tcW w:type="dxa" w:w="19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DR-4830-GA</w:t>
            </w:r>
          </w:p>
        </w:tc>
        <w:tc>
          <w:tcPr>
            <w:tcW w:type="dxa" w:w="1761"/>
          </w:tcPr>
          <w:p>
            <w:pPr>
              <w:spacing w:after="0"/>
              <w:jc w:val="left"/>
            </w:pPr>
            <w:r>
              <w:rPr>
                <w:sz w:val="16"/>
              </w:rPr>
              <w:t>2024-09-30</w:t>
            </w:r>
          </w:p>
        </w:tc>
        <w:tc>
          <w:tcPr>
            <w:tcW w:type="dxa" w:w="2671"/>
          </w:tcPr>
          <w:p>
            <w:pPr>
              <w:spacing w:after="0"/>
              <w:jc w:val="left"/>
            </w:pPr>
            <w:r>
              <w:rPr>
                <w:sz w:val="16"/>
              </w:rPr>
              <w:t>HURRICANE HELENE</w:t>
            </w:r>
          </w:p>
        </w:tc>
        <w:tc>
          <w:tcPr>
            <w:tcW w:type="dxa" w:w="6007"/>
          </w:tcPr>
          <w:p>
            <w:pPr>
              <w:spacing w:after="0"/>
              <w:jc w:val="left"/>
            </w:pPr>
            <w:r>
              <w:rPr>
                <w:sz w:val="16"/>
              </w:rPr>
              <w:t>Sawnee Electric Membership Corporation</w:t>
            </w:r>
          </w:p>
        </w:tc>
        <w:tc>
          <w:tcPr>
            <w:tcW w:type="dxa" w:w="1913"/>
          </w:tcPr>
          <w:p>
            <w:pPr>
              <w:spacing w:after="0"/>
              <w:jc w:val="right"/>
            </w:pPr>
            <w:r>
              <w:rPr>
                <w:sz w:val="16"/>
              </w:rPr>
              <w:t>$222,274.32</w:t>
            </w:r>
          </w:p>
        </w:tc>
      </w:tr>
      <w:tr>
        <w:trPr>
          <w:cantSplit/>
        </w:trPr>
        <w:tc>
          <w:tcPr>
            <w:tcW w:type="dxa" w:w="1761"/>
          </w:tcPr>
          <w:p>
            <w:pPr>
              <w:spacing w:after="0"/>
              <w:jc w:val="left"/>
            </w:pPr>
            <w:r>
              <w:rPr>
                <w:sz w:val="16"/>
              </w:rPr>
              <w:t>DR-1858-GA</w:t>
            </w:r>
          </w:p>
        </w:tc>
        <w:tc>
          <w:tcPr>
            <w:tcW w:type="dxa" w:w="1761"/>
          </w:tcPr>
          <w:p>
            <w:pPr>
              <w:spacing w:after="0"/>
              <w:jc w:val="left"/>
            </w:pPr>
            <w:r>
              <w:rPr>
                <w:sz w:val="16"/>
              </w:rPr>
              <w:t>2009-09-24</w:t>
            </w:r>
          </w:p>
        </w:tc>
        <w:tc>
          <w:tcPr>
            <w:tcW w:type="dxa" w:w="2671"/>
          </w:tcPr>
          <w:p>
            <w:pPr>
              <w:spacing w:after="0"/>
              <w:jc w:val="left"/>
            </w:pPr>
            <w:r>
              <w:rPr>
                <w:sz w:val="16"/>
              </w:rPr>
              <w:t>SEVERE STORMS AND FLOODING</w:t>
            </w:r>
          </w:p>
        </w:tc>
        <w:tc>
          <w:tcPr>
            <w:tcW w:type="dxa" w:w="6007"/>
          </w:tcPr>
          <w:p>
            <w:pPr>
              <w:spacing w:after="0"/>
              <w:jc w:val="left"/>
            </w:pPr>
            <w:r>
              <w:rPr>
                <w:sz w:val="16"/>
              </w:rPr>
              <w:t>Sawnee Electric Membership Corporation</w:t>
            </w:r>
          </w:p>
        </w:tc>
        <w:tc>
          <w:tcPr>
            <w:tcW w:type="dxa" w:w="1913"/>
          </w:tcPr>
          <w:p>
            <w:pPr>
              <w:spacing w:after="0"/>
              <w:jc w:val="right"/>
            </w:pPr>
            <w:r>
              <w:rPr>
                <w:sz w:val="16"/>
              </w:rPr>
              <w:t>$22,530.26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39</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109</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170</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9"/>
        <w:gridCol w:w="3168"/>
        <w:gridCol w:w="1677"/>
        <w:gridCol w:w="1159"/>
        <w:gridCol w:w="1939"/>
        <w:gridCol w:w="1095"/>
        <w:gridCol w:w="2720"/>
      </w:tblGrid>
      <w:tr>
        <w:trPr>
          <w:cantSplit/>
          <w:tblHeader/>
        </w:trPr>
        <w:tc>
          <w:tcPr>
            <w:tcW w:type="dxa" w:w="1037"/>
            <w:shd w:val="clear" w:color="auto" w:fill="E8E8E8"/>
          </w:tcPr>
          <w:p>
            <w:pPr>
              <w:spacing w:after="0"/>
              <w:jc w:val="left"/>
            </w:pPr>
            <w:r>
              <w:rPr>
                <w:b/>
                <w:sz w:val="16"/>
              </w:rPr>
              <w:t>Date</w:t>
            </w:r>
          </w:p>
        </w:tc>
        <w:tc>
          <w:tcPr>
            <w:tcW w:type="dxa" w:w="1319"/>
            <w:shd w:val="clear" w:color="auto" w:fill="E8E8E8"/>
          </w:tcPr>
          <w:p>
            <w:pPr>
              <w:spacing w:after="0"/>
              <w:jc w:val="left"/>
            </w:pPr>
            <w:r>
              <w:rPr>
                <w:b/>
                <w:sz w:val="16"/>
              </w:rPr>
              <w:t>Event type</w:t>
            </w:r>
          </w:p>
        </w:tc>
        <w:tc>
          <w:tcPr>
            <w:tcW w:type="dxa" w:w="3168"/>
            <w:shd w:val="clear" w:color="auto" w:fill="E8E8E8"/>
          </w:tcPr>
          <w:p>
            <w:pPr>
              <w:spacing w:after="0"/>
              <w:jc w:val="left"/>
            </w:pPr>
            <w:r>
              <w:rPr>
                <w:b/>
                <w:sz w:val="16"/>
              </w:rPr>
              <w:t>Magnitude or extent</w:t>
            </w:r>
          </w:p>
        </w:tc>
        <w:tc>
          <w:tcPr>
            <w:tcW w:type="dxa" w:w="1677"/>
            <w:shd w:val="clear" w:color="auto" w:fill="E8E8E8"/>
          </w:tcPr>
          <w:p>
            <w:pPr>
              <w:spacing w:after="0"/>
              <w:jc w:val="left"/>
            </w:pPr>
            <w:r>
              <w:rPr>
                <w:b/>
                <w:sz w:val="16"/>
              </w:rPr>
              <w:t>Damage</w:t>
            </w:r>
          </w:p>
          <w:p>
            <w:pPr>
              <w:spacing w:after="0"/>
              <w:jc w:val="left"/>
            </w:pPr>
            <w:r>
              <w:rPr>
                <w:i/>
                <w:color w:val="555555"/>
                <w:sz w:val="14"/>
              </w:rPr>
              <w:t>nominal dollars</w:t>
            </w:r>
          </w:p>
        </w:tc>
        <w:tc>
          <w:tcPr>
            <w:tcW w:type="dxa" w:w="115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39"/>
            <w:shd w:val="clear" w:color="auto" w:fill="E8E8E8"/>
          </w:tcPr>
          <w:p>
            <w:pPr>
              <w:spacing w:after="0"/>
              <w:jc w:val="left"/>
            </w:pPr>
            <w:r>
              <w:rPr>
                <w:b/>
                <w:sz w:val="16"/>
              </w:rPr>
              <w:t>Location</w:t>
            </w:r>
          </w:p>
        </w:tc>
        <w:tc>
          <w:tcPr>
            <w:tcW w:type="dxa" w:w="1095"/>
            <w:shd w:val="clear" w:color="auto" w:fill="E8E8E8"/>
          </w:tcPr>
          <w:p>
            <w:pPr>
              <w:spacing w:after="0"/>
              <w:jc w:val="left"/>
            </w:pPr>
            <w:r>
              <w:rPr>
                <w:b/>
                <w:sz w:val="16"/>
              </w:rPr>
              <w:t>Flags</w:t>
            </w:r>
          </w:p>
        </w:tc>
        <w:tc>
          <w:tcPr>
            <w:tcW w:type="dxa" w:w="27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2023-07-20</w:t>
            </w:r>
          </w:p>
        </w:tc>
        <w:tc>
          <w:tcPr>
            <w:tcW w:type="dxa" w:w="1319"/>
          </w:tcPr>
          <w:p>
            <w:pPr>
              <w:spacing w:after="0"/>
              <w:jc w:val="left"/>
            </w:pPr>
            <w:r>
              <w:rPr>
                <w:sz w:val="16"/>
              </w:rPr>
              <w:t>Thunderstorm Wind</w:t>
            </w:r>
          </w:p>
        </w:tc>
        <w:tc>
          <w:tcPr>
            <w:tcW w:type="dxa" w:w="3168"/>
          </w:tcPr>
          <w:p>
            <w:pPr>
              <w:spacing w:after="0"/>
              <w:jc w:val="left"/>
            </w:pPr>
            <w:r>
              <w:rPr>
                <w:sz w:val="16"/>
              </w:rPr>
              <w:t>83 kt (96 mph) estimated gust</w:t>
            </w:r>
          </w:p>
        </w:tc>
        <w:tc>
          <w:tcPr>
            <w:tcW w:type="dxa" w:w="1677"/>
          </w:tcPr>
          <w:p>
            <w:pPr>
              <w:spacing w:after="0"/>
              <w:jc w:val="left"/>
            </w:pPr>
            <w:r>
              <w:rPr>
                <w:sz w:val="16"/>
              </w:rPr>
              <w:t>$0 property; $0 crops (2023 dollars)</w:t>
            </w:r>
          </w:p>
        </w:tc>
        <w:tc>
          <w:tcPr>
            <w:tcW w:type="dxa" w:w="1159"/>
          </w:tcPr>
          <w:p>
            <w:pPr>
              <w:spacing w:after="0"/>
              <w:jc w:val="right"/>
            </w:pPr>
            <w:r>
              <w:rPr>
                <w:sz w:val="16"/>
              </w:rPr>
              <w:t>0, 0</w:t>
            </w:r>
          </w:p>
        </w:tc>
        <w:tc>
          <w:tcPr>
            <w:tcW w:type="dxa" w:w="1939"/>
          </w:tcPr>
          <w:p>
            <w:pPr>
              <w:spacing w:after="0"/>
              <w:jc w:val="left"/>
            </w:pPr>
            <w:r>
              <w:rPr>
                <w:sz w:val="16"/>
              </w:rPr>
              <w:t>MATT to COAL MTN</w:t>
            </w:r>
          </w:p>
        </w:tc>
        <w:tc>
          <w:tcPr>
            <w:tcW w:type="dxa" w:w="1095"/>
          </w:tcPr>
          <w:p>
            <w:pPr>
              <w:spacing w:after="0"/>
              <w:jc w:val="left"/>
            </w:pPr>
            <w:r>
              <w:rPr>
                <w:sz w:val="16"/>
              </w:rPr>
              <w:t>new since last plan; within last 5 years</w:t>
            </w:r>
          </w:p>
        </w:tc>
        <w:tc>
          <w:tcPr>
            <w:tcW w:type="dxa" w:w="2720"/>
          </w:tcPr>
          <w:p>
            <w:pPr>
              <w:spacing w:after="0"/>
              <w:jc w:val="left"/>
            </w:pPr>
            <w:r>
              <w:rPr>
                <w:sz w:val="16"/>
              </w:rPr>
              <w:t>B1-c worst recorded: Thunderstorm Wind</w:t>
            </w:r>
          </w:p>
        </w:tc>
      </w:tr>
      <w:tr>
        <w:trPr>
          <w:cantSplit/>
        </w:trPr>
        <w:tc>
          <w:tcPr>
            <w:tcW w:type="dxa" w:w="1037"/>
          </w:tcPr>
          <w:p>
            <w:pPr>
              <w:spacing w:after="0"/>
              <w:jc w:val="left"/>
            </w:pPr>
            <w:r>
              <w:rPr>
                <w:sz w:val="16"/>
              </w:rPr>
              <w:t>2017-09-11</w:t>
            </w:r>
          </w:p>
        </w:tc>
        <w:tc>
          <w:tcPr>
            <w:tcW w:type="dxa" w:w="1319"/>
          </w:tcPr>
          <w:p>
            <w:pPr>
              <w:spacing w:after="0"/>
              <w:jc w:val="left"/>
            </w:pPr>
            <w:r>
              <w:rPr>
                <w:sz w:val="16"/>
              </w:rPr>
              <w:t>Tropical Storm</w:t>
            </w:r>
          </w:p>
        </w:tc>
        <w:tc>
          <w:tcPr>
            <w:tcW w:type="dxa" w:w="3168"/>
          </w:tcPr>
          <w:p>
            <w:pPr>
              <w:spacing w:after="0"/>
              <w:jc w:val="left"/>
            </w:pPr>
          </w:p>
        </w:tc>
        <w:tc>
          <w:tcPr>
            <w:tcW w:type="dxa" w:w="1677"/>
          </w:tcPr>
          <w:p>
            <w:pPr>
              <w:spacing w:after="0"/>
              <w:jc w:val="left"/>
            </w:pPr>
            <w:r>
              <w:rPr>
                <w:sz w:val="16"/>
              </w:rPr>
              <w:t>$100,000 property; crops not reported, reported for the zone (2017 dollars)</w:t>
            </w:r>
          </w:p>
        </w:tc>
        <w:tc>
          <w:tcPr>
            <w:tcW w:type="dxa" w:w="1159"/>
          </w:tcPr>
          <w:p>
            <w:pPr>
              <w:spacing w:after="0"/>
              <w:jc w:val="right"/>
            </w:pPr>
            <w:r>
              <w:rPr>
                <w:sz w:val="16"/>
              </w:rPr>
              <w:t>1, 1</w:t>
            </w:r>
          </w:p>
        </w:tc>
        <w:tc>
          <w:tcPr>
            <w:tcW w:type="dxa" w:w="1939"/>
          </w:tcPr>
          <w:p>
            <w:pPr>
              <w:spacing w:after="0"/>
              <w:jc w:val="left"/>
            </w:pPr>
            <w:r>
              <w:rPr>
                <w:sz w:val="16"/>
              </w:rPr>
              <w:t>NWS zone GAZ022 (FORSYTH), zone-level: may include parts of neighboring counties</w:t>
            </w:r>
          </w:p>
        </w:tc>
        <w:tc>
          <w:tcPr>
            <w:tcW w:type="dxa" w:w="1095"/>
          </w:tcPr>
          <w:p>
            <w:pPr>
              <w:spacing w:after="0"/>
              <w:jc w:val="left"/>
            </w:pPr>
          </w:p>
        </w:tc>
        <w:tc>
          <w:tcPr>
            <w:tcW w:type="dxa" w:w="2720"/>
          </w:tcPr>
          <w:p>
            <w:pPr>
              <w:spacing w:after="0"/>
              <w:jc w:val="left"/>
            </w:pPr>
            <w:r>
              <w:rPr>
                <w:sz w:val="16"/>
              </w:rPr>
              <w:t>deaths or injuries recorded</w:t>
            </w:r>
          </w:p>
        </w:tc>
      </w:tr>
      <w:tr>
        <w:trPr>
          <w:cantSplit/>
        </w:trPr>
        <w:tc>
          <w:tcPr>
            <w:tcW w:type="dxa" w:w="1037"/>
          </w:tcPr>
          <w:p>
            <w:pPr>
              <w:spacing w:after="0"/>
              <w:jc w:val="left"/>
            </w:pPr>
            <w:r>
              <w:rPr>
                <w:sz w:val="16"/>
              </w:rPr>
              <w:t>2011-11-16</w:t>
            </w:r>
          </w:p>
        </w:tc>
        <w:tc>
          <w:tcPr>
            <w:tcW w:type="dxa" w:w="1319"/>
          </w:tcPr>
          <w:p>
            <w:pPr>
              <w:spacing w:after="0"/>
              <w:jc w:val="left"/>
            </w:pPr>
            <w:r>
              <w:rPr>
                <w:sz w:val="16"/>
              </w:rPr>
              <w:t>Thunderstorm Wind</w:t>
            </w:r>
          </w:p>
        </w:tc>
        <w:tc>
          <w:tcPr>
            <w:tcW w:type="dxa" w:w="3168"/>
          </w:tcPr>
          <w:p>
            <w:pPr>
              <w:spacing w:after="0"/>
              <w:jc w:val="left"/>
            </w:pPr>
            <w:r>
              <w:rPr>
                <w:sz w:val="16"/>
              </w:rPr>
              <w:t>43 kt (49 mph) estimated gust</w:t>
            </w:r>
          </w:p>
        </w:tc>
        <w:tc>
          <w:tcPr>
            <w:tcW w:type="dxa" w:w="1677"/>
          </w:tcPr>
          <w:p>
            <w:pPr>
              <w:spacing w:after="0"/>
              <w:jc w:val="left"/>
            </w:pPr>
            <w:r>
              <w:rPr>
                <w:sz w:val="16"/>
              </w:rPr>
              <w:t>$20,000 property; $0 crops (2011 dollars)</w:t>
            </w:r>
          </w:p>
        </w:tc>
        <w:tc>
          <w:tcPr>
            <w:tcW w:type="dxa" w:w="1159"/>
          </w:tcPr>
          <w:p>
            <w:pPr>
              <w:spacing w:after="0"/>
              <w:jc w:val="right"/>
            </w:pPr>
            <w:r>
              <w:rPr>
                <w:sz w:val="16"/>
              </w:rPr>
              <w:t>1, 0</w:t>
            </w:r>
          </w:p>
        </w:tc>
        <w:tc>
          <w:tcPr>
            <w:tcW w:type="dxa" w:w="1939"/>
          </w:tcPr>
          <w:p>
            <w:pPr>
              <w:spacing w:after="0"/>
              <w:jc w:val="left"/>
            </w:pPr>
            <w:r>
              <w:rPr>
                <w:sz w:val="16"/>
              </w:rPr>
              <w:t>DREW</w:t>
            </w:r>
          </w:p>
        </w:tc>
        <w:tc>
          <w:tcPr>
            <w:tcW w:type="dxa" w:w="1095"/>
          </w:tcPr>
          <w:p>
            <w:pPr>
              <w:spacing w:after="0"/>
              <w:jc w:val="left"/>
            </w:pPr>
          </w:p>
        </w:tc>
        <w:tc>
          <w:tcPr>
            <w:tcW w:type="dxa" w:w="2720"/>
          </w:tcPr>
          <w:p>
            <w:pPr>
              <w:spacing w:after="0"/>
              <w:jc w:val="left"/>
            </w:pPr>
            <w:r>
              <w:rPr>
                <w:sz w:val="16"/>
              </w:rPr>
              <w:t>deaths or injuries recorded</w:t>
            </w:r>
          </w:p>
        </w:tc>
      </w:tr>
      <w:tr>
        <w:trPr>
          <w:cantSplit/>
        </w:trPr>
        <w:tc>
          <w:tcPr>
            <w:tcW w:type="dxa" w:w="1037"/>
          </w:tcPr>
          <w:p>
            <w:pPr>
              <w:spacing w:after="0"/>
              <w:jc w:val="left"/>
            </w:pPr>
            <w:r>
              <w:rPr>
                <w:sz w:val="16"/>
              </w:rPr>
              <w:t>2009-09-21</w:t>
            </w:r>
          </w:p>
        </w:tc>
        <w:tc>
          <w:tcPr>
            <w:tcW w:type="dxa" w:w="1319"/>
          </w:tcPr>
          <w:p>
            <w:pPr>
              <w:spacing w:after="0"/>
              <w:jc w:val="left"/>
            </w:pPr>
            <w:r>
              <w:rPr>
                <w:sz w:val="16"/>
              </w:rPr>
              <w:t>Flood</w:t>
            </w:r>
          </w:p>
        </w:tc>
        <w:tc>
          <w:tcPr>
            <w:tcW w:type="dxa" w:w="3168"/>
          </w:tcPr>
          <w:p>
            <w:pPr>
              <w:spacing w:after="0"/>
              <w:jc w:val="left"/>
            </w:pPr>
          </w:p>
        </w:tc>
        <w:tc>
          <w:tcPr>
            <w:tcW w:type="dxa" w:w="1677"/>
          </w:tcPr>
          <w:p>
            <w:pPr>
              <w:spacing w:after="0"/>
              <w:jc w:val="left"/>
            </w:pPr>
            <w:r>
              <w:rPr>
                <w:sz w:val="16"/>
              </w:rPr>
              <w:t>$330,000 property; $0 crops (2009 dollars)</w:t>
            </w:r>
          </w:p>
        </w:tc>
        <w:tc>
          <w:tcPr>
            <w:tcW w:type="dxa" w:w="1159"/>
          </w:tcPr>
          <w:p>
            <w:pPr>
              <w:spacing w:after="0"/>
              <w:jc w:val="right"/>
            </w:pPr>
            <w:r>
              <w:rPr>
                <w:sz w:val="16"/>
              </w:rPr>
              <w:t>0, 0</w:t>
            </w:r>
          </w:p>
        </w:tc>
        <w:tc>
          <w:tcPr>
            <w:tcW w:type="dxa" w:w="1939"/>
          </w:tcPr>
          <w:p>
            <w:pPr>
              <w:spacing w:after="0"/>
              <w:jc w:val="left"/>
            </w:pPr>
            <w:r>
              <w:rPr>
                <w:sz w:val="16"/>
              </w:rPr>
              <w:t>HIGHTOWER to BIG CREEK</w:t>
            </w:r>
          </w:p>
        </w:tc>
        <w:tc>
          <w:tcPr>
            <w:tcW w:type="dxa" w:w="1095"/>
          </w:tcPr>
          <w:p>
            <w:pPr>
              <w:spacing w:after="0"/>
              <w:jc w:val="left"/>
            </w:pPr>
          </w:p>
        </w:tc>
        <w:tc>
          <w:tcPr>
            <w:tcW w:type="dxa" w:w="27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2009-04-13</w:t>
            </w:r>
          </w:p>
        </w:tc>
        <w:tc>
          <w:tcPr>
            <w:tcW w:type="dxa" w:w="1319"/>
          </w:tcPr>
          <w:p>
            <w:pPr>
              <w:spacing w:after="0"/>
              <w:jc w:val="left"/>
            </w:pPr>
            <w:r>
              <w:rPr>
                <w:sz w:val="16"/>
              </w:rPr>
              <w:t>High Wind</w:t>
            </w:r>
          </w:p>
        </w:tc>
        <w:tc>
          <w:tcPr>
            <w:tcW w:type="dxa" w:w="3168"/>
          </w:tcPr>
          <w:p>
            <w:pPr>
              <w:spacing w:after="0"/>
              <w:jc w:val="left"/>
            </w:pPr>
            <w:r>
              <w:rPr>
                <w:sz w:val="16"/>
              </w:rPr>
              <w:t>50 kt (58 mph) estimated gust</w:t>
            </w:r>
          </w:p>
        </w:tc>
        <w:tc>
          <w:tcPr>
            <w:tcW w:type="dxa" w:w="1677"/>
          </w:tcPr>
          <w:p>
            <w:pPr>
              <w:spacing w:after="0"/>
              <w:jc w:val="left"/>
            </w:pPr>
            <w:r>
              <w:rPr>
                <w:sz w:val="16"/>
              </w:rPr>
              <w:t>$1,000,000 property; $0 crops, reported for the zone (2009 dollars)</w:t>
            </w:r>
          </w:p>
        </w:tc>
        <w:tc>
          <w:tcPr>
            <w:tcW w:type="dxa" w:w="1159"/>
          </w:tcPr>
          <w:p>
            <w:pPr>
              <w:spacing w:after="0"/>
              <w:jc w:val="right"/>
            </w:pPr>
            <w:r>
              <w:rPr>
                <w:sz w:val="16"/>
              </w:rPr>
              <w:t>0, 0</w:t>
            </w:r>
          </w:p>
        </w:tc>
        <w:tc>
          <w:tcPr>
            <w:tcW w:type="dxa" w:w="1939"/>
          </w:tcPr>
          <w:p>
            <w:pPr>
              <w:spacing w:after="0"/>
              <w:jc w:val="left"/>
            </w:pPr>
            <w:r>
              <w:rPr>
                <w:sz w:val="16"/>
              </w:rPr>
              <w:t>NWS zone GAZ022 (FORSYTH), zone-level: may include parts of neighboring counties</w:t>
            </w:r>
          </w:p>
        </w:tc>
        <w:tc>
          <w:tcPr>
            <w:tcW w:type="dxa" w:w="1095"/>
          </w:tcPr>
          <w:p>
            <w:pPr>
              <w:spacing w:after="0"/>
              <w:jc w:val="left"/>
            </w:pPr>
          </w:p>
        </w:tc>
        <w:tc>
          <w:tcPr>
            <w:tcW w:type="dxa" w:w="27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2007-06-25</w:t>
            </w:r>
          </w:p>
        </w:tc>
        <w:tc>
          <w:tcPr>
            <w:tcW w:type="dxa" w:w="1319"/>
          </w:tcPr>
          <w:p>
            <w:pPr>
              <w:spacing w:after="0"/>
              <w:jc w:val="left"/>
            </w:pPr>
            <w:r>
              <w:rPr>
                <w:sz w:val="16"/>
              </w:rPr>
              <w:t>Lightning</w:t>
            </w:r>
          </w:p>
        </w:tc>
        <w:tc>
          <w:tcPr>
            <w:tcW w:type="dxa" w:w="3168"/>
          </w:tcPr>
          <w:p>
            <w:pPr>
              <w:spacing w:after="0"/>
              <w:jc w:val="left"/>
            </w:pPr>
          </w:p>
        </w:tc>
        <w:tc>
          <w:tcPr>
            <w:tcW w:type="dxa" w:w="1677"/>
          </w:tcPr>
          <w:p>
            <w:pPr>
              <w:spacing w:after="0"/>
              <w:jc w:val="left"/>
            </w:pPr>
            <w:r>
              <w:rPr>
                <w:sz w:val="16"/>
              </w:rPr>
              <w:t>$0 property; $0 crops (2007 dollars)</w:t>
            </w:r>
          </w:p>
        </w:tc>
        <w:tc>
          <w:tcPr>
            <w:tcW w:type="dxa" w:w="1159"/>
          </w:tcPr>
          <w:p>
            <w:pPr>
              <w:spacing w:after="0"/>
              <w:jc w:val="right"/>
            </w:pPr>
            <w:r>
              <w:rPr>
                <w:sz w:val="16"/>
              </w:rPr>
              <w:t>1, 0</w:t>
            </w:r>
          </w:p>
        </w:tc>
        <w:tc>
          <w:tcPr>
            <w:tcW w:type="dxa" w:w="1939"/>
          </w:tcPr>
          <w:p>
            <w:pPr>
              <w:spacing w:after="0"/>
              <w:jc w:val="left"/>
            </w:pPr>
            <w:r>
              <w:rPr>
                <w:sz w:val="16"/>
              </w:rPr>
              <w:t>CUMMING</w:t>
            </w:r>
          </w:p>
        </w:tc>
        <w:tc>
          <w:tcPr>
            <w:tcW w:type="dxa" w:w="1095"/>
          </w:tcPr>
          <w:p>
            <w:pPr>
              <w:spacing w:after="0"/>
              <w:jc w:val="left"/>
            </w:pPr>
          </w:p>
        </w:tc>
        <w:tc>
          <w:tcPr>
            <w:tcW w:type="dxa" w:w="2720"/>
          </w:tcPr>
          <w:p>
            <w:pPr>
              <w:spacing w:after="0"/>
              <w:jc w:val="left"/>
            </w:pPr>
            <w:r>
              <w:rPr>
                <w:sz w:val="16"/>
              </w:rPr>
              <w:t>deaths or injuries recorded</w:t>
            </w:r>
          </w:p>
        </w:tc>
      </w:tr>
      <w:tr>
        <w:trPr>
          <w:cantSplit/>
        </w:trPr>
        <w:tc>
          <w:tcPr>
            <w:tcW w:type="dxa" w:w="1037"/>
          </w:tcPr>
          <w:p>
            <w:pPr>
              <w:spacing w:after="0"/>
              <w:jc w:val="left"/>
            </w:pPr>
            <w:r>
              <w:rPr>
                <w:sz w:val="16"/>
              </w:rPr>
              <w:t>2004-04-04</w:t>
            </w:r>
          </w:p>
        </w:tc>
        <w:tc>
          <w:tcPr>
            <w:tcW w:type="dxa" w:w="1319"/>
          </w:tcPr>
          <w:p>
            <w:pPr>
              <w:spacing w:after="0"/>
              <w:jc w:val="left"/>
            </w:pPr>
            <w:r>
              <w:rPr>
                <w:sz w:val="16"/>
              </w:rPr>
              <w:t>Wildfire</w:t>
            </w:r>
          </w:p>
        </w:tc>
        <w:tc>
          <w:tcPr>
            <w:tcW w:type="dxa" w:w="3168"/>
          </w:tcPr>
          <w:p>
            <w:pPr>
              <w:spacing w:after="0"/>
              <w:jc w:val="left"/>
            </w:pPr>
          </w:p>
        </w:tc>
        <w:tc>
          <w:tcPr>
            <w:tcW w:type="dxa" w:w="1677"/>
          </w:tcPr>
          <w:p>
            <w:pPr>
              <w:spacing w:after="0"/>
              <w:jc w:val="left"/>
            </w:pPr>
            <w:r>
              <w:rPr>
                <w:sz w:val="16"/>
              </w:rPr>
              <w:t>$2,190,000 property; crops not reported, reported for the zone (2004 dollars)</w:t>
            </w:r>
          </w:p>
        </w:tc>
        <w:tc>
          <w:tcPr>
            <w:tcW w:type="dxa" w:w="1159"/>
          </w:tcPr>
          <w:p>
            <w:pPr>
              <w:spacing w:after="0"/>
              <w:jc w:val="right"/>
            </w:pPr>
            <w:r>
              <w:rPr>
                <w:sz w:val="16"/>
              </w:rPr>
              <w:t>0, 7</w:t>
            </w:r>
          </w:p>
        </w:tc>
        <w:tc>
          <w:tcPr>
            <w:tcW w:type="dxa" w:w="1939"/>
          </w:tcPr>
          <w:p>
            <w:pPr>
              <w:spacing w:after="0"/>
              <w:jc w:val="left"/>
            </w:pPr>
            <w:r>
              <w:rPr>
                <w:sz w:val="16"/>
              </w:rPr>
              <w:t>NWS zone GAZ022 (FORSYTH), zone-level: may include parts of neighboring counties</w:t>
            </w:r>
          </w:p>
        </w:tc>
        <w:tc>
          <w:tcPr>
            <w:tcW w:type="dxa" w:w="1095"/>
          </w:tcPr>
          <w:p>
            <w:pPr>
              <w:spacing w:after="0"/>
              <w:jc w:val="left"/>
            </w:pPr>
          </w:p>
        </w:tc>
        <w:tc>
          <w:tcPr>
            <w:tcW w:type="dxa" w:w="2720"/>
          </w:tcPr>
          <w:p>
            <w:pPr>
              <w:spacing w:after="0"/>
              <w:jc w:val="left"/>
            </w:pPr>
            <w:r>
              <w:rPr>
                <w:sz w:val="16"/>
              </w:rPr>
              <w:t>B1-c worst recorded: Wildfire</w:t>
            </w:r>
          </w:p>
        </w:tc>
      </w:tr>
      <w:tr>
        <w:trPr>
          <w:cantSplit/>
        </w:trPr>
        <w:tc>
          <w:tcPr>
            <w:tcW w:type="dxa" w:w="1037"/>
          </w:tcPr>
          <w:p>
            <w:pPr>
              <w:spacing w:after="0"/>
              <w:jc w:val="left"/>
            </w:pPr>
            <w:r>
              <w:rPr>
                <w:sz w:val="16"/>
              </w:rPr>
              <w:t>2000-12-01</w:t>
            </w:r>
          </w:p>
        </w:tc>
        <w:tc>
          <w:tcPr>
            <w:tcW w:type="dxa" w:w="1319"/>
          </w:tcPr>
          <w:p>
            <w:pPr>
              <w:spacing w:after="0"/>
              <w:jc w:val="left"/>
            </w:pPr>
            <w:r>
              <w:rPr>
                <w:sz w:val="16"/>
              </w:rPr>
              <w:t>Extreme Cold/Wind Chill</w:t>
            </w:r>
          </w:p>
        </w:tc>
        <w:tc>
          <w:tcPr>
            <w:tcW w:type="dxa" w:w="3168"/>
          </w:tcPr>
          <w:p>
            <w:pPr>
              <w:spacing w:after="0"/>
              <w:jc w:val="left"/>
            </w:pPr>
          </w:p>
        </w:tc>
        <w:tc>
          <w:tcPr>
            <w:tcW w:type="dxa" w:w="1677"/>
          </w:tcPr>
          <w:p>
            <w:pPr>
              <w:spacing w:after="0"/>
              <w:jc w:val="left"/>
            </w:pPr>
            <w:r>
              <w:rPr>
                <w:sz w:val="16"/>
              </w:rPr>
              <w:t>damage not reported</w:t>
            </w:r>
          </w:p>
        </w:tc>
        <w:tc>
          <w:tcPr>
            <w:tcW w:type="dxa" w:w="1159"/>
          </w:tcPr>
          <w:p>
            <w:pPr>
              <w:spacing w:after="0"/>
              <w:jc w:val="right"/>
            </w:pPr>
            <w:r>
              <w:rPr>
                <w:sz w:val="16"/>
              </w:rPr>
              <w:t>0, 0</w:t>
            </w:r>
          </w:p>
        </w:tc>
        <w:tc>
          <w:tcPr>
            <w:tcW w:type="dxa" w:w="1939"/>
          </w:tcPr>
          <w:p>
            <w:pPr>
              <w:spacing w:after="0"/>
              <w:jc w:val="left"/>
            </w:pPr>
            <w:r>
              <w:rPr>
                <w:sz w:val="16"/>
              </w:rPr>
              <w:t>NWS zone GAZ022 (FORSYTH), zone-level: may include parts of neighboring counties</w:t>
            </w:r>
          </w:p>
        </w:tc>
        <w:tc>
          <w:tcPr>
            <w:tcW w:type="dxa" w:w="1095"/>
          </w:tcPr>
          <w:p>
            <w:pPr>
              <w:spacing w:after="0"/>
              <w:jc w:val="left"/>
            </w:pPr>
          </w:p>
        </w:tc>
        <w:tc>
          <w:tcPr>
            <w:tcW w:type="dxa" w:w="27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319"/>
          </w:tcPr>
          <w:p>
            <w:pPr>
              <w:spacing w:after="0"/>
              <w:jc w:val="left"/>
            </w:pPr>
            <w:r>
              <w:rPr>
                <w:sz w:val="16"/>
              </w:rPr>
              <w:t>Ice Storm</w:t>
            </w:r>
          </w:p>
        </w:tc>
        <w:tc>
          <w:tcPr>
            <w:tcW w:type="dxa" w:w="3168"/>
          </w:tcPr>
          <w:p>
            <w:pPr>
              <w:spacing w:after="0"/>
              <w:jc w:val="left"/>
            </w:pPr>
          </w:p>
        </w:tc>
        <w:tc>
          <w:tcPr>
            <w:tcW w:type="dxa" w:w="1677"/>
          </w:tcPr>
          <w:p>
            <w:pPr>
              <w:spacing w:after="0"/>
              <w:jc w:val="left"/>
            </w:pPr>
            <w:r>
              <w:rPr>
                <w:sz w:val="16"/>
              </w:rPr>
              <w:t>$980,000 property; crops not reported, reported for the zone (2000 dollars)</w:t>
            </w:r>
          </w:p>
        </w:tc>
        <w:tc>
          <w:tcPr>
            <w:tcW w:type="dxa" w:w="1159"/>
          </w:tcPr>
          <w:p>
            <w:pPr>
              <w:spacing w:after="0"/>
              <w:jc w:val="right"/>
            </w:pPr>
            <w:r>
              <w:rPr>
                <w:sz w:val="16"/>
              </w:rPr>
              <w:t>0, 0</w:t>
            </w:r>
          </w:p>
        </w:tc>
        <w:tc>
          <w:tcPr>
            <w:tcW w:type="dxa" w:w="1939"/>
          </w:tcPr>
          <w:p>
            <w:pPr>
              <w:spacing w:after="0"/>
              <w:jc w:val="left"/>
            </w:pPr>
            <w:r>
              <w:rPr>
                <w:sz w:val="16"/>
              </w:rPr>
              <w:t>NWS zone GAZ022 (FORSYTH), zone-level: may include parts of neighboring counties</w:t>
            </w:r>
          </w:p>
        </w:tc>
        <w:tc>
          <w:tcPr>
            <w:tcW w:type="dxa" w:w="1095"/>
          </w:tcPr>
          <w:p>
            <w:pPr>
              <w:spacing w:after="0"/>
              <w:jc w:val="left"/>
            </w:pPr>
          </w:p>
        </w:tc>
        <w:tc>
          <w:tcPr>
            <w:tcW w:type="dxa" w:w="2720"/>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319"/>
          </w:tcPr>
          <w:p>
            <w:pPr>
              <w:spacing w:after="0"/>
              <w:jc w:val="left"/>
            </w:pPr>
            <w:r>
              <w:rPr>
                <w:sz w:val="16"/>
              </w:rPr>
              <w:t>Heat</w:t>
            </w:r>
          </w:p>
        </w:tc>
        <w:tc>
          <w:tcPr>
            <w:tcW w:type="dxa" w:w="3168"/>
          </w:tcPr>
          <w:p>
            <w:pPr>
              <w:spacing w:after="0"/>
              <w:jc w:val="left"/>
            </w:pPr>
          </w:p>
        </w:tc>
        <w:tc>
          <w:tcPr>
            <w:tcW w:type="dxa" w:w="1677"/>
          </w:tcPr>
          <w:p>
            <w:pPr>
              <w:spacing w:after="0"/>
              <w:jc w:val="left"/>
            </w:pPr>
            <w:r>
              <w:rPr>
                <w:sz w:val="16"/>
              </w:rPr>
              <w:t>damage not reported</w:t>
            </w:r>
          </w:p>
        </w:tc>
        <w:tc>
          <w:tcPr>
            <w:tcW w:type="dxa" w:w="1159"/>
          </w:tcPr>
          <w:p>
            <w:pPr>
              <w:spacing w:after="0"/>
              <w:jc w:val="right"/>
            </w:pPr>
            <w:r>
              <w:rPr>
                <w:sz w:val="16"/>
              </w:rPr>
              <w:t>0, 0</w:t>
            </w:r>
          </w:p>
        </w:tc>
        <w:tc>
          <w:tcPr>
            <w:tcW w:type="dxa" w:w="1939"/>
          </w:tcPr>
          <w:p>
            <w:pPr>
              <w:spacing w:after="0"/>
              <w:jc w:val="left"/>
            </w:pPr>
            <w:r>
              <w:rPr>
                <w:sz w:val="16"/>
              </w:rPr>
              <w:t>NWS zone GAZ022 (FORSYTH), zone-level: may include parts of neighboring counties</w:t>
            </w:r>
          </w:p>
        </w:tc>
        <w:tc>
          <w:tcPr>
            <w:tcW w:type="dxa" w:w="1095"/>
          </w:tcPr>
          <w:p>
            <w:pPr>
              <w:spacing w:after="0"/>
              <w:jc w:val="left"/>
            </w:pPr>
          </w:p>
        </w:tc>
        <w:tc>
          <w:tcPr>
            <w:tcW w:type="dxa" w:w="2720"/>
          </w:tcPr>
          <w:p>
            <w:pPr>
              <w:spacing w:after="0"/>
              <w:jc w:val="left"/>
            </w:pPr>
            <w:r>
              <w:rPr>
                <w:sz w:val="16"/>
              </w:rPr>
              <w:t>B1-c worst recorded: Excessive Heat, Heat</w:t>
            </w:r>
          </w:p>
        </w:tc>
      </w:tr>
      <w:tr>
        <w:trPr>
          <w:cantSplit/>
        </w:trPr>
        <w:tc>
          <w:tcPr>
            <w:tcW w:type="dxa" w:w="1037"/>
          </w:tcPr>
          <w:p>
            <w:pPr>
              <w:spacing w:after="0"/>
              <w:jc w:val="left"/>
            </w:pPr>
            <w:r>
              <w:rPr>
                <w:sz w:val="16"/>
              </w:rPr>
              <w:t>1998-05-07</w:t>
            </w:r>
          </w:p>
        </w:tc>
        <w:tc>
          <w:tcPr>
            <w:tcW w:type="dxa" w:w="1319"/>
          </w:tcPr>
          <w:p>
            <w:pPr>
              <w:spacing w:after="0"/>
              <w:jc w:val="left"/>
            </w:pPr>
            <w:r>
              <w:rPr>
                <w:sz w:val="16"/>
              </w:rPr>
              <w:t>Hail</w:t>
            </w:r>
          </w:p>
        </w:tc>
        <w:tc>
          <w:tcPr>
            <w:tcW w:type="dxa" w:w="3168"/>
          </w:tcPr>
          <w:p>
            <w:pPr>
              <w:spacing w:after="0"/>
              <w:jc w:val="left"/>
            </w:pPr>
            <w:r>
              <w:rPr>
                <w:sz w:val="16"/>
              </w:rPr>
              <w:t>4 in</w:t>
            </w:r>
          </w:p>
        </w:tc>
        <w:tc>
          <w:tcPr>
            <w:tcW w:type="dxa" w:w="1677"/>
          </w:tcPr>
          <w:p>
            <w:pPr>
              <w:spacing w:after="0"/>
              <w:jc w:val="left"/>
            </w:pPr>
            <w:r>
              <w:rPr>
                <w:sz w:val="16"/>
              </w:rPr>
              <w:t>$10,000 property; crops not reported (1998 dollars)</w:t>
            </w:r>
          </w:p>
        </w:tc>
        <w:tc>
          <w:tcPr>
            <w:tcW w:type="dxa" w:w="1159"/>
          </w:tcPr>
          <w:p>
            <w:pPr>
              <w:spacing w:after="0"/>
              <w:jc w:val="right"/>
            </w:pPr>
            <w:r>
              <w:rPr>
                <w:sz w:val="16"/>
              </w:rPr>
              <w:t>0, 0</w:t>
            </w:r>
          </w:p>
        </w:tc>
        <w:tc>
          <w:tcPr>
            <w:tcW w:type="dxa" w:w="1939"/>
          </w:tcPr>
          <w:p>
            <w:pPr>
              <w:spacing w:after="0"/>
              <w:jc w:val="left"/>
            </w:pPr>
            <w:r>
              <w:rPr>
                <w:sz w:val="16"/>
              </w:rPr>
              <w:t>DUCKTOWN to CUMMING</w:t>
            </w:r>
          </w:p>
        </w:tc>
        <w:tc>
          <w:tcPr>
            <w:tcW w:type="dxa" w:w="1095"/>
          </w:tcPr>
          <w:p>
            <w:pPr>
              <w:spacing w:after="0"/>
              <w:jc w:val="left"/>
            </w:pPr>
          </w:p>
        </w:tc>
        <w:tc>
          <w:tcPr>
            <w:tcW w:type="dxa" w:w="2720"/>
          </w:tcPr>
          <w:p>
            <w:pPr>
              <w:spacing w:after="0"/>
              <w:jc w:val="left"/>
            </w:pPr>
            <w:r>
              <w:rPr>
                <w:sz w:val="16"/>
              </w:rPr>
              <w:t>B1-c worst recorded: Hail</w:t>
            </w:r>
          </w:p>
        </w:tc>
      </w:tr>
      <w:tr>
        <w:trPr>
          <w:cantSplit/>
        </w:trPr>
        <w:tc>
          <w:tcPr>
            <w:tcW w:type="dxa" w:w="1037"/>
          </w:tcPr>
          <w:p>
            <w:pPr>
              <w:spacing w:after="0"/>
              <w:jc w:val="left"/>
            </w:pPr>
            <w:r>
              <w:rPr>
                <w:sz w:val="16"/>
              </w:rPr>
              <w:t>1970-04-02</w:t>
            </w:r>
          </w:p>
        </w:tc>
        <w:tc>
          <w:tcPr>
            <w:tcW w:type="dxa" w:w="1319"/>
          </w:tcPr>
          <w:p>
            <w:pPr>
              <w:spacing w:after="0"/>
              <w:jc w:val="left"/>
            </w:pPr>
            <w:r>
              <w:rPr>
                <w:sz w:val="16"/>
              </w:rPr>
              <w:t>Tornado</w:t>
            </w:r>
          </w:p>
        </w:tc>
        <w:tc>
          <w:tcPr>
            <w:tcW w:type="dxa" w:w="3168"/>
          </w:tcPr>
          <w:p>
            <w:pPr>
              <w:spacing w:after="0"/>
              <w:jc w:val="left"/>
            </w:pPr>
            <w:r>
              <w:rPr>
                <w:sz w:val="16"/>
              </w:rPr>
              <w:t>F3, 6.5 mi path length (records before 1996 may include the whole path; rating and listing come from the county where the tornado began), 50 yd wide</w:t>
            </w:r>
          </w:p>
        </w:tc>
        <w:tc>
          <w:tcPr>
            <w:tcW w:type="dxa" w:w="1677"/>
          </w:tcPr>
          <w:p>
            <w:pPr>
              <w:spacing w:after="0"/>
              <w:jc w:val="left"/>
            </w:pPr>
            <w:r>
              <w:rPr>
                <w:sz w:val="16"/>
              </w:rPr>
              <w:t>$25,000 property; crops not recorded (1970 dollars)</w:t>
            </w:r>
          </w:p>
        </w:tc>
        <w:tc>
          <w:tcPr>
            <w:tcW w:type="dxa" w:w="1159"/>
          </w:tcPr>
          <w:p>
            <w:pPr>
              <w:spacing w:after="0"/>
              <w:jc w:val="right"/>
            </w:pPr>
            <w:r>
              <w:rPr>
                <w:sz w:val="16"/>
              </w:rPr>
              <w:t>0, 0</w:t>
            </w:r>
          </w:p>
        </w:tc>
        <w:tc>
          <w:tcPr>
            <w:tcW w:type="dxa" w:w="1939"/>
          </w:tcPr>
          <w:p>
            <w:pPr>
              <w:spacing w:after="0"/>
              <w:jc w:val="left"/>
            </w:pPr>
            <w:r>
              <w:rPr>
                <w:sz w:val="16"/>
              </w:rPr>
              <w:t>location not recorded</w:t>
            </w:r>
          </w:p>
        </w:tc>
        <w:tc>
          <w:tcPr>
            <w:tcW w:type="dxa" w:w="1095"/>
          </w:tcPr>
          <w:p>
            <w:pPr>
              <w:spacing w:after="0"/>
              <w:jc w:val="left"/>
            </w:pPr>
          </w:p>
        </w:tc>
        <w:tc>
          <w:tcPr>
            <w:tcW w:type="dxa" w:w="272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1.11</w:t>
            </w:r>
          </w:p>
        </w:tc>
        <w:tc>
          <w:tcPr>
            <w:tcW w:type="dxa" w:w="1449"/>
          </w:tcPr>
          <w:p>
            <w:pPr>
              <w:spacing w:after="0"/>
              <w:jc w:val="left"/>
            </w:pPr>
            <w:r>
              <w:rPr>
                <w:sz w:val="16"/>
              </w:rPr>
              <w:t>event-days per year</w:t>
            </w:r>
          </w:p>
        </w:tc>
        <w:tc>
          <w:tcPr>
            <w:tcW w:type="dxa" w:w="1571"/>
          </w:tcPr>
          <w:p>
            <w:pPr>
              <w:spacing w:after="0"/>
              <w:jc w:val="left"/>
            </w:pPr>
            <w:r>
              <w:rPr>
                <w:sz w:val="16"/>
              </w:rPr>
              <w:t>about 1.11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21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1.11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32.9</w:t>
            </w:r>
          </w:p>
        </w:tc>
        <w:tc>
          <w:tcPr>
            <w:tcW w:type="dxa" w:w="1449"/>
          </w:tcPr>
          <w:p>
            <w:pPr>
              <w:spacing w:after="0"/>
              <w:jc w:val="left"/>
            </w:pPr>
            <w:r>
              <w:rPr>
                <w:sz w:val="16"/>
              </w:rPr>
              <w:t>event-days per year</w:t>
            </w:r>
          </w:p>
        </w:tc>
        <w:tc>
          <w:tcPr>
            <w:tcW w:type="dxa" w:w="1571"/>
          </w:tcPr>
          <w:p>
            <w:pPr>
              <w:spacing w:after="0"/>
              <w:jc w:val="left"/>
            </w:pPr>
            <w:r>
              <w:rPr>
                <w:sz w:val="16"/>
              </w:rPr>
              <w:t>about 32.9 days per year</w:t>
            </w:r>
          </w:p>
        </w:tc>
        <w:tc>
          <w:tcPr>
            <w:tcW w:type="dxa" w:w="1037"/>
          </w:tcPr>
          <w:p>
            <w:pPr>
              <w:spacing w:after="0"/>
              <w:jc w:val="left"/>
            </w:pPr>
            <w:r>
              <w:rPr>
                <w:sz w:val="16"/>
              </w:rPr>
              <w:t>Likely</w:t>
            </w:r>
          </w:p>
        </w:tc>
        <w:tc>
          <w:tcPr>
            <w:tcW w:type="dxa" w:w="1743"/>
          </w:tcPr>
          <w:p>
            <w:pPr>
              <w:spacing w:after="0"/>
              <w:jc w:val="left"/>
            </w:pPr>
            <w:r>
              <w:rPr>
                <w:sz w:val="16"/>
              </w:rPr>
              <w:t>event-days in 13 of 30 years, 1996 to 2025 (43.3%)</w:t>
            </w:r>
          </w:p>
        </w:tc>
        <w:tc>
          <w:tcPr>
            <w:tcW w:type="dxa" w:w="1520"/>
          </w:tcPr>
          <w:p>
            <w:pPr>
              <w:spacing w:after="0"/>
              <w:jc w:val="right"/>
            </w:pPr>
            <w:r>
              <w:rPr>
                <w:sz w:val="16"/>
              </w:rPr>
              <w:t>1,127</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32.9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0.00242</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0.242%</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5.48</w:t>
            </w:r>
          </w:p>
        </w:tc>
        <w:tc>
          <w:tcPr>
            <w:tcW w:type="dxa" w:w="1449"/>
          </w:tcPr>
          <w:p>
            <w:pPr>
              <w:spacing w:after="0"/>
              <w:jc w:val="left"/>
            </w:pPr>
            <w:r>
              <w:rPr>
                <w:sz w:val="16"/>
              </w:rPr>
              <w:t>events per year</w:t>
            </w:r>
          </w:p>
        </w:tc>
        <w:tc>
          <w:tcPr>
            <w:tcW w:type="dxa" w:w="1571"/>
          </w:tcPr>
          <w:p>
            <w:pPr>
              <w:spacing w:after="0"/>
              <w:jc w:val="left"/>
            </w:pPr>
            <w:r>
              <w:rPr>
                <w:sz w:val="16"/>
              </w:rPr>
              <w:t>about 5.48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207.8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1.79</w:t>
            </w:r>
          </w:p>
        </w:tc>
        <w:tc>
          <w:tcPr>
            <w:tcW w:type="dxa" w:w="1449"/>
          </w:tcPr>
          <w:p>
            <w:pPr>
              <w:spacing w:after="0"/>
              <w:jc w:val="left"/>
            </w:pPr>
            <w:r>
              <w:rPr>
                <w:sz w:val="16"/>
              </w:rPr>
              <w:t>event-days per year</w:t>
            </w:r>
          </w:p>
        </w:tc>
        <w:tc>
          <w:tcPr>
            <w:tcW w:type="dxa" w:w="1571"/>
          </w:tcPr>
          <w:p>
            <w:pPr>
              <w:spacing w:after="0"/>
              <w:jc w:val="left"/>
            </w:pPr>
            <w:r>
              <w:rPr>
                <w:sz w:val="16"/>
              </w:rPr>
              <w:t>about 1.79 days per year</w:t>
            </w:r>
          </w:p>
        </w:tc>
        <w:tc>
          <w:tcPr>
            <w:tcW w:type="dxa" w:w="1037"/>
          </w:tcPr>
          <w:p>
            <w:pPr>
              <w:spacing w:after="0"/>
              <w:jc w:val="left"/>
            </w:pPr>
            <w:r>
              <w:rPr>
                <w:sz w:val="16"/>
              </w:rPr>
              <w:t>Likely</w:t>
            </w:r>
          </w:p>
        </w:tc>
        <w:tc>
          <w:tcPr>
            <w:tcW w:type="dxa" w:w="1743"/>
          </w:tcPr>
          <w:p>
            <w:pPr>
              <w:spacing w:after="0"/>
              <w:jc w:val="left"/>
            </w:pPr>
            <w:r>
              <w:rPr>
                <w:sz w:val="16"/>
              </w:rPr>
              <w:t>event-days in 5 of 30 years, 1996 to 2025 (16.7%)</w:t>
            </w:r>
          </w:p>
        </w:tc>
        <w:tc>
          <w:tcPr>
            <w:tcW w:type="dxa" w:w="1520"/>
          </w:tcPr>
          <w:p>
            <w:pPr>
              <w:spacing w:after="0"/>
              <w:jc w:val="right"/>
            </w:pPr>
            <w:r>
              <w:rPr>
                <w:sz w:val="16"/>
              </w:rPr>
              <w:t>32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1.79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0.0249</w:t>
            </w:r>
          </w:p>
        </w:tc>
        <w:tc>
          <w:tcPr>
            <w:tcW w:type="dxa" w:w="1449"/>
          </w:tcPr>
          <w:p>
            <w:pPr>
              <w:spacing w:after="0"/>
              <w:jc w:val="left"/>
            </w:pPr>
            <w:r>
              <w:rPr>
                <w:sz w:val="16"/>
              </w:rPr>
              <w:t>events per year</w:t>
            </w:r>
          </w:p>
        </w:tc>
        <w:tc>
          <w:tcPr>
            <w:tcW w:type="dxa" w:w="1571"/>
          </w:tcPr>
          <w:p>
            <w:pPr>
              <w:spacing w:after="0"/>
              <w:jc w:val="left"/>
            </w:pPr>
            <w:r>
              <w:rPr>
                <w:sz w:val="16"/>
              </w:rPr>
              <w:t>about 1 in 40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4</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0.985</w:t>
            </w:r>
          </w:p>
        </w:tc>
        <w:tc>
          <w:tcPr>
            <w:tcW w:type="dxa" w:w="1449"/>
          </w:tcPr>
          <w:p>
            <w:pPr>
              <w:spacing w:after="0"/>
              <w:jc w:val="left"/>
            </w:pPr>
            <w:r>
              <w:rPr>
                <w:sz w:val="16"/>
              </w:rPr>
              <w:t>event-days per year</w:t>
            </w:r>
          </w:p>
        </w:tc>
        <w:tc>
          <w:tcPr>
            <w:tcW w:type="dxa" w:w="1571"/>
          </w:tcPr>
          <w:p>
            <w:pPr>
              <w:spacing w:after="0"/>
              <w:jc w:val="left"/>
            </w:pPr>
            <w:r>
              <w:rPr>
                <w:sz w:val="16"/>
              </w:rPr>
              <w:t>about 0.985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67</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0.964</w:t>
            </w:r>
          </w:p>
        </w:tc>
        <w:tc>
          <w:tcPr>
            <w:tcW w:type="dxa" w:w="1449"/>
          </w:tcPr>
          <w:p>
            <w:pPr>
              <w:spacing w:after="0"/>
              <w:jc w:val="left"/>
            </w:pPr>
            <w:r>
              <w:rPr>
                <w:sz w:val="16"/>
              </w:rPr>
              <w:t>event-days per year</w:t>
            </w:r>
          </w:p>
        </w:tc>
        <w:tc>
          <w:tcPr>
            <w:tcW w:type="dxa" w:w="1571"/>
          </w:tcPr>
          <w:p>
            <w:pPr>
              <w:spacing w:after="0"/>
              <w:jc w:val="left"/>
            </w:pPr>
            <w:r>
              <w:rPr>
                <w:sz w:val="16"/>
              </w:rPr>
              <w:t>about 0.964 days per year</w:t>
            </w:r>
          </w:p>
        </w:tc>
        <w:tc>
          <w:tcPr>
            <w:tcW w:type="dxa" w:w="1037"/>
          </w:tcPr>
          <w:p>
            <w:pPr>
              <w:spacing w:after="0"/>
              <w:jc w:val="left"/>
            </w:pPr>
            <w:r>
              <w:rPr>
                <w:sz w:val="16"/>
              </w:rPr>
              <w:t>Likely</w:t>
            </w:r>
          </w:p>
        </w:tc>
        <w:tc>
          <w:tcPr>
            <w:tcW w:type="dxa" w:w="1743"/>
          </w:tcPr>
          <w:p>
            <w:pPr>
              <w:spacing w:after="0"/>
              <w:jc w:val="left"/>
            </w:pPr>
            <w:r>
              <w:rPr>
                <w:sz w:val="16"/>
              </w:rPr>
              <w:t>event-days in 15 of 30 years, 1996 to 2025 (50%)</w:t>
            </w:r>
          </w:p>
        </w:tc>
        <w:tc>
          <w:tcPr>
            <w:tcW w:type="dxa" w:w="1520"/>
          </w:tcPr>
          <w:p>
            <w:pPr>
              <w:spacing w:after="0"/>
              <w:jc w:val="right"/>
            </w:pPr>
            <w:r>
              <w:rPr>
                <w:sz w:val="16"/>
              </w:rPr>
              <w:t>27</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0.491</w:t>
            </w:r>
          </w:p>
        </w:tc>
        <w:tc>
          <w:tcPr>
            <w:tcW w:type="dxa" w:w="1449"/>
          </w:tcPr>
          <w:p>
            <w:pPr>
              <w:spacing w:after="0"/>
              <w:jc w:val="left"/>
            </w:pPr>
            <w:r>
              <w:rPr>
                <w:sz w:val="16"/>
              </w:rPr>
              <w:t>events per year (modeled)</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59.8</w:t>
            </w:r>
          </w:p>
        </w:tc>
        <w:tc>
          <w:tcPr>
            <w:tcW w:type="dxa" w:w="1449"/>
          </w:tcPr>
          <w:p>
            <w:pPr>
              <w:spacing w:after="0"/>
              <w:jc w:val="left"/>
            </w:pPr>
            <w:r>
              <w:rPr>
                <w:sz w:val="16"/>
              </w:rPr>
              <w:t>days per year with a strike</w:t>
            </w:r>
          </w:p>
        </w:tc>
        <w:tc>
          <w:tcPr>
            <w:tcW w:type="dxa" w:w="1571"/>
          </w:tcPr>
          <w:p>
            <w:pPr>
              <w:spacing w:after="0"/>
              <w:jc w:val="left"/>
            </w:pPr>
            <w:r>
              <w:rPr>
                <w:sz w:val="16"/>
              </w:rPr>
              <w:t>about 59.8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2.64</w:t>
            </w:r>
          </w:p>
        </w:tc>
        <w:tc>
          <w:tcPr>
            <w:tcW w:type="dxa" w:w="1449"/>
          </w:tcPr>
          <w:p>
            <w:pPr>
              <w:spacing w:after="0"/>
              <w:jc w:val="left"/>
            </w:pPr>
            <w:r>
              <w:rPr>
                <w:sz w:val="16"/>
              </w:rPr>
              <w:t>events per year</w:t>
            </w:r>
          </w:p>
        </w:tc>
        <w:tc>
          <w:tcPr>
            <w:tcW w:type="dxa" w:w="1571"/>
          </w:tcPr>
          <w:p>
            <w:pPr>
              <w:spacing w:after="0"/>
              <w:jc w:val="left"/>
            </w:pPr>
            <w:r>
              <w:rPr>
                <w:sz w:val="16"/>
              </w:rPr>
              <w:t>about 2.64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100</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0.143</w:t>
            </w:r>
          </w:p>
        </w:tc>
        <w:tc>
          <w:tcPr>
            <w:tcW w:type="dxa" w:w="1449"/>
          </w:tcPr>
          <w:p>
            <w:pPr>
              <w:spacing w:after="0"/>
              <w:jc w:val="left"/>
            </w:pPr>
            <w:r>
              <w:rPr>
                <w:sz w:val="16"/>
              </w:rPr>
              <w:t>events per year</w:t>
            </w:r>
          </w:p>
        </w:tc>
        <w:tc>
          <w:tcPr>
            <w:tcW w:type="dxa" w:w="1571"/>
          </w:tcPr>
          <w:p>
            <w:pPr>
              <w:spacing w:after="0"/>
              <w:jc w:val="left"/>
            </w:pPr>
            <w:r>
              <w:rPr>
                <w:sz w:val="16"/>
              </w:rPr>
              <w:t>about 1 in 7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0.000455</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0.0455%</w:t>
            </w:r>
          </w:p>
        </w:tc>
        <w:tc>
          <w:tcPr>
            <w:tcW w:type="dxa" w:w="1037"/>
          </w:tcPr>
          <w:p>
            <w:pPr>
              <w:spacing w:after="0"/>
              <w:jc w:val="left"/>
            </w:pPr>
            <w:r>
              <w:rPr>
                <w:sz w:val="16"/>
              </w:rPr>
              <w:t>Possible</w:t>
            </w:r>
          </w:p>
        </w:tc>
        <w:tc>
          <w:tcPr>
            <w:tcW w:type="dxa" w:w="1743"/>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3.47</w:t>
            </w:r>
          </w:p>
        </w:tc>
        <w:tc>
          <w:tcPr>
            <w:tcW w:type="dxa" w:w="1449"/>
          </w:tcPr>
          <w:p>
            <w:pPr>
              <w:spacing w:after="0"/>
              <w:jc w:val="left"/>
            </w:pPr>
            <w:r>
              <w:rPr>
                <w:sz w:val="16"/>
              </w:rPr>
              <w:t>event-days per year</w:t>
            </w:r>
          </w:p>
        </w:tc>
        <w:tc>
          <w:tcPr>
            <w:tcW w:type="dxa" w:w="1571"/>
          </w:tcPr>
          <w:p>
            <w:pPr>
              <w:spacing w:after="0"/>
              <w:jc w:val="left"/>
            </w:pPr>
            <w:r>
              <w:rPr>
                <w:sz w:val="16"/>
              </w:rPr>
              <w:t>about 3.47 days per year</w:t>
            </w:r>
          </w:p>
        </w:tc>
        <w:tc>
          <w:tcPr>
            <w:tcW w:type="dxa" w:w="1037"/>
          </w:tcPr>
          <w:p>
            <w:pPr>
              <w:spacing w:after="0"/>
              <w:jc w:val="left"/>
            </w:pPr>
            <w:r>
              <w:rPr>
                <w:sz w:val="16"/>
              </w:rPr>
              <w:t>Likely</w:t>
            </w:r>
          </w:p>
        </w:tc>
        <w:tc>
          <w:tcPr>
            <w:tcW w:type="dxa" w:w="1743"/>
          </w:tcPr>
          <w:p>
            <w:pPr>
              <w:spacing w:after="0"/>
              <w:jc w:val="left"/>
            </w:pPr>
            <w:r>
              <w:rPr>
                <w:sz w:val="16"/>
              </w:rPr>
              <w:t>event-days in 19 of 30 years, 1996 to 2025 (63.3%)</w:t>
            </w:r>
          </w:p>
        </w:tc>
        <w:tc>
          <w:tcPr>
            <w:tcW w:type="dxa" w:w="1520"/>
          </w:tcPr>
          <w:p>
            <w:pPr>
              <w:spacing w:after="0"/>
              <w:jc w:val="right"/>
            </w:pPr>
            <w:r>
              <w:rPr>
                <w:sz w:val="16"/>
              </w:rPr>
              <w:t>66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48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48</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48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48 of 48</w:t>
            </w:r>
          </w:p>
        </w:tc>
        <w:tc>
          <w:tcPr>
            <w:tcW w:type="dxa" w:w="874"/>
          </w:tcPr>
          <w:p>
            <w:pPr>
              <w:spacing w:after="0"/>
              <w:jc w:val="right"/>
            </w:pPr>
            <w:r>
              <w:rPr>
                <w:sz w:val="16"/>
              </w:rPr>
              <w:t>45.5</w:t>
            </w:r>
          </w:p>
        </w:tc>
        <w:tc>
          <w:tcPr>
            <w:tcW w:type="dxa" w:w="680"/>
          </w:tcPr>
          <w:p>
            <w:pPr>
              <w:spacing w:after="0"/>
              <w:jc w:val="right"/>
            </w:pPr>
            <w:r>
              <w:rPr>
                <w:sz w:val="16"/>
              </w:rPr>
              <w:t>62.2</w:t>
            </w:r>
          </w:p>
        </w:tc>
        <w:tc>
          <w:tcPr>
            <w:tcW w:type="dxa" w:w="648"/>
          </w:tcPr>
          <w:p>
            <w:pPr>
              <w:spacing w:after="0"/>
              <w:jc w:val="right"/>
            </w:pPr>
            <w:r>
              <w:rPr>
                <w:sz w:val="16"/>
              </w:rPr>
              <w:t>78.6</w:t>
            </w:r>
          </w:p>
        </w:tc>
        <w:tc>
          <w:tcPr>
            <w:tcW w:type="dxa" w:w="3577"/>
          </w:tcPr>
          <w:p>
            <w:pPr>
              <w:spacing w:after="0"/>
              <w:jc w:val="left"/>
            </w:pPr>
            <w:r>
              <w:rPr>
                <w:sz w:val="16"/>
              </w:rPr>
              <w:t>Relatively High 1, Relatively Moderate 46,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48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48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48 of 48</w:t>
            </w:r>
          </w:p>
        </w:tc>
        <w:tc>
          <w:tcPr>
            <w:tcW w:type="dxa" w:w="874"/>
          </w:tcPr>
          <w:p>
            <w:pPr>
              <w:spacing w:after="0"/>
              <w:jc w:val="right"/>
            </w:pPr>
            <w:r>
              <w:rPr>
                <w:sz w:val="16"/>
              </w:rPr>
              <w:t>32.6</w:t>
            </w:r>
          </w:p>
        </w:tc>
        <w:tc>
          <w:tcPr>
            <w:tcW w:type="dxa" w:w="680"/>
          </w:tcPr>
          <w:p>
            <w:pPr>
              <w:spacing w:after="0"/>
              <w:jc w:val="right"/>
            </w:pPr>
            <w:r>
              <w:rPr>
                <w:sz w:val="16"/>
              </w:rPr>
              <w:t>58.0</w:t>
            </w:r>
          </w:p>
        </w:tc>
        <w:tc>
          <w:tcPr>
            <w:tcW w:type="dxa" w:w="648"/>
          </w:tcPr>
          <w:p>
            <w:pPr>
              <w:spacing w:after="0"/>
              <w:jc w:val="right"/>
            </w:pPr>
            <w:r>
              <w:rPr>
                <w:sz w:val="16"/>
              </w:rPr>
              <w:t>77.1</w:t>
            </w:r>
          </w:p>
        </w:tc>
        <w:tc>
          <w:tcPr>
            <w:tcW w:type="dxa" w:w="3577"/>
          </w:tcPr>
          <w:p>
            <w:pPr>
              <w:spacing w:after="0"/>
              <w:jc w:val="left"/>
            </w:pPr>
            <w:r>
              <w:rPr>
                <w:sz w:val="16"/>
              </w:rPr>
              <w:t>Relatively Low 43, Very Low 5</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48 of 48</w:t>
            </w:r>
          </w:p>
        </w:tc>
        <w:tc>
          <w:tcPr>
            <w:tcW w:type="dxa" w:w="874"/>
          </w:tcPr>
          <w:p>
            <w:pPr>
              <w:spacing w:after="0"/>
              <w:jc w:val="right"/>
            </w:pPr>
            <w:r>
              <w:rPr>
                <w:sz w:val="16"/>
              </w:rPr>
              <w:t>58.8</w:t>
            </w:r>
          </w:p>
        </w:tc>
        <w:tc>
          <w:tcPr>
            <w:tcW w:type="dxa" w:w="680"/>
          </w:tcPr>
          <w:p>
            <w:pPr>
              <w:spacing w:after="0"/>
              <w:jc w:val="right"/>
            </w:pPr>
            <w:r>
              <w:rPr>
                <w:sz w:val="16"/>
              </w:rPr>
              <w:t>76.5</w:t>
            </w:r>
          </w:p>
        </w:tc>
        <w:tc>
          <w:tcPr>
            <w:tcW w:type="dxa" w:w="648"/>
          </w:tcPr>
          <w:p>
            <w:pPr>
              <w:spacing w:after="0"/>
              <w:jc w:val="right"/>
            </w:pPr>
            <w:r>
              <w:rPr>
                <w:sz w:val="16"/>
              </w:rPr>
              <w:t>88.4</w:t>
            </w:r>
          </w:p>
        </w:tc>
        <w:tc>
          <w:tcPr>
            <w:tcW w:type="dxa" w:w="3577"/>
          </w:tcPr>
          <w:p>
            <w:pPr>
              <w:spacing w:after="0"/>
              <w:jc w:val="left"/>
            </w:pPr>
            <w:r>
              <w:rPr>
                <w:sz w:val="16"/>
              </w:rPr>
              <w:t>Relatively Moderate 41,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48 of 48</w:t>
            </w:r>
          </w:p>
        </w:tc>
        <w:tc>
          <w:tcPr>
            <w:tcW w:type="dxa" w:w="874"/>
          </w:tcPr>
          <w:p>
            <w:pPr>
              <w:spacing w:after="0"/>
              <w:jc w:val="right"/>
            </w:pPr>
            <w:r>
              <w:rPr>
                <w:sz w:val="16"/>
              </w:rPr>
              <w:t>9.7</w:t>
            </w:r>
          </w:p>
        </w:tc>
        <w:tc>
          <w:tcPr>
            <w:tcW w:type="dxa" w:w="680"/>
          </w:tcPr>
          <w:p>
            <w:pPr>
              <w:spacing w:after="0"/>
              <w:jc w:val="right"/>
            </w:pPr>
            <w:r>
              <w:rPr>
                <w:sz w:val="16"/>
              </w:rPr>
              <w:t>21.6</w:t>
            </w:r>
          </w:p>
        </w:tc>
        <w:tc>
          <w:tcPr>
            <w:tcW w:type="dxa" w:w="648"/>
          </w:tcPr>
          <w:p>
            <w:pPr>
              <w:spacing w:after="0"/>
              <w:jc w:val="right"/>
            </w:pPr>
            <w:r>
              <w:rPr>
                <w:sz w:val="16"/>
              </w:rPr>
              <w:t>42.5</w:t>
            </w:r>
          </w:p>
        </w:tc>
        <w:tc>
          <w:tcPr>
            <w:tcW w:type="dxa" w:w="3577"/>
          </w:tcPr>
          <w:p>
            <w:pPr>
              <w:spacing w:after="0"/>
              <w:jc w:val="left"/>
            </w:pPr>
            <w:r>
              <w:rPr>
                <w:sz w:val="16"/>
              </w:rPr>
              <w:t>Relatively Low 38, Very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48 of 48</w:t>
            </w:r>
          </w:p>
        </w:tc>
        <w:tc>
          <w:tcPr>
            <w:tcW w:type="dxa" w:w="874"/>
          </w:tcPr>
          <w:p>
            <w:pPr>
              <w:spacing w:after="0"/>
              <w:jc w:val="right"/>
            </w:pPr>
            <w:r>
              <w:rPr>
                <w:sz w:val="16"/>
              </w:rPr>
              <w:t>35.3</w:t>
            </w:r>
          </w:p>
        </w:tc>
        <w:tc>
          <w:tcPr>
            <w:tcW w:type="dxa" w:w="680"/>
          </w:tcPr>
          <w:p>
            <w:pPr>
              <w:spacing w:after="0"/>
              <w:jc w:val="right"/>
            </w:pPr>
            <w:r>
              <w:rPr>
                <w:sz w:val="16"/>
              </w:rPr>
              <w:t>42.4</w:t>
            </w:r>
          </w:p>
        </w:tc>
        <w:tc>
          <w:tcPr>
            <w:tcW w:type="dxa" w:w="648"/>
          </w:tcPr>
          <w:p>
            <w:pPr>
              <w:spacing w:after="0"/>
              <w:jc w:val="right"/>
            </w:pPr>
            <w:r>
              <w:rPr>
                <w:sz w:val="16"/>
              </w:rPr>
              <w:t>49.8</w:t>
            </w:r>
          </w:p>
        </w:tc>
        <w:tc>
          <w:tcPr>
            <w:tcW w:type="dxa" w:w="3577"/>
          </w:tcPr>
          <w:p>
            <w:pPr>
              <w:spacing w:after="0"/>
              <w:jc w:val="left"/>
            </w:pPr>
            <w:r>
              <w:rPr>
                <w:sz w:val="16"/>
              </w:rPr>
              <w:t>Very Low 48</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48 of 48</w:t>
            </w:r>
          </w:p>
        </w:tc>
        <w:tc>
          <w:tcPr>
            <w:tcW w:type="dxa" w:w="874"/>
          </w:tcPr>
          <w:p>
            <w:pPr>
              <w:spacing w:after="0"/>
              <w:jc w:val="right"/>
            </w:pPr>
            <w:r>
              <w:rPr>
                <w:sz w:val="16"/>
              </w:rPr>
              <w:t>40.5</w:t>
            </w:r>
          </w:p>
        </w:tc>
        <w:tc>
          <w:tcPr>
            <w:tcW w:type="dxa" w:w="680"/>
          </w:tcPr>
          <w:p>
            <w:pPr>
              <w:spacing w:after="0"/>
              <w:jc w:val="right"/>
            </w:pPr>
            <w:r>
              <w:rPr>
                <w:sz w:val="16"/>
              </w:rPr>
              <w:t>66.9</w:t>
            </w:r>
          </w:p>
        </w:tc>
        <w:tc>
          <w:tcPr>
            <w:tcW w:type="dxa" w:w="648"/>
          </w:tcPr>
          <w:p>
            <w:pPr>
              <w:spacing w:after="0"/>
              <w:jc w:val="right"/>
            </w:pPr>
            <w:r>
              <w:rPr>
                <w:sz w:val="16"/>
              </w:rPr>
              <w:t>83.6</w:t>
            </w:r>
          </w:p>
        </w:tc>
        <w:tc>
          <w:tcPr>
            <w:tcW w:type="dxa" w:w="3577"/>
          </w:tcPr>
          <w:p>
            <w:pPr>
              <w:spacing w:after="0"/>
              <w:jc w:val="left"/>
            </w:pPr>
            <w:r>
              <w:rPr>
                <w:sz w:val="16"/>
              </w:rPr>
              <w:t>Relatively Moderate 21, Relatively Low 27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48 of 48</w:t>
            </w:r>
          </w:p>
        </w:tc>
        <w:tc>
          <w:tcPr>
            <w:tcW w:type="dxa" w:w="874"/>
          </w:tcPr>
          <w:p>
            <w:pPr>
              <w:spacing w:after="0"/>
              <w:jc w:val="right"/>
            </w:pPr>
            <w:r>
              <w:rPr>
                <w:sz w:val="16"/>
              </w:rPr>
              <w:t>22.3</w:t>
            </w:r>
          </w:p>
        </w:tc>
        <w:tc>
          <w:tcPr>
            <w:tcW w:type="dxa" w:w="680"/>
          </w:tcPr>
          <w:p>
            <w:pPr>
              <w:spacing w:after="0"/>
              <w:jc w:val="right"/>
            </w:pPr>
            <w:r>
              <w:rPr>
                <w:sz w:val="16"/>
              </w:rPr>
              <w:t>71.5</w:t>
            </w:r>
          </w:p>
        </w:tc>
        <w:tc>
          <w:tcPr>
            <w:tcW w:type="dxa" w:w="648"/>
          </w:tcPr>
          <w:p>
            <w:pPr>
              <w:spacing w:after="0"/>
              <w:jc w:val="right"/>
            </w:pPr>
            <w:r>
              <w:rPr>
                <w:sz w:val="16"/>
              </w:rPr>
              <w:t>96.4</w:t>
            </w:r>
          </w:p>
        </w:tc>
        <w:tc>
          <w:tcPr>
            <w:tcW w:type="dxa" w:w="3577"/>
          </w:tcPr>
          <w:p>
            <w:pPr>
              <w:spacing w:after="0"/>
              <w:jc w:val="left"/>
            </w:pPr>
            <w:r>
              <w:rPr>
                <w:sz w:val="16"/>
              </w:rPr>
              <w:t>Very High 1, Relatively High 12, Relatively Moderate 25, Relatively Low 10</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48 of 48</w:t>
            </w:r>
          </w:p>
        </w:tc>
        <w:tc>
          <w:tcPr>
            <w:tcW w:type="dxa" w:w="874"/>
          </w:tcPr>
          <w:p>
            <w:pPr>
              <w:spacing w:after="0"/>
              <w:jc w:val="right"/>
            </w:pPr>
            <w:r>
              <w:rPr>
                <w:sz w:val="16"/>
              </w:rPr>
              <w:t>61.0</w:t>
            </w:r>
          </w:p>
        </w:tc>
        <w:tc>
          <w:tcPr>
            <w:tcW w:type="dxa" w:w="680"/>
          </w:tcPr>
          <w:p>
            <w:pPr>
              <w:spacing w:after="0"/>
              <w:jc w:val="right"/>
            </w:pPr>
            <w:r>
              <w:rPr>
                <w:sz w:val="16"/>
              </w:rPr>
              <w:t>80.7</w:t>
            </w:r>
          </w:p>
        </w:tc>
        <w:tc>
          <w:tcPr>
            <w:tcW w:type="dxa" w:w="648"/>
          </w:tcPr>
          <w:p>
            <w:pPr>
              <w:spacing w:after="0"/>
              <w:jc w:val="right"/>
            </w:pPr>
            <w:r>
              <w:rPr>
                <w:sz w:val="16"/>
              </w:rPr>
              <w:t>92.9</w:t>
            </w:r>
          </w:p>
        </w:tc>
        <w:tc>
          <w:tcPr>
            <w:tcW w:type="dxa" w:w="3577"/>
          </w:tcPr>
          <w:p>
            <w:pPr>
              <w:spacing w:after="0"/>
              <w:jc w:val="left"/>
            </w:pPr>
            <w:r>
              <w:rPr>
                <w:sz w:val="16"/>
              </w:rPr>
              <w:t>Relatively Low 23, Very Low 25</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48 of 48</w:t>
            </w:r>
          </w:p>
        </w:tc>
        <w:tc>
          <w:tcPr>
            <w:tcW w:type="dxa" w:w="874"/>
          </w:tcPr>
          <w:p>
            <w:pPr>
              <w:spacing w:after="0"/>
              <w:jc w:val="right"/>
            </w:pPr>
            <w:r>
              <w:rPr>
                <w:sz w:val="16"/>
              </w:rPr>
              <w:t>47.7</w:t>
            </w:r>
          </w:p>
        </w:tc>
        <w:tc>
          <w:tcPr>
            <w:tcW w:type="dxa" w:w="680"/>
          </w:tcPr>
          <w:p>
            <w:pPr>
              <w:spacing w:after="0"/>
              <w:jc w:val="right"/>
            </w:pPr>
            <w:r>
              <w:rPr>
                <w:sz w:val="16"/>
              </w:rPr>
              <w:t>69.9</w:t>
            </w:r>
          </w:p>
        </w:tc>
        <w:tc>
          <w:tcPr>
            <w:tcW w:type="dxa" w:w="648"/>
          </w:tcPr>
          <w:p>
            <w:pPr>
              <w:spacing w:after="0"/>
              <w:jc w:val="right"/>
            </w:pPr>
            <w:r>
              <w:rPr>
                <w:sz w:val="16"/>
              </w:rPr>
              <w:t>89.2</w:t>
            </w:r>
          </w:p>
        </w:tc>
        <w:tc>
          <w:tcPr>
            <w:tcW w:type="dxa" w:w="3577"/>
          </w:tcPr>
          <w:p>
            <w:pPr>
              <w:spacing w:after="0"/>
              <w:jc w:val="left"/>
            </w:pPr>
            <w:r>
              <w:rPr>
                <w:sz w:val="16"/>
              </w:rPr>
              <w:t>Relatively High 13, Relatively Moderate 34,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48 of 48</w:t>
            </w:r>
          </w:p>
        </w:tc>
        <w:tc>
          <w:tcPr>
            <w:tcW w:type="dxa" w:w="874"/>
          </w:tcPr>
          <w:p>
            <w:pPr>
              <w:spacing w:after="0"/>
              <w:jc w:val="right"/>
            </w:pPr>
            <w:r>
              <w:rPr>
                <w:sz w:val="16"/>
              </w:rPr>
              <w:t>36.7</w:t>
            </w:r>
          </w:p>
        </w:tc>
        <w:tc>
          <w:tcPr>
            <w:tcW w:type="dxa" w:w="680"/>
          </w:tcPr>
          <w:p>
            <w:pPr>
              <w:spacing w:after="0"/>
              <w:jc w:val="right"/>
            </w:pPr>
            <w:r>
              <w:rPr>
                <w:sz w:val="16"/>
              </w:rPr>
              <w:t>57.1</w:t>
            </w:r>
          </w:p>
        </w:tc>
        <w:tc>
          <w:tcPr>
            <w:tcW w:type="dxa" w:w="648"/>
          </w:tcPr>
          <w:p>
            <w:pPr>
              <w:spacing w:after="0"/>
              <w:jc w:val="right"/>
            </w:pPr>
            <w:r>
              <w:rPr>
                <w:sz w:val="16"/>
              </w:rPr>
              <w:t>75.0</w:t>
            </w:r>
          </w:p>
        </w:tc>
        <w:tc>
          <w:tcPr>
            <w:tcW w:type="dxa" w:w="3577"/>
          </w:tcPr>
          <w:p>
            <w:pPr>
              <w:spacing w:after="0"/>
              <w:jc w:val="left"/>
            </w:pPr>
            <w:r>
              <w:rPr>
                <w:sz w:val="16"/>
              </w:rPr>
              <w:t>Relatively Moderate 31, Relatively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48 of 48</w:t>
            </w:r>
          </w:p>
        </w:tc>
        <w:tc>
          <w:tcPr>
            <w:tcW w:type="dxa" w:w="874"/>
          </w:tcPr>
          <w:p>
            <w:pPr>
              <w:spacing w:after="0"/>
              <w:jc w:val="right"/>
            </w:pPr>
            <w:r>
              <w:rPr>
                <w:sz w:val="16"/>
              </w:rPr>
              <w:t>58.7</w:t>
            </w:r>
          </w:p>
        </w:tc>
        <w:tc>
          <w:tcPr>
            <w:tcW w:type="dxa" w:w="680"/>
          </w:tcPr>
          <w:p>
            <w:pPr>
              <w:spacing w:after="0"/>
              <w:jc w:val="right"/>
            </w:pPr>
            <w:r>
              <w:rPr>
                <w:sz w:val="16"/>
              </w:rPr>
              <w:t>77.8</w:t>
            </w:r>
          </w:p>
        </w:tc>
        <w:tc>
          <w:tcPr>
            <w:tcW w:type="dxa" w:w="648"/>
          </w:tcPr>
          <w:p>
            <w:pPr>
              <w:spacing w:after="0"/>
              <w:jc w:val="right"/>
            </w:pPr>
            <w:r>
              <w:rPr>
                <w:sz w:val="16"/>
              </w:rPr>
              <w:t>95.0</w:t>
            </w:r>
          </w:p>
        </w:tc>
        <w:tc>
          <w:tcPr>
            <w:tcW w:type="dxa" w:w="3577"/>
          </w:tcPr>
          <w:p>
            <w:pPr>
              <w:spacing w:after="0"/>
              <w:jc w:val="left"/>
            </w:pPr>
            <w:r>
              <w:rPr>
                <w:sz w:val="16"/>
              </w:rPr>
              <w:t>Very High 2, Relatively High 33, Relatively Moderate 13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48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48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48 of 48</w:t>
            </w:r>
          </w:p>
        </w:tc>
        <w:tc>
          <w:tcPr>
            <w:tcW w:type="dxa" w:w="874"/>
          </w:tcPr>
          <w:p>
            <w:pPr>
              <w:spacing w:after="0"/>
              <w:jc w:val="right"/>
            </w:pPr>
            <w:r>
              <w:rPr>
                <w:sz w:val="16"/>
              </w:rPr>
              <w:t>28.0</w:t>
            </w:r>
          </w:p>
        </w:tc>
        <w:tc>
          <w:tcPr>
            <w:tcW w:type="dxa" w:w="680"/>
          </w:tcPr>
          <w:p>
            <w:pPr>
              <w:spacing w:after="0"/>
              <w:jc w:val="right"/>
            </w:pPr>
            <w:r>
              <w:rPr>
                <w:sz w:val="16"/>
              </w:rPr>
              <w:t>61.0</w:t>
            </w:r>
          </w:p>
        </w:tc>
        <w:tc>
          <w:tcPr>
            <w:tcW w:type="dxa" w:w="648"/>
          </w:tcPr>
          <w:p>
            <w:pPr>
              <w:spacing w:after="0"/>
              <w:jc w:val="right"/>
            </w:pPr>
            <w:r>
              <w:rPr>
                <w:sz w:val="16"/>
              </w:rPr>
              <w:t>77.6</w:t>
            </w:r>
          </w:p>
        </w:tc>
        <w:tc>
          <w:tcPr>
            <w:tcW w:type="dxa" w:w="3577"/>
          </w:tcPr>
          <w:p>
            <w:pPr>
              <w:spacing w:after="0"/>
              <w:jc w:val="left"/>
            </w:pPr>
            <w:r>
              <w:rPr>
                <w:sz w:val="16"/>
              </w:rPr>
              <w:t>Relatively Low 16, Very Low 32</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48 of 48</w:t>
            </w:r>
          </w:p>
        </w:tc>
        <w:tc>
          <w:tcPr>
            <w:tcW w:type="dxa" w:w="874"/>
          </w:tcPr>
          <w:p>
            <w:pPr>
              <w:spacing w:after="0"/>
              <w:jc w:val="right"/>
            </w:pPr>
            <w:r>
              <w:rPr>
                <w:sz w:val="16"/>
              </w:rPr>
              <w:t>19.5</w:t>
            </w:r>
          </w:p>
        </w:tc>
        <w:tc>
          <w:tcPr>
            <w:tcW w:type="dxa" w:w="680"/>
          </w:tcPr>
          <w:p>
            <w:pPr>
              <w:spacing w:after="0"/>
              <w:jc w:val="right"/>
            </w:pPr>
            <w:r>
              <w:rPr>
                <w:sz w:val="16"/>
              </w:rPr>
              <w:t>25.9</w:t>
            </w:r>
          </w:p>
        </w:tc>
        <w:tc>
          <w:tcPr>
            <w:tcW w:type="dxa" w:w="648"/>
          </w:tcPr>
          <w:p>
            <w:pPr>
              <w:spacing w:after="0"/>
              <w:jc w:val="right"/>
            </w:pPr>
            <w:r>
              <w:rPr>
                <w:sz w:val="16"/>
              </w:rPr>
              <w:t>36.2</w:t>
            </w:r>
          </w:p>
        </w:tc>
        <w:tc>
          <w:tcPr>
            <w:tcW w:type="dxa" w:w="3577"/>
          </w:tcPr>
          <w:p>
            <w:pPr>
              <w:spacing w:after="0"/>
              <w:jc w:val="left"/>
            </w:pPr>
            <w:r>
              <w:rPr>
                <w:sz w:val="16"/>
              </w:rPr>
              <w:t>Relatively Low 48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3"/>
        <w:gridCol w:w="1441"/>
        <w:gridCol w:w="2732"/>
        <w:gridCol w:w="2179"/>
        <w:gridCol w:w="1533"/>
        <w:gridCol w:w="1865"/>
        <w:gridCol w:w="2829"/>
      </w:tblGrid>
      <w:tr>
        <w:trPr>
          <w:cantSplit/>
          <w:tblHeader/>
        </w:trPr>
        <w:tc>
          <w:tcPr>
            <w:tcW w:type="dxa" w:w="1533"/>
            <w:shd w:val="clear" w:color="auto" w:fill="E8E8E8"/>
          </w:tcPr>
          <w:p>
            <w:pPr>
              <w:spacing w:after="0"/>
              <w:jc w:val="left"/>
            </w:pPr>
            <w:r>
              <w:rPr>
                <w:b/>
                <w:sz w:val="16"/>
              </w:rPr>
              <w:t>Member</w:t>
            </w:r>
          </w:p>
        </w:tc>
        <w:tc>
          <w:tcPr>
            <w:tcW w:type="dxa" w:w="1441"/>
            <w:shd w:val="clear" w:color="auto" w:fill="E8E8E8"/>
          </w:tcPr>
          <w:p>
            <w:pPr>
              <w:spacing w:after="0"/>
              <w:jc w:val="left"/>
            </w:pPr>
            <w:r>
              <w:rPr>
                <w:b/>
                <w:sz w:val="16"/>
              </w:rPr>
              <w:t>Type</w:t>
            </w:r>
          </w:p>
        </w:tc>
        <w:tc>
          <w:tcPr>
            <w:tcW w:type="dxa" w:w="2732"/>
            <w:shd w:val="clear" w:color="auto" w:fill="E8E8E8"/>
          </w:tcPr>
          <w:p>
            <w:pPr>
              <w:spacing w:after="0"/>
              <w:jc w:val="left"/>
            </w:pPr>
            <w:r>
              <w:rPr>
                <w:b/>
                <w:sz w:val="16"/>
              </w:rPr>
              <w:t>Plan status</w:t>
            </w:r>
          </w:p>
        </w:tc>
        <w:tc>
          <w:tcPr>
            <w:tcW w:type="dxa" w:w="21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9"/>
            <w:shd w:val="clear" w:color="auto" w:fill="E8E8E8"/>
          </w:tcPr>
          <w:p>
            <w:pPr>
              <w:spacing w:after="0"/>
              <w:jc w:val="left"/>
            </w:pPr>
            <w:r>
              <w:rPr>
                <w:b/>
                <w:sz w:val="16"/>
              </w:rPr>
              <w:t>Notes</w:t>
            </w:r>
          </w:p>
        </w:tc>
      </w:tr>
      <w:tr>
        <w:trPr>
          <w:cantSplit/>
        </w:trPr>
        <w:tc>
          <w:tcPr>
            <w:tcW w:type="dxa" w:w="1533"/>
          </w:tcPr>
          <w:p>
            <w:pPr>
              <w:spacing w:after="0"/>
              <w:jc w:val="left"/>
            </w:pPr>
            <w:r>
              <w:rPr>
                <w:sz w:val="16"/>
              </w:rPr>
              <w:t>Forsyth County (unincorporated area)</w:t>
            </w:r>
          </w:p>
        </w:tc>
        <w:tc>
          <w:tcPr>
            <w:tcW w:type="dxa" w:w="1441"/>
          </w:tcPr>
          <w:p>
            <w:pPr>
              <w:spacing w:after="0"/>
              <w:jc w:val="left"/>
            </w:pPr>
            <w:r>
              <w:rPr>
                <w:sz w:val="16"/>
              </w:rPr>
              <w:t>Unincorporated</w:t>
            </w:r>
          </w:p>
        </w:tc>
        <w:tc>
          <w:tcPr>
            <w:tcW w:type="dxa" w:w="2732"/>
          </w:tcPr>
          <w:p>
            <w:pPr>
              <w:spacing w:after="0"/>
              <w:jc w:val="left"/>
            </w:pPr>
            <w:r>
              <w:rPr>
                <w:sz w:val="16"/>
              </w:rPr>
              <w:t>Approved, expires 2027-12-20</w:t>
            </w:r>
          </w:p>
        </w:tc>
        <w:tc>
          <w:tcPr>
            <w:tcW w:type="dxa" w:w="2179"/>
          </w:tcPr>
          <w:p>
            <w:pPr>
              <w:spacing w:after="0"/>
              <w:jc w:val="right"/>
            </w:pPr>
            <w:r>
              <w:rPr>
                <w:sz w:val="16"/>
              </w:rPr>
              <w:t>FMA RL 0, SRL 0; any 5</w:t>
            </w:r>
          </w:p>
        </w:tc>
        <w:tc>
          <w:tcPr>
            <w:tcW w:type="dxa" w:w="1533"/>
          </w:tcPr>
          <w:p>
            <w:pPr>
              <w:spacing w:after="0"/>
              <w:jc w:val="right"/>
            </w:pPr>
            <w:r>
              <w:rPr>
                <w:sz w:val="16"/>
              </w:rPr>
              <w:t>$1,584,724.62</w:t>
            </w:r>
          </w:p>
        </w:tc>
        <w:tc>
          <w:tcPr>
            <w:tcW w:type="dxa" w:w="1865"/>
          </w:tcPr>
          <w:p>
            <w:pPr>
              <w:spacing w:after="0"/>
              <w:jc w:val="right"/>
            </w:pPr>
            <w:r>
              <w:rPr>
                <w:sz w:val="16"/>
              </w:rPr>
              <w:t>0; 0</w:t>
            </w:r>
          </w:p>
        </w:tc>
        <w:tc>
          <w:tcPr>
            <w:tcW w:type="dxa" w:w="2829"/>
          </w:tcPr>
          <w:p>
            <w:pPr>
              <w:spacing w:after="0"/>
              <w:jc w:val="left"/>
            </w:pPr>
            <w:r>
              <w:rPr>
                <w:sz w:val="16"/>
              </w:rPr>
              <w:t>Includes $730,349.18 for declarations not counted as hazard incidents (DR-4501-GA).</w:t>
            </w:r>
          </w:p>
        </w:tc>
      </w:tr>
      <w:tr>
        <w:trPr>
          <w:cantSplit/>
        </w:trPr>
        <w:tc>
          <w:tcPr>
            <w:tcW w:type="dxa" w:w="1533"/>
          </w:tcPr>
          <w:p>
            <w:pPr>
              <w:spacing w:after="0"/>
              <w:jc w:val="left"/>
            </w:pPr>
            <w:r>
              <w:rPr>
                <w:sz w:val="16"/>
              </w:rPr>
              <w:t>Cumming city</w:t>
            </w:r>
          </w:p>
        </w:tc>
        <w:tc>
          <w:tcPr>
            <w:tcW w:type="dxa" w:w="1441"/>
          </w:tcPr>
          <w:p>
            <w:pPr>
              <w:spacing w:after="0"/>
              <w:jc w:val="left"/>
            </w:pPr>
            <w:r>
              <w:rPr>
                <w:sz w:val="16"/>
              </w:rPr>
              <w:t>City</w:t>
            </w:r>
          </w:p>
        </w:tc>
        <w:tc>
          <w:tcPr>
            <w:tcW w:type="dxa" w:w="2732"/>
          </w:tcPr>
          <w:p>
            <w:pPr>
              <w:spacing w:after="0"/>
              <w:jc w:val="left"/>
            </w:pPr>
            <w:r>
              <w:rPr>
                <w:sz w:val="16"/>
              </w:rPr>
              <w:t>Approved, expires 2027-12-20</w:t>
            </w:r>
          </w:p>
        </w:tc>
        <w:tc>
          <w:tcPr>
            <w:tcW w:type="dxa" w:w="2179"/>
          </w:tcPr>
          <w:p>
            <w:pPr>
              <w:spacing w:after="0"/>
              <w:jc w:val="right"/>
            </w:pPr>
            <w:r>
              <w:rPr>
                <w:sz w:val="16"/>
              </w:rPr>
              <w:t>FMA RL 0, SRL 0; any 0</w:t>
            </w:r>
          </w:p>
        </w:tc>
        <w:tc>
          <w:tcPr>
            <w:tcW w:type="dxa" w:w="1533"/>
          </w:tcPr>
          <w:p>
            <w:pPr>
              <w:spacing w:after="0"/>
              <w:jc w:val="right"/>
            </w:pPr>
            <w:r>
              <w:rPr>
                <w:sz w:val="16"/>
              </w:rPr>
              <w:t>$136,617.33</w:t>
            </w:r>
          </w:p>
        </w:tc>
        <w:tc>
          <w:tcPr>
            <w:tcW w:type="dxa" w:w="1865"/>
          </w:tcPr>
          <w:p>
            <w:pPr>
              <w:spacing w:after="0"/>
              <w:jc w:val="right"/>
            </w:pPr>
            <w:r>
              <w:rPr>
                <w:sz w:val="16"/>
              </w:rPr>
              <w:t>138; 1</w:t>
            </w:r>
          </w:p>
        </w:tc>
        <w:tc>
          <w:tcPr>
            <w:tcW w:type="dxa" w:w="2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7"/>
        <w:gridCol w:w="1045"/>
        <w:gridCol w:w="1126"/>
        <w:gridCol w:w="1126"/>
        <w:gridCol w:w="1174"/>
        <w:gridCol w:w="1050"/>
        <w:gridCol w:w="1221"/>
        <w:gridCol w:w="1108"/>
        <w:gridCol w:w="1266"/>
        <w:gridCol w:w="125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1"/>
            <w:shd w:val="clear" w:color="auto" w:fill="E8E8E8"/>
          </w:tcPr>
          <w:p>
            <w:pPr>
              <w:spacing w:after="0"/>
              <w:jc w:val="right"/>
            </w:pPr>
            <w:r>
              <w:rPr>
                <w:b/>
                <w:sz w:val="16"/>
              </w:rPr>
              <w:t>Storm Events damage since 2022-12-21</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50"/>
          </w:tcPr>
          <w:p>
            <w:pPr>
              <w:spacing w:after="0"/>
              <w:jc w:val="right"/>
            </w:pP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50"/>
          </w:tcPr>
          <w:p>
            <w:pPr>
              <w:spacing w:after="0"/>
              <w:jc w:val="right"/>
            </w:pP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$63,720,514,017</w:t>
            </w:r>
          </w:p>
        </w:tc>
        <w:tc>
          <w:tcPr>
            <w:tcW w:type="dxa" w:w="1137"/>
          </w:tcPr>
          <w:p>
            <w:pPr>
              <w:spacing w:after="0"/>
              <w:jc w:val="right"/>
            </w:pPr>
            <w:r>
              <w:rPr>
                <w:sz w:val="16"/>
              </w:rPr>
              <w:t>$59,103,302</w:t>
            </w:r>
          </w:p>
        </w:tc>
        <w:tc>
          <w:tcPr>
            <w:tcW w:type="dxa" w:w="1045"/>
          </w:tcPr>
          <w:p>
            <w:pPr>
              <w:spacing w:after="0"/>
              <w:jc w:val="right"/>
            </w:pPr>
            <w:r>
              <w:rPr>
                <w:sz w:val="16"/>
              </w:rPr>
              <w:t>251,239</w:t>
            </w:r>
          </w:p>
        </w:tc>
        <w:tc>
          <w:tcPr>
            <w:tcW w:type="dxa" w:w="1126"/>
          </w:tcPr>
          <w:p>
            <w:pPr>
              <w:spacing w:after="0"/>
              <w:jc w:val="right"/>
            </w:pPr>
            <w:r>
              <w:rPr>
                <w:sz w:val="16"/>
              </w:rPr>
              <w:t>$49,350</w:t>
            </w:r>
          </w:p>
        </w:tc>
        <w:tc>
          <w:tcPr>
            <w:tcW w:type="dxa" w:w="1126"/>
          </w:tcPr>
          <w:p>
            <w:pPr>
              <w:spacing w:after="0"/>
              <w:jc w:val="right"/>
            </w:pPr>
            <w:r>
              <w:rPr>
                <w:sz w:val="16"/>
              </w:rPr>
              <w:t>$56,381</w:t>
            </w:r>
          </w:p>
        </w:tc>
        <w:tc>
          <w:tcPr>
            <w:tcW w:type="dxa" w:w="1174"/>
          </w:tcPr>
          <w:p>
            <w:pPr>
              <w:spacing w:after="0"/>
              <w:jc w:val="right"/>
            </w:pPr>
            <w:r>
              <w:rPr>
                <w:sz w:val="16"/>
              </w:rPr>
              <w:t>$5,304,597</w:t>
            </w:r>
          </w:p>
        </w:tc>
        <w:tc>
          <w:tcPr>
            <w:tcW w:type="dxa" w:w="1050"/>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4"/>
          </w:tcPr>
          <w:p>
            <w:pPr>
              <w:spacing w:after="0"/>
              <w:jc w:val="right"/>
            </w:pPr>
          </w:p>
        </w:tc>
        <w:tc>
          <w:tcPr>
            <w:tcW w:type="dxa" w:w="1050"/>
          </w:tcPr>
          <w:p>
            <w:pPr>
              <w:spacing w:after="0"/>
              <w:jc w:val="right"/>
            </w:pPr>
          </w:p>
        </w:tc>
        <w:tc>
          <w:tcPr>
            <w:tcW w:type="dxa" w:w="1221"/>
          </w:tcPr>
          <w:p>
            <w:pPr>
              <w:spacing w:after="0"/>
              <w:jc w:val="right"/>
            </w:pPr>
          </w:p>
        </w:tc>
        <w:tc>
          <w:tcPr>
            <w:tcW w:type="dxa" w:w="1108"/>
          </w:tcPr>
          <w:p>
            <w:pPr>
              <w:spacing w:after="0"/>
              <w:jc w:val="right"/>
            </w:pPr>
            <w:r>
              <w:rPr>
                <w:sz w:val="16"/>
              </w:rPr>
              <w:t>$0</w:t>
            </w:r>
          </w:p>
        </w:tc>
        <w:tc>
          <w:tcPr>
            <w:tcW w:type="dxa" w:w="1266"/>
          </w:tcPr>
          <w:p>
            <w:pPr>
              <w:spacing w:after="0"/>
              <w:jc w:val="right"/>
            </w:pPr>
          </w:p>
        </w:tc>
        <w:tc>
          <w:tcPr>
            <w:tcW w:type="dxa" w:w="125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$103,712,839,021</w:t>
            </w:r>
          </w:p>
        </w:tc>
        <w:tc>
          <w:tcPr>
            <w:tcW w:type="dxa" w:w="1137"/>
          </w:tcPr>
          <w:p>
            <w:pPr>
              <w:spacing w:after="0"/>
              <w:jc w:val="right"/>
            </w:pPr>
          </w:p>
        </w:tc>
        <w:tc>
          <w:tcPr>
            <w:tcW w:type="dxa" w:w="1045"/>
          </w:tcPr>
          <w:p>
            <w:pPr>
              <w:spacing w:after="0"/>
              <w:jc w:val="right"/>
            </w:pPr>
            <w:r>
              <w:rPr>
                <w:sz w:val="16"/>
              </w:rPr>
              <w:t>251,283</w:t>
            </w:r>
          </w:p>
        </w:tc>
        <w:tc>
          <w:tcPr>
            <w:tcW w:type="dxa" w:w="1126"/>
          </w:tcPr>
          <w:p>
            <w:pPr>
              <w:spacing w:after="0"/>
              <w:jc w:val="right"/>
            </w:pPr>
            <w:r>
              <w:rPr>
                <w:sz w:val="16"/>
              </w:rPr>
              <w:t>$2,744,045</w:t>
            </w:r>
          </w:p>
        </w:tc>
        <w:tc>
          <w:tcPr>
            <w:tcW w:type="dxa" w:w="1126"/>
          </w:tcPr>
          <w:p>
            <w:pPr>
              <w:spacing w:after="0"/>
              <w:jc w:val="right"/>
            </w:pPr>
          </w:p>
        </w:tc>
        <w:tc>
          <w:tcPr>
            <w:tcW w:type="dxa" w:w="1174"/>
          </w:tcPr>
          <w:p>
            <w:pPr>
              <w:spacing w:after="0"/>
              <w:jc w:val="right"/>
            </w:pPr>
            <w:r>
              <w:rPr>
                <w:sz w:val="16"/>
              </w:rPr>
              <w:t>$522,056</w:t>
            </w:r>
          </w:p>
        </w:tc>
        <w:tc>
          <w:tcPr>
            <w:tcW w:type="dxa" w:w="1050"/>
          </w:tcPr>
          <w:p>
            <w:pPr>
              <w:spacing w:after="0"/>
              <w:jc w:val="right"/>
            </w:pPr>
            <w:r>
              <w:rPr>
                <w:sz w:val="16"/>
              </w:rPr>
              <w:t>0.00265%</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$63,720,518,437</w:t>
            </w:r>
          </w:p>
        </w:tc>
        <w:tc>
          <w:tcPr>
            <w:tcW w:type="dxa" w:w="1137"/>
          </w:tcPr>
          <w:p>
            <w:pPr>
              <w:spacing w:after="0"/>
              <w:jc w:val="right"/>
            </w:pPr>
            <w:r>
              <w:rPr>
                <w:sz w:val="16"/>
              </w:rPr>
              <w:t>$59,103,302</w:t>
            </w:r>
          </w:p>
        </w:tc>
        <w:tc>
          <w:tcPr>
            <w:tcW w:type="dxa" w:w="1045"/>
          </w:tcPr>
          <w:p>
            <w:pPr>
              <w:spacing w:after="0"/>
              <w:jc w:val="right"/>
            </w:pPr>
            <w:r>
              <w:rPr>
                <w:sz w:val="16"/>
              </w:rPr>
              <w:t>251,239</w:t>
            </w:r>
          </w:p>
        </w:tc>
        <w:tc>
          <w:tcPr>
            <w:tcW w:type="dxa" w:w="1126"/>
          </w:tcPr>
          <w:p>
            <w:pPr>
              <w:spacing w:after="0"/>
              <w:jc w:val="right"/>
            </w:pPr>
            <w:r>
              <w:rPr>
                <w:sz w:val="16"/>
              </w:rPr>
              <w:t>$2,105,434</w:t>
            </w:r>
          </w:p>
        </w:tc>
        <w:tc>
          <w:tcPr>
            <w:tcW w:type="dxa" w:w="1126"/>
          </w:tcPr>
          <w:p>
            <w:pPr>
              <w:spacing w:after="0"/>
              <w:jc w:val="right"/>
            </w:pPr>
            <w:r>
              <w:rPr>
                <w:sz w:val="16"/>
              </w:rPr>
              <w:t>$143</w:t>
            </w:r>
          </w:p>
        </w:tc>
        <w:tc>
          <w:tcPr>
            <w:tcW w:type="dxa" w:w="1174"/>
          </w:tcPr>
          <w:p>
            <w:pPr>
              <w:spacing w:after="0"/>
              <w:jc w:val="right"/>
            </w:pPr>
            <w:r>
              <w:rPr>
                <w:sz w:val="16"/>
              </w:rPr>
              <w:t>$45,263</w:t>
            </w:r>
          </w:p>
        </w:tc>
        <w:tc>
          <w:tcPr>
            <w:tcW w:type="dxa" w:w="1050"/>
          </w:tcPr>
          <w:p>
            <w:pPr>
              <w:spacing w:after="0"/>
              <w:jc w:val="right"/>
            </w:pPr>
            <w:r>
              <w:rPr>
                <w:sz w:val="16"/>
              </w:rPr>
              <w:t>0.0033%</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$63,720,514,017</w:t>
            </w:r>
          </w:p>
        </w:tc>
        <w:tc>
          <w:tcPr>
            <w:tcW w:type="dxa" w:w="1137"/>
          </w:tcPr>
          <w:p>
            <w:pPr>
              <w:spacing w:after="0"/>
              <w:jc w:val="right"/>
            </w:pPr>
            <w:r>
              <w:rPr>
                <w:sz w:val="16"/>
              </w:rPr>
              <w:t>$59,103,302</w:t>
            </w:r>
          </w:p>
        </w:tc>
        <w:tc>
          <w:tcPr>
            <w:tcW w:type="dxa" w:w="1045"/>
          </w:tcPr>
          <w:p>
            <w:pPr>
              <w:spacing w:after="0"/>
              <w:jc w:val="right"/>
            </w:pPr>
            <w:r>
              <w:rPr>
                <w:sz w:val="16"/>
              </w:rPr>
              <w:t>251,239</w:t>
            </w:r>
          </w:p>
        </w:tc>
        <w:tc>
          <w:tcPr>
            <w:tcW w:type="dxa" w:w="1126"/>
          </w:tcPr>
          <w:p>
            <w:pPr>
              <w:spacing w:after="0"/>
              <w:jc w:val="right"/>
            </w:pPr>
            <w:r>
              <w:rPr>
                <w:sz w:val="16"/>
              </w:rPr>
              <w:t>$77</w:t>
            </w:r>
          </w:p>
        </w:tc>
        <w:tc>
          <w:tcPr>
            <w:tcW w:type="dxa" w:w="1126"/>
          </w:tcPr>
          <w:p>
            <w:pPr>
              <w:spacing w:after="0"/>
              <w:jc w:val="right"/>
            </w:pPr>
            <w:r>
              <w:rPr>
                <w:sz w:val="16"/>
              </w:rPr>
              <w:t>$90</w:t>
            </w:r>
          </w:p>
        </w:tc>
        <w:tc>
          <w:tcPr>
            <w:tcW w:type="dxa" w:w="1174"/>
          </w:tcPr>
          <w:p>
            <w:pPr>
              <w:spacing w:after="0"/>
              <w:jc w:val="right"/>
            </w:pPr>
            <w:r>
              <w:rPr>
                <w:sz w:val="16"/>
              </w:rPr>
              <w:t>$1,016,349</w:t>
            </w:r>
          </w:p>
        </w:tc>
        <w:tc>
          <w:tcPr>
            <w:tcW w:type="dxa" w:w="1050"/>
          </w:tcPr>
          <w:p>
            <w:pPr>
              <w:spacing w:after="0"/>
              <w:jc w:val="right"/>
            </w:pPr>
            <w:r>
              <w:rPr>
                <w:sz w:val="16"/>
              </w:rPr>
              <w:t>under 0.0001%</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$63,571,707,933</w:t>
            </w:r>
          </w:p>
        </w:tc>
        <w:tc>
          <w:tcPr>
            <w:tcW w:type="dxa" w:w="1137"/>
          </w:tcPr>
          <w:p>
            <w:pPr>
              <w:spacing w:after="0"/>
              <w:jc w:val="right"/>
            </w:pPr>
            <w:r>
              <w:rPr>
                <w:sz w:val="16"/>
              </w:rPr>
              <w:t>$57,031,185</w:t>
            </w:r>
          </w:p>
        </w:tc>
        <w:tc>
          <w:tcPr>
            <w:tcW w:type="dxa" w:w="1045"/>
          </w:tcPr>
          <w:p>
            <w:pPr>
              <w:spacing w:after="0"/>
              <w:jc w:val="right"/>
            </w:pPr>
            <w:r>
              <w:rPr>
                <w:sz w:val="16"/>
              </w:rPr>
              <w:t>250,549</w:t>
            </w:r>
          </w:p>
        </w:tc>
        <w:tc>
          <w:tcPr>
            <w:tcW w:type="dxa" w:w="1126"/>
          </w:tcPr>
          <w:p>
            <w:pPr>
              <w:spacing w:after="0"/>
              <w:jc w:val="right"/>
            </w:pPr>
            <w:r>
              <w:rPr>
                <w:sz w:val="16"/>
              </w:rPr>
              <w:t>$166,788</w:t>
            </w:r>
          </w:p>
        </w:tc>
        <w:tc>
          <w:tcPr>
            <w:tcW w:type="dxa" w:w="1126"/>
          </w:tcPr>
          <w:p>
            <w:pPr>
              <w:spacing w:after="0"/>
              <w:jc w:val="right"/>
            </w:pPr>
            <w:r>
              <w:rPr>
                <w:sz w:val="16"/>
              </w:rPr>
              <w:t>$18,738</w:t>
            </w:r>
          </w:p>
        </w:tc>
        <w:tc>
          <w:tcPr>
            <w:tcW w:type="dxa" w:w="1174"/>
          </w:tcPr>
          <w:p>
            <w:pPr>
              <w:spacing w:after="0"/>
              <w:jc w:val="right"/>
            </w:pPr>
            <w:r>
              <w:rPr>
                <w:sz w:val="16"/>
              </w:rPr>
              <w:t>$6,633</w:t>
            </w:r>
          </w:p>
        </w:tc>
        <w:tc>
          <w:tcPr>
            <w:tcW w:type="dxa" w:w="1050"/>
          </w:tcPr>
          <w:p>
            <w:pPr>
              <w:spacing w:after="0"/>
              <w:jc w:val="right"/>
            </w:pPr>
            <w:r>
              <w:rPr>
                <w:sz w:val="16"/>
              </w:rPr>
              <w:t>0.000262%</w:t>
            </w:r>
          </w:p>
        </w:tc>
        <w:tc>
          <w:tcPr>
            <w:tcW w:type="dxa" w:w="1221"/>
          </w:tcPr>
          <w:p>
            <w:pPr>
              <w:spacing w:after="0"/>
              <w:jc w:val="right"/>
            </w:pPr>
          </w:p>
        </w:tc>
        <w:tc>
          <w:tcPr>
            <w:tcW w:type="dxa" w:w="1108"/>
          </w:tcPr>
          <w:p>
            <w:pPr>
              <w:spacing w:after="0"/>
              <w:jc w:val="right"/>
            </w:pPr>
            <w:r>
              <w:rPr>
                <w:sz w:val="16"/>
              </w:rPr>
              <w:t>$1,000</w:t>
            </w:r>
          </w:p>
        </w:tc>
        <w:tc>
          <w:tcPr>
            <w:tcW w:type="dxa" w:w="1266"/>
          </w:tcPr>
          <w:p>
            <w:pPr>
              <w:spacing w:after="0"/>
              <w:jc w:val="right"/>
            </w:pPr>
            <w:r>
              <w:rPr>
                <w:sz w:val="16"/>
              </w:rPr>
              <w:t>none found (1 declaration)</w:t>
            </w:r>
          </w:p>
        </w:tc>
        <w:tc>
          <w:tcPr>
            <w:tcW w:type="dxa" w:w="125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$63,711,771,232</w:t>
            </w:r>
          </w:p>
        </w:tc>
        <w:tc>
          <w:tcPr>
            <w:tcW w:type="dxa" w:w="1137"/>
          </w:tcPr>
          <w:p>
            <w:pPr>
              <w:spacing w:after="0"/>
              <w:jc w:val="right"/>
            </w:pPr>
          </w:p>
        </w:tc>
        <w:tc>
          <w:tcPr>
            <w:tcW w:type="dxa" w:w="1045"/>
          </w:tcPr>
          <w:p>
            <w:pPr>
              <w:spacing w:after="0"/>
              <w:jc w:val="right"/>
            </w:pPr>
            <w:r>
              <w:rPr>
                <w:sz w:val="16"/>
              </w:rPr>
              <w:t>251,186</w:t>
            </w:r>
          </w:p>
        </w:tc>
        <w:tc>
          <w:tcPr>
            <w:tcW w:type="dxa" w:w="1126"/>
          </w:tcPr>
          <w:p>
            <w:pPr>
              <w:spacing w:after="0"/>
              <w:jc w:val="right"/>
            </w:pPr>
            <w:r>
              <w:rPr>
                <w:sz w:val="16"/>
              </w:rPr>
              <w:t>$591,965</w:t>
            </w:r>
          </w:p>
        </w:tc>
        <w:tc>
          <w:tcPr>
            <w:tcW w:type="dxa" w:w="1126"/>
          </w:tcPr>
          <w:p>
            <w:pPr>
              <w:spacing w:after="0"/>
              <w:jc w:val="right"/>
            </w:pPr>
          </w:p>
        </w:tc>
        <w:tc>
          <w:tcPr>
            <w:tcW w:type="dxa" w:w="1174"/>
          </w:tcPr>
          <w:p>
            <w:pPr>
              <w:spacing w:after="0"/>
              <w:jc w:val="right"/>
            </w:pPr>
            <w:r>
              <w:rPr>
                <w:sz w:val="16"/>
              </w:rPr>
              <w:t>$6,948</w:t>
            </w:r>
          </w:p>
        </w:tc>
        <w:tc>
          <w:tcPr>
            <w:tcW w:type="dxa" w:w="1050"/>
          </w:tcPr>
          <w:p>
            <w:pPr>
              <w:spacing w:after="0"/>
              <w:jc w:val="right"/>
            </w:pPr>
            <w:r>
              <w:rPr>
                <w:sz w:val="16"/>
              </w:rPr>
              <w:t>0.000929%</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$63,644,508,355</w:t>
            </w:r>
          </w:p>
        </w:tc>
        <w:tc>
          <w:tcPr>
            <w:tcW w:type="dxa" w:w="1137"/>
          </w:tcPr>
          <w:p>
            <w:pPr>
              <w:spacing w:after="0"/>
              <w:jc w:val="right"/>
            </w:pPr>
            <w:r>
              <w:rPr>
                <w:sz w:val="16"/>
              </w:rPr>
              <w:t>$3,844,785</w:t>
            </w:r>
          </w:p>
        </w:tc>
        <w:tc>
          <w:tcPr>
            <w:tcW w:type="dxa" w:w="1045"/>
          </w:tcPr>
          <w:p>
            <w:pPr>
              <w:spacing w:after="0"/>
              <w:jc w:val="right"/>
            </w:pPr>
            <w:r>
              <w:rPr>
                <w:sz w:val="16"/>
              </w:rPr>
              <w:t>2,029</w:t>
            </w:r>
          </w:p>
        </w:tc>
        <w:tc>
          <w:tcPr>
            <w:tcW w:type="dxa" w:w="1126"/>
          </w:tcPr>
          <w:p>
            <w:pPr>
              <w:spacing w:after="0"/>
              <w:jc w:val="right"/>
            </w:pPr>
            <w:r>
              <w:rPr>
                <w:sz w:val="16"/>
              </w:rPr>
              <w:t>$57,718,339</w:t>
            </w:r>
          </w:p>
        </w:tc>
        <w:tc>
          <w:tcPr>
            <w:tcW w:type="dxa" w:w="1126"/>
          </w:tcPr>
          <w:p>
            <w:pPr>
              <w:spacing w:after="0"/>
              <w:jc w:val="right"/>
            </w:pPr>
            <w:r>
              <w:rPr>
                <w:sz w:val="16"/>
              </w:rPr>
              <w:t>$25,578</w:t>
            </w:r>
          </w:p>
        </w:tc>
        <w:tc>
          <w:tcPr>
            <w:tcW w:type="dxa" w:w="1174"/>
          </w:tcPr>
          <w:p>
            <w:pPr>
              <w:spacing w:after="0"/>
              <w:jc w:val="right"/>
            </w:pPr>
            <w:r>
              <w:rPr>
                <w:sz w:val="16"/>
              </w:rPr>
              <w:t>$99,841</w:t>
            </w:r>
          </w:p>
        </w:tc>
        <w:tc>
          <w:tcPr>
            <w:tcW w:type="dxa" w:w="1050"/>
          </w:tcPr>
          <w:p>
            <w:pPr>
              <w:spacing w:after="0"/>
              <w:jc w:val="right"/>
            </w:pPr>
            <w:r>
              <w:rPr>
                <w:sz w:val="16"/>
              </w:rPr>
              <w:t>n/a (see note)</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$4,757,861,348</w:t>
            </w:r>
          </w:p>
        </w:tc>
        <w:tc>
          <w:tcPr>
            <w:tcW w:type="dxa" w:w="1137"/>
          </w:tcPr>
          <w:p>
            <w:pPr>
              <w:spacing w:after="0"/>
              <w:jc w:val="right"/>
            </w:pPr>
          </w:p>
        </w:tc>
        <w:tc>
          <w:tcPr>
            <w:tcW w:type="dxa" w:w="1045"/>
          </w:tcPr>
          <w:p>
            <w:pPr>
              <w:spacing w:after="0"/>
              <w:jc w:val="right"/>
            </w:pPr>
            <w:r>
              <w:rPr>
                <w:sz w:val="16"/>
              </w:rPr>
              <w:t>19,757</w:t>
            </w:r>
          </w:p>
        </w:tc>
        <w:tc>
          <w:tcPr>
            <w:tcW w:type="dxa" w:w="1126"/>
          </w:tcPr>
          <w:p>
            <w:pPr>
              <w:spacing w:after="0"/>
              <w:jc w:val="right"/>
            </w:pPr>
            <w:r>
              <w:rPr>
                <w:sz w:val="16"/>
              </w:rPr>
              <w:t>$11,798</w:t>
            </w:r>
          </w:p>
        </w:tc>
        <w:tc>
          <w:tcPr>
            <w:tcW w:type="dxa" w:w="1126"/>
          </w:tcPr>
          <w:p>
            <w:pPr>
              <w:spacing w:after="0"/>
              <w:jc w:val="right"/>
            </w:pPr>
          </w:p>
        </w:tc>
        <w:tc>
          <w:tcPr>
            <w:tcW w:type="dxa" w:w="1174"/>
          </w:tcPr>
          <w:p>
            <w:pPr>
              <w:spacing w:after="0"/>
              <w:jc w:val="right"/>
            </w:pPr>
            <w:r>
              <w:rPr>
                <w:sz w:val="16"/>
              </w:rPr>
              <w:t>$1,072</w:t>
            </w:r>
          </w:p>
        </w:tc>
        <w:tc>
          <w:tcPr>
            <w:tcW w:type="dxa" w:w="1050"/>
          </w:tcPr>
          <w:p>
            <w:pPr>
              <w:spacing w:after="0"/>
              <w:jc w:val="right"/>
            </w:pPr>
            <w:r>
              <w:rPr>
                <w:sz w:val="16"/>
              </w:rPr>
              <w:t>0.000248%</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$63,720,518,437</w:t>
            </w:r>
          </w:p>
        </w:tc>
        <w:tc>
          <w:tcPr>
            <w:tcW w:type="dxa" w:w="1137"/>
          </w:tcPr>
          <w:p>
            <w:pPr>
              <w:spacing w:after="0"/>
              <w:jc w:val="right"/>
            </w:pPr>
          </w:p>
        </w:tc>
        <w:tc>
          <w:tcPr>
            <w:tcW w:type="dxa" w:w="1045"/>
          </w:tcPr>
          <w:p>
            <w:pPr>
              <w:spacing w:after="0"/>
              <w:jc w:val="right"/>
            </w:pPr>
            <w:r>
              <w:rPr>
                <w:sz w:val="16"/>
              </w:rPr>
              <w:t>251,239</w:t>
            </w:r>
          </w:p>
        </w:tc>
        <w:tc>
          <w:tcPr>
            <w:tcW w:type="dxa" w:w="1126"/>
          </w:tcPr>
          <w:p>
            <w:pPr>
              <w:spacing w:after="0"/>
              <w:jc w:val="right"/>
            </w:pPr>
            <w:r>
              <w:rPr>
                <w:sz w:val="16"/>
              </w:rPr>
              <w:t>$254,821</w:t>
            </w:r>
          </w:p>
        </w:tc>
        <w:tc>
          <w:tcPr>
            <w:tcW w:type="dxa" w:w="1126"/>
          </w:tcPr>
          <w:p>
            <w:pPr>
              <w:spacing w:after="0"/>
              <w:jc w:val="right"/>
            </w:pPr>
          </w:p>
        </w:tc>
        <w:tc>
          <w:tcPr>
            <w:tcW w:type="dxa" w:w="1174"/>
          </w:tcPr>
          <w:p>
            <w:pPr>
              <w:spacing w:after="0"/>
              <w:jc w:val="right"/>
            </w:pPr>
            <w:r>
              <w:rPr>
                <w:sz w:val="16"/>
              </w:rPr>
              <w:t>$1,233,458</w:t>
            </w:r>
          </w:p>
        </w:tc>
        <w:tc>
          <w:tcPr>
            <w:tcW w:type="dxa" w:w="1050"/>
          </w:tcPr>
          <w:p>
            <w:pPr>
              <w:spacing w:after="0"/>
              <w:jc w:val="right"/>
            </w:pPr>
            <w:r>
              <w:rPr>
                <w:sz w:val="16"/>
              </w:rPr>
              <w:t>0.0004%</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$63,720,518,437</w:t>
            </w:r>
          </w:p>
        </w:tc>
        <w:tc>
          <w:tcPr>
            <w:tcW w:type="dxa" w:w="1137"/>
          </w:tcPr>
          <w:p>
            <w:pPr>
              <w:spacing w:after="0"/>
              <w:jc w:val="right"/>
            </w:pPr>
            <w:r>
              <w:rPr>
                <w:sz w:val="16"/>
              </w:rPr>
              <w:t>$59,103,302</w:t>
            </w:r>
          </w:p>
        </w:tc>
        <w:tc>
          <w:tcPr>
            <w:tcW w:type="dxa" w:w="1045"/>
          </w:tcPr>
          <w:p>
            <w:pPr>
              <w:spacing w:after="0"/>
              <w:jc w:val="right"/>
            </w:pPr>
            <w:r>
              <w:rPr>
                <w:sz w:val="16"/>
              </w:rPr>
              <w:t>251,239</w:t>
            </w:r>
          </w:p>
        </w:tc>
        <w:tc>
          <w:tcPr>
            <w:tcW w:type="dxa" w:w="1126"/>
          </w:tcPr>
          <w:p>
            <w:pPr>
              <w:spacing w:after="0"/>
              <w:jc w:val="right"/>
            </w:pPr>
            <w:r>
              <w:rPr>
                <w:sz w:val="16"/>
              </w:rPr>
              <w:t>$455,245</w:t>
            </w:r>
          </w:p>
        </w:tc>
        <w:tc>
          <w:tcPr>
            <w:tcW w:type="dxa" w:w="1126"/>
          </w:tcPr>
          <w:p>
            <w:pPr>
              <w:spacing w:after="0"/>
              <w:jc w:val="right"/>
            </w:pPr>
            <w:r>
              <w:rPr>
                <w:sz w:val="16"/>
              </w:rPr>
              <w:t>$2,789</w:t>
            </w:r>
          </w:p>
        </w:tc>
        <w:tc>
          <w:tcPr>
            <w:tcW w:type="dxa" w:w="1174"/>
          </w:tcPr>
          <w:p>
            <w:pPr>
              <w:spacing w:after="0"/>
              <w:jc w:val="right"/>
            </w:pPr>
            <w:r>
              <w:rPr>
                <w:sz w:val="16"/>
              </w:rPr>
              <w:t>$1,040,189</w:t>
            </w:r>
          </w:p>
        </w:tc>
        <w:tc>
          <w:tcPr>
            <w:tcW w:type="dxa" w:w="1050"/>
          </w:tcPr>
          <w:p>
            <w:pPr>
              <w:spacing w:after="0"/>
              <w:jc w:val="right"/>
            </w:pPr>
            <w:r>
              <w:rPr>
                <w:sz w:val="16"/>
              </w:rPr>
              <w:t>0.000714%</w:t>
            </w:r>
          </w:p>
        </w:tc>
        <w:tc>
          <w:tcPr>
            <w:tcW w:type="dxa" w:w="1221"/>
          </w:tcPr>
          <w:p>
            <w:pPr>
              <w:spacing w:after="0"/>
              <w:jc w:val="right"/>
            </w:pPr>
            <w:r>
              <w:rPr>
                <w:sz w:val="16"/>
              </w:rPr>
              <w:t>$45,500</w:t>
            </w: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$63,720,518,437</w:t>
            </w:r>
          </w:p>
        </w:tc>
        <w:tc>
          <w:tcPr>
            <w:tcW w:type="dxa" w:w="1137"/>
          </w:tcPr>
          <w:p>
            <w:pPr>
              <w:spacing w:after="0"/>
              <w:jc w:val="right"/>
            </w:pPr>
            <w:r>
              <w:rPr>
                <w:sz w:val="16"/>
              </w:rPr>
              <w:t>$59,103,302</w:t>
            </w:r>
          </w:p>
        </w:tc>
        <w:tc>
          <w:tcPr>
            <w:tcW w:type="dxa" w:w="1045"/>
          </w:tcPr>
          <w:p>
            <w:pPr>
              <w:spacing w:after="0"/>
              <w:jc w:val="right"/>
            </w:pPr>
            <w:r>
              <w:rPr>
                <w:sz w:val="16"/>
              </w:rPr>
              <w:t>251,239</w:t>
            </w:r>
          </w:p>
        </w:tc>
        <w:tc>
          <w:tcPr>
            <w:tcW w:type="dxa" w:w="1126"/>
          </w:tcPr>
          <w:p>
            <w:pPr>
              <w:spacing w:after="0"/>
              <w:jc w:val="right"/>
            </w:pPr>
            <w:r>
              <w:rPr>
                <w:sz w:val="16"/>
              </w:rPr>
              <w:t>$7,505,390</w:t>
            </w:r>
          </w:p>
        </w:tc>
        <w:tc>
          <w:tcPr>
            <w:tcW w:type="dxa" w:w="1126"/>
          </w:tcPr>
          <w:p>
            <w:pPr>
              <w:spacing w:after="0"/>
              <w:jc w:val="right"/>
            </w:pPr>
            <w:r>
              <w:rPr>
                <w:sz w:val="16"/>
              </w:rPr>
              <w:t>$2,217</w:t>
            </w:r>
          </w:p>
        </w:tc>
        <w:tc>
          <w:tcPr>
            <w:tcW w:type="dxa" w:w="1174"/>
          </w:tcPr>
          <w:p>
            <w:pPr>
              <w:spacing w:after="0"/>
              <w:jc w:val="right"/>
            </w:pPr>
            <w:r>
              <w:rPr>
                <w:sz w:val="16"/>
              </w:rPr>
              <w:t>$8,527,573</w:t>
            </w:r>
          </w:p>
        </w:tc>
        <w:tc>
          <w:tcPr>
            <w:tcW w:type="dxa" w:w="1050"/>
          </w:tcPr>
          <w:p>
            <w:pPr>
              <w:spacing w:after="0"/>
              <w:jc w:val="right"/>
            </w:pPr>
            <w:r>
              <w:rPr>
                <w:sz w:val="16"/>
              </w:rPr>
              <w:t>0.0118%</w:t>
            </w:r>
          </w:p>
        </w:tc>
        <w:tc>
          <w:tcPr>
            <w:tcW w:type="dxa" w:w="1221"/>
          </w:tcPr>
          <w:p>
            <w:pPr>
              <w:spacing w:after="0"/>
              <w:jc w:val="right"/>
            </w:pPr>
            <w:r>
              <w:rPr>
                <w:sz w:val="16"/>
              </w:rPr>
              <w:t>$0</w:t>
            </w: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50"/>
          </w:tcPr>
          <w:p>
            <w:pPr>
              <w:spacing w:after="0"/>
              <w:jc w:val="right"/>
            </w:pP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7"/>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4"/>
          </w:tcPr>
          <w:p>
            <w:pPr>
              <w:spacing w:after="0"/>
              <w:jc w:val="right"/>
            </w:pPr>
          </w:p>
        </w:tc>
        <w:tc>
          <w:tcPr>
            <w:tcW w:type="dxa" w:w="1050"/>
          </w:tcPr>
          <w:p>
            <w:pPr>
              <w:spacing w:after="0"/>
              <w:jc w:val="right"/>
            </w:pP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$2,826,424,461</w:t>
            </w:r>
          </w:p>
        </w:tc>
        <w:tc>
          <w:tcPr>
            <w:tcW w:type="dxa" w:w="1137"/>
          </w:tcPr>
          <w:p>
            <w:pPr>
              <w:spacing w:after="0"/>
              <w:jc w:val="right"/>
            </w:pPr>
            <w:r>
              <w:rPr>
                <w:sz w:val="16"/>
              </w:rPr>
              <w:t>$11,556,726</w:t>
            </w:r>
          </w:p>
        </w:tc>
        <w:tc>
          <w:tcPr>
            <w:tcW w:type="dxa" w:w="1045"/>
          </w:tcPr>
          <w:p>
            <w:pPr>
              <w:spacing w:after="0"/>
              <w:jc w:val="right"/>
            </w:pPr>
            <w:r>
              <w:rPr>
                <w:sz w:val="16"/>
              </w:rPr>
              <w:t>24,418</w:t>
            </w:r>
          </w:p>
        </w:tc>
        <w:tc>
          <w:tcPr>
            <w:tcW w:type="dxa" w:w="1126"/>
          </w:tcPr>
          <w:p>
            <w:pPr>
              <w:spacing w:after="0"/>
              <w:jc w:val="right"/>
            </w:pPr>
            <w:r>
              <w:rPr>
                <w:sz w:val="16"/>
              </w:rPr>
              <w:t>$50,921</w:t>
            </w:r>
          </w:p>
        </w:tc>
        <w:tc>
          <w:tcPr>
            <w:tcW w:type="dxa" w:w="1126"/>
          </w:tcPr>
          <w:p>
            <w:pPr>
              <w:spacing w:after="0"/>
              <w:jc w:val="right"/>
            </w:pPr>
            <w:r>
              <w:rPr>
                <w:sz w:val="16"/>
              </w:rPr>
              <w:t>$52</w:t>
            </w:r>
          </w:p>
        </w:tc>
        <w:tc>
          <w:tcPr>
            <w:tcW w:type="dxa" w:w="1174"/>
          </w:tcPr>
          <w:p>
            <w:pPr>
              <w:spacing w:after="0"/>
              <w:jc w:val="right"/>
            </w:pPr>
            <w:r>
              <w:rPr>
                <w:sz w:val="16"/>
              </w:rPr>
              <w:t>$13,997</w:t>
            </w:r>
          </w:p>
        </w:tc>
        <w:tc>
          <w:tcPr>
            <w:tcW w:type="dxa" w:w="1050"/>
          </w:tcPr>
          <w:p>
            <w:pPr>
              <w:spacing w:after="0"/>
              <w:jc w:val="right"/>
            </w:pPr>
            <w:r>
              <w:rPr>
                <w:sz w:val="16"/>
              </w:rPr>
              <w:t>0.0018%</w:t>
            </w:r>
          </w:p>
        </w:tc>
        <w:tc>
          <w:tcPr>
            <w:tcW w:type="dxa" w:w="1221"/>
          </w:tcPr>
          <w:p>
            <w:pPr>
              <w:spacing w:after="0"/>
              <w:jc w:val="right"/>
            </w:pPr>
          </w:p>
        </w:tc>
        <w:tc>
          <w:tcPr>
            <w:tcW w:type="dxa" w:w="1108"/>
          </w:tcPr>
          <w:p>
            <w:pPr>
              <w:spacing w:after="0"/>
              <w:jc w:val="right"/>
            </w:pPr>
          </w:p>
        </w:tc>
        <w:tc>
          <w:tcPr>
            <w:tcW w:type="dxa" w:w="1266"/>
          </w:tcPr>
          <w:p>
            <w:pPr>
              <w:spacing w:after="0"/>
              <w:jc w:val="right"/>
            </w:pPr>
          </w:p>
        </w:tc>
        <w:tc>
          <w:tcPr>
            <w:tcW w:type="dxa" w:w="125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$63,720,514,017</w:t>
            </w:r>
          </w:p>
        </w:tc>
        <w:tc>
          <w:tcPr>
            <w:tcW w:type="dxa" w:w="1137"/>
          </w:tcPr>
          <w:p>
            <w:pPr>
              <w:spacing w:after="0"/>
              <w:jc w:val="right"/>
            </w:pPr>
            <w:r>
              <w:rPr>
                <w:sz w:val="16"/>
              </w:rPr>
              <w:t>$59,103,302</w:t>
            </w:r>
          </w:p>
        </w:tc>
        <w:tc>
          <w:tcPr>
            <w:tcW w:type="dxa" w:w="1045"/>
          </w:tcPr>
          <w:p>
            <w:pPr>
              <w:spacing w:after="0"/>
              <w:jc w:val="right"/>
            </w:pPr>
            <w:r>
              <w:rPr>
                <w:sz w:val="16"/>
              </w:rPr>
              <w:t>251,239</w:t>
            </w:r>
          </w:p>
        </w:tc>
        <w:tc>
          <w:tcPr>
            <w:tcW w:type="dxa" w:w="1126"/>
          </w:tcPr>
          <w:p>
            <w:pPr>
              <w:spacing w:after="0"/>
              <w:jc w:val="right"/>
            </w:pPr>
            <w:r>
              <w:rPr>
                <w:sz w:val="16"/>
              </w:rPr>
              <w:t>$28,539</w:t>
            </w:r>
          </w:p>
        </w:tc>
        <w:tc>
          <w:tcPr>
            <w:tcW w:type="dxa" w:w="1126"/>
          </w:tcPr>
          <w:p>
            <w:pPr>
              <w:spacing w:after="0"/>
              <w:jc w:val="right"/>
            </w:pPr>
            <w:r>
              <w:rPr>
                <w:sz w:val="16"/>
              </w:rPr>
              <w:t>$77</w:t>
            </w:r>
          </w:p>
        </w:tc>
        <w:tc>
          <w:tcPr>
            <w:tcW w:type="dxa" w:w="1174"/>
          </w:tcPr>
          <w:p>
            <w:pPr>
              <w:spacing w:after="0"/>
              <w:jc w:val="right"/>
            </w:pPr>
            <w:r>
              <w:rPr>
                <w:sz w:val="16"/>
              </w:rPr>
              <w:t>$11,627</w:t>
            </w:r>
          </w:p>
        </w:tc>
        <w:tc>
          <w:tcPr>
            <w:tcW w:type="dxa" w:w="1050"/>
          </w:tcPr>
          <w:p>
            <w:pPr>
              <w:spacing w:after="0"/>
              <w:jc w:val="right"/>
            </w:pPr>
            <w:r>
              <w:rPr>
                <w:sz w:val="16"/>
              </w:rPr>
              <w:t>under 0.0001%</w:t>
            </w:r>
          </w:p>
        </w:tc>
        <w:tc>
          <w:tcPr>
            <w:tcW w:type="dxa" w:w="1221"/>
          </w:tcPr>
          <w:p>
            <w:pPr>
              <w:spacing w:after="0"/>
              <w:jc w:val="right"/>
            </w:pPr>
          </w:p>
        </w:tc>
        <w:tc>
          <w:tcPr>
            <w:tcW w:type="dxa" w:w="1108"/>
          </w:tcPr>
          <w:p>
            <w:pPr>
              <w:spacing w:after="0"/>
              <w:jc w:val="right"/>
            </w:pPr>
            <w:r>
              <w:rPr>
                <w:sz w:val="16"/>
              </w:rPr>
              <w:t>$0</w:t>
            </w:r>
          </w:p>
        </w:tc>
        <w:tc>
          <w:tcPr>
            <w:tcW w:type="dxa" w:w="1266"/>
          </w:tcPr>
          <w:p>
            <w:pPr>
              <w:spacing w:after="0"/>
              <w:jc w:val="right"/>
            </w:pPr>
            <w:r>
              <w:rPr>
                <w:sz w:val="16"/>
              </w:rPr>
              <w:t>none found (1 declaration)</w:t>
            </w:r>
          </w:p>
        </w:tc>
        <w:tc>
          <w:tcPr>
            <w:tcW w:type="dxa" w:w="1250"/>
          </w:tcPr>
          <w:p>
            <w:pPr>
              <w:spacing w:after="0"/>
              <w:jc w:val="left"/>
            </w:pPr>
          </w:p>
        </w:tc>
      </w:tr>
    </w:tbl>
    <w:p>
      <w:pPr>
        <w:spacing w:after="40" w:before="60"/>
      </w:pPr>
      <w:r>
        <w:rPr>
          <w:sz w:val="15"/>
        </w:rPr>
        <w:t>Totals since 2022-12-21 (Storm Events through 2026-06-30): 19 county-coded records, 12 with a damage value recorded (including $0), $45,500; 8 zone-level records, 6 with a damage value recorded (including $0), $1,000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251,239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$63,720,518,437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$59,103,302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$71,788,777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$17,829,603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FORSYTH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Forsyth County (unincorporated area)</w:t>
            </w:r>
          </w:p>
        </w:tc>
        <w:tc>
          <w:tcPr>
            <w:tcW w:type="dxa" w:w="1499"/>
          </w:tcPr>
          <w:p>
            <w:pPr>
              <w:spacing w:after="0"/>
              <w:jc w:val="left"/>
            </w:pPr>
            <w:r>
              <w:rPr>
                <w:sz w:val="16"/>
              </w:rPr>
              <w:t>130312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Cumming city</w:t>
            </w:r>
          </w:p>
        </w:tc>
        <w:tc>
          <w:tcPr>
            <w:tcW w:type="dxa" w:w="1499"/>
          </w:tcPr>
          <w:p>
            <w:pPr>
              <w:spacing w:after="0"/>
              <w:jc w:val="left"/>
            </w:pPr>
            <w:r>
              <w:rPr>
                <w:sz w:val="16"/>
              </w:rPr>
              <w:t>130236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Forsyth County, GA: risk-assessment baseline packet, release 2026-10 (data as of 2026-09-28; County area 13117).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Forsyth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Forsyth County, GA: Risk-assessment baseline packet</dc:title>
  <dc:subject>Hazard Plain release 2026-10, as of 2026-09-28. Preview: automated baseline</dc:subject>
  <dc:creator>Hazard Plain</dc:creator>
  <cp:keywords>Hazard Plain; hazard mitigation; risk assessment; 13117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