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Clarke County, GA</w:t>
      </w:r>
    </w:p>
    <w:p>
      <w:pPr>
        <w:spacing w:after="120" w:before="0"/>
      </w:pPr>
      <w:r>
        <w:rPr>
          <w:color w:val="555555"/>
          <w:sz w:val="24"/>
        </w:rPr>
        <w:t>Risk-assessment baseline packet</w:t>
      </w:r>
    </w:p>
    <w:p>
      <w:pPr>
        <w:spacing w:after="120" w:before="0"/>
      </w:pPr>
      <w:r>
        <w:rPr>
          <w:b/>
          <w:sz w:val="18"/>
        </w:rPr>
        <w:t xml:space="preserve">County FIPS: </w:t>
      </w:r>
      <w:r>
        <w:rPr>
          <w:sz w:val="18"/>
        </w:rPr>
        <w:t>13059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2029-10-06. Plan: Athens-Clarke County (FEMA plan 109807), approved 2024-10-07.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2024-10-07: 1 new hazard declaration (1 incident)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($14,855,280 a year), Tornado ($4,204,246) and Earthquake ($2,569,980).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2029-10-06</w:t>
      </w:r>
    </w:p>
    <w:p>
      <w:pPr>
        <w:keepNext/>
        <w:spacing w:after="40" w:before="0"/>
      </w:pPr>
      <w:r>
        <w:rPr>
          <w:b/>
        </w:rPr>
        <w:t xml:space="preserve">Plan: </w:t>
      </w:r>
      <w:r>
        <w:rPr/>
        <w:t>Athens-Clarke County (FEMA plan 109807)</w:t>
      </w:r>
    </w:p>
    <w:p>
      <w:pPr>
        <w:keepNext/>
        <w:spacing w:after="40" w:before="0"/>
      </w:pPr>
      <w:r>
        <w:rPr>
          <w:b/>
        </w:rPr>
        <w:t xml:space="preserve">Approved: </w:t>
      </w:r>
      <w:r>
        <w:rPr/>
        <w:t>2024-10-07</w:t>
      </w:r>
    </w:p>
    <w:p>
      <w:pPr>
        <w:keepNext/>
        <w:spacing w:after="40" w:before="0"/>
      </w:pPr>
      <w:r>
        <w:rPr>
          <w:b/>
        </w:rPr>
        <w:t xml:space="preserve">Days to expiry: </w:t>
      </w:r>
      <w:r>
        <w:rPr/>
        <w:t>1,102</w:t>
      </w:r>
    </w:p>
    <w:p>
      <w:pPr>
        <w:spacing w:after="80" w:before="0"/>
      </w:pPr>
      <w:r>
        <w:rPr/>
        <w:t>Plan clock from the consolidated city-county government plan (Athens-Clarke County unified government). FEMA plan data has no separate county-level row for this county.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5"/>
        <w:gridCol w:w="1426"/>
        <w:gridCol w:w="3103"/>
        <w:gridCol w:w="4255"/>
        <w:gridCol w:w="1217"/>
        <w:gridCol w:w="1217"/>
        <w:gridCol w:w="1049"/>
      </w:tblGrid>
      <w:tr>
        <w:trPr>
          <w:cantSplit/>
          <w:tblHeader/>
        </w:trPr>
        <w:tc>
          <w:tcPr>
            <w:tcW w:type="dxa" w:w="1845"/>
            <w:shd w:val="clear" w:color="auto" w:fill="E8E8E8"/>
          </w:tcPr>
          <w:p>
            <w:pPr>
              <w:spacing w:after="0"/>
              <w:jc w:val="left"/>
            </w:pPr>
            <w:r>
              <w:rPr>
                <w:b/>
                <w:sz w:val="16"/>
              </w:rPr>
              <w:t>Jurisdiction</w:t>
            </w:r>
          </w:p>
        </w:tc>
        <w:tc>
          <w:tcPr>
            <w:tcW w:type="dxa" w:w="1426"/>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Status</w:t>
            </w:r>
          </w:p>
        </w:tc>
        <w:tc>
          <w:tcPr>
            <w:tcW w:type="dxa" w:w="4255"/>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217"/>
            <w:shd w:val="clear" w:color="auto" w:fill="E8E8E8"/>
          </w:tcPr>
          <w:p>
            <w:pPr>
              <w:spacing w:after="0"/>
              <w:jc w:val="left"/>
            </w:pPr>
            <w:r>
              <w:rPr>
                <w:b/>
                <w:sz w:val="16"/>
              </w:rPr>
              <w:t>Expires</w:t>
            </w:r>
          </w:p>
        </w:tc>
        <w:tc>
          <w:tcPr>
            <w:tcW w:type="dxa" w:w="104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45"/>
          </w:tcPr>
          <w:p>
            <w:pPr>
              <w:spacing w:after="0"/>
              <w:jc w:val="left"/>
            </w:pPr>
            <w:r>
              <w:rPr>
                <w:sz w:val="16"/>
              </w:rPr>
              <w:t>Athens-Clarke County unified government</w:t>
            </w:r>
          </w:p>
        </w:tc>
        <w:tc>
          <w:tcPr>
            <w:tcW w:type="dxa" w:w="1426"/>
          </w:tcPr>
          <w:p>
            <w:pPr>
              <w:spacing w:after="0"/>
              <w:jc w:val="left"/>
            </w:pPr>
            <w:r>
              <w:rPr>
                <w:sz w:val="16"/>
              </w:rPr>
              <w:t>Consolidated Government</w:t>
            </w:r>
          </w:p>
        </w:tc>
        <w:tc>
          <w:tcPr>
            <w:tcW w:type="dxa" w:w="3103"/>
          </w:tcPr>
          <w:p>
            <w:pPr>
              <w:spacing w:after="0"/>
              <w:jc w:val="left"/>
            </w:pPr>
            <w:r>
              <w:rPr>
                <w:sz w:val="16"/>
              </w:rPr>
              <w:t>Approved, expires 2029-10-06</w:t>
            </w:r>
          </w:p>
        </w:tc>
        <w:tc>
          <w:tcPr>
            <w:tcW w:type="dxa" w:w="4255"/>
          </w:tcPr>
          <w:p>
            <w:pPr>
              <w:spacing w:after="0"/>
              <w:jc w:val="left"/>
            </w:pPr>
            <w:r>
              <w:rPr>
                <w:sz w:val="16"/>
              </w:rPr>
              <w:t>Athens-Clarke County (FEMA plan 109807)</w:t>
            </w:r>
          </w:p>
        </w:tc>
        <w:tc>
          <w:tcPr>
            <w:tcW w:type="dxa" w:w="1217"/>
          </w:tcPr>
          <w:p>
            <w:pPr>
              <w:spacing w:after="0"/>
              <w:jc w:val="left"/>
            </w:pPr>
            <w:r>
              <w:rPr>
                <w:sz w:val="16"/>
              </w:rPr>
              <w:t>2024-10-07</w:t>
            </w:r>
          </w:p>
        </w:tc>
        <w:tc>
          <w:tcPr>
            <w:tcW w:type="dxa" w:w="1217"/>
          </w:tcPr>
          <w:p>
            <w:pPr>
              <w:spacing w:after="0"/>
              <w:jc w:val="left"/>
            </w:pPr>
            <w:r>
              <w:rPr>
                <w:sz w:val="16"/>
              </w:rPr>
              <w:t>2029-10-06</w:t>
            </w:r>
          </w:p>
        </w:tc>
        <w:tc>
          <w:tcPr>
            <w:tcW w:type="dxa" w:w="1049"/>
          </w:tcPr>
          <w:p>
            <w:pPr>
              <w:spacing w:after="0"/>
              <w:jc w:val="right"/>
            </w:pPr>
            <w:r>
              <w:rPr>
                <w:sz w:val="16"/>
              </w:rPr>
              <w:t>1,102</w:t>
            </w:r>
          </w:p>
        </w:tc>
      </w:tr>
      <w:tr>
        <w:trPr>
          <w:cantSplit/>
        </w:trPr>
        <w:tc>
          <w:tcPr>
            <w:tcW w:type="dxa" w:w="1845"/>
          </w:tcPr>
          <w:p>
            <w:pPr>
              <w:spacing w:after="0"/>
              <w:jc w:val="left"/>
            </w:pPr>
            <w:r>
              <w:rPr>
                <w:sz w:val="16"/>
              </w:rPr>
              <w:t>Winterville city</w:t>
            </w:r>
          </w:p>
        </w:tc>
        <w:tc>
          <w:tcPr>
            <w:tcW w:type="dxa" w:w="1426"/>
          </w:tcPr>
          <w:p>
            <w:pPr>
              <w:spacing w:after="0"/>
              <w:jc w:val="left"/>
            </w:pPr>
            <w:r>
              <w:rPr>
                <w:sz w:val="16"/>
              </w:rPr>
              <w:t>City</w:t>
            </w:r>
          </w:p>
        </w:tc>
        <w:tc>
          <w:tcPr>
            <w:tcW w:type="dxa" w:w="3103"/>
          </w:tcPr>
          <w:p>
            <w:pPr>
              <w:spacing w:after="0"/>
              <w:jc w:val="left"/>
            </w:pPr>
            <w:r>
              <w:rPr>
                <w:sz w:val="16"/>
              </w:rPr>
              <w:t>Approved, expires 2029-10-06</w:t>
            </w:r>
          </w:p>
        </w:tc>
        <w:tc>
          <w:tcPr>
            <w:tcW w:type="dxa" w:w="4255"/>
          </w:tcPr>
          <w:p>
            <w:pPr>
              <w:spacing w:after="0"/>
              <w:jc w:val="left"/>
            </w:pPr>
            <w:r>
              <w:rPr>
                <w:sz w:val="16"/>
              </w:rPr>
              <w:t>Athens-Clarke County (FEMA plan 109807)</w:t>
            </w:r>
          </w:p>
        </w:tc>
        <w:tc>
          <w:tcPr>
            <w:tcW w:type="dxa" w:w="1217"/>
          </w:tcPr>
          <w:p>
            <w:pPr>
              <w:spacing w:after="0"/>
              <w:jc w:val="left"/>
            </w:pPr>
            <w:r>
              <w:rPr>
                <w:sz w:val="16"/>
              </w:rPr>
              <w:t>2024-10-07</w:t>
            </w:r>
          </w:p>
        </w:tc>
        <w:tc>
          <w:tcPr>
            <w:tcW w:type="dxa" w:w="1217"/>
          </w:tcPr>
          <w:p>
            <w:pPr>
              <w:spacing w:after="0"/>
              <w:jc w:val="left"/>
            </w:pPr>
            <w:r>
              <w:rPr>
                <w:sz w:val="16"/>
              </w:rPr>
              <w:t>2029-10-06</w:t>
            </w:r>
          </w:p>
        </w:tc>
        <w:tc>
          <w:tcPr>
            <w:tcW w:type="dxa" w:w="1049"/>
          </w:tcPr>
          <w:p>
            <w:pPr>
              <w:spacing w:after="0"/>
              <w:jc w:val="right"/>
            </w:pPr>
            <w:r>
              <w:rPr>
                <w:sz w:val="16"/>
              </w:rPr>
              <w:t>1,102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95"/>
        <w:gridCol w:w="1395"/>
        <w:gridCol w:w="1126"/>
        <w:gridCol w:w="1126"/>
        <w:gridCol w:w="1499"/>
        <w:gridCol w:w="1166"/>
        <w:gridCol w:w="1595"/>
        <w:gridCol w:w="3087"/>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95"/>
            <w:shd w:val="clear" w:color="auto" w:fill="E8E8E8"/>
          </w:tcPr>
          <w:p>
            <w:pPr>
              <w:spacing w:after="0"/>
              <w:jc w:val="left"/>
            </w:pPr>
            <w:r>
              <w:rPr>
                <w:b/>
                <w:sz w:val="16"/>
              </w:rPr>
              <w:t>NRI risk rating</w:t>
            </w:r>
          </w:p>
        </w:tc>
        <w:tc>
          <w:tcPr>
            <w:tcW w:type="dxa" w:w="139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87"/>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$14,827,900</w:t>
            </w:r>
          </w:p>
        </w:tc>
        <w:tc>
          <w:tcPr>
            <w:tcW w:type="dxa" w:w="1126"/>
          </w:tcPr>
          <w:p>
            <w:pPr>
              <w:spacing w:after="0"/>
              <w:jc w:val="right"/>
            </w:pPr>
            <w:r>
              <w:rPr>
                <w:sz w:val="16"/>
              </w:rPr>
              <w:t>$6,768</w:t>
            </w:r>
          </w:p>
        </w:tc>
        <w:tc>
          <w:tcPr>
            <w:tcW w:type="dxa" w:w="1499"/>
          </w:tcPr>
          <w:p>
            <w:pPr>
              <w:spacing w:after="0"/>
              <w:jc w:val="right"/>
            </w:pPr>
            <w:r>
              <w:rPr>
                <w:sz w:val="16"/>
              </w:rPr>
              <w:t>$20,611</w:t>
            </w:r>
          </w:p>
        </w:tc>
        <w:tc>
          <w:tcPr>
            <w:tcW w:type="dxa" w:w="1166"/>
          </w:tcPr>
          <w:p>
            <w:pPr>
              <w:spacing w:after="0"/>
              <w:jc w:val="right"/>
            </w:pPr>
            <w:r>
              <w:rPr>
                <w:sz w:val="16"/>
              </w:rPr>
              <w:t>$14,855,280</w:t>
            </w:r>
          </w:p>
        </w:tc>
        <w:tc>
          <w:tcPr>
            <w:tcW w:type="dxa" w:w="1595"/>
          </w:tcPr>
          <w:p>
            <w:pPr>
              <w:spacing w:after="0"/>
              <w:jc w:val="right"/>
            </w:pPr>
            <w:r>
              <w:rPr>
                <w:sz w:val="16"/>
              </w:rPr>
              <w:t>11</w:t>
            </w:r>
          </w:p>
        </w:tc>
        <w:tc>
          <w:tcPr>
            <w:tcW w:type="dxa" w:w="3087"/>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$2,426,352</w:t>
            </w:r>
          </w:p>
        </w:tc>
        <w:tc>
          <w:tcPr>
            <w:tcW w:type="dxa" w:w="1126"/>
          </w:tcPr>
          <w:p>
            <w:pPr>
              <w:spacing w:after="0"/>
              <w:jc w:val="right"/>
            </w:pPr>
            <w:r>
              <w:rPr>
                <w:sz w:val="16"/>
              </w:rPr>
              <w:t>$1,345</w:t>
            </w:r>
          </w:p>
        </w:tc>
        <w:tc>
          <w:tcPr>
            <w:tcW w:type="dxa" w:w="1499"/>
          </w:tcPr>
          <w:p>
            <w:pPr>
              <w:spacing w:after="0"/>
              <w:jc w:val="right"/>
            </w:pPr>
            <w:r>
              <w:rPr>
                <w:sz w:val="16"/>
              </w:rPr>
              <w:t>$1,776,550</w:t>
            </w:r>
          </w:p>
        </w:tc>
        <w:tc>
          <w:tcPr>
            <w:tcW w:type="dxa" w:w="1166"/>
          </w:tcPr>
          <w:p>
            <w:pPr>
              <w:spacing w:after="0"/>
              <w:jc w:val="right"/>
            </w:pPr>
            <w:r>
              <w:rPr>
                <w:sz w:val="16"/>
              </w:rPr>
              <w:t>$4,204,246</w:t>
            </w:r>
          </w:p>
        </w:tc>
        <w:tc>
          <w:tcPr>
            <w:tcW w:type="dxa" w:w="1595"/>
          </w:tcPr>
          <w:p>
            <w:pPr>
              <w:spacing w:after="0"/>
              <w:jc w:val="right"/>
            </w:pPr>
            <w:r>
              <w:rPr>
                <w:sz w:val="16"/>
              </w:rPr>
              <w:t>0</w:t>
            </w:r>
          </w:p>
        </w:tc>
        <w:tc>
          <w:tcPr>
            <w:tcW w:type="dxa" w:w="3087"/>
          </w:tcPr>
          <w:p>
            <w:pPr>
              <w:spacing w:after="0"/>
              <w:jc w:val="left"/>
            </w:pPr>
            <w:r>
              <w:rPr>
                <w:sz w:val="16"/>
              </w:rPr>
              <w:t>Declared 2 times; no Storm Events record of this type.</w:t>
            </w:r>
          </w:p>
        </w:tc>
      </w:tr>
      <w:tr>
        <w:trPr>
          <w:cantSplit/>
        </w:trPr>
        <w:tc>
          <w:tcPr>
            <w:tcW w:type="dxa" w:w="686"/>
          </w:tcPr>
          <w:p>
            <w:pPr>
              <w:spacing w:after="0"/>
              <w:jc w:val="right"/>
            </w:pPr>
            <w:r>
              <w:rPr>
                <w:sz w:val="16"/>
              </w:rPr>
              <w:t>3</w:t>
            </w:r>
          </w:p>
        </w:tc>
        <w:tc>
          <w:tcPr>
            <w:tcW w:type="dxa" w:w="1037"/>
          </w:tcPr>
          <w:p>
            <w:pPr>
              <w:spacing w:after="0"/>
              <w:jc w:val="left"/>
            </w:pPr>
            <w:r>
              <w:rPr>
                <w:sz w:val="16"/>
              </w:rPr>
              <w:t>Earthquake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$1,833,266</w:t>
            </w:r>
          </w:p>
        </w:tc>
        <w:tc>
          <w:tcPr>
            <w:tcW w:type="dxa" w:w="1126"/>
          </w:tcPr>
          <w:p>
            <w:pPr>
              <w:spacing w:after="0"/>
              <w:jc w:val="right"/>
            </w:pPr>
            <w:r>
              <w:rPr>
                <w:sz w:val="16"/>
              </w:rPr>
              <w:t>n/a</w:t>
            </w:r>
          </w:p>
        </w:tc>
        <w:tc>
          <w:tcPr>
            <w:tcW w:type="dxa" w:w="1499"/>
          </w:tcPr>
          <w:p>
            <w:pPr>
              <w:spacing w:after="0"/>
              <w:jc w:val="right"/>
            </w:pPr>
            <w:r>
              <w:rPr>
                <w:sz w:val="16"/>
              </w:rPr>
              <w:t>$736,713</w:t>
            </w:r>
          </w:p>
        </w:tc>
        <w:tc>
          <w:tcPr>
            <w:tcW w:type="dxa" w:w="1166"/>
          </w:tcPr>
          <w:p>
            <w:pPr>
              <w:spacing w:after="0"/>
              <w:jc w:val="right"/>
            </w:pPr>
            <w:r>
              <w:rPr>
                <w:sz w:val="16"/>
              </w:rPr>
              <w:t>$2,569,980</w:t>
            </w:r>
          </w:p>
        </w:tc>
        <w:tc>
          <w:tcPr>
            <w:tcW w:type="dxa" w:w="1595"/>
          </w:tcPr>
          <w:p>
            <w:pPr>
              <w:spacing w:after="0"/>
              <w:jc w:val="right"/>
            </w:pPr>
          </w:p>
        </w:tc>
        <w:tc>
          <w:tcPr>
            <w:tcW w:type="dxa" w:w="3087"/>
          </w:tcPr>
          <w:p>
            <w:pPr>
              <w:spacing w:after="0"/>
              <w:jc w:val="left"/>
            </w:pPr>
            <w:r>
              <w:rPr>
                <w:sz w:val="16"/>
              </w:rPr>
              <w:t>Storm Events does not record earthquakes.</w:t>
            </w: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$6,132</w:t>
            </w:r>
          </w:p>
        </w:tc>
        <w:tc>
          <w:tcPr>
            <w:tcW w:type="dxa" w:w="1126"/>
          </w:tcPr>
          <w:p>
            <w:pPr>
              <w:spacing w:after="0"/>
              <w:jc w:val="right"/>
            </w:pPr>
            <w:r>
              <w:rPr>
                <w:sz w:val="16"/>
              </w:rPr>
              <w:t>$22,696</w:t>
            </w:r>
          </w:p>
        </w:tc>
        <w:tc>
          <w:tcPr>
            <w:tcW w:type="dxa" w:w="1499"/>
          </w:tcPr>
          <w:p>
            <w:pPr>
              <w:spacing w:after="0"/>
              <w:jc w:val="right"/>
            </w:pPr>
            <w:r>
              <w:rPr>
                <w:sz w:val="16"/>
              </w:rPr>
              <w:t>$1,967,968</w:t>
            </w:r>
          </w:p>
        </w:tc>
        <w:tc>
          <w:tcPr>
            <w:tcW w:type="dxa" w:w="1166"/>
          </w:tcPr>
          <w:p>
            <w:pPr>
              <w:spacing w:after="0"/>
              <w:jc w:val="right"/>
            </w:pPr>
            <w:r>
              <w:rPr>
                <w:sz w:val="16"/>
              </w:rPr>
              <w:t>$1,996,795</w:t>
            </w:r>
          </w:p>
        </w:tc>
        <w:tc>
          <w:tcPr>
            <w:tcW w:type="dxa" w:w="1595"/>
          </w:tcPr>
          <w:p>
            <w:pPr>
              <w:spacing w:after="0"/>
              <w:jc w:val="right"/>
            </w:pPr>
            <w:r>
              <w:rPr>
                <w:sz w:val="16"/>
              </w:rPr>
              <w:t>15</w:t>
            </w:r>
          </w:p>
        </w:tc>
        <w:tc>
          <w:tcPr>
            <w:tcW w:type="dxa" w:w="3087"/>
          </w:tcPr>
          <w:p>
            <w:pPr>
              <w:spacing w:after="0"/>
              <w:jc w:val="left"/>
            </w:pPr>
            <w:r>
              <w:rPr>
                <w:sz w:val="16"/>
              </w:rPr>
              <w:t>Includes 1 Frost/Freeze record (outside NRI's Cold Wave definition; counted in this table and in B1-d, not in the B1-e descriptor).</w:t>
            </w: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$67</w:t>
            </w:r>
          </w:p>
        </w:tc>
        <w:tc>
          <w:tcPr>
            <w:tcW w:type="dxa" w:w="1126"/>
          </w:tcPr>
          <w:p>
            <w:pPr>
              <w:spacing w:after="0"/>
              <w:jc w:val="right"/>
            </w:pPr>
            <w:r>
              <w:rPr>
                <w:sz w:val="16"/>
              </w:rPr>
              <w:t>$65</w:t>
            </w:r>
          </w:p>
        </w:tc>
        <w:tc>
          <w:tcPr>
            <w:tcW w:type="dxa" w:w="1499"/>
          </w:tcPr>
          <w:p>
            <w:pPr>
              <w:spacing w:after="0"/>
              <w:jc w:val="right"/>
            </w:pPr>
            <w:r>
              <w:rPr>
                <w:sz w:val="16"/>
              </w:rPr>
              <w:t>$1,164,297</w:t>
            </w:r>
          </w:p>
        </w:tc>
        <w:tc>
          <w:tcPr>
            <w:tcW w:type="dxa" w:w="1166"/>
          </w:tcPr>
          <w:p>
            <w:pPr>
              <w:spacing w:after="0"/>
              <w:jc w:val="right"/>
            </w:pPr>
            <w:r>
              <w:rPr>
                <w:sz w:val="16"/>
              </w:rPr>
              <w:t>$1,164,429</w:t>
            </w:r>
          </w:p>
        </w:tc>
        <w:tc>
          <w:tcPr>
            <w:tcW w:type="dxa" w:w="1595"/>
          </w:tcPr>
          <w:p>
            <w:pPr>
              <w:spacing w:after="0"/>
              <w:jc w:val="right"/>
            </w:pPr>
            <w:r>
              <w:rPr>
                <w:sz w:val="16"/>
              </w:rPr>
              <w:t>11</w:t>
            </w:r>
          </w:p>
        </w:tc>
        <w:tc>
          <w:tcPr>
            <w:tcW w:type="dxa" w:w="3087"/>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$632,593</w:t>
            </w:r>
          </w:p>
        </w:tc>
        <w:tc>
          <w:tcPr>
            <w:tcW w:type="dxa" w:w="1126"/>
          </w:tcPr>
          <w:p>
            <w:pPr>
              <w:spacing w:after="0"/>
              <w:jc w:val="right"/>
            </w:pPr>
            <w:r>
              <w:rPr>
                <w:sz w:val="16"/>
              </w:rPr>
              <w:t>$7,351</w:t>
            </w:r>
          </w:p>
        </w:tc>
        <w:tc>
          <w:tcPr>
            <w:tcW w:type="dxa" w:w="1499"/>
          </w:tcPr>
          <w:p>
            <w:pPr>
              <w:spacing w:after="0"/>
              <w:jc w:val="right"/>
            </w:pPr>
            <w:r>
              <w:rPr>
                <w:sz w:val="16"/>
              </w:rPr>
              <w:t>$270,428</w:t>
            </w:r>
          </w:p>
        </w:tc>
        <w:tc>
          <w:tcPr>
            <w:tcW w:type="dxa" w:w="1166"/>
          </w:tcPr>
          <w:p>
            <w:pPr>
              <w:spacing w:after="0"/>
              <w:jc w:val="right"/>
            </w:pPr>
            <w:r>
              <w:rPr>
                <w:sz w:val="16"/>
              </w:rPr>
              <w:t>$910,371</w:t>
            </w:r>
          </w:p>
        </w:tc>
        <w:tc>
          <w:tcPr>
            <w:tcW w:type="dxa" w:w="1595"/>
          </w:tcPr>
          <w:p>
            <w:pPr>
              <w:spacing w:after="0"/>
              <w:jc w:val="right"/>
            </w:pPr>
            <w:r>
              <w:rPr>
                <w:sz w:val="16"/>
              </w:rPr>
              <w:t>38</w:t>
            </w:r>
          </w:p>
        </w:tc>
        <w:tc>
          <w:tcPr>
            <w:tcW w:type="dxa" w:w="3087"/>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$102,118</w:t>
            </w:r>
          </w:p>
        </w:tc>
        <w:tc>
          <w:tcPr>
            <w:tcW w:type="dxa" w:w="1126"/>
          </w:tcPr>
          <w:p>
            <w:pPr>
              <w:spacing w:after="0"/>
              <w:jc w:val="right"/>
            </w:pPr>
            <w:r>
              <w:rPr>
                <w:sz w:val="16"/>
              </w:rPr>
              <w:t>n/a</w:t>
            </w:r>
          </w:p>
        </w:tc>
        <w:tc>
          <w:tcPr>
            <w:tcW w:type="dxa" w:w="1499"/>
          </w:tcPr>
          <w:p>
            <w:pPr>
              <w:spacing w:after="0"/>
              <w:jc w:val="right"/>
            </w:pPr>
            <w:r>
              <w:rPr>
                <w:sz w:val="16"/>
              </w:rPr>
              <w:t>$696,150</w:t>
            </w:r>
          </w:p>
        </w:tc>
        <w:tc>
          <w:tcPr>
            <w:tcW w:type="dxa" w:w="1166"/>
          </w:tcPr>
          <w:p>
            <w:pPr>
              <w:spacing w:after="0"/>
              <w:jc w:val="right"/>
            </w:pPr>
            <w:r>
              <w:rPr>
                <w:sz w:val="16"/>
              </w:rPr>
              <w:t>$798,267</w:t>
            </w:r>
          </w:p>
        </w:tc>
        <w:tc>
          <w:tcPr>
            <w:tcW w:type="dxa" w:w="1595"/>
          </w:tcPr>
          <w:p>
            <w:pPr>
              <w:spacing w:after="0"/>
              <w:jc w:val="right"/>
            </w:pPr>
            <w:r>
              <w:rPr>
                <w:sz w:val="16"/>
              </w:rPr>
              <w:t>8</w:t>
            </w:r>
          </w:p>
        </w:tc>
        <w:tc>
          <w:tcPr>
            <w:tcW w:type="dxa" w:w="3087"/>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Hurricane</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$663,650</w:t>
            </w:r>
          </w:p>
        </w:tc>
        <w:tc>
          <w:tcPr>
            <w:tcW w:type="dxa" w:w="1126"/>
          </w:tcPr>
          <w:p>
            <w:pPr>
              <w:spacing w:after="0"/>
              <w:jc w:val="right"/>
            </w:pPr>
            <w:r>
              <w:rPr>
                <w:sz w:val="16"/>
              </w:rPr>
              <w:t>$51,427</w:t>
            </w:r>
          </w:p>
        </w:tc>
        <w:tc>
          <w:tcPr>
            <w:tcW w:type="dxa" w:w="1499"/>
          </w:tcPr>
          <w:p>
            <w:pPr>
              <w:spacing w:after="0"/>
              <w:jc w:val="right"/>
            </w:pPr>
            <w:r>
              <w:rPr>
                <w:sz w:val="16"/>
              </w:rPr>
              <w:t>$39,551</w:t>
            </w:r>
          </w:p>
        </w:tc>
        <w:tc>
          <w:tcPr>
            <w:tcW w:type="dxa" w:w="1166"/>
          </w:tcPr>
          <w:p>
            <w:pPr>
              <w:spacing w:after="0"/>
              <w:jc w:val="right"/>
            </w:pPr>
            <w:r>
              <w:rPr>
                <w:sz w:val="16"/>
              </w:rPr>
              <w:t>$754,628</w:t>
            </w:r>
          </w:p>
        </w:tc>
        <w:tc>
          <w:tcPr>
            <w:tcW w:type="dxa" w:w="1595"/>
          </w:tcPr>
          <w:p>
            <w:pPr>
              <w:spacing w:after="0"/>
              <w:jc w:val="right"/>
            </w:pPr>
            <w:r>
              <w:rPr>
                <w:sz w:val="16"/>
              </w:rPr>
              <w:t>15</w:t>
            </w:r>
          </w:p>
        </w:tc>
        <w:tc>
          <w:tcPr>
            <w:tcW w:type="dxa" w:w="3087"/>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Strong Wind</w:t>
            </w:r>
          </w:p>
        </w:tc>
        <w:tc>
          <w:tcPr>
            <w:tcW w:type="dxa" w:w="1395"/>
          </w:tcPr>
          <w:p>
            <w:pPr>
              <w:spacing w:after="0"/>
              <w:jc w:val="left"/>
            </w:pPr>
            <w:r>
              <w:rPr>
                <w:sz w:val="16"/>
              </w:rPr>
              <w:t>Relatively Moderate</w:t>
            </w:r>
          </w:p>
        </w:tc>
        <w:tc>
          <w:tcPr>
            <w:tcW w:type="dxa" w:w="1395"/>
          </w:tcPr>
          <w:p>
            <w:pPr>
              <w:spacing w:after="0"/>
              <w:jc w:val="left"/>
            </w:pPr>
            <w:r>
              <w:rPr>
                <w:sz w:val="16"/>
              </w:rPr>
              <w:t>Relatively Moderate</w:t>
            </w:r>
          </w:p>
        </w:tc>
        <w:tc>
          <w:tcPr>
            <w:tcW w:type="dxa" w:w="1126"/>
          </w:tcPr>
          <w:p>
            <w:pPr>
              <w:spacing w:after="0"/>
              <w:jc w:val="right"/>
            </w:pPr>
            <w:r>
              <w:rPr>
                <w:sz w:val="16"/>
              </w:rPr>
              <w:t>$183,012</w:t>
            </w:r>
          </w:p>
        </w:tc>
        <w:tc>
          <w:tcPr>
            <w:tcW w:type="dxa" w:w="1126"/>
          </w:tcPr>
          <w:p>
            <w:pPr>
              <w:spacing w:after="0"/>
              <w:jc w:val="right"/>
            </w:pPr>
            <w:r>
              <w:rPr>
                <w:sz w:val="16"/>
              </w:rPr>
              <w:t>$4,965</w:t>
            </w:r>
          </w:p>
        </w:tc>
        <w:tc>
          <w:tcPr>
            <w:tcW w:type="dxa" w:w="1499"/>
          </w:tcPr>
          <w:p>
            <w:pPr>
              <w:spacing w:after="0"/>
              <w:jc w:val="right"/>
            </w:pPr>
            <w:r>
              <w:rPr>
                <w:sz w:val="16"/>
              </w:rPr>
              <w:t>$554,944</w:t>
            </w:r>
          </w:p>
        </w:tc>
        <w:tc>
          <w:tcPr>
            <w:tcW w:type="dxa" w:w="1166"/>
          </w:tcPr>
          <w:p>
            <w:pPr>
              <w:spacing w:after="0"/>
              <w:jc w:val="right"/>
            </w:pPr>
            <w:r>
              <w:rPr>
                <w:sz w:val="16"/>
              </w:rPr>
              <w:t>$742,921</w:t>
            </w:r>
          </w:p>
        </w:tc>
        <w:tc>
          <w:tcPr>
            <w:tcW w:type="dxa" w:w="1595"/>
          </w:tcPr>
          <w:p>
            <w:pPr>
              <w:spacing w:after="0"/>
              <w:jc w:val="right"/>
            </w:pPr>
            <w:r>
              <w:rPr>
                <w:sz w:val="16"/>
              </w:rPr>
              <w:t>117</w:t>
            </w:r>
          </w:p>
        </w:tc>
        <w:tc>
          <w:tcPr>
            <w:tcW w:type="dxa" w:w="3087"/>
          </w:tcPr>
          <w:p>
            <w:pPr>
              <w:spacing w:after="0"/>
              <w:jc w:val="left"/>
            </w:pPr>
            <w:r>
              <w:rPr>
                <w:sz w:val="16"/>
              </w:rPr>
              <w:t>Includes 4 High Wind and 10 Strong Wind records (NOAA non-thunderstorm wind types, outside NRI's Strong Wind definition).</w:t>
            </w: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395"/>
          </w:tcPr>
          <w:p>
            <w:pPr>
              <w:spacing w:after="0"/>
              <w:jc w:val="left"/>
            </w:pPr>
            <w:r>
              <w:rPr>
                <w:sz w:val="16"/>
              </w:rPr>
              <w:t>Relatively High</w:t>
            </w:r>
          </w:p>
        </w:tc>
        <w:tc>
          <w:tcPr>
            <w:tcW w:type="dxa" w:w="1395"/>
          </w:tcPr>
          <w:p>
            <w:pPr>
              <w:spacing w:after="0"/>
              <w:jc w:val="left"/>
            </w:pPr>
            <w:r>
              <w:rPr>
                <w:sz w:val="16"/>
              </w:rPr>
              <w:t>Relatively High</w:t>
            </w:r>
          </w:p>
        </w:tc>
        <w:tc>
          <w:tcPr>
            <w:tcW w:type="dxa" w:w="1126"/>
          </w:tcPr>
          <w:p>
            <w:pPr>
              <w:spacing w:after="0"/>
              <w:jc w:val="right"/>
            </w:pPr>
            <w:r>
              <w:rPr>
                <w:sz w:val="16"/>
              </w:rPr>
              <w:t>$477,314</w:t>
            </w:r>
          </w:p>
        </w:tc>
        <w:tc>
          <w:tcPr>
            <w:tcW w:type="dxa" w:w="1126"/>
          </w:tcPr>
          <w:p>
            <w:pPr>
              <w:spacing w:after="0"/>
              <w:jc w:val="right"/>
            </w:pPr>
            <w:r>
              <w:rPr>
                <w:sz w:val="16"/>
              </w:rPr>
              <w:t>n/a</w:t>
            </w:r>
          </w:p>
        </w:tc>
        <w:tc>
          <w:tcPr>
            <w:tcW w:type="dxa" w:w="1499"/>
          </w:tcPr>
          <w:p>
            <w:pPr>
              <w:spacing w:after="0"/>
              <w:jc w:val="right"/>
            </w:pPr>
            <w:r>
              <w:rPr>
                <w:sz w:val="16"/>
              </w:rPr>
              <w:t>$133,007</w:t>
            </w:r>
          </w:p>
        </w:tc>
        <w:tc>
          <w:tcPr>
            <w:tcW w:type="dxa" w:w="1166"/>
          </w:tcPr>
          <w:p>
            <w:pPr>
              <w:spacing w:after="0"/>
              <w:jc w:val="right"/>
            </w:pPr>
            <w:r>
              <w:rPr>
                <w:sz w:val="16"/>
              </w:rPr>
              <w:t>$610,321</w:t>
            </w:r>
          </w:p>
        </w:tc>
        <w:tc>
          <w:tcPr>
            <w:tcW w:type="dxa" w:w="1595"/>
          </w:tcPr>
          <w:p>
            <w:pPr>
              <w:spacing w:after="0"/>
              <w:jc w:val="right"/>
            </w:pPr>
            <w:r>
              <w:rPr>
                <w:sz w:val="16"/>
              </w:rPr>
              <w:t>7</w:t>
            </w:r>
          </w:p>
        </w:tc>
        <w:tc>
          <w:tcPr>
            <w:tcW w:type="dxa" w:w="3087"/>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Drought</w:t>
            </w:r>
          </w:p>
        </w:tc>
        <w:tc>
          <w:tcPr>
            <w:tcW w:type="dxa" w:w="1395"/>
          </w:tcPr>
          <w:p>
            <w:pPr>
              <w:spacing w:after="0"/>
              <w:jc w:val="left"/>
            </w:pPr>
            <w:r>
              <w:rPr>
                <w:sz w:val="16"/>
              </w:rPr>
              <w:t>Relatively Low</w:t>
            </w:r>
          </w:p>
        </w:tc>
        <w:tc>
          <w:tcPr>
            <w:tcW w:type="dxa" w:w="139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$110,158</w:t>
            </w:r>
          </w:p>
        </w:tc>
        <w:tc>
          <w:tcPr>
            <w:tcW w:type="dxa" w:w="1499"/>
          </w:tcPr>
          <w:p>
            <w:pPr>
              <w:spacing w:after="0"/>
              <w:jc w:val="right"/>
            </w:pPr>
            <w:r>
              <w:rPr>
                <w:sz w:val="16"/>
              </w:rPr>
              <w:t>n/a</w:t>
            </w:r>
          </w:p>
        </w:tc>
        <w:tc>
          <w:tcPr>
            <w:tcW w:type="dxa" w:w="1166"/>
          </w:tcPr>
          <w:p>
            <w:pPr>
              <w:spacing w:after="0"/>
              <w:jc w:val="right"/>
            </w:pPr>
            <w:r>
              <w:rPr>
                <w:sz w:val="16"/>
              </w:rPr>
              <w:t>$110,158</w:t>
            </w:r>
          </w:p>
        </w:tc>
        <w:tc>
          <w:tcPr>
            <w:tcW w:type="dxa" w:w="1595"/>
          </w:tcPr>
          <w:p>
            <w:pPr>
              <w:spacing w:after="0"/>
              <w:jc w:val="right"/>
            </w:pPr>
            <w:r>
              <w:rPr>
                <w:sz w:val="16"/>
              </w:rPr>
              <w:t>39</w:t>
            </w:r>
          </w:p>
        </w:tc>
        <w:tc>
          <w:tcPr>
            <w:tcW w:type="dxa" w:w="3087"/>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395"/>
          </w:tcPr>
          <w:p>
            <w:pPr>
              <w:spacing w:after="0"/>
              <w:jc w:val="left"/>
            </w:pPr>
            <w:r>
              <w:rPr>
                <w:sz w:val="16"/>
              </w:rPr>
              <w:t>Very Low</w:t>
            </w:r>
          </w:p>
        </w:tc>
        <w:tc>
          <w:tcPr>
            <w:tcW w:type="dxa" w:w="1395"/>
          </w:tcPr>
          <w:p>
            <w:pPr>
              <w:spacing w:after="0"/>
              <w:jc w:val="left"/>
            </w:pPr>
            <w:r>
              <w:rPr>
                <w:sz w:val="16"/>
              </w:rPr>
              <w:t>Relatively Low</w:t>
            </w:r>
          </w:p>
        </w:tc>
        <w:tc>
          <w:tcPr>
            <w:tcW w:type="dxa" w:w="1126"/>
          </w:tcPr>
          <w:p>
            <w:pPr>
              <w:spacing w:after="0"/>
              <w:jc w:val="right"/>
            </w:pPr>
            <w:r>
              <w:rPr>
                <w:sz w:val="16"/>
              </w:rPr>
              <w:t>$15,399</w:t>
            </w:r>
          </w:p>
        </w:tc>
        <w:tc>
          <w:tcPr>
            <w:tcW w:type="dxa" w:w="1126"/>
          </w:tcPr>
          <w:p>
            <w:pPr>
              <w:spacing w:after="0"/>
              <w:jc w:val="right"/>
            </w:pPr>
            <w:r>
              <w:rPr>
                <w:sz w:val="16"/>
              </w:rPr>
              <w:t>$69</w:t>
            </w:r>
          </w:p>
        </w:tc>
        <w:tc>
          <w:tcPr>
            <w:tcW w:type="dxa" w:w="1499"/>
          </w:tcPr>
          <w:p>
            <w:pPr>
              <w:spacing w:after="0"/>
              <w:jc w:val="right"/>
            </w:pPr>
            <w:r>
              <w:rPr>
                <w:sz w:val="16"/>
              </w:rPr>
              <w:t>$1,693</w:t>
            </w:r>
          </w:p>
        </w:tc>
        <w:tc>
          <w:tcPr>
            <w:tcW w:type="dxa" w:w="1166"/>
          </w:tcPr>
          <w:p>
            <w:pPr>
              <w:spacing w:after="0"/>
              <w:jc w:val="right"/>
            </w:pPr>
            <w:r>
              <w:rPr>
                <w:sz w:val="16"/>
              </w:rPr>
              <w:t>$17,161</w:t>
            </w:r>
          </w:p>
        </w:tc>
        <w:tc>
          <w:tcPr>
            <w:tcW w:type="dxa" w:w="1595"/>
          </w:tcPr>
          <w:p>
            <w:pPr>
              <w:spacing w:after="0"/>
              <w:jc w:val="right"/>
            </w:pPr>
            <w:r>
              <w:rPr>
                <w:sz w:val="16"/>
              </w:rPr>
              <w:t>26</w:t>
            </w:r>
          </w:p>
        </w:tc>
        <w:tc>
          <w:tcPr>
            <w:tcW w:type="dxa" w:w="3087"/>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$9,343</w:t>
            </w:r>
          </w:p>
        </w:tc>
        <w:tc>
          <w:tcPr>
            <w:tcW w:type="dxa" w:w="1126"/>
          </w:tcPr>
          <w:p>
            <w:pPr>
              <w:spacing w:after="0"/>
              <w:jc w:val="right"/>
            </w:pPr>
            <w:r>
              <w:rPr>
                <w:sz w:val="16"/>
              </w:rPr>
              <w:t>$20</w:t>
            </w:r>
          </w:p>
        </w:tc>
        <w:tc>
          <w:tcPr>
            <w:tcW w:type="dxa" w:w="1499"/>
          </w:tcPr>
          <w:p>
            <w:pPr>
              <w:spacing w:after="0"/>
              <w:jc w:val="right"/>
            </w:pPr>
            <w:r>
              <w:rPr>
                <w:sz w:val="16"/>
              </w:rPr>
              <w:t>$2,880</w:t>
            </w:r>
          </w:p>
        </w:tc>
        <w:tc>
          <w:tcPr>
            <w:tcW w:type="dxa" w:w="1166"/>
          </w:tcPr>
          <w:p>
            <w:pPr>
              <w:spacing w:after="0"/>
              <w:jc w:val="right"/>
            </w:pPr>
            <w:r>
              <w:rPr>
                <w:sz w:val="16"/>
              </w:rPr>
              <w:t>$12,244</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395"/>
          </w:tcPr>
          <w:p>
            <w:pPr>
              <w:spacing w:after="0"/>
              <w:jc w:val="left"/>
            </w:pPr>
            <w:r>
              <w:rPr>
                <w:sz w:val="16"/>
              </w:rPr>
              <w:t>Very Low</w:t>
            </w:r>
          </w:p>
        </w:tc>
        <w:tc>
          <w:tcPr>
            <w:tcW w:type="dxa" w:w="1395"/>
          </w:tcPr>
          <w:p>
            <w:pPr>
              <w:spacing w:after="0"/>
              <w:jc w:val="left"/>
            </w:pPr>
            <w:r>
              <w:rPr>
                <w:sz w:val="16"/>
              </w:rPr>
              <w:t>Very Low</w:t>
            </w:r>
          </w:p>
        </w:tc>
        <w:tc>
          <w:tcPr>
            <w:tcW w:type="dxa" w:w="1126"/>
          </w:tcPr>
          <w:p>
            <w:pPr>
              <w:spacing w:after="0"/>
              <w:jc w:val="right"/>
            </w:pPr>
            <w:r>
              <w:rPr>
                <w:sz w:val="16"/>
              </w:rPr>
              <w:t>$223</w:t>
            </w:r>
          </w:p>
        </w:tc>
        <w:tc>
          <w:tcPr>
            <w:tcW w:type="dxa" w:w="1126"/>
          </w:tcPr>
          <w:p>
            <w:pPr>
              <w:spacing w:after="0"/>
              <w:jc w:val="right"/>
            </w:pPr>
            <w:r>
              <w:rPr>
                <w:sz w:val="16"/>
              </w:rPr>
              <w:t>n/a</w:t>
            </w:r>
          </w:p>
        </w:tc>
        <w:tc>
          <w:tcPr>
            <w:tcW w:type="dxa" w:w="1499"/>
          </w:tcPr>
          <w:p>
            <w:pPr>
              <w:spacing w:after="0"/>
              <w:jc w:val="right"/>
            </w:pPr>
            <w:r>
              <w:rPr>
                <w:sz w:val="16"/>
              </w:rPr>
              <w:t>$61</w:t>
            </w:r>
          </w:p>
        </w:tc>
        <w:tc>
          <w:tcPr>
            <w:tcW w:type="dxa" w:w="1166"/>
          </w:tcPr>
          <w:p>
            <w:pPr>
              <w:spacing w:after="0"/>
              <w:jc w:val="right"/>
            </w:pPr>
            <w:r>
              <w:rPr>
                <w:sz w:val="16"/>
              </w:rPr>
              <w:t>$284</w:t>
            </w:r>
          </w:p>
        </w:tc>
        <w:tc>
          <w:tcPr>
            <w:tcW w:type="dxa" w:w="1595"/>
          </w:tcPr>
          <w:p>
            <w:pPr>
              <w:spacing w:after="0"/>
              <w:jc w:val="right"/>
            </w:pPr>
            <w:r>
              <w:rPr>
                <w:sz w:val="16"/>
              </w:rPr>
              <w:t>0</w:t>
            </w:r>
          </w:p>
        </w:tc>
        <w:tc>
          <w:tcPr>
            <w:tcW w:type="dxa" w:w="308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4.02 (Relatively Moderate, 83.2); tract 1405 (Relatively Moderate, 81.8); tract 1303 (Relatively Moderate, 78.8)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1405 (Relatively Low, 74.5); tract 4.02 (Relatively Low, 73.7); tract 1303 (Relatively Low, 67.1)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1509 (Very Low, 79.3); tract 1504 (Very Low, 75.9); tract 1305 (Very Low, 70.6)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4.02 (Relatively High, 87.0); tract 1405 (Relatively High, 84.4); tract 1303 (Relatively High, 79.8)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1303 (Relatively Low, 75.9); tract 1305 (Relatively Low, 70.9); tract 1509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4.02 is Census Tract 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803"/>
        <w:gridCol w:w="1691"/>
        <w:gridCol w:w="1852"/>
        <w:gridCol w:w="1579"/>
        <w:gridCol w:w="1561"/>
        <w:gridCol w:w="2006"/>
        <w:gridCol w:w="1857"/>
      </w:tblGrid>
      <w:tr>
        <w:trPr>
          <w:cantSplit/>
          <w:tblHeader/>
        </w:trPr>
        <w:tc>
          <w:tcPr>
            <w:tcW w:type="dxa" w:w="1761"/>
            <w:shd w:val="clear" w:color="auto" w:fill="E8E8E8"/>
          </w:tcPr>
          <w:p>
            <w:pPr>
              <w:spacing w:after="0"/>
              <w:jc w:val="left"/>
            </w:pPr>
            <w:r>
              <w:rPr>
                <w:b/>
                <w:sz w:val="16"/>
              </w:rPr>
              <w:t>Hazard</w:t>
            </w:r>
          </w:p>
        </w:tc>
        <w:tc>
          <w:tcPr>
            <w:tcW w:type="dxa" w:w="180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579"/>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2006"/>
            <w:shd w:val="clear" w:color="auto" w:fill="E8E8E8"/>
          </w:tcPr>
          <w:p>
            <w:pPr>
              <w:spacing w:after="0"/>
              <w:jc w:val="left"/>
            </w:pPr>
            <w:r>
              <w:rPr>
                <w:b/>
                <w:sz w:val="16"/>
              </w:rPr>
              <w:t>How it applies to jurisdictions</w:t>
            </w:r>
          </w:p>
        </w:tc>
        <w:tc>
          <w:tcPr>
            <w:tcW w:type="dxa" w:w="1857"/>
            <w:shd w:val="clear" w:color="auto" w:fill="E8E8E8"/>
          </w:tcPr>
          <w:p>
            <w:pPr>
              <w:spacing w:after="0"/>
              <w:jc w:val="left"/>
            </w:pPr>
            <w:r>
              <w:rPr>
                <w:b/>
                <w:sz w:val="16"/>
              </w:rPr>
              <w:t>Note</w:t>
            </w:r>
          </w:p>
        </w:tc>
      </w:tr>
      <w:tr>
        <w:trPr>
          <w:cantSplit/>
        </w:trPr>
        <w:tc>
          <w:tcPr>
            <w:tcW w:type="dxa" w:w="1761"/>
          </w:tcPr>
          <w:p>
            <w:pPr>
              <w:spacing w:after="0"/>
              <w:jc w:val="left"/>
            </w:pPr>
            <w:r>
              <w:rPr>
                <w:sz w:val="16"/>
              </w:rPr>
              <w:t>Cold/Wind Chill, Extreme Cold/Wind Chill</w:t>
            </w:r>
          </w:p>
        </w:tc>
        <w:tc>
          <w:tcPr>
            <w:tcW w:type="dxa" w:w="1803"/>
          </w:tcPr>
          <w:p>
            <w:pPr>
              <w:spacing w:after="0"/>
              <w:jc w:val="left"/>
            </w:pPr>
            <w:r>
              <w:rPr>
                <w:sz w:val="16"/>
              </w:rPr>
              <w:t>wind chill</w:t>
            </w:r>
          </w:p>
        </w:tc>
        <w:tc>
          <w:tcPr>
            <w:tcW w:type="dxa" w:w="1691"/>
          </w:tcPr>
          <w:p>
            <w:pPr>
              <w:spacing w:after="0"/>
              <w:jc w:val="right"/>
            </w:pPr>
            <w:r>
              <w:rPr>
                <w:sz w:val="16"/>
              </w:rPr>
              <w:t>14 records, 1996 to 2003 (14 zone-level)</w:t>
            </w:r>
          </w:p>
        </w:tc>
        <w:tc>
          <w:tcPr>
            <w:tcW w:type="dxa" w:w="1852"/>
          </w:tcPr>
          <w:p>
            <w:pPr>
              <w:spacing w:after="0"/>
              <w:jc w:val="left"/>
            </w:pPr>
            <w:r>
              <w:rPr>
                <w:sz w:val="16"/>
              </w:rPr>
              <w:t>1 day to 31 days (median 3 days); 11 with a recorded value</w:t>
            </w:r>
          </w:p>
        </w:tc>
        <w:tc>
          <w:tcPr>
            <w:tcW w:type="dxa" w:w="1579"/>
          </w:tcPr>
          <w:p>
            <w:pPr>
              <w:spacing w:after="0"/>
              <w:jc w:val="left"/>
            </w:pPr>
            <w:r>
              <w:rPr>
                <w:sz w:val="16"/>
              </w:rPr>
              <w:t>December 2000 (1 monthly summary record), zone-level</w:t>
            </w:r>
          </w:p>
        </w:tc>
        <w:tc>
          <w:tcPr>
            <w:tcW w:type="dxa" w:w="1561"/>
          </w:tcPr>
          <w:p>
            <w:pPr>
              <w:spacing w:after="0"/>
              <w:jc w:val="left"/>
            </w:pPr>
          </w:p>
        </w:tc>
        <w:tc>
          <w:tcPr>
            <w:tcW w:type="dxa" w:w="2006"/>
          </w:tcPr>
          <w:p>
            <w:pPr>
              <w:spacing w:after="0"/>
              <w:jc w:val="left"/>
            </w:pPr>
            <w:r>
              <w:rPr>
                <w:sz w:val="16"/>
              </w:rPr>
              <w:t>Countywide (zone-level records).</w:t>
            </w:r>
          </w:p>
        </w:tc>
        <w:tc>
          <w:tcPr>
            <w:tcW w:type="dxa" w:w="1857"/>
          </w:tcPr>
          <w:p>
            <w:pPr>
              <w:spacing w:after="0"/>
              <w:jc w:val="left"/>
            </w:pPr>
            <w:r>
              <w:rPr>
                <w:sz w:val="16"/>
              </w:rPr>
              <w:t>Cold/Wind Chill records from May to September (a frost night, not a cold wave) are counted but not used for the longest run.</w:t>
            </w:r>
          </w:p>
        </w:tc>
      </w:tr>
      <w:tr>
        <w:trPr>
          <w:cantSplit/>
        </w:trPr>
        <w:tc>
          <w:tcPr>
            <w:tcW w:type="dxa" w:w="1761"/>
          </w:tcPr>
          <w:p>
            <w:pPr>
              <w:spacing w:after="0"/>
              <w:jc w:val="left"/>
            </w:pPr>
            <w:r>
              <w:rPr>
                <w:sz w:val="16"/>
              </w:rPr>
              <w:t>Frost/Freeze (outside NRI's Cold Wave definition)</w:t>
            </w:r>
          </w:p>
        </w:tc>
        <w:tc>
          <w:tcPr>
            <w:tcW w:type="dxa" w:w="1803"/>
          </w:tcPr>
          <w:p>
            <w:pPr>
              <w:spacing w:after="0"/>
              <w:jc w:val="left"/>
            </w:pPr>
            <w:r>
              <w:rPr>
                <w:sz w:val="16"/>
              </w:rPr>
              <w:t>crop damage</w:t>
            </w:r>
          </w:p>
        </w:tc>
        <w:tc>
          <w:tcPr>
            <w:tcW w:type="dxa" w:w="1691"/>
          </w:tcPr>
          <w:p>
            <w:pPr>
              <w:spacing w:after="0"/>
              <w:jc w:val="right"/>
            </w:pPr>
            <w:r>
              <w:rPr>
                <w:sz w:val="16"/>
              </w:rPr>
              <w:t>1 record, 2007 (1 zone-level)</w:t>
            </w:r>
          </w:p>
        </w:tc>
        <w:tc>
          <w:tcPr>
            <w:tcW w:type="dxa" w:w="1852"/>
          </w:tcPr>
          <w:p>
            <w:pPr>
              <w:spacing w:after="0"/>
              <w:jc w:val="left"/>
            </w:pPr>
          </w:p>
        </w:tc>
        <w:tc>
          <w:tcPr>
            <w:tcW w:type="dxa" w:w="1579"/>
          </w:tcPr>
          <w:p>
            <w:pPr>
              <w:spacing w:after="0"/>
              <w:jc w:val="left"/>
            </w:pPr>
            <w:r>
              <w:rPr>
                <w:sz w:val="16"/>
              </w:rPr>
              <w:t>No crop damage reported in 1 record.</w:t>
            </w:r>
          </w:p>
        </w:tc>
        <w:tc>
          <w:tcPr>
            <w:tcW w:type="dxa" w:w="1561"/>
          </w:tcPr>
          <w:p>
            <w:pPr>
              <w:spacing w:after="0"/>
              <w:jc w:val="left"/>
            </w:pPr>
          </w:p>
        </w:tc>
        <w:tc>
          <w:tcPr>
            <w:tcW w:type="dxa" w:w="2006"/>
          </w:tcPr>
          <w:p>
            <w:pPr>
              <w:spacing w:after="0"/>
              <w:jc w:val="left"/>
            </w:pPr>
            <w:r>
              <w:rPr>
                <w:sz w:val="16"/>
              </w:rPr>
              <w:t>Countywide (zone-level records).</w:t>
            </w:r>
          </w:p>
        </w:tc>
        <w:tc>
          <w:tcPr>
            <w:tcW w:type="dxa" w:w="1857"/>
          </w:tcPr>
          <w:p>
            <w:pPr>
              <w:spacing w:after="0"/>
              <w:jc w:val="left"/>
            </w:pPr>
          </w:p>
        </w:tc>
      </w:tr>
      <w:tr>
        <w:trPr>
          <w:cantSplit/>
        </w:trPr>
        <w:tc>
          <w:tcPr>
            <w:tcW w:type="dxa" w:w="1761"/>
          </w:tcPr>
          <w:p>
            <w:pPr>
              <w:spacing w:after="0"/>
              <w:jc w:val="left"/>
            </w:pPr>
            <w:r>
              <w:rPr>
                <w:sz w:val="16"/>
              </w:rPr>
              <w:t>Drought</w:t>
            </w:r>
          </w:p>
        </w:tc>
        <w:tc>
          <w:tcPr>
            <w:tcW w:type="dxa" w:w="1803"/>
          </w:tcPr>
          <w:p>
            <w:pPr>
              <w:spacing w:after="0"/>
              <w:jc w:val="left"/>
            </w:pPr>
            <w:r>
              <w:rPr>
                <w:sz w:val="16"/>
              </w:rPr>
              <w:t>U.S. Drought Monitor scale (D0 to D4)</w:t>
            </w:r>
          </w:p>
        </w:tc>
        <w:tc>
          <w:tcPr>
            <w:tcW w:type="dxa" w:w="1691"/>
          </w:tcPr>
          <w:p>
            <w:pPr>
              <w:spacing w:after="0"/>
              <w:jc w:val="right"/>
            </w:pPr>
            <w:r>
              <w:rPr>
                <w:sz w:val="16"/>
              </w:rPr>
              <w:t>39 records, 1997 to 2026 (39 zone-level)</w:t>
            </w:r>
          </w:p>
        </w:tc>
        <w:tc>
          <w:tcPr>
            <w:tcW w:type="dxa" w:w="1852"/>
          </w:tcPr>
          <w:p>
            <w:pPr>
              <w:spacing w:after="0"/>
              <w:jc w:val="left"/>
            </w:pPr>
            <w:r>
              <w:rPr>
                <w:sz w:val="16"/>
              </w:rPr>
              <w:t>22 days to 182 days (median 31 days); 19 with a recorded value</w:t>
            </w:r>
          </w:p>
        </w:tc>
        <w:tc>
          <w:tcPr>
            <w:tcW w:type="dxa" w:w="1579"/>
          </w:tcPr>
          <w:p>
            <w:pPr>
              <w:spacing w:after="0"/>
              <w:jc w:val="left"/>
            </w:pPr>
            <w:r>
              <w:rPr>
                <w:sz w:val="16"/>
              </w:rPr>
              <w:t>182 days (6 months), 2016-10-01 to 2017-03-31, a run of 6 consecutive Storm Events drought records, zone-level</w:t>
            </w:r>
          </w:p>
        </w:tc>
        <w:tc>
          <w:tcPr>
            <w:tcW w:type="dxa" w:w="1561"/>
          </w:tcPr>
          <w:p>
            <w:pPr>
              <w:spacing w:after="0"/>
              <w:jc w:val="left"/>
            </w:pPr>
            <w:r>
              <w:rPr>
                <w:sz w:val="16"/>
              </w:rPr>
              <w:t>Drought, 2000-06-01, property not reported; $860,000 crops (zone total, 2000 dollars)</w:t>
            </w:r>
          </w:p>
        </w:tc>
        <w:tc>
          <w:tcPr>
            <w:tcW w:type="dxa" w:w="2006"/>
          </w:tcPr>
          <w:p>
            <w:pPr>
              <w:spacing w:after="0"/>
              <w:jc w:val="left"/>
            </w:pPr>
            <w:r>
              <w:rPr>
                <w:sz w:val="16"/>
              </w:rPr>
              <w:t>Countywide (zone-level records).</w:t>
            </w:r>
          </w:p>
        </w:tc>
        <w:tc>
          <w:tcPr>
            <w:tcW w:type="dxa" w:w="18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803"/>
          </w:tcPr>
          <w:p>
            <w:pPr>
              <w:spacing w:after="0"/>
              <w:jc w:val="left"/>
            </w:pPr>
            <w:r>
              <w:rPr>
                <w:sz w:val="16"/>
              </w:rPr>
              <w:t>Modified Mercalli (local data)</w:t>
            </w:r>
          </w:p>
        </w:tc>
        <w:tc>
          <w:tcPr>
            <w:tcW w:type="dxa" w:w="1691"/>
          </w:tcPr>
          <w:p>
            <w:pPr>
              <w:spacing w:after="0"/>
              <w:jc w:val="right"/>
            </w:pPr>
            <w:r>
              <w:rPr>
                <w:sz w:val="16"/>
              </w:rPr>
              <w:t>0</w:t>
            </w:r>
          </w:p>
        </w:tc>
        <w:tc>
          <w:tcPr>
            <w:tcW w:type="dxa" w:w="1852"/>
          </w:tcPr>
          <w:p>
            <w:pPr>
              <w:spacing w:after="0"/>
              <w:jc w:val="left"/>
            </w:pPr>
          </w:p>
        </w:tc>
        <w:tc>
          <w:tcPr>
            <w:tcW w:type="dxa" w:w="1579"/>
          </w:tcPr>
          <w:p>
            <w:pPr>
              <w:spacing w:after="0"/>
              <w:jc w:val="left"/>
            </w:pPr>
          </w:p>
        </w:tc>
        <w:tc>
          <w:tcPr>
            <w:tcW w:type="dxa" w:w="1561"/>
          </w:tcPr>
          <w:p>
            <w:pPr>
              <w:spacing w:after="0"/>
              <w:jc w:val="left"/>
            </w:pPr>
          </w:p>
        </w:tc>
        <w:tc>
          <w:tcPr>
            <w:tcW w:type="dxa" w:w="2006"/>
          </w:tcPr>
          <w:p>
            <w:pPr>
              <w:spacing w:after="0"/>
              <w:jc w:val="left"/>
            </w:pPr>
          </w:p>
        </w:tc>
        <w:tc>
          <w:tcPr>
            <w:tcW w:type="dxa" w:w="1857"/>
          </w:tcPr>
          <w:p>
            <w:pPr>
              <w:spacing w:after="0"/>
              <w:jc w:val="left"/>
            </w:pPr>
            <w:r>
              <w:rPr>
                <w:sz w:val="16"/>
              </w:rPr>
              <w:t>Storm Events does not record earthquakes; the USGS earthquake catalog is the source.</w:t>
            </w:r>
          </w:p>
        </w:tc>
      </w:tr>
      <w:tr>
        <w:trPr>
          <w:cantSplit/>
        </w:trPr>
        <w:tc>
          <w:tcPr>
            <w:tcW w:type="dxa" w:w="1761"/>
          </w:tcPr>
          <w:p>
            <w:pPr>
              <w:spacing w:after="0"/>
              <w:jc w:val="left"/>
            </w:pPr>
            <w:r>
              <w:rPr>
                <w:sz w:val="16"/>
              </w:rPr>
              <w:t>Hail</w:t>
            </w:r>
          </w:p>
        </w:tc>
        <w:tc>
          <w:tcPr>
            <w:tcW w:type="dxa" w:w="1803"/>
          </w:tcPr>
          <w:p>
            <w:pPr>
              <w:spacing w:after="0"/>
              <w:jc w:val="left"/>
            </w:pPr>
            <w:r>
              <w:rPr>
                <w:sz w:val="16"/>
              </w:rPr>
              <w:t>hail size (inches)</w:t>
            </w:r>
          </w:p>
        </w:tc>
        <w:tc>
          <w:tcPr>
            <w:tcW w:type="dxa" w:w="1691"/>
          </w:tcPr>
          <w:p>
            <w:pPr>
              <w:spacing w:after="0"/>
              <w:jc w:val="right"/>
            </w:pPr>
            <w:r>
              <w:rPr>
                <w:sz w:val="16"/>
              </w:rPr>
              <w:t>46 records, 1971 to 2022</w:t>
            </w:r>
          </w:p>
        </w:tc>
        <w:tc>
          <w:tcPr>
            <w:tcW w:type="dxa" w:w="1852"/>
          </w:tcPr>
          <w:p>
            <w:pPr>
              <w:spacing w:after="0"/>
              <w:jc w:val="left"/>
            </w:pPr>
            <w:r>
              <w:rPr>
                <w:sz w:val="16"/>
              </w:rPr>
              <w:t>0.75 in to 2.75 in (median 1 in); 46 with a recorded value</w:t>
            </w:r>
          </w:p>
        </w:tc>
        <w:tc>
          <w:tcPr>
            <w:tcW w:type="dxa" w:w="1579"/>
          </w:tcPr>
          <w:p>
            <w:pPr>
              <w:spacing w:after="0"/>
              <w:jc w:val="left"/>
            </w:pPr>
            <w:r>
              <w:rPr>
                <w:sz w:val="16"/>
              </w:rPr>
              <w:t>2.75 in hail, 1999-06-04</w:t>
            </w:r>
          </w:p>
        </w:tc>
        <w:tc>
          <w:tcPr>
            <w:tcW w:type="dxa" w:w="1561"/>
          </w:tcPr>
          <w:p>
            <w:pPr>
              <w:spacing w:after="0"/>
              <w:jc w:val="left"/>
            </w:pPr>
            <w:r>
              <w:rPr>
                <w:sz w:val="16"/>
              </w:rPr>
              <w:t>Hail, 2018-07-21, $1,500,000 property; crops not reported (2018 dollars)</w:t>
            </w:r>
          </w:p>
        </w:tc>
        <w:tc>
          <w:tcPr>
            <w:tcW w:type="dxa" w:w="2006"/>
          </w:tcPr>
          <w:p>
            <w:pPr>
              <w:spacing w:after="0"/>
              <w:jc w:val="left"/>
            </w:pPr>
            <w:r>
              <w:rPr>
                <w:sz w:val="16"/>
              </w:rPr>
              <w:t>Event records naming jurisdictions in the plan: Winterville city (4 records).</w:t>
            </w:r>
          </w:p>
        </w:tc>
        <w:tc>
          <w:tcPr>
            <w:tcW w:type="dxa" w:w="1857"/>
          </w:tcPr>
          <w:p>
            <w:pPr>
              <w:spacing w:after="0"/>
              <w:jc w:val="left"/>
            </w:pPr>
          </w:p>
        </w:tc>
      </w:tr>
      <w:tr>
        <w:trPr>
          <w:cantSplit/>
        </w:trPr>
        <w:tc>
          <w:tcPr>
            <w:tcW w:type="dxa" w:w="1761"/>
          </w:tcPr>
          <w:p>
            <w:pPr>
              <w:spacing w:after="0"/>
              <w:jc w:val="left"/>
            </w:pPr>
            <w:r>
              <w:rPr>
                <w:sz w:val="16"/>
              </w:rPr>
              <w:t>Excessive Heat, Heat</w:t>
            </w:r>
          </w:p>
        </w:tc>
        <w:tc>
          <w:tcPr>
            <w:tcW w:type="dxa" w:w="1803"/>
          </w:tcPr>
          <w:p>
            <w:pPr>
              <w:spacing w:after="0"/>
              <w:jc w:val="left"/>
            </w:pPr>
            <w:r>
              <w:rPr>
                <w:sz w:val="16"/>
              </w:rPr>
              <w:t>heat index (in event narratives)</w:t>
            </w:r>
          </w:p>
        </w:tc>
        <w:tc>
          <w:tcPr>
            <w:tcW w:type="dxa" w:w="1691"/>
          </w:tcPr>
          <w:p>
            <w:pPr>
              <w:spacing w:after="0"/>
              <w:jc w:val="right"/>
            </w:pPr>
            <w:r>
              <w:rPr>
                <w:sz w:val="16"/>
              </w:rPr>
              <w:t>11 records, 1999 to 2012 (11 zone-level)</w:t>
            </w:r>
          </w:p>
        </w:tc>
        <w:tc>
          <w:tcPr>
            <w:tcW w:type="dxa" w:w="1852"/>
          </w:tcPr>
          <w:p>
            <w:pPr>
              <w:spacing w:after="0"/>
              <w:jc w:val="left"/>
            </w:pPr>
            <w:r>
              <w:rPr>
                <w:sz w:val="16"/>
              </w:rPr>
              <w:t>3 days to 33 days (median 10 days); 5 with a recorded value</w:t>
            </w:r>
          </w:p>
        </w:tc>
        <w:tc>
          <w:tcPr>
            <w:tcW w:type="dxa" w:w="1579"/>
          </w:tcPr>
          <w:p>
            <w:pPr>
              <w:spacing w:after="0"/>
              <w:jc w:val="left"/>
            </w:pPr>
            <w:r>
              <w:rPr>
                <w:sz w:val="16"/>
              </w:rPr>
              <w:t>1999-07-20 to 1999-08-21 (2 records, 1 of them a monthly summary record), zone-level</w:t>
            </w:r>
          </w:p>
        </w:tc>
        <w:tc>
          <w:tcPr>
            <w:tcW w:type="dxa" w:w="1561"/>
          </w:tcPr>
          <w:p>
            <w:pPr>
              <w:spacing w:after="0"/>
              <w:jc w:val="left"/>
            </w:pPr>
          </w:p>
        </w:tc>
        <w:tc>
          <w:tcPr>
            <w:tcW w:type="dxa" w:w="2006"/>
          </w:tcPr>
          <w:p>
            <w:pPr>
              <w:spacing w:after="0"/>
              <w:jc w:val="left"/>
            </w:pPr>
            <w:r>
              <w:rPr>
                <w:sz w:val="16"/>
              </w:rPr>
              <w:t>Countywide (zone-level records).</w:t>
            </w:r>
          </w:p>
        </w:tc>
        <w:tc>
          <w:tcPr>
            <w:tcW w:type="dxa" w:w="1857"/>
          </w:tcPr>
          <w:p>
            <w:pPr>
              <w:spacing w:after="0"/>
              <w:jc w:val="left"/>
            </w:pPr>
            <w:r>
              <w:rPr>
                <w:sz w:val="16"/>
              </w:rPr>
              <w:t>Heat records from November to March (unseasonable warmth, not a heat wave) are counted but not used for the longest run.</w:t>
            </w:r>
          </w:p>
        </w:tc>
      </w:tr>
      <w:tr>
        <w:trPr>
          <w:cantSplit/>
        </w:trPr>
        <w:tc>
          <w:tcPr>
            <w:tcW w:type="dxa" w:w="1761"/>
          </w:tcPr>
          <w:p>
            <w:pPr>
              <w:spacing w:after="0"/>
              <w:jc w:val="left"/>
            </w:pPr>
            <w:r>
              <w:rPr>
                <w:sz w:val="16"/>
              </w:rPr>
              <w:t>Hurricane, Tropical Storm, Tropical Depression</w:t>
            </w:r>
          </w:p>
        </w:tc>
        <w:tc>
          <w:tcPr>
            <w:tcW w:type="dxa" w:w="1803"/>
          </w:tcPr>
          <w:p>
            <w:pPr>
              <w:spacing w:after="0"/>
              <w:jc w:val="left"/>
            </w:pPr>
            <w:r>
              <w:rPr>
                <w:sz w:val="16"/>
              </w:rPr>
              <w:t>Saffir-Simpson</w:t>
            </w:r>
          </w:p>
        </w:tc>
        <w:tc>
          <w:tcPr>
            <w:tcW w:type="dxa" w:w="1691"/>
          </w:tcPr>
          <w:p>
            <w:pPr>
              <w:spacing w:after="0"/>
              <w:jc w:val="right"/>
            </w:pPr>
            <w:r>
              <w:rPr>
                <w:sz w:val="16"/>
              </w:rPr>
              <w:t>15 records, 2002 to 2020 (15 zone-level)</w:t>
            </w:r>
          </w:p>
        </w:tc>
        <w:tc>
          <w:tcPr>
            <w:tcW w:type="dxa" w:w="1852"/>
          </w:tcPr>
          <w:p>
            <w:pPr>
              <w:spacing w:after="0"/>
              <w:jc w:val="left"/>
            </w:pPr>
          </w:p>
        </w:tc>
        <w:tc>
          <w:tcPr>
            <w:tcW w:type="dxa" w:w="1579"/>
          </w:tcPr>
          <w:p>
            <w:pPr>
              <w:spacing w:after="0"/>
              <w:jc w:val="left"/>
            </w:pPr>
            <w:r>
              <w:rPr>
                <w:sz w:val="16"/>
              </w:rPr>
              <w:t>Strongest recorded: Tropical Storm record, 2017-09-11, $150,000 property; crops not reported (2017 dollars); NWS zone GAZ036</w:t>
            </w:r>
          </w:p>
        </w:tc>
        <w:tc>
          <w:tcPr>
            <w:tcW w:type="dxa" w:w="1561"/>
          </w:tcPr>
          <w:p>
            <w:pPr>
              <w:spacing w:after="0"/>
              <w:jc w:val="left"/>
            </w:pPr>
          </w:p>
        </w:tc>
        <w:tc>
          <w:tcPr>
            <w:tcW w:type="dxa" w:w="2006"/>
          </w:tcPr>
          <w:p>
            <w:pPr>
              <w:spacing w:after="0"/>
              <w:jc w:val="left"/>
            </w:pPr>
            <w:r>
              <w:rPr>
                <w:sz w:val="16"/>
              </w:rPr>
              <w:t>Countywide (zone-level records).</w:t>
            </w:r>
          </w:p>
        </w:tc>
        <w:tc>
          <w:tcPr>
            <w:tcW w:type="dxa" w:w="18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1"/>
          </w:tcPr>
          <w:p>
            <w:pPr>
              <w:spacing w:after="0"/>
              <w:jc w:val="left"/>
            </w:pPr>
            <w:r>
              <w:rPr>
                <w:sz w:val="16"/>
              </w:rPr>
              <w:t>Ice Storm</w:t>
            </w:r>
          </w:p>
        </w:tc>
        <w:tc>
          <w:tcPr>
            <w:tcW w:type="dxa" w:w="1803"/>
          </w:tcPr>
          <w:p>
            <w:pPr>
              <w:spacing w:after="0"/>
              <w:jc w:val="left"/>
            </w:pPr>
            <w:r>
              <w:rPr>
                <w:sz w:val="16"/>
              </w:rPr>
              <w:t>Sperry-Piltz ice scale (local data)</w:t>
            </w:r>
          </w:p>
        </w:tc>
        <w:tc>
          <w:tcPr>
            <w:tcW w:type="dxa" w:w="1691"/>
          </w:tcPr>
          <w:p>
            <w:pPr>
              <w:spacing w:after="0"/>
              <w:jc w:val="right"/>
            </w:pPr>
            <w:r>
              <w:rPr>
                <w:sz w:val="16"/>
              </w:rPr>
              <w:t>7 records, 2000 to 2026 (7 zone-level)</w:t>
            </w:r>
          </w:p>
        </w:tc>
        <w:tc>
          <w:tcPr>
            <w:tcW w:type="dxa" w:w="1852"/>
          </w:tcPr>
          <w:p>
            <w:pPr>
              <w:spacing w:after="0"/>
              <w:jc w:val="left"/>
            </w:pPr>
          </w:p>
        </w:tc>
        <w:tc>
          <w:tcPr>
            <w:tcW w:type="dxa" w:w="1579"/>
          </w:tcPr>
          <w:p>
            <w:pPr>
              <w:spacing w:after="0"/>
              <w:jc w:val="left"/>
            </w:pPr>
            <w:r>
              <w:rPr>
                <w:sz w:val="16"/>
              </w:rPr>
              <w:t>Ice Storm, 2000-01-22, $980,000 property; crops not reported (2000 dollars); NWS zone GAZ036</w:t>
            </w:r>
          </w:p>
        </w:tc>
        <w:tc>
          <w:tcPr>
            <w:tcW w:type="dxa" w:w="1561"/>
          </w:tcPr>
          <w:p>
            <w:pPr>
              <w:spacing w:after="0"/>
              <w:jc w:val="left"/>
            </w:pPr>
          </w:p>
        </w:tc>
        <w:tc>
          <w:tcPr>
            <w:tcW w:type="dxa" w:w="2006"/>
          </w:tcPr>
          <w:p>
            <w:pPr>
              <w:spacing w:after="0"/>
              <w:jc w:val="left"/>
            </w:pPr>
            <w:r>
              <w:rPr>
                <w:sz w:val="16"/>
              </w:rPr>
              <w:t>Countywide (zone-level records).</w:t>
            </w:r>
          </w:p>
        </w:tc>
        <w:tc>
          <w:tcPr>
            <w:tcW w:type="dxa" w:w="1857"/>
          </w:tcPr>
          <w:p>
            <w:pPr>
              <w:spacing w:after="0"/>
              <w:jc w:val="left"/>
            </w:pPr>
          </w:p>
        </w:tc>
      </w:tr>
      <w:tr>
        <w:trPr>
          <w:cantSplit/>
        </w:trPr>
        <w:tc>
          <w:tcPr>
            <w:tcW w:type="dxa" w:w="1761"/>
          </w:tcPr>
          <w:p>
            <w:pPr>
              <w:spacing w:after="0"/>
              <w:jc w:val="left"/>
            </w:pPr>
            <w:r>
              <w:rPr>
                <w:sz w:val="16"/>
              </w:rPr>
              <w:t>Flash Flood, Flood, Lakeshore Flood</w:t>
            </w:r>
          </w:p>
        </w:tc>
        <w:tc>
          <w:tcPr>
            <w:tcW w:type="dxa" w:w="1803"/>
          </w:tcPr>
          <w:p>
            <w:pPr>
              <w:spacing w:after="0"/>
              <w:jc w:val="left"/>
            </w:pPr>
            <w:r>
              <w:rPr>
                <w:sz w:val="16"/>
              </w:rPr>
              <w:t>damage and flood days (flood depth: FIRM)</w:t>
            </w:r>
          </w:p>
        </w:tc>
        <w:tc>
          <w:tcPr>
            <w:tcW w:type="dxa" w:w="1691"/>
          </w:tcPr>
          <w:p>
            <w:pPr>
              <w:spacing w:after="0"/>
              <w:jc w:val="right"/>
            </w:pPr>
            <w:r>
              <w:rPr>
                <w:sz w:val="16"/>
              </w:rPr>
              <w:t>11 records, 1998 to 2023</w:t>
            </w:r>
          </w:p>
        </w:tc>
        <w:tc>
          <w:tcPr>
            <w:tcW w:type="dxa" w:w="1852"/>
          </w:tcPr>
          <w:p>
            <w:pPr>
              <w:spacing w:after="0"/>
              <w:jc w:val="left"/>
            </w:pPr>
          </w:p>
        </w:tc>
        <w:tc>
          <w:tcPr>
            <w:tcW w:type="dxa" w:w="1579"/>
          </w:tcPr>
          <w:p>
            <w:pPr>
              <w:spacing w:after="0"/>
              <w:jc w:val="left"/>
            </w:pPr>
            <w:r>
              <w:rPr>
                <w:sz w:val="16"/>
              </w:rPr>
              <w:t>Flash Flood, 2016-08-04, $30,000 property; $0 crops (2016 dollars)</w:t>
            </w:r>
          </w:p>
        </w:tc>
        <w:tc>
          <w:tcPr>
            <w:tcW w:type="dxa" w:w="1561"/>
          </w:tcPr>
          <w:p>
            <w:pPr>
              <w:spacing w:after="0"/>
              <w:jc w:val="left"/>
            </w:pPr>
          </w:p>
        </w:tc>
        <w:tc>
          <w:tcPr>
            <w:tcW w:type="dxa" w:w="2006"/>
          </w:tcPr>
          <w:p>
            <w:pPr>
              <w:spacing w:after="0"/>
              <w:jc w:val="left"/>
            </w:pPr>
            <w:r>
              <w:rPr>
                <w:sz w:val="16"/>
              </w:rPr>
              <w:t>Event records naming jurisdictions in the plan: Winterville city (1 record).</w:t>
            </w:r>
          </w:p>
        </w:tc>
        <w:tc>
          <w:tcPr>
            <w:tcW w:type="dxa" w:w="18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1"/>
          </w:tcPr>
          <w:p>
            <w:pPr>
              <w:spacing w:after="0"/>
              <w:jc w:val="left"/>
            </w:pPr>
            <w:r>
              <w:rPr>
                <w:sz w:val="16"/>
              </w:rPr>
              <w:t>Debris Flow</w:t>
            </w:r>
          </w:p>
        </w:tc>
        <w:tc>
          <w:tcPr>
            <w:tcW w:type="dxa" w:w="1803"/>
          </w:tcPr>
          <w:p>
            <w:pPr>
              <w:spacing w:after="0"/>
              <w:jc w:val="left"/>
            </w:pPr>
            <w:r>
              <w:rPr>
                <w:sz w:val="16"/>
              </w:rPr>
              <w:t>none (count and damage only)</w:t>
            </w:r>
          </w:p>
        </w:tc>
        <w:tc>
          <w:tcPr>
            <w:tcW w:type="dxa" w:w="1691"/>
          </w:tcPr>
          <w:p>
            <w:pPr>
              <w:spacing w:after="0"/>
              <w:jc w:val="right"/>
            </w:pPr>
            <w:r>
              <w:rPr>
                <w:sz w:val="16"/>
              </w:rPr>
              <w:t>0</w:t>
            </w:r>
          </w:p>
        </w:tc>
        <w:tc>
          <w:tcPr>
            <w:tcW w:type="dxa" w:w="1852"/>
          </w:tcPr>
          <w:p>
            <w:pPr>
              <w:spacing w:after="0"/>
              <w:jc w:val="left"/>
            </w:pPr>
          </w:p>
        </w:tc>
        <w:tc>
          <w:tcPr>
            <w:tcW w:type="dxa" w:w="1579"/>
          </w:tcPr>
          <w:p>
            <w:pPr>
              <w:spacing w:after="0"/>
              <w:jc w:val="left"/>
            </w:pPr>
          </w:p>
        </w:tc>
        <w:tc>
          <w:tcPr>
            <w:tcW w:type="dxa" w:w="1561"/>
          </w:tcPr>
          <w:p>
            <w:pPr>
              <w:spacing w:after="0"/>
              <w:jc w:val="left"/>
            </w:pPr>
          </w:p>
        </w:tc>
        <w:tc>
          <w:tcPr>
            <w:tcW w:type="dxa" w:w="2006"/>
          </w:tcPr>
          <w:p>
            <w:pPr>
              <w:spacing w:after="0"/>
              <w:jc w:val="left"/>
            </w:pPr>
          </w:p>
        </w:tc>
        <w:tc>
          <w:tcPr>
            <w:tcW w:type="dxa" w:w="1857"/>
          </w:tcPr>
          <w:p>
            <w:pPr>
              <w:spacing w:after="0"/>
              <w:jc w:val="left"/>
            </w:pPr>
          </w:p>
        </w:tc>
      </w:tr>
      <w:tr>
        <w:trPr>
          <w:cantSplit/>
        </w:trPr>
        <w:tc>
          <w:tcPr>
            <w:tcW w:type="dxa" w:w="1761"/>
          </w:tcPr>
          <w:p>
            <w:pPr>
              <w:spacing w:after="0"/>
              <w:jc w:val="left"/>
            </w:pPr>
            <w:r>
              <w:rPr>
                <w:sz w:val="16"/>
              </w:rPr>
              <w:t>Lightning</w:t>
            </w:r>
          </w:p>
        </w:tc>
        <w:tc>
          <w:tcPr>
            <w:tcW w:type="dxa" w:w="1803"/>
          </w:tcPr>
          <w:p>
            <w:pPr>
              <w:spacing w:after="0"/>
              <w:jc w:val="left"/>
            </w:pPr>
            <w:r>
              <w:rPr>
                <w:sz w:val="16"/>
              </w:rPr>
              <w:t>annualized frequency (the measure FEMA's Local Mitigation Planning Handbook names)</w:t>
            </w:r>
          </w:p>
        </w:tc>
        <w:tc>
          <w:tcPr>
            <w:tcW w:type="dxa" w:w="1691"/>
          </w:tcPr>
          <w:p>
            <w:pPr>
              <w:spacing w:after="0"/>
              <w:jc w:val="right"/>
            </w:pPr>
            <w:r>
              <w:rPr>
                <w:sz w:val="16"/>
              </w:rPr>
              <w:t>8 records, 1999 to 2011</w:t>
            </w:r>
          </w:p>
        </w:tc>
        <w:tc>
          <w:tcPr>
            <w:tcW w:type="dxa" w:w="1852"/>
          </w:tcPr>
          <w:p>
            <w:pPr>
              <w:spacing w:after="0"/>
              <w:jc w:val="left"/>
            </w:pPr>
          </w:p>
        </w:tc>
        <w:tc>
          <w:tcPr>
            <w:tcW w:type="dxa" w:w="1579"/>
          </w:tcPr>
          <w:p>
            <w:pPr>
              <w:spacing w:after="0"/>
              <w:jc w:val="left"/>
            </w:pPr>
            <w:r>
              <w:rPr>
                <w:sz w:val="16"/>
              </w:rPr>
              <w:t>Lightning, 2010-08-13, $200,000 property; $0 crops (2010 dollars)</w:t>
            </w:r>
          </w:p>
        </w:tc>
        <w:tc>
          <w:tcPr>
            <w:tcW w:type="dxa" w:w="1561"/>
          </w:tcPr>
          <w:p>
            <w:pPr>
              <w:spacing w:after="0"/>
              <w:jc w:val="left"/>
            </w:pPr>
          </w:p>
        </w:tc>
        <w:tc>
          <w:tcPr>
            <w:tcW w:type="dxa" w:w="2006"/>
          </w:tcPr>
          <w:p>
            <w:pPr>
              <w:spacing w:after="0"/>
              <w:jc w:val="left"/>
            </w:pPr>
            <w:r>
              <w:rPr>
                <w:sz w:val="16"/>
              </w:rPr>
              <w:t>Event records naming jurisdictions in the plan: Winterville city (1 record).</w:t>
            </w:r>
          </w:p>
        </w:tc>
        <w:tc>
          <w:tcPr>
            <w:tcW w:type="dxa" w:w="1857"/>
          </w:tcPr>
          <w:p>
            <w:pPr>
              <w:spacing w:after="0"/>
              <w:jc w:val="left"/>
            </w:pPr>
            <w:r>
              <w:rPr>
                <w:sz w:val="16"/>
              </w:rPr>
              <w:t>Storm Events lists lightning with damage or casualties.</w:t>
            </w:r>
          </w:p>
        </w:tc>
      </w:tr>
      <w:tr>
        <w:trPr>
          <w:cantSplit/>
        </w:trPr>
        <w:tc>
          <w:tcPr>
            <w:tcW w:type="dxa" w:w="1761"/>
          </w:tcPr>
          <w:p>
            <w:pPr>
              <w:spacing w:after="0"/>
              <w:jc w:val="left"/>
            </w:pPr>
            <w:r>
              <w:rPr>
                <w:sz w:val="16"/>
              </w:rPr>
              <w:t>High Wind and Strong Wind (outside NRI's Strong Wind definition)</w:t>
            </w:r>
          </w:p>
        </w:tc>
        <w:tc>
          <w:tcPr>
            <w:tcW w:type="dxa" w:w="1803"/>
          </w:tcPr>
          <w:p>
            <w:pPr>
              <w:spacing w:after="0"/>
              <w:jc w:val="left"/>
            </w:pPr>
            <w:r>
              <w:rPr>
                <w:sz w:val="16"/>
              </w:rPr>
              <w:t>wind speed (kt and mph)</w:t>
            </w:r>
          </w:p>
        </w:tc>
        <w:tc>
          <w:tcPr>
            <w:tcW w:type="dxa" w:w="1691"/>
          </w:tcPr>
          <w:p>
            <w:pPr>
              <w:spacing w:after="0"/>
              <w:jc w:val="right"/>
            </w:pPr>
            <w:r>
              <w:rPr>
                <w:sz w:val="16"/>
              </w:rPr>
              <w:t>14 records, 1998 to 2022 (14 zone-level)</w:t>
            </w:r>
          </w:p>
        </w:tc>
        <w:tc>
          <w:tcPr>
            <w:tcW w:type="dxa" w:w="1852"/>
          </w:tcPr>
          <w:p>
            <w:pPr>
              <w:spacing w:after="0"/>
              <w:jc w:val="left"/>
            </w:pPr>
            <w:r>
              <w:rPr>
                <w:sz w:val="16"/>
              </w:rPr>
              <w:t>31 kt (36 mph) to 50 kt (58 mph) (median 37 kt (43 mph)); 11 with a recorded value</w:t>
            </w:r>
          </w:p>
        </w:tc>
        <w:tc>
          <w:tcPr>
            <w:tcW w:type="dxa" w:w="1579"/>
          </w:tcPr>
          <w:p>
            <w:pPr>
              <w:spacing w:after="0"/>
              <w:jc w:val="left"/>
            </w:pPr>
            <w:r>
              <w:rPr>
                <w:sz w:val="16"/>
              </w:rPr>
              <w:t>50 kt (58 mph) estimated gust, High Wind, 2004-09-16; NWS zone GAZ036</w:t>
            </w:r>
          </w:p>
        </w:tc>
        <w:tc>
          <w:tcPr>
            <w:tcW w:type="dxa" w:w="1561"/>
          </w:tcPr>
          <w:p>
            <w:pPr>
              <w:spacing w:after="0"/>
              <w:jc w:val="left"/>
            </w:pPr>
          </w:p>
        </w:tc>
        <w:tc>
          <w:tcPr>
            <w:tcW w:type="dxa" w:w="2006"/>
          </w:tcPr>
          <w:p>
            <w:pPr>
              <w:spacing w:after="0"/>
              <w:jc w:val="left"/>
            </w:pPr>
            <w:r>
              <w:rPr>
                <w:sz w:val="16"/>
              </w:rPr>
              <w:t>Countywide (zone-level records).</w:t>
            </w:r>
          </w:p>
        </w:tc>
        <w:tc>
          <w:tcPr>
            <w:tcW w:type="dxa" w:w="1857"/>
          </w:tcPr>
          <w:p>
            <w:pPr>
              <w:spacing w:after="0"/>
              <w:jc w:val="left"/>
            </w:pPr>
          </w:p>
        </w:tc>
      </w:tr>
      <w:tr>
        <w:trPr>
          <w:cantSplit/>
        </w:trPr>
        <w:tc>
          <w:tcPr>
            <w:tcW w:type="dxa" w:w="1761"/>
          </w:tcPr>
          <w:p>
            <w:pPr>
              <w:spacing w:after="0"/>
              <w:jc w:val="left"/>
            </w:pPr>
            <w:r>
              <w:rPr>
                <w:sz w:val="16"/>
              </w:rPr>
              <w:t>Thunderstorm Wind</w:t>
            </w:r>
          </w:p>
        </w:tc>
        <w:tc>
          <w:tcPr>
            <w:tcW w:type="dxa" w:w="1803"/>
          </w:tcPr>
          <w:p>
            <w:pPr>
              <w:spacing w:after="0"/>
              <w:jc w:val="left"/>
            </w:pPr>
            <w:r>
              <w:rPr>
                <w:sz w:val="16"/>
              </w:rPr>
              <w:t>wind speed (kt and mph)</w:t>
            </w:r>
          </w:p>
        </w:tc>
        <w:tc>
          <w:tcPr>
            <w:tcW w:type="dxa" w:w="1691"/>
          </w:tcPr>
          <w:p>
            <w:pPr>
              <w:spacing w:after="0"/>
              <w:jc w:val="right"/>
            </w:pPr>
            <w:r>
              <w:rPr>
                <w:sz w:val="16"/>
              </w:rPr>
              <w:t>152 records, 1959 to 2025</w:t>
            </w:r>
          </w:p>
        </w:tc>
        <w:tc>
          <w:tcPr>
            <w:tcW w:type="dxa" w:w="1852"/>
          </w:tcPr>
          <w:p>
            <w:pPr>
              <w:spacing w:after="0"/>
              <w:jc w:val="left"/>
            </w:pPr>
            <w:r>
              <w:rPr>
                <w:sz w:val="16"/>
              </w:rPr>
              <w:t>31 kt (36 mph) to 68 kt (78 mph) (median 50 kt (58 mph)); 99 with a recorded value</w:t>
            </w:r>
          </w:p>
        </w:tc>
        <w:tc>
          <w:tcPr>
            <w:tcW w:type="dxa" w:w="1579"/>
          </w:tcPr>
          <w:p>
            <w:pPr>
              <w:spacing w:after="0"/>
              <w:jc w:val="left"/>
            </w:pPr>
            <w:r>
              <w:rPr>
                <w:sz w:val="16"/>
              </w:rPr>
              <w:t>68 kt (78 mph), measurement type not recorded, Thunderstorm Wind, 1986-07-21</w:t>
            </w:r>
          </w:p>
        </w:tc>
        <w:tc>
          <w:tcPr>
            <w:tcW w:type="dxa" w:w="1561"/>
          </w:tcPr>
          <w:p>
            <w:pPr>
              <w:spacing w:after="0"/>
              <w:jc w:val="left"/>
            </w:pPr>
            <w:r>
              <w:rPr>
                <w:sz w:val="16"/>
              </w:rPr>
              <w:t>Thunderstorm Wind, 2017-03-21, $50,000 property; crops not reported (2017 dollars)</w:t>
            </w:r>
          </w:p>
        </w:tc>
        <w:tc>
          <w:tcPr>
            <w:tcW w:type="dxa" w:w="2006"/>
          </w:tcPr>
          <w:p>
            <w:pPr>
              <w:spacing w:after="0"/>
              <w:jc w:val="left"/>
            </w:pPr>
            <w:r>
              <w:rPr>
                <w:sz w:val="16"/>
              </w:rPr>
              <w:t>Event records naming jurisdictions in the plan: Winterville city (15 records).</w:t>
            </w:r>
          </w:p>
        </w:tc>
        <w:tc>
          <w:tcPr>
            <w:tcW w:type="dxa" w:w="1857"/>
          </w:tcPr>
          <w:p>
            <w:pPr>
              <w:spacing w:after="0"/>
              <w:jc w:val="left"/>
            </w:pPr>
          </w:p>
        </w:tc>
      </w:tr>
      <w:tr>
        <w:trPr>
          <w:cantSplit/>
        </w:trPr>
        <w:tc>
          <w:tcPr>
            <w:tcW w:type="dxa" w:w="1761"/>
          </w:tcPr>
          <w:p>
            <w:pPr>
              <w:spacing w:after="0"/>
              <w:jc w:val="left"/>
            </w:pPr>
            <w:r>
              <w:rPr>
                <w:sz w:val="16"/>
              </w:rPr>
              <w:t>Tornado</w:t>
            </w:r>
          </w:p>
        </w:tc>
        <w:tc>
          <w:tcPr>
            <w:tcW w:type="dxa" w:w="1803"/>
          </w:tcPr>
          <w:p>
            <w:pPr>
              <w:spacing w:after="0"/>
              <w:jc w:val="left"/>
            </w:pPr>
            <w:r>
              <w:rPr>
                <w:sz w:val="16"/>
              </w:rPr>
              <w:t>Enhanced Fujita (Fujita before Feb 2007)</w:t>
            </w:r>
          </w:p>
        </w:tc>
        <w:tc>
          <w:tcPr>
            <w:tcW w:type="dxa" w:w="1691"/>
          </w:tcPr>
          <w:p>
            <w:pPr>
              <w:spacing w:after="0"/>
              <w:jc w:val="right"/>
            </w:pPr>
            <w:r>
              <w:rPr>
                <w:sz w:val="16"/>
              </w:rPr>
              <w:t>6 records, 1973 to 1986</w:t>
            </w:r>
          </w:p>
        </w:tc>
        <w:tc>
          <w:tcPr>
            <w:tcW w:type="dxa" w:w="1852"/>
          </w:tcPr>
          <w:p>
            <w:pPr>
              <w:spacing w:after="0"/>
              <w:jc w:val="left"/>
            </w:pPr>
            <w:r>
              <w:rPr>
                <w:sz w:val="16"/>
              </w:rPr>
              <w:t>F/EF0 to F/EF3 (median between F/EF1 and F/EF2); 6 with a recorded value</w:t>
            </w:r>
          </w:p>
        </w:tc>
        <w:tc>
          <w:tcPr>
            <w:tcW w:type="dxa" w:w="1579"/>
          </w:tcPr>
          <w:p>
            <w:pPr>
              <w:spacing w:after="0"/>
              <w:jc w:val="left"/>
            </w:pPr>
            <w:r>
              <w:rPr>
                <w:sz w:val="16"/>
              </w:rPr>
              <w:t>F3 tornado, 1973-05-28, 9.8 mi path length (whole path, pre-1996), 100 yd wide, $25,000,000 property; crops not recorded (1973 dollars), 1 direct death, 65 direct injuries</w:t>
            </w:r>
          </w:p>
        </w:tc>
        <w:tc>
          <w:tcPr>
            <w:tcW w:type="dxa" w:w="1561"/>
          </w:tcPr>
          <w:p>
            <w:pPr>
              <w:spacing w:after="0"/>
              <w:jc w:val="left"/>
            </w:pPr>
            <w:r>
              <w:rPr>
                <w:sz w:val="16"/>
              </w:rPr>
              <w:t>Tornado, 1973-03-31, $250,000,000 property; crops not recorded (1973 dollars)</w:t>
            </w:r>
          </w:p>
        </w:tc>
        <w:tc>
          <w:tcPr>
            <w:tcW w:type="dxa" w:w="2006"/>
          </w:tcPr>
          <w:p>
            <w:pPr>
              <w:spacing w:after="0"/>
              <w:jc w:val="left"/>
            </w:pPr>
            <w:r>
              <w:rPr>
                <w:sz w:val="16"/>
              </w:rPr>
              <w:t>No event record names a jurisdiction in the plan.</w:t>
            </w:r>
          </w:p>
        </w:tc>
        <w:tc>
          <w:tcPr>
            <w:tcW w:type="dxa" w:w="18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1"/>
          </w:tcPr>
          <w:p>
            <w:pPr>
              <w:spacing w:after="0"/>
              <w:jc w:val="left"/>
            </w:pPr>
            <w:r>
              <w:rPr>
                <w:sz w:val="16"/>
              </w:rPr>
              <w:t>Wildfire</w:t>
            </w:r>
          </w:p>
        </w:tc>
        <w:tc>
          <w:tcPr>
            <w:tcW w:type="dxa" w:w="1803"/>
          </w:tcPr>
          <w:p>
            <w:pPr>
              <w:spacing w:after="0"/>
              <w:jc w:val="left"/>
            </w:pPr>
            <w:r>
              <w:rPr>
                <w:sz w:val="16"/>
              </w:rPr>
              <w:t>acres burned (local data)</w:t>
            </w:r>
          </w:p>
        </w:tc>
        <w:tc>
          <w:tcPr>
            <w:tcW w:type="dxa" w:w="1691"/>
          </w:tcPr>
          <w:p>
            <w:pPr>
              <w:spacing w:after="0"/>
              <w:jc w:val="right"/>
            </w:pPr>
            <w:r>
              <w:rPr>
                <w:sz w:val="16"/>
              </w:rPr>
              <w:t>0</w:t>
            </w:r>
          </w:p>
        </w:tc>
        <w:tc>
          <w:tcPr>
            <w:tcW w:type="dxa" w:w="1852"/>
          </w:tcPr>
          <w:p>
            <w:pPr>
              <w:spacing w:after="0"/>
              <w:jc w:val="left"/>
            </w:pPr>
          </w:p>
        </w:tc>
        <w:tc>
          <w:tcPr>
            <w:tcW w:type="dxa" w:w="1579"/>
          </w:tcPr>
          <w:p>
            <w:pPr>
              <w:spacing w:after="0"/>
              <w:jc w:val="left"/>
            </w:pPr>
          </w:p>
        </w:tc>
        <w:tc>
          <w:tcPr>
            <w:tcW w:type="dxa" w:w="1561"/>
          </w:tcPr>
          <w:p>
            <w:pPr>
              <w:spacing w:after="0"/>
              <w:jc w:val="left"/>
            </w:pPr>
          </w:p>
        </w:tc>
        <w:tc>
          <w:tcPr>
            <w:tcW w:type="dxa" w:w="2006"/>
          </w:tcPr>
          <w:p>
            <w:pPr>
              <w:spacing w:after="0"/>
              <w:jc w:val="left"/>
            </w:pPr>
          </w:p>
        </w:tc>
        <w:tc>
          <w:tcPr>
            <w:tcW w:type="dxa" w:w="1857"/>
          </w:tcPr>
          <w:p>
            <w:pPr>
              <w:spacing w:after="0"/>
              <w:jc w:val="left"/>
            </w:pPr>
          </w:p>
        </w:tc>
      </w:tr>
      <w:tr>
        <w:trPr>
          <w:cantSplit/>
        </w:trPr>
        <w:tc>
          <w:tcPr>
            <w:tcW w:type="dxa" w:w="1761"/>
          </w:tcPr>
          <w:p>
            <w:pPr>
              <w:spacing w:after="0"/>
              <w:jc w:val="left"/>
            </w:pPr>
            <w:r>
              <w:rPr>
                <w:sz w:val="16"/>
              </w:rPr>
              <w:t>Winter Storm, Heavy Snow, Blizzard, Lake-Effect Snow, Winter Weather, Sleet</w:t>
            </w:r>
          </w:p>
        </w:tc>
        <w:tc>
          <w:tcPr>
            <w:tcW w:type="dxa" w:w="1803"/>
          </w:tcPr>
          <w:p>
            <w:pPr>
              <w:spacing w:after="0"/>
              <w:jc w:val="left"/>
            </w:pPr>
            <w:r>
              <w:rPr>
                <w:sz w:val="16"/>
              </w:rPr>
              <w:t>none in data (snowfall: local data)</w:t>
            </w:r>
          </w:p>
        </w:tc>
        <w:tc>
          <w:tcPr>
            <w:tcW w:type="dxa" w:w="1691"/>
          </w:tcPr>
          <w:p>
            <w:pPr>
              <w:spacing w:after="0"/>
              <w:jc w:val="right"/>
            </w:pPr>
            <w:r>
              <w:rPr>
                <w:sz w:val="16"/>
              </w:rPr>
              <w:t>26 records, 1996 to 2026 (26 zone-level)</w:t>
            </w:r>
          </w:p>
        </w:tc>
        <w:tc>
          <w:tcPr>
            <w:tcW w:type="dxa" w:w="1852"/>
          </w:tcPr>
          <w:p>
            <w:pPr>
              <w:spacing w:after="0"/>
              <w:jc w:val="left"/>
            </w:pPr>
          </w:p>
        </w:tc>
        <w:tc>
          <w:tcPr>
            <w:tcW w:type="dxa" w:w="1579"/>
          </w:tcPr>
          <w:p>
            <w:pPr>
              <w:spacing w:after="0"/>
              <w:jc w:val="left"/>
            </w:pPr>
            <w:r>
              <w:rPr>
                <w:sz w:val="16"/>
              </w:rPr>
              <w:t>Winter Storm, 2005-01-28, $150,000 property; crops not reported (2005 dollars); NWS zone GAZ036</w:t>
            </w:r>
          </w:p>
        </w:tc>
        <w:tc>
          <w:tcPr>
            <w:tcW w:type="dxa" w:w="1561"/>
          </w:tcPr>
          <w:p>
            <w:pPr>
              <w:spacing w:after="0"/>
              <w:jc w:val="left"/>
            </w:pPr>
          </w:p>
        </w:tc>
        <w:tc>
          <w:tcPr>
            <w:tcW w:type="dxa" w:w="2006"/>
          </w:tcPr>
          <w:p>
            <w:pPr>
              <w:spacing w:after="0"/>
              <w:jc w:val="left"/>
            </w:pPr>
            <w:r>
              <w:rPr>
                <w:sz w:val="16"/>
              </w:rPr>
              <w:t>Countywide (zone-level records).</w:t>
            </w:r>
          </w:p>
        </w:tc>
        <w:tc>
          <w:tcPr>
            <w:tcW w:type="dxa" w:w="18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13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1824"/>
        <w:gridCol w:w="2265"/>
        <w:gridCol w:w="2700"/>
        <w:gridCol w:w="19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1824"/>
            <w:shd w:val="clear" w:color="auto" w:fill="E8E8E8"/>
          </w:tcPr>
          <w:p>
            <w:pPr>
              <w:spacing w:after="0"/>
              <w:jc w:val="left"/>
            </w:pPr>
            <w:r>
              <w:rPr>
                <w:b/>
                <w:sz w:val="16"/>
              </w:rPr>
              <w:t>Title</w:t>
            </w:r>
          </w:p>
        </w:tc>
        <w:tc>
          <w:tcPr>
            <w:tcW w:type="dxa" w:w="2265"/>
            <w:shd w:val="clear" w:color="auto" w:fill="E8E8E8"/>
          </w:tcPr>
          <w:p>
            <w:pPr>
              <w:spacing w:after="0"/>
              <w:jc w:val="left"/>
            </w:pPr>
            <w:r>
              <w:rPr>
                <w:b/>
                <w:sz w:val="16"/>
              </w:rPr>
              <w:t>Mapped hazard</w:t>
            </w:r>
          </w:p>
        </w:tc>
        <w:tc>
          <w:tcPr>
            <w:tcW w:type="dxa" w:w="27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5"/>
          </w:tcPr>
          <w:p>
            <w:pPr>
              <w:spacing w:after="0"/>
              <w:jc w:val="left"/>
            </w:pPr>
            <w:r>
              <w:rPr>
                <w:sz w:val="16"/>
              </w:rPr>
              <w:t>Emergency</w:t>
            </w:r>
          </w:p>
        </w:tc>
        <w:tc>
          <w:tcPr>
            <w:tcW w:type="dxa" w:w="1824"/>
          </w:tcPr>
          <w:p>
            <w:pPr>
              <w:spacing w:after="0"/>
              <w:jc w:val="left"/>
            </w:pPr>
            <w:r>
              <w:rPr>
                <w:sz w:val="16"/>
              </w:rPr>
              <w:t>Severe Winter Storm</w:t>
            </w:r>
          </w:p>
        </w:tc>
        <w:tc>
          <w:tcPr>
            <w:tcW w:type="dxa" w:w="2265"/>
          </w:tcPr>
          <w:p>
            <w:pPr>
              <w:spacing w:after="0"/>
              <w:jc w:val="left"/>
            </w:pPr>
            <w:r>
              <w:rPr>
                <w:sz w:val="16"/>
              </w:rPr>
              <w:t>Winter Weather</w:t>
            </w:r>
          </w:p>
        </w:tc>
        <w:tc>
          <w:tcPr>
            <w:tcW w:type="dxa" w:w="2700"/>
          </w:tcPr>
          <w:p>
            <w:pPr>
              <w:spacing w:after="0"/>
              <w:jc w:val="right"/>
            </w:pPr>
            <w:r>
              <w:rPr>
                <w:sz w:val="16"/>
              </w:rPr>
              <w:t>no Public Assistance recorded</w:t>
            </w:r>
          </w:p>
        </w:tc>
        <w:tc>
          <w:tcPr>
            <w:tcW w:type="dxa" w:w="1936"/>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5"/>
          </w:tcPr>
          <w:p>
            <w:pPr>
              <w:spacing w:after="0"/>
              <w:jc w:val="left"/>
            </w:pPr>
            <w:r>
              <w:rPr>
                <w:sz w:val="16"/>
              </w:rPr>
              <w:t>Emergency</w:t>
            </w:r>
          </w:p>
        </w:tc>
        <w:tc>
          <w:tcPr>
            <w:tcW w:type="dxa" w:w="1824"/>
          </w:tcPr>
          <w:p>
            <w:pPr>
              <w:spacing w:after="0"/>
              <w:jc w:val="left"/>
            </w:pPr>
            <w:r>
              <w:rPr>
                <w:sz w:val="16"/>
              </w:rPr>
              <w:t>Hurricane Helene</w:t>
            </w:r>
          </w:p>
        </w:tc>
        <w:tc>
          <w:tcPr>
            <w:tcW w:type="dxa" w:w="2265"/>
          </w:tcPr>
          <w:p>
            <w:pPr>
              <w:spacing w:after="0"/>
              <w:jc w:val="left"/>
            </w:pPr>
            <w:r>
              <w:rPr>
                <w:sz w:val="16"/>
              </w:rPr>
              <w:t>Hurricane</w:t>
            </w:r>
          </w:p>
        </w:tc>
        <w:tc>
          <w:tcPr>
            <w:tcW w:type="dxa" w:w="2700"/>
          </w:tcPr>
          <w:p>
            <w:pPr>
              <w:spacing w:after="0"/>
              <w:jc w:val="right"/>
            </w:pPr>
            <w:r>
              <w:rPr>
                <w:sz w:val="16"/>
              </w:rPr>
              <w:t>no Public Assistance recorded</w:t>
            </w:r>
          </w:p>
        </w:tc>
        <w:tc>
          <w:tcPr>
            <w:tcW w:type="dxa" w:w="1936"/>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5"/>
          </w:tcPr>
          <w:p>
            <w:pPr>
              <w:spacing w:after="0"/>
              <w:jc w:val="left"/>
            </w:pPr>
            <w:r>
              <w:rPr>
                <w:sz w:val="16"/>
              </w:rPr>
              <w:t>Major disaster</w:t>
            </w:r>
          </w:p>
        </w:tc>
        <w:tc>
          <w:tcPr>
            <w:tcW w:type="dxa" w:w="1824"/>
          </w:tcPr>
          <w:p>
            <w:pPr>
              <w:spacing w:after="0"/>
              <w:jc w:val="left"/>
            </w:pPr>
            <w:r>
              <w:rPr>
                <w:sz w:val="16"/>
              </w:rPr>
              <w:t>COVID-19 Pandemic</w:t>
            </w:r>
          </w:p>
        </w:tc>
        <w:tc>
          <w:tcPr>
            <w:tcW w:type="dxa" w:w="2265"/>
          </w:tcPr>
          <w:p>
            <w:pPr>
              <w:spacing w:after="0"/>
              <w:jc w:val="left"/>
            </w:pPr>
            <w:r>
              <w:rPr>
                <w:sz w:val="16"/>
              </w:rPr>
              <w:t>Non-natural, not counted</w:t>
            </w:r>
          </w:p>
        </w:tc>
        <w:tc>
          <w:tcPr>
            <w:tcW w:type="dxa" w:w="2700"/>
          </w:tcPr>
          <w:p>
            <w:pPr>
              <w:spacing w:after="0"/>
              <w:jc w:val="right"/>
            </w:pPr>
            <w:r>
              <w:rPr>
                <w:sz w:val="16"/>
              </w:rPr>
              <w:t>no Public Assistance recorded</w:t>
            </w:r>
          </w:p>
        </w:tc>
        <w:tc>
          <w:tcPr>
            <w:tcW w:type="dxa" w:w="19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5"/>
          </w:tcPr>
          <w:p>
            <w:pPr>
              <w:spacing w:after="0"/>
              <w:jc w:val="left"/>
            </w:pPr>
            <w:r>
              <w:rPr>
                <w:sz w:val="16"/>
              </w:rPr>
              <w:t>Emergency</w:t>
            </w:r>
          </w:p>
        </w:tc>
        <w:tc>
          <w:tcPr>
            <w:tcW w:type="dxa" w:w="1824"/>
          </w:tcPr>
          <w:p>
            <w:pPr>
              <w:spacing w:after="0"/>
              <w:jc w:val="left"/>
            </w:pPr>
            <w:r>
              <w:rPr>
                <w:sz w:val="16"/>
              </w:rPr>
              <w:t>COVID-19</w:t>
            </w:r>
          </w:p>
        </w:tc>
        <w:tc>
          <w:tcPr>
            <w:tcW w:type="dxa" w:w="2265"/>
          </w:tcPr>
          <w:p>
            <w:pPr>
              <w:spacing w:after="0"/>
              <w:jc w:val="left"/>
            </w:pPr>
            <w:r>
              <w:rPr>
                <w:sz w:val="16"/>
              </w:rPr>
              <w:t>Non-natural, not counted</w:t>
            </w:r>
          </w:p>
        </w:tc>
        <w:tc>
          <w:tcPr>
            <w:tcW w:type="dxa" w:w="2700"/>
          </w:tcPr>
          <w:p>
            <w:pPr>
              <w:spacing w:after="0"/>
              <w:jc w:val="right"/>
            </w:pPr>
            <w:r>
              <w:rPr>
                <w:sz w:val="16"/>
              </w:rPr>
              <w:t>no Public Assistance recorded</w:t>
            </w:r>
          </w:p>
        </w:tc>
        <w:tc>
          <w:tcPr>
            <w:tcW w:type="dxa" w:w="1936"/>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5"/>
          </w:tcPr>
          <w:p>
            <w:pPr>
              <w:spacing w:after="0"/>
              <w:jc w:val="left"/>
            </w:pPr>
            <w:r>
              <w:rPr>
                <w:sz w:val="16"/>
              </w:rPr>
              <w:t>Emergency</w:t>
            </w:r>
          </w:p>
        </w:tc>
        <w:tc>
          <w:tcPr>
            <w:tcW w:type="dxa" w:w="1824"/>
          </w:tcPr>
          <w:p>
            <w:pPr>
              <w:spacing w:after="0"/>
              <w:jc w:val="left"/>
            </w:pPr>
            <w:r>
              <w:rPr>
                <w:sz w:val="16"/>
              </w:rPr>
              <w:t>Hurricane Michael</w:t>
            </w:r>
          </w:p>
        </w:tc>
        <w:tc>
          <w:tcPr>
            <w:tcW w:type="dxa" w:w="2265"/>
          </w:tcPr>
          <w:p>
            <w:pPr>
              <w:spacing w:after="0"/>
              <w:jc w:val="left"/>
            </w:pPr>
            <w:r>
              <w:rPr>
                <w:sz w:val="16"/>
              </w:rPr>
              <w:t>Hurricane</w:t>
            </w:r>
          </w:p>
        </w:tc>
        <w:tc>
          <w:tcPr>
            <w:tcW w:type="dxa" w:w="2700"/>
          </w:tcPr>
          <w:p>
            <w:pPr>
              <w:spacing w:after="0"/>
              <w:jc w:val="right"/>
            </w:pPr>
            <w:r>
              <w:rPr>
                <w:sz w:val="16"/>
              </w:rPr>
              <w:t>no Public Assistance recorded</w:t>
            </w:r>
          </w:p>
        </w:tc>
        <w:tc>
          <w:tcPr>
            <w:tcW w:type="dxa" w:w="19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5"/>
          </w:tcPr>
          <w:p>
            <w:pPr>
              <w:spacing w:after="0"/>
              <w:jc w:val="left"/>
            </w:pPr>
            <w:r>
              <w:rPr>
                <w:sz w:val="16"/>
              </w:rPr>
              <w:t>Major disaster</w:t>
            </w:r>
          </w:p>
        </w:tc>
        <w:tc>
          <w:tcPr>
            <w:tcW w:type="dxa" w:w="1824"/>
          </w:tcPr>
          <w:p>
            <w:pPr>
              <w:spacing w:after="0"/>
              <w:jc w:val="left"/>
            </w:pPr>
            <w:r>
              <w:rPr>
                <w:sz w:val="16"/>
              </w:rPr>
              <w:t>Hurricane Irma</w:t>
            </w:r>
          </w:p>
        </w:tc>
        <w:tc>
          <w:tcPr>
            <w:tcW w:type="dxa" w:w="2265"/>
          </w:tcPr>
          <w:p>
            <w:pPr>
              <w:spacing w:after="0"/>
              <w:jc w:val="left"/>
            </w:pPr>
            <w:r>
              <w:rPr>
                <w:sz w:val="16"/>
              </w:rPr>
              <w:t>Hurricane</w:t>
            </w:r>
          </w:p>
        </w:tc>
        <w:tc>
          <w:tcPr>
            <w:tcW w:type="dxa" w:w="2700"/>
          </w:tcPr>
          <w:p>
            <w:pPr>
              <w:spacing w:after="0"/>
              <w:jc w:val="right"/>
            </w:pPr>
            <w:r>
              <w:rPr>
                <w:sz w:val="16"/>
              </w:rPr>
              <w:t>$430,239.91</w:t>
            </w:r>
          </w:p>
        </w:tc>
        <w:tc>
          <w:tcPr>
            <w:tcW w:type="dxa" w:w="19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5"/>
          </w:tcPr>
          <w:p>
            <w:pPr>
              <w:spacing w:after="0"/>
              <w:jc w:val="left"/>
            </w:pPr>
            <w:r>
              <w:rPr>
                <w:sz w:val="16"/>
              </w:rPr>
              <w:t>Emergency</w:t>
            </w:r>
          </w:p>
        </w:tc>
        <w:tc>
          <w:tcPr>
            <w:tcW w:type="dxa" w:w="1824"/>
          </w:tcPr>
          <w:p>
            <w:pPr>
              <w:spacing w:after="0"/>
              <w:jc w:val="left"/>
            </w:pPr>
            <w:r>
              <w:rPr>
                <w:sz w:val="16"/>
              </w:rPr>
              <w:t>Hurricane Irma</w:t>
            </w:r>
          </w:p>
        </w:tc>
        <w:tc>
          <w:tcPr>
            <w:tcW w:type="dxa" w:w="2265"/>
          </w:tcPr>
          <w:p>
            <w:pPr>
              <w:spacing w:after="0"/>
              <w:jc w:val="left"/>
            </w:pPr>
            <w:r>
              <w:rPr>
                <w:sz w:val="16"/>
              </w:rPr>
              <w:t>Hurricane</w:t>
            </w:r>
          </w:p>
        </w:tc>
        <w:tc>
          <w:tcPr>
            <w:tcW w:type="dxa" w:w="2700"/>
          </w:tcPr>
          <w:p>
            <w:pPr>
              <w:spacing w:after="0"/>
              <w:jc w:val="right"/>
            </w:pPr>
            <w:r>
              <w:rPr>
                <w:sz w:val="16"/>
              </w:rPr>
              <w:t>no Public Assistance recorded</w:t>
            </w:r>
          </w:p>
        </w:tc>
        <w:tc>
          <w:tcPr>
            <w:tcW w:type="dxa" w:w="1936"/>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5"/>
          </w:tcPr>
          <w:p>
            <w:pPr>
              <w:spacing w:after="0"/>
              <w:jc w:val="left"/>
            </w:pPr>
            <w:r>
              <w:rPr>
                <w:sz w:val="16"/>
              </w:rPr>
              <w:t>Emergency</w:t>
            </w:r>
          </w:p>
        </w:tc>
        <w:tc>
          <w:tcPr>
            <w:tcW w:type="dxa" w:w="1824"/>
          </w:tcPr>
          <w:p>
            <w:pPr>
              <w:spacing w:after="0"/>
              <w:jc w:val="left"/>
            </w:pPr>
            <w:r>
              <w:rPr>
                <w:sz w:val="16"/>
              </w:rPr>
              <w:t>Severe Winter Storm</w:t>
            </w:r>
          </w:p>
        </w:tc>
        <w:tc>
          <w:tcPr>
            <w:tcW w:type="dxa" w:w="2265"/>
          </w:tcPr>
          <w:p>
            <w:pPr>
              <w:spacing w:after="0"/>
              <w:jc w:val="left"/>
            </w:pPr>
            <w:r>
              <w:rPr>
                <w:sz w:val="16"/>
              </w:rPr>
              <w:t>Ice Storm</w:t>
            </w:r>
          </w:p>
        </w:tc>
        <w:tc>
          <w:tcPr>
            <w:tcW w:type="dxa" w:w="2700"/>
          </w:tcPr>
          <w:p>
            <w:pPr>
              <w:spacing w:after="0"/>
              <w:jc w:val="right"/>
            </w:pPr>
            <w:r>
              <w:rPr>
                <w:sz w:val="16"/>
              </w:rPr>
              <w:t>no Public Assistance recorded</w:t>
            </w:r>
          </w:p>
        </w:tc>
        <w:tc>
          <w:tcPr>
            <w:tcW w:type="dxa" w:w="19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5"/>
          </w:tcPr>
          <w:p>
            <w:pPr>
              <w:spacing w:after="0"/>
              <w:jc w:val="left"/>
            </w:pPr>
            <w:r>
              <w:rPr>
                <w:sz w:val="16"/>
              </w:rPr>
              <w:t>Emergency</w:t>
            </w:r>
          </w:p>
        </w:tc>
        <w:tc>
          <w:tcPr>
            <w:tcW w:type="dxa" w:w="1824"/>
          </w:tcPr>
          <w:p>
            <w:pPr>
              <w:spacing w:after="0"/>
              <w:jc w:val="left"/>
            </w:pPr>
            <w:r>
              <w:rPr>
                <w:sz w:val="16"/>
              </w:rPr>
              <w:t>Hurricane Katrina Evacuation</w:t>
            </w:r>
          </w:p>
        </w:tc>
        <w:tc>
          <w:tcPr>
            <w:tcW w:type="dxa" w:w="2265"/>
          </w:tcPr>
          <w:p>
            <w:pPr>
              <w:spacing w:after="0"/>
              <w:jc w:val="left"/>
            </w:pPr>
            <w:r>
              <w:rPr>
                <w:sz w:val="16"/>
              </w:rPr>
              <w:t>Hurricane: evacuation support, not a local hazard event; not counted</w:t>
            </w:r>
          </w:p>
        </w:tc>
        <w:tc>
          <w:tcPr>
            <w:tcW w:type="dxa" w:w="2700"/>
          </w:tcPr>
          <w:p>
            <w:pPr>
              <w:spacing w:after="0"/>
              <w:jc w:val="right"/>
            </w:pPr>
            <w:r>
              <w:rPr>
                <w:sz w:val="16"/>
              </w:rPr>
              <w:t>no Public Assistance recorded</w:t>
            </w:r>
          </w:p>
        </w:tc>
        <w:tc>
          <w:tcPr>
            <w:tcW w:type="dxa" w:w="19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85"/>
          </w:tcPr>
          <w:p>
            <w:pPr>
              <w:spacing w:after="0"/>
              <w:jc w:val="left"/>
            </w:pPr>
            <w:r>
              <w:rPr>
                <w:sz w:val="16"/>
              </w:rPr>
              <w:t>Major disaster</w:t>
            </w:r>
          </w:p>
        </w:tc>
        <w:tc>
          <w:tcPr>
            <w:tcW w:type="dxa" w:w="1824"/>
          </w:tcPr>
          <w:p>
            <w:pPr>
              <w:spacing w:after="0"/>
              <w:jc w:val="left"/>
            </w:pPr>
            <w:r>
              <w:rPr>
                <w:sz w:val="16"/>
              </w:rPr>
              <w:t>Severe Winter Storm</w:t>
            </w:r>
          </w:p>
        </w:tc>
        <w:tc>
          <w:tcPr>
            <w:tcW w:type="dxa" w:w="2265"/>
          </w:tcPr>
          <w:p>
            <w:pPr>
              <w:spacing w:after="0"/>
              <w:jc w:val="left"/>
            </w:pPr>
            <w:r>
              <w:rPr>
                <w:sz w:val="16"/>
              </w:rPr>
              <w:t>Winter Weather</w:t>
            </w:r>
          </w:p>
        </w:tc>
        <w:tc>
          <w:tcPr>
            <w:tcW w:type="dxa" w:w="2700"/>
          </w:tcPr>
          <w:p>
            <w:pPr>
              <w:spacing w:after="0"/>
              <w:jc w:val="right"/>
            </w:pPr>
            <w:r>
              <w:rPr>
                <w:sz w:val="16"/>
              </w:rPr>
              <w:t>$170,445.64</w:t>
            </w:r>
          </w:p>
        </w:tc>
        <w:tc>
          <w:tcPr>
            <w:tcW w:type="dxa" w:w="19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5"/>
          </w:tcPr>
          <w:p>
            <w:pPr>
              <w:spacing w:after="0"/>
              <w:jc w:val="left"/>
            </w:pPr>
            <w:r>
              <w:rPr>
                <w:sz w:val="16"/>
              </w:rPr>
              <w:t>Emergency</w:t>
            </w:r>
          </w:p>
        </w:tc>
        <w:tc>
          <w:tcPr>
            <w:tcW w:type="dxa" w:w="1824"/>
          </w:tcPr>
          <w:p>
            <w:pPr>
              <w:spacing w:after="0"/>
              <w:jc w:val="left"/>
            </w:pPr>
            <w:r>
              <w:rPr>
                <w:sz w:val="16"/>
              </w:rPr>
              <w:t>Drought</w:t>
            </w:r>
          </w:p>
        </w:tc>
        <w:tc>
          <w:tcPr>
            <w:tcW w:type="dxa" w:w="2265"/>
          </w:tcPr>
          <w:p>
            <w:pPr>
              <w:spacing w:after="0"/>
              <w:jc w:val="left"/>
            </w:pPr>
            <w:r>
              <w:rPr>
                <w:sz w:val="16"/>
              </w:rPr>
              <w:t>Drought</w:t>
            </w:r>
          </w:p>
        </w:tc>
        <w:tc>
          <w:tcPr>
            <w:tcW w:type="dxa" w:w="2700"/>
          </w:tcPr>
          <w:p>
            <w:pPr>
              <w:spacing w:after="0"/>
              <w:jc w:val="right"/>
            </w:pPr>
            <w:r>
              <w:rPr>
                <w:sz w:val="16"/>
              </w:rPr>
              <w:t>no Public Assistance recorded</w:t>
            </w:r>
          </w:p>
        </w:tc>
        <w:tc>
          <w:tcPr>
            <w:tcW w:type="dxa" w:w="19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1973-06-11</w:t>
            </w:r>
          </w:p>
        </w:tc>
        <w:tc>
          <w:tcPr>
            <w:tcW w:type="dxa" w:w="1037"/>
          </w:tcPr>
          <w:p>
            <w:pPr>
              <w:spacing w:after="0"/>
              <w:jc w:val="left"/>
            </w:pPr>
            <w:r>
              <w:rPr>
                <w:sz w:val="16"/>
              </w:rPr>
              <w:t>1973-06-11</w:t>
            </w:r>
          </w:p>
        </w:tc>
        <w:tc>
          <w:tcPr>
            <w:tcW w:type="dxa" w:w="1037"/>
          </w:tcPr>
          <w:p>
            <w:pPr>
              <w:spacing w:after="0"/>
              <w:jc w:val="left"/>
            </w:pPr>
            <w:r>
              <w:rPr>
                <w:sz w:val="16"/>
              </w:rPr>
              <w:t>DR-391-GA</w:t>
            </w:r>
          </w:p>
        </w:tc>
        <w:tc>
          <w:tcPr>
            <w:tcW w:type="dxa" w:w="1385"/>
          </w:tcPr>
          <w:p>
            <w:pPr>
              <w:spacing w:after="0"/>
              <w:jc w:val="left"/>
            </w:pPr>
            <w:r>
              <w:rPr>
                <w:sz w:val="16"/>
              </w:rPr>
              <w:t>Major disaster</w:t>
            </w:r>
          </w:p>
        </w:tc>
        <w:tc>
          <w:tcPr>
            <w:tcW w:type="dxa" w:w="1824"/>
          </w:tcPr>
          <w:p>
            <w:pPr>
              <w:spacing w:after="0"/>
              <w:jc w:val="left"/>
            </w:pPr>
            <w:r>
              <w:rPr>
                <w:sz w:val="16"/>
              </w:rPr>
              <w:t>Severe Storms &amp; Tornadoes</w:t>
            </w:r>
          </w:p>
        </w:tc>
        <w:tc>
          <w:tcPr>
            <w:tcW w:type="dxa" w:w="2265"/>
          </w:tcPr>
          <w:p>
            <w:pPr>
              <w:spacing w:after="0"/>
              <w:jc w:val="left"/>
            </w:pPr>
            <w:r>
              <w:rPr>
                <w:sz w:val="16"/>
              </w:rPr>
              <w:t>Tornado</w:t>
            </w:r>
          </w:p>
        </w:tc>
        <w:tc>
          <w:tcPr>
            <w:tcW w:type="dxa" w:w="2700"/>
          </w:tcPr>
          <w:p>
            <w:pPr>
              <w:spacing w:after="0"/>
              <w:jc w:val="right"/>
            </w:pPr>
            <w:r>
              <w:rPr>
                <w:sz w:val="16"/>
              </w:rPr>
              <w:t>no Public Assistance recorded</w:t>
            </w:r>
          </w:p>
        </w:tc>
        <w:tc>
          <w:tcPr>
            <w:tcW w:type="dxa" w:w="19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1973-04-04</w:t>
            </w:r>
          </w:p>
        </w:tc>
        <w:tc>
          <w:tcPr>
            <w:tcW w:type="dxa" w:w="1037"/>
          </w:tcPr>
          <w:p>
            <w:pPr>
              <w:spacing w:after="0"/>
              <w:jc w:val="left"/>
            </w:pPr>
            <w:r>
              <w:rPr>
                <w:sz w:val="16"/>
              </w:rPr>
              <w:t>1973-04-04</w:t>
            </w:r>
          </w:p>
        </w:tc>
        <w:tc>
          <w:tcPr>
            <w:tcW w:type="dxa" w:w="1037"/>
          </w:tcPr>
          <w:p>
            <w:pPr>
              <w:spacing w:after="0"/>
              <w:jc w:val="left"/>
            </w:pPr>
            <w:r>
              <w:rPr>
                <w:sz w:val="16"/>
              </w:rPr>
              <w:t>DR-370-GA</w:t>
            </w:r>
          </w:p>
        </w:tc>
        <w:tc>
          <w:tcPr>
            <w:tcW w:type="dxa" w:w="1385"/>
          </w:tcPr>
          <w:p>
            <w:pPr>
              <w:spacing w:after="0"/>
              <w:jc w:val="left"/>
            </w:pPr>
            <w:r>
              <w:rPr>
                <w:sz w:val="16"/>
              </w:rPr>
              <w:t>Major disaster</w:t>
            </w:r>
          </w:p>
        </w:tc>
        <w:tc>
          <w:tcPr>
            <w:tcW w:type="dxa" w:w="1824"/>
          </w:tcPr>
          <w:p>
            <w:pPr>
              <w:spacing w:after="0"/>
              <w:jc w:val="left"/>
            </w:pPr>
            <w:r>
              <w:rPr>
                <w:sz w:val="16"/>
              </w:rPr>
              <w:t>Tornadoes &amp; Flooding</w:t>
            </w:r>
          </w:p>
        </w:tc>
        <w:tc>
          <w:tcPr>
            <w:tcW w:type="dxa" w:w="2265"/>
          </w:tcPr>
          <w:p>
            <w:pPr>
              <w:spacing w:after="0"/>
              <w:jc w:val="left"/>
            </w:pPr>
            <w:r>
              <w:rPr>
                <w:sz w:val="16"/>
              </w:rPr>
              <w:t>Tornado (primary); also designated: Inland Flooding</w:t>
            </w:r>
          </w:p>
        </w:tc>
        <w:tc>
          <w:tcPr>
            <w:tcW w:type="dxa" w:w="2700"/>
          </w:tcPr>
          <w:p>
            <w:pPr>
              <w:spacing w:after="0"/>
              <w:jc w:val="right"/>
            </w:pPr>
            <w:r>
              <w:rPr>
                <w:sz w:val="16"/>
              </w:rPr>
              <w:t>no Public Assistance recorded</w:t>
            </w:r>
          </w:p>
        </w:tc>
        <w:tc>
          <w:tcPr>
            <w:tcW w:type="dxa" w:w="1936"/>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39</w:t>
            </w:r>
          </w:p>
        </w:tc>
        <w:tc>
          <w:tcPr>
            <w:tcW w:type="dxa" w:w="1117"/>
          </w:tcPr>
          <w:p>
            <w:pPr>
              <w:spacing w:after="0"/>
              <w:jc w:val="right"/>
            </w:pPr>
            <w:r>
              <w:rPr>
                <w:sz w:val="16"/>
              </w:rPr>
              <w:t>3</w:t>
            </w:r>
          </w:p>
        </w:tc>
        <w:tc>
          <w:tcPr>
            <w:tcW w:type="dxa" w:w="1940"/>
          </w:tcPr>
          <w:p>
            <w:pPr>
              <w:spacing w:after="0"/>
              <w:jc w:val="right"/>
            </w:pPr>
            <w:r>
              <w:rPr>
                <w:sz w:val="16"/>
              </w:rPr>
              <w:t>3</w:t>
            </w:r>
          </w:p>
        </w:tc>
        <w:tc>
          <w:tcPr>
            <w:tcW w:type="dxa" w:w="775"/>
          </w:tcPr>
          <w:p>
            <w:pPr>
              <w:spacing w:after="0"/>
              <w:jc w:val="right"/>
            </w:pPr>
            <w:r>
              <w:rPr>
                <w:sz w:val="16"/>
              </w:rPr>
              <w:t>6</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7</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166</w:t>
            </w:r>
          </w:p>
        </w:tc>
        <w:tc>
          <w:tcPr>
            <w:tcW w:type="dxa" w:w="1117"/>
          </w:tcPr>
          <w:p>
            <w:pPr>
              <w:spacing w:after="0"/>
              <w:jc w:val="right"/>
            </w:pPr>
            <w:r>
              <w:rPr>
                <w:sz w:val="16"/>
              </w:rPr>
              <w:t>11</w:t>
            </w:r>
          </w:p>
        </w:tc>
        <w:tc>
          <w:tcPr>
            <w:tcW w:type="dxa" w:w="1940"/>
          </w:tcPr>
          <w:p>
            <w:pPr>
              <w:spacing w:after="0"/>
              <w:jc w:val="right"/>
            </w:pPr>
            <w:r>
              <w:rPr>
                <w:sz w:val="16"/>
              </w:rPr>
              <w:t>1</w:t>
            </w:r>
          </w:p>
        </w:tc>
        <w:tc>
          <w:tcPr>
            <w:tcW w:type="dxa" w:w="775"/>
          </w:tcPr>
          <w:p>
            <w:pPr>
              <w:spacing w:after="0"/>
              <w:jc w:val="right"/>
            </w:pPr>
            <w:r>
              <w:rPr>
                <w:sz w:val="16"/>
              </w:rPr>
              <w:t>34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 High Wind and 10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26</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24"/>
        <w:gridCol w:w="1865"/>
        <w:gridCol w:w="974"/>
        <w:gridCol w:w="2929"/>
        <w:gridCol w:w="36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24"/>
            <w:shd w:val="clear" w:color="auto" w:fill="E8E8E8"/>
          </w:tcPr>
          <w:p>
            <w:pPr>
              <w:spacing w:after="0"/>
              <w:jc w:val="left"/>
            </w:pPr>
            <w:r>
              <w:rPr>
                <w:b/>
                <w:sz w:val="16"/>
              </w:rPr>
              <w:t>Magnitude or extent</w:t>
            </w:r>
          </w:p>
        </w:tc>
        <w:tc>
          <w:tcPr>
            <w:tcW w:type="dxa" w:w="1865"/>
            <w:shd w:val="clear" w:color="auto" w:fill="E8E8E8"/>
          </w:tcPr>
          <w:p>
            <w:pPr>
              <w:spacing w:after="0"/>
              <w:jc w:val="left"/>
            </w:pPr>
            <w:r>
              <w:rPr>
                <w:b/>
                <w:sz w:val="16"/>
              </w:rPr>
              <w:t>Damage</w:t>
            </w:r>
          </w:p>
          <w:p>
            <w:pPr>
              <w:spacing w:after="0"/>
              <w:jc w:val="left"/>
            </w:pPr>
            <w:r>
              <w:rPr>
                <w:i/>
                <w:color w:val="555555"/>
                <w:sz w:val="14"/>
              </w:rPr>
              <w:t>nominal dollars</w:t>
            </w:r>
          </w:p>
        </w:tc>
        <w:tc>
          <w:tcPr>
            <w:tcW w:type="dxa" w:w="97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29"/>
            <w:shd w:val="clear" w:color="auto" w:fill="E8E8E8"/>
          </w:tcPr>
          <w:p>
            <w:pPr>
              <w:spacing w:after="0"/>
              <w:jc w:val="left"/>
            </w:pPr>
            <w:r>
              <w:rPr>
                <w:b/>
                <w:sz w:val="16"/>
              </w:rPr>
              <w:t>Location</w:t>
            </w:r>
          </w:p>
        </w:tc>
        <w:tc>
          <w:tcPr>
            <w:tcW w:type="dxa" w:w="36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424"/>
          </w:tcPr>
          <w:p>
            <w:pPr>
              <w:spacing w:after="0"/>
              <w:jc w:val="left"/>
            </w:pPr>
          </w:p>
        </w:tc>
        <w:tc>
          <w:tcPr>
            <w:tcW w:type="dxa" w:w="1865"/>
          </w:tcPr>
          <w:p>
            <w:pPr>
              <w:spacing w:after="0"/>
              <w:jc w:val="left"/>
            </w:pPr>
            <w:r>
              <w:rPr>
                <w:sz w:val="16"/>
              </w:rPr>
              <w:t>$150,000 property; crops not reported (zone total, 2017 dollars)</w:t>
            </w:r>
          </w:p>
        </w:tc>
        <w:tc>
          <w:tcPr>
            <w:tcW w:type="dxa" w:w="974"/>
          </w:tcPr>
          <w:p>
            <w:pPr>
              <w:spacing w:after="0"/>
              <w:jc w:val="right"/>
            </w:pPr>
            <w:r>
              <w:rPr>
                <w:sz w:val="16"/>
              </w:rPr>
              <w:t>0, 0</w:t>
            </w:r>
          </w:p>
        </w:tc>
        <w:tc>
          <w:tcPr>
            <w:tcW w:type="dxa" w:w="2929"/>
          </w:tcPr>
          <w:p>
            <w:pPr>
              <w:spacing w:after="0"/>
              <w:jc w:val="left"/>
            </w:pPr>
            <w:r>
              <w:rPr>
                <w:sz w:val="16"/>
              </w:rPr>
              <w:t>NWS zone GAZ036 (CLARKE), zone-level</w:t>
            </w:r>
          </w:p>
        </w:tc>
        <w:tc>
          <w:tcPr>
            <w:tcW w:type="dxa" w:w="36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2016-08-04</w:t>
            </w:r>
          </w:p>
        </w:tc>
        <w:tc>
          <w:tcPr>
            <w:tcW w:type="dxa" w:w="1215"/>
          </w:tcPr>
          <w:p>
            <w:pPr>
              <w:spacing w:after="0"/>
              <w:jc w:val="left"/>
            </w:pPr>
            <w:r>
              <w:rPr>
                <w:sz w:val="16"/>
              </w:rPr>
              <w:t>Flash Flood</w:t>
            </w:r>
          </w:p>
        </w:tc>
        <w:tc>
          <w:tcPr>
            <w:tcW w:type="dxa" w:w="2424"/>
          </w:tcPr>
          <w:p>
            <w:pPr>
              <w:spacing w:after="0"/>
              <w:jc w:val="left"/>
            </w:pPr>
          </w:p>
        </w:tc>
        <w:tc>
          <w:tcPr>
            <w:tcW w:type="dxa" w:w="1865"/>
          </w:tcPr>
          <w:p>
            <w:pPr>
              <w:spacing w:after="0"/>
              <w:jc w:val="left"/>
            </w:pPr>
            <w:r>
              <w:rPr>
                <w:sz w:val="16"/>
              </w:rPr>
              <w:t>$30,000 property; $0 crops (2016 dollars)</w:t>
            </w:r>
          </w:p>
        </w:tc>
        <w:tc>
          <w:tcPr>
            <w:tcW w:type="dxa" w:w="974"/>
          </w:tcPr>
          <w:p>
            <w:pPr>
              <w:spacing w:after="0"/>
              <w:jc w:val="right"/>
            </w:pPr>
            <w:r>
              <w:rPr>
                <w:sz w:val="16"/>
              </w:rPr>
              <w:t>0, 0</w:t>
            </w:r>
          </w:p>
        </w:tc>
        <w:tc>
          <w:tcPr>
            <w:tcW w:type="dxa" w:w="2929"/>
          </w:tcPr>
          <w:p>
            <w:pPr>
              <w:spacing w:after="0"/>
              <w:jc w:val="left"/>
            </w:pPr>
            <w:r>
              <w:rPr>
                <w:sz w:val="16"/>
              </w:rPr>
              <w:t>PRINCETON</w:t>
            </w:r>
          </w:p>
        </w:tc>
        <w:tc>
          <w:tcPr>
            <w:tcW w:type="dxa" w:w="36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2010-08-13</w:t>
            </w:r>
          </w:p>
        </w:tc>
        <w:tc>
          <w:tcPr>
            <w:tcW w:type="dxa" w:w="1215"/>
          </w:tcPr>
          <w:p>
            <w:pPr>
              <w:spacing w:after="0"/>
              <w:jc w:val="left"/>
            </w:pPr>
            <w:r>
              <w:rPr>
                <w:sz w:val="16"/>
              </w:rPr>
              <w:t>Lightning</w:t>
            </w:r>
          </w:p>
        </w:tc>
        <w:tc>
          <w:tcPr>
            <w:tcW w:type="dxa" w:w="2424"/>
          </w:tcPr>
          <w:p>
            <w:pPr>
              <w:spacing w:after="0"/>
              <w:jc w:val="left"/>
            </w:pPr>
          </w:p>
        </w:tc>
        <w:tc>
          <w:tcPr>
            <w:tcW w:type="dxa" w:w="1865"/>
          </w:tcPr>
          <w:p>
            <w:pPr>
              <w:spacing w:after="0"/>
              <w:jc w:val="left"/>
            </w:pPr>
            <w:r>
              <w:rPr>
                <w:sz w:val="16"/>
              </w:rPr>
              <w:t>$200,000 property; $0 crops (2010 dollars)</w:t>
            </w:r>
          </w:p>
        </w:tc>
        <w:tc>
          <w:tcPr>
            <w:tcW w:type="dxa" w:w="974"/>
          </w:tcPr>
          <w:p>
            <w:pPr>
              <w:spacing w:after="0"/>
              <w:jc w:val="right"/>
            </w:pPr>
            <w:r>
              <w:rPr>
                <w:sz w:val="16"/>
              </w:rPr>
              <w:t>0, 0</w:t>
            </w:r>
          </w:p>
        </w:tc>
        <w:tc>
          <w:tcPr>
            <w:tcW w:type="dxa" w:w="2929"/>
          </w:tcPr>
          <w:p>
            <w:pPr>
              <w:spacing w:after="0"/>
              <w:jc w:val="left"/>
            </w:pPr>
            <w:r>
              <w:rPr>
                <w:sz w:val="16"/>
              </w:rPr>
              <w:t>WINTERVILLE</w:t>
            </w:r>
          </w:p>
        </w:tc>
        <w:tc>
          <w:tcPr>
            <w:tcW w:type="dxa" w:w="3668"/>
          </w:tcPr>
          <w:p>
            <w:pPr>
              <w:spacing w:after="0"/>
              <w:jc w:val="left"/>
            </w:pPr>
            <w:r>
              <w:rPr>
                <w:sz w:val="16"/>
              </w:rPr>
              <w:t>B1-c worst recorded: Lightning</w:t>
            </w:r>
          </w:p>
        </w:tc>
      </w:tr>
      <w:tr>
        <w:trPr>
          <w:cantSplit/>
        </w:trPr>
        <w:tc>
          <w:tcPr>
            <w:tcW w:type="dxa" w:w="1037"/>
          </w:tcPr>
          <w:p>
            <w:pPr>
              <w:spacing w:after="0"/>
              <w:jc w:val="left"/>
            </w:pPr>
            <w:r>
              <w:rPr>
                <w:sz w:val="16"/>
              </w:rPr>
              <w:t>2005-04-02</w:t>
            </w:r>
          </w:p>
        </w:tc>
        <w:tc>
          <w:tcPr>
            <w:tcW w:type="dxa" w:w="1215"/>
          </w:tcPr>
          <w:p>
            <w:pPr>
              <w:spacing w:after="0"/>
              <w:jc w:val="left"/>
            </w:pPr>
            <w:r>
              <w:rPr>
                <w:sz w:val="16"/>
              </w:rPr>
              <w:t>Strong Wind</w:t>
            </w:r>
          </w:p>
        </w:tc>
        <w:tc>
          <w:tcPr>
            <w:tcW w:type="dxa" w:w="2424"/>
          </w:tcPr>
          <w:p>
            <w:pPr>
              <w:spacing w:after="0"/>
              <w:jc w:val="left"/>
            </w:pPr>
            <w:r>
              <w:rPr>
                <w:sz w:val="16"/>
              </w:rPr>
              <w:t>39 kt (45 mph) estimated gust</w:t>
            </w:r>
          </w:p>
        </w:tc>
        <w:tc>
          <w:tcPr>
            <w:tcW w:type="dxa" w:w="1865"/>
          </w:tcPr>
          <w:p>
            <w:pPr>
              <w:spacing w:after="0"/>
              <w:jc w:val="left"/>
            </w:pPr>
            <w:r>
              <w:rPr>
                <w:sz w:val="16"/>
              </w:rPr>
              <w:t>$25,000 property; crops not reported (zone total, 2005 dollars)</w:t>
            </w:r>
          </w:p>
        </w:tc>
        <w:tc>
          <w:tcPr>
            <w:tcW w:type="dxa" w:w="974"/>
          </w:tcPr>
          <w:p>
            <w:pPr>
              <w:spacing w:after="0"/>
              <w:jc w:val="right"/>
            </w:pPr>
            <w:r>
              <w:rPr>
                <w:sz w:val="16"/>
              </w:rPr>
              <w:t>0, 2</w:t>
            </w:r>
          </w:p>
        </w:tc>
        <w:tc>
          <w:tcPr>
            <w:tcW w:type="dxa" w:w="2929"/>
          </w:tcPr>
          <w:p>
            <w:pPr>
              <w:spacing w:after="0"/>
              <w:jc w:val="left"/>
            </w:pPr>
            <w:r>
              <w:rPr>
                <w:sz w:val="16"/>
              </w:rPr>
              <w:t>NWS zone GAZ036 (CLARKE), zone-level</w:t>
            </w:r>
          </w:p>
        </w:tc>
        <w:tc>
          <w:tcPr>
            <w:tcW w:type="dxa" w:w="3668"/>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424"/>
          </w:tcPr>
          <w:p>
            <w:pPr>
              <w:spacing w:after="0"/>
              <w:jc w:val="left"/>
            </w:pPr>
            <w:r>
              <w:rPr>
                <w:sz w:val="16"/>
              </w:rPr>
              <w:t>50 kt (58 mph) estimated gust</w:t>
            </w:r>
          </w:p>
        </w:tc>
        <w:tc>
          <w:tcPr>
            <w:tcW w:type="dxa" w:w="1865"/>
          </w:tcPr>
          <w:p>
            <w:pPr>
              <w:spacing w:after="0"/>
              <w:jc w:val="left"/>
            </w:pPr>
            <w:r>
              <w:rPr>
                <w:sz w:val="16"/>
              </w:rPr>
              <w:t>$400,000 property; crops not reported (zone total, 2004 dollars)</w:t>
            </w:r>
          </w:p>
        </w:tc>
        <w:tc>
          <w:tcPr>
            <w:tcW w:type="dxa" w:w="974"/>
          </w:tcPr>
          <w:p>
            <w:pPr>
              <w:spacing w:after="0"/>
              <w:jc w:val="right"/>
            </w:pPr>
            <w:r>
              <w:rPr>
                <w:sz w:val="16"/>
              </w:rPr>
              <w:t>0, 0</w:t>
            </w:r>
          </w:p>
        </w:tc>
        <w:tc>
          <w:tcPr>
            <w:tcW w:type="dxa" w:w="2929"/>
          </w:tcPr>
          <w:p>
            <w:pPr>
              <w:spacing w:after="0"/>
              <w:jc w:val="left"/>
            </w:pPr>
            <w:r>
              <w:rPr>
                <w:sz w:val="16"/>
              </w:rPr>
              <w:t>NWS zone GAZ036 (CLARKE), zone-level</w:t>
            </w:r>
          </w:p>
        </w:tc>
        <w:tc>
          <w:tcPr>
            <w:tcW w:type="dxa" w:w="3668"/>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424"/>
          </w:tcPr>
          <w:p>
            <w:pPr>
              <w:spacing w:after="0"/>
              <w:jc w:val="left"/>
            </w:pPr>
          </w:p>
        </w:tc>
        <w:tc>
          <w:tcPr>
            <w:tcW w:type="dxa" w:w="1865"/>
          </w:tcPr>
          <w:p>
            <w:pPr>
              <w:spacing w:after="0"/>
              <w:jc w:val="left"/>
            </w:pPr>
            <w:r>
              <w:rPr>
                <w:sz w:val="16"/>
              </w:rPr>
              <w:t>damage not reported</w:t>
            </w:r>
          </w:p>
        </w:tc>
        <w:tc>
          <w:tcPr>
            <w:tcW w:type="dxa" w:w="974"/>
          </w:tcPr>
          <w:p>
            <w:pPr>
              <w:spacing w:after="0"/>
              <w:jc w:val="right"/>
            </w:pPr>
            <w:r>
              <w:rPr>
                <w:sz w:val="16"/>
              </w:rPr>
              <w:t>0, 0</w:t>
            </w:r>
          </w:p>
        </w:tc>
        <w:tc>
          <w:tcPr>
            <w:tcW w:type="dxa" w:w="2929"/>
          </w:tcPr>
          <w:p>
            <w:pPr>
              <w:spacing w:after="0"/>
              <w:jc w:val="left"/>
            </w:pPr>
            <w:r>
              <w:rPr>
                <w:sz w:val="16"/>
              </w:rPr>
              <w:t>NWS zone GAZ036 (CLARKE), zone-level</w:t>
            </w:r>
          </w:p>
        </w:tc>
        <w:tc>
          <w:tcPr>
            <w:tcW w:type="dxa" w:w="36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2424"/>
          </w:tcPr>
          <w:p>
            <w:pPr>
              <w:spacing w:after="0"/>
              <w:jc w:val="left"/>
            </w:pPr>
          </w:p>
        </w:tc>
        <w:tc>
          <w:tcPr>
            <w:tcW w:type="dxa" w:w="1865"/>
          </w:tcPr>
          <w:p>
            <w:pPr>
              <w:spacing w:after="0"/>
              <w:jc w:val="left"/>
            </w:pPr>
            <w:r>
              <w:rPr>
                <w:sz w:val="16"/>
              </w:rPr>
              <w:t>$980,000 property; crops not reported (zone total, 2000 dollars)</w:t>
            </w:r>
          </w:p>
        </w:tc>
        <w:tc>
          <w:tcPr>
            <w:tcW w:type="dxa" w:w="974"/>
          </w:tcPr>
          <w:p>
            <w:pPr>
              <w:spacing w:after="0"/>
              <w:jc w:val="right"/>
            </w:pPr>
            <w:r>
              <w:rPr>
                <w:sz w:val="16"/>
              </w:rPr>
              <w:t>0, 0</w:t>
            </w:r>
          </w:p>
        </w:tc>
        <w:tc>
          <w:tcPr>
            <w:tcW w:type="dxa" w:w="2929"/>
          </w:tcPr>
          <w:p>
            <w:pPr>
              <w:spacing w:after="0"/>
              <w:jc w:val="left"/>
            </w:pPr>
            <w:r>
              <w:rPr>
                <w:sz w:val="16"/>
              </w:rPr>
              <w:t>NWS zone GAZ036 (CLARKE), zone-level</w:t>
            </w:r>
          </w:p>
        </w:tc>
        <w:tc>
          <w:tcPr>
            <w:tcW w:type="dxa" w:w="3668"/>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424"/>
          </w:tcPr>
          <w:p>
            <w:pPr>
              <w:spacing w:after="0"/>
              <w:jc w:val="left"/>
            </w:pPr>
          </w:p>
        </w:tc>
        <w:tc>
          <w:tcPr>
            <w:tcW w:type="dxa" w:w="1865"/>
          </w:tcPr>
          <w:p>
            <w:pPr>
              <w:spacing w:after="0"/>
              <w:jc w:val="left"/>
            </w:pPr>
            <w:r>
              <w:rPr>
                <w:sz w:val="16"/>
              </w:rPr>
              <w:t>damage not reported</w:t>
            </w:r>
          </w:p>
        </w:tc>
        <w:tc>
          <w:tcPr>
            <w:tcW w:type="dxa" w:w="974"/>
          </w:tcPr>
          <w:p>
            <w:pPr>
              <w:spacing w:after="0"/>
              <w:jc w:val="right"/>
            </w:pPr>
            <w:r>
              <w:rPr>
                <w:sz w:val="16"/>
              </w:rPr>
              <w:t>0, 0</w:t>
            </w:r>
          </w:p>
        </w:tc>
        <w:tc>
          <w:tcPr>
            <w:tcW w:type="dxa" w:w="2929"/>
          </w:tcPr>
          <w:p>
            <w:pPr>
              <w:spacing w:after="0"/>
              <w:jc w:val="left"/>
            </w:pPr>
            <w:r>
              <w:rPr>
                <w:sz w:val="16"/>
              </w:rPr>
              <w:t>NWS zone GAZ036 (CLARKE), zone-level</w:t>
            </w:r>
          </w:p>
        </w:tc>
        <w:tc>
          <w:tcPr>
            <w:tcW w:type="dxa" w:w="3668"/>
          </w:tcPr>
          <w:p>
            <w:pPr>
              <w:spacing w:after="0"/>
              <w:jc w:val="left"/>
            </w:pPr>
            <w:r>
              <w:rPr>
                <w:sz w:val="16"/>
              </w:rPr>
              <w:t>B1-c worst recorded: Excessive Heat, Heat</w:t>
            </w:r>
          </w:p>
        </w:tc>
      </w:tr>
      <w:tr>
        <w:trPr>
          <w:cantSplit/>
        </w:trPr>
        <w:tc>
          <w:tcPr>
            <w:tcW w:type="dxa" w:w="1037"/>
          </w:tcPr>
          <w:p>
            <w:pPr>
              <w:spacing w:after="0"/>
              <w:jc w:val="left"/>
            </w:pPr>
            <w:r>
              <w:rPr>
                <w:sz w:val="16"/>
              </w:rPr>
              <w:t>1999-06-04</w:t>
            </w:r>
          </w:p>
        </w:tc>
        <w:tc>
          <w:tcPr>
            <w:tcW w:type="dxa" w:w="1215"/>
          </w:tcPr>
          <w:p>
            <w:pPr>
              <w:spacing w:after="0"/>
              <w:jc w:val="left"/>
            </w:pPr>
            <w:r>
              <w:rPr>
                <w:sz w:val="16"/>
              </w:rPr>
              <w:t>Hail</w:t>
            </w:r>
          </w:p>
        </w:tc>
        <w:tc>
          <w:tcPr>
            <w:tcW w:type="dxa" w:w="2424"/>
          </w:tcPr>
          <w:p>
            <w:pPr>
              <w:spacing w:after="0"/>
              <w:jc w:val="left"/>
            </w:pPr>
            <w:r>
              <w:rPr>
                <w:sz w:val="16"/>
              </w:rPr>
              <w:t>2.75 in</w:t>
            </w:r>
          </w:p>
        </w:tc>
        <w:tc>
          <w:tcPr>
            <w:tcW w:type="dxa" w:w="1865"/>
          </w:tcPr>
          <w:p>
            <w:pPr>
              <w:spacing w:after="0"/>
              <w:jc w:val="left"/>
            </w:pPr>
            <w:r>
              <w:rPr>
                <w:sz w:val="16"/>
              </w:rPr>
              <w:t>$5,000 property; crops not reported (1999 dollars)</w:t>
            </w:r>
          </w:p>
        </w:tc>
        <w:tc>
          <w:tcPr>
            <w:tcW w:type="dxa" w:w="974"/>
          </w:tcPr>
          <w:p>
            <w:pPr>
              <w:spacing w:after="0"/>
              <w:jc w:val="right"/>
            </w:pPr>
            <w:r>
              <w:rPr>
                <w:sz w:val="16"/>
              </w:rPr>
              <w:t>0, 0</w:t>
            </w:r>
          </w:p>
        </w:tc>
        <w:tc>
          <w:tcPr>
            <w:tcW w:type="dxa" w:w="2929"/>
          </w:tcPr>
          <w:p>
            <w:pPr>
              <w:spacing w:after="0"/>
              <w:jc w:val="left"/>
            </w:pPr>
            <w:r>
              <w:rPr>
                <w:sz w:val="16"/>
              </w:rPr>
              <w:t>ATHENS</w:t>
            </w:r>
          </w:p>
        </w:tc>
        <w:tc>
          <w:tcPr>
            <w:tcW w:type="dxa" w:w="3668"/>
          </w:tcPr>
          <w:p>
            <w:pPr>
              <w:spacing w:after="0"/>
              <w:jc w:val="left"/>
            </w:pPr>
            <w:r>
              <w:rPr>
                <w:sz w:val="16"/>
              </w:rPr>
              <w:t>B1-c worst recorded: Hail</w:t>
            </w:r>
          </w:p>
        </w:tc>
      </w:tr>
      <w:tr>
        <w:trPr>
          <w:cantSplit/>
        </w:trPr>
        <w:tc>
          <w:tcPr>
            <w:tcW w:type="dxa" w:w="1037"/>
          </w:tcPr>
          <w:p>
            <w:pPr>
              <w:spacing w:after="0"/>
              <w:jc w:val="left"/>
            </w:pPr>
            <w:r>
              <w:rPr>
                <w:sz w:val="16"/>
              </w:rPr>
              <w:t>1986-07-21</w:t>
            </w:r>
          </w:p>
        </w:tc>
        <w:tc>
          <w:tcPr>
            <w:tcW w:type="dxa" w:w="1215"/>
          </w:tcPr>
          <w:p>
            <w:pPr>
              <w:spacing w:after="0"/>
              <w:jc w:val="left"/>
            </w:pPr>
            <w:r>
              <w:rPr>
                <w:sz w:val="16"/>
              </w:rPr>
              <w:t>Thunderstorm Wind</w:t>
            </w:r>
          </w:p>
        </w:tc>
        <w:tc>
          <w:tcPr>
            <w:tcW w:type="dxa" w:w="2424"/>
          </w:tcPr>
          <w:p>
            <w:pPr>
              <w:spacing w:after="0"/>
              <w:jc w:val="left"/>
            </w:pPr>
            <w:r>
              <w:rPr>
                <w:sz w:val="16"/>
              </w:rPr>
              <w:t>68 kt (78 mph), measurement type not recorded</w:t>
            </w:r>
          </w:p>
        </w:tc>
        <w:tc>
          <w:tcPr>
            <w:tcW w:type="dxa" w:w="1865"/>
          </w:tcPr>
          <w:p>
            <w:pPr>
              <w:spacing w:after="0"/>
              <w:jc w:val="left"/>
            </w:pPr>
            <w:r>
              <w:rPr>
                <w:sz w:val="16"/>
              </w:rPr>
              <w:t>damage not recorded (pre-1996 record)</w:t>
            </w:r>
          </w:p>
        </w:tc>
        <w:tc>
          <w:tcPr>
            <w:tcW w:type="dxa" w:w="974"/>
          </w:tcPr>
          <w:p>
            <w:pPr>
              <w:spacing w:after="0"/>
              <w:jc w:val="right"/>
            </w:pPr>
            <w:r>
              <w:rPr>
                <w:sz w:val="16"/>
              </w:rPr>
              <w:t>0, 0</w:t>
            </w:r>
          </w:p>
        </w:tc>
        <w:tc>
          <w:tcPr>
            <w:tcW w:type="dxa" w:w="2929"/>
          </w:tcPr>
          <w:p>
            <w:pPr>
              <w:spacing w:after="0"/>
              <w:jc w:val="left"/>
            </w:pPr>
            <w:r>
              <w:rPr>
                <w:sz w:val="16"/>
              </w:rPr>
              <w:t>location not recorded</w:t>
            </w:r>
          </w:p>
        </w:tc>
        <w:tc>
          <w:tcPr>
            <w:tcW w:type="dxa" w:w="3668"/>
          </w:tcPr>
          <w:p>
            <w:pPr>
              <w:spacing w:after="0"/>
              <w:jc w:val="left"/>
            </w:pPr>
            <w:r>
              <w:rPr>
                <w:sz w:val="16"/>
              </w:rPr>
              <w:t>B1-c worst recorded: Thunderstorm Wind</w:t>
            </w:r>
          </w:p>
        </w:tc>
      </w:tr>
      <w:tr>
        <w:trPr>
          <w:cantSplit/>
        </w:trPr>
        <w:tc>
          <w:tcPr>
            <w:tcW w:type="dxa" w:w="1037"/>
          </w:tcPr>
          <w:p>
            <w:pPr>
              <w:spacing w:after="0"/>
              <w:jc w:val="left"/>
            </w:pPr>
            <w:r>
              <w:rPr>
                <w:sz w:val="16"/>
              </w:rPr>
              <w:t>1973-05-28</w:t>
            </w:r>
          </w:p>
        </w:tc>
        <w:tc>
          <w:tcPr>
            <w:tcW w:type="dxa" w:w="1215"/>
          </w:tcPr>
          <w:p>
            <w:pPr>
              <w:spacing w:after="0"/>
              <w:jc w:val="left"/>
            </w:pPr>
            <w:r>
              <w:rPr>
                <w:sz w:val="16"/>
              </w:rPr>
              <w:t>Tornado</w:t>
            </w:r>
          </w:p>
        </w:tc>
        <w:tc>
          <w:tcPr>
            <w:tcW w:type="dxa" w:w="2424"/>
          </w:tcPr>
          <w:p>
            <w:pPr>
              <w:spacing w:after="0"/>
              <w:jc w:val="left"/>
            </w:pPr>
            <w:r>
              <w:rPr>
                <w:sz w:val="16"/>
              </w:rPr>
              <w:t>F3, 9.8 mi path length (whole path, pre-1996), 100 yd wide</w:t>
            </w:r>
          </w:p>
        </w:tc>
        <w:tc>
          <w:tcPr>
            <w:tcW w:type="dxa" w:w="1865"/>
          </w:tcPr>
          <w:p>
            <w:pPr>
              <w:spacing w:after="0"/>
              <w:jc w:val="left"/>
            </w:pPr>
            <w:r>
              <w:rPr>
                <w:sz w:val="16"/>
              </w:rPr>
              <w:t>$25,000,000 property; crops not recorded (1973 dollars)</w:t>
            </w:r>
          </w:p>
        </w:tc>
        <w:tc>
          <w:tcPr>
            <w:tcW w:type="dxa" w:w="974"/>
          </w:tcPr>
          <w:p>
            <w:pPr>
              <w:spacing w:after="0"/>
              <w:jc w:val="right"/>
            </w:pPr>
            <w:r>
              <w:rPr>
                <w:sz w:val="16"/>
              </w:rPr>
              <w:t>1, 65</w:t>
            </w:r>
          </w:p>
        </w:tc>
        <w:tc>
          <w:tcPr>
            <w:tcW w:type="dxa" w:w="2929"/>
          </w:tcPr>
          <w:p>
            <w:pPr>
              <w:spacing w:after="0"/>
              <w:jc w:val="left"/>
            </w:pPr>
            <w:r>
              <w:rPr>
                <w:sz w:val="16"/>
              </w:rPr>
              <w:t>location not recorded</w:t>
            </w:r>
          </w:p>
        </w:tc>
        <w:tc>
          <w:tcPr>
            <w:tcW w:type="dxa" w:w="3668"/>
          </w:tcPr>
          <w:p>
            <w:pPr>
              <w:spacing w:after="0"/>
              <w:jc w:val="left"/>
            </w:pPr>
            <w:r>
              <w:rPr>
                <w:sz w:val="16"/>
              </w:rPr>
              <w:t>deaths or injuries recorded</w:t>
            </w:r>
          </w:p>
        </w:tc>
      </w:tr>
      <w:tr>
        <w:trPr>
          <w:cantSplit/>
        </w:trPr>
        <w:tc>
          <w:tcPr>
            <w:tcW w:type="dxa" w:w="1037"/>
          </w:tcPr>
          <w:p>
            <w:pPr>
              <w:spacing w:after="0"/>
              <w:jc w:val="left"/>
            </w:pPr>
            <w:r>
              <w:rPr>
                <w:sz w:val="16"/>
              </w:rPr>
              <w:t>1973-03-31</w:t>
            </w:r>
          </w:p>
        </w:tc>
        <w:tc>
          <w:tcPr>
            <w:tcW w:type="dxa" w:w="1215"/>
          </w:tcPr>
          <w:p>
            <w:pPr>
              <w:spacing w:after="0"/>
              <w:jc w:val="left"/>
            </w:pPr>
            <w:r>
              <w:rPr>
                <w:sz w:val="16"/>
              </w:rPr>
              <w:t>Tornado</w:t>
            </w:r>
          </w:p>
        </w:tc>
        <w:tc>
          <w:tcPr>
            <w:tcW w:type="dxa" w:w="2424"/>
          </w:tcPr>
          <w:p>
            <w:pPr>
              <w:spacing w:after="0"/>
              <w:jc w:val="left"/>
            </w:pPr>
            <w:r>
              <w:rPr>
                <w:sz w:val="16"/>
              </w:rPr>
              <w:t>F2, 12.4 mi path length (whole path, pre-1996), 500 yd wide</w:t>
            </w:r>
          </w:p>
        </w:tc>
        <w:tc>
          <w:tcPr>
            <w:tcW w:type="dxa" w:w="1865"/>
          </w:tcPr>
          <w:p>
            <w:pPr>
              <w:spacing w:after="0"/>
              <w:jc w:val="left"/>
            </w:pPr>
            <w:r>
              <w:rPr>
                <w:sz w:val="16"/>
              </w:rPr>
              <w:t>$250,000,000 property; crops not recorded (1973 dollars)</w:t>
            </w:r>
          </w:p>
        </w:tc>
        <w:tc>
          <w:tcPr>
            <w:tcW w:type="dxa" w:w="974"/>
          </w:tcPr>
          <w:p>
            <w:pPr>
              <w:spacing w:after="0"/>
              <w:jc w:val="right"/>
            </w:pPr>
            <w:r>
              <w:rPr>
                <w:sz w:val="16"/>
              </w:rPr>
              <w:t>1, 50</w:t>
            </w:r>
          </w:p>
        </w:tc>
        <w:tc>
          <w:tcPr>
            <w:tcW w:type="dxa" w:w="2929"/>
          </w:tcPr>
          <w:p>
            <w:pPr>
              <w:spacing w:after="0"/>
              <w:jc w:val="left"/>
            </w:pPr>
            <w:r>
              <w:rPr>
                <w:sz w:val="16"/>
              </w:rPr>
              <w:t>location not recorded</w:t>
            </w:r>
          </w:p>
        </w:tc>
        <w:tc>
          <w:tcPr>
            <w:tcW w:type="dxa" w:w="366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0.368</w:t>
            </w:r>
          </w:p>
        </w:tc>
        <w:tc>
          <w:tcPr>
            <w:tcW w:type="dxa" w:w="1335"/>
          </w:tcPr>
          <w:p>
            <w:pPr>
              <w:spacing w:after="0"/>
              <w:jc w:val="left"/>
            </w:pPr>
            <w:r>
              <w:rPr>
                <w:sz w:val="16"/>
              </w:rPr>
              <w:t>event-days per year</w:t>
            </w:r>
          </w:p>
        </w:tc>
        <w:tc>
          <w:tcPr>
            <w:tcW w:type="dxa" w:w="1717"/>
          </w:tcPr>
          <w:p>
            <w:pPr>
              <w:spacing w:after="0"/>
              <w:jc w:val="left"/>
            </w:pPr>
            <w:r>
              <w:rPr>
                <w:sz w:val="16"/>
              </w:rPr>
              <w:t>about 0.368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42.1</w:t>
            </w:r>
          </w:p>
        </w:tc>
        <w:tc>
          <w:tcPr>
            <w:tcW w:type="dxa" w:w="1335"/>
          </w:tcPr>
          <w:p>
            <w:pPr>
              <w:spacing w:after="0"/>
              <w:jc w:val="left"/>
            </w:pPr>
            <w:r>
              <w:rPr>
                <w:sz w:val="16"/>
              </w:rPr>
              <w:t>event-days per year</w:t>
            </w:r>
          </w:p>
        </w:tc>
        <w:tc>
          <w:tcPr>
            <w:tcW w:type="dxa" w:w="1717"/>
          </w:tcPr>
          <w:p>
            <w:pPr>
              <w:spacing w:after="0"/>
              <w:jc w:val="left"/>
            </w:pPr>
            <w:r>
              <w:rPr>
                <w:sz w:val="16"/>
              </w:rPr>
              <w:t>about 42.1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1,302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0.00204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0.204%</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4.64</w:t>
            </w:r>
          </w:p>
        </w:tc>
        <w:tc>
          <w:tcPr>
            <w:tcW w:type="dxa" w:w="1335"/>
          </w:tcPr>
          <w:p>
            <w:pPr>
              <w:spacing w:after="0"/>
              <w:jc w:val="left"/>
            </w:pPr>
            <w:r>
              <w:rPr>
                <w:sz w:val="16"/>
              </w:rPr>
              <w:t>events per year</w:t>
            </w:r>
          </w:p>
        </w:tc>
        <w:tc>
          <w:tcPr>
            <w:tcW w:type="dxa" w:w="1717"/>
          </w:tcPr>
          <w:p>
            <w:pPr>
              <w:spacing w:after="0"/>
              <w:jc w:val="left"/>
            </w:pPr>
            <w:r>
              <w:rPr>
                <w:sz w:val="16"/>
              </w:rPr>
              <w:t>about 4.64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176.3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4.16</w:t>
            </w:r>
          </w:p>
        </w:tc>
        <w:tc>
          <w:tcPr>
            <w:tcW w:type="dxa" w:w="1335"/>
          </w:tcPr>
          <w:p>
            <w:pPr>
              <w:spacing w:after="0"/>
              <w:jc w:val="left"/>
            </w:pPr>
            <w:r>
              <w:rPr>
                <w:sz w:val="16"/>
              </w:rPr>
              <w:t>event-days per year</w:t>
            </w:r>
          </w:p>
        </w:tc>
        <w:tc>
          <w:tcPr>
            <w:tcW w:type="dxa" w:w="1717"/>
          </w:tcPr>
          <w:p>
            <w:pPr>
              <w:spacing w:after="0"/>
              <w:jc w:val="left"/>
            </w:pPr>
            <w:r>
              <w:rPr>
                <w:sz w:val="16"/>
              </w:rPr>
              <w:t>about 4.16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69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0.0518</w:t>
            </w:r>
          </w:p>
        </w:tc>
        <w:tc>
          <w:tcPr>
            <w:tcW w:type="dxa" w:w="1335"/>
          </w:tcPr>
          <w:p>
            <w:pPr>
              <w:spacing w:after="0"/>
              <w:jc w:val="left"/>
            </w:pPr>
            <w:r>
              <w:rPr>
                <w:sz w:val="16"/>
              </w:rPr>
              <w:t>events per year</w:t>
            </w:r>
          </w:p>
        </w:tc>
        <w:tc>
          <w:tcPr>
            <w:tcW w:type="dxa" w:w="1717"/>
          </w:tcPr>
          <w:p>
            <w:pPr>
              <w:spacing w:after="0"/>
              <w:jc w:val="left"/>
            </w:pPr>
            <w:r>
              <w:rPr>
                <w:sz w:val="16"/>
              </w:rPr>
              <w:t>about 1 in 19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11</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1.27</w:t>
            </w:r>
          </w:p>
        </w:tc>
        <w:tc>
          <w:tcPr>
            <w:tcW w:type="dxa" w:w="1335"/>
          </w:tcPr>
          <w:p>
            <w:pPr>
              <w:spacing w:after="0"/>
              <w:jc w:val="left"/>
            </w:pPr>
            <w:r>
              <w:rPr>
                <w:sz w:val="16"/>
              </w:rPr>
              <w:t>event-days per year</w:t>
            </w:r>
          </w:p>
        </w:tc>
        <w:tc>
          <w:tcPr>
            <w:tcW w:type="dxa" w:w="1717"/>
          </w:tcPr>
          <w:p>
            <w:pPr>
              <w:spacing w:after="0"/>
              <w:jc w:val="left"/>
            </w:pPr>
            <w:r>
              <w:rPr>
                <w:sz w:val="16"/>
              </w:rPr>
              <w:t>about 1.27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85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0.393</w:t>
            </w:r>
          </w:p>
        </w:tc>
        <w:tc>
          <w:tcPr>
            <w:tcW w:type="dxa" w:w="1335"/>
          </w:tcPr>
          <w:p>
            <w:pPr>
              <w:spacing w:after="0"/>
              <w:jc w:val="left"/>
            </w:pPr>
            <w:r>
              <w:rPr>
                <w:sz w:val="16"/>
              </w:rPr>
              <w:t>event-days per year</w:t>
            </w:r>
          </w:p>
        </w:tc>
        <w:tc>
          <w:tcPr>
            <w:tcW w:type="dxa" w:w="1717"/>
          </w:tcPr>
          <w:p>
            <w:pPr>
              <w:spacing w:after="0"/>
              <w:jc w:val="left"/>
            </w:pPr>
            <w:r>
              <w:rPr>
                <w:sz w:val="16"/>
              </w:rPr>
              <w:t>about 0.393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9 of 30 years, 1996 to 2025 (30%)</w:t>
            </w:r>
          </w:p>
        </w:tc>
        <w:tc>
          <w:tcPr>
            <w:tcW w:type="dxa" w:w="1572"/>
          </w:tcPr>
          <w:p>
            <w:pPr>
              <w:spacing w:after="0"/>
              <w:jc w:val="right"/>
            </w:pPr>
            <w:r>
              <w:rPr>
                <w:sz w:val="16"/>
              </w:rPr>
              <w:t>11</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0.0754</w:t>
            </w:r>
          </w:p>
        </w:tc>
        <w:tc>
          <w:tcPr>
            <w:tcW w:type="dxa" w:w="1335"/>
          </w:tcPr>
          <w:p>
            <w:pPr>
              <w:spacing w:after="0"/>
              <w:jc w:val="left"/>
            </w:pPr>
            <w:r>
              <w:rPr>
                <w:sz w:val="16"/>
              </w:rPr>
              <w:t>events per year (modeled)</w:t>
            </w:r>
          </w:p>
        </w:tc>
        <w:tc>
          <w:tcPr>
            <w:tcW w:type="dxa" w:w="1717"/>
          </w:tcPr>
          <w:p>
            <w:pPr>
              <w:spacing w:after="0"/>
              <w:jc w:val="left"/>
            </w:pPr>
            <w:r>
              <w:rPr>
                <w:sz w:val="16"/>
              </w:rPr>
              <w:t>about 1 in 13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55.8</w:t>
            </w:r>
          </w:p>
        </w:tc>
        <w:tc>
          <w:tcPr>
            <w:tcW w:type="dxa" w:w="1335"/>
          </w:tcPr>
          <w:p>
            <w:pPr>
              <w:spacing w:after="0"/>
              <w:jc w:val="left"/>
            </w:pPr>
            <w:r>
              <w:rPr>
                <w:sz w:val="16"/>
              </w:rPr>
              <w:t>days per year with a strike</w:t>
            </w:r>
          </w:p>
        </w:tc>
        <w:tc>
          <w:tcPr>
            <w:tcW w:type="dxa" w:w="1717"/>
          </w:tcPr>
          <w:p>
            <w:pPr>
              <w:spacing w:after="0"/>
              <w:jc w:val="left"/>
            </w:pPr>
            <w:r>
              <w:rPr>
                <w:sz w:val="16"/>
              </w:rPr>
              <w:t>about 55.8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2.3</w:t>
            </w:r>
          </w:p>
        </w:tc>
        <w:tc>
          <w:tcPr>
            <w:tcW w:type="dxa" w:w="1335"/>
          </w:tcPr>
          <w:p>
            <w:pPr>
              <w:spacing w:after="0"/>
              <w:jc w:val="left"/>
            </w:pPr>
            <w:r>
              <w:rPr>
                <w:sz w:val="16"/>
              </w:rPr>
              <w:t>events per year</w:t>
            </w:r>
          </w:p>
        </w:tc>
        <w:tc>
          <w:tcPr>
            <w:tcW w:type="dxa" w:w="1717"/>
          </w:tcPr>
          <w:p>
            <w:pPr>
              <w:spacing w:after="0"/>
              <w:jc w:val="left"/>
            </w:pPr>
            <w:r>
              <w:rPr>
                <w:sz w:val="16"/>
              </w:rPr>
              <w:t>about 2.3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88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0.0742</w:t>
            </w:r>
          </w:p>
        </w:tc>
        <w:tc>
          <w:tcPr>
            <w:tcW w:type="dxa" w:w="1335"/>
          </w:tcPr>
          <w:p>
            <w:pPr>
              <w:spacing w:after="0"/>
              <w:jc w:val="left"/>
            </w:pPr>
            <w:r>
              <w:rPr>
                <w:sz w:val="16"/>
              </w:rPr>
              <w:t>events per year</w:t>
            </w:r>
          </w:p>
        </w:tc>
        <w:tc>
          <w:tcPr>
            <w:tcW w:type="dxa" w:w="1717"/>
          </w:tcPr>
          <w:p>
            <w:pPr>
              <w:spacing w:after="0"/>
              <w:jc w:val="left"/>
            </w:pPr>
            <w:r>
              <w:rPr>
                <w:sz w:val="16"/>
              </w:rPr>
              <w:t>about 1 in 13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0.011%</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2.21</w:t>
            </w:r>
          </w:p>
        </w:tc>
        <w:tc>
          <w:tcPr>
            <w:tcW w:type="dxa" w:w="1335"/>
          </w:tcPr>
          <w:p>
            <w:pPr>
              <w:spacing w:after="0"/>
              <w:jc w:val="left"/>
            </w:pPr>
            <w:r>
              <w:rPr>
                <w:sz w:val="16"/>
              </w:rPr>
              <w:t>event-days per year</w:t>
            </w:r>
          </w:p>
        </w:tc>
        <w:tc>
          <w:tcPr>
            <w:tcW w:type="dxa" w:w="1717"/>
          </w:tcPr>
          <w:p>
            <w:pPr>
              <w:spacing w:after="0"/>
              <w:jc w:val="left"/>
            </w:pPr>
            <w:r>
              <w:rPr>
                <w:sz w:val="16"/>
              </w:rPr>
              <w:t>about 2.21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42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34 of 34</w:t>
            </w:r>
          </w:p>
        </w:tc>
        <w:tc>
          <w:tcPr>
            <w:tcW w:type="dxa" w:w="1046"/>
          </w:tcPr>
          <w:p>
            <w:pPr>
              <w:spacing w:after="0"/>
              <w:jc w:val="right"/>
            </w:pPr>
            <w:r>
              <w:rPr>
                <w:sz w:val="16"/>
              </w:rPr>
              <w:t>30.3</w:t>
            </w:r>
          </w:p>
        </w:tc>
        <w:tc>
          <w:tcPr>
            <w:tcW w:type="dxa" w:w="1097"/>
          </w:tcPr>
          <w:p>
            <w:pPr>
              <w:spacing w:after="0"/>
              <w:jc w:val="right"/>
            </w:pPr>
            <w:r>
              <w:rPr>
                <w:sz w:val="16"/>
              </w:rPr>
              <w:t>52.4</w:t>
            </w:r>
          </w:p>
        </w:tc>
        <w:tc>
          <w:tcPr>
            <w:tcW w:type="dxa" w:w="1046"/>
          </w:tcPr>
          <w:p>
            <w:pPr>
              <w:spacing w:after="0"/>
              <w:jc w:val="right"/>
            </w:pPr>
            <w:r>
              <w:rPr>
                <w:sz w:val="16"/>
              </w:rPr>
              <w:t>72.1</w:t>
            </w:r>
          </w:p>
        </w:tc>
        <w:tc>
          <w:tcPr>
            <w:tcW w:type="dxa" w:w="7867"/>
          </w:tcPr>
          <w:p>
            <w:pPr>
              <w:spacing w:after="0"/>
              <w:jc w:val="left"/>
            </w:pPr>
            <w:r>
              <w:rPr>
                <w:sz w:val="16"/>
              </w:rPr>
              <w:t>Relatively Moderate 22, Relatively Low 12</w:t>
            </w:r>
          </w:p>
        </w:tc>
      </w:tr>
      <w:tr>
        <w:trPr>
          <w:cantSplit/>
        </w:trPr>
        <w:tc>
          <w:tcPr>
            <w:tcW w:type="dxa" w:w="1673"/>
          </w:tcPr>
          <w:p>
            <w:pPr>
              <w:spacing w:after="0"/>
              <w:jc w:val="left"/>
            </w:pPr>
            <w:r>
              <w:rPr>
                <w:sz w:val="16"/>
              </w:rPr>
              <w:t>Drought</w:t>
            </w:r>
          </w:p>
        </w:tc>
        <w:tc>
          <w:tcPr>
            <w:tcW w:type="dxa" w:w="1385"/>
          </w:tcPr>
          <w:p>
            <w:pPr>
              <w:spacing w:after="0"/>
              <w:jc w:val="right"/>
            </w:pPr>
            <w:r>
              <w:rPr>
                <w:sz w:val="16"/>
              </w:rPr>
              <w:t>3 of 34</w:t>
            </w:r>
          </w:p>
        </w:tc>
        <w:tc>
          <w:tcPr>
            <w:tcW w:type="dxa" w:w="1046"/>
          </w:tcPr>
          <w:p>
            <w:pPr>
              <w:spacing w:after="0"/>
              <w:jc w:val="right"/>
            </w:pPr>
            <w:r>
              <w:rPr>
                <w:sz w:val="16"/>
              </w:rPr>
              <w:t>87.6</w:t>
            </w:r>
          </w:p>
        </w:tc>
        <w:tc>
          <w:tcPr>
            <w:tcW w:type="dxa" w:w="1097"/>
          </w:tcPr>
          <w:p>
            <w:pPr>
              <w:spacing w:after="0"/>
              <w:jc w:val="right"/>
            </w:pPr>
            <w:r>
              <w:rPr>
                <w:sz w:val="16"/>
              </w:rPr>
              <w:t>92.2</w:t>
            </w:r>
          </w:p>
        </w:tc>
        <w:tc>
          <w:tcPr>
            <w:tcW w:type="dxa" w:w="1046"/>
          </w:tcPr>
          <w:p>
            <w:pPr>
              <w:spacing w:after="0"/>
              <w:jc w:val="right"/>
            </w:pPr>
            <w:r>
              <w:rPr>
                <w:sz w:val="16"/>
              </w:rPr>
              <w:t>94.6</w:t>
            </w:r>
          </w:p>
        </w:tc>
        <w:tc>
          <w:tcPr>
            <w:tcW w:type="dxa" w:w="7867"/>
          </w:tcPr>
          <w:p>
            <w:pPr>
              <w:spacing w:after="0"/>
              <w:jc w:val="left"/>
            </w:pPr>
            <w:r>
              <w:rPr>
                <w:sz w:val="16"/>
              </w:rPr>
              <w:t>Relatively Moderate 2, Relatively Low 1, No Rating 31</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34 of 34</w:t>
            </w:r>
          </w:p>
        </w:tc>
        <w:tc>
          <w:tcPr>
            <w:tcW w:type="dxa" w:w="1046"/>
          </w:tcPr>
          <w:p>
            <w:pPr>
              <w:spacing w:after="0"/>
              <w:jc w:val="right"/>
            </w:pPr>
            <w:r>
              <w:rPr>
                <w:sz w:val="16"/>
              </w:rPr>
              <w:t>30.6</w:t>
            </w:r>
          </w:p>
        </w:tc>
        <w:tc>
          <w:tcPr>
            <w:tcW w:type="dxa" w:w="1097"/>
          </w:tcPr>
          <w:p>
            <w:pPr>
              <w:spacing w:after="0"/>
              <w:jc w:val="right"/>
            </w:pPr>
            <w:r>
              <w:rPr>
                <w:sz w:val="16"/>
              </w:rPr>
              <w:t>66.3</w:t>
            </w:r>
          </w:p>
        </w:tc>
        <w:tc>
          <w:tcPr>
            <w:tcW w:type="dxa" w:w="1046"/>
          </w:tcPr>
          <w:p>
            <w:pPr>
              <w:spacing w:after="0"/>
              <w:jc w:val="right"/>
            </w:pPr>
            <w:r>
              <w:rPr>
                <w:sz w:val="16"/>
              </w:rPr>
              <w:t>83.2</w:t>
            </w:r>
          </w:p>
        </w:tc>
        <w:tc>
          <w:tcPr>
            <w:tcW w:type="dxa" w:w="7867"/>
          </w:tcPr>
          <w:p>
            <w:pPr>
              <w:spacing w:after="0"/>
              <w:jc w:val="left"/>
            </w:pPr>
            <w:r>
              <w:rPr>
                <w:sz w:val="16"/>
              </w:rPr>
              <w:t>Relatively Moderate 4, Relatively Low 28, Very Low 2</w:t>
            </w:r>
          </w:p>
        </w:tc>
      </w:tr>
      <w:tr>
        <w:trPr>
          <w:cantSplit/>
        </w:trPr>
        <w:tc>
          <w:tcPr>
            <w:tcW w:type="dxa" w:w="1673"/>
          </w:tcPr>
          <w:p>
            <w:pPr>
              <w:spacing w:after="0"/>
              <w:jc w:val="left"/>
            </w:pPr>
            <w:r>
              <w:rPr>
                <w:sz w:val="16"/>
              </w:rPr>
              <w:t>Hail</w:t>
            </w:r>
          </w:p>
        </w:tc>
        <w:tc>
          <w:tcPr>
            <w:tcW w:type="dxa" w:w="1385"/>
          </w:tcPr>
          <w:p>
            <w:pPr>
              <w:spacing w:after="0"/>
              <w:jc w:val="right"/>
            </w:pPr>
            <w:r>
              <w:rPr>
                <w:sz w:val="16"/>
              </w:rPr>
              <w:t>34 of 34</w:t>
            </w:r>
          </w:p>
        </w:tc>
        <w:tc>
          <w:tcPr>
            <w:tcW w:type="dxa" w:w="1046"/>
          </w:tcPr>
          <w:p>
            <w:pPr>
              <w:spacing w:after="0"/>
              <w:jc w:val="right"/>
            </w:pPr>
            <w:r>
              <w:rPr>
                <w:sz w:val="16"/>
              </w:rPr>
              <w:t>48.5</w:t>
            </w:r>
          </w:p>
        </w:tc>
        <w:tc>
          <w:tcPr>
            <w:tcW w:type="dxa" w:w="1097"/>
          </w:tcPr>
          <w:p>
            <w:pPr>
              <w:spacing w:after="0"/>
              <w:jc w:val="right"/>
            </w:pPr>
            <w:r>
              <w:rPr>
                <w:sz w:val="16"/>
              </w:rPr>
              <w:t>70.6</w:t>
            </w:r>
          </w:p>
        </w:tc>
        <w:tc>
          <w:tcPr>
            <w:tcW w:type="dxa" w:w="1046"/>
          </w:tcPr>
          <w:p>
            <w:pPr>
              <w:spacing w:after="0"/>
              <w:jc w:val="right"/>
            </w:pPr>
            <w:r>
              <w:rPr>
                <w:sz w:val="16"/>
              </w:rPr>
              <w:t>88.1</w:t>
            </w:r>
          </w:p>
        </w:tc>
        <w:tc>
          <w:tcPr>
            <w:tcW w:type="dxa" w:w="7867"/>
          </w:tcPr>
          <w:p>
            <w:pPr>
              <w:spacing w:after="0"/>
              <w:jc w:val="left"/>
            </w:pPr>
            <w:r>
              <w:rPr>
                <w:sz w:val="16"/>
              </w:rPr>
              <w:t>Relatively Moderate 22, Relatively Low 12</w:t>
            </w:r>
          </w:p>
        </w:tc>
      </w:tr>
      <w:tr>
        <w:trPr>
          <w:cantSplit/>
        </w:trPr>
        <w:tc>
          <w:tcPr>
            <w:tcW w:type="dxa" w:w="1673"/>
          </w:tcPr>
          <w:p>
            <w:pPr>
              <w:spacing w:after="0"/>
              <w:jc w:val="left"/>
            </w:pPr>
            <w:r>
              <w:rPr>
                <w:sz w:val="16"/>
              </w:rPr>
              <w:t>Heat Wave</w:t>
            </w:r>
          </w:p>
        </w:tc>
        <w:tc>
          <w:tcPr>
            <w:tcW w:type="dxa" w:w="1385"/>
          </w:tcPr>
          <w:p>
            <w:pPr>
              <w:spacing w:after="0"/>
              <w:jc w:val="right"/>
            </w:pPr>
            <w:r>
              <w:rPr>
                <w:sz w:val="16"/>
              </w:rPr>
              <w:t>34 of 34</w:t>
            </w:r>
          </w:p>
        </w:tc>
        <w:tc>
          <w:tcPr>
            <w:tcW w:type="dxa" w:w="1046"/>
          </w:tcPr>
          <w:p>
            <w:pPr>
              <w:spacing w:after="0"/>
              <w:jc w:val="right"/>
            </w:pPr>
            <w:r>
              <w:rPr>
                <w:sz w:val="16"/>
              </w:rPr>
              <w:t>14.7</w:t>
            </w:r>
          </w:p>
        </w:tc>
        <w:tc>
          <w:tcPr>
            <w:tcW w:type="dxa" w:w="1097"/>
          </w:tcPr>
          <w:p>
            <w:pPr>
              <w:spacing w:after="0"/>
              <w:jc w:val="right"/>
            </w:pPr>
            <w:r>
              <w:rPr>
                <w:sz w:val="16"/>
              </w:rPr>
              <w:t>43.0</w:t>
            </w:r>
          </w:p>
        </w:tc>
        <w:tc>
          <w:tcPr>
            <w:tcW w:type="dxa" w:w="1046"/>
          </w:tcPr>
          <w:p>
            <w:pPr>
              <w:spacing w:after="0"/>
              <w:jc w:val="right"/>
            </w:pPr>
            <w:r>
              <w:rPr>
                <w:sz w:val="16"/>
              </w:rPr>
              <w:t>70.3</w:t>
            </w:r>
          </w:p>
        </w:tc>
        <w:tc>
          <w:tcPr>
            <w:tcW w:type="dxa" w:w="7867"/>
          </w:tcPr>
          <w:p>
            <w:pPr>
              <w:spacing w:after="0"/>
              <w:jc w:val="left"/>
            </w:pPr>
            <w:r>
              <w:rPr>
                <w:sz w:val="16"/>
              </w:rPr>
              <w:t>Relatively Moderate 6, Relatively Low 27, Very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34 of 34</w:t>
            </w:r>
          </w:p>
        </w:tc>
        <w:tc>
          <w:tcPr>
            <w:tcW w:type="dxa" w:w="1046"/>
          </w:tcPr>
          <w:p>
            <w:pPr>
              <w:spacing w:after="0"/>
              <w:jc w:val="right"/>
            </w:pPr>
            <w:r>
              <w:rPr>
                <w:sz w:val="16"/>
              </w:rPr>
              <w:t>47.5</w:t>
            </w:r>
          </w:p>
        </w:tc>
        <w:tc>
          <w:tcPr>
            <w:tcW w:type="dxa" w:w="1097"/>
          </w:tcPr>
          <w:p>
            <w:pPr>
              <w:spacing w:after="0"/>
              <w:jc w:val="right"/>
            </w:pPr>
            <w:r>
              <w:rPr>
                <w:sz w:val="16"/>
              </w:rPr>
              <w:t>56.0</w:t>
            </w:r>
          </w:p>
        </w:tc>
        <w:tc>
          <w:tcPr>
            <w:tcW w:type="dxa" w:w="1046"/>
          </w:tcPr>
          <w:p>
            <w:pPr>
              <w:spacing w:after="0"/>
              <w:jc w:val="right"/>
            </w:pPr>
            <w:r>
              <w:rPr>
                <w:sz w:val="16"/>
              </w:rPr>
              <w:t>74.5</w:t>
            </w:r>
          </w:p>
        </w:tc>
        <w:tc>
          <w:tcPr>
            <w:tcW w:type="dxa" w:w="7867"/>
          </w:tcPr>
          <w:p>
            <w:pPr>
              <w:spacing w:after="0"/>
              <w:jc w:val="left"/>
            </w:pPr>
            <w:r>
              <w:rPr>
                <w:sz w:val="16"/>
              </w:rPr>
              <w:t>Relatively Low 29, Very Low 5</w:t>
            </w:r>
          </w:p>
        </w:tc>
      </w:tr>
      <w:tr>
        <w:trPr>
          <w:cantSplit/>
        </w:trPr>
        <w:tc>
          <w:tcPr>
            <w:tcW w:type="dxa" w:w="1673"/>
          </w:tcPr>
          <w:p>
            <w:pPr>
              <w:spacing w:after="0"/>
              <w:jc w:val="left"/>
            </w:pPr>
            <w:r>
              <w:rPr>
                <w:sz w:val="16"/>
              </w:rPr>
              <w:t>Ice Storm</w:t>
            </w:r>
          </w:p>
        </w:tc>
        <w:tc>
          <w:tcPr>
            <w:tcW w:type="dxa" w:w="1385"/>
          </w:tcPr>
          <w:p>
            <w:pPr>
              <w:spacing w:after="0"/>
              <w:jc w:val="right"/>
            </w:pPr>
            <w:r>
              <w:rPr>
                <w:sz w:val="16"/>
              </w:rPr>
              <w:t>34 of 34</w:t>
            </w:r>
          </w:p>
        </w:tc>
        <w:tc>
          <w:tcPr>
            <w:tcW w:type="dxa" w:w="1046"/>
          </w:tcPr>
          <w:p>
            <w:pPr>
              <w:spacing w:after="0"/>
              <w:jc w:val="right"/>
            </w:pPr>
            <w:r>
              <w:rPr>
                <w:sz w:val="16"/>
              </w:rPr>
              <w:t>46.0</w:t>
            </w:r>
          </w:p>
        </w:tc>
        <w:tc>
          <w:tcPr>
            <w:tcW w:type="dxa" w:w="1097"/>
          </w:tcPr>
          <w:p>
            <w:pPr>
              <w:spacing w:after="0"/>
              <w:jc w:val="right"/>
            </w:pPr>
            <w:r>
              <w:rPr>
                <w:sz w:val="16"/>
              </w:rPr>
              <w:t>78.8</w:t>
            </w:r>
          </w:p>
        </w:tc>
        <w:tc>
          <w:tcPr>
            <w:tcW w:type="dxa" w:w="1046"/>
          </w:tcPr>
          <w:p>
            <w:pPr>
              <w:spacing w:after="0"/>
              <w:jc w:val="right"/>
            </w:pPr>
            <w:r>
              <w:rPr>
                <w:sz w:val="16"/>
              </w:rPr>
              <w:t>94.2</w:t>
            </w:r>
          </w:p>
        </w:tc>
        <w:tc>
          <w:tcPr>
            <w:tcW w:type="dxa" w:w="7867"/>
          </w:tcPr>
          <w:p>
            <w:pPr>
              <w:spacing w:after="0"/>
              <w:jc w:val="left"/>
            </w:pPr>
            <w:r>
              <w:rPr>
                <w:sz w:val="16"/>
              </w:rPr>
              <w:t>Relatively High 3, Relatively Moderate 25, Relatively Low 6</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34 of 34</w:t>
            </w:r>
          </w:p>
        </w:tc>
        <w:tc>
          <w:tcPr>
            <w:tcW w:type="dxa" w:w="1046"/>
          </w:tcPr>
          <w:p>
            <w:pPr>
              <w:spacing w:after="0"/>
              <w:jc w:val="right"/>
            </w:pPr>
            <w:r>
              <w:rPr>
                <w:sz w:val="16"/>
              </w:rPr>
              <w:t>2.3</w:t>
            </w:r>
          </w:p>
        </w:tc>
        <w:tc>
          <w:tcPr>
            <w:tcW w:type="dxa" w:w="1097"/>
          </w:tcPr>
          <w:p>
            <w:pPr>
              <w:spacing w:after="0"/>
              <w:jc w:val="right"/>
            </w:pPr>
            <w:r>
              <w:rPr>
                <w:sz w:val="16"/>
              </w:rPr>
              <w:t>28.4</w:t>
            </w:r>
          </w:p>
        </w:tc>
        <w:tc>
          <w:tcPr>
            <w:tcW w:type="dxa" w:w="1046"/>
          </w:tcPr>
          <w:p>
            <w:pPr>
              <w:spacing w:after="0"/>
              <w:jc w:val="right"/>
            </w:pPr>
            <w:r>
              <w:rPr>
                <w:sz w:val="16"/>
              </w:rPr>
              <w:t>82.2</w:t>
            </w:r>
          </w:p>
        </w:tc>
        <w:tc>
          <w:tcPr>
            <w:tcW w:type="dxa" w:w="7867"/>
          </w:tcPr>
          <w:p>
            <w:pPr>
              <w:spacing w:after="0"/>
              <w:jc w:val="left"/>
            </w:pPr>
            <w:r>
              <w:rPr>
                <w:sz w:val="16"/>
              </w:rPr>
              <w:t>Relatively High 1, Relatively Moderate 8, Relatively Low 17, Very Low 8</w:t>
            </w:r>
          </w:p>
        </w:tc>
      </w:tr>
      <w:tr>
        <w:trPr>
          <w:cantSplit/>
        </w:trPr>
        <w:tc>
          <w:tcPr>
            <w:tcW w:type="dxa" w:w="1673"/>
          </w:tcPr>
          <w:p>
            <w:pPr>
              <w:spacing w:after="0"/>
              <w:jc w:val="left"/>
            </w:pPr>
            <w:r>
              <w:rPr>
                <w:sz w:val="16"/>
              </w:rPr>
              <w:t>Landslide</w:t>
            </w:r>
          </w:p>
        </w:tc>
        <w:tc>
          <w:tcPr>
            <w:tcW w:type="dxa" w:w="1385"/>
          </w:tcPr>
          <w:p>
            <w:pPr>
              <w:spacing w:after="0"/>
              <w:jc w:val="right"/>
            </w:pPr>
            <w:r>
              <w:rPr>
                <w:sz w:val="16"/>
              </w:rPr>
              <w:t>34 of 34</w:t>
            </w:r>
          </w:p>
        </w:tc>
        <w:tc>
          <w:tcPr>
            <w:tcW w:type="dxa" w:w="1046"/>
          </w:tcPr>
          <w:p>
            <w:pPr>
              <w:spacing w:after="0"/>
              <w:jc w:val="right"/>
            </w:pPr>
            <w:r>
              <w:rPr>
                <w:sz w:val="16"/>
              </w:rPr>
              <w:t>17.9</w:t>
            </w:r>
          </w:p>
        </w:tc>
        <w:tc>
          <w:tcPr>
            <w:tcW w:type="dxa" w:w="1097"/>
          </w:tcPr>
          <w:p>
            <w:pPr>
              <w:spacing w:after="0"/>
              <w:jc w:val="right"/>
            </w:pPr>
            <w:r>
              <w:rPr>
                <w:sz w:val="16"/>
              </w:rPr>
              <w:t>45.4</w:t>
            </w:r>
          </w:p>
        </w:tc>
        <w:tc>
          <w:tcPr>
            <w:tcW w:type="dxa" w:w="1046"/>
          </w:tcPr>
          <w:p>
            <w:pPr>
              <w:spacing w:after="0"/>
              <w:jc w:val="right"/>
            </w:pPr>
            <w:r>
              <w:rPr>
                <w:sz w:val="16"/>
              </w:rPr>
              <w:t>79.3</w:t>
            </w:r>
          </w:p>
        </w:tc>
        <w:tc>
          <w:tcPr>
            <w:tcW w:type="dxa" w:w="7867"/>
          </w:tcPr>
          <w:p>
            <w:pPr>
              <w:spacing w:after="0"/>
              <w:jc w:val="left"/>
            </w:pPr>
            <w:r>
              <w:rPr>
                <w:sz w:val="16"/>
              </w:rPr>
              <w:t>Very Low 34</w:t>
            </w:r>
          </w:p>
        </w:tc>
      </w:tr>
      <w:tr>
        <w:trPr>
          <w:cantSplit/>
        </w:trPr>
        <w:tc>
          <w:tcPr>
            <w:tcW w:type="dxa" w:w="1673"/>
          </w:tcPr>
          <w:p>
            <w:pPr>
              <w:spacing w:after="0"/>
              <w:jc w:val="left"/>
            </w:pPr>
            <w:r>
              <w:rPr>
                <w:sz w:val="16"/>
              </w:rPr>
              <w:t>Lightning</w:t>
            </w:r>
          </w:p>
        </w:tc>
        <w:tc>
          <w:tcPr>
            <w:tcW w:type="dxa" w:w="1385"/>
          </w:tcPr>
          <w:p>
            <w:pPr>
              <w:spacing w:after="0"/>
              <w:jc w:val="right"/>
            </w:pPr>
            <w:r>
              <w:rPr>
                <w:sz w:val="16"/>
              </w:rPr>
              <w:t>34 of 34</w:t>
            </w:r>
          </w:p>
        </w:tc>
        <w:tc>
          <w:tcPr>
            <w:tcW w:type="dxa" w:w="1046"/>
          </w:tcPr>
          <w:p>
            <w:pPr>
              <w:spacing w:after="0"/>
              <w:jc w:val="right"/>
            </w:pPr>
            <w:r>
              <w:rPr>
                <w:sz w:val="16"/>
              </w:rPr>
              <w:t>36.6</w:t>
            </w:r>
          </w:p>
        </w:tc>
        <w:tc>
          <w:tcPr>
            <w:tcW w:type="dxa" w:w="1097"/>
          </w:tcPr>
          <w:p>
            <w:pPr>
              <w:spacing w:after="0"/>
              <w:jc w:val="right"/>
            </w:pPr>
            <w:r>
              <w:rPr>
                <w:sz w:val="16"/>
              </w:rPr>
              <w:t>70.9</w:t>
            </w:r>
          </w:p>
        </w:tc>
        <w:tc>
          <w:tcPr>
            <w:tcW w:type="dxa" w:w="1046"/>
          </w:tcPr>
          <w:p>
            <w:pPr>
              <w:spacing w:after="0"/>
              <w:jc w:val="right"/>
            </w:pPr>
            <w:r>
              <w:rPr>
                <w:sz w:val="16"/>
              </w:rPr>
              <w:t>91.1</w:t>
            </w:r>
          </w:p>
        </w:tc>
        <w:tc>
          <w:tcPr>
            <w:tcW w:type="dxa" w:w="7867"/>
          </w:tcPr>
          <w:p>
            <w:pPr>
              <w:spacing w:after="0"/>
              <w:jc w:val="left"/>
            </w:pPr>
            <w:r>
              <w:rPr>
                <w:sz w:val="16"/>
              </w:rPr>
              <w:t>Relatively High 9, Relatively Moderate 23, Relatively Low 2</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34 of 34</w:t>
            </w:r>
          </w:p>
        </w:tc>
        <w:tc>
          <w:tcPr>
            <w:tcW w:type="dxa" w:w="1046"/>
          </w:tcPr>
          <w:p>
            <w:pPr>
              <w:spacing w:after="0"/>
              <w:jc w:val="right"/>
            </w:pPr>
            <w:r>
              <w:rPr>
                <w:sz w:val="16"/>
              </w:rPr>
              <w:t>26.7</w:t>
            </w:r>
          </w:p>
        </w:tc>
        <w:tc>
          <w:tcPr>
            <w:tcW w:type="dxa" w:w="1097"/>
          </w:tcPr>
          <w:p>
            <w:pPr>
              <w:spacing w:after="0"/>
              <w:jc w:val="right"/>
            </w:pPr>
            <w:r>
              <w:rPr>
                <w:sz w:val="16"/>
              </w:rPr>
              <w:t>54.7</w:t>
            </w:r>
          </w:p>
        </w:tc>
        <w:tc>
          <w:tcPr>
            <w:tcW w:type="dxa" w:w="1046"/>
          </w:tcPr>
          <w:p>
            <w:pPr>
              <w:spacing w:after="0"/>
              <w:jc w:val="right"/>
            </w:pPr>
            <w:r>
              <w:rPr>
                <w:sz w:val="16"/>
              </w:rPr>
              <w:t>75.8</w:t>
            </w:r>
          </w:p>
        </w:tc>
        <w:tc>
          <w:tcPr>
            <w:tcW w:type="dxa" w:w="7867"/>
          </w:tcPr>
          <w:p>
            <w:pPr>
              <w:spacing w:after="0"/>
              <w:jc w:val="left"/>
            </w:pPr>
            <w:r>
              <w:rPr>
                <w:sz w:val="16"/>
              </w:rPr>
              <w:t>Relatively Moderate 18, Relatively Low 16</w:t>
            </w:r>
          </w:p>
        </w:tc>
      </w:tr>
      <w:tr>
        <w:trPr>
          <w:cantSplit/>
        </w:trPr>
        <w:tc>
          <w:tcPr>
            <w:tcW w:type="dxa" w:w="1673"/>
          </w:tcPr>
          <w:p>
            <w:pPr>
              <w:spacing w:after="0"/>
              <w:jc w:val="left"/>
            </w:pPr>
            <w:r>
              <w:rPr>
                <w:sz w:val="16"/>
              </w:rPr>
              <w:t>Tornado</w:t>
            </w:r>
          </w:p>
        </w:tc>
        <w:tc>
          <w:tcPr>
            <w:tcW w:type="dxa" w:w="1385"/>
          </w:tcPr>
          <w:p>
            <w:pPr>
              <w:spacing w:after="0"/>
              <w:jc w:val="right"/>
            </w:pPr>
            <w:r>
              <w:rPr>
                <w:sz w:val="16"/>
              </w:rPr>
              <w:t>34 of 34</w:t>
            </w:r>
          </w:p>
        </w:tc>
        <w:tc>
          <w:tcPr>
            <w:tcW w:type="dxa" w:w="1046"/>
          </w:tcPr>
          <w:p>
            <w:pPr>
              <w:spacing w:after="0"/>
              <w:jc w:val="right"/>
            </w:pPr>
            <w:r>
              <w:rPr>
                <w:sz w:val="16"/>
              </w:rPr>
              <w:t>37.7</w:t>
            </w:r>
          </w:p>
        </w:tc>
        <w:tc>
          <w:tcPr>
            <w:tcW w:type="dxa" w:w="1097"/>
          </w:tcPr>
          <w:p>
            <w:pPr>
              <w:spacing w:after="0"/>
              <w:jc w:val="right"/>
            </w:pPr>
            <w:r>
              <w:rPr>
                <w:sz w:val="16"/>
              </w:rPr>
              <w:t>59.7</w:t>
            </w:r>
          </w:p>
        </w:tc>
        <w:tc>
          <w:tcPr>
            <w:tcW w:type="dxa" w:w="1046"/>
          </w:tcPr>
          <w:p>
            <w:pPr>
              <w:spacing w:after="0"/>
              <w:jc w:val="right"/>
            </w:pPr>
            <w:r>
              <w:rPr>
                <w:sz w:val="16"/>
              </w:rPr>
              <w:t>87.0</w:t>
            </w:r>
          </w:p>
        </w:tc>
        <w:tc>
          <w:tcPr>
            <w:tcW w:type="dxa" w:w="7867"/>
          </w:tcPr>
          <w:p>
            <w:pPr>
              <w:spacing w:after="0"/>
              <w:jc w:val="left"/>
            </w:pPr>
            <w:r>
              <w:rPr>
                <w:sz w:val="16"/>
              </w:rPr>
              <w:t>Relatively High 4, Relatively Moderate 24, Relatively Low 6</w:t>
            </w:r>
          </w:p>
        </w:tc>
      </w:tr>
      <w:tr>
        <w:trPr>
          <w:cantSplit/>
        </w:trPr>
        <w:tc>
          <w:tcPr>
            <w:tcW w:type="dxa" w:w="1673"/>
          </w:tcPr>
          <w:p>
            <w:pPr>
              <w:spacing w:after="0"/>
              <w:jc w:val="left"/>
            </w:pPr>
            <w:r>
              <w:rPr>
                <w:sz w:val="16"/>
              </w:rPr>
              <w:t>Wildfire</w:t>
            </w:r>
          </w:p>
        </w:tc>
        <w:tc>
          <w:tcPr>
            <w:tcW w:type="dxa" w:w="1385"/>
          </w:tcPr>
          <w:p>
            <w:pPr>
              <w:spacing w:after="0"/>
              <w:jc w:val="right"/>
            </w:pPr>
            <w:r>
              <w:rPr>
                <w:sz w:val="16"/>
              </w:rPr>
              <w:t>34 of 34</w:t>
            </w:r>
          </w:p>
        </w:tc>
        <w:tc>
          <w:tcPr>
            <w:tcW w:type="dxa" w:w="1046"/>
          </w:tcPr>
          <w:p>
            <w:pPr>
              <w:spacing w:after="0"/>
              <w:jc w:val="right"/>
            </w:pPr>
            <w:r>
              <w:rPr>
                <w:sz w:val="16"/>
              </w:rPr>
              <w:t>20.5</w:t>
            </w:r>
          </w:p>
        </w:tc>
        <w:tc>
          <w:tcPr>
            <w:tcW w:type="dxa" w:w="1097"/>
          </w:tcPr>
          <w:p>
            <w:pPr>
              <w:spacing w:after="0"/>
              <w:jc w:val="right"/>
            </w:pPr>
            <w:r>
              <w:rPr>
                <w:sz w:val="16"/>
              </w:rPr>
              <w:t>47.2</w:t>
            </w:r>
          </w:p>
        </w:tc>
        <w:tc>
          <w:tcPr>
            <w:tcW w:type="dxa" w:w="1046"/>
          </w:tcPr>
          <w:p>
            <w:pPr>
              <w:spacing w:after="0"/>
              <w:jc w:val="right"/>
            </w:pPr>
            <w:r>
              <w:rPr>
                <w:sz w:val="16"/>
              </w:rPr>
              <w:t>75.9</w:t>
            </w:r>
          </w:p>
        </w:tc>
        <w:tc>
          <w:tcPr>
            <w:tcW w:type="dxa" w:w="7867"/>
          </w:tcPr>
          <w:p>
            <w:pPr>
              <w:spacing w:after="0"/>
              <w:jc w:val="left"/>
            </w:pPr>
            <w:r>
              <w:rPr>
                <w:sz w:val="16"/>
              </w:rPr>
              <w:t>Relatively Low 3, Very Low 31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34 of 34</w:t>
            </w:r>
          </w:p>
        </w:tc>
        <w:tc>
          <w:tcPr>
            <w:tcW w:type="dxa" w:w="1046"/>
          </w:tcPr>
          <w:p>
            <w:pPr>
              <w:spacing w:after="0"/>
              <w:jc w:val="right"/>
            </w:pPr>
            <w:r>
              <w:rPr>
                <w:sz w:val="16"/>
              </w:rPr>
              <w:t>16.6</w:t>
            </w:r>
          </w:p>
        </w:tc>
        <w:tc>
          <w:tcPr>
            <w:tcW w:type="dxa" w:w="1097"/>
          </w:tcPr>
          <w:p>
            <w:pPr>
              <w:spacing w:after="0"/>
              <w:jc w:val="right"/>
            </w:pPr>
            <w:r>
              <w:rPr>
                <w:sz w:val="16"/>
              </w:rPr>
              <w:t>23.1</w:t>
            </w:r>
          </w:p>
        </w:tc>
        <w:tc>
          <w:tcPr>
            <w:tcW w:type="dxa" w:w="1046"/>
          </w:tcPr>
          <w:p>
            <w:pPr>
              <w:spacing w:after="0"/>
              <w:jc w:val="right"/>
            </w:pPr>
            <w:r>
              <w:rPr>
                <w:sz w:val="16"/>
              </w:rPr>
              <w:t>40.9</w:t>
            </w:r>
          </w:p>
        </w:tc>
        <w:tc>
          <w:tcPr>
            <w:tcW w:type="dxa" w:w="7867"/>
          </w:tcPr>
          <w:p>
            <w:pPr>
              <w:spacing w:after="0"/>
              <w:jc w:val="left"/>
            </w:pPr>
            <w:r>
              <w:rPr>
                <w:sz w:val="16"/>
              </w:rPr>
              <w:t>Relatively Low 31, Very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4"/>
        <w:gridCol w:w="1356"/>
        <w:gridCol w:w="2950"/>
        <w:gridCol w:w="2352"/>
        <w:gridCol w:w="3049"/>
        <w:gridCol w:w="2651"/>
      </w:tblGrid>
      <w:tr>
        <w:trPr>
          <w:cantSplit/>
          <w:tblHeader/>
        </w:trPr>
        <w:tc>
          <w:tcPr>
            <w:tcW w:type="dxa" w:w="1754"/>
            <w:shd w:val="clear" w:color="auto" w:fill="E8E8E8"/>
          </w:tcPr>
          <w:p>
            <w:pPr>
              <w:spacing w:after="0"/>
              <w:jc w:val="left"/>
            </w:pPr>
            <w:r>
              <w:rPr>
                <w:b/>
                <w:sz w:val="16"/>
              </w:rPr>
              <w:t>Jurisdiction</w:t>
            </w:r>
          </w:p>
        </w:tc>
        <w:tc>
          <w:tcPr>
            <w:tcW w:type="dxa" w:w="1356"/>
            <w:shd w:val="clear" w:color="auto" w:fill="E8E8E8"/>
          </w:tcPr>
          <w:p>
            <w:pPr>
              <w:spacing w:after="0"/>
              <w:jc w:val="left"/>
            </w:pPr>
            <w:r>
              <w:rPr>
                <w:b/>
                <w:sz w:val="16"/>
              </w:rPr>
              <w:t>Type</w:t>
            </w:r>
          </w:p>
        </w:tc>
        <w:tc>
          <w:tcPr>
            <w:tcW w:type="dxa" w:w="2950"/>
            <w:shd w:val="clear" w:color="auto" w:fill="E8E8E8"/>
          </w:tcPr>
          <w:p>
            <w:pPr>
              <w:spacing w:after="0"/>
              <w:jc w:val="left"/>
            </w:pPr>
            <w:r>
              <w:rPr>
                <w:b/>
                <w:sz w:val="16"/>
              </w:rPr>
              <w:t>Plan status</w:t>
            </w:r>
          </w:p>
        </w:tc>
        <w:tc>
          <w:tcPr>
            <w:tcW w:type="dxa" w:w="23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4"/>
          </w:tcPr>
          <w:p>
            <w:pPr>
              <w:spacing w:after="0"/>
              <w:jc w:val="left"/>
            </w:pPr>
            <w:r>
              <w:rPr>
                <w:sz w:val="16"/>
              </w:rPr>
              <w:t>Athens-Clarke County unified government</w:t>
            </w:r>
          </w:p>
        </w:tc>
        <w:tc>
          <w:tcPr>
            <w:tcW w:type="dxa" w:w="1356"/>
          </w:tcPr>
          <w:p>
            <w:pPr>
              <w:spacing w:after="0"/>
              <w:jc w:val="left"/>
            </w:pPr>
            <w:r>
              <w:rPr>
                <w:sz w:val="16"/>
              </w:rPr>
              <w:t>Consolidated Government</w:t>
            </w:r>
          </w:p>
        </w:tc>
        <w:tc>
          <w:tcPr>
            <w:tcW w:type="dxa" w:w="2950"/>
          </w:tcPr>
          <w:p>
            <w:pPr>
              <w:spacing w:after="0"/>
              <w:jc w:val="left"/>
            </w:pPr>
            <w:r>
              <w:rPr>
                <w:sz w:val="16"/>
              </w:rPr>
              <w:t>Approved, expires 2029-10-06</w:t>
            </w:r>
          </w:p>
        </w:tc>
        <w:tc>
          <w:tcPr>
            <w:tcW w:type="dxa" w:w="2352"/>
          </w:tcPr>
          <w:p>
            <w:pPr>
              <w:spacing w:after="0"/>
              <w:jc w:val="right"/>
            </w:pPr>
            <w:r>
              <w:rPr>
                <w:sz w:val="16"/>
              </w:rPr>
              <w:t>FMA RL 0, SRL 0; any 7</w:t>
            </w:r>
          </w:p>
        </w:tc>
        <w:tc>
          <w:tcPr>
            <w:tcW w:type="dxa" w:w="3049"/>
          </w:tcPr>
          <w:p>
            <w:pPr>
              <w:spacing w:after="0"/>
              <w:jc w:val="right"/>
            </w:pPr>
            <w:r>
              <w:rPr>
                <w:sz w:val="16"/>
              </w:rPr>
              <w:t>no Public Assistance recorded</w:t>
            </w:r>
          </w:p>
        </w:tc>
        <w:tc>
          <w:tcPr>
            <w:tcW w:type="dxa" w:w="2651"/>
          </w:tcPr>
          <w:p>
            <w:pPr>
              <w:spacing w:after="0"/>
              <w:jc w:val="right"/>
            </w:pPr>
            <w:r>
              <w:rPr>
                <w:sz w:val="16"/>
              </w:rPr>
              <w:t>0 total; 0 since its plan</w:t>
            </w:r>
          </w:p>
        </w:tc>
      </w:tr>
      <w:tr>
        <w:trPr>
          <w:cantSplit/>
        </w:trPr>
        <w:tc>
          <w:tcPr>
            <w:tcW w:type="dxa" w:w="1754"/>
          </w:tcPr>
          <w:p>
            <w:pPr>
              <w:spacing w:after="0"/>
              <w:jc w:val="left"/>
            </w:pPr>
            <w:r>
              <w:rPr>
                <w:sz w:val="16"/>
              </w:rPr>
              <w:t>Winterville city</w:t>
            </w:r>
          </w:p>
        </w:tc>
        <w:tc>
          <w:tcPr>
            <w:tcW w:type="dxa" w:w="1356"/>
          </w:tcPr>
          <w:p>
            <w:pPr>
              <w:spacing w:after="0"/>
              <w:jc w:val="left"/>
            </w:pPr>
            <w:r>
              <w:rPr>
                <w:sz w:val="16"/>
              </w:rPr>
              <w:t>City</w:t>
            </w:r>
          </w:p>
        </w:tc>
        <w:tc>
          <w:tcPr>
            <w:tcW w:type="dxa" w:w="2950"/>
          </w:tcPr>
          <w:p>
            <w:pPr>
              <w:spacing w:after="0"/>
              <w:jc w:val="left"/>
            </w:pPr>
            <w:r>
              <w:rPr>
                <w:sz w:val="16"/>
              </w:rPr>
              <w:t>Approved, expires 2029-10-06</w:t>
            </w:r>
          </w:p>
        </w:tc>
        <w:tc>
          <w:tcPr>
            <w:tcW w:type="dxa" w:w="2352"/>
          </w:tcPr>
          <w:p>
            <w:pPr>
              <w:spacing w:after="0"/>
              <w:jc w:val="right"/>
            </w:pPr>
            <w:r>
              <w:rPr>
                <w:sz w:val="16"/>
              </w:rPr>
              <w:t>FMA RL 0, SRL 0; any 0</w:t>
            </w:r>
          </w:p>
        </w:tc>
        <w:tc>
          <w:tcPr>
            <w:tcW w:type="dxa" w:w="3049"/>
          </w:tcPr>
          <w:p>
            <w:pPr>
              <w:spacing w:after="0"/>
              <w:jc w:val="right"/>
            </w:pPr>
            <w:r>
              <w:rPr>
                <w:sz w:val="16"/>
              </w:rPr>
              <w:t>no Public Assistance recorded</w:t>
            </w:r>
          </w:p>
        </w:tc>
        <w:tc>
          <w:tcPr>
            <w:tcW w:type="dxa" w:w="2651"/>
          </w:tcPr>
          <w:p>
            <w:pPr>
              <w:spacing w:after="0"/>
              <w:jc w:val="right"/>
            </w:pPr>
            <w:r>
              <w:rPr>
                <w:sz w:val="16"/>
              </w:rPr>
              <w:t>21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2024-10-07</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$23,764,268,241</w:t>
            </w:r>
          </w:p>
        </w:tc>
        <w:tc>
          <w:tcPr>
            <w:tcW w:type="dxa" w:w="1130"/>
          </w:tcPr>
          <w:p>
            <w:pPr>
              <w:spacing w:after="0"/>
              <w:jc w:val="right"/>
            </w:pPr>
            <w:r>
              <w:rPr>
                <w:sz w:val="16"/>
              </w:rPr>
              <w:t>$57,572,649</w:t>
            </w:r>
          </w:p>
        </w:tc>
        <w:tc>
          <w:tcPr>
            <w:tcW w:type="dxa" w:w="1040"/>
          </w:tcPr>
          <w:p>
            <w:pPr>
              <w:spacing w:after="0"/>
              <w:jc w:val="right"/>
            </w:pPr>
            <w:r>
              <w:rPr>
                <w:sz w:val="16"/>
              </w:rPr>
              <w:t>128,510</w:t>
            </w:r>
          </w:p>
        </w:tc>
        <w:tc>
          <w:tcPr>
            <w:tcW w:type="dxa" w:w="1126"/>
          </w:tcPr>
          <w:p>
            <w:pPr>
              <w:spacing w:after="0"/>
              <w:jc w:val="right"/>
            </w:pPr>
            <w:r>
              <w:rPr>
                <w:sz w:val="16"/>
              </w:rPr>
              <w:t>$6,132</w:t>
            </w:r>
          </w:p>
        </w:tc>
        <w:tc>
          <w:tcPr>
            <w:tcW w:type="dxa" w:w="1126"/>
          </w:tcPr>
          <w:p>
            <w:pPr>
              <w:spacing w:after="0"/>
              <w:jc w:val="right"/>
            </w:pPr>
            <w:r>
              <w:rPr>
                <w:sz w:val="16"/>
              </w:rPr>
              <w:t>$22,696</w:t>
            </w:r>
          </w:p>
        </w:tc>
        <w:tc>
          <w:tcPr>
            <w:tcW w:type="dxa" w:w="1085"/>
          </w:tcPr>
          <w:p>
            <w:pPr>
              <w:spacing w:after="0"/>
              <w:jc w:val="right"/>
            </w:pPr>
            <w:r>
              <w:rPr>
                <w:sz w:val="16"/>
              </w:rPr>
              <w:t>$1,967,968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$4,994,416</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$110,158</w:t>
            </w:r>
          </w:p>
        </w:tc>
        <w:tc>
          <w:tcPr>
            <w:tcW w:type="dxa" w:w="1085"/>
          </w:tcPr>
          <w:p>
            <w:pPr>
              <w:spacing w:after="0"/>
              <w:jc w:val="right"/>
            </w:pPr>
            <w:r>
              <w:rPr>
                <w:sz w:val="16"/>
              </w:rPr>
              <w:t>n/a</w:t>
            </w:r>
          </w:p>
        </w:tc>
        <w:tc>
          <w:tcPr>
            <w:tcW w:type="dxa" w:w="1305"/>
          </w:tcPr>
          <w:p>
            <w:pPr>
              <w:spacing w:after="0"/>
              <w:jc w:val="right"/>
            </w:pPr>
            <w:r>
              <w:rPr>
                <w:sz w:val="16"/>
              </w:rPr>
              <w:t>2.21%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$44,358,089,221</w:t>
            </w:r>
          </w:p>
        </w:tc>
        <w:tc>
          <w:tcPr>
            <w:tcW w:type="dxa" w:w="1130"/>
          </w:tcPr>
          <w:p>
            <w:pPr>
              <w:spacing w:after="0"/>
              <w:jc w:val="right"/>
            </w:pPr>
            <w:r>
              <w:rPr>
                <w:sz w:val="16"/>
              </w:rPr>
              <w:t>n/a</w:t>
            </w:r>
          </w:p>
        </w:tc>
        <w:tc>
          <w:tcPr>
            <w:tcW w:type="dxa" w:w="1040"/>
          </w:tcPr>
          <w:p>
            <w:pPr>
              <w:spacing w:after="0"/>
              <w:jc w:val="right"/>
            </w:pPr>
            <w:r>
              <w:rPr>
                <w:sz w:val="16"/>
              </w:rPr>
              <w:t>128,671</w:t>
            </w:r>
          </w:p>
        </w:tc>
        <w:tc>
          <w:tcPr>
            <w:tcW w:type="dxa" w:w="1126"/>
          </w:tcPr>
          <w:p>
            <w:pPr>
              <w:spacing w:after="0"/>
              <w:jc w:val="right"/>
            </w:pPr>
            <w:r>
              <w:rPr>
                <w:sz w:val="16"/>
              </w:rPr>
              <w:t>$1,833,266</w:t>
            </w:r>
          </w:p>
        </w:tc>
        <w:tc>
          <w:tcPr>
            <w:tcW w:type="dxa" w:w="1126"/>
          </w:tcPr>
          <w:p>
            <w:pPr>
              <w:spacing w:after="0"/>
              <w:jc w:val="right"/>
            </w:pPr>
            <w:r>
              <w:rPr>
                <w:sz w:val="16"/>
              </w:rPr>
              <w:t>n/a</w:t>
            </w:r>
          </w:p>
        </w:tc>
        <w:tc>
          <w:tcPr>
            <w:tcW w:type="dxa" w:w="1085"/>
          </w:tcPr>
          <w:p>
            <w:pPr>
              <w:spacing w:after="0"/>
              <w:jc w:val="right"/>
            </w:pPr>
            <w:r>
              <w:rPr>
                <w:sz w:val="16"/>
              </w:rPr>
              <w:t>$736,713</w:t>
            </w:r>
          </w:p>
        </w:tc>
        <w:tc>
          <w:tcPr>
            <w:tcW w:type="dxa" w:w="1305"/>
          </w:tcPr>
          <w:p>
            <w:pPr>
              <w:spacing w:after="0"/>
              <w:jc w:val="right"/>
            </w:pPr>
            <w:r>
              <w:rPr>
                <w:sz w:val="16"/>
              </w:rPr>
              <w:t>0.00413%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$23,764,268,241</w:t>
            </w:r>
          </w:p>
        </w:tc>
        <w:tc>
          <w:tcPr>
            <w:tcW w:type="dxa" w:w="1130"/>
          </w:tcPr>
          <w:p>
            <w:pPr>
              <w:spacing w:after="0"/>
              <w:jc w:val="right"/>
            </w:pPr>
            <w:r>
              <w:rPr>
                <w:sz w:val="16"/>
              </w:rPr>
              <w:t>$57,572,649</w:t>
            </w:r>
          </w:p>
        </w:tc>
        <w:tc>
          <w:tcPr>
            <w:tcW w:type="dxa" w:w="1040"/>
          </w:tcPr>
          <w:p>
            <w:pPr>
              <w:spacing w:after="0"/>
              <w:jc w:val="right"/>
            </w:pPr>
            <w:r>
              <w:rPr>
                <w:sz w:val="16"/>
              </w:rPr>
              <w:t>128,510</w:t>
            </w:r>
          </w:p>
        </w:tc>
        <w:tc>
          <w:tcPr>
            <w:tcW w:type="dxa" w:w="1126"/>
          </w:tcPr>
          <w:p>
            <w:pPr>
              <w:spacing w:after="0"/>
              <w:jc w:val="right"/>
            </w:pPr>
            <w:r>
              <w:rPr>
                <w:sz w:val="16"/>
              </w:rPr>
              <w:t>$632,593</w:t>
            </w:r>
          </w:p>
        </w:tc>
        <w:tc>
          <w:tcPr>
            <w:tcW w:type="dxa" w:w="1126"/>
          </w:tcPr>
          <w:p>
            <w:pPr>
              <w:spacing w:after="0"/>
              <w:jc w:val="right"/>
            </w:pPr>
            <w:r>
              <w:rPr>
                <w:sz w:val="16"/>
              </w:rPr>
              <w:t>$7,351</w:t>
            </w:r>
          </w:p>
        </w:tc>
        <w:tc>
          <w:tcPr>
            <w:tcW w:type="dxa" w:w="1085"/>
          </w:tcPr>
          <w:p>
            <w:pPr>
              <w:spacing w:after="0"/>
              <w:jc w:val="right"/>
            </w:pPr>
            <w:r>
              <w:rPr>
                <w:sz w:val="16"/>
              </w:rPr>
              <w:t>$270,428</w:t>
            </w:r>
          </w:p>
        </w:tc>
        <w:tc>
          <w:tcPr>
            <w:tcW w:type="dxa" w:w="1305"/>
          </w:tcPr>
          <w:p>
            <w:pPr>
              <w:spacing w:after="0"/>
              <w:jc w:val="right"/>
            </w:pPr>
            <w:r>
              <w:rPr>
                <w:sz w:val="16"/>
              </w:rPr>
              <w:t>0.00266%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$23,764,268,241</w:t>
            </w:r>
          </w:p>
        </w:tc>
        <w:tc>
          <w:tcPr>
            <w:tcW w:type="dxa" w:w="1130"/>
          </w:tcPr>
          <w:p>
            <w:pPr>
              <w:spacing w:after="0"/>
              <w:jc w:val="right"/>
            </w:pPr>
            <w:r>
              <w:rPr>
                <w:sz w:val="16"/>
              </w:rPr>
              <w:t>$57,572,649</w:t>
            </w:r>
          </w:p>
        </w:tc>
        <w:tc>
          <w:tcPr>
            <w:tcW w:type="dxa" w:w="1040"/>
          </w:tcPr>
          <w:p>
            <w:pPr>
              <w:spacing w:after="0"/>
              <w:jc w:val="right"/>
            </w:pPr>
            <w:r>
              <w:rPr>
                <w:sz w:val="16"/>
              </w:rPr>
              <w:t>128,510</w:t>
            </w:r>
          </w:p>
        </w:tc>
        <w:tc>
          <w:tcPr>
            <w:tcW w:type="dxa" w:w="1126"/>
          </w:tcPr>
          <w:p>
            <w:pPr>
              <w:spacing w:after="0"/>
              <w:jc w:val="right"/>
            </w:pPr>
            <w:r>
              <w:rPr>
                <w:sz w:val="16"/>
              </w:rPr>
              <w:t>$67</w:t>
            </w:r>
          </w:p>
        </w:tc>
        <w:tc>
          <w:tcPr>
            <w:tcW w:type="dxa" w:w="1126"/>
          </w:tcPr>
          <w:p>
            <w:pPr>
              <w:spacing w:after="0"/>
              <w:jc w:val="right"/>
            </w:pPr>
            <w:r>
              <w:rPr>
                <w:sz w:val="16"/>
              </w:rPr>
              <w:t>$65</w:t>
            </w:r>
          </w:p>
        </w:tc>
        <w:tc>
          <w:tcPr>
            <w:tcW w:type="dxa" w:w="1085"/>
          </w:tcPr>
          <w:p>
            <w:pPr>
              <w:spacing w:after="0"/>
              <w:jc w:val="right"/>
            </w:pPr>
            <w:r>
              <w:rPr>
                <w:sz w:val="16"/>
              </w:rPr>
              <w:t>$1,164,297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$23,763,028,204</w:t>
            </w:r>
          </w:p>
        </w:tc>
        <w:tc>
          <w:tcPr>
            <w:tcW w:type="dxa" w:w="1130"/>
          </w:tcPr>
          <w:p>
            <w:pPr>
              <w:spacing w:after="0"/>
              <w:jc w:val="right"/>
            </w:pPr>
            <w:r>
              <w:rPr>
                <w:sz w:val="16"/>
              </w:rPr>
              <w:t>$57,572,649</w:t>
            </w:r>
          </w:p>
        </w:tc>
        <w:tc>
          <w:tcPr>
            <w:tcW w:type="dxa" w:w="1040"/>
          </w:tcPr>
          <w:p>
            <w:pPr>
              <w:spacing w:after="0"/>
              <w:jc w:val="right"/>
            </w:pPr>
            <w:r>
              <w:rPr>
                <w:sz w:val="16"/>
              </w:rPr>
              <w:t>128,499</w:t>
            </w:r>
          </w:p>
        </w:tc>
        <w:tc>
          <w:tcPr>
            <w:tcW w:type="dxa" w:w="1126"/>
          </w:tcPr>
          <w:p>
            <w:pPr>
              <w:spacing w:after="0"/>
              <w:jc w:val="right"/>
            </w:pPr>
            <w:r>
              <w:rPr>
                <w:sz w:val="16"/>
              </w:rPr>
              <w:t>$663,650</w:t>
            </w:r>
          </w:p>
        </w:tc>
        <w:tc>
          <w:tcPr>
            <w:tcW w:type="dxa" w:w="1126"/>
          </w:tcPr>
          <w:p>
            <w:pPr>
              <w:spacing w:after="0"/>
              <w:jc w:val="right"/>
            </w:pPr>
            <w:r>
              <w:rPr>
                <w:sz w:val="16"/>
              </w:rPr>
              <w:t>$51,427</w:t>
            </w:r>
          </w:p>
        </w:tc>
        <w:tc>
          <w:tcPr>
            <w:tcW w:type="dxa" w:w="1085"/>
          </w:tcPr>
          <w:p>
            <w:pPr>
              <w:spacing w:after="0"/>
              <w:jc w:val="right"/>
            </w:pPr>
            <w:r>
              <w:rPr>
                <w:sz w:val="16"/>
              </w:rPr>
              <w:t>$39,551</w:t>
            </w:r>
          </w:p>
        </w:tc>
        <w:tc>
          <w:tcPr>
            <w:tcW w:type="dxa" w:w="1305"/>
          </w:tcPr>
          <w:p>
            <w:pPr>
              <w:spacing w:after="0"/>
              <w:jc w:val="right"/>
            </w:pPr>
            <w:r>
              <w:rPr>
                <w:sz w:val="16"/>
              </w:rPr>
              <w:t>0.00279%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$23,763,666,639</w:t>
            </w:r>
          </w:p>
        </w:tc>
        <w:tc>
          <w:tcPr>
            <w:tcW w:type="dxa" w:w="1130"/>
          </w:tcPr>
          <w:p>
            <w:pPr>
              <w:spacing w:after="0"/>
              <w:jc w:val="right"/>
            </w:pPr>
            <w:r>
              <w:rPr>
                <w:sz w:val="16"/>
              </w:rPr>
              <w:t>n/a</w:t>
            </w:r>
          </w:p>
        </w:tc>
        <w:tc>
          <w:tcPr>
            <w:tcW w:type="dxa" w:w="1040"/>
          </w:tcPr>
          <w:p>
            <w:pPr>
              <w:spacing w:after="0"/>
              <w:jc w:val="right"/>
            </w:pPr>
            <w:r>
              <w:rPr>
                <w:sz w:val="16"/>
              </w:rPr>
              <w:t>128,502</w:t>
            </w:r>
          </w:p>
        </w:tc>
        <w:tc>
          <w:tcPr>
            <w:tcW w:type="dxa" w:w="1126"/>
          </w:tcPr>
          <w:p>
            <w:pPr>
              <w:spacing w:after="0"/>
              <w:jc w:val="right"/>
            </w:pPr>
            <w:r>
              <w:rPr>
                <w:sz w:val="16"/>
              </w:rPr>
              <w:t>$477,314</w:t>
            </w:r>
          </w:p>
        </w:tc>
        <w:tc>
          <w:tcPr>
            <w:tcW w:type="dxa" w:w="1126"/>
          </w:tcPr>
          <w:p>
            <w:pPr>
              <w:spacing w:after="0"/>
              <w:jc w:val="right"/>
            </w:pPr>
            <w:r>
              <w:rPr>
                <w:sz w:val="16"/>
              </w:rPr>
              <w:t>n/a</w:t>
            </w:r>
          </w:p>
        </w:tc>
        <w:tc>
          <w:tcPr>
            <w:tcW w:type="dxa" w:w="1085"/>
          </w:tcPr>
          <w:p>
            <w:pPr>
              <w:spacing w:after="0"/>
              <w:jc w:val="right"/>
            </w:pPr>
            <w:r>
              <w:rPr>
                <w:sz w:val="16"/>
              </w:rPr>
              <w:t>$133,007</w:t>
            </w:r>
          </w:p>
        </w:tc>
        <w:tc>
          <w:tcPr>
            <w:tcW w:type="dxa" w:w="1305"/>
          </w:tcPr>
          <w:p>
            <w:pPr>
              <w:spacing w:after="0"/>
              <w:jc w:val="right"/>
            </w:pPr>
            <w:r>
              <w:rPr>
                <w:sz w:val="16"/>
              </w:rPr>
              <w:t>0.00201%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$23,757,221,583</w:t>
            </w:r>
          </w:p>
        </w:tc>
        <w:tc>
          <w:tcPr>
            <w:tcW w:type="dxa" w:w="1130"/>
          </w:tcPr>
          <w:p>
            <w:pPr>
              <w:spacing w:after="0"/>
              <w:jc w:val="right"/>
            </w:pPr>
            <w:r>
              <w:rPr>
                <w:sz w:val="16"/>
              </w:rPr>
              <w:t>$2,219,939</w:t>
            </w:r>
          </w:p>
        </w:tc>
        <w:tc>
          <w:tcPr>
            <w:tcW w:type="dxa" w:w="1040"/>
          </w:tcPr>
          <w:p>
            <w:pPr>
              <w:spacing w:after="0"/>
              <w:jc w:val="right"/>
            </w:pPr>
            <w:r>
              <w:rPr>
                <w:sz w:val="16"/>
              </w:rPr>
              <w:t>1,084</w:t>
            </w:r>
          </w:p>
        </w:tc>
        <w:tc>
          <w:tcPr>
            <w:tcW w:type="dxa" w:w="1126"/>
          </w:tcPr>
          <w:p>
            <w:pPr>
              <w:spacing w:after="0"/>
              <w:jc w:val="right"/>
            </w:pPr>
            <w:r>
              <w:rPr>
                <w:sz w:val="16"/>
              </w:rPr>
              <w:t>$14,827,900</w:t>
            </w:r>
          </w:p>
        </w:tc>
        <w:tc>
          <w:tcPr>
            <w:tcW w:type="dxa" w:w="1126"/>
          </w:tcPr>
          <w:p>
            <w:pPr>
              <w:spacing w:after="0"/>
              <w:jc w:val="right"/>
            </w:pPr>
            <w:r>
              <w:rPr>
                <w:sz w:val="16"/>
              </w:rPr>
              <w:t>$6,768</w:t>
            </w:r>
          </w:p>
        </w:tc>
        <w:tc>
          <w:tcPr>
            <w:tcW w:type="dxa" w:w="1085"/>
          </w:tcPr>
          <w:p>
            <w:pPr>
              <w:spacing w:after="0"/>
              <w:jc w:val="right"/>
            </w:pPr>
            <w:r>
              <w:rPr>
                <w:sz w:val="16"/>
              </w:rPr>
              <w:t>$20,611</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$584,788,704</w:t>
            </w:r>
          </w:p>
        </w:tc>
        <w:tc>
          <w:tcPr>
            <w:tcW w:type="dxa" w:w="1130"/>
          </w:tcPr>
          <w:p>
            <w:pPr>
              <w:spacing w:after="0"/>
              <w:jc w:val="right"/>
            </w:pPr>
            <w:r>
              <w:rPr>
                <w:sz w:val="16"/>
              </w:rPr>
              <w:t>n/a</w:t>
            </w:r>
          </w:p>
        </w:tc>
        <w:tc>
          <w:tcPr>
            <w:tcW w:type="dxa" w:w="1040"/>
          </w:tcPr>
          <w:p>
            <w:pPr>
              <w:spacing w:after="0"/>
              <w:jc w:val="right"/>
            </w:pPr>
            <w:r>
              <w:rPr>
                <w:sz w:val="16"/>
              </w:rPr>
              <w:t>4,069</w:t>
            </w:r>
          </w:p>
        </w:tc>
        <w:tc>
          <w:tcPr>
            <w:tcW w:type="dxa" w:w="1126"/>
          </w:tcPr>
          <w:p>
            <w:pPr>
              <w:spacing w:after="0"/>
              <w:jc w:val="right"/>
            </w:pPr>
            <w:r>
              <w:rPr>
                <w:sz w:val="16"/>
              </w:rPr>
              <w:t>$223</w:t>
            </w:r>
          </w:p>
        </w:tc>
        <w:tc>
          <w:tcPr>
            <w:tcW w:type="dxa" w:w="1126"/>
          </w:tcPr>
          <w:p>
            <w:pPr>
              <w:spacing w:after="0"/>
              <w:jc w:val="right"/>
            </w:pPr>
            <w:r>
              <w:rPr>
                <w:sz w:val="16"/>
              </w:rPr>
              <w:t>n/a</w:t>
            </w:r>
          </w:p>
        </w:tc>
        <w:tc>
          <w:tcPr>
            <w:tcW w:type="dxa" w:w="1085"/>
          </w:tcPr>
          <w:p>
            <w:pPr>
              <w:spacing w:after="0"/>
              <w:jc w:val="right"/>
            </w:pPr>
            <w:r>
              <w:rPr>
                <w:sz w:val="16"/>
              </w:rPr>
              <w:t>$61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$23,764,268,241</w:t>
            </w:r>
          </w:p>
        </w:tc>
        <w:tc>
          <w:tcPr>
            <w:tcW w:type="dxa" w:w="1130"/>
          </w:tcPr>
          <w:p>
            <w:pPr>
              <w:spacing w:after="0"/>
              <w:jc w:val="right"/>
            </w:pPr>
            <w:r>
              <w:rPr>
                <w:sz w:val="16"/>
              </w:rPr>
              <w:t>n/a</w:t>
            </w:r>
          </w:p>
        </w:tc>
        <w:tc>
          <w:tcPr>
            <w:tcW w:type="dxa" w:w="1040"/>
          </w:tcPr>
          <w:p>
            <w:pPr>
              <w:spacing w:after="0"/>
              <w:jc w:val="right"/>
            </w:pPr>
            <w:r>
              <w:rPr>
                <w:sz w:val="16"/>
              </w:rPr>
              <w:t>128,510</w:t>
            </w:r>
          </w:p>
        </w:tc>
        <w:tc>
          <w:tcPr>
            <w:tcW w:type="dxa" w:w="1126"/>
          </w:tcPr>
          <w:p>
            <w:pPr>
              <w:spacing w:after="0"/>
              <w:jc w:val="right"/>
            </w:pPr>
            <w:r>
              <w:rPr>
                <w:sz w:val="16"/>
              </w:rPr>
              <w:t>$102,118</w:t>
            </w:r>
          </w:p>
        </w:tc>
        <w:tc>
          <w:tcPr>
            <w:tcW w:type="dxa" w:w="1126"/>
          </w:tcPr>
          <w:p>
            <w:pPr>
              <w:spacing w:after="0"/>
              <w:jc w:val="right"/>
            </w:pPr>
            <w:r>
              <w:rPr>
                <w:sz w:val="16"/>
              </w:rPr>
              <w:t>n/a</w:t>
            </w:r>
          </w:p>
        </w:tc>
        <w:tc>
          <w:tcPr>
            <w:tcW w:type="dxa" w:w="1085"/>
          </w:tcPr>
          <w:p>
            <w:pPr>
              <w:spacing w:after="0"/>
              <w:jc w:val="right"/>
            </w:pPr>
            <w:r>
              <w:rPr>
                <w:sz w:val="16"/>
              </w:rPr>
              <w:t>$696,150</w:t>
            </w:r>
          </w:p>
        </w:tc>
        <w:tc>
          <w:tcPr>
            <w:tcW w:type="dxa" w:w="1305"/>
          </w:tcPr>
          <w:p>
            <w:pPr>
              <w:spacing w:after="0"/>
              <w:jc w:val="right"/>
            </w:pPr>
            <w:r>
              <w:rPr>
                <w:sz w:val="16"/>
              </w:rPr>
              <w:t>0.00043%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$23,764,268,241</w:t>
            </w:r>
          </w:p>
        </w:tc>
        <w:tc>
          <w:tcPr>
            <w:tcW w:type="dxa" w:w="1130"/>
          </w:tcPr>
          <w:p>
            <w:pPr>
              <w:spacing w:after="0"/>
              <w:jc w:val="right"/>
            </w:pPr>
            <w:r>
              <w:rPr>
                <w:sz w:val="16"/>
              </w:rPr>
              <w:t>$57,572,649</w:t>
            </w:r>
          </w:p>
        </w:tc>
        <w:tc>
          <w:tcPr>
            <w:tcW w:type="dxa" w:w="1040"/>
          </w:tcPr>
          <w:p>
            <w:pPr>
              <w:spacing w:after="0"/>
              <w:jc w:val="right"/>
            </w:pPr>
            <w:r>
              <w:rPr>
                <w:sz w:val="16"/>
              </w:rPr>
              <w:t>128,510</w:t>
            </w:r>
          </w:p>
        </w:tc>
        <w:tc>
          <w:tcPr>
            <w:tcW w:type="dxa" w:w="1126"/>
          </w:tcPr>
          <w:p>
            <w:pPr>
              <w:spacing w:after="0"/>
              <w:jc w:val="right"/>
            </w:pPr>
            <w:r>
              <w:rPr>
                <w:sz w:val="16"/>
              </w:rPr>
              <w:t>$183,012</w:t>
            </w:r>
          </w:p>
        </w:tc>
        <w:tc>
          <w:tcPr>
            <w:tcW w:type="dxa" w:w="1126"/>
          </w:tcPr>
          <w:p>
            <w:pPr>
              <w:spacing w:after="0"/>
              <w:jc w:val="right"/>
            </w:pPr>
            <w:r>
              <w:rPr>
                <w:sz w:val="16"/>
              </w:rPr>
              <w:t>$4,965</w:t>
            </w:r>
          </w:p>
        </w:tc>
        <w:tc>
          <w:tcPr>
            <w:tcW w:type="dxa" w:w="1085"/>
          </w:tcPr>
          <w:p>
            <w:pPr>
              <w:spacing w:after="0"/>
              <w:jc w:val="right"/>
            </w:pPr>
            <w:r>
              <w:rPr>
                <w:sz w:val="16"/>
              </w:rPr>
              <w:t>$554,944</w:t>
            </w:r>
          </w:p>
        </w:tc>
        <w:tc>
          <w:tcPr>
            <w:tcW w:type="dxa" w:w="1305"/>
          </w:tcPr>
          <w:p>
            <w:pPr>
              <w:spacing w:after="0"/>
              <w:jc w:val="right"/>
            </w:pPr>
            <w:r>
              <w:rPr>
                <w:sz w:val="16"/>
              </w:rPr>
              <w:t>0.00077%</w:t>
            </w:r>
          </w:p>
        </w:tc>
        <w:tc>
          <w:tcPr>
            <w:tcW w:type="dxa" w:w="1153"/>
          </w:tcPr>
          <w:p>
            <w:pPr>
              <w:spacing w:after="0"/>
              <w:jc w:val="right"/>
            </w:pPr>
            <w:r>
              <w:rPr>
                <w:sz w:val="16"/>
              </w:rPr>
              <w:t>$37,000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$23,764,268,241</w:t>
            </w:r>
          </w:p>
        </w:tc>
        <w:tc>
          <w:tcPr>
            <w:tcW w:type="dxa" w:w="1130"/>
          </w:tcPr>
          <w:p>
            <w:pPr>
              <w:spacing w:after="0"/>
              <w:jc w:val="right"/>
            </w:pPr>
            <w:r>
              <w:rPr>
                <w:sz w:val="16"/>
              </w:rPr>
              <w:t>$57,572,649</w:t>
            </w:r>
          </w:p>
        </w:tc>
        <w:tc>
          <w:tcPr>
            <w:tcW w:type="dxa" w:w="1040"/>
          </w:tcPr>
          <w:p>
            <w:pPr>
              <w:spacing w:after="0"/>
              <w:jc w:val="right"/>
            </w:pPr>
            <w:r>
              <w:rPr>
                <w:sz w:val="16"/>
              </w:rPr>
              <w:t>128,510</w:t>
            </w:r>
          </w:p>
        </w:tc>
        <w:tc>
          <w:tcPr>
            <w:tcW w:type="dxa" w:w="1126"/>
          </w:tcPr>
          <w:p>
            <w:pPr>
              <w:spacing w:after="0"/>
              <w:jc w:val="right"/>
            </w:pPr>
            <w:r>
              <w:rPr>
                <w:sz w:val="16"/>
              </w:rPr>
              <w:t>$2,426,352</w:t>
            </w:r>
          </w:p>
        </w:tc>
        <w:tc>
          <w:tcPr>
            <w:tcW w:type="dxa" w:w="1126"/>
          </w:tcPr>
          <w:p>
            <w:pPr>
              <w:spacing w:after="0"/>
              <w:jc w:val="right"/>
            </w:pPr>
            <w:r>
              <w:rPr>
                <w:sz w:val="16"/>
              </w:rPr>
              <w:t>$1,345</w:t>
            </w:r>
          </w:p>
        </w:tc>
        <w:tc>
          <w:tcPr>
            <w:tcW w:type="dxa" w:w="1085"/>
          </w:tcPr>
          <w:p>
            <w:pPr>
              <w:spacing w:after="0"/>
              <w:jc w:val="right"/>
            </w:pPr>
            <w:r>
              <w:rPr>
                <w:sz w:val="16"/>
              </w:rPr>
              <w:t>$1,776,550</w:t>
            </w:r>
          </w:p>
        </w:tc>
        <w:tc>
          <w:tcPr>
            <w:tcW w:type="dxa" w:w="1305"/>
          </w:tcPr>
          <w:p>
            <w:pPr>
              <w:spacing w:after="0"/>
              <w:jc w:val="right"/>
            </w:pPr>
            <w:r>
              <w:rPr>
                <w:sz w:val="16"/>
              </w:rPr>
              <w:t>0.0102%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$3,240,081,767</w:t>
            </w:r>
          </w:p>
        </w:tc>
        <w:tc>
          <w:tcPr>
            <w:tcW w:type="dxa" w:w="1130"/>
          </w:tcPr>
          <w:p>
            <w:pPr>
              <w:spacing w:after="0"/>
              <w:jc w:val="right"/>
            </w:pPr>
            <w:r>
              <w:rPr>
                <w:sz w:val="16"/>
              </w:rPr>
              <w:t>$13,134,313</w:t>
            </w:r>
          </w:p>
        </w:tc>
        <w:tc>
          <w:tcPr>
            <w:tcW w:type="dxa" w:w="1040"/>
          </w:tcPr>
          <w:p>
            <w:pPr>
              <w:spacing w:after="0"/>
              <w:jc w:val="right"/>
            </w:pPr>
            <w:r>
              <w:rPr>
                <w:sz w:val="16"/>
              </w:rPr>
              <w:t>24,090</w:t>
            </w:r>
          </w:p>
        </w:tc>
        <w:tc>
          <w:tcPr>
            <w:tcW w:type="dxa" w:w="1126"/>
          </w:tcPr>
          <w:p>
            <w:pPr>
              <w:spacing w:after="0"/>
              <w:jc w:val="right"/>
            </w:pPr>
            <w:r>
              <w:rPr>
                <w:sz w:val="16"/>
              </w:rPr>
              <w:t>$9,343</w:t>
            </w:r>
          </w:p>
        </w:tc>
        <w:tc>
          <w:tcPr>
            <w:tcW w:type="dxa" w:w="1126"/>
          </w:tcPr>
          <w:p>
            <w:pPr>
              <w:spacing w:after="0"/>
              <w:jc w:val="right"/>
            </w:pPr>
            <w:r>
              <w:rPr>
                <w:sz w:val="16"/>
              </w:rPr>
              <w:t>$20</w:t>
            </w:r>
          </w:p>
        </w:tc>
        <w:tc>
          <w:tcPr>
            <w:tcW w:type="dxa" w:w="1085"/>
          </w:tcPr>
          <w:p>
            <w:pPr>
              <w:spacing w:after="0"/>
              <w:jc w:val="right"/>
            </w:pPr>
            <w:r>
              <w:rPr>
                <w:sz w:val="16"/>
              </w:rPr>
              <w:t>$2,880</w:t>
            </w:r>
          </w:p>
        </w:tc>
        <w:tc>
          <w:tcPr>
            <w:tcW w:type="dxa" w:w="1305"/>
          </w:tcPr>
          <w:p>
            <w:pPr>
              <w:spacing w:after="0"/>
              <w:jc w:val="right"/>
            </w:pPr>
            <w:r>
              <w:rPr>
                <w:sz w:val="16"/>
              </w:rPr>
              <w:t>0.000288%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$23,764,268,241</w:t>
            </w:r>
          </w:p>
        </w:tc>
        <w:tc>
          <w:tcPr>
            <w:tcW w:type="dxa" w:w="1130"/>
          </w:tcPr>
          <w:p>
            <w:pPr>
              <w:spacing w:after="0"/>
              <w:jc w:val="right"/>
            </w:pPr>
            <w:r>
              <w:rPr>
                <w:sz w:val="16"/>
              </w:rPr>
              <w:t>$57,572,649</w:t>
            </w:r>
          </w:p>
        </w:tc>
        <w:tc>
          <w:tcPr>
            <w:tcW w:type="dxa" w:w="1040"/>
          </w:tcPr>
          <w:p>
            <w:pPr>
              <w:spacing w:after="0"/>
              <w:jc w:val="right"/>
            </w:pPr>
            <w:r>
              <w:rPr>
                <w:sz w:val="16"/>
              </w:rPr>
              <w:t>128,510</w:t>
            </w:r>
          </w:p>
        </w:tc>
        <w:tc>
          <w:tcPr>
            <w:tcW w:type="dxa" w:w="1126"/>
          </w:tcPr>
          <w:p>
            <w:pPr>
              <w:spacing w:after="0"/>
              <w:jc w:val="right"/>
            </w:pPr>
            <w:r>
              <w:rPr>
                <w:sz w:val="16"/>
              </w:rPr>
              <w:t>$15,399</w:t>
            </w:r>
          </w:p>
        </w:tc>
        <w:tc>
          <w:tcPr>
            <w:tcW w:type="dxa" w:w="1126"/>
          </w:tcPr>
          <w:p>
            <w:pPr>
              <w:spacing w:after="0"/>
              <w:jc w:val="right"/>
            </w:pPr>
            <w:r>
              <w:rPr>
                <w:sz w:val="16"/>
              </w:rPr>
              <w:t>$69</w:t>
            </w:r>
          </w:p>
        </w:tc>
        <w:tc>
          <w:tcPr>
            <w:tcW w:type="dxa" w:w="1085"/>
          </w:tcPr>
          <w:p>
            <w:pPr>
              <w:spacing w:after="0"/>
              <w:jc w:val="right"/>
            </w:pPr>
            <w:r>
              <w:rPr>
                <w:sz w:val="16"/>
              </w:rPr>
              <w:t>$1,693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2024-10-07 (Storm Events through 2026-06-30): 11 county-coded records, 6 with a damage value recorded (including $0), $37,000; 7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128,510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$23,764,268,241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$57,572,649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$21,382,233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$7,364,853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Athens-Clarke County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2</w:t>
            </w:r>
          </w:p>
        </w:tc>
        <w:tc>
          <w:tcPr>
            <w:tcW w:type="dxa" w:w="1398"/>
          </w:tcPr>
          <w:p>
            <w:pPr>
              <w:spacing w:after="0"/>
              <w:jc w:val="right"/>
            </w:pPr>
            <w:r>
              <w:rPr>
                <w:sz w:val="16"/>
              </w:rPr>
              <w:t>2</w:t>
            </w:r>
          </w:p>
        </w:tc>
        <w:tc>
          <w:tcPr>
            <w:tcW w:type="dxa" w:w="1398"/>
          </w:tcPr>
          <w:p>
            <w:pPr>
              <w:spacing w:after="0"/>
              <w:jc w:val="right"/>
            </w:pPr>
            <w:r>
              <w:rPr>
                <w:sz w:val="16"/>
              </w:rPr>
              <w:t>5</w:t>
            </w:r>
          </w:p>
        </w:tc>
        <w:tc>
          <w:tcPr>
            <w:tcW w:type="dxa" w:w="1398"/>
          </w:tcPr>
          <w:p>
            <w:pPr>
              <w:spacing w:after="0"/>
              <w:jc w:val="right"/>
            </w:pPr>
            <w:r>
              <w:rPr>
                <w:sz w:val="16"/>
              </w:rPr>
              <w:t>2</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55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Athens-Clarke County unified government</w:t>
            </w:r>
          </w:p>
        </w:tc>
        <w:tc>
          <w:tcPr>
            <w:tcW w:type="dxa" w:w="1589"/>
          </w:tcPr>
          <w:p>
            <w:pPr>
              <w:spacing w:after="0"/>
              <w:jc w:val="left"/>
            </w:pPr>
            <w:r>
              <w:rPr>
                <w:sz w:val="16"/>
              </w:rPr>
              <w:t>130040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Winterville city</w:t>
            </w:r>
          </w:p>
        </w:tc>
        <w:tc>
          <w:tcPr>
            <w:tcW w:type="dxa" w:w="1589"/>
          </w:tcPr>
          <w:p>
            <w:pPr>
              <w:spacing w:after="0"/>
              <w:jc w:val="left"/>
            </w:pPr>
            <w:r>
              <w:rPr>
                <w:sz w:val="16"/>
              </w:rPr>
              <w:t>130297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Clarke County, GA: risk-assessment baseline packet, release 2026-10 (data as of 2026-09-30; County FIPS 13059). Automated baseline. </w:t>
      </w:r>
      <w:hyperlink r:id="rId16">
        <w:r>
          <w:rPr>
            <w:color w:val="1F4E99"/>
            <w:sz w:val="17"/>
            <w:u w:val="single"/>
          </w:rPr>
          <w:t>https://hazardplain.org/ga/13059/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Clarke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5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Clarke County, GA: Risk-assessment baseline packet</dc:title>
  <dc:subject>Hazard Plain release 2026-10, as of 2026-09-30. Automated baseline</dc:subject>
  <dc:creator>Hazard Plain</dc:creator>
  <cp:keywords>Hazard Plain; hazard mitigation; risk assessment; 13059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