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Ben Hill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2030-09-08</w:t>
      </w:r>
    </w:p>
    <w:p>
      <w:pPr>
        <w:keepNext/>
        <w:spacing w:after="40" w:before="0"/>
      </w:pPr>
      <w:r>
        <w:rPr>
          <w:b/>
        </w:rPr>
        <w:t xml:space="preserve">Plan: </w:t>
      </w:r>
      <w:r>
        <w:rPr/>
        <w:t>Ben Hill County (FEMA plan 110658)</w:t>
      </w:r>
    </w:p>
    <w:p>
      <w:pPr>
        <w:keepNext/>
        <w:spacing w:after="40" w:before="0"/>
      </w:pPr>
      <w:r>
        <w:rPr>
          <w:b/>
        </w:rPr>
        <w:t xml:space="preserve">Approved: </w:t>
      </w:r>
      <w:r>
        <w:rPr/>
        <w:t>2025-09-09</w:t>
      </w:r>
    </w:p>
    <w:p>
      <w:pPr>
        <w:keepNext/>
        <w:spacing w:after="40" w:before="0"/>
      </w:pPr>
      <w:r>
        <w:rPr>
          <w:b/>
        </w:rPr>
        <w:t xml:space="preserve">Expires: </w:t>
      </w:r>
      <w:r>
        <w:rPr/>
        <w:t>2030-09-08</w:t>
      </w:r>
    </w:p>
    <w:p>
      <w:pPr>
        <w:keepNext/>
        <w:spacing w:after="40" w:before="0"/>
      </w:pPr>
      <w:r>
        <w:rPr>
          <w:b/>
        </w:rPr>
        <w:t xml:space="preserve">As of: </w:t>
      </w:r>
      <w:r>
        <w:rPr/>
        <w:t>2026-09-28</w:t>
      </w:r>
    </w:p>
    <w:p>
      <w:pPr>
        <w:keepNext/>
        <w:spacing w:after="40" w:before="0"/>
      </w:pPr>
      <w:r>
        <w:rPr>
          <w:b/>
        </w:rPr>
        <w:t xml:space="preserve">Days: </w:t>
      </w:r>
      <w:r>
        <w:rPr/>
        <w:t>1,441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8"/>
        <w:gridCol w:w="1483"/>
        <w:gridCol w:w="2813"/>
        <w:gridCol w:w="3383"/>
        <w:gridCol w:w="1103"/>
        <w:gridCol w:w="1103"/>
        <w:gridCol w:w="951"/>
        <w:gridCol w:w="1008"/>
        <w:gridCol w:w="689"/>
      </w:tblGrid>
      <w:tr>
        <w:trPr>
          <w:cantSplit/>
          <w:tblHeader/>
        </w:trPr>
        <w:tc>
          <w:tcPr>
            <w:tcW w:type="dxa" w:w="1578"/>
            <w:shd w:val="clear" w:color="auto" w:fill="E8E8E8"/>
          </w:tcPr>
          <w:p>
            <w:pPr>
              <w:spacing w:after="0"/>
              <w:jc w:val="left"/>
            </w:pPr>
            <w:r>
              <w:rPr>
                <w:b/>
                <w:sz w:val="16"/>
              </w:rPr>
              <w:t>Jurisdiction</w:t>
            </w:r>
          </w:p>
        </w:tc>
        <w:tc>
          <w:tcPr>
            <w:tcW w:type="dxa" w:w="1483"/>
            <w:shd w:val="clear" w:color="auto" w:fill="E8E8E8"/>
          </w:tcPr>
          <w:p>
            <w:pPr>
              <w:spacing w:after="0"/>
              <w:jc w:val="left"/>
            </w:pPr>
            <w:r>
              <w:rPr>
                <w:b/>
                <w:sz w:val="16"/>
              </w:rPr>
              <w:t>Type</w:t>
            </w:r>
          </w:p>
        </w:tc>
        <w:tc>
          <w:tcPr>
            <w:tcW w:type="dxa" w:w="2813"/>
            <w:shd w:val="clear" w:color="auto" w:fill="E8E8E8"/>
          </w:tcPr>
          <w:p>
            <w:pPr>
              <w:spacing w:after="0"/>
              <w:jc w:val="left"/>
            </w:pPr>
            <w:r>
              <w:rPr>
                <w:b/>
                <w:sz w:val="16"/>
              </w:rPr>
              <w:t>Status</w:t>
            </w:r>
          </w:p>
        </w:tc>
        <w:tc>
          <w:tcPr>
            <w:tcW w:type="dxa" w:w="3383"/>
            <w:shd w:val="clear" w:color="auto" w:fill="E8E8E8"/>
          </w:tcPr>
          <w:p>
            <w:pPr>
              <w:spacing w:after="0"/>
              <w:jc w:val="left"/>
            </w:pPr>
            <w:r>
              <w:rPr>
                <w:b/>
                <w:sz w:val="16"/>
              </w:rPr>
              <w:t>Plan</w:t>
            </w:r>
          </w:p>
        </w:tc>
        <w:tc>
          <w:tcPr>
            <w:tcW w:type="dxa" w:w="1103"/>
            <w:shd w:val="clear" w:color="auto" w:fill="E8E8E8"/>
          </w:tcPr>
          <w:p>
            <w:pPr>
              <w:spacing w:after="0"/>
              <w:jc w:val="left"/>
            </w:pPr>
            <w:r>
              <w:rPr>
                <w:b/>
                <w:sz w:val="16"/>
              </w:rPr>
              <w:t>Approved</w:t>
            </w:r>
          </w:p>
        </w:tc>
        <w:tc>
          <w:tcPr>
            <w:tcW w:type="dxa" w:w="1103"/>
            <w:shd w:val="clear" w:color="auto" w:fill="E8E8E8"/>
          </w:tcPr>
          <w:p>
            <w:pPr>
              <w:spacing w:after="0"/>
              <w:jc w:val="left"/>
            </w:pPr>
            <w:r>
              <w:rPr>
                <w:b/>
                <w:sz w:val="16"/>
              </w:rPr>
              <w:t>Expires</w:t>
            </w:r>
          </w:p>
        </w:tc>
        <w:tc>
          <w:tcPr>
            <w:tcW w:type="dxa" w:w="9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8"/>
            <w:shd w:val="clear" w:color="auto" w:fill="E8E8E8"/>
          </w:tcPr>
          <w:p>
            <w:pPr>
              <w:spacing w:after="0"/>
              <w:jc w:val="left"/>
            </w:pPr>
            <w:r>
              <w:rPr>
                <w:b/>
                <w:sz w:val="16"/>
              </w:rPr>
              <w:t>Update underway</w:t>
            </w:r>
          </w:p>
        </w:tc>
        <w:tc>
          <w:tcPr>
            <w:tcW w:type="dxa" w:w="689"/>
            <w:shd w:val="clear" w:color="auto" w:fill="E8E8E8"/>
          </w:tcPr>
          <w:p>
            <w:pPr>
              <w:spacing w:after="0"/>
              <w:jc w:val="left"/>
            </w:pPr>
            <w:r>
              <w:rPr>
                <w:b/>
                <w:sz w:val="16"/>
              </w:rPr>
              <w:t>Notes</w:t>
            </w:r>
          </w:p>
        </w:tc>
      </w:tr>
      <w:tr>
        <w:trPr>
          <w:cantSplit/>
        </w:trPr>
        <w:tc>
          <w:tcPr>
            <w:tcW w:type="dxa" w:w="1578"/>
          </w:tcPr>
          <w:p>
            <w:pPr>
              <w:spacing w:after="0"/>
              <w:jc w:val="left"/>
            </w:pPr>
            <w:r>
              <w:rPr>
                <w:sz w:val="16"/>
              </w:rPr>
              <w:t>Ben Hill County (unincorporated area)</w:t>
            </w:r>
          </w:p>
        </w:tc>
        <w:tc>
          <w:tcPr>
            <w:tcW w:type="dxa" w:w="1483"/>
          </w:tcPr>
          <w:p>
            <w:pPr>
              <w:spacing w:after="0"/>
              <w:jc w:val="left"/>
            </w:pPr>
            <w:r>
              <w:rPr>
                <w:sz w:val="16"/>
              </w:rPr>
              <w:t>Unincorporated</w:t>
            </w:r>
          </w:p>
        </w:tc>
        <w:tc>
          <w:tcPr>
            <w:tcW w:type="dxa" w:w="2813"/>
          </w:tcPr>
          <w:p>
            <w:pPr>
              <w:spacing w:after="0"/>
              <w:jc w:val="left"/>
            </w:pPr>
            <w:r>
              <w:rPr>
                <w:sz w:val="16"/>
              </w:rPr>
              <w:t>Approved, expires 2030-09-08</w:t>
            </w:r>
          </w:p>
        </w:tc>
        <w:tc>
          <w:tcPr>
            <w:tcW w:type="dxa" w:w="3383"/>
          </w:tcPr>
          <w:p>
            <w:pPr>
              <w:spacing w:after="0"/>
              <w:jc w:val="left"/>
            </w:pPr>
            <w:r>
              <w:rPr>
                <w:sz w:val="16"/>
              </w:rPr>
              <w:t>Ben Hill County (FEMA plan 110658)</w:t>
            </w:r>
          </w:p>
        </w:tc>
        <w:tc>
          <w:tcPr>
            <w:tcW w:type="dxa" w:w="1103"/>
          </w:tcPr>
          <w:p>
            <w:pPr>
              <w:spacing w:after="0"/>
              <w:jc w:val="left"/>
            </w:pPr>
            <w:r>
              <w:rPr>
                <w:sz w:val="16"/>
              </w:rPr>
              <w:t>2025-09-09</w:t>
            </w:r>
          </w:p>
        </w:tc>
        <w:tc>
          <w:tcPr>
            <w:tcW w:type="dxa" w:w="1103"/>
          </w:tcPr>
          <w:p>
            <w:pPr>
              <w:spacing w:after="0"/>
              <w:jc w:val="left"/>
            </w:pPr>
            <w:r>
              <w:rPr>
                <w:sz w:val="16"/>
              </w:rPr>
              <w:t>2030-09-08</w:t>
            </w:r>
          </w:p>
        </w:tc>
        <w:tc>
          <w:tcPr>
            <w:tcW w:type="dxa" w:w="951"/>
          </w:tcPr>
          <w:p>
            <w:pPr>
              <w:spacing w:after="0"/>
              <w:jc w:val="right"/>
            </w:pPr>
            <w:r>
              <w:rPr>
                <w:sz w:val="16"/>
              </w:rPr>
              <w:t>1,441</w:t>
            </w:r>
          </w:p>
        </w:tc>
        <w:tc>
          <w:tcPr>
            <w:tcW w:type="dxa" w:w="1008"/>
          </w:tcPr>
          <w:p>
            <w:pPr>
              <w:spacing w:after="0"/>
              <w:jc w:val="left"/>
            </w:pPr>
          </w:p>
        </w:tc>
        <w:tc>
          <w:tcPr>
            <w:tcW w:type="dxa" w:w="689"/>
          </w:tcPr>
          <w:p>
            <w:pPr>
              <w:spacing w:after="0"/>
              <w:jc w:val="left"/>
            </w:pPr>
          </w:p>
        </w:tc>
      </w:tr>
      <w:tr>
        <w:trPr>
          <w:cantSplit/>
        </w:trPr>
        <w:tc>
          <w:tcPr>
            <w:tcW w:type="dxa" w:w="1578"/>
          </w:tcPr>
          <w:p>
            <w:pPr>
              <w:spacing w:after="0"/>
              <w:jc w:val="left"/>
            </w:pPr>
            <w:r>
              <w:rPr>
                <w:sz w:val="16"/>
              </w:rPr>
              <w:t>Fitzgerald city</w:t>
            </w:r>
          </w:p>
        </w:tc>
        <w:tc>
          <w:tcPr>
            <w:tcW w:type="dxa" w:w="1483"/>
          </w:tcPr>
          <w:p>
            <w:pPr>
              <w:spacing w:after="0"/>
              <w:jc w:val="left"/>
            </w:pPr>
            <w:r>
              <w:rPr>
                <w:sz w:val="16"/>
              </w:rPr>
              <w:t>City</w:t>
            </w:r>
          </w:p>
        </w:tc>
        <w:tc>
          <w:tcPr>
            <w:tcW w:type="dxa" w:w="2813"/>
          </w:tcPr>
          <w:p>
            <w:pPr>
              <w:spacing w:after="0"/>
              <w:jc w:val="left"/>
            </w:pPr>
            <w:r>
              <w:rPr>
                <w:sz w:val="16"/>
              </w:rPr>
              <w:t>Approved, expires 2030-09-08</w:t>
            </w:r>
          </w:p>
        </w:tc>
        <w:tc>
          <w:tcPr>
            <w:tcW w:type="dxa" w:w="3383"/>
          </w:tcPr>
          <w:p>
            <w:pPr>
              <w:spacing w:after="0"/>
              <w:jc w:val="left"/>
            </w:pPr>
            <w:r>
              <w:rPr>
                <w:sz w:val="16"/>
              </w:rPr>
              <w:t>Ben Hill County (FEMA plan 110658)</w:t>
            </w:r>
          </w:p>
        </w:tc>
        <w:tc>
          <w:tcPr>
            <w:tcW w:type="dxa" w:w="1103"/>
          </w:tcPr>
          <w:p>
            <w:pPr>
              <w:spacing w:after="0"/>
              <w:jc w:val="left"/>
            </w:pPr>
            <w:r>
              <w:rPr>
                <w:sz w:val="16"/>
              </w:rPr>
              <w:t>2025-09-09</w:t>
            </w:r>
          </w:p>
        </w:tc>
        <w:tc>
          <w:tcPr>
            <w:tcW w:type="dxa" w:w="1103"/>
          </w:tcPr>
          <w:p>
            <w:pPr>
              <w:spacing w:after="0"/>
              <w:jc w:val="left"/>
            </w:pPr>
            <w:r>
              <w:rPr>
                <w:sz w:val="16"/>
              </w:rPr>
              <w:t>2030-09-08</w:t>
            </w:r>
          </w:p>
        </w:tc>
        <w:tc>
          <w:tcPr>
            <w:tcW w:type="dxa" w:w="951"/>
          </w:tcPr>
          <w:p>
            <w:pPr>
              <w:spacing w:after="0"/>
              <w:jc w:val="right"/>
            </w:pPr>
            <w:r>
              <w:rPr>
                <w:sz w:val="16"/>
              </w:rPr>
              <w:t>1,441</w:t>
            </w:r>
          </w:p>
        </w:tc>
        <w:tc>
          <w:tcPr>
            <w:tcW w:type="dxa" w:w="1008"/>
          </w:tcPr>
          <w:p>
            <w:pPr>
              <w:spacing w:after="0"/>
              <w:jc w:val="left"/>
            </w:pPr>
          </w:p>
        </w:tc>
        <w:tc>
          <w:tcPr>
            <w:tcW w:type="dxa" w:w="68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$1,647,747</w:t>
            </w:r>
          </w:p>
        </w:tc>
        <w:tc>
          <w:tcPr>
            <w:tcW w:type="dxa" w:w="1126"/>
          </w:tcPr>
          <w:p>
            <w:pPr>
              <w:spacing w:after="0"/>
              <w:jc w:val="right"/>
            </w:pPr>
            <w:r>
              <w:rPr>
                <w:sz w:val="16"/>
              </w:rPr>
              <w:t>$52</w:t>
            </w:r>
          </w:p>
        </w:tc>
        <w:tc>
          <w:tcPr>
            <w:tcW w:type="dxa" w:w="1310"/>
          </w:tcPr>
          <w:p>
            <w:pPr>
              <w:spacing w:after="0"/>
              <w:jc w:val="right"/>
            </w:pPr>
            <w:r>
              <w:rPr>
                <w:sz w:val="16"/>
              </w:rPr>
              <w:t>$41,115</w:t>
            </w:r>
          </w:p>
        </w:tc>
        <w:tc>
          <w:tcPr>
            <w:tcW w:type="dxa" w:w="1117"/>
          </w:tcPr>
          <w:p>
            <w:pPr>
              <w:spacing w:after="0"/>
              <w:jc w:val="right"/>
            </w:pPr>
            <w:r>
              <w:rPr>
                <w:sz w:val="16"/>
              </w:rPr>
              <w:t>$1,688,914</w:t>
            </w:r>
          </w:p>
        </w:tc>
        <w:tc>
          <w:tcPr>
            <w:tcW w:type="dxa" w:w="1232"/>
          </w:tcPr>
          <w:p>
            <w:pPr>
              <w:spacing w:after="0"/>
              <w:jc w:val="right"/>
            </w:pPr>
            <w:r>
              <w:rPr>
                <w:sz w:val="16"/>
              </w:rPr>
              <w:t>16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$257,944</w:t>
            </w:r>
          </w:p>
        </w:tc>
        <w:tc>
          <w:tcPr>
            <w:tcW w:type="dxa" w:w="1126"/>
          </w:tcPr>
          <w:p>
            <w:pPr>
              <w:spacing w:after="0"/>
              <w:jc w:val="right"/>
            </w:pPr>
            <w:r>
              <w:rPr>
                <w:sz w:val="16"/>
              </w:rPr>
              <w:t>$680</w:t>
            </w:r>
          </w:p>
        </w:tc>
        <w:tc>
          <w:tcPr>
            <w:tcW w:type="dxa" w:w="1310"/>
          </w:tcPr>
          <w:p>
            <w:pPr>
              <w:spacing w:after="0"/>
              <w:jc w:val="right"/>
            </w:pPr>
            <w:r>
              <w:rPr>
                <w:sz w:val="16"/>
              </w:rPr>
              <w:t>$1,017,401</w:t>
            </w:r>
          </w:p>
        </w:tc>
        <w:tc>
          <w:tcPr>
            <w:tcW w:type="dxa" w:w="1117"/>
          </w:tcPr>
          <w:p>
            <w:pPr>
              <w:spacing w:after="0"/>
              <w:jc w:val="right"/>
            </w:pPr>
            <w:r>
              <w:rPr>
                <w:sz w:val="16"/>
              </w:rPr>
              <w:t>$1,276,025</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Hurricane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$647,120</w:t>
            </w:r>
          </w:p>
        </w:tc>
        <w:tc>
          <w:tcPr>
            <w:tcW w:type="dxa" w:w="1126"/>
          </w:tcPr>
          <w:p>
            <w:pPr>
              <w:spacing w:after="0"/>
              <w:jc w:val="right"/>
            </w:pPr>
            <w:r>
              <w:rPr>
                <w:sz w:val="16"/>
              </w:rPr>
              <w:t>$132,814</w:t>
            </w:r>
          </w:p>
        </w:tc>
        <w:tc>
          <w:tcPr>
            <w:tcW w:type="dxa" w:w="1310"/>
          </w:tcPr>
          <w:p>
            <w:pPr>
              <w:spacing w:after="0"/>
              <w:jc w:val="right"/>
            </w:pPr>
            <w:r>
              <w:rPr>
                <w:sz w:val="16"/>
              </w:rPr>
              <w:t>$31,372</w:t>
            </w:r>
          </w:p>
        </w:tc>
        <w:tc>
          <w:tcPr>
            <w:tcW w:type="dxa" w:w="1117"/>
          </w:tcPr>
          <w:p>
            <w:pPr>
              <w:spacing w:after="0"/>
              <w:jc w:val="right"/>
            </w:pPr>
            <w:r>
              <w:rPr>
                <w:sz w:val="16"/>
              </w:rPr>
              <w:t>$811,306</w:t>
            </w:r>
          </w:p>
        </w:tc>
        <w:tc>
          <w:tcPr>
            <w:tcW w:type="dxa" w:w="1232"/>
          </w:tcPr>
          <w:p>
            <w:pPr>
              <w:spacing w:after="0"/>
              <w:jc w:val="right"/>
            </w:pPr>
            <w:r>
              <w:rPr>
                <w:sz w:val="16"/>
              </w:rPr>
              <w:t>10</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$630</w:t>
            </w:r>
          </w:p>
        </w:tc>
        <w:tc>
          <w:tcPr>
            <w:tcW w:type="dxa" w:w="1126"/>
          </w:tcPr>
          <w:p>
            <w:pPr>
              <w:spacing w:after="0"/>
              <w:jc w:val="right"/>
            </w:pPr>
            <w:r>
              <w:rPr>
                <w:sz w:val="16"/>
              </w:rPr>
              <w:t>$336,946</w:t>
            </w:r>
          </w:p>
        </w:tc>
        <w:tc>
          <w:tcPr>
            <w:tcW w:type="dxa" w:w="1310"/>
          </w:tcPr>
          <w:p>
            <w:pPr>
              <w:spacing w:after="0"/>
              <w:jc w:val="right"/>
            </w:pPr>
            <w:r>
              <w:rPr>
                <w:sz w:val="16"/>
              </w:rPr>
              <w:t>$72,146</w:t>
            </w:r>
          </w:p>
        </w:tc>
        <w:tc>
          <w:tcPr>
            <w:tcW w:type="dxa" w:w="1117"/>
          </w:tcPr>
          <w:p>
            <w:pPr>
              <w:spacing w:after="0"/>
              <w:jc w:val="right"/>
            </w:pPr>
            <w:r>
              <w:rPr>
                <w:sz w:val="16"/>
              </w:rPr>
              <w:t>$409,722</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$186,412</w:t>
            </w:r>
          </w:p>
        </w:tc>
        <w:tc>
          <w:tcPr>
            <w:tcW w:type="dxa" w:w="1126"/>
          </w:tcPr>
          <w:p>
            <w:pPr>
              <w:spacing w:after="0"/>
              <w:jc w:val="right"/>
            </w:pPr>
          </w:p>
        </w:tc>
        <w:tc>
          <w:tcPr>
            <w:tcW w:type="dxa" w:w="1310"/>
          </w:tcPr>
          <w:p>
            <w:pPr>
              <w:spacing w:after="0"/>
              <w:jc w:val="right"/>
            </w:pPr>
            <w:r>
              <w:rPr>
                <w:sz w:val="16"/>
              </w:rPr>
              <w:t>$74,013</w:t>
            </w:r>
          </w:p>
        </w:tc>
        <w:tc>
          <w:tcPr>
            <w:tcW w:type="dxa" w:w="1117"/>
          </w:tcPr>
          <w:p>
            <w:pPr>
              <w:spacing w:after="0"/>
              <w:jc w:val="right"/>
            </w:pPr>
            <w:r>
              <w:rPr>
                <w:sz w:val="16"/>
              </w:rPr>
              <w:t>$260,425</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$49,352</w:t>
            </w:r>
          </w:p>
        </w:tc>
        <w:tc>
          <w:tcPr>
            <w:tcW w:type="dxa" w:w="1126"/>
          </w:tcPr>
          <w:p>
            <w:pPr>
              <w:spacing w:after="0"/>
              <w:jc w:val="right"/>
            </w:pPr>
            <w:r>
              <w:rPr>
                <w:sz w:val="16"/>
              </w:rPr>
              <w:t>$3,342</w:t>
            </w:r>
          </w:p>
        </w:tc>
        <w:tc>
          <w:tcPr>
            <w:tcW w:type="dxa" w:w="1310"/>
          </w:tcPr>
          <w:p>
            <w:pPr>
              <w:spacing w:after="0"/>
              <w:jc w:val="right"/>
            </w:pPr>
            <w:r>
              <w:rPr>
                <w:sz w:val="16"/>
              </w:rPr>
              <w:t>$184,389</w:t>
            </w:r>
          </w:p>
        </w:tc>
        <w:tc>
          <w:tcPr>
            <w:tcW w:type="dxa" w:w="1117"/>
          </w:tcPr>
          <w:p>
            <w:pPr>
              <w:spacing w:after="0"/>
              <w:jc w:val="right"/>
            </w:pPr>
            <w:r>
              <w:rPr>
                <w:sz w:val="16"/>
              </w:rPr>
              <w:t>$237,083</w:t>
            </w:r>
          </w:p>
        </w:tc>
        <w:tc>
          <w:tcPr>
            <w:tcW w:type="dxa" w:w="1232"/>
          </w:tcPr>
          <w:p>
            <w:pPr>
              <w:spacing w:after="0"/>
              <w:jc w:val="right"/>
            </w:pPr>
            <w:r>
              <w:rPr>
                <w:sz w:val="16"/>
              </w:rPr>
              <w:t>71</w:t>
            </w:r>
          </w:p>
        </w:tc>
        <w:tc>
          <w:tcPr>
            <w:tcW w:type="dxa" w:w="2253"/>
          </w:tcPr>
          <w:p>
            <w:pPr>
              <w:spacing w:after="0"/>
              <w:jc w:val="left"/>
            </w:pPr>
          </w:p>
        </w:tc>
        <w:tc>
          <w:tcPr>
            <w:tcW w:type="dxa" w:w="1921"/>
          </w:tcPr>
          <w:p>
            <w:pPr>
              <w:spacing w:after="0"/>
              <w:jc w:val="left"/>
            </w:pPr>
            <w:r>
              <w:rPr>
                <w:sz w:val="16"/>
              </w:rPr>
              <w:t>Includes 1 High Wind record,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Drought</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$190,798</w:t>
            </w:r>
          </w:p>
        </w:tc>
        <w:tc>
          <w:tcPr>
            <w:tcW w:type="dxa" w:w="1310"/>
          </w:tcPr>
          <w:p>
            <w:pPr>
              <w:spacing w:after="0"/>
              <w:jc w:val="right"/>
            </w:pPr>
          </w:p>
        </w:tc>
        <w:tc>
          <w:tcPr>
            <w:tcW w:type="dxa" w:w="1117"/>
          </w:tcPr>
          <w:p>
            <w:pPr>
              <w:spacing w:after="0"/>
              <w:jc w:val="right"/>
            </w:pPr>
            <w:r>
              <w:rPr>
                <w:sz w:val="16"/>
              </w:rPr>
              <w:t>$190,798</w:t>
            </w:r>
          </w:p>
        </w:tc>
        <w:tc>
          <w:tcPr>
            <w:tcW w:type="dxa" w:w="1232"/>
          </w:tcPr>
          <w:p>
            <w:pPr>
              <w:spacing w:after="0"/>
              <w:jc w:val="right"/>
            </w:pPr>
            <w:r>
              <w:rPr>
                <w:sz w:val="16"/>
              </w:rPr>
              <w:t>38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$37</w:t>
            </w:r>
          </w:p>
        </w:tc>
        <w:tc>
          <w:tcPr>
            <w:tcW w:type="dxa" w:w="1310"/>
          </w:tcPr>
          <w:p>
            <w:pPr>
              <w:spacing w:after="0"/>
              <w:jc w:val="right"/>
            </w:pPr>
            <w:r>
              <w:rPr>
                <w:sz w:val="16"/>
              </w:rPr>
              <w:t>$153,751</w:t>
            </w:r>
          </w:p>
        </w:tc>
        <w:tc>
          <w:tcPr>
            <w:tcW w:type="dxa" w:w="1117"/>
          </w:tcPr>
          <w:p>
            <w:pPr>
              <w:spacing w:after="0"/>
              <w:jc w:val="right"/>
            </w:pPr>
            <w:r>
              <w:rPr>
                <w:sz w:val="16"/>
              </w:rPr>
              <w:t>$153,798</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$8,020</w:t>
            </w:r>
          </w:p>
        </w:tc>
        <w:tc>
          <w:tcPr>
            <w:tcW w:type="dxa" w:w="1126"/>
          </w:tcPr>
          <w:p>
            <w:pPr>
              <w:spacing w:after="0"/>
              <w:jc w:val="right"/>
            </w:pPr>
          </w:p>
        </w:tc>
        <w:tc>
          <w:tcPr>
            <w:tcW w:type="dxa" w:w="1310"/>
          </w:tcPr>
          <w:p>
            <w:pPr>
              <w:spacing w:after="0"/>
              <w:jc w:val="right"/>
            </w:pPr>
            <w:r>
              <w:rPr>
                <w:sz w:val="16"/>
              </w:rPr>
              <w:t>$130,275</w:t>
            </w:r>
          </w:p>
        </w:tc>
        <w:tc>
          <w:tcPr>
            <w:tcW w:type="dxa" w:w="1117"/>
          </w:tcPr>
          <w:p>
            <w:pPr>
              <w:spacing w:after="0"/>
              <w:jc w:val="right"/>
            </w:pPr>
            <w:r>
              <w:rPr>
                <w:sz w:val="16"/>
              </w:rPr>
              <w:t>$138,295</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$27,129</w:t>
            </w:r>
          </w:p>
        </w:tc>
        <w:tc>
          <w:tcPr>
            <w:tcW w:type="dxa" w:w="1126"/>
          </w:tcPr>
          <w:p>
            <w:pPr>
              <w:spacing w:after="0"/>
              <w:jc w:val="right"/>
            </w:pPr>
            <w:r>
              <w:rPr>
                <w:sz w:val="16"/>
              </w:rPr>
              <w:t>$6,269</w:t>
            </w:r>
          </w:p>
        </w:tc>
        <w:tc>
          <w:tcPr>
            <w:tcW w:type="dxa" w:w="1310"/>
          </w:tcPr>
          <w:p>
            <w:pPr>
              <w:spacing w:after="0"/>
              <w:jc w:val="right"/>
            </w:pPr>
            <w:r>
              <w:rPr>
                <w:sz w:val="16"/>
              </w:rPr>
              <w:t>$21,551</w:t>
            </w:r>
          </w:p>
        </w:tc>
        <w:tc>
          <w:tcPr>
            <w:tcW w:type="dxa" w:w="1117"/>
          </w:tcPr>
          <w:p>
            <w:pPr>
              <w:spacing w:after="0"/>
              <w:jc w:val="right"/>
            </w:pPr>
            <w:r>
              <w:rPr>
                <w:sz w:val="16"/>
              </w:rPr>
              <w:t>$54,950</w:t>
            </w:r>
          </w:p>
        </w:tc>
        <w:tc>
          <w:tcPr>
            <w:tcW w:type="dxa" w:w="1232"/>
          </w:tcPr>
          <w:p>
            <w:pPr>
              <w:spacing w:after="0"/>
              <w:jc w:val="right"/>
            </w:pPr>
            <w:r>
              <w:rPr>
                <w:sz w:val="16"/>
              </w:rPr>
              <w:t>15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$15,954</w:t>
            </w:r>
          </w:p>
        </w:tc>
        <w:tc>
          <w:tcPr>
            <w:tcW w:type="dxa" w:w="1126"/>
          </w:tcPr>
          <w:p>
            <w:pPr>
              <w:spacing w:after="0"/>
              <w:jc w:val="right"/>
            </w:pPr>
            <w:r>
              <w:rPr>
                <w:sz w:val="16"/>
              </w:rPr>
              <w:t>$29</w:t>
            </w:r>
          </w:p>
        </w:tc>
        <w:tc>
          <w:tcPr>
            <w:tcW w:type="dxa" w:w="1310"/>
          </w:tcPr>
          <w:p>
            <w:pPr>
              <w:spacing w:after="0"/>
              <w:jc w:val="right"/>
            </w:pPr>
            <w:r>
              <w:rPr>
                <w:sz w:val="16"/>
              </w:rPr>
              <w:t>$2,579</w:t>
            </w:r>
          </w:p>
        </w:tc>
        <w:tc>
          <w:tcPr>
            <w:tcW w:type="dxa" w:w="1117"/>
          </w:tcPr>
          <w:p>
            <w:pPr>
              <w:spacing w:after="0"/>
              <w:jc w:val="right"/>
            </w:pPr>
            <w:r>
              <w:rPr>
                <w:sz w:val="16"/>
              </w:rPr>
              <w:t>$18,562</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12</w:t>
            </w:r>
          </w:p>
        </w:tc>
        <w:tc>
          <w:tcPr>
            <w:tcW w:type="dxa" w:w="1037"/>
          </w:tcPr>
          <w:p>
            <w:pPr>
              <w:spacing w:after="0"/>
              <w:jc w:val="left"/>
            </w:pPr>
            <w:r>
              <w:rPr>
                <w:sz w:val="16"/>
              </w:rPr>
              <w:t>Winter Weather</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$4,319</w:t>
            </w:r>
          </w:p>
        </w:tc>
        <w:tc>
          <w:tcPr>
            <w:tcW w:type="dxa" w:w="1126"/>
          </w:tcPr>
          <w:p>
            <w:pPr>
              <w:spacing w:after="0"/>
              <w:jc w:val="right"/>
            </w:pPr>
            <w:r>
              <w:rPr>
                <w:sz w:val="16"/>
              </w:rPr>
              <w:t>$10</w:t>
            </w:r>
          </w:p>
        </w:tc>
        <w:tc>
          <w:tcPr>
            <w:tcW w:type="dxa" w:w="1310"/>
          </w:tcPr>
          <w:p>
            <w:pPr>
              <w:spacing w:after="0"/>
              <w:jc w:val="right"/>
            </w:pPr>
            <w:r>
              <w:rPr>
                <w:sz w:val="16"/>
              </w:rPr>
              <w:t>$320</w:t>
            </w:r>
          </w:p>
        </w:tc>
        <w:tc>
          <w:tcPr>
            <w:tcW w:type="dxa" w:w="1117"/>
          </w:tcPr>
          <w:p>
            <w:pPr>
              <w:spacing w:after="0"/>
              <w:jc w:val="right"/>
            </w:pPr>
            <w:r>
              <w:rPr>
                <w:sz w:val="16"/>
              </w:rPr>
              <w:t>$4,648</w:t>
            </w:r>
          </w:p>
        </w:tc>
        <w:tc>
          <w:tcPr>
            <w:tcW w:type="dxa" w:w="1232"/>
          </w:tcPr>
          <w:p>
            <w:pPr>
              <w:spacing w:after="0"/>
              <w:jc w:val="right"/>
            </w:pPr>
            <w:r>
              <w:rPr>
                <w:sz w:val="16"/>
              </w:rPr>
              <w:t>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Ice Storm</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$955</w:t>
            </w:r>
          </w:p>
        </w:tc>
        <w:tc>
          <w:tcPr>
            <w:tcW w:type="dxa" w:w="1126"/>
          </w:tcPr>
          <w:p>
            <w:pPr>
              <w:spacing w:after="0"/>
              <w:jc w:val="right"/>
            </w:pPr>
          </w:p>
        </w:tc>
        <w:tc>
          <w:tcPr>
            <w:tcW w:type="dxa" w:w="1310"/>
          </w:tcPr>
          <w:p>
            <w:pPr>
              <w:spacing w:after="0"/>
              <w:jc w:val="right"/>
            </w:pPr>
            <w:r>
              <w:rPr>
                <w:sz w:val="16"/>
              </w:rPr>
              <w:t>$1,949</w:t>
            </w:r>
          </w:p>
        </w:tc>
        <w:tc>
          <w:tcPr>
            <w:tcW w:type="dxa" w:w="1117"/>
          </w:tcPr>
          <w:p>
            <w:pPr>
              <w:spacing w:after="0"/>
              <w:jc w:val="right"/>
            </w:pPr>
            <w:r>
              <w:rPr>
                <w:sz w:val="16"/>
              </w:rPr>
              <w:t>$2,904</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p>
        </w:tc>
        <w:tc>
          <w:tcPr>
            <w:tcW w:type="dxa" w:w="1310"/>
          </w:tcPr>
          <w:p>
            <w:pPr>
              <w:spacing w:after="0"/>
              <w:jc w:val="right"/>
            </w:pPr>
            <w:r>
              <w:rPr>
                <w:sz w:val="16"/>
              </w:rPr>
              <w:t>under $1</w:t>
            </w:r>
          </w:p>
        </w:tc>
        <w:tc>
          <w:tcPr>
            <w:tcW w:type="dxa" w:w="1117"/>
          </w:tcPr>
          <w:p>
            <w:pPr>
              <w:spacing w:after="0"/>
              <w:jc w:val="right"/>
            </w:pPr>
            <w:r>
              <w:rPr>
                <w:sz w:val="16"/>
              </w:rPr>
              <w:t>$2</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6"/>
        <w:gridCol w:w="1727"/>
        <w:gridCol w:w="1548"/>
        <w:gridCol w:w="1346"/>
        <w:gridCol w:w="2297"/>
        <w:gridCol w:w="1635"/>
        <w:gridCol w:w="1614"/>
        <w:gridCol w:w="2219"/>
      </w:tblGrid>
      <w:tr>
        <w:trPr>
          <w:cantSplit/>
          <w:tblHeader/>
        </w:trPr>
        <w:tc>
          <w:tcPr>
            <w:tcW w:type="dxa" w:w="1726"/>
            <w:shd w:val="clear" w:color="auto" w:fill="E8E8E8"/>
          </w:tcPr>
          <w:p>
            <w:pPr>
              <w:spacing w:after="0"/>
              <w:jc w:val="left"/>
            </w:pPr>
            <w:r>
              <w:rPr>
                <w:b/>
                <w:sz w:val="16"/>
              </w:rPr>
              <w:t>Hazard</w:t>
            </w:r>
          </w:p>
        </w:tc>
        <w:tc>
          <w:tcPr>
            <w:tcW w:type="dxa" w:w="1727"/>
            <w:shd w:val="clear" w:color="auto" w:fill="E8E8E8"/>
          </w:tcPr>
          <w:p>
            <w:pPr>
              <w:spacing w:after="0"/>
              <w:jc w:val="left"/>
            </w:pPr>
            <w:r>
              <w:rPr>
                <w:b/>
                <w:sz w:val="16"/>
              </w:rPr>
              <w:t>Scale</w:t>
            </w:r>
          </w:p>
        </w:tc>
        <w:tc>
          <w:tcPr>
            <w:tcW w:type="dxa" w:w="1548"/>
            <w:shd w:val="clear" w:color="auto" w:fill="E8E8E8"/>
          </w:tcPr>
          <w:p>
            <w:pPr>
              <w:spacing w:after="0"/>
              <w:jc w:val="right"/>
            </w:pPr>
            <w:r>
              <w:rPr>
                <w:b/>
                <w:sz w:val="16"/>
              </w:rPr>
              <w:t>Records</w:t>
            </w:r>
          </w:p>
          <w:p>
            <w:pPr>
              <w:spacing w:after="0"/>
              <w:jc w:val="right"/>
            </w:pPr>
            <w:r>
              <w:rPr>
                <w:i/>
                <w:color w:val="555555"/>
                <w:sz w:val="14"/>
              </w:rPr>
              <w:t>count, years</w:t>
            </w:r>
          </w:p>
        </w:tc>
        <w:tc>
          <w:tcPr>
            <w:tcW w:type="dxa" w:w="1346"/>
            <w:shd w:val="clear" w:color="auto" w:fill="E8E8E8"/>
          </w:tcPr>
          <w:p>
            <w:pPr>
              <w:spacing w:after="0"/>
              <w:jc w:val="left"/>
            </w:pPr>
            <w:r>
              <w:rPr>
                <w:b/>
                <w:sz w:val="16"/>
              </w:rPr>
              <w:t>Observed range</w:t>
            </w:r>
          </w:p>
        </w:tc>
        <w:tc>
          <w:tcPr>
            <w:tcW w:type="dxa" w:w="2297"/>
            <w:shd w:val="clear" w:color="auto" w:fill="E8E8E8"/>
          </w:tcPr>
          <w:p>
            <w:pPr>
              <w:spacing w:after="0"/>
              <w:jc w:val="left"/>
            </w:pPr>
            <w:r>
              <w:rPr>
                <w:b/>
                <w:sz w:val="16"/>
              </w:rPr>
              <w:t>Worst recorded event</w:t>
            </w:r>
          </w:p>
        </w:tc>
        <w:tc>
          <w:tcPr>
            <w:tcW w:type="dxa" w:w="1635"/>
            <w:shd w:val="clear" w:color="auto" w:fill="E8E8E8"/>
          </w:tcPr>
          <w:p>
            <w:pPr>
              <w:spacing w:after="0"/>
              <w:jc w:val="left"/>
            </w:pPr>
            <w:r>
              <w:rPr>
                <w:b/>
                <w:sz w:val="16"/>
              </w:rPr>
              <w:t>Most damaging (when different)</w:t>
            </w:r>
          </w:p>
        </w:tc>
        <w:tc>
          <w:tcPr>
            <w:tcW w:type="dxa" w:w="1614"/>
            <w:shd w:val="clear" w:color="auto" w:fill="E8E8E8"/>
          </w:tcPr>
          <w:p>
            <w:pPr>
              <w:spacing w:after="0"/>
              <w:jc w:val="left"/>
            </w:pPr>
            <w:r>
              <w:rPr>
                <w:b/>
                <w:sz w:val="16"/>
              </w:rPr>
              <w:t>How it applies to members</w:t>
            </w:r>
          </w:p>
        </w:tc>
        <w:tc>
          <w:tcPr>
            <w:tcW w:type="dxa" w:w="2219"/>
            <w:shd w:val="clear" w:color="auto" w:fill="E8E8E8"/>
          </w:tcPr>
          <w:p>
            <w:pPr>
              <w:spacing w:after="0"/>
              <w:jc w:val="left"/>
            </w:pPr>
            <w:r>
              <w:rPr>
                <w:b/>
                <w:sz w:val="16"/>
              </w:rPr>
              <w:t>Note</w:t>
            </w:r>
          </w:p>
        </w:tc>
      </w:tr>
      <w:tr>
        <w:trPr>
          <w:cantSplit/>
        </w:trPr>
        <w:tc>
          <w:tcPr>
            <w:tcW w:type="dxa" w:w="1726"/>
          </w:tcPr>
          <w:p>
            <w:pPr>
              <w:spacing w:after="0"/>
              <w:jc w:val="left"/>
            </w:pPr>
            <w:r>
              <w:rPr>
                <w:sz w:val="16"/>
              </w:rPr>
              <w:t>Avalanche</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346"/>
          </w:tcPr>
          <w:p>
            <w:pPr>
              <w:spacing w:after="0"/>
              <w:jc w:val="left"/>
            </w:pPr>
          </w:p>
        </w:tc>
        <w:tc>
          <w:tcPr>
            <w:tcW w:type="dxa" w:w="2297"/>
          </w:tcPr>
          <w:p>
            <w:pPr>
              <w:spacing w:after="0"/>
              <w:jc w:val="left"/>
            </w:pPr>
          </w:p>
        </w:tc>
        <w:tc>
          <w:tcPr>
            <w:tcW w:type="dxa" w:w="1635"/>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Coastal Flood, Storm Surge/Tide</w:t>
            </w:r>
          </w:p>
        </w:tc>
        <w:tc>
          <w:tcPr>
            <w:tcW w:type="dxa" w:w="1727"/>
          </w:tcPr>
          <w:p>
            <w:pPr>
              <w:spacing w:after="0"/>
              <w:jc w:val="left"/>
            </w:pPr>
            <w:r>
              <w:rPr>
                <w:sz w:val="16"/>
              </w:rPr>
              <w:t>none in data (FIRM for depth)</w:t>
            </w:r>
          </w:p>
        </w:tc>
        <w:tc>
          <w:tcPr>
            <w:tcW w:type="dxa" w:w="1548"/>
          </w:tcPr>
          <w:p>
            <w:pPr>
              <w:spacing w:after="0"/>
              <w:jc w:val="right"/>
            </w:pPr>
            <w:r>
              <w:rPr>
                <w:sz w:val="16"/>
              </w:rPr>
              <w:t>0</w:t>
            </w:r>
          </w:p>
        </w:tc>
        <w:tc>
          <w:tcPr>
            <w:tcW w:type="dxa" w:w="1346"/>
          </w:tcPr>
          <w:p>
            <w:pPr>
              <w:spacing w:after="0"/>
              <w:jc w:val="left"/>
            </w:pPr>
          </w:p>
        </w:tc>
        <w:tc>
          <w:tcPr>
            <w:tcW w:type="dxa" w:w="2297"/>
          </w:tcPr>
          <w:p>
            <w:pPr>
              <w:spacing w:after="0"/>
              <w:jc w:val="left"/>
            </w:pPr>
          </w:p>
        </w:tc>
        <w:tc>
          <w:tcPr>
            <w:tcW w:type="dxa" w:w="1635"/>
          </w:tcPr>
          <w:p>
            <w:pPr>
              <w:spacing w:after="0"/>
              <w:jc w:val="left"/>
            </w:pPr>
          </w:p>
        </w:tc>
        <w:tc>
          <w:tcPr>
            <w:tcW w:type="dxa" w:w="1614"/>
          </w:tcPr>
          <w:p>
            <w:pPr>
              <w:spacing w:after="0"/>
              <w:jc w:val="left"/>
            </w:pPr>
          </w:p>
        </w:tc>
        <w:tc>
          <w:tcPr>
            <w:tcW w:type="dxa" w:w="2219"/>
          </w:tcPr>
          <w:p>
            <w:pPr>
              <w:spacing w:after="0"/>
              <w:jc w:val="left"/>
            </w:pPr>
            <w:r>
              <w:rPr>
                <w:sz w:val="16"/>
              </w:rPr>
              <w:t>Flood depth: see the FEMA Flood Insurance Rate Map.</w:t>
            </w:r>
          </w:p>
        </w:tc>
      </w:tr>
      <w:tr>
        <w:trPr>
          <w:cantSplit/>
        </w:trPr>
        <w:tc>
          <w:tcPr>
            <w:tcW w:type="dxa" w:w="1726"/>
          </w:tcPr>
          <w:p>
            <w:pPr>
              <w:spacing w:after="0"/>
              <w:jc w:val="left"/>
            </w:pPr>
            <w:r>
              <w:rPr>
                <w:sz w:val="16"/>
              </w:rPr>
              <w:t>Cold/Wind Chill, Extreme Cold/Wind Chill</w:t>
            </w:r>
          </w:p>
        </w:tc>
        <w:tc>
          <w:tcPr>
            <w:tcW w:type="dxa" w:w="1727"/>
          </w:tcPr>
          <w:p>
            <w:pPr>
              <w:spacing w:after="0"/>
              <w:jc w:val="left"/>
            </w:pPr>
            <w:r>
              <w:rPr>
                <w:sz w:val="16"/>
              </w:rPr>
              <w:t>wind chill</w:t>
            </w:r>
          </w:p>
        </w:tc>
        <w:tc>
          <w:tcPr>
            <w:tcW w:type="dxa" w:w="1548"/>
          </w:tcPr>
          <w:p>
            <w:pPr>
              <w:spacing w:after="0"/>
              <w:jc w:val="right"/>
            </w:pPr>
            <w:r>
              <w:rPr>
                <w:sz w:val="16"/>
              </w:rPr>
              <w:t>1, 2026 to 2026 (1 zone-level)</w:t>
            </w:r>
          </w:p>
        </w:tc>
        <w:tc>
          <w:tcPr>
            <w:tcW w:type="dxa" w:w="1346"/>
          </w:tcPr>
          <w:p>
            <w:pPr>
              <w:spacing w:after="0"/>
              <w:jc w:val="left"/>
            </w:pPr>
            <w:r>
              <w:rPr>
                <w:sz w:val="16"/>
              </w:rPr>
              <w:t>1 day; 1 with a recorded value</w:t>
            </w:r>
          </w:p>
        </w:tc>
        <w:tc>
          <w:tcPr>
            <w:tcW w:type="dxa" w:w="2297"/>
          </w:tcPr>
          <w:p>
            <w:pPr>
              <w:spacing w:after="0"/>
              <w:jc w:val="left"/>
            </w:pPr>
            <w:r>
              <w:rPr>
                <w:sz w:val="16"/>
              </w:rPr>
              <w:t>1 consecutive day, 2026-02-01, zone-level</w:t>
            </w:r>
          </w:p>
        </w:tc>
        <w:tc>
          <w:tcPr>
            <w:tcW w:type="dxa" w:w="1635"/>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Wind chill: in event narratives only; local data required.</w:t>
            </w:r>
          </w:p>
        </w:tc>
      </w:tr>
      <w:tr>
        <w:trPr>
          <w:cantSplit/>
        </w:trPr>
        <w:tc>
          <w:tcPr>
            <w:tcW w:type="dxa" w:w="1726"/>
          </w:tcPr>
          <w:p>
            <w:pPr>
              <w:spacing w:after="0"/>
              <w:jc w:val="left"/>
            </w:pPr>
            <w:r>
              <w:rPr>
                <w:sz w:val="16"/>
              </w:rPr>
              <w:t>Frost/Freeze (outside NRI Cold Wave definition)</w:t>
            </w:r>
          </w:p>
        </w:tc>
        <w:tc>
          <w:tcPr>
            <w:tcW w:type="dxa" w:w="1727"/>
          </w:tcPr>
          <w:p>
            <w:pPr>
              <w:spacing w:after="0"/>
              <w:jc w:val="left"/>
            </w:pPr>
            <w:r>
              <w:rPr>
                <w:sz w:val="16"/>
              </w:rPr>
              <w:t>crop damage</w:t>
            </w:r>
          </w:p>
        </w:tc>
        <w:tc>
          <w:tcPr>
            <w:tcW w:type="dxa" w:w="1548"/>
          </w:tcPr>
          <w:p>
            <w:pPr>
              <w:spacing w:after="0"/>
              <w:jc w:val="right"/>
            </w:pPr>
            <w:r>
              <w:rPr>
                <w:sz w:val="16"/>
              </w:rPr>
              <w:t>1, 2017 to 2017 (1 zone-level)</w:t>
            </w:r>
          </w:p>
        </w:tc>
        <w:tc>
          <w:tcPr>
            <w:tcW w:type="dxa" w:w="1346"/>
          </w:tcPr>
          <w:p>
            <w:pPr>
              <w:spacing w:after="0"/>
              <w:jc w:val="left"/>
            </w:pPr>
          </w:p>
        </w:tc>
        <w:tc>
          <w:tcPr>
            <w:tcW w:type="dxa" w:w="2297"/>
          </w:tcPr>
          <w:p>
            <w:pPr>
              <w:spacing w:after="0"/>
              <w:jc w:val="left"/>
            </w:pPr>
            <w:r>
              <w:rPr>
                <w:sz w:val="16"/>
              </w:rPr>
              <w:t>Frost/Freeze, 2017-03-16, $7,850,000 crop damage, reported for the zone (2017 dollars); NWS zone GAZ130 (BEN HILL), zone-level: may include parts of neighboring counties</w:t>
            </w:r>
          </w:p>
        </w:tc>
        <w:tc>
          <w:tcPr>
            <w:tcW w:type="dxa" w:w="1635"/>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Temperature: in event narratives only; local data required.</w:t>
            </w:r>
          </w:p>
        </w:tc>
      </w:tr>
      <w:tr>
        <w:trPr>
          <w:cantSplit/>
        </w:trPr>
        <w:tc>
          <w:tcPr>
            <w:tcW w:type="dxa" w:w="1726"/>
          </w:tcPr>
          <w:p>
            <w:pPr>
              <w:spacing w:after="0"/>
              <w:jc w:val="left"/>
            </w:pPr>
            <w:r>
              <w:rPr>
                <w:sz w:val="16"/>
              </w:rPr>
              <w:t>Drought</w:t>
            </w:r>
          </w:p>
        </w:tc>
        <w:tc>
          <w:tcPr>
            <w:tcW w:type="dxa" w:w="1727"/>
          </w:tcPr>
          <w:p>
            <w:pPr>
              <w:spacing w:after="0"/>
              <w:jc w:val="left"/>
            </w:pPr>
            <w:r>
              <w:rPr>
                <w:sz w:val="16"/>
              </w:rPr>
              <w:t>US Drought Monitor D-scale</w:t>
            </w:r>
          </w:p>
        </w:tc>
        <w:tc>
          <w:tcPr>
            <w:tcW w:type="dxa" w:w="1548"/>
          </w:tcPr>
          <w:p>
            <w:pPr>
              <w:spacing w:after="0"/>
              <w:jc w:val="right"/>
            </w:pPr>
            <w:r>
              <w:rPr>
                <w:sz w:val="16"/>
              </w:rPr>
              <w:t>38, 1997 to 2026 (38 zone-level)</w:t>
            </w:r>
          </w:p>
        </w:tc>
        <w:tc>
          <w:tcPr>
            <w:tcW w:type="dxa" w:w="1346"/>
          </w:tcPr>
          <w:p>
            <w:pPr>
              <w:spacing w:after="0"/>
              <w:jc w:val="left"/>
            </w:pPr>
            <w:r>
              <w:rPr>
                <w:sz w:val="16"/>
              </w:rPr>
              <w:t>6 days to 631 days (median 38 days); 8 with a recorded value</w:t>
            </w:r>
          </w:p>
        </w:tc>
        <w:tc>
          <w:tcPr>
            <w:tcW w:type="dxa" w:w="2297"/>
          </w:tcPr>
          <w:p>
            <w:pPr>
              <w:spacing w:after="0"/>
              <w:jc w:val="left"/>
            </w:pPr>
            <w:r>
              <w:rPr>
                <w:sz w:val="16"/>
              </w:rPr>
              <w:t>631 days (about 20.7 months), 2010-11-23 to 2012-08-14, a run of 22 consecutive Storm Events drought records, zone-level</w:t>
            </w:r>
          </w:p>
        </w:tc>
        <w:tc>
          <w:tcPr>
            <w:tcW w:type="dxa" w:w="1635"/>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6"/>
          </w:tcPr>
          <w:p>
            <w:pPr>
              <w:spacing w:after="0"/>
              <w:jc w:val="left"/>
            </w:pPr>
            <w:r>
              <w:rPr>
                <w:sz w:val="16"/>
              </w:rPr>
              <w:t>Earthquake</w:t>
            </w:r>
          </w:p>
        </w:tc>
        <w:tc>
          <w:tcPr>
            <w:tcW w:type="dxa" w:w="1727"/>
          </w:tcPr>
          <w:p>
            <w:pPr>
              <w:spacing w:after="0"/>
              <w:jc w:val="left"/>
            </w:pPr>
            <w:r>
              <w:rPr>
                <w:sz w:val="16"/>
              </w:rPr>
              <w:t>Modified Mercalli (local data)</w:t>
            </w:r>
          </w:p>
        </w:tc>
        <w:tc>
          <w:tcPr>
            <w:tcW w:type="dxa" w:w="1548"/>
          </w:tcPr>
          <w:p>
            <w:pPr>
              <w:spacing w:after="0"/>
              <w:jc w:val="right"/>
            </w:pPr>
            <w:r>
              <w:rPr>
                <w:sz w:val="16"/>
              </w:rPr>
              <w:t>0</w:t>
            </w:r>
          </w:p>
        </w:tc>
        <w:tc>
          <w:tcPr>
            <w:tcW w:type="dxa" w:w="1346"/>
          </w:tcPr>
          <w:p>
            <w:pPr>
              <w:spacing w:after="0"/>
              <w:jc w:val="left"/>
            </w:pPr>
          </w:p>
        </w:tc>
        <w:tc>
          <w:tcPr>
            <w:tcW w:type="dxa" w:w="2297"/>
          </w:tcPr>
          <w:p>
            <w:pPr>
              <w:spacing w:after="0"/>
              <w:jc w:val="left"/>
            </w:pPr>
          </w:p>
        </w:tc>
        <w:tc>
          <w:tcPr>
            <w:tcW w:type="dxa" w:w="1635"/>
          </w:tcPr>
          <w:p>
            <w:pPr>
              <w:spacing w:after="0"/>
              <w:jc w:val="left"/>
            </w:pPr>
          </w:p>
        </w:tc>
        <w:tc>
          <w:tcPr>
            <w:tcW w:type="dxa" w:w="1614"/>
          </w:tcPr>
          <w:p>
            <w:pPr>
              <w:spacing w:after="0"/>
              <w:jc w:val="left"/>
            </w:pPr>
          </w:p>
        </w:tc>
        <w:tc>
          <w:tcPr>
            <w:tcW w:type="dxa" w:w="2219"/>
          </w:tcPr>
          <w:p>
            <w:pPr>
              <w:spacing w:after="0"/>
              <w:jc w:val="left"/>
            </w:pPr>
            <w:r>
              <w:rPr>
                <w:sz w:val="16"/>
              </w:rPr>
              <w:t>No Storm Events record; local data required (e.g., USGS).</w:t>
            </w:r>
          </w:p>
        </w:tc>
      </w:tr>
      <w:tr>
        <w:trPr>
          <w:cantSplit/>
        </w:trPr>
        <w:tc>
          <w:tcPr>
            <w:tcW w:type="dxa" w:w="1726"/>
          </w:tcPr>
          <w:p>
            <w:pPr>
              <w:spacing w:after="0"/>
              <w:jc w:val="left"/>
            </w:pPr>
            <w:r>
              <w:rPr>
                <w:sz w:val="16"/>
              </w:rPr>
              <w:t>Hail</w:t>
            </w:r>
          </w:p>
        </w:tc>
        <w:tc>
          <w:tcPr>
            <w:tcW w:type="dxa" w:w="1727"/>
          </w:tcPr>
          <w:p>
            <w:pPr>
              <w:spacing w:after="0"/>
              <w:jc w:val="left"/>
            </w:pPr>
            <w:r>
              <w:rPr>
                <w:sz w:val="16"/>
              </w:rPr>
              <w:t>hail size (inches)</w:t>
            </w:r>
          </w:p>
        </w:tc>
        <w:tc>
          <w:tcPr>
            <w:tcW w:type="dxa" w:w="1548"/>
          </w:tcPr>
          <w:p>
            <w:pPr>
              <w:spacing w:after="0"/>
              <w:jc w:val="right"/>
            </w:pPr>
            <w:r>
              <w:rPr>
                <w:sz w:val="16"/>
              </w:rPr>
              <w:t>22, 1958 to 2024</w:t>
            </w:r>
          </w:p>
        </w:tc>
        <w:tc>
          <w:tcPr>
            <w:tcW w:type="dxa" w:w="1346"/>
          </w:tcPr>
          <w:p>
            <w:pPr>
              <w:spacing w:after="0"/>
              <w:jc w:val="left"/>
            </w:pPr>
            <w:r>
              <w:rPr>
                <w:sz w:val="16"/>
              </w:rPr>
              <w:t>0.75 in to 2 in (median 1 in); 22 with a recorded value</w:t>
            </w:r>
          </w:p>
        </w:tc>
        <w:tc>
          <w:tcPr>
            <w:tcW w:type="dxa" w:w="2297"/>
          </w:tcPr>
          <w:p>
            <w:pPr>
              <w:spacing w:after="0"/>
              <w:jc w:val="left"/>
            </w:pPr>
            <w:r>
              <w:rPr>
                <w:sz w:val="16"/>
              </w:rPr>
              <w:t>2 in hail, 1958-04-21</w:t>
            </w:r>
          </w:p>
        </w:tc>
        <w:tc>
          <w:tcPr>
            <w:tcW w:type="dxa" w:w="1635"/>
          </w:tcPr>
          <w:p>
            <w:pPr>
              <w:spacing w:after="0"/>
              <w:jc w:val="left"/>
            </w:pPr>
          </w:p>
        </w:tc>
        <w:tc>
          <w:tcPr>
            <w:tcW w:type="dxa" w:w="1614"/>
          </w:tcPr>
          <w:p>
            <w:pPr>
              <w:spacing w:after="0"/>
              <w:jc w:val="left"/>
            </w:pPr>
            <w:r>
              <w:rPr>
                <w:sz w:val="16"/>
              </w:rPr>
              <w:t>Event records naming member places: Fitzgerald city (10 records).</w:t>
            </w:r>
          </w:p>
        </w:tc>
        <w:tc>
          <w:tcPr>
            <w:tcW w:type="dxa" w:w="2219"/>
          </w:tcPr>
          <w:p>
            <w:pPr>
              <w:spacing w:after="0"/>
              <w:jc w:val="left"/>
            </w:pPr>
          </w:p>
        </w:tc>
      </w:tr>
      <w:tr>
        <w:trPr>
          <w:cantSplit/>
        </w:trPr>
        <w:tc>
          <w:tcPr>
            <w:tcW w:type="dxa" w:w="1726"/>
          </w:tcPr>
          <w:p>
            <w:pPr>
              <w:spacing w:after="0"/>
              <w:jc w:val="left"/>
            </w:pPr>
            <w:r>
              <w:rPr>
                <w:sz w:val="16"/>
              </w:rPr>
              <w:t>Excessive Heat, Heat</w:t>
            </w:r>
          </w:p>
        </w:tc>
        <w:tc>
          <w:tcPr>
            <w:tcW w:type="dxa" w:w="1727"/>
          </w:tcPr>
          <w:p>
            <w:pPr>
              <w:spacing w:after="0"/>
              <w:jc w:val="left"/>
            </w:pPr>
            <w:r>
              <w:rPr>
                <w:sz w:val="16"/>
              </w:rPr>
              <w:t>heat index (narratives)</w:t>
            </w:r>
          </w:p>
        </w:tc>
        <w:tc>
          <w:tcPr>
            <w:tcW w:type="dxa" w:w="1548"/>
          </w:tcPr>
          <w:p>
            <w:pPr>
              <w:spacing w:after="0"/>
              <w:jc w:val="right"/>
            </w:pPr>
            <w:r>
              <w:rPr>
                <w:sz w:val="16"/>
              </w:rPr>
              <w:t>3, 2023 to 2023 (3 zone-level)</w:t>
            </w:r>
          </w:p>
        </w:tc>
        <w:tc>
          <w:tcPr>
            <w:tcW w:type="dxa" w:w="1346"/>
          </w:tcPr>
          <w:p>
            <w:pPr>
              <w:spacing w:after="0"/>
              <w:jc w:val="left"/>
            </w:pPr>
            <w:r>
              <w:rPr>
                <w:sz w:val="16"/>
              </w:rPr>
              <w:t>3 days; 1 with a recorded value</w:t>
            </w:r>
          </w:p>
        </w:tc>
        <w:tc>
          <w:tcPr>
            <w:tcW w:type="dxa" w:w="2297"/>
          </w:tcPr>
          <w:p>
            <w:pPr>
              <w:spacing w:after="0"/>
              <w:jc w:val="left"/>
            </w:pPr>
            <w:r>
              <w:rPr>
                <w:sz w:val="16"/>
              </w:rPr>
              <w:t>3 consecutive days, 2023-08-12 to 2023-08-14, zone-level</w:t>
            </w:r>
          </w:p>
        </w:tc>
        <w:tc>
          <w:tcPr>
            <w:tcW w:type="dxa" w:w="1635"/>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Heat index: in event narratives only; local data required.</w:t>
            </w:r>
          </w:p>
        </w:tc>
      </w:tr>
      <w:tr>
        <w:trPr>
          <w:cantSplit/>
        </w:trPr>
        <w:tc>
          <w:tcPr>
            <w:tcW w:type="dxa" w:w="1726"/>
          </w:tcPr>
          <w:p>
            <w:pPr>
              <w:spacing w:after="0"/>
              <w:jc w:val="left"/>
            </w:pPr>
            <w:r>
              <w:rPr>
                <w:sz w:val="16"/>
              </w:rPr>
              <w:t>Hurricane, Tropical Storm, Tropical Depression</w:t>
            </w:r>
          </w:p>
        </w:tc>
        <w:tc>
          <w:tcPr>
            <w:tcW w:type="dxa" w:w="1727"/>
          </w:tcPr>
          <w:p>
            <w:pPr>
              <w:spacing w:after="0"/>
              <w:jc w:val="left"/>
            </w:pPr>
            <w:r>
              <w:rPr>
                <w:sz w:val="16"/>
              </w:rPr>
              <w:t>Saffir-Simpson</w:t>
            </w:r>
          </w:p>
        </w:tc>
        <w:tc>
          <w:tcPr>
            <w:tcW w:type="dxa" w:w="1548"/>
          </w:tcPr>
          <w:p>
            <w:pPr>
              <w:spacing w:after="0"/>
              <w:jc w:val="right"/>
            </w:pPr>
            <w:r>
              <w:rPr>
                <w:sz w:val="16"/>
              </w:rPr>
              <w:t>10, 1998 to 2024 (10 zone-level)</w:t>
            </w:r>
          </w:p>
        </w:tc>
        <w:tc>
          <w:tcPr>
            <w:tcW w:type="dxa" w:w="1346"/>
          </w:tcPr>
          <w:p>
            <w:pPr>
              <w:spacing w:after="0"/>
              <w:jc w:val="left"/>
            </w:pPr>
          </w:p>
        </w:tc>
        <w:tc>
          <w:tcPr>
            <w:tcW w:type="dxa" w:w="2297"/>
          </w:tcPr>
          <w:p>
            <w:pPr>
              <w:spacing w:after="0"/>
              <w:jc w:val="left"/>
            </w:pPr>
            <w:r>
              <w:rPr>
                <w:sz w:val="16"/>
              </w:rPr>
              <w:t>Strongest recorded (records with damage, a wind speed or direct casualties first, then storm type, category and wind): Hurricane (Typhoon) record, 2024-09-26 to 2024-09-27, category 1, $10,000,000 property; $100,000,000 crops, reported for the zone (2024 dollars) (as recorded; larger than this county's annual agriculture value in the National Risk Index; confirm with the county or the state extension service); NWS zone GAZ130 (BEN HILL), zone-level: may include parts of neighboring counties</w:t>
            </w:r>
          </w:p>
        </w:tc>
        <w:tc>
          <w:tcPr>
            <w:tcW w:type="dxa" w:w="1635"/>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6"/>
          </w:tcPr>
          <w:p>
            <w:pPr>
              <w:spacing w:after="0"/>
              <w:jc w:val="left"/>
            </w:pPr>
            <w:r>
              <w:rPr>
                <w:sz w:val="16"/>
              </w:rPr>
              <w:t>Ice Storm</w:t>
            </w:r>
          </w:p>
        </w:tc>
        <w:tc>
          <w:tcPr>
            <w:tcW w:type="dxa" w:w="1727"/>
          </w:tcPr>
          <w:p>
            <w:pPr>
              <w:spacing w:after="0"/>
              <w:jc w:val="left"/>
            </w:pPr>
            <w:r>
              <w:rPr>
                <w:sz w:val="16"/>
              </w:rPr>
              <w:t>Sperry-Piltz (local data)</w:t>
            </w:r>
          </w:p>
        </w:tc>
        <w:tc>
          <w:tcPr>
            <w:tcW w:type="dxa" w:w="1548"/>
          </w:tcPr>
          <w:p>
            <w:pPr>
              <w:spacing w:after="0"/>
              <w:jc w:val="right"/>
            </w:pPr>
            <w:r>
              <w:rPr>
                <w:sz w:val="16"/>
              </w:rPr>
              <w:t>2, 2005 to 2011 (2 zone-level)</w:t>
            </w:r>
          </w:p>
        </w:tc>
        <w:tc>
          <w:tcPr>
            <w:tcW w:type="dxa" w:w="1346"/>
          </w:tcPr>
          <w:p>
            <w:pPr>
              <w:spacing w:after="0"/>
              <w:jc w:val="left"/>
            </w:pPr>
          </w:p>
        </w:tc>
        <w:tc>
          <w:tcPr>
            <w:tcW w:type="dxa" w:w="2297"/>
          </w:tcPr>
          <w:p>
            <w:pPr>
              <w:spacing w:after="0"/>
              <w:jc w:val="left"/>
            </w:pPr>
            <w:r>
              <w:rPr>
                <w:sz w:val="16"/>
              </w:rPr>
              <w:t>Ice Storm, 2005-01-29, $5,000 property; crops not reported, reported for the zone (2005 dollars); NWS zone GAZ130 (BEN HILL), zone-level: may include parts of neighboring counties</w:t>
            </w:r>
          </w:p>
        </w:tc>
        <w:tc>
          <w:tcPr>
            <w:tcW w:type="dxa" w:w="1635"/>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Ice thickness: in event narratives only; local data required.</w:t>
            </w:r>
          </w:p>
        </w:tc>
      </w:tr>
      <w:tr>
        <w:trPr>
          <w:cantSplit/>
        </w:trPr>
        <w:tc>
          <w:tcPr>
            <w:tcW w:type="dxa" w:w="1726"/>
          </w:tcPr>
          <w:p>
            <w:pPr>
              <w:spacing w:after="0"/>
              <w:jc w:val="left"/>
            </w:pPr>
            <w:r>
              <w:rPr>
                <w:sz w:val="16"/>
              </w:rPr>
              <w:t>Flash Flood, Flood, Lakeshore Flood</w:t>
            </w:r>
          </w:p>
        </w:tc>
        <w:tc>
          <w:tcPr>
            <w:tcW w:type="dxa" w:w="1727"/>
          </w:tcPr>
          <w:p>
            <w:pPr>
              <w:spacing w:after="0"/>
              <w:jc w:val="left"/>
            </w:pPr>
            <w:r>
              <w:rPr>
                <w:sz w:val="16"/>
              </w:rPr>
              <w:t>damage and flood days (FIRM for depth)</w:t>
            </w:r>
          </w:p>
        </w:tc>
        <w:tc>
          <w:tcPr>
            <w:tcW w:type="dxa" w:w="1548"/>
          </w:tcPr>
          <w:p>
            <w:pPr>
              <w:spacing w:after="0"/>
              <w:jc w:val="right"/>
            </w:pPr>
            <w:r>
              <w:rPr>
                <w:sz w:val="16"/>
              </w:rPr>
              <w:t>16, 1998 to 2026 (2 zone-level)</w:t>
            </w:r>
          </w:p>
        </w:tc>
        <w:tc>
          <w:tcPr>
            <w:tcW w:type="dxa" w:w="1346"/>
          </w:tcPr>
          <w:p>
            <w:pPr>
              <w:spacing w:after="0"/>
              <w:jc w:val="left"/>
            </w:pPr>
          </w:p>
        </w:tc>
        <w:tc>
          <w:tcPr>
            <w:tcW w:type="dxa" w:w="2297"/>
          </w:tcPr>
          <w:p>
            <w:pPr>
              <w:spacing w:after="0"/>
              <w:jc w:val="left"/>
            </w:pPr>
            <w:r>
              <w:rPr>
                <w:sz w:val="16"/>
              </w:rPr>
              <w:t>Flash Flood, 2000-03-30, $250,000 property; crops not reported (2000 dollars)</w:t>
            </w:r>
          </w:p>
        </w:tc>
        <w:tc>
          <w:tcPr>
            <w:tcW w:type="dxa" w:w="1635"/>
          </w:tcPr>
          <w:p>
            <w:pPr>
              <w:spacing w:after="0"/>
              <w:jc w:val="left"/>
            </w:pPr>
          </w:p>
        </w:tc>
        <w:tc>
          <w:tcPr>
            <w:tcW w:type="dxa" w:w="1614"/>
          </w:tcPr>
          <w:p>
            <w:pPr>
              <w:spacing w:after="0"/>
              <w:jc w:val="left"/>
            </w:pPr>
            <w:r>
              <w:rPr>
                <w:sz w:val="16"/>
              </w:rPr>
              <w:t>Event records naming member places: Fitzgerald city (5 records). Zone-level records (2) apply countywide.</w:t>
            </w:r>
          </w:p>
        </w:tc>
        <w:tc>
          <w:tcPr>
            <w:tcW w:type="dxa" w:w="221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6"/>
          </w:tcPr>
          <w:p>
            <w:pPr>
              <w:spacing w:after="0"/>
              <w:jc w:val="left"/>
            </w:pPr>
            <w:r>
              <w:rPr>
                <w:sz w:val="16"/>
              </w:rPr>
              <w:t>Debris Flow</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346"/>
          </w:tcPr>
          <w:p>
            <w:pPr>
              <w:spacing w:after="0"/>
              <w:jc w:val="left"/>
            </w:pPr>
          </w:p>
        </w:tc>
        <w:tc>
          <w:tcPr>
            <w:tcW w:type="dxa" w:w="2297"/>
          </w:tcPr>
          <w:p>
            <w:pPr>
              <w:spacing w:after="0"/>
              <w:jc w:val="left"/>
            </w:pPr>
          </w:p>
        </w:tc>
        <w:tc>
          <w:tcPr>
            <w:tcW w:type="dxa" w:w="1635"/>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Lightning</w:t>
            </w:r>
          </w:p>
        </w:tc>
        <w:tc>
          <w:tcPr>
            <w:tcW w:type="dxa" w:w="1727"/>
          </w:tcPr>
          <w:p>
            <w:pPr>
              <w:spacing w:after="0"/>
              <w:jc w:val="left"/>
            </w:pPr>
            <w:r>
              <w:rPr>
                <w:sz w:val="16"/>
              </w:rPr>
              <w:t>annualized frequency (the measure FEMA's Local Mitigation Planning Handbook names)</w:t>
            </w:r>
          </w:p>
        </w:tc>
        <w:tc>
          <w:tcPr>
            <w:tcW w:type="dxa" w:w="1548"/>
          </w:tcPr>
          <w:p>
            <w:pPr>
              <w:spacing w:after="0"/>
              <w:jc w:val="right"/>
            </w:pPr>
            <w:r>
              <w:rPr>
                <w:sz w:val="16"/>
              </w:rPr>
              <w:t>1, 2015 to 2015</w:t>
            </w:r>
          </w:p>
        </w:tc>
        <w:tc>
          <w:tcPr>
            <w:tcW w:type="dxa" w:w="1346"/>
          </w:tcPr>
          <w:p>
            <w:pPr>
              <w:spacing w:after="0"/>
              <w:jc w:val="left"/>
            </w:pPr>
          </w:p>
        </w:tc>
        <w:tc>
          <w:tcPr>
            <w:tcW w:type="dxa" w:w="2297"/>
          </w:tcPr>
          <w:p>
            <w:pPr>
              <w:spacing w:after="0"/>
              <w:jc w:val="left"/>
            </w:pPr>
            <w:r>
              <w:rPr>
                <w:sz w:val="16"/>
              </w:rPr>
              <w:t>Lightning, 2015-08-06, $5,000 property; $0 crops (2015 dollars), 1 direct injury</w:t>
            </w:r>
          </w:p>
        </w:tc>
        <w:tc>
          <w:tcPr>
            <w:tcW w:type="dxa" w:w="1635"/>
          </w:tcPr>
          <w:p>
            <w:pPr>
              <w:spacing w:after="0"/>
              <w:jc w:val="left"/>
            </w:pPr>
          </w:p>
        </w:tc>
        <w:tc>
          <w:tcPr>
            <w:tcW w:type="dxa" w:w="1614"/>
          </w:tcPr>
          <w:p>
            <w:pPr>
              <w:spacing w:after="0"/>
              <w:jc w:val="left"/>
            </w:pPr>
            <w:r>
              <w:rPr>
                <w:sz w:val="16"/>
              </w:rPr>
              <w:t>No event record names a member place.</w:t>
            </w:r>
          </w:p>
        </w:tc>
        <w:tc>
          <w:tcPr>
            <w:tcW w:type="dxa" w:w="2219"/>
          </w:tcPr>
          <w:p>
            <w:pPr>
              <w:spacing w:after="0"/>
              <w:jc w:val="left"/>
            </w:pPr>
            <w:r>
              <w:rPr>
                <w:sz w:val="16"/>
              </w:rPr>
              <w:t>Storm Events lists lightning with damage or casualties; physical measure in event narratives only; local data required.</w:t>
            </w:r>
          </w:p>
        </w:tc>
      </w:tr>
      <w:tr>
        <w:trPr>
          <w:cantSplit/>
        </w:trPr>
        <w:tc>
          <w:tcPr>
            <w:tcW w:type="dxa" w:w="1726"/>
          </w:tcPr>
          <w:p>
            <w:pPr>
              <w:spacing w:after="0"/>
              <w:jc w:val="left"/>
            </w:pPr>
            <w:r>
              <w:rPr>
                <w:sz w:val="16"/>
              </w:rPr>
              <w:t>High Wind and Strong Wind (outside NRI Strong Wind definition)</w:t>
            </w:r>
          </w:p>
        </w:tc>
        <w:tc>
          <w:tcPr>
            <w:tcW w:type="dxa" w:w="1727"/>
          </w:tcPr>
          <w:p>
            <w:pPr>
              <w:spacing w:after="0"/>
              <w:jc w:val="left"/>
            </w:pPr>
            <w:r>
              <w:rPr>
                <w:sz w:val="16"/>
              </w:rPr>
              <w:t>wind speed (kt and mph)</w:t>
            </w:r>
          </w:p>
        </w:tc>
        <w:tc>
          <w:tcPr>
            <w:tcW w:type="dxa" w:w="1548"/>
          </w:tcPr>
          <w:p>
            <w:pPr>
              <w:spacing w:after="0"/>
              <w:jc w:val="right"/>
            </w:pPr>
            <w:r>
              <w:rPr>
                <w:sz w:val="16"/>
              </w:rPr>
              <w:t>1, 1998 to 1998 (1 zone-level)</w:t>
            </w:r>
          </w:p>
        </w:tc>
        <w:tc>
          <w:tcPr>
            <w:tcW w:type="dxa" w:w="1346"/>
          </w:tcPr>
          <w:p>
            <w:pPr>
              <w:spacing w:after="0"/>
              <w:jc w:val="left"/>
            </w:pPr>
          </w:p>
        </w:tc>
        <w:tc>
          <w:tcPr>
            <w:tcW w:type="dxa" w:w="2297"/>
          </w:tcPr>
          <w:p>
            <w:pPr>
              <w:spacing w:after="0"/>
              <w:jc w:val="left"/>
            </w:pPr>
            <w:r>
              <w:rPr>
                <w:sz w:val="16"/>
              </w:rPr>
              <w:t>No wind speed recorded in 1 records.</w:t>
            </w:r>
          </w:p>
        </w:tc>
        <w:tc>
          <w:tcPr>
            <w:tcW w:type="dxa" w:w="1635"/>
          </w:tcPr>
          <w:p>
            <w:pPr>
              <w:spacing w:after="0"/>
              <w:jc w:val="left"/>
            </w:pPr>
            <w:r>
              <w:rPr>
                <w:sz w:val="16"/>
              </w:rPr>
              <w:t>High Wind, 1998-04-19, $40,000 property; crops not reported, reported for the zone (1998 dollars)</w:t>
            </w: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p>
        </w:tc>
      </w:tr>
      <w:tr>
        <w:trPr>
          <w:cantSplit/>
        </w:trPr>
        <w:tc>
          <w:tcPr>
            <w:tcW w:type="dxa" w:w="1726"/>
          </w:tcPr>
          <w:p>
            <w:pPr>
              <w:spacing w:after="0"/>
              <w:jc w:val="left"/>
            </w:pPr>
            <w:r>
              <w:rPr>
                <w:sz w:val="16"/>
              </w:rPr>
              <w:t>Thunderstorm Wind</w:t>
            </w:r>
          </w:p>
        </w:tc>
        <w:tc>
          <w:tcPr>
            <w:tcW w:type="dxa" w:w="1727"/>
          </w:tcPr>
          <w:p>
            <w:pPr>
              <w:spacing w:after="0"/>
              <w:jc w:val="left"/>
            </w:pPr>
            <w:r>
              <w:rPr>
                <w:sz w:val="16"/>
              </w:rPr>
              <w:t>wind speed (kt and mph)</w:t>
            </w:r>
          </w:p>
        </w:tc>
        <w:tc>
          <w:tcPr>
            <w:tcW w:type="dxa" w:w="1548"/>
          </w:tcPr>
          <w:p>
            <w:pPr>
              <w:spacing w:after="0"/>
              <w:jc w:val="right"/>
            </w:pPr>
            <w:r>
              <w:rPr>
                <w:sz w:val="16"/>
              </w:rPr>
              <w:t>106, 1959 to 2026</w:t>
            </w:r>
          </w:p>
        </w:tc>
        <w:tc>
          <w:tcPr>
            <w:tcW w:type="dxa" w:w="1346"/>
          </w:tcPr>
          <w:p>
            <w:pPr>
              <w:spacing w:after="0"/>
              <w:jc w:val="left"/>
            </w:pPr>
            <w:r>
              <w:rPr>
                <w:sz w:val="16"/>
              </w:rPr>
              <w:t>45 kt (52 mph) to 85 kt (98 mph) (median 50 kt (58 mph)); 68 with a recorded value</w:t>
            </w:r>
          </w:p>
        </w:tc>
        <w:tc>
          <w:tcPr>
            <w:tcW w:type="dxa" w:w="2297"/>
          </w:tcPr>
          <w:p>
            <w:pPr>
              <w:spacing w:after="0"/>
              <w:jc w:val="left"/>
            </w:pPr>
            <w:r>
              <w:rPr>
                <w:sz w:val="16"/>
              </w:rPr>
              <w:t>85 kt (98 mph), measurement type not recorded, Thunderstorm Wind, 1993-10-30, 4 direct injuries</w:t>
            </w:r>
          </w:p>
        </w:tc>
        <w:tc>
          <w:tcPr>
            <w:tcW w:type="dxa" w:w="1635"/>
          </w:tcPr>
          <w:p>
            <w:pPr>
              <w:spacing w:after="0"/>
              <w:jc w:val="left"/>
            </w:pPr>
          </w:p>
        </w:tc>
        <w:tc>
          <w:tcPr>
            <w:tcW w:type="dxa" w:w="1614"/>
          </w:tcPr>
          <w:p>
            <w:pPr>
              <w:spacing w:after="0"/>
              <w:jc w:val="left"/>
            </w:pPr>
            <w:r>
              <w:rPr>
                <w:sz w:val="16"/>
              </w:rPr>
              <w:t>Event records naming member places: Fitzgerald city (38 records).</w:t>
            </w:r>
          </w:p>
        </w:tc>
        <w:tc>
          <w:tcPr>
            <w:tcW w:type="dxa" w:w="2219"/>
          </w:tcPr>
          <w:p>
            <w:pPr>
              <w:spacing w:after="0"/>
              <w:jc w:val="left"/>
            </w:pPr>
          </w:p>
        </w:tc>
      </w:tr>
      <w:tr>
        <w:trPr>
          <w:cantSplit/>
        </w:trPr>
        <w:tc>
          <w:tcPr>
            <w:tcW w:type="dxa" w:w="1726"/>
          </w:tcPr>
          <w:p>
            <w:pPr>
              <w:spacing w:after="0"/>
              <w:jc w:val="left"/>
            </w:pPr>
            <w:r>
              <w:rPr>
                <w:sz w:val="16"/>
              </w:rPr>
              <w:t>Tornado</w:t>
            </w:r>
          </w:p>
        </w:tc>
        <w:tc>
          <w:tcPr>
            <w:tcW w:type="dxa" w:w="1727"/>
          </w:tcPr>
          <w:p>
            <w:pPr>
              <w:spacing w:after="0"/>
              <w:jc w:val="left"/>
            </w:pPr>
            <w:r>
              <w:rPr>
                <w:sz w:val="16"/>
              </w:rPr>
              <w:t>Enhanced Fujita (F before Feb 2007)</w:t>
            </w:r>
          </w:p>
        </w:tc>
        <w:tc>
          <w:tcPr>
            <w:tcW w:type="dxa" w:w="1548"/>
          </w:tcPr>
          <w:p>
            <w:pPr>
              <w:spacing w:after="0"/>
              <w:jc w:val="right"/>
            </w:pPr>
            <w:r>
              <w:rPr>
                <w:sz w:val="16"/>
              </w:rPr>
              <w:t>14, 1961 to 2019</w:t>
            </w:r>
          </w:p>
        </w:tc>
        <w:tc>
          <w:tcPr>
            <w:tcW w:type="dxa" w:w="1346"/>
          </w:tcPr>
          <w:p>
            <w:pPr>
              <w:spacing w:after="0"/>
              <w:jc w:val="left"/>
            </w:pPr>
            <w:r>
              <w:rPr>
                <w:sz w:val="16"/>
              </w:rPr>
              <w:t>F/EF0 to F/EF2 (median F/EF1); 14 with a recorded value</w:t>
            </w:r>
          </w:p>
        </w:tc>
        <w:tc>
          <w:tcPr>
            <w:tcW w:type="dxa" w:w="2297"/>
          </w:tcPr>
          <w:p>
            <w:pPr>
              <w:spacing w:after="0"/>
              <w:jc w:val="left"/>
            </w:pPr>
            <w:r>
              <w:rPr>
                <w:sz w:val="16"/>
              </w:rPr>
              <w:t>F2 tornado, 1963-06-14, 0.5 mi path length (records before 1996 may include the whole path; rating and listing come from the county where the tornado began), 33 yd wide, $250,000 property; crops not recorded (1963 dollars), 2 direct injuries</w:t>
            </w:r>
          </w:p>
        </w:tc>
        <w:tc>
          <w:tcPr>
            <w:tcW w:type="dxa" w:w="1635"/>
          </w:tcPr>
          <w:p>
            <w:pPr>
              <w:spacing w:after="0"/>
              <w:jc w:val="left"/>
            </w:pPr>
            <w:r>
              <w:rPr>
                <w:sz w:val="16"/>
              </w:rPr>
              <w:t>Tornado, 2006-12-25, $300,000 property; $0 crops (2006 dollars)</w:t>
            </w:r>
          </w:p>
        </w:tc>
        <w:tc>
          <w:tcPr>
            <w:tcW w:type="dxa" w:w="1614"/>
          </w:tcPr>
          <w:p>
            <w:pPr>
              <w:spacing w:after="0"/>
              <w:jc w:val="left"/>
            </w:pPr>
            <w:r>
              <w:rPr>
                <w:sz w:val="16"/>
              </w:rPr>
              <w:t>Event records naming member places: Fitzgerald city (2 records).</w:t>
            </w:r>
          </w:p>
        </w:tc>
        <w:tc>
          <w:tcPr>
            <w:tcW w:type="dxa" w:w="221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6"/>
          </w:tcPr>
          <w:p>
            <w:pPr>
              <w:spacing w:after="0"/>
              <w:jc w:val="left"/>
            </w:pPr>
            <w:r>
              <w:rPr>
                <w:sz w:val="16"/>
              </w:rPr>
              <w:t>Tsunami</w:t>
            </w:r>
          </w:p>
        </w:tc>
        <w:tc>
          <w:tcPr>
            <w:tcW w:type="dxa" w:w="1727"/>
          </w:tcPr>
          <w:p>
            <w:pPr>
              <w:spacing w:after="0"/>
              <w:jc w:val="left"/>
            </w:pPr>
            <w:r>
              <w:rPr>
                <w:sz w:val="16"/>
              </w:rPr>
              <w:t>none (count and damage)</w:t>
            </w:r>
          </w:p>
        </w:tc>
        <w:tc>
          <w:tcPr>
            <w:tcW w:type="dxa" w:w="1548"/>
          </w:tcPr>
          <w:p>
            <w:pPr>
              <w:spacing w:after="0"/>
              <w:jc w:val="right"/>
            </w:pPr>
            <w:r>
              <w:rPr>
                <w:sz w:val="16"/>
              </w:rPr>
              <w:t>0</w:t>
            </w:r>
          </w:p>
        </w:tc>
        <w:tc>
          <w:tcPr>
            <w:tcW w:type="dxa" w:w="1346"/>
          </w:tcPr>
          <w:p>
            <w:pPr>
              <w:spacing w:after="0"/>
              <w:jc w:val="left"/>
            </w:pPr>
          </w:p>
        </w:tc>
        <w:tc>
          <w:tcPr>
            <w:tcW w:type="dxa" w:w="2297"/>
          </w:tcPr>
          <w:p>
            <w:pPr>
              <w:spacing w:after="0"/>
              <w:jc w:val="left"/>
            </w:pPr>
          </w:p>
        </w:tc>
        <w:tc>
          <w:tcPr>
            <w:tcW w:type="dxa" w:w="1635"/>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Volcanic Ash, Volcanic Ashfall</w:t>
            </w:r>
          </w:p>
        </w:tc>
        <w:tc>
          <w:tcPr>
            <w:tcW w:type="dxa" w:w="1727"/>
          </w:tcPr>
          <w:p>
            <w:pPr>
              <w:spacing w:after="0"/>
              <w:jc w:val="left"/>
            </w:pPr>
            <w:r>
              <w:rPr>
                <w:sz w:val="16"/>
              </w:rPr>
              <w:t>Volcanic Explosivity Index (local data)</w:t>
            </w:r>
          </w:p>
        </w:tc>
        <w:tc>
          <w:tcPr>
            <w:tcW w:type="dxa" w:w="1548"/>
          </w:tcPr>
          <w:p>
            <w:pPr>
              <w:spacing w:after="0"/>
              <w:jc w:val="right"/>
            </w:pPr>
            <w:r>
              <w:rPr>
                <w:sz w:val="16"/>
              </w:rPr>
              <w:t>0</w:t>
            </w:r>
          </w:p>
        </w:tc>
        <w:tc>
          <w:tcPr>
            <w:tcW w:type="dxa" w:w="1346"/>
          </w:tcPr>
          <w:p>
            <w:pPr>
              <w:spacing w:after="0"/>
              <w:jc w:val="left"/>
            </w:pPr>
          </w:p>
        </w:tc>
        <w:tc>
          <w:tcPr>
            <w:tcW w:type="dxa" w:w="2297"/>
          </w:tcPr>
          <w:p>
            <w:pPr>
              <w:spacing w:after="0"/>
              <w:jc w:val="left"/>
            </w:pPr>
          </w:p>
        </w:tc>
        <w:tc>
          <w:tcPr>
            <w:tcW w:type="dxa" w:w="1635"/>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Wildfire</w:t>
            </w:r>
          </w:p>
        </w:tc>
        <w:tc>
          <w:tcPr>
            <w:tcW w:type="dxa" w:w="1727"/>
          </w:tcPr>
          <w:p>
            <w:pPr>
              <w:spacing w:after="0"/>
              <w:jc w:val="left"/>
            </w:pPr>
            <w:r>
              <w:rPr>
                <w:sz w:val="16"/>
              </w:rPr>
              <w:t>acres burned (local data)</w:t>
            </w:r>
          </w:p>
        </w:tc>
        <w:tc>
          <w:tcPr>
            <w:tcW w:type="dxa" w:w="1548"/>
          </w:tcPr>
          <w:p>
            <w:pPr>
              <w:spacing w:after="0"/>
              <w:jc w:val="right"/>
            </w:pPr>
            <w:r>
              <w:rPr>
                <w:sz w:val="16"/>
              </w:rPr>
              <w:t>0</w:t>
            </w:r>
          </w:p>
        </w:tc>
        <w:tc>
          <w:tcPr>
            <w:tcW w:type="dxa" w:w="1346"/>
          </w:tcPr>
          <w:p>
            <w:pPr>
              <w:spacing w:after="0"/>
              <w:jc w:val="left"/>
            </w:pPr>
          </w:p>
        </w:tc>
        <w:tc>
          <w:tcPr>
            <w:tcW w:type="dxa" w:w="2297"/>
          </w:tcPr>
          <w:p>
            <w:pPr>
              <w:spacing w:after="0"/>
              <w:jc w:val="left"/>
            </w:pPr>
          </w:p>
        </w:tc>
        <w:tc>
          <w:tcPr>
            <w:tcW w:type="dxa" w:w="1635"/>
          </w:tcPr>
          <w:p>
            <w:pPr>
              <w:spacing w:after="0"/>
              <w:jc w:val="left"/>
            </w:pPr>
          </w:p>
        </w:tc>
        <w:tc>
          <w:tcPr>
            <w:tcW w:type="dxa" w:w="1614"/>
          </w:tcPr>
          <w:p>
            <w:pPr>
              <w:spacing w:after="0"/>
              <w:jc w:val="left"/>
            </w:pPr>
          </w:p>
        </w:tc>
        <w:tc>
          <w:tcPr>
            <w:tcW w:type="dxa" w:w="2219"/>
          </w:tcPr>
          <w:p>
            <w:pPr>
              <w:spacing w:after="0"/>
              <w:jc w:val="left"/>
            </w:pPr>
            <w:r>
              <w:rPr>
                <w:sz w:val="16"/>
              </w:rPr>
              <w:t>Acres burned: in event narratives only; local data required.</w:t>
            </w:r>
          </w:p>
        </w:tc>
      </w:tr>
      <w:tr>
        <w:trPr>
          <w:cantSplit/>
        </w:trPr>
        <w:tc>
          <w:tcPr>
            <w:tcW w:type="dxa" w:w="1726"/>
          </w:tcPr>
          <w:p>
            <w:pPr>
              <w:spacing w:after="0"/>
              <w:jc w:val="left"/>
            </w:pPr>
            <w:r>
              <w:rPr>
                <w:sz w:val="16"/>
              </w:rPr>
              <w:t>Winter Storm, Heavy Snow, Blizzard, Lake-Effect Snow, Winter Weather, Sleet</w:t>
            </w:r>
          </w:p>
        </w:tc>
        <w:tc>
          <w:tcPr>
            <w:tcW w:type="dxa" w:w="1727"/>
          </w:tcPr>
          <w:p>
            <w:pPr>
              <w:spacing w:after="0"/>
              <w:jc w:val="left"/>
            </w:pPr>
            <w:r>
              <w:rPr>
                <w:sz w:val="16"/>
              </w:rPr>
              <w:t>none in data (snowfall local)</w:t>
            </w:r>
          </w:p>
        </w:tc>
        <w:tc>
          <w:tcPr>
            <w:tcW w:type="dxa" w:w="1548"/>
          </w:tcPr>
          <w:p>
            <w:pPr>
              <w:spacing w:after="0"/>
              <w:jc w:val="right"/>
            </w:pPr>
            <w:r>
              <w:rPr>
                <w:sz w:val="16"/>
              </w:rPr>
              <w:t>4, 2014 to 2025 (4 zone-level)</w:t>
            </w:r>
          </w:p>
        </w:tc>
        <w:tc>
          <w:tcPr>
            <w:tcW w:type="dxa" w:w="1346"/>
          </w:tcPr>
          <w:p>
            <w:pPr>
              <w:spacing w:after="0"/>
              <w:jc w:val="left"/>
            </w:pPr>
          </w:p>
        </w:tc>
        <w:tc>
          <w:tcPr>
            <w:tcW w:type="dxa" w:w="2297"/>
          </w:tcPr>
          <w:p>
            <w:pPr>
              <w:spacing w:after="0"/>
              <w:jc w:val="left"/>
            </w:pPr>
            <w:r>
              <w:rPr>
                <w:sz w:val="16"/>
              </w:rPr>
              <w:t>No damage reported in 4 records.</w:t>
            </w:r>
          </w:p>
        </w:tc>
        <w:tc>
          <w:tcPr>
            <w:tcW w:type="dxa" w:w="1635"/>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15</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4"/>
        <w:gridCol w:w="1054"/>
        <w:gridCol w:w="1054"/>
        <w:gridCol w:w="1417"/>
        <w:gridCol w:w="2143"/>
        <w:gridCol w:w="2307"/>
        <w:gridCol w:w="1454"/>
        <w:gridCol w:w="2720"/>
        <w:gridCol w:w="909"/>
      </w:tblGrid>
      <w:tr>
        <w:trPr>
          <w:cantSplit/>
          <w:tblHeader/>
        </w:trPr>
        <w:tc>
          <w:tcPr>
            <w:tcW w:type="dxa" w:w="1054"/>
            <w:shd w:val="clear" w:color="auto" w:fill="E8E8E8"/>
          </w:tcPr>
          <w:p>
            <w:pPr>
              <w:spacing w:after="0"/>
              <w:jc w:val="left"/>
            </w:pPr>
            <w:r>
              <w:rPr>
                <w:b/>
                <w:sz w:val="16"/>
              </w:rPr>
              <w:t>Declared</w:t>
            </w:r>
          </w:p>
        </w:tc>
        <w:tc>
          <w:tcPr>
            <w:tcW w:type="dxa" w:w="1054"/>
            <w:shd w:val="clear" w:color="auto" w:fill="E8E8E8"/>
          </w:tcPr>
          <w:p>
            <w:pPr>
              <w:spacing w:after="0"/>
              <w:jc w:val="left"/>
            </w:pPr>
            <w:r>
              <w:rPr>
                <w:b/>
                <w:sz w:val="16"/>
              </w:rPr>
              <w:t>Incident began</w:t>
            </w:r>
          </w:p>
        </w:tc>
        <w:tc>
          <w:tcPr>
            <w:tcW w:type="dxa" w:w="1054"/>
            <w:shd w:val="clear" w:color="auto" w:fill="E8E8E8"/>
          </w:tcPr>
          <w:p>
            <w:pPr>
              <w:spacing w:after="0"/>
              <w:jc w:val="left"/>
            </w:pPr>
            <w:r>
              <w:rPr>
                <w:b/>
                <w:sz w:val="16"/>
              </w:rPr>
              <w:t>FEMA number</w:t>
            </w:r>
          </w:p>
        </w:tc>
        <w:tc>
          <w:tcPr>
            <w:tcW w:type="dxa" w:w="1417"/>
            <w:shd w:val="clear" w:color="auto" w:fill="E8E8E8"/>
          </w:tcPr>
          <w:p>
            <w:pPr>
              <w:spacing w:after="0"/>
              <w:jc w:val="left"/>
            </w:pPr>
            <w:r>
              <w:rPr>
                <w:b/>
                <w:sz w:val="16"/>
              </w:rPr>
              <w:t>Type</w:t>
            </w:r>
          </w:p>
        </w:tc>
        <w:tc>
          <w:tcPr>
            <w:tcW w:type="dxa" w:w="2143"/>
            <w:shd w:val="clear" w:color="auto" w:fill="E8E8E8"/>
          </w:tcPr>
          <w:p>
            <w:pPr>
              <w:spacing w:after="0"/>
              <w:jc w:val="left"/>
            </w:pPr>
            <w:r>
              <w:rPr>
                <w:b/>
                <w:sz w:val="16"/>
              </w:rPr>
              <w:t>Title</w:t>
            </w:r>
          </w:p>
        </w:tc>
        <w:tc>
          <w:tcPr>
            <w:tcW w:type="dxa" w:w="2307"/>
            <w:shd w:val="clear" w:color="auto" w:fill="E8E8E8"/>
          </w:tcPr>
          <w:p>
            <w:pPr>
              <w:spacing w:after="0"/>
              <w:jc w:val="left"/>
            </w:pPr>
            <w:r>
              <w:rPr>
                <w:b/>
                <w:sz w:val="16"/>
              </w:rPr>
              <w:t>Mapped hazard</w:t>
            </w:r>
          </w:p>
        </w:tc>
        <w:tc>
          <w:tcPr>
            <w:tcW w:type="dxa" w:w="14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20"/>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054"/>
          </w:tcPr>
          <w:p>
            <w:pPr>
              <w:spacing w:after="0"/>
              <w:jc w:val="left"/>
            </w:pPr>
            <w:r>
              <w:rPr>
                <w:sz w:val="16"/>
              </w:rPr>
              <w:t>2024-09-30</w:t>
            </w:r>
          </w:p>
        </w:tc>
        <w:tc>
          <w:tcPr>
            <w:tcW w:type="dxa" w:w="1054"/>
          </w:tcPr>
          <w:p>
            <w:pPr>
              <w:spacing w:after="0"/>
              <w:jc w:val="left"/>
            </w:pPr>
            <w:r>
              <w:rPr>
                <w:sz w:val="16"/>
              </w:rPr>
              <w:t>2024-09-24</w:t>
            </w:r>
          </w:p>
        </w:tc>
        <w:tc>
          <w:tcPr>
            <w:tcW w:type="dxa" w:w="1054"/>
          </w:tcPr>
          <w:p>
            <w:pPr>
              <w:spacing w:after="0"/>
              <w:jc w:val="left"/>
            </w:pPr>
            <w:r>
              <w:rPr>
                <w:sz w:val="16"/>
              </w:rPr>
              <w:t>DR-4830-GA</w:t>
            </w:r>
          </w:p>
        </w:tc>
        <w:tc>
          <w:tcPr>
            <w:tcW w:type="dxa" w:w="1417"/>
          </w:tcPr>
          <w:p>
            <w:pPr>
              <w:spacing w:after="0"/>
              <w:jc w:val="left"/>
            </w:pPr>
            <w:r>
              <w:rPr>
                <w:sz w:val="16"/>
              </w:rPr>
              <w:t>Major disaster</w:t>
            </w:r>
          </w:p>
        </w:tc>
        <w:tc>
          <w:tcPr>
            <w:tcW w:type="dxa" w:w="2143"/>
          </w:tcPr>
          <w:p>
            <w:pPr>
              <w:spacing w:after="0"/>
              <w:jc w:val="left"/>
            </w:pPr>
            <w:r>
              <w:rPr>
                <w:sz w:val="16"/>
              </w:rPr>
              <w:t>HURRICANE HELENE</w:t>
            </w:r>
          </w:p>
        </w:tc>
        <w:tc>
          <w:tcPr>
            <w:tcW w:type="dxa" w:w="2307"/>
          </w:tcPr>
          <w:p>
            <w:pPr>
              <w:spacing w:after="0"/>
              <w:jc w:val="left"/>
            </w:pPr>
            <w:r>
              <w:rPr>
                <w:sz w:val="16"/>
              </w:rPr>
              <w:t>Hurricane</w:t>
            </w:r>
          </w:p>
        </w:tc>
        <w:tc>
          <w:tcPr>
            <w:tcW w:type="dxa" w:w="1454"/>
          </w:tcPr>
          <w:p>
            <w:pPr>
              <w:spacing w:after="0"/>
              <w:jc w:val="right"/>
            </w:pPr>
            <w:r>
              <w:rPr>
                <w:sz w:val="16"/>
              </w:rPr>
              <w:t>$2,217,812.51</w:t>
            </w:r>
          </w:p>
        </w:tc>
        <w:tc>
          <w:tcPr>
            <w:tcW w:type="dxa" w:w="2720"/>
          </w:tcPr>
          <w:p>
            <w:pPr>
              <w:spacing w:after="0"/>
              <w:jc w:val="left"/>
            </w:pPr>
            <w:r>
              <w:rPr>
                <w:sz w:val="16"/>
              </w:rPr>
              <w:t>during plan review, check whether your last plan included it; within last 5 years</w:t>
            </w:r>
          </w:p>
        </w:tc>
        <w:tc>
          <w:tcPr>
            <w:tcW w:type="dxa" w:w="909"/>
          </w:tcPr>
          <w:p>
            <w:pPr>
              <w:spacing w:after="0"/>
              <w:jc w:val="left"/>
            </w:pPr>
          </w:p>
        </w:tc>
      </w:tr>
      <w:tr>
        <w:trPr>
          <w:cantSplit/>
        </w:trPr>
        <w:tc>
          <w:tcPr>
            <w:tcW w:type="dxa" w:w="1054"/>
          </w:tcPr>
          <w:p>
            <w:pPr>
              <w:spacing w:after="0"/>
              <w:jc w:val="left"/>
            </w:pPr>
            <w:r>
              <w:rPr>
                <w:sz w:val="16"/>
              </w:rPr>
              <w:t>2024-09-26</w:t>
            </w:r>
          </w:p>
        </w:tc>
        <w:tc>
          <w:tcPr>
            <w:tcW w:type="dxa" w:w="1054"/>
          </w:tcPr>
          <w:p>
            <w:pPr>
              <w:spacing w:after="0"/>
              <w:jc w:val="left"/>
            </w:pPr>
            <w:r>
              <w:rPr>
                <w:sz w:val="16"/>
              </w:rPr>
              <w:t>2024-09-24</w:t>
            </w:r>
          </w:p>
        </w:tc>
        <w:tc>
          <w:tcPr>
            <w:tcW w:type="dxa" w:w="1054"/>
          </w:tcPr>
          <w:p>
            <w:pPr>
              <w:spacing w:after="0"/>
              <w:jc w:val="left"/>
            </w:pPr>
            <w:r>
              <w:rPr>
                <w:sz w:val="16"/>
              </w:rPr>
              <w:t>EM-3616-GA</w:t>
            </w:r>
          </w:p>
        </w:tc>
        <w:tc>
          <w:tcPr>
            <w:tcW w:type="dxa" w:w="1417"/>
          </w:tcPr>
          <w:p>
            <w:pPr>
              <w:spacing w:after="0"/>
              <w:jc w:val="left"/>
            </w:pPr>
            <w:r>
              <w:rPr>
                <w:sz w:val="16"/>
              </w:rPr>
              <w:t>Emergency</w:t>
            </w:r>
          </w:p>
        </w:tc>
        <w:tc>
          <w:tcPr>
            <w:tcW w:type="dxa" w:w="2143"/>
          </w:tcPr>
          <w:p>
            <w:pPr>
              <w:spacing w:after="0"/>
              <w:jc w:val="left"/>
            </w:pPr>
            <w:r>
              <w:rPr>
                <w:sz w:val="16"/>
              </w:rPr>
              <w:t>HURRICANE HELENE</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r>
              <w:rPr>
                <w:sz w:val="16"/>
              </w:rPr>
              <w:t>during plan review, check whether your last plan included it; within last 5 years</w:t>
            </w:r>
          </w:p>
        </w:tc>
        <w:tc>
          <w:tcPr>
            <w:tcW w:type="dxa" w:w="909"/>
          </w:tcPr>
          <w:p>
            <w:pPr>
              <w:spacing w:after="0"/>
              <w:jc w:val="left"/>
            </w:pPr>
            <w:r>
              <w:rPr>
                <w:sz w:val="16"/>
              </w:rPr>
              <w:t>same incident as DR-4830</w:t>
            </w:r>
          </w:p>
        </w:tc>
      </w:tr>
      <w:tr>
        <w:trPr>
          <w:cantSplit/>
        </w:trPr>
        <w:tc>
          <w:tcPr>
            <w:tcW w:type="dxa" w:w="1054"/>
          </w:tcPr>
          <w:p>
            <w:pPr>
              <w:spacing w:after="0"/>
              <w:jc w:val="left"/>
            </w:pPr>
            <w:r>
              <w:rPr>
                <w:sz w:val="16"/>
              </w:rPr>
              <w:t>2024-08-05</w:t>
            </w:r>
          </w:p>
        </w:tc>
        <w:tc>
          <w:tcPr>
            <w:tcW w:type="dxa" w:w="1054"/>
          </w:tcPr>
          <w:p>
            <w:pPr>
              <w:spacing w:after="0"/>
              <w:jc w:val="left"/>
            </w:pPr>
            <w:r>
              <w:rPr>
                <w:sz w:val="16"/>
              </w:rPr>
              <w:t>2024-08-04</w:t>
            </w:r>
          </w:p>
        </w:tc>
        <w:tc>
          <w:tcPr>
            <w:tcW w:type="dxa" w:w="1054"/>
          </w:tcPr>
          <w:p>
            <w:pPr>
              <w:spacing w:after="0"/>
              <w:jc w:val="left"/>
            </w:pPr>
            <w:r>
              <w:rPr>
                <w:sz w:val="16"/>
              </w:rPr>
              <w:t>EM-3607-GA</w:t>
            </w:r>
          </w:p>
        </w:tc>
        <w:tc>
          <w:tcPr>
            <w:tcW w:type="dxa" w:w="1417"/>
          </w:tcPr>
          <w:p>
            <w:pPr>
              <w:spacing w:after="0"/>
              <w:jc w:val="left"/>
            </w:pPr>
            <w:r>
              <w:rPr>
                <w:sz w:val="16"/>
              </w:rPr>
              <w:t>Emergency</w:t>
            </w:r>
          </w:p>
        </w:tc>
        <w:tc>
          <w:tcPr>
            <w:tcW w:type="dxa" w:w="2143"/>
          </w:tcPr>
          <w:p>
            <w:pPr>
              <w:spacing w:after="0"/>
              <w:jc w:val="left"/>
            </w:pPr>
            <w:r>
              <w:rPr>
                <w:sz w:val="16"/>
              </w:rPr>
              <w:t>HURRICANE DEBBY</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r>
              <w:rPr>
                <w:sz w:val="16"/>
              </w:rPr>
              <w:t>within last 5 years</w:t>
            </w:r>
          </w:p>
        </w:tc>
        <w:tc>
          <w:tcPr>
            <w:tcW w:type="dxa" w:w="909"/>
          </w:tcPr>
          <w:p>
            <w:pPr>
              <w:spacing w:after="0"/>
              <w:jc w:val="left"/>
            </w:pPr>
          </w:p>
        </w:tc>
      </w:tr>
      <w:tr>
        <w:trPr>
          <w:cantSplit/>
        </w:trPr>
        <w:tc>
          <w:tcPr>
            <w:tcW w:type="dxa" w:w="1054"/>
          </w:tcPr>
          <w:p>
            <w:pPr>
              <w:spacing w:after="0"/>
              <w:jc w:val="left"/>
            </w:pPr>
            <w:r>
              <w:rPr>
                <w:sz w:val="16"/>
              </w:rPr>
              <w:t>2020-03-29</w:t>
            </w:r>
          </w:p>
        </w:tc>
        <w:tc>
          <w:tcPr>
            <w:tcW w:type="dxa" w:w="1054"/>
          </w:tcPr>
          <w:p>
            <w:pPr>
              <w:spacing w:after="0"/>
              <w:jc w:val="left"/>
            </w:pPr>
            <w:r>
              <w:rPr>
                <w:sz w:val="16"/>
              </w:rPr>
              <w:t>2020-01-20</w:t>
            </w:r>
          </w:p>
        </w:tc>
        <w:tc>
          <w:tcPr>
            <w:tcW w:type="dxa" w:w="1054"/>
          </w:tcPr>
          <w:p>
            <w:pPr>
              <w:spacing w:after="0"/>
              <w:jc w:val="left"/>
            </w:pPr>
            <w:r>
              <w:rPr>
                <w:sz w:val="16"/>
              </w:rPr>
              <w:t>DR-4501-GA</w:t>
            </w:r>
          </w:p>
        </w:tc>
        <w:tc>
          <w:tcPr>
            <w:tcW w:type="dxa" w:w="1417"/>
          </w:tcPr>
          <w:p>
            <w:pPr>
              <w:spacing w:after="0"/>
              <w:jc w:val="left"/>
            </w:pPr>
            <w:r>
              <w:rPr>
                <w:sz w:val="16"/>
              </w:rPr>
              <w:t>Major disaster</w:t>
            </w:r>
          </w:p>
        </w:tc>
        <w:tc>
          <w:tcPr>
            <w:tcW w:type="dxa" w:w="2143"/>
          </w:tcPr>
          <w:p>
            <w:pPr>
              <w:spacing w:after="0"/>
              <w:jc w:val="left"/>
            </w:pPr>
            <w:r>
              <w:rPr>
                <w:sz w:val="16"/>
              </w:rPr>
              <w:t>COVID-19 PANDEMIC</w:t>
            </w:r>
          </w:p>
        </w:tc>
        <w:tc>
          <w:tcPr>
            <w:tcW w:type="dxa" w:w="2307"/>
          </w:tcPr>
          <w:p>
            <w:pPr>
              <w:spacing w:after="0"/>
              <w:jc w:val="left"/>
            </w:pPr>
            <w:r>
              <w:rPr>
                <w:sz w:val="16"/>
              </w:rPr>
              <w:t>Non-natural, not counted</w:t>
            </w:r>
          </w:p>
        </w:tc>
        <w:tc>
          <w:tcPr>
            <w:tcW w:type="dxa" w:w="1454"/>
          </w:tcPr>
          <w:p>
            <w:pPr>
              <w:spacing w:after="0"/>
              <w:jc w:val="right"/>
            </w:pPr>
            <w:r>
              <w:rPr>
                <w:sz w:val="16"/>
              </w:rPr>
              <w:t>$111,644.58</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2020-03-13</w:t>
            </w:r>
          </w:p>
        </w:tc>
        <w:tc>
          <w:tcPr>
            <w:tcW w:type="dxa" w:w="1054"/>
          </w:tcPr>
          <w:p>
            <w:pPr>
              <w:spacing w:after="0"/>
              <w:jc w:val="left"/>
            </w:pPr>
            <w:r>
              <w:rPr>
                <w:sz w:val="16"/>
              </w:rPr>
              <w:t>2020-01-20</w:t>
            </w:r>
          </w:p>
        </w:tc>
        <w:tc>
          <w:tcPr>
            <w:tcW w:type="dxa" w:w="1054"/>
          </w:tcPr>
          <w:p>
            <w:pPr>
              <w:spacing w:after="0"/>
              <w:jc w:val="left"/>
            </w:pPr>
            <w:r>
              <w:rPr>
                <w:sz w:val="16"/>
              </w:rPr>
              <w:t>EM-3464-GA</w:t>
            </w:r>
          </w:p>
        </w:tc>
        <w:tc>
          <w:tcPr>
            <w:tcW w:type="dxa" w:w="1417"/>
          </w:tcPr>
          <w:p>
            <w:pPr>
              <w:spacing w:after="0"/>
              <w:jc w:val="left"/>
            </w:pPr>
            <w:r>
              <w:rPr>
                <w:sz w:val="16"/>
              </w:rPr>
              <w:t>Emergency</w:t>
            </w:r>
          </w:p>
        </w:tc>
        <w:tc>
          <w:tcPr>
            <w:tcW w:type="dxa" w:w="2143"/>
          </w:tcPr>
          <w:p>
            <w:pPr>
              <w:spacing w:after="0"/>
              <w:jc w:val="left"/>
            </w:pPr>
            <w:r>
              <w:rPr>
                <w:sz w:val="16"/>
              </w:rPr>
              <w:t>COVID-19</w:t>
            </w:r>
          </w:p>
        </w:tc>
        <w:tc>
          <w:tcPr>
            <w:tcW w:type="dxa" w:w="2307"/>
          </w:tcPr>
          <w:p>
            <w:pPr>
              <w:spacing w:after="0"/>
              <w:jc w:val="left"/>
            </w:pPr>
            <w:r>
              <w:rPr>
                <w:sz w:val="16"/>
              </w:rPr>
              <w:t>Non-natural, not counted</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r>
              <w:rPr>
                <w:sz w:val="16"/>
              </w:rPr>
              <w:t>same incident as DR-4501</w:t>
            </w:r>
          </w:p>
        </w:tc>
      </w:tr>
      <w:tr>
        <w:trPr>
          <w:cantSplit/>
        </w:trPr>
        <w:tc>
          <w:tcPr>
            <w:tcW w:type="dxa" w:w="1054"/>
          </w:tcPr>
          <w:p>
            <w:pPr>
              <w:spacing w:after="0"/>
              <w:jc w:val="left"/>
            </w:pPr>
            <w:r>
              <w:rPr>
                <w:sz w:val="16"/>
              </w:rPr>
              <w:t>2018-10-14</w:t>
            </w:r>
          </w:p>
        </w:tc>
        <w:tc>
          <w:tcPr>
            <w:tcW w:type="dxa" w:w="1054"/>
          </w:tcPr>
          <w:p>
            <w:pPr>
              <w:spacing w:after="0"/>
              <w:jc w:val="left"/>
            </w:pPr>
            <w:r>
              <w:rPr>
                <w:sz w:val="16"/>
              </w:rPr>
              <w:t>2018-10-09</w:t>
            </w:r>
          </w:p>
        </w:tc>
        <w:tc>
          <w:tcPr>
            <w:tcW w:type="dxa" w:w="1054"/>
          </w:tcPr>
          <w:p>
            <w:pPr>
              <w:spacing w:after="0"/>
              <w:jc w:val="left"/>
            </w:pPr>
            <w:r>
              <w:rPr>
                <w:sz w:val="16"/>
              </w:rPr>
              <w:t>DR-4400-GA</w:t>
            </w:r>
          </w:p>
        </w:tc>
        <w:tc>
          <w:tcPr>
            <w:tcW w:type="dxa" w:w="1417"/>
          </w:tcPr>
          <w:p>
            <w:pPr>
              <w:spacing w:after="0"/>
              <w:jc w:val="left"/>
            </w:pPr>
            <w:r>
              <w:rPr>
                <w:sz w:val="16"/>
              </w:rPr>
              <w:t>Major disaster</w:t>
            </w:r>
          </w:p>
        </w:tc>
        <w:tc>
          <w:tcPr>
            <w:tcW w:type="dxa" w:w="2143"/>
          </w:tcPr>
          <w:p>
            <w:pPr>
              <w:spacing w:after="0"/>
              <w:jc w:val="left"/>
            </w:pPr>
            <w:r>
              <w:rPr>
                <w:sz w:val="16"/>
              </w:rPr>
              <w:t>HURRICANE MICHAEL</w:t>
            </w:r>
          </w:p>
        </w:tc>
        <w:tc>
          <w:tcPr>
            <w:tcW w:type="dxa" w:w="2307"/>
          </w:tcPr>
          <w:p>
            <w:pPr>
              <w:spacing w:after="0"/>
              <w:jc w:val="left"/>
            </w:pPr>
            <w:r>
              <w:rPr>
                <w:sz w:val="16"/>
              </w:rPr>
              <w:t>Hurricane</w:t>
            </w:r>
          </w:p>
        </w:tc>
        <w:tc>
          <w:tcPr>
            <w:tcW w:type="dxa" w:w="1454"/>
          </w:tcPr>
          <w:p>
            <w:pPr>
              <w:spacing w:after="0"/>
              <w:jc w:val="right"/>
            </w:pPr>
            <w:r>
              <w:rPr>
                <w:sz w:val="16"/>
              </w:rPr>
              <w:t>$419,335.28</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2018-10-10</w:t>
            </w:r>
          </w:p>
        </w:tc>
        <w:tc>
          <w:tcPr>
            <w:tcW w:type="dxa" w:w="1054"/>
          </w:tcPr>
          <w:p>
            <w:pPr>
              <w:spacing w:after="0"/>
              <w:jc w:val="left"/>
            </w:pPr>
            <w:r>
              <w:rPr>
                <w:sz w:val="16"/>
              </w:rPr>
              <w:t>2018-10-09</w:t>
            </w:r>
          </w:p>
        </w:tc>
        <w:tc>
          <w:tcPr>
            <w:tcW w:type="dxa" w:w="1054"/>
          </w:tcPr>
          <w:p>
            <w:pPr>
              <w:spacing w:after="0"/>
              <w:jc w:val="left"/>
            </w:pPr>
            <w:r>
              <w:rPr>
                <w:sz w:val="16"/>
              </w:rPr>
              <w:t>EM-3406-GA</w:t>
            </w:r>
          </w:p>
        </w:tc>
        <w:tc>
          <w:tcPr>
            <w:tcW w:type="dxa" w:w="1417"/>
          </w:tcPr>
          <w:p>
            <w:pPr>
              <w:spacing w:after="0"/>
              <w:jc w:val="left"/>
            </w:pPr>
            <w:r>
              <w:rPr>
                <w:sz w:val="16"/>
              </w:rPr>
              <w:t>Emergency</w:t>
            </w:r>
          </w:p>
        </w:tc>
        <w:tc>
          <w:tcPr>
            <w:tcW w:type="dxa" w:w="2143"/>
          </w:tcPr>
          <w:p>
            <w:pPr>
              <w:spacing w:after="0"/>
              <w:jc w:val="left"/>
            </w:pPr>
            <w:r>
              <w:rPr>
                <w:sz w:val="16"/>
              </w:rPr>
              <w:t>HURRICANE MICHAEL</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r>
              <w:rPr>
                <w:sz w:val="16"/>
              </w:rPr>
              <w:t>same incident as DR-4400</w:t>
            </w:r>
          </w:p>
        </w:tc>
      </w:tr>
      <w:tr>
        <w:trPr>
          <w:cantSplit/>
        </w:trPr>
        <w:tc>
          <w:tcPr>
            <w:tcW w:type="dxa" w:w="1054"/>
          </w:tcPr>
          <w:p>
            <w:pPr>
              <w:spacing w:after="0"/>
              <w:jc w:val="left"/>
            </w:pPr>
            <w:r>
              <w:rPr>
                <w:sz w:val="16"/>
              </w:rPr>
              <w:t>2017-09-15</w:t>
            </w:r>
          </w:p>
        </w:tc>
        <w:tc>
          <w:tcPr>
            <w:tcW w:type="dxa" w:w="1054"/>
          </w:tcPr>
          <w:p>
            <w:pPr>
              <w:spacing w:after="0"/>
              <w:jc w:val="left"/>
            </w:pPr>
            <w:r>
              <w:rPr>
                <w:sz w:val="16"/>
              </w:rPr>
              <w:t>2017-09-07</w:t>
            </w:r>
          </w:p>
        </w:tc>
        <w:tc>
          <w:tcPr>
            <w:tcW w:type="dxa" w:w="1054"/>
          </w:tcPr>
          <w:p>
            <w:pPr>
              <w:spacing w:after="0"/>
              <w:jc w:val="left"/>
            </w:pPr>
            <w:r>
              <w:rPr>
                <w:sz w:val="16"/>
              </w:rPr>
              <w:t>DR-4338-GA</w:t>
            </w:r>
          </w:p>
        </w:tc>
        <w:tc>
          <w:tcPr>
            <w:tcW w:type="dxa" w:w="1417"/>
          </w:tcPr>
          <w:p>
            <w:pPr>
              <w:spacing w:after="0"/>
              <w:jc w:val="left"/>
            </w:pPr>
            <w:r>
              <w:rPr>
                <w:sz w:val="16"/>
              </w:rPr>
              <w:t>Major disaster</w:t>
            </w:r>
          </w:p>
        </w:tc>
        <w:tc>
          <w:tcPr>
            <w:tcW w:type="dxa" w:w="2143"/>
          </w:tcPr>
          <w:p>
            <w:pPr>
              <w:spacing w:after="0"/>
              <w:jc w:val="left"/>
            </w:pPr>
            <w:r>
              <w:rPr>
                <w:sz w:val="16"/>
              </w:rPr>
              <w:t>HURRICANE IRMA</w:t>
            </w:r>
          </w:p>
        </w:tc>
        <w:tc>
          <w:tcPr>
            <w:tcW w:type="dxa" w:w="2307"/>
          </w:tcPr>
          <w:p>
            <w:pPr>
              <w:spacing w:after="0"/>
              <w:jc w:val="left"/>
            </w:pPr>
            <w:r>
              <w:rPr>
                <w:sz w:val="16"/>
              </w:rPr>
              <w:t>Hurricane</w:t>
            </w:r>
          </w:p>
        </w:tc>
        <w:tc>
          <w:tcPr>
            <w:tcW w:type="dxa" w:w="1454"/>
          </w:tcPr>
          <w:p>
            <w:pPr>
              <w:spacing w:after="0"/>
              <w:jc w:val="right"/>
            </w:pPr>
            <w:r>
              <w:rPr>
                <w:sz w:val="16"/>
              </w:rPr>
              <w:t>$311,218.92</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2017-09-08</w:t>
            </w:r>
          </w:p>
        </w:tc>
        <w:tc>
          <w:tcPr>
            <w:tcW w:type="dxa" w:w="1054"/>
          </w:tcPr>
          <w:p>
            <w:pPr>
              <w:spacing w:after="0"/>
              <w:jc w:val="left"/>
            </w:pPr>
            <w:r>
              <w:rPr>
                <w:sz w:val="16"/>
              </w:rPr>
              <w:t>2017-09-07</w:t>
            </w:r>
          </w:p>
        </w:tc>
        <w:tc>
          <w:tcPr>
            <w:tcW w:type="dxa" w:w="1054"/>
          </w:tcPr>
          <w:p>
            <w:pPr>
              <w:spacing w:after="0"/>
              <w:jc w:val="left"/>
            </w:pPr>
            <w:r>
              <w:rPr>
                <w:sz w:val="16"/>
              </w:rPr>
              <w:t>EM-3387-GA</w:t>
            </w:r>
          </w:p>
        </w:tc>
        <w:tc>
          <w:tcPr>
            <w:tcW w:type="dxa" w:w="1417"/>
          </w:tcPr>
          <w:p>
            <w:pPr>
              <w:spacing w:after="0"/>
              <w:jc w:val="left"/>
            </w:pPr>
            <w:r>
              <w:rPr>
                <w:sz w:val="16"/>
              </w:rPr>
              <w:t>Emergency</w:t>
            </w:r>
          </w:p>
        </w:tc>
        <w:tc>
          <w:tcPr>
            <w:tcW w:type="dxa" w:w="2143"/>
          </w:tcPr>
          <w:p>
            <w:pPr>
              <w:spacing w:after="0"/>
              <w:jc w:val="left"/>
            </w:pPr>
            <w:r>
              <w:rPr>
                <w:sz w:val="16"/>
              </w:rPr>
              <w:t>HURRICANE IRMA</w:t>
            </w:r>
          </w:p>
        </w:tc>
        <w:tc>
          <w:tcPr>
            <w:tcW w:type="dxa" w:w="2307"/>
          </w:tcPr>
          <w:p>
            <w:pPr>
              <w:spacing w:after="0"/>
              <w:jc w:val="left"/>
            </w:pPr>
            <w:r>
              <w:rPr>
                <w:sz w:val="16"/>
              </w:rPr>
              <w:t>Hurricane</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r>
              <w:rPr>
                <w:sz w:val="16"/>
              </w:rPr>
              <w:t>same incident as DR-4338</w:t>
            </w:r>
          </w:p>
        </w:tc>
      </w:tr>
      <w:tr>
        <w:trPr>
          <w:cantSplit/>
        </w:trPr>
        <w:tc>
          <w:tcPr>
            <w:tcW w:type="dxa" w:w="1054"/>
          </w:tcPr>
          <w:p>
            <w:pPr>
              <w:spacing w:after="0"/>
              <w:jc w:val="left"/>
            </w:pPr>
            <w:r>
              <w:rPr>
                <w:sz w:val="16"/>
              </w:rPr>
              <w:t>2009-04-23</w:t>
            </w:r>
          </w:p>
        </w:tc>
        <w:tc>
          <w:tcPr>
            <w:tcW w:type="dxa" w:w="1054"/>
          </w:tcPr>
          <w:p>
            <w:pPr>
              <w:spacing w:after="0"/>
              <w:jc w:val="left"/>
            </w:pPr>
            <w:r>
              <w:rPr>
                <w:sz w:val="16"/>
              </w:rPr>
              <w:t>2009-03-26</w:t>
            </w:r>
          </w:p>
        </w:tc>
        <w:tc>
          <w:tcPr>
            <w:tcW w:type="dxa" w:w="1054"/>
          </w:tcPr>
          <w:p>
            <w:pPr>
              <w:spacing w:after="0"/>
              <w:jc w:val="left"/>
            </w:pPr>
            <w:r>
              <w:rPr>
                <w:sz w:val="16"/>
              </w:rPr>
              <w:t>DR-1833-GA</w:t>
            </w:r>
          </w:p>
        </w:tc>
        <w:tc>
          <w:tcPr>
            <w:tcW w:type="dxa" w:w="1417"/>
          </w:tcPr>
          <w:p>
            <w:pPr>
              <w:spacing w:after="0"/>
              <w:jc w:val="left"/>
            </w:pPr>
            <w:r>
              <w:rPr>
                <w:sz w:val="16"/>
              </w:rPr>
              <w:t>Major disaster</w:t>
            </w:r>
          </w:p>
        </w:tc>
        <w:tc>
          <w:tcPr>
            <w:tcW w:type="dxa" w:w="2143"/>
          </w:tcPr>
          <w:p>
            <w:pPr>
              <w:spacing w:after="0"/>
              <w:jc w:val="left"/>
            </w:pPr>
            <w:r>
              <w:rPr>
                <w:sz w:val="16"/>
              </w:rPr>
              <w:t>SEVERE STORMS, FLOODING, TORNADOES, AND STRAIGHT-LINE WINDS</w:t>
            </w:r>
          </w:p>
        </w:tc>
        <w:tc>
          <w:tcPr>
            <w:tcW w:type="dxa" w:w="2307"/>
          </w:tcPr>
          <w:p>
            <w:pPr>
              <w:spacing w:after="0"/>
              <w:jc w:val="left"/>
            </w:pPr>
            <w:r>
              <w:rPr>
                <w:sz w:val="16"/>
              </w:rPr>
              <w:t>Inland Flooding; Strong Wind; Tornado</w:t>
            </w:r>
          </w:p>
        </w:tc>
        <w:tc>
          <w:tcPr>
            <w:tcW w:type="dxa" w:w="1454"/>
          </w:tcPr>
          <w:p>
            <w:pPr>
              <w:spacing w:after="0"/>
              <w:jc w:val="right"/>
            </w:pPr>
            <w:r>
              <w:rPr>
                <w:sz w:val="16"/>
              </w:rPr>
              <w:t>$586,127.74</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2005-09-05</w:t>
            </w:r>
          </w:p>
        </w:tc>
        <w:tc>
          <w:tcPr>
            <w:tcW w:type="dxa" w:w="1054"/>
          </w:tcPr>
          <w:p>
            <w:pPr>
              <w:spacing w:after="0"/>
              <w:jc w:val="left"/>
            </w:pPr>
            <w:r>
              <w:rPr>
                <w:sz w:val="16"/>
              </w:rPr>
              <w:t>2005-08-27</w:t>
            </w:r>
          </w:p>
        </w:tc>
        <w:tc>
          <w:tcPr>
            <w:tcW w:type="dxa" w:w="1054"/>
          </w:tcPr>
          <w:p>
            <w:pPr>
              <w:spacing w:after="0"/>
              <w:jc w:val="left"/>
            </w:pPr>
            <w:r>
              <w:rPr>
                <w:sz w:val="16"/>
              </w:rPr>
              <w:t>EM-3218-GA</w:t>
            </w:r>
          </w:p>
        </w:tc>
        <w:tc>
          <w:tcPr>
            <w:tcW w:type="dxa" w:w="1417"/>
          </w:tcPr>
          <w:p>
            <w:pPr>
              <w:spacing w:after="0"/>
              <w:jc w:val="left"/>
            </w:pPr>
            <w:r>
              <w:rPr>
                <w:sz w:val="16"/>
              </w:rPr>
              <w:t>Emergency</w:t>
            </w:r>
          </w:p>
        </w:tc>
        <w:tc>
          <w:tcPr>
            <w:tcW w:type="dxa" w:w="2143"/>
          </w:tcPr>
          <w:p>
            <w:pPr>
              <w:spacing w:after="0"/>
              <w:jc w:val="left"/>
            </w:pPr>
            <w:r>
              <w:rPr>
                <w:sz w:val="16"/>
              </w:rPr>
              <w:t>HURRICANE KATRINA EVACUATION</w:t>
            </w:r>
          </w:p>
        </w:tc>
        <w:tc>
          <w:tcPr>
            <w:tcW w:type="dxa" w:w="2307"/>
          </w:tcPr>
          <w:p>
            <w:pPr>
              <w:spacing w:after="0"/>
              <w:jc w:val="left"/>
            </w:pPr>
            <w:r>
              <w:rPr>
                <w:sz w:val="16"/>
              </w:rPr>
              <w:t>Hurricane: evacuation support, not a local hazard event; not counted</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2004-09-24</w:t>
            </w:r>
          </w:p>
        </w:tc>
        <w:tc>
          <w:tcPr>
            <w:tcW w:type="dxa" w:w="1054"/>
          </w:tcPr>
          <w:p>
            <w:pPr>
              <w:spacing w:after="0"/>
              <w:jc w:val="left"/>
            </w:pPr>
            <w:r>
              <w:rPr>
                <w:sz w:val="16"/>
              </w:rPr>
              <w:t>2004-09-03</w:t>
            </w:r>
          </w:p>
        </w:tc>
        <w:tc>
          <w:tcPr>
            <w:tcW w:type="dxa" w:w="1054"/>
          </w:tcPr>
          <w:p>
            <w:pPr>
              <w:spacing w:after="0"/>
              <w:jc w:val="left"/>
            </w:pPr>
            <w:r>
              <w:rPr>
                <w:sz w:val="16"/>
              </w:rPr>
              <w:t>DR-1560-GA</w:t>
            </w:r>
          </w:p>
        </w:tc>
        <w:tc>
          <w:tcPr>
            <w:tcW w:type="dxa" w:w="1417"/>
          </w:tcPr>
          <w:p>
            <w:pPr>
              <w:spacing w:after="0"/>
              <w:jc w:val="left"/>
            </w:pPr>
            <w:r>
              <w:rPr>
                <w:sz w:val="16"/>
              </w:rPr>
              <w:t>Major disaster</w:t>
            </w:r>
          </w:p>
        </w:tc>
        <w:tc>
          <w:tcPr>
            <w:tcW w:type="dxa" w:w="2143"/>
          </w:tcPr>
          <w:p>
            <w:pPr>
              <w:spacing w:after="0"/>
              <w:jc w:val="left"/>
            </w:pPr>
            <w:r>
              <w:rPr>
                <w:sz w:val="16"/>
              </w:rPr>
              <w:t>TROPICAL STORM FRANCES</w:t>
            </w:r>
          </w:p>
        </w:tc>
        <w:tc>
          <w:tcPr>
            <w:tcW w:type="dxa" w:w="2307"/>
          </w:tcPr>
          <w:p>
            <w:pPr>
              <w:spacing w:after="0"/>
              <w:jc w:val="left"/>
            </w:pPr>
            <w:r>
              <w:rPr>
                <w:sz w:val="16"/>
              </w:rPr>
              <w:t>Hurricane</w:t>
            </w:r>
          </w:p>
        </w:tc>
        <w:tc>
          <w:tcPr>
            <w:tcW w:type="dxa" w:w="1454"/>
          </w:tcPr>
          <w:p>
            <w:pPr>
              <w:spacing w:after="0"/>
              <w:jc w:val="right"/>
            </w:pPr>
            <w:r>
              <w:rPr>
                <w:sz w:val="16"/>
              </w:rPr>
              <w:t>$50,451.17</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1998-03-11</w:t>
            </w:r>
          </w:p>
        </w:tc>
        <w:tc>
          <w:tcPr>
            <w:tcW w:type="dxa" w:w="1054"/>
          </w:tcPr>
          <w:p>
            <w:pPr>
              <w:spacing w:after="0"/>
              <w:jc w:val="left"/>
            </w:pPr>
            <w:r>
              <w:rPr>
                <w:sz w:val="16"/>
              </w:rPr>
              <w:t>1998-02-14</w:t>
            </w:r>
          </w:p>
        </w:tc>
        <w:tc>
          <w:tcPr>
            <w:tcW w:type="dxa" w:w="1054"/>
          </w:tcPr>
          <w:p>
            <w:pPr>
              <w:spacing w:after="0"/>
              <w:jc w:val="left"/>
            </w:pPr>
            <w:r>
              <w:rPr>
                <w:sz w:val="16"/>
              </w:rPr>
              <w:t>DR-1209-GA</w:t>
            </w:r>
          </w:p>
        </w:tc>
        <w:tc>
          <w:tcPr>
            <w:tcW w:type="dxa" w:w="1417"/>
          </w:tcPr>
          <w:p>
            <w:pPr>
              <w:spacing w:after="0"/>
              <w:jc w:val="left"/>
            </w:pPr>
            <w:r>
              <w:rPr>
                <w:sz w:val="16"/>
              </w:rPr>
              <w:t>Major disaster</w:t>
            </w:r>
          </w:p>
        </w:tc>
        <w:tc>
          <w:tcPr>
            <w:tcW w:type="dxa" w:w="2143"/>
          </w:tcPr>
          <w:p>
            <w:pPr>
              <w:spacing w:after="0"/>
              <w:jc w:val="left"/>
            </w:pPr>
            <w:r>
              <w:rPr>
                <w:sz w:val="16"/>
              </w:rPr>
              <w:t>SEVERE STORMS AND FLOODING</w:t>
            </w:r>
          </w:p>
        </w:tc>
        <w:tc>
          <w:tcPr>
            <w:tcW w:type="dxa" w:w="2307"/>
          </w:tcPr>
          <w:p>
            <w:pPr>
              <w:spacing w:after="0"/>
              <w:jc w:val="left"/>
            </w:pPr>
            <w:r>
              <w:rPr>
                <w:sz w:val="16"/>
              </w:rPr>
              <w:t>Inland Flooding</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1993-03-15</w:t>
            </w:r>
          </w:p>
        </w:tc>
        <w:tc>
          <w:tcPr>
            <w:tcW w:type="dxa" w:w="1054"/>
          </w:tcPr>
          <w:p>
            <w:pPr>
              <w:spacing w:after="0"/>
              <w:jc w:val="left"/>
            </w:pPr>
            <w:r>
              <w:rPr>
                <w:sz w:val="16"/>
              </w:rPr>
              <w:t>1993-03-13</w:t>
            </w:r>
          </w:p>
        </w:tc>
        <w:tc>
          <w:tcPr>
            <w:tcW w:type="dxa" w:w="1054"/>
          </w:tcPr>
          <w:p>
            <w:pPr>
              <w:spacing w:after="0"/>
              <w:jc w:val="left"/>
            </w:pPr>
            <w:r>
              <w:rPr>
                <w:sz w:val="16"/>
              </w:rPr>
              <w:t>EM-3097-GA</w:t>
            </w:r>
          </w:p>
        </w:tc>
        <w:tc>
          <w:tcPr>
            <w:tcW w:type="dxa" w:w="1417"/>
          </w:tcPr>
          <w:p>
            <w:pPr>
              <w:spacing w:after="0"/>
              <w:jc w:val="left"/>
            </w:pPr>
            <w:r>
              <w:rPr>
                <w:sz w:val="16"/>
              </w:rPr>
              <w:t>Emergency</w:t>
            </w:r>
          </w:p>
        </w:tc>
        <w:tc>
          <w:tcPr>
            <w:tcW w:type="dxa" w:w="2143"/>
          </w:tcPr>
          <w:p>
            <w:pPr>
              <w:spacing w:after="0"/>
              <w:jc w:val="left"/>
            </w:pPr>
            <w:r>
              <w:rPr>
                <w:sz w:val="16"/>
              </w:rPr>
              <w:t>SEVERE SNOWFALL, WINTER STORM</w:t>
            </w:r>
          </w:p>
        </w:tc>
        <w:tc>
          <w:tcPr>
            <w:tcW w:type="dxa" w:w="2307"/>
          </w:tcPr>
          <w:p>
            <w:pPr>
              <w:spacing w:after="0"/>
              <w:jc w:val="left"/>
            </w:pPr>
            <w:r>
              <w:rPr>
                <w:sz w:val="16"/>
              </w:rPr>
              <w:t>Winter Weather</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r>
        <w:trPr>
          <w:cantSplit/>
        </w:trPr>
        <w:tc>
          <w:tcPr>
            <w:tcW w:type="dxa" w:w="1054"/>
          </w:tcPr>
          <w:p>
            <w:pPr>
              <w:spacing w:after="0"/>
              <w:jc w:val="left"/>
            </w:pPr>
            <w:r>
              <w:rPr>
                <w:sz w:val="16"/>
              </w:rPr>
              <w:t>1977-07-20</w:t>
            </w:r>
          </w:p>
        </w:tc>
        <w:tc>
          <w:tcPr>
            <w:tcW w:type="dxa" w:w="1054"/>
          </w:tcPr>
          <w:p>
            <w:pPr>
              <w:spacing w:after="0"/>
              <w:jc w:val="left"/>
            </w:pPr>
            <w:r>
              <w:rPr>
                <w:sz w:val="16"/>
              </w:rPr>
              <w:t>1977-07-20</w:t>
            </w:r>
          </w:p>
        </w:tc>
        <w:tc>
          <w:tcPr>
            <w:tcW w:type="dxa" w:w="1054"/>
          </w:tcPr>
          <w:p>
            <w:pPr>
              <w:spacing w:after="0"/>
              <w:jc w:val="left"/>
            </w:pPr>
            <w:r>
              <w:rPr>
                <w:sz w:val="16"/>
              </w:rPr>
              <w:t>EM-3044-GA</w:t>
            </w:r>
          </w:p>
        </w:tc>
        <w:tc>
          <w:tcPr>
            <w:tcW w:type="dxa" w:w="1417"/>
          </w:tcPr>
          <w:p>
            <w:pPr>
              <w:spacing w:after="0"/>
              <w:jc w:val="left"/>
            </w:pPr>
            <w:r>
              <w:rPr>
                <w:sz w:val="16"/>
              </w:rPr>
              <w:t>Emergency</w:t>
            </w:r>
          </w:p>
        </w:tc>
        <w:tc>
          <w:tcPr>
            <w:tcW w:type="dxa" w:w="2143"/>
          </w:tcPr>
          <w:p>
            <w:pPr>
              <w:spacing w:after="0"/>
              <w:jc w:val="left"/>
            </w:pPr>
            <w:r>
              <w:rPr>
                <w:sz w:val="16"/>
              </w:rPr>
              <w:t>DROUGHT</w:t>
            </w:r>
          </w:p>
        </w:tc>
        <w:tc>
          <w:tcPr>
            <w:tcW w:type="dxa" w:w="2307"/>
          </w:tcPr>
          <w:p>
            <w:pPr>
              <w:spacing w:after="0"/>
              <w:jc w:val="left"/>
            </w:pPr>
            <w:r>
              <w:rPr>
                <w:sz w:val="16"/>
              </w:rPr>
              <w:t>Drought</w:t>
            </w:r>
          </w:p>
        </w:tc>
        <w:tc>
          <w:tcPr>
            <w:tcW w:type="dxa" w:w="1454"/>
          </w:tcPr>
          <w:p>
            <w:pPr>
              <w:spacing w:after="0"/>
              <w:jc w:val="right"/>
            </w:pPr>
            <w:r>
              <w:rPr>
                <w:sz w:val="16"/>
              </w:rPr>
              <w:t>none found</w:t>
            </w:r>
          </w:p>
        </w:tc>
        <w:tc>
          <w:tcPr>
            <w:tcW w:type="dxa" w:w="2720"/>
          </w:tcPr>
          <w:p>
            <w:pPr>
              <w:spacing w:after="0"/>
              <w:jc w:val="left"/>
            </w:pPr>
          </w:p>
        </w:tc>
        <w:tc>
          <w:tcPr>
            <w:tcW w:type="dxa" w:w="90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38</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107</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19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2"/>
        <w:gridCol w:w="2648"/>
        <w:gridCol w:w="1755"/>
        <w:gridCol w:w="1075"/>
        <w:gridCol w:w="1723"/>
        <w:gridCol w:w="1617"/>
        <w:gridCol w:w="2856"/>
      </w:tblGrid>
      <w:tr>
        <w:trPr>
          <w:cantSplit/>
          <w:tblHeader/>
        </w:trPr>
        <w:tc>
          <w:tcPr>
            <w:tcW w:type="dxa" w:w="1037"/>
            <w:shd w:val="clear" w:color="auto" w:fill="E8E8E8"/>
          </w:tcPr>
          <w:p>
            <w:pPr>
              <w:spacing w:after="0"/>
              <w:jc w:val="left"/>
            </w:pPr>
            <w:r>
              <w:rPr>
                <w:b/>
                <w:sz w:val="16"/>
              </w:rPr>
              <w:t>Date</w:t>
            </w:r>
          </w:p>
        </w:tc>
        <w:tc>
          <w:tcPr>
            <w:tcW w:type="dxa" w:w="1402"/>
            <w:shd w:val="clear" w:color="auto" w:fill="E8E8E8"/>
          </w:tcPr>
          <w:p>
            <w:pPr>
              <w:spacing w:after="0"/>
              <w:jc w:val="left"/>
            </w:pPr>
            <w:r>
              <w:rPr>
                <w:b/>
                <w:sz w:val="16"/>
              </w:rPr>
              <w:t>Event type</w:t>
            </w:r>
          </w:p>
        </w:tc>
        <w:tc>
          <w:tcPr>
            <w:tcW w:type="dxa" w:w="2648"/>
            <w:shd w:val="clear" w:color="auto" w:fill="E8E8E8"/>
          </w:tcPr>
          <w:p>
            <w:pPr>
              <w:spacing w:after="0"/>
              <w:jc w:val="left"/>
            </w:pPr>
            <w:r>
              <w:rPr>
                <w:b/>
                <w:sz w:val="16"/>
              </w:rPr>
              <w:t>Magnitude or extent</w:t>
            </w:r>
          </w:p>
        </w:tc>
        <w:tc>
          <w:tcPr>
            <w:tcW w:type="dxa" w:w="1755"/>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3"/>
            <w:shd w:val="clear" w:color="auto" w:fill="E8E8E8"/>
          </w:tcPr>
          <w:p>
            <w:pPr>
              <w:spacing w:after="0"/>
              <w:jc w:val="left"/>
            </w:pPr>
            <w:r>
              <w:rPr>
                <w:b/>
                <w:sz w:val="16"/>
              </w:rPr>
              <w:t>Location</w:t>
            </w:r>
          </w:p>
        </w:tc>
        <w:tc>
          <w:tcPr>
            <w:tcW w:type="dxa" w:w="1617"/>
            <w:shd w:val="clear" w:color="auto" w:fill="E8E8E8"/>
          </w:tcPr>
          <w:p>
            <w:pPr>
              <w:spacing w:after="0"/>
              <w:jc w:val="left"/>
            </w:pPr>
            <w:r>
              <w:rPr>
                <w:b/>
                <w:sz w:val="16"/>
              </w:rPr>
              <w:t>Flags</w:t>
            </w:r>
          </w:p>
        </w:tc>
        <w:tc>
          <w:tcPr>
            <w:tcW w:type="dxa" w:w="28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402"/>
          </w:tcPr>
          <w:p>
            <w:pPr>
              <w:spacing w:after="0"/>
              <w:jc w:val="left"/>
            </w:pPr>
            <w:r>
              <w:rPr>
                <w:sz w:val="16"/>
              </w:rPr>
              <w:t>Thunderstorm Wind</w:t>
            </w:r>
          </w:p>
        </w:tc>
        <w:tc>
          <w:tcPr>
            <w:tcW w:type="dxa" w:w="2648"/>
          </w:tcPr>
          <w:p>
            <w:pPr>
              <w:spacing w:after="0"/>
              <w:jc w:val="left"/>
            </w:pPr>
            <w:r>
              <w:rPr>
                <w:sz w:val="16"/>
              </w:rPr>
              <w:t>55 kt (63 mph) estimated gust</w:t>
            </w:r>
          </w:p>
        </w:tc>
        <w:tc>
          <w:tcPr>
            <w:tcW w:type="dxa" w:w="1755"/>
          </w:tcPr>
          <w:p>
            <w:pPr>
              <w:spacing w:after="0"/>
              <w:jc w:val="left"/>
            </w:pPr>
            <w:r>
              <w:rPr>
                <w:sz w:val="16"/>
              </w:rPr>
              <w:t>$0 property; $0 crops (2026 dollars)</w:t>
            </w:r>
          </w:p>
        </w:tc>
        <w:tc>
          <w:tcPr>
            <w:tcW w:type="dxa" w:w="1075"/>
          </w:tcPr>
          <w:p>
            <w:pPr>
              <w:spacing w:after="0"/>
              <w:jc w:val="right"/>
            </w:pPr>
            <w:r>
              <w:rPr>
                <w:sz w:val="16"/>
              </w:rPr>
              <w:t>0, 2</w:t>
            </w:r>
          </w:p>
        </w:tc>
        <w:tc>
          <w:tcPr>
            <w:tcW w:type="dxa" w:w="1723"/>
          </w:tcPr>
          <w:p>
            <w:pPr>
              <w:spacing w:after="0"/>
              <w:jc w:val="left"/>
            </w:pPr>
            <w:r>
              <w:rPr>
                <w:sz w:val="16"/>
              </w:rPr>
              <w:t>ASHTON</w:t>
            </w:r>
          </w:p>
        </w:tc>
        <w:tc>
          <w:tcPr>
            <w:tcW w:type="dxa" w:w="1617"/>
          </w:tcPr>
          <w:p>
            <w:pPr>
              <w:spacing w:after="0"/>
              <w:jc w:val="left"/>
            </w:pPr>
            <w:r>
              <w:rPr>
                <w:sz w:val="16"/>
              </w:rPr>
              <w:t>new since last plan; within last 5 years</w:t>
            </w:r>
          </w:p>
        </w:tc>
        <w:tc>
          <w:tcPr>
            <w:tcW w:type="dxa" w:w="2856"/>
          </w:tcPr>
          <w:p>
            <w:pPr>
              <w:spacing w:after="0"/>
              <w:jc w:val="left"/>
            </w:pPr>
            <w:r>
              <w:rPr>
                <w:sz w:val="16"/>
              </w:rPr>
              <w:t>deaths or injuries recorded</w:t>
            </w:r>
          </w:p>
        </w:tc>
      </w:tr>
      <w:tr>
        <w:trPr>
          <w:cantSplit/>
        </w:trPr>
        <w:tc>
          <w:tcPr>
            <w:tcW w:type="dxa" w:w="1037"/>
          </w:tcPr>
          <w:p>
            <w:pPr>
              <w:spacing w:after="0"/>
              <w:jc w:val="left"/>
            </w:pPr>
            <w:r>
              <w:rPr>
                <w:sz w:val="16"/>
              </w:rPr>
              <w:t>2026-02-01</w:t>
            </w:r>
          </w:p>
        </w:tc>
        <w:tc>
          <w:tcPr>
            <w:tcW w:type="dxa" w:w="1402"/>
          </w:tcPr>
          <w:p>
            <w:pPr>
              <w:spacing w:after="0"/>
              <w:jc w:val="left"/>
            </w:pPr>
            <w:r>
              <w:rPr>
                <w:sz w:val="16"/>
              </w:rPr>
              <w:t>Extreme Cold/Wind Chill</w:t>
            </w:r>
          </w:p>
        </w:tc>
        <w:tc>
          <w:tcPr>
            <w:tcW w:type="dxa" w:w="2648"/>
          </w:tcPr>
          <w:p>
            <w:pPr>
              <w:spacing w:after="0"/>
              <w:jc w:val="left"/>
            </w:pPr>
          </w:p>
        </w:tc>
        <w:tc>
          <w:tcPr>
            <w:tcW w:type="dxa" w:w="1755"/>
          </w:tcPr>
          <w:p>
            <w:pPr>
              <w:spacing w:after="0"/>
              <w:jc w:val="left"/>
            </w:pPr>
            <w:r>
              <w:rPr>
                <w:sz w:val="16"/>
              </w:rPr>
              <w:t>damage not reported</w:t>
            </w:r>
          </w:p>
        </w:tc>
        <w:tc>
          <w:tcPr>
            <w:tcW w:type="dxa" w:w="1075"/>
          </w:tcPr>
          <w:p>
            <w:pPr>
              <w:spacing w:after="0"/>
              <w:jc w:val="right"/>
            </w:pPr>
            <w:r>
              <w:rPr>
                <w:sz w:val="16"/>
              </w:rPr>
              <w:t>0, 0</w:t>
            </w:r>
          </w:p>
        </w:tc>
        <w:tc>
          <w:tcPr>
            <w:tcW w:type="dxa" w:w="1723"/>
          </w:tcPr>
          <w:p>
            <w:pPr>
              <w:spacing w:after="0"/>
              <w:jc w:val="left"/>
            </w:pPr>
            <w:r>
              <w:rPr>
                <w:sz w:val="16"/>
              </w:rPr>
              <w:t>NWS zone GAZ130 (BEN HILL), zone-level: may include parts of neighboring counties</w:t>
            </w:r>
          </w:p>
        </w:tc>
        <w:tc>
          <w:tcPr>
            <w:tcW w:type="dxa" w:w="1617"/>
          </w:tcPr>
          <w:p>
            <w:pPr>
              <w:spacing w:after="0"/>
              <w:jc w:val="left"/>
            </w:pPr>
            <w:r>
              <w:rPr>
                <w:sz w:val="16"/>
              </w:rPr>
              <w:t>new since last plan; within last 5 years</w:t>
            </w:r>
          </w:p>
        </w:tc>
        <w:tc>
          <w:tcPr>
            <w:tcW w:type="dxa" w:w="28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2024-09-26</w:t>
            </w:r>
          </w:p>
        </w:tc>
        <w:tc>
          <w:tcPr>
            <w:tcW w:type="dxa" w:w="1402"/>
          </w:tcPr>
          <w:p>
            <w:pPr>
              <w:spacing w:after="0"/>
              <w:jc w:val="left"/>
            </w:pPr>
            <w:r>
              <w:rPr>
                <w:sz w:val="16"/>
              </w:rPr>
              <w:t>Hurricane (Typhoon)</w:t>
            </w:r>
          </w:p>
        </w:tc>
        <w:tc>
          <w:tcPr>
            <w:tcW w:type="dxa" w:w="2648"/>
          </w:tcPr>
          <w:p>
            <w:pPr>
              <w:spacing w:after="0"/>
              <w:jc w:val="left"/>
            </w:pPr>
            <w:r>
              <w:rPr>
                <w:sz w:val="16"/>
              </w:rPr>
              <w:t>category 1</w:t>
            </w:r>
          </w:p>
        </w:tc>
        <w:tc>
          <w:tcPr>
            <w:tcW w:type="dxa" w:w="1755"/>
          </w:tcPr>
          <w:p>
            <w:pPr>
              <w:spacing w:after="0"/>
              <w:jc w:val="left"/>
            </w:pPr>
            <w:r>
              <w:rPr>
                <w:sz w:val="16"/>
              </w:rPr>
              <w:t>$10,000,000 property; $100,000,000 crops, reported for the zone (2024 dollars) (as recorded; larger than this county's annual agriculture value in the National Risk Index; confirm with the county or the state extension service)</w:t>
            </w:r>
          </w:p>
        </w:tc>
        <w:tc>
          <w:tcPr>
            <w:tcW w:type="dxa" w:w="1075"/>
          </w:tcPr>
          <w:p>
            <w:pPr>
              <w:spacing w:after="0"/>
              <w:jc w:val="right"/>
            </w:pPr>
            <w:r>
              <w:rPr>
                <w:sz w:val="16"/>
              </w:rPr>
              <w:t>0, 0</w:t>
            </w:r>
          </w:p>
        </w:tc>
        <w:tc>
          <w:tcPr>
            <w:tcW w:type="dxa" w:w="1723"/>
          </w:tcPr>
          <w:p>
            <w:pPr>
              <w:spacing w:after="0"/>
              <w:jc w:val="left"/>
            </w:pPr>
            <w:r>
              <w:rPr>
                <w:sz w:val="16"/>
              </w:rPr>
              <w:t>NWS zone GAZ130 (BEN HILL), zone-level: may include parts of neighboring counties</w:t>
            </w:r>
          </w:p>
        </w:tc>
        <w:tc>
          <w:tcPr>
            <w:tcW w:type="dxa" w:w="1617"/>
          </w:tcPr>
          <w:p>
            <w:pPr>
              <w:spacing w:after="0"/>
              <w:jc w:val="left"/>
            </w:pPr>
            <w:r>
              <w:rPr>
                <w:sz w:val="16"/>
              </w:rPr>
              <w:t>during plan review, check whether your last plan included it; within last 5 years</w:t>
            </w:r>
          </w:p>
        </w:tc>
        <w:tc>
          <w:tcPr>
            <w:tcW w:type="dxa" w:w="285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2023-08-12</w:t>
            </w:r>
          </w:p>
        </w:tc>
        <w:tc>
          <w:tcPr>
            <w:tcW w:type="dxa" w:w="1402"/>
          </w:tcPr>
          <w:p>
            <w:pPr>
              <w:spacing w:after="0"/>
              <w:jc w:val="left"/>
            </w:pPr>
            <w:r>
              <w:rPr>
                <w:sz w:val="16"/>
              </w:rPr>
              <w:t>Excessive Heat</w:t>
            </w:r>
          </w:p>
        </w:tc>
        <w:tc>
          <w:tcPr>
            <w:tcW w:type="dxa" w:w="2648"/>
          </w:tcPr>
          <w:p>
            <w:pPr>
              <w:spacing w:after="0"/>
              <w:jc w:val="left"/>
            </w:pPr>
          </w:p>
        </w:tc>
        <w:tc>
          <w:tcPr>
            <w:tcW w:type="dxa" w:w="1755"/>
          </w:tcPr>
          <w:p>
            <w:pPr>
              <w:spacing w:after="0"/>
              <w:jc w:val="left"/>
            </w:pPr>
            <w:r>
              <w:rPr>
                <w:sz w:val="16"/>
              </w:rPr>
              <w:t>$0 property; $0 crops, reported for the zone (2023 dollars)</w:t>
            </w:r>
          </w:p>
        </w:tc>
        <w:tc>
          <w:tcPr>
            <w:tcW w:type="dxa" w:w="1075"/>
          </w:tcPr>
          <w:p>
            <w:pPr>
              <w:spacing w:after="0"/>
              <w:jc w:val="right"/>
            </w:pPr>
            <w:r>
              <w:rPr>
                <w:sz w:val="16"/>
              </w:rPr>
              <w:t>0, 0</w:t>
            </w:r>
          </w:p>
        </w:tc>
        <w:tc>
          <w:tcPr>
            <w:tcW w:type="dxa" w:w="1723"/>
          </w:tcPr>
          <w:p>
            <w:pPr>
              <w:spacing w:after="0"/>
              <w:jc w:val="left"/>
            </w:pPr>
            <w:r>
              <w:rPr>
                <w:sz w:val="16"/>
              </w:rPr>
              <w:t>NWS zone GAZ130 (BEN HILL), zone-level: may include parts of neighboring counties</w:t>
            </w:r>
          </w:p>
        </w:tc>
        <w:tc>
          <w:tcPr>
            <w:tcW w:type="dxa" w:w="1617"/>
          </w:tcPr>
          <w:p>
            <w:pPr>
              <w:spacing w:after="0"/>
              <w:jc w:val="left"/>
            </w:pPr>
            <w:r>
              <w:rPr>
                <w:sz w:val="16"/>
              </w:rPr>
              <w:t>within last 5 years</w:t>
            </w:r>
          </w:p>
        </w:tc>
        <w:tc>
          <w:tcPr>
            <w:tcW w:type="dxa" w:w="2856"/>
          </w:tcPr>
          <w:p>
            <w:pPr>
              <w:spacing w:after="0"/>
              <w:jc w:val="left"/>
            </w:pPr>
            <w:r>
              <w:rPr>
                <w:sz w:val="16"/>
              </w:rPr>
              <w:t>B1-c worst recorded: Excessive Heat, Heat</w:t>
            </w:r>
          </w:p>
        </w:tc>
      </w:tr>
      <w:tr>
        <w:trPr>
          <w:cantSplit/>
        </w:trPr>
        <w:tc>
          <w:tcPr>
            <w:tcW w:type="dxa" w:w="1037"/>
          </w:tcPr>
          <w:p>
            <w:pPr>
              <w:spacing w:after="0"/>
              <w:jc w:val="left"/>
            </w:pPr>
            <w:r>
              <w:rPr>
                <w:sz w:val="16"/>
              </w:rPr>
              <w:t>2017-03-16</w:t>
            </w:r>
          </w:p>
        </w:tc>
        <w:tc>
          <w:tcPr>
            <w:tcW w:type="dxa" w:w="1402"/>
          </w:tcPr>
          <w:p>
            <w:pPr>
              <w:spacing w:after="0"/>
              <w:jc w:val="left"/>
            </w:pPr>
            <w:r>
              <w:rPr>
                <w:sz w:val="16"/>
              </w:rPr>
              <w:t>Frost/Freeze</w:t>
            </w:r>
          </w:p>
        </w:tc>
        <w:tc>
          <w:tcPr>
            <w:tcW w:type="dxa" w:w="2648"/>
          </w:tcPr>
          <w:p>
            <w:pPr>
              <w:spacing w:after="0"/>
              <w:jc w:val="left"/>
            </w:pPr>
          </w:p>
        </w:tc>
        <w:tc>
          <w:tcPr>
            <w:tcW w:type="dxa" w:w="1755"/>
          </w:tcPr>
          <w:p>
            <w:pPr>
              <w:spacing w:after="0"/>
              <w:jc w:val="left"/>
            </w:pPr>
            <w:r>
              <w:rPr>
                <w:sz w:val="16"/>
              </w:rPr>
              <w:t>$0 property; $7,850,000 crops, reported for the zone (2017 dollars)</w:t>
            </w:r>
          </w:p>
        </w:tc>
        <w:tc>
          <w:tcPr>
            <w:tcW w:type="dxa" w:w="1075"/>
          </w:tcPr>
          <w:p>
            <w:pPr>
              <w:spacing w:after="0"/>
              <w:jc w:val="right"/>
            </w:pPr>
            <w:r>
              <w:rPr>
                <w:sz w:val="16"/>
              </w:rPr>
              <w:t>0, 0</w:t>
            </w:r>
          </w:p>
        </w:tc>
        <w:tc>
          <w:tcPr>
            <w:tcW w:type="dxa" w:w="1723"/>
          </w:tcPr>
          <w:p>
            <w:pPr>
              <w:spacing w:after="0"/>
              <w:jc w:val="left"/>
            </w:pPr>
            <w:r>
              <w:rPr>
                <w:sz w:val="16"/>
              </w:rPr>
              <w:t>NWS zone GAZ130 (BEN HILL), zone-level: may include parts of neighboring counties</w:t>
            </w:r>
          </w:p>
        </w:tc>
        <w:tc>
          <w:tcPr>
            <w:tcW w:type="dxa" w:w="1617"/>
          </w:tcPr>
          <w:p>
            <w:pPr>
              <w:spacing w:after="0"/>
              <w:jc w:val="left"/>
            </w:pPr>
          </w:p>
        </w:tc>
        <w:tc>
          <w:tcPr>
            <w:tcW w:type="dxa" w:w="285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2015-08-06</w:t>
            </w:r>
          </w:p>
        </w:tc>
        <w:tc>
          <w:tcPr>
            <w:tcW w:type="dxa" w:w="1402"/>
          </w:tcPr>
          <w:p>
            <w:pPr>
              <w:spacing w:after="0"/>
              <w:jc w:val="left"/>
            </w:pPr>
            <w:r>
              <w:rPr>
                <w:sz w:val="16"/>
              </w:rPr>
              <w:t>Lightning</w:t>
            </w:r>
          </w:p>
        </w:tc>
        <w:tc>
          <w:tcPr>
            <w:tcW w:type="dxa" w:w="2648"/>
          </w:tcPr>
          <w:p>
            <w:pPr>
              <w:spacing w:after="0"/>
              <w:jc w:val="left"/>
            </w:pPr>
          </w:p>
        </w:tc>
        <w:tc>
          <w:tcPr>
            <w:tcW w:type="dxa" w:w="1755"/>
          </w:tcPr>
          <w:p>
            <w:pPr>
              <w:spacing w:after="0"/>
              <w:jc w:val="left"/>
            </w:pPr>
            <w:r>
              <w:rPr>
                <w:sz w:val="16"/>
              </w:rPr>
              <w:t>$5,000 property; $0 crops (2015 dollars)</w:t>
            </w:r>
          </w:p>
        </w:tc>
        <w:tc>
          <w:tcPr>
            <w:tcW w:type="dxa" w:w="1075"/>
          </w:tcPr>
          <w:p>
            <w:pPr>
              <w:spacing w:after="0"/>
              <w:jc w:val="right"/>
            </w:pPr>
            <w:r>
              <w:rPr>
                <w:sz w:val="16"/>
              </w:rPr>
              <w:t>0, 1</w:t>
            </w:r>
          </w:p>
        </w:tc>
        <w:tc>
          <w:tcPr>
            <w:tcW w:type="dxa" w:w="1723"/>
          </w:tcPr>
          <w:p>
            <w:pPr>
              <w:spacing w:after="0"/>
              <w:jc w:val="left"/>
            </w:pPr>
            <w:r>
              <w:rPr>
                <w:sz w:val="16"/>
              </w:rPr>
              <w:t>WESTWOOD</w:t>
            </w:r>
          </w:p>
        </w:tc>
        <w:tc>
          <w:tcPr>
            <w:tcW w:type="dxa" w:w="1617"/>
          </w:tcPr>
          <w:p>
            <w:pPr>
              <w:spacing w:after="0"/>
              <w:jc w:val="left"/>
            </w:pPr>
          </w:p>
        </w:tc>
        <w:tc>
          <w:tcPr>
            <w:tcW w:type="dxa" w:w="2856"/>
          </w:tcPr>
          <w:p>
            <w:pPr>
              <w:spacing w:after="0"/>
              <w:jc w:val="left"/>
            </w:pPr>
            <w:r>
              <w:rPr>
                <w:sz w:val="16"/>
              </w:rPr>
              <w:t>B1-c worst recorded: Lightning</w:t>
            </w:r>
          </w:p>
        </w:tc>
      </w:tr>
      <w:tr>
        <w:trPr>
          <w:cantSplit/>
        </w:trPr>
        <w:tc>
          <w:tcPr>
            <w:tcW w:type="dxa" w:w="1037"/>
          </w:tcPr>
          <w:p>
            <w:pPr>
              <w:spacing w:after="0"/>
              <w:jc w:val="left"/>
            </w:pPr>
            <w:r>
              <w:rPr>
                <w:sz w:val="16"/>
              </w:rPr>
              <w:t>2010-11-23</w:t>
            </w:r>
          </w:p>
        </w:tc>
        <w:tc>
          <w:tcPr>
            <w:tcW w:type="dxa" w:w="1402"/>
          </w:tcPr>
          <w:p>
            <w:pPr>
              <w:spacing w:after="0"/>
              <w:jc w:val="left"/>
            </w:pPr>
            <w:r>
              <w:rPr>
                <w:sz w:val="16"/>
              </w:rPr>
              <w:t>Drought</w:t>
            </w:r>
          </w:p>
        </w:tc>
        <w:tc>
          <w:tcPr>
            <w:tcW w:type="dxa" w:w="2648"/>
          </w:tcPr>
          <w:p>
            <w:pPr>
              <w:spacing w:after="0"/>
              <w:jc w:val="left"/>
            </w:pPr>
          </w:p>
        </w:tc>
        <w:tc>
          <w:tcPr>
            <w:tcW w:type="dxa" w:w="1755"/>
          </w:tcPr>
          <w:p>
            <w:pPr>
              <w:spacing w:after="0"/>
              <w:jc w:val="left"/>
            </w:pPr>
            <w:r>
              <w:rPr>
                <w:sz w:val="16"/>
              </w:rPr>
              <w:t>damage not reported</w:t>
            </w:r>
          </w:p>
        </w:tc>
        <w:tc>
          <w:tcPr>
            <w:tcW w:type="dxa" w:w="1075"/>
          </w:tcPr>
          <w:p>
            <w:pPr>
              <w:spacing w:after="0"/>
              <w:jc w:val="right"/>
            </w:pPr>
            <w:r>
              <w:rPr>
                <w:sz w:val="16"/>
              </w:rPr>
              <w:t>0, 0</w:t>
            </w:r>
          </w:p>
        </w:tc>
        <w:tc>
          <w:tcPr>
            <w:tcW w:type="dxa" w:w="1723"/>
          </w:tcPr>
          <w:p>
            <w:pPr>
              <w:spacing w:after="0"/>
              <w:jc w:val="left"/>
            </w:pPr>
            <w:r>
              <w:rPr>
                <w:sz w:val="16"/>
              </w:rPr>
              <w:t>NWS zone GAZ130 (BEN HILL), zone-level: may include parts of neighboring counties</w:t>
            </w:r>
          </w:p>
        </w:tc>
        <w:tc>
          <w:tcPr>
            <w:tcW w:type="dxa" w:w="1617"/>
          </w:tcPr>
          <w:p>
            <w:pPr>
              <w:spacing w:after="0"/>
              <w:jc w:val="left"/>
            </w:pPr>
          </w:p>
        </w:tc>
        <w:tc>
          <w:tcPr>
            <w:tcW w:type="dxa" w:w="2856"/>
          </w:tcPr>
          <w:p>
            <w:pPr>
              <w:spacing w:after="0"/>
              <w:jc w:val="left"/>
            </w:pPr>
            <w:r>
              <w:rPr>
                <w:sz w:val="16"/>
              </w:rPr>
              <w:t>B1-c worst recorded: Drought</w:t>
            </w:r>
          </w:p>
        </w:tc>
      </w:tr>
      <w:tr>
        <w:trPr>
          <w:cantSplit/>
        </w:trPr>
        <w:tc>
          <w:tcPr>
            <w:tcW w:type="dxa" w:w="1037"/>
          </w:tcPr>
          <w:p>
            <w:pPr>
              <w:spacing w:after="0"/>
              <w:jc w:val="left"/>
            </w:pPr>
            <w:r>
              <w:rPr>
                <w:sz w:val="16"/>
              </w:rPr>
              <w:t>2005-01-29</w:t>
            </w:r>
          </w:p>
        </w:tc>
        <w:tc>
          <w:tcPr>
            <w:tcW w:type="dxa" w:w="1402"/>
          </w:tcPr>
          <w:p>
            <w:pPr>
              <w:spacing w:after="0"/>
              <w:jc w:val="left"/>
            </w:pPr>
            <w:r>
              <w:rPr>
                <w:sz w:val="16"/>
              </w:rPr>
              <w:t>Ice Storm</w:t>
            </w:r>
          </w:p>
        </w:tc>
        <w:tc>
          <w:tcPr>
            <w:tcW w:type="dxa" w:w="2648"/>
          </w:tcPr>
          <w:p>
            <w:pPr>
              <w:spacing w:after="0"/>
              <w:jc w:val="left"/>
            </w:pPr>
          </w:p>
        </w:tc>
        <w:tc>
          <w:tcPr>
            <w:tcW w:type="dxa" w:w="1755"/>
          </w:tcPr>
          <w:p>
            <w:pPr>
              <w:spacing w:after="0"/>
              <w:jc w:val="left"/>
            </w:pPr>
            <w:r>
              <w:rPr>
                <w:sz w:val="16"/>
              </w:rPr>
              <w:t>$5,000 property; crops not reported, reported for the zone (2005 dollars)</w:t>
            </w:r>
          </w:p>
        </w:tc>
        <w:tc>
          <w:tcPr>
            <w:tcW w:type="dxa" w:w="1075"/>
          </w:tcPr>
          <w:p>
            <w:pPr>
              <w:spacing w:after="0"/>
              <w:jc w:val="right"/>
            </w:pPr>
            <w:r>
              <w:rPr>
                <w:sz w:val="16"/>
              </w:rPr>
              <w:t>0, 0</w:t>
            </w:r>
          </w:p>
        </w:tc>
        <w:tc>
          <w:tcPr>
            <w:tcW w:type="dxa" w:w="1723"/>
          </w:tcPr>
          <w:p>
            <w:pPr>
              <w:spacing w:after="0"/>
              <w:jc w:val="left"/>
            </w:pPr>
            <w:r>
              <w:rPr>
                <w:sz w:val="16"/>
              </w:rPr>
              <w:t>NWS zone GAZ130 (BEN HILL), zone-level: may include parts of neighboring counties</w:t>
            </w:r>
          </w:p>
        </w:tc>
        <w:tc>
          <w:tcPr>
            <w:tcW w:type="dxa" w:w="1617"/>
          </w:tcPr>
          <w:p>
            <w:pPr>
              <w:spacing w:after="0"/>
              <w:jc w:val="left"/>
            </w:pPr>
          </w:p>
        </w:tc>
        <w:tc>
          <w:tcPr>
            <w:tcW w:type="dxa" w:w="2856"/>
          </w:tcPr>
          <w:p>
            <w:pPr>
              <w:spacing w:after="0"/>
              <w:jc w:val="left"/>
            </w:pPr>
            <w:r>
              <w:rPr>
                <w:sz w:val="16"/>
              </w:rPr>
              <w:t>B1-c worst recorded: Ice Storm</w:t>
            </w:r>
          </w:p>
        </w:tc>
      </w:tr>
      <w:tr>
        <w:trPr>
          <w:cantSplit/>
        </w:trPr>
        <w:tc>
          <w:tcPr>
            <w:tcW w:type="dxa" w:w="1037"/>
          </w:tcPr>
          <w:p>
            <w:pPr>
              <w:spacing w:after="0"/>
              <w:jc w:val="left"/>
            </w:pPr>
            <w:r>
              <w:rPr>
                <w:sz w:val="16"/>
              </w:rPr>
              <w:t>2000-03-30</w:t>
            </w:r>
          </w:p>
        </w:tc>
        <w:tc>
          <w:tcPr>
            <w:tcW w:type="dxa" w:w="1402"/>
          </w:tcPr>
          <w:p>
            <w:pPr>
              <w:spacing w:after="0"/>
              <w:jc w:val="left"/>
            </w:pPr>
            <w:r>
              <w:rPr>
                <w:sz w:val="16"/>
              </w:rPr>
              <w:t>Flash Flood</w:t>
            </w:r>
          </w:p>
        </w:tc>
        <w:tc>
          <w:tcPr>
            <w:tcW w:type="dxa" w:w="2648"/>
          </w:tcPr>
          <w:p>
            <w:pPr>
              <w:spacing w:after="0"/>
              <w:jc w:val="left"/>
            </w:pPr>
          </w:p>
        </w:tc>
        <w:tc>
          <w:tcPr>
            <w:tcW w:type="dxa" w:w="1755"/>
          </w:tcPr>
          <w:p>
            <w:pPr>
              <w:spacing w:after="0"/>
              <w:jc w:val="left"/>
            </w:pPr>
            <w:r>
              <w:rPr>
                <w:sz w:val="16"/>
              </w:rPr>
              <w:t>$250,000 property; crops not reported (2000 dollars)</w:t>
            </w:r>
          </w:p>
        </w:tc>
        <w:tc>
          <w:tcPr>
            <w:tcW w:type="dxa" w:w="1075"/>
          </w:tcPr>
          <w:p>
            <w:pPr>
              <w:spacing w:after="0"/>
              <w:jc w:val="right"/>
            </w:pPr>
            <w:r>
              <w:rPr>
                <w:sz w:val="16"/>
              </w:rPr>
              <w:t>0, 0</w:t>
            </w:r>
          </w:p>
        </w:tc>
        <w:tc>
          <w:tcPr>
            <w:tcW w:type="dxa" w:w="1723"/>
          </w:tcPr>
          <w:p>
            <w:pPr>
              <w:spacing w:after="0"/>
              <w:jc w:val="left"/>
            </w:pPr>
            <w:r>
              <w:rPr>
                <w:sz w:val="16"/>
              </w:rPr>
              <w:t>COUNTYWIDE</w:t>
            </w:r>
          </w:p>
        </w:tc>
        <w:tc>
          <w:tcPr>
            <w:tcW w:type="dxa" w:w="1617"/>
          </w:tcPr>
          <w:p>
            <w:pPr>
              <w:spacing w:after="0"/>
              <w:jc w:val="left"/>
            </w:pPr>
          </w:p>
        </w:tc>
        <w:tc>
          <w:tcPr>
            <w:tcW w:type="dxa" w:w="28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1993-10-30</w:t>
            </w:r>
          </w:p>
        </w:tc>
        <w:tc>
          <w:tcPr>
            <w:tcW w:type="dxa" w:w="1402"/>
          </w:tcPr>
          <w:p>
            <w:pPr>
              <w:spacing w:after="0"/>
              <w:jc w:val="left"/>
            </w:pPr>
            <w:r>
              <w:rPr>
                <w:sz w:val="16"/>
              </w:rPr>
              <w:t>Thunderstorm Wind</w:t>
            </w:r>
          </w:p>
        </w:tc>
        <w:tc>
          <w:tcPr>
            <w:tcW w:type="dxa" w:w="2648"/>
          </w:tcPr>
          <w:p>
            <w:pPr>
              <w:spacing w:after="0"/>
              <w:jc w:val="left"/>
            </w:pPr>
            <w:r>
              <w:rPr>
                <w:sz w:val="16"/>
              </w:rPr>
              <w:t>85 kt (98 mph), measurement type not recorded</w:t>
            </w:r>
          </w:p>
        </w:tc>
        <w:tc>
          <w:tcPr>
            <w:tcW w:type="dxa" w:w="1755"/>
          </w:tcPr>
          <w:p>
            <w:pPr>
              <w:spacing w:after="0"/>
              <w:jc w:val="left"/>
            </w:pPr>
            <w:r>
              <w:rPr>
                <w:sz w:val="16"/>
              </w:rPr>
              <w:t>$5,000,000 property; $500,000 crops (1993 dollars)</w:t>
            </w:r>
          </w:p>
        </w:tc>
        <w:tc>
          <w:tcPr>
            <w:tcW w:type="dxa" w:w="1075"/>
          </w:tcPr>
          <w:p>
            <w:pPr>
              <w:spacing w:after="0"/>
              <w:jc w:val="right"/>
            </w:pPr>
            <w:r>
              <w:rPr>
                <w:sz w:val="16"/>
              </w:rPr>
              <w:t>0, 4</w:t>
            </w:r>
          </w:p>
        </w:tc>
        <w:tc>
          <w:tcPr>
            <w:tcW w:type="dxa" w:w="1723"/>
          </w:tcPr>
          <w:p>
            <w:pPr>
              <w:spacing w:after="0"/>
              <w:jc w:val="left"/>
            </w:pPr>
            <w:r>
              <w:rPr>
                <w:sz w:val="16"/>
              </w:rPr>
              <w:t>Fitzgerald to to Fitzgerald</w:t>
            </w:r>
          </w:p>
        </w:tc>
        <w:tc>
          <w:tcPr>
            <w:tcW w:type="dxa" w:w="1617"/>
          </w:tcPr>
          <w:p>
            <w:pPr>
              <w:spacing w:after="0"/>
              <w:jc w:val="left"/>
            </w:pPr>
          </w:p>
        </w:tc>
        <w:tc>
          <w:tcPr>
            <w:tcW w:type="dxa" w:w="2856"/>
          </w:tcPr>
          <w:p>
            <w:pPr>
              <w:spacing w:after="0"/>
              <w:jc w:val="left"/>
            </w:pPr>
            <w:r>
              <w:rPr>
                <w:sz w:val="16"/>
              </w:rPr>
              <w:t>deaths or injuries recorded</w:t>
            </w:r>
          </w:p>
        </w:tc>
      </w:tr>
      <w:tr>
        <w:trPr>
          <w:cantSplit/>
        </w:trPr>
        <w:tc>
          <w:tcPr>
            <w:tcW w:type="dxa" w:w="1037"/>
          </w:tcPr>
          <w:p>
            <w:pPr>
              <w:spacing w:after="0"/>
              <w:jc w:val="left"/>
            </w:pPr>
            <w:r>
              <w:rPr>
                <w:sz w:val="16"/>
              </w:rPr>
              <w:t>1963-06-14</w:t>
            </w:r>
          </w:p>
        </w:tc>
        <w:tc>
          <w:tcPr>
            <w:tcW w:type="dxa" w:w="1402"/>
          </w:tcPr>
          <w:p>
            <w:pPr>
              <w:spacing w:after="0"/>
              <w:jc w:val="left"/>
            </w:pPr>
            <w:r>
              <w:rPr>
                <w:sz w:val="16"/>
              </w:rPr>
              <w:t>Tornado</w:t>
            </w:r>
          </w:p>
        </w:tc>
        <w:tc>
          <w:tcPr>
            <w:tcW w:type="dxa" w:w="2648"/>
          </w:tcPr>
          <w:p>
            <w:pPr>
              <w:spacing w:after="0"/>
              <w:jc w:val="left"/>
            </w:pPr>
            <w:r>
              <w:rPr>
                <w:sz w:val="16"/>
              </w:rPr>
              <w:t>F2, 0.5 mi path length (records before 1996 may include the whole path; rating and listing come from the county where the tornado began), 33 yd wide</w:t>
            </w:r>
          </w:p>
        </w:tc>
        <w:tc>
          <w:tcPr>
            <w:tcW w:type="dxa" w:w="1755"/>
          </w:tcPr>
          <w:p>
            <w:pPr>
              <w:spacing w:after="0"/>
              <w:jc w:val="left"/>
            </w:pPr>
            <w:r>
              <w:rPr>
                <w:sz w:val="16"/>
              </w:rPr>
              <w:t>$250,000 property; crops not recorded (1963 dollars)</w:t>
            </w:r>
          </w:p>
        </w:tc>
        <w:tc>
          <w:tcPr>
            <w:tcW w:type="dxa" w:w="1075"/>
          </w:tcPr>
          <w:p>
            <w:pPr>
              <w:spacing w:after="0"/>
              <w:jc w:val="right"/>
            </w:pPr>
            <w:r>
              <w:rPr>
                <w:sz w:val="16"/>
              </w:rPr>
              <w:t>0, 2</w:t>
            </w:r>
          </w:p>
        </w:tc>
        <w:tc>
          <w:tcPr>
            <w:tcW w:type="dxa" w:w="1723"/>
          </w:tcPr>
          <w:p>
            <w:pPr>
              <w:spacing w:after="0"/>
              <w:jc w:val="left"/>
            </w:pPr>
            <w:r>
              <w:rPr>
                <w:sz w:val="16"/>
              </w:rPr>
              <w:t>location not recorded</w:t>
            </w:r>
          </w:p>
        </w:tc>
        <w:tc>
          <w:tcPr>
            <w:tcW w:type="dxa" w:w="1617"/>
          </w:tcPr>
          <w:p>
            <w:pPr>
              <w:spacing w:after="0"/>
              <w:jc w:val="left"/>
            </w:pPr>
          </w:p>
        </w:tc>
        <w:tc>
          <w:tcPr>
            <w:tcW w:type="dxa" w:w="2856"/>
          </w:tcPr>
          <w:p>
            <w:pPr>
              <w:spacing w:after="0"/>
              <w:jc w:val="left"/>
            </w:pPr>
            <w:r>
              <w:rPr>
                <w:sz w:val="16"/>
              </w:rPr>
              <w:t>deaths or injuries recorded</w:t>
            </w:r>
          </w:p>
        </w:tc>
      </w:tr>
      <w:tr>
        <w:trPr>
          <w:cantSplit/>
        </w:trPr>
        <w:tc>
          <w:tcPr>
            <w:tcW w:type="dxa" w:w="1037"/>
          </w:tcPr>
          <w:p>
            <w:pPr>
              <w:spacing w:after="0"/>
              <w:jc w:val="left"/>
            </w:pPr>
            <w:r>
              <w:rPr>
                <w:sz w:val="16"/>
              </w:rPr>
              <w:t>1958-04-21</w:t>
            </w:r>
          </w:p>
        </w:tc>
        <w:tc>
          <w:tcPr>
            <w:tcW w:type="dxa" w:w="1402"/>
          </w:tcPr>
          <w:p>
            <w:pPr>
              <w:spacing w:after="0"/>
              <w:jc w:val="left"/>
            </w:pPr>
            <w:r>
              <w:rPr>
                <w:sz w:val="16"/>
              </w:rPr>
              <w:t>Hail</w:t>
            </w:r>
          </w:p>
        </w:tc>
        <w:tc>
          <w:tcPr>
            <w:tcW w:type="dxa" w:w="2648"/>
          </w:tcPr>
          <w:p>
            <w:pPr>
              <w:spacing w:after="0"/>
              <w:jc w:val="left"/>
            </w:pPr>
            <w:r>
              <w:rPr>
                <w:sz w:val="16"/>
              </w:rPr>
              <w:t>2 in</w:t>
            </w:r>
          </w:p>
        </w:tc>
        <w:tc>
          <w:tcPr>
            <w:tcW w:type="dxa" w:w="1755"/>
          </w:tcPr>
          <w:p>
            <w:pPr>
              <w:spacing w:after="0"/>
              <w:jc w:val="left"/>
            </w:pPr>
            <w:r>
              <w:rPr>
                <w:sz w:val="16"/>
              </w:rPr>
              <w:t>damage not recorded (pre-1996 record)</w:t>
            </w:r>
          </w:p>
        </w:tc>
        <w:tc>
          <w:tcPr>
            <w:tcW w:type="dxa" w:w="1075"/>
          </w:tcPr>
          <w:p>
            <w:pPr>
              <w:spacing w:after="0"/>
              <w:jc w:val="right"/>
            </w:pPr>
            <w:r>
              <w:rPr>
                <w:sz w:val="16"/>
              </w:rPr>
              <w:t>0, 0</w:t>
            </w:r>
          </w:p>
        </w:tc>
        <w:tc>
          <w:tcPr>
            <w:tcW w:type="dxa" w:w="1723"/>
          </w:tcPr>
          <w:p>
            <w:pPr>
              <w:spacing w:after="0"/>
              <w:jc w:val="left"/>
            </w:pPr>
            <w:r>
              <w:rPr>
                <w:sz w:val="16"/>
              </w:rPr>
              <w:t>location not recorded</w:t>
            </w:r>
          </w:p>
        </w:tc>
        <w:tc>
          <w:tcPr>
            <w:tcW w:type="dxa" w:w="1617"/>
          </w:tcPr>
          <w:p>
            <w:pPr>
              <w:spacing w:after="0"/>
              <w:jc w:val="left"/>
            </w:pPr>
          </w:p>
        </w:tc>
        <w:tc>
          <w:tcPr>
            <w:tcW w:type="dxa" w:w="2856"/>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1.79</w:t>
            </w:r>
          </w:p>
        </w:tc>
        <w:tc>
          <w:tcPr>
            <w:tcW w:type="dxa" w:w="1452"/>
          </w:tcPr>
          <w:p>
            <w:pPr>
              <w:spacing w:after="0"/>
              <w:jc w:val="left"/>
            </w:pPr>
            <w:r>
              <w:rPr>
                <w:sz w:val="16"/>
              </w:rPr>
              <w:t>event-days per year</w:t>
            </w:r>
          </w:p>
        </w:tc>
        <w:tc>
          <w:tcPr>
            <w:tcW w:type="dxa" w:w="1575"/>
          </w:tcPr>
          <w:p>
            <w:pPr>
              <w:spacing w:after="0"/>
              <w:jc w:val="left"/>
            </w:pPr>
            <w:r>
              <w:rPr>
                <w:sz w:val="16"/>
              </w:rPr>
              <w:t>about 1.79 days per year</w:t>
            </w:r>
          </w:p>
        </w:tc>
        <w:tc>
          <w:tcPr>
            <w:tcW w:type="dxa" w:w="1037"/>
          </w:tcPr>
          <w:p>
            <w:pPr>
              <w:spacing w:after="0"/>
              <w:jc w:val="left"/>
            </w:pPr>
          </w:p>
        </w:tc>
        <w:tc>
          <w:tcPr>
            <w:tcW w:type="dxa" w:w="1731"/>
          </w:tcPr>
          <w:p>
            <w:pPr>
              <w:spacing w:after="0"/>
              <w:jc w:val="left"/>
            </w:pPr>
            <w:r>
              <w:rPr>
                <w:sz w:val="16"/>
              </w:rPr>
              <w:t>event-days in 0 of 30 years, 1996 to 2025 (0%)</w:t>
            </w:r>
          </w:p>
        </w:tc>
        <w:tc>
          <w:tcPr>
            <w:tcW w:type="dxa" w:w="1522"/>
          </w:tcPr>
          <w:p>
            <w:pPr>
              <w:spacing w:after="0"/>
              <w:jc w:val="right"/>
            </w:pPr>
            <w:r>
              <w:rPr>
                <w:sz w:val="16"/>
              </w:rPr>
              <w:t>34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25.1</w:t>
            </w:r>
          </w:p>
        </w:tc>
        <w:tc>
          <w:tcPr>
            <w:tcW w:type="dxa" w:w="1452"/>
          </w:tcPr>
          <w:p>
            <w:pPr>
              <w:spacing w:after="0"/>
              <w:jc w:val="left"/>
            </w:pPr>
            <w:r>
              <w:rPr>
                <w:sz w:val="16"/>
              </w:rPr>
              <w:t>event-days per year</w:t>
            </w:r>
          </w:p>
        </w:tc>
        <w:tc>
          <w:tcPr>
            <w:tcW w:type="dxa" w:w="1575"/>
          </w:tcPr>
          <w:p>
            <w:pPr>
              <w:spacing w:after="0"/>
              <w:jc w:val="left"/>
            </w:pPr>
            <w:r>
              <w:rPr>
                <w:sz w:val="16"/>
              </w:rPr>
              <w:t>about 25.1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2"/>
          </w:tcPr>
          <w:p>
            <w:pPr>
              <w:spacing w:after="0"/>
              <w:jc w:val="right"/>
            </w:pPr>
            <w:r>
              <w:rPr>
                <w:sz w:val="16"/>
              </w:rPr>
              <w:t>707</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25.1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0.00139</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0.139%</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2.01</w:t>
            </w:r>
          </w:p>
        </w:tc>
        <w:tc>
          <w:tcPr>
            <w:tcW w:type="dxa" w:w="1452"/>
          </w:tcPr>
          <w:p>
            <w:pPr>
              <w:spacing w:after="0"/>
              <w:jc w:val="left"/>
            </w:pPr>
            <w:r>
              <w:rPr>
                <w:sz w:val="16"/>
              </w:rPr>
              <w:t>events per year</w:t>
            </w:r>
          </w:p>
        </w:tc>
        <w:tc>
          <w:tcPr>
            <w:tcW w:type="dxa" w:w="1575"/>
          </w:tcPr>
          <w:p>
            <w:pPr>
              <w:spacing w:after="0"/>
              <w:jc w:val="left"/>
            </w:pPr>
            <w:r>
              <w:rPr>
                <w:sz w:val="16"/>
              </w:rPr>
              <w:t>about 2.01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76.6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4.11</w:t>
            </w:r>
          </w:p>
        </w:tc>
        <w:tc>
          <w:tcPr>
            <w:tcW w:type="dxa" w:w="1452"/>
          </w:tcPr>
          <w:p>
            <w:pPr>
              <w:spacing w:after="0"/>
              <w:jc w:val="left"/>
            </w:pPr>
            <w:r>
              <w:rPr>
                <w:sz w:val="16"/>
              </w:rPr>
              <w:t>event-days per year</w:t>
            </w:r>
          </w:p>
        </w:tc>
        <w:tc>
          <w:tcPr>
            <w:tcW w:type="dxa" w:w="1575"/>
          </w:tcPr>
          <w:p>
            <w:pPr>
              <w:spacing w:after="0"/>
              <w:jc w:val="left"/>
            </w:pPr>
            <w:r>
              <w:rPr>
                <w:sz w:val="16"/>
              </w:rPr>
              <w:t>about 4.11 days per year</w:t>
            </w:r>
          </w:p>
        </w:tc>
        <w:tc>
          <w:tcPr>
            <w:tcW w:type="dxa" w:w="1037"/>
          </w:tcPr>
          <w:p>
            <w:pPr>
              <w:spacing w:after="0"/>
              <w:jc w:val="left"/>
            </w:pPr>
            <w:r>
              <w:rPr>
                <w:sz w:val="16"/>
              </w:rPr>
              <w:t>Possible</w:t>
            </w:r>
          </w:p>
        </w:tc>
        <w:tc>
          <w:tcPr>
            <w:tcW w:type="dxa" w:w="1731"/>
          </w:tcPr>
          <w:p>
            <w:pPr>
              <w:spacing w:after="0"/>
              <w:jc w:val="left"/>
            </w:pPr>
            <w:r>
              <w:rPr>
                <w:sz w:val="16"/>
              </w:rPr>
              <w:t>event-days in 1 of 30 years, 1996 to 2025 (3.33%)</w:t>
            </w:r>
          </w:p>
        </w:tc>
        <w:tc>
          <w:tcPr>
            <w:tcW w:type="dxa" w:w="1522"/>
          </w:tcPr>
          <w:p>
            <w:pPr>
              <w:spacing w:after="0"/>
              <w:jc w:val="right"/>
            </w:pPr>
            <w:r>
              <w:rPr>
                <w:sz w:val="16"/>
              </w:rPr>
              <w:t>67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4.11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0.19</w:t>
            </w:r>
          </w:p>
        </w:tc>
        <w:tc>
          <w:tcPr>
            <w:tcW w:type="dxa" w:w="1452"/>
          </w:tcPr>
          <w:p>
            <w:pPr>
              <w:spacing w:after="0"/>
              <w:jc w:val="left"/>
            </w:pPr>
            <w:r>
              <w:rPr>
                <w:sz w:val="16"/>
              </w:rPr>
              <w:t>events per year</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59</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0.194</w:t>
            </w:r>
          </w:p>
        </w:tc>
        <w:tc>
          <w:tcPr>
            <w:tcW w:type="dxa" w:w="1452"/>
          </w:tcPr>
          <w:p>
            <w:pPr>
              <w:spacing w:after="0"/>
              <w:jc w:val="left"/>
            </w:pPr>
            <w:r>
              <w:rPr>
                <w:sz w:val="16"/>
              </w:rPr>
              <w:t>event-days per year</w:t>
            </w:r>
          </w:p>
        </w:tc>
        <w:tc>
          <w:tcPr>
            <w:tcW w:type="dxa" w:w="1575"/>
          </w:tcPr>
          <w:p>
            <w:pPr>
              <w:spacing w:after="0"/>
              <w:jc w:val="left"/>
            </w:pPr>
            <w:r>
              <w:rPr>
                <w:sz w:val="16"/>
              </w:rPr>
              <w:t>about 0.194 days per year</w:t>
            </w:r>
          </w:p>
        </w:tc>
        <w:tc>
          <w:tcPr>
            <w:tcW w:type="dxa" w:w="1037"/>
          </w:tcPr>
          <w:p>
            <w:pPr>
              <w:spacing w:after="0"/>
              <w:jc w:val="left"/>
            </w:pPr>
            <w:r>
              <w:rPr>
                <w:sz w:val="16"/>
              </w:rPr>
              <w:t>Possible</w:t>
            </w:r>
          </w:p>
        </w:tc>
        <w:tc>
          <w:tcPr>
            <w:tcW w:type="dxa" w:w="1731"/>
          </w:tcPr>
          <w:p>
            <w:pPr>
              <w:spacing w:after="0"/>
              <w:jc w:val="left"/>
            </w:pPr>
            <w:r>
              <w:rPr>
                <w:sz w:val="16"/>
              </w:rPr>
              <w:t>event-days in 2 of 30 years, 1996 to 2025 (6.67%)</w:t>
            </w:r>
          </w:p>
        </w:tc>
        <w:tc>
          <w:tcPr>
            <w:tcW w:type="dxa" w:w="1522"/>
          </w:tcPr>
          <w:p>
            <w:pPr>
              <w:spacing w:after="0"/>
              <w:jc w:val="right"/>
            </w:pPr>
            <w:r>
              <w:rPr>
                <w:sz w:val="16"/>
              </w:rPr>
              <w:t>14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0.214</w:t>
            </w:r>
          </w:p>
        </w:tc>
        <w:tc>
          <w:tcPr>
            <w:tcW w:type="dxa" w:w="1452"/>
          </w:tcPr>
          <w:p>
            <w:pPr>
              <w:spacing w:after="0"/>
              <w:jc w:val="left"/>
            </w:pPr>
            <w:r>
              <w:rPr>
                <w:sz w:val="16"/>
              </w:rPr>
              <w:t>event-days per year</w:t>
            </w:r>
          </w:p>
        </w:tc>
        <w:tc>
          <w:tcPr>
            <w:tcW w:type="dxa" w:w="1575"/>
          </w:tcPr>
          <w:p>
            <w:pPr>
              <w:spacing w:after="0"/>
              <w:jc w:val="left"/>
            </w:pPr>
            <w:r>
              <w:rPr>
                <w:sz w:val="16"/>
              </w:rPr>
              <w:t>about 0.214 days per year</w:t>
            </w:r>
          </w:p>
        </w:tc>
        <w:tc>
          <w:tcPr>
            <w:tcW w:type="dxa" w:w="1037"/>
          </w:tcPr>
          <w:p>
            <w:pPr>
              <w:spacing w:after="0"/>
              <w:jc w:val="left"/>
            </w:pPr>
            <w:r>
              <w:rPr>
                <w:sz w:val="16"/>
              </w:rPr>
              <w:t>Likely</w:t>
            </w:r>
          </w:p>
        </w:tc>
        <w:tc>
          <w:tcPr>
            <w:tcW w:type="dxa" w:w="1731"/>
          </w:tcPr>
          <w:p>
            <w:pPr>
              <w:spacing w:after="0"/>
              <w:jc w:val="left"/>
            </w:pPr>
            <w:r>
              <w:rPr>
                <w:sz w:val="16"/>
              </w:rPr>
              <w:t>event-days in 7 of 30 years, 1996 to 2025 (23.3%)</w:t>
            </w:r>
          </w:p>
        </w:tc>
        <w:tc>
          <w:tcPr>
            <w:tcW w:type="dxa" w:w="1522"/>
          </w:tcPr>
          <w:p>
            <w:pPr>
              <w:spacing w:after="0"/>
              <w:jc w:val="right"/>
            </w:pPr>
            <w:r>
              <w:rPr>
                <w:sz w:val="16"/>
              </w:rPr>
              <w:t>6</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0.0346</w:t>
            </w:r>
          </w:p>
        </w:tc>
        <w:tc>
          <w:tcPr>
            <w:tcW w:type="dxa" w:w="1452"/>
          </w:tcPr>
          <w:p>
            <w:pPr>
              <w:spacing w:after="0"/>
              <w:jc w:val="left"/>
            </w:pPr>
            <w:r>
              <w:rPr>
                <w:sz w:val="16"/>
              </w:rPr>
              <w:t>events per year (modeled)</w:t>
            </w:r>
          </w:p>
        </w:tc>
        <w:tc>
          <w:tcPr>
            <w:tcW w:type="dxa" w:w="1575"/>
          </w:tcPr>
          <w:p>
            <w:pPr>
              <w:spacing w:after="0"/>
              <w:jc w:val="left"/>
            </w:pPr>
            <w:r>
              <w:rPr>
                <w:sz w:val="16"/>
              </w:rPr>
              <w:t>about 1 in 29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67.8</w:t>
            </w:r>
          </w:p>
        </w:tc>
        <w:tc>
          <w:tcPr>
            <w:tcW w:type="dxa" w:w="1452"/>
          </w:tcPr>
          <w:p>
            <w:pPr>
              <w:spacing w:after="0"/>
              <w:jc w:val="left"/>
            </w:pPr>
            <w:r>
              <w:rPr>
                <w:sz w:val="16"/>
              </w:rPr>
              <w:t>days per year with a strike</w:t>
            </w:r>
          </w:p>
        </w:tc>
        <w:tc>
          <w:tcPr>
            <w:tcW w:type="dxa" w:w="1575"/>
          </w:tcPr>
          <w:p>
            <w:pPr>
              <w:spacing w:after="0"/>
              <w:jc w:val="left"/>
            </w:pPr>
            <w:r>
              <w:rPr>
                <w:sz w:val="16"/>
              </w:rPr>
              <w:t>about 67.8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1.48</w:t>
            </w:r>
          </w:p>
        </w:tc>
        <w:tc>
          <w:tcPr>
            <w:tcW w:type="dxa" w:w="1452"/>
          </w:tcPr>
          <w:p>
            <w:pPr>
              <w:spacing w:after="0"/>
              <w:jc w:val="left"/>
            </w:pPr>
            <w:r>
              <w:rPr>
                <w:sz w:val="16"/>
              </w:rPr>
              <w:t>events per year</w:t>
            </w:r>
          </w:p>
        </w:tc>
        <w:tc>
          <w:tcPr>
            <w:tcW w:type="dxa" w:w="1575"/>
          </w:tcPr>
          <w:p>
            <w:pPr>
              <w:spacing w:after="0"/>
              <w:jc w:val="left"/>
            </w:pPr>
            <w:r>
              <w:rPr>
                <w:sz w:val="16"/>
              </w:rPr>
              <w:t>about 1.48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57</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0.156</w:t>
            </w:r>
          </w:p>
        </w:tc>
        <w:tc>
          <w:tcPr>
            <w:tcW w:type="dxa" w:w="1452"/>
          </w:tcPr>
          <w:p>
            <w:pPr>
              <w:spacing w:after="0"/>
              <w:jc w:val="left"/>
            </w:pPr>
            <w:r>
              <w:rPr>
                <w:sz w:val="16"/>
              </w:rPr>
              <w:t>events per year</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0.000619</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0.0619%</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0.579</w:t>
            </w:r>
          </w:p>
        </w:tc>
        <w:tc>
          <w:tcPr>
            <w:tcW w:type="dxa" w:w="1452"/>
          </w:tcPr>
          <w:p>
            <w:pPr>
              <w:spacing w:after="0"/>
              <w:jc w:val="left"/>
            </w:pPr>
            <w:r>
              <w:rPr>
                <w:sz w:val="16"/>
              </w:rPr>
              <w:t>event-days per year</w:t>
            </w:r>
          </w:p>
        </w:tc>
        <w:tc>
          <w:tcPr>
            <w:tcW w:type="dxa" w:w="1575"/>
          </w:tcPr>
          <w:p>
            <w:pPr>
              <w:spacing w:after="0"/>
              <w:jc w:val="left"/>
            </w:pPr>
            <w:r>
              <w:rPr>
                <w:sz w:val="16"/>
              </w:rPr>
              <w:t>about 0.579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11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59</w:t>
            </w:r>
          </w:p>
        </w:tc>
        <w:tc>
          <w:tcPr>
            <w:tcW w:type="dxa" w:w="1476"/>
          </w:tcPr>
          <w:p>
            <w:pPr>
              <w:spacing w:after="0"/>
              <w:jc w:val="right"/>
            </w:pPr>
            <w:r>
              <w:rPr>
                <w:sz w:val="16"/>
              </w:rPr>
              <w:t>30</w:t>
            </w:r>
          </w:p>
        </w:tc>
        <w:tc>
          <w:tcPr>
            <w:tcW w:type="dxa" w:w="1476"/>
          </w:tcPr>
          <w:p>
            <w:pPr>
              <w:spacing w:after="0"/>
              <w:jc w:val="right"/>
            </w:pPr>
            <w:r>
              <w:rPr>
                <w:sz w:val="16"/>
              </w:rPr>
              <w:t>1.97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43.2</w:t>
            </w:r>
          </w:p>
        </w:tc>
        <w:tc>
          <w:tcPr>
            <w:tcW w:type="dxa" w:w="680"/>
          </w:tcPr>
          <w:p>
            <w:pPr>
              <w:spacing w:after="0"/>
              <w:jc w:val="right"/>
            </w:pPr>
            <w:r>
              <w:rPr>
                <w:sz w:val="16"/>
              </w:rPr>
              <w:t>57.0</w:t>
            </w:r>
          </w:p>
        </w:tc>
        <w:tc>
          <w:tcPr>
            <w:tcW w:type="dxa" w:w="648"/>
          </w:tcPr>
          <w:p>
            <w:pPr>
              <w:spacing w:after="0"/>
              <w:jc w:val="right"/>
            </w:pPr>
            <w:r>
              <w:rPr>
                <w:sz w:val="16"/>
              </w:rPr>
              <w:t>78.2</w:t>
            </w:r>
          </w:p>
        </w:tc>
        <w:tc>
          <w:tcPr>
            <w:tcW w:type="dxa" w:w="3512"/>
          </w:tcPr>
          <w:p>
            <w:pPr>
              <w:spacing w:after="0"/>
              <w:jc w:val="left"/>
            </w:pPr>
            <w:r>
              <w:rPr>
                <w:sz w:val="16"/>
              </w:rPr>
              <w:t>Relatively High 1, Relatively Moderate 4, Relatively Low 1</w:t>
            </w:r>
          </w:p>
        </w:tc>
        <w:tc>
          <w:tcPr>
            <w:tcW w:type="dxa" w:w="6673"/>
          </w:tcPr>
          <w:p>
            <w:pPr>
              <w:spacing w:after="0"/>
              <w:jc w:val="left"/>
            </w:pPr>
            <w:r>
              <w:rPr>
                <w:sz w:val="16"/>
              </w:rPr>
              <w:t>National data give a county-wide or coarse (49 km grid or NWS zone) frequency for this hazard, so they cannot show members' hazard differing. Agriculture is 82%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85.7</w:t>
            </w:r>
          </w:p>
        </w:tc>
        <w:tc>
          <w:tcPr>
            <w:tcW w:type="dxa" w:w="680"/>
          </w:tcPr>
          <w:p>
            <w:pPr>
              <w:spacing w:after="0"/>
              <w:jc w:val="right"/>
            </w:pPr>
            <w:r>
              <w:rPr>
                <w:sz w:val="16"/>
              </w:rPr>
              <w:t>92.7</w:t>
            </w:r>
          </w:p>
        </w:tc>
        <w:tc>
          <w:tcPr>
            <w:tcW w:type="dxa" w:w="648"/>
          </w:tcPr>
          <w:p>
            <w:pPr>
              <w:spacing w:after="0"/>
              <w:jc w:val="right"/>
            </w:pPr>
            <w:r>
              <w:rPr>
                <w:sz w:val="16"/>
              </w:rPr>
              <w:t>94.8</w:t>
            </w:r>
          </w:p>
        </w:tc>
        <w:tc>
          <w:tcPr>
            <w:tcW w:type="dxa" w:w="3512"/>
          </w:tcPr>
          <w:p>
            <w:pPr>
              <w:spacing w:after="0"/>
              <w:jc w:val="left"/>
            </w:pPr>
            <w:r>
              <w:rPr>
                <w:sz w:val="16"/>
              </w:rPr>
              <w:t>Relatively Moderate 3, Relatively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31.3</w:t>
            </w:r>
          </w:p>
        </w:tc>
        <w:tc>
          <w:tcPr>
            <w:tcW w:type="dxa" w:w="680"/>
          </w:tcPr>
          <w:p>
            <w:pPr>
              <w:spacing w:after="0"/>
              <w:jc w:val="right"/>
            </w:pPr>
            <w:r>
              <w:rPr>
                <w:sz w:val="16"/>
              </w:rPr>
              <w:t>64.6</w:t>
            </w:r>
          </w:p>
        </w:tc>
        <w:tc>
          <w:tcPr>
            <w:tcW w:type="dxa" w:w="648"/>
          </w:tcPr>
          <w:p>
            <w:pPr>
              <w:spacing w:after="0"/>
              <w:jc w:val="right"/>
            </w:pPr>
            <w:r>
              <w:rPr>
                <w:sz w:val="16"/>
              </w:rPr>
              <w:t>75.7</w:t>
            </w:r>
          </w:p>
        </w:tc>
        <w:tc>
          <w:tcPr>
            <w:tcW w:type="dxa" w:w="3512"/>
          </w:tcPr>
          <w:p>
            <w:pPr>
              <w:spacing w:after="0"/>
              <w:jc w:val="left"/>
            </w:pPr>
            <w:r>
              <w:rPr>
                <w:sz w:val="16"/>
              </w:rPr>
              <w:t>Relatively Low 5,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48.4</w:t>
            </w:r>
          </w:p>
        </w:tc>
        <w:tc>
          <w:tcPr>
            <w:tcW w:type="dxa" w:w="680"/>
          </w:tcPr>
          <w:p>
            <w:pPr>
              <w:spacing w:after="0"/>
              <w:jc w:val="right"/>
            </w:pPr>
            <w:r>
              <w:rPr>
                <w:sz w:val="16"/>
              </w:rPr>
              <w:t>60.5</w:t>
            </w:r>
          </w:p>
        </w:tc>
        <w:tc>
          <w:tcPr>
            <w:tcW w:type="dxa" w:w="648"/>
          </w:tcPr>
          <w:p>
            <w:pPr>
              <w:spacing w:after="0"/>
              <w:jc w:val="right"/>
            </w:pPr>
            <w:r>
              <w:rPr>
                <w:sz w:val="16"/>
              </w:rPr>
              <w:t>66.5</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20.5</w:t>
            </w:r>
          </w:p>
        </w:tc>
        <w:tc>
          <w:tcPr>
            <w:tcW w:type="dxa" w:w="680"/>
          </w:tcPr>
          <w:p>
            <w:pPr>
              <w:spacing w:after="0"/>
              <w:jc w:val="right"/>
            </w:pPr>
            <w:r>
              <w:rPr>
                <w:sz w:val="16"/>
              </w:rPr>
              <w:t>47.5</w:t>
            </w:r>
          </w:p>
        </w:tc>
        <w:tc>
          <w:tcPr>
            <w:tcW w:type="dxa" w:w="648"/>
          </w:tcPr>
          <w:p>
            <w:pPr>
              <w:spacing w:after="0"/>
              <w:jc w:val="right"/>
            </w:pPr>
            <w:r>
              <w:rPr>
                <w:sz w:val="16"/>
              </w:rPr>
              <w:t>62.5</w:t>
            </w:r>
          </w:p>
        </w:tc>
        <w:tc>
          <w:tcPr>
            <w:tcW w:type="dxa" w:w="3512"/>
          </w:tcPr>
          <w:p>
            <w:pPr>
              <w:spacing w:after="0"/>
              <w:jc w:val="left"/>
            </w:pPr>
            <w:r>
              <w:rPr>
                <w:sz w:val="16"/>
              </w:rPr>
              <w:t>Relatively Moderate 2,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78.1</w:t>
            </w:r>
          </w:p>
        </w:tc>
        <w:tc>
          <w:tcPr>
            <w:tcW w:type="dxa" w:w="680"/>
          </w:tcPr>
          <w:p>
            <w:pPr>
              <w:spacing w:after="0"/>
              <w:jc w:val="right"/>
            </w:pPr>
            <w:r>
              <w:rPr>
                <w:sz w:val="16"/>
              </w:rPr>
              <w:t>82.7</w:t>
            </w:r>
          </w:p>
        </w:tc>
        <w:tc>
          <w:tcPr>
            <w:tcW w:type="dxa" w:w="648"/>
          </w:tcPr>
          <w:p>
            <w:pPr>
              <w:spacing w:after="0"/>
              <w:jc w:val="right"/>
            </w:pPr>
            <w:r>
              <w:rPr>
                <w:sz w:val="16"/>
              </w:rPr>
              <w:t>85.6</w:t>
            </w:r>
          </w:p>
        </w:tc>
        <w:tc>
          <w:tcPr>
            <w:tcW w:type="dxa" w:w="3512"/>
          </w:tcPr>
          <w:p>
            <w:pPr>
              <w:spacing w:after="0"/>
              <w:jc w:val="left"/>
            </w:pPr>
            <w:r>
              <w:rPr>
                <w:sz w:val="16"/>
              </w:rPr>
              <w:t>Relatively Moderate 5, Relatively Low 1</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2.9</w:t>
            </w:r>
          </w:p>
        </w:tc>
        <w:tc>
          <w:tcPr>
            <w:tcW w:type="dxa" w:w="680"/>
          </w:tcPr>
          <w:p>
            <w:pPr>
              <w:spacing w:after="0"/>
              <w:jc w:val="right"/>
            </w:pPr>
            <w:r>
              <w:rPr>
                <w:sz w:val="16"/>
              </w:rPr>
              <w:t>8.1</w:t>
            </w:r>
          </w:p>
        </w:tc>
        <w:tc>
          <w:tcPr>
            <w:tcW w:type="dxa" w:w="648"/>
          </w:tcPr>
          <w:p>
            <w:pPr>
              <w:spacing w:after="0"/>
              <w:jc w:val="right"/>
            </w:pPr>
            <w:r>
              <w:rPr>
                <w:sz w:val="16"/>
              </w:rPr>
              <w:t>12.3</w:t>
            </w:r>
          </w:p>
        </w:tc>
        <w:tc>
          <w:tcPr>
            <w:tcW w:type="dxa" w:w="3512"/>
          </w:tcPr>
          <w:p>
            <w:pPr>
              <w:spacing w:after="0"/>
              <w:jc w:val="left"/>
            </w:pPr>
            <w:r>
              <w:rPr>
                <w:sz w:val="16"/>
              </w:rPr>
              <w:t>Very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10.5</w:t>
            </w:r>
          </w:p>
        </w:tc>
        <w:tc>
          <w:tcPr>
            <w:tcW w:type="dxa" w:w="680"/>
          </w:tcPr>
          <w:p>
            <w:pPr>
              <w:spacing w:after="0"/>
              <w:jc w:val="right"/>
            </w:pPr>
            <w:r>
              <w:rPr>
                <w:sz w:val="16"/>
              </w:rPr>
              <w:t>26.5</w:t>
            </w:r>
          </w:p>
        </w:tc>
        <w:tc>
          <w:tcPr>
            <w:tcW w:type="dxa" w:w="648"/>
          </w:tcPr>
          <w:p>
            <w:pPr>
              <w:spacing w:after="0"/>
              <w:jc w:val="right"/>
            </w:pPr>
            <w:r>
              <w:rPr>
                <w:sz w:val="16"/>
              </w:rPr>
              <w:t>47.2</w:t>
            </w:r>
          </w:p>
        </w:tc>
        <w:tc>
          <w:tcPr>
            <w:tcW w:type="dxa" w:w="3512"/>
          </w:tcPr>
          <w:p>
            <w:pPr>
              <w:spacing w:after="0"/>
              <w:jc w:val="left"/>
            </w:pPr>
            <w:r>
              <w:rPr>
                <w:sz w:val="16"/>
              </w:rPr>
              <w:t>Relatively Low 5,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6</w:t>
            </w:r>
          </w:p>
        </w:tc>
        <w:tc>
          <w:tcPr>
            <w:tcW w:type="dxa" w:w="883"/>
          </w:tcPr>
          <w:p>
            <w:pPr>
              <w:spacing w:after="0"/>
              <w:jc w:val="right"/>
            </w:pPr>
            <w:r>
              <w:rPr>
                <w:sz w:val="16"/>
              </w:rPr>
              <w:t>14.6</w:t>
            </w:r>
          </w:p>
        </w:tc>
        <w:tc>
          <w:tcPr>
            <w:tcW w:type="dxa" w:w="680"/>
          </w:tcPr>
          <w:p>
            <w:pPr>
              <w:spacing w:after="0"/>
              <w:jc w:val="right"/>
            </w:pPr>
            <w:r>
              <w:rPr>
                <w:sz w:val="16"/>
              </w:rPr>
              <w:t>20.4</w:t>
            </w:r>
          </w:p>
        </w:tc>
        <w:tc>
          <w:tcPr>
            <w:tcW w:type="dxa" w:w="648"/>
          </w:tcPr>
          <w:p>
            <w:pPr>
              <w:spacing w:after="0"/>
              <w:jc w:val="right"/>
            </w:pPr>
            <w:r>
              <w:rPr>
                <w:sz w:val="16"/>
              </w:rPr>
              <w:t>46.8</w:t>
            </w:r>
          </w:p>
        </w:tc>
        <w:tc>
          <w:tcPr>
            <w:tcW w:type="dxa" w:w="3512"/>
          </w:tcPr>
          <w:p>
            <w:pPr>
              <w:spacing w:after="0"/>
              <w:jc w:val="left"/>
            </w:pPr>
            <w:r>
              <w:rPr>
                <w:sz w:val="16"/>
              </w:rPr>
              <w:t>Very Low 5, No Rating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53.5</w:t>
            </w:r>
          </w:p>
        </w:tc>
        <w:tc>
          <w:tcPr>
            <w:tcW w:type="dxa" w:w="680"/>
          </w:tcPr>
          <w:p>
            <w:pPr>
              <w:spacing w:after="0"/>
              <w:jc w:val="right"/>
            </w:pPr>
            <w:r>
              <w:rPr>
                <w:sz w:val="16"/>
              </w:rPr>
              <w:t>81.8</w:t>
            </w:r>
          </w:p>
        </w:tc>
        <w:tc>
          <w:tcPr>
            <w:tcW w:type="dxa" w:w="648"/>
          </w:tcPr>
          <w:p>
            <w:pPr>
              <w:spacing w:after="0"/>
              <w:jc w:val="right"/>
            </w:pPr>
            <w:r>
              <w:rPr>
                <w:sz w:val="16"/>
              </w:rPr>
              <w:t>91.4</w:t>
            </w:r>
          </w:p>
        </w:tc>
        <w:tc>
          <w:tcPr>
            <w:tcW w:type="dxa" w:w="3512"/>
          </w:tcPr>
          <w:p>
            <w:pPr>
              <w:spacing w:after="0"/>
              <w:jc w:val="left"/>
            </w:pPr>
            <w:r>
              <w:rPr>
                <w:sz w:val="16"/>
              </w:rPr>
              <w:t>Relatively High 3,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58.1</w:t>
            </w:r>
          </w:p>
        </w:tc>
        <w:tc>
          <w:tcPr>
            <w:tcW w:type="dxa" w:w="680"/>
          </w:tcPr>
          <w:p>
            <w:pPr>
              <w:spacing w:after="0"/>
              <w:jc w:val="right"/>
            </w:pPr>
            <w:r>
              <w:rPr>
                <w:sz w:val="16"/>
              </w:rPr>
              <w:t>80.5</w:t>
            </w:r>
          </w:p>
        </w:tc>
        <w:tc>
          <w:tcPr>
            <w:tcW w:type="dxa" w:w="648"/>
          </w:tcPr>
          <w:p>
            <w:pPr>
              <w:spacing w:after="0"/>
              <w:jc w:val="right"/>
            </w:pPr>
            <w:r>
              <w:rPr>
                <w:sz w:val="16"/>
              </w:rPr>
              <w:t>87.7</w:t>
            </w:r>
          </w:p>
        </w:tc>
        <w:tc>
          <w:tcPr>
            <w:tcW w:type="dxa" w:w="3512"/>
          </w:tcPr>
          <w:p>
            <w:pPr>
              <w:spacing w:after="0"/>
              <w:jc w:val="left"/>
            </w:pPr>
            <w:r>
              <w:rPr>
                <w:sz w:val="16"/>
              </w:rPr>
              <w:t>Relatively High 3,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61.7</w:t>
            </w:r>
          </w:p>
        </w:tc>
        <w:tc>
          <w:tcPr>
            <w:tcW w:type="dxa" w:w="680"/>
          </w:tcPr>
          <w:p>
            <w:pPr>
              <w:spacing w:after="0"/>
              <w:jc w:val="right"/>
            </w:pPr>
            <w:r>
              <w:rPr>
                <w:sz w:val="16"/>
              </w:rPr>
              <w:t>84.2</w:t>
            </w:r>
          </w:p>
        </w:tc>
        <w:tc>
          <w:tcPr>
            <w:tcW w:type="dxa" w:w="648"/>
          </w:tcPr>
          <w:p>
            <w:pPr>
              <w:spacing w:after="0"/>
              <w:jc w:val="right"/>
            </w:pPr>
            <w:r>
              <w:rPr>
                <w:sz w:val="16"/>
              </w:rPr>
              <w:t>93.0</w:t>
            </w:r>
          </w:p>
        </w:tc>
        <w:tc>
          <w:tcPr>
            <w:tcW w:type="dxa" w:w="3512"/>
          </w:tcPr>
          <w:p>
            <w:pPr>
              <w:spacing w:after="0"/>
              <w:jc w:val="left"/>
            </w:pPr>
            <w:r>
              <w:rPr>
                <w:sz w:val="16"/>
              </w:rPr>
              <w:t>Relatively High 5,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62.6</w:t>
            </w:r>
          </w:p>
        </w:tc>
        <w:tc>
          <w:tcPr>
            <w:tcW w:type="dxa" w:w="680"/>
          </w:tcPr>
          <w:p>
            <w:pPr>
              <w:spacing w:after="0"/>
              <w:jc w:val="right"/>
            </w:pPr>
            <w:r>
              <w:rPr>
                <w:sz w:val="16"/>
              </w:rPr>
              <w:t>78.4</w:t>
            </w:r>
          </w:p>
        </w:tc>
        <w:tc>
          <w:tcPr>
            <w:tcW w:type="dxa" w:w="648"/>
          </w:tcPr>
          <w:p>
            <w:pPr>
              <w:spacing w:after="0"/>
              <w:jc w:val="right"/>
            </w:pPr>
            <w:r>
              <w:rPr>
                <w:sz w:val="16"/>
              </w:rPr>
              <w:t>83.0</w:t>
            </w:r>
          </w:p>
        </w:tc>
        <w:tc>
          <w:tcPr>
            <w:tcW w:type="dxa" w:w="3512"/>
          </w:tcPr>
          <w:p>
            <w:pPr>
              <w:spacing w:after="0"/>
              <w:jc w:val="left"/>
            </w:pPr>
            <w:r>
              <w:rPr>
                <w:sz w:val="16"/>
              </w:rPr>
              <w:t>Relatively Low 5,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21.6</w:t>
            </w:r>
          </w:p>
        </w:tc>
        <w:tc>
          <w:tcPr>
            <w:tcW w:type="dxa" w:w="680"/>
          </w:tcPr>
          <w:p>
            <w:pPr>
              <w:spacing w:after="0"/>
              <w:jc w:val="right"/>
            </w:pPr>
            <w:r>
              <w:rPr>
                <w:sz w:val="16"/>
              </w:rPr>
              <w:t>33.4</w:t>
            </w:r>
          </w:p>
        </w:tc>
        <w:tc>
          <w:tcPr>
            <w:tcW w:type="dxa" w:w="648"/>
          </w:tcPr>
          <w:p>
            <w:pPr>
              <w:spacing w:after="0"/>
              <w:jc w:val="right"/>
            </w:pPr>
            <w:r>
              <w:rPr>
                <w:sz w:val="16"/>
              </w:rPr>
              <w:t>42.1</w:t>
            </w:r>
          </w:p>
        </w:tc>
        <w:tc>
          <w:tcPr>
            <w:tcW w:type="dxa" w:w="3512"/>
          </w:tcPr>
          <w:p>
            <w:pPr>
              <w:spacing w:after="0"/>
              <w:jc w:val="left"/>
            </w:pPr>
            <w:r>
              <w:rPr>
                <w:sz w:val="16"/>
              </w:rPr>
              <w:t>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61"/>
        <w:gridCol w:w="1467"/>
        <w:gridCol w:w="2782"/>
        <w:gridCol w:w="2218"/>
        <w:gridCol w:w="1561"/>
        <w:gridCol w:w="1899"/>
        <w:gridCol w:w="2625"/>
      </w:tblGrid>
      <w:tr>
        <w:trPr>
          <w:cantSplit/>
          <w:tblHeader/>
        </w:trPr>
        <w:tc>
          <w:tcPr>
            <w:tcW w:type="dxa" w:w="1561"/>
            <w:shd w:val="clear" w:color="auto" w:fill="E8E8E8"/>
          </w:tcPr>
          <w:p>
            <w:pPr>
              <w:spacing w:after="0"/>
              <w:jc w:val="left"/>
            </w:pPr>
            <w:r>
              <w:rPr>
                <w:b/>
                <w:sz w:val="16"/>
              </w:rPr>
              <w:t>Member</w:t>
            </w:r>
          </w:p>
        </w:tc>
        <w:tc>
          <w:tcPr>
            <w:tcW w:type="dxa" w:w="1467"/>
            <w:shd w:val="clear" w:color="auto" w:fill="E8E8E8"/>
          </w:tcPr>
          <w:p>
            <w:pPr>
              <w:spacing w:after="0"/>
              <w:jc w:val="left"/>
            </w:pPr>
            <w:r>
              <w:rPr>
                <w:b/>
                <w:sz w:val="16"/>
              </w:rPr>
              <w:t>Type</w:t>
            </w:r>
          </w:p>
        </w:tc>
        <w:tc>
          <w:tcPr>
            <w:tcW w:type="dxa" w:w="2782"/>
            <w:shd w:val="clear" w:color="auto" w:fill="E8E8E8"/>
          </w:tcPr>
          <w:p>
            <w:pPr>
              <w:spacing w:after="0"/>
              <w:jc w:val="left"/>
            </w:pPr>
            <w:r>
              <w:rPr>
                <w:b/>
                <w:sz w:val="16"/>
              </w:rPr>
              <w:t>Plan status</w:t>
            </w:r>
          </w:p>
        </w:tc>
        <w:tc>
          <w:tcPr>
            <w:tcW w:type="dxa" w:w="22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25"/>
            <w:shd w:val="clear" w:color="auto" w:fill="E8E8E8"/>
          </w:tcPr>
          <w:p>
            <w:pPr>
              <w:spacing w:after="0"/>
              <w:jc w:val="left"/>
            </w:pPr>
            <w:r>
              <w:rPr>
                <w:b/>
                <w:sz w:val="16"/>
              </w:rPr>
              <w:t>Notes</w:t>
            </w:r>
          </w:p>
        </w:tc>
      </w:tr>
      <w:tr>
        <w:trPr>
          <w:cantSplit/>
        </w:trPr>
        <w:tc>
          <w:tcPr>
            <w:tcW w:type="dxa" w:w="1561"/>
          </w:tcPr>
          <w:p>
            <w:pPr>
              <w:spacing w:after="0"/>
              <w:jc w:val="left"/>
            </w:pPr>
            <w:r>
              <w:rPr>
                <w:sz w:val="16"/>
              </w:rPr>
              <w:t>Ben Hill County (unincorporated area)</w:t>
            </w:r>
          </w:p>
        </w:tc>
        <w:tc>
          <w:tcPr>
            <w:tcW w:type="dxa" w:w="1467"/>
          </w:tcPr>
          <w:p>
            <w:pPr>
              <w:spacing w:after="0"/>
              <w:jc w:val="left"/>
            </w:pPr>
            <w:r>
              <w:rPr>
                <w:sz w:val="16"/>
              </w:rPr>
              <w:t>Unincorporated</w:t>
            </w:r>
          </w:p>
        </w:tc>
        <w:tc>
          <w:tcPr>
            <w:tcW w:type="dxa" w:w="2782"/>
          </w:tcPr>
          <w:p>
            <w:pPr>
              <w:spacing w:after="0"/>
              <w:jc w:val="left"/>
            </w:pPr>
            <w:r>
              <w:rPr>
                <w:sz w:val="16"/>
              </w:rPr>
              <w:t>Approved, expires 2030-09-08</w:t>
            </w:r>
          </w:p>
        </w:tc>
        <w:tc>
          <w:tcPr>
            <w:tcW w:type="dxa" w:w="2218"/>
          </w:tcPr>
          <w:p>
            <w:pPr>
              <w:spacing w:after="0"/>
              <w:jc w:val="right"/>
            </w:pPr>
            <w:r>
              <w:rPr>
                <w:sz w:val="16"/>
              </w:rPr>
              <w:t>FMA RL 0, SRL 0; any 0</w:t>
            </w:r>
          </w:p>
        </w:tc>
        <w:tc>
          <w:tcPr>
            <w:tcW w:type="dxa" w:w="1561"/>
          </w:tcPr>
          <w:p>
            <w:pPr>
              <w:spacing w:after="0"/>
              <w:jc w:val="right"/>
            </w:pPr>
            <w:r>
              <w:rPr>
                <w:sz w:val="16"/>
              </w:rPr>
              <w:t>$1,170,347.71</w:t>
            </w:r>
          </w:p>
        </w:tc>
        <w:tc>
          <w:tcPr>
            <w:tcW w:type="dxa" w:w="1899"/>
          </w:tcPr>
          <w:p>
            <w:pPr>
              <w:spacing w:after="0"/>
              <w:jc w:val="right"/>
            </w:pPr>
            <w:r>
              <w:rPr>
                <w:sz w:val="16"/>
              </w:rPr>
              <w:t>0; 0</w:t>
            </w:r>
          </w:p>
        </w:tc>
        <w:tc>
          <w:tcPr>
            <w:tcW w:type="dxa" w:w="2625"/>
          </w:tcPr>
          <w:p>
            <w:pPr>
              <w:spacing w:after="0"/>
              <w:jc w:val="left"/>
            </w:pPr>
            <w:r>
              <w:rPr>
                <w:sz w:val="16"/>
              </w:rPr>
              <w:t>Includes $83,970.58 for declarations not counted as hazard incidents (DR-4501-GA).</w:t>
            </w:r>
          </w:p>
        </w:tc>
      </w:tr>
      <w:tr>
        <w:trPr>
          <w:cantSplit/>
        </w:trPr>
        <w:tc>
          <w:tcPr>
            <w:tcW w:type="dxa" w:w="1561"/>
          </w:tcPr>
          <w:p>
            <w:pPr>
              <w:spacing w:after="0"/>
              <w:jc w:val="left"/>
            </w:pPr>
            <w:r>
              <w:rPr>
                <w:sz w:val="16"/>
              </w:rPr>
              <w:t>Fitzgerald city</w:t>
            </w:r>
          </w:p>
        </w:tc>
        <w:tc>
          <w:tcPr>
            <w:tcW w:type="dxa" w:w="1467"/>
          </w:tcPr>
          <w:p>
            <w:pPr>
              <w:spacing w:after="0"/>
              <w:jc w:val="left"/>
            </w:pPr>
            <w:r>
              <w:rPr>
                <w:sz w:val="16"/>
              </w:rPr>
              <w:t>City</w:t>
            </w:r>
          </w:p>
        </w:tc>
        <w:tc>
          <w:tcPr>
            <w:tcW w:type="dxa" w:w="2782"/>
          </w:tcPr>
          <w:p>
            <w:pPr>
              <w:spacing w:after="0"/>
              <w:jc w:val="left"/>
            </w:pPr>
            <w:r>
              <w:rPr>
                <w:sz w:val="16"/>
              </w:rPr>
              <w:t>Approved, expires 2030-09-08</w:t>
            </w:r>
          </w:p>
        </w:tc>
        <w:tc>
          <w:tcPr>
            <w:tcW w:type="dxa" w:w="2218"/>
          </w:tcPr>
          <w:p>
            <w:pPr>
              <w:spacing w:after="0"/>
              <w:jc w:val="right"/>
            </w:pPr>
            <w:r>
              <w:rPr>
                <w:sz w:val="16"/>
              </w:rPr>
              <w:t>FMA RL 0, SRL 0; any 1</w:t>
            </w:r>
          </w:p>
        </w:tc>
        <w:tc>
          <w:tcPr>
            <w:tcW w:type="dxa" w:w="1561"/>
          </w:tcPr>
          <w:p>
            <w:pPr>
              <w:spacing w:after="0"/>
              <w:jc w:val="right"/>
            </w:pPr>
            <w:r>
              <w:rPr>
                <w:sz w:val="16"/>
              </w:rPr>
              <w:t>$786,769.02</w:t>
            </w:r>
          </w:p>
        </w:tc>
        <w:tc>
          <w:tcPr>
            <w:tcW w:type="dxa" w:w="1899"/>
          </w:tcPr>
          <w:p>
            <w:pPr>
              <w:spacing w:after="0"/>
              <w:jc w:val="right"/>
            </w:pPr>
            <w:r>
              <w:rPr>
                <w:sz w:val="16"/>
              </w:rPr>
              <w:t>55; 1</w:t>
            </w:r>
          </w:p>
        </w:tc>
        <w:tc>
          <w:tcPr>
            <w:tcW w:type="dxa" w:w="2625"/>
          </w:tcPr>
          <w:p>
            <w:pPr>
              <w:spacing w:after="0"/>
              <w:jc w:val="left"/>
            </w:pPr>
            <w:r>
              <w:rPr>
                <w:sz w:val="16"/>
              </w:rPr>
              <w:t>Includes $27,674 for declarations not counted as hazard incidents (DR-4501-GA).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8"/>
        <w:gridCol w:w="1037"/>
        <w:gridCol w:w="1126"/>
        <w:gridCol w:w="1193"/>
        <w:gridCol w:w="1305"/>
        <w:gridCol w:w="1264"/>
        <w:gridCol w:w="1135"/>
        <w:gridCol w:w="1135"/>
        <w:gridCol w:w="129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4"/>
            <w:shd w:val="clear" w:color="auto" w:fill="E8E8E8"/>
          </w:tcPr>
          <w:p>
            <w:pPr>
              <w:spacing w:after="0"/>
              <w:jc w:val="right"/>
            </w:pPr>
            <w:r>
              <w:rPr>
                <w:b/>
                <w:sz w:val="16"/>
              </w:rPr>
              <w:t>Storm Events damage since 2025-09-09</w:t>
            </w:r>
          </w:p>
          <w:p>
            <w:pPr>
              <w:spacing w:after="0"/>
              <w:jc w:val="right"/>
            </w:pPr>
            <w:r>
              <w:rPr>
                <w:i/>
                <w:color w:val="555555"/>
                <w:sz w:val="14"/>
              </w:rPr>
              <w:t>county-coded records, property plus crops, nominal dollars</w:t>
            </w:r>
          </w:p>
        </w:tc>
        <w:tc>
          <w:tcPr>
            <w:tcW w:type="dxa" w:w="11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$3,739,255,207</w:t>
            </w:r>
          </w:p>
        </w:tc>
        <w:tc>
          <w:tcPr>
            <w:tcW w:type="dxa" w:w="1141"/>
          </w:tcPr>
          <w:p>
            <w:pPr>
              <w:spacing w:after="0"/>
              <w:jc w:val="right"/>
            </w:pPr>
            <w:r>
              <w:rPr>
                <w:sz w:val="16"/>
              </w:rPr>
              <w:t>$26,896,575</w:t>
            </w:r>
          </w:p>
        </w:tc>
        <w:tc>
          <w:tcPr>
            <w:tcW w:type="dxa" w:w="1048"/>
          </w:tcPr>
          <w:p>
            <w:pPr>
              <w:spacing w:after="0"/>
              <w:jc w:val="right"/>
            </w:pPr>
            <w:r>
              <w:rPr>
                <w:sz w:val="16"/>
              </w:rPr>
              <w:t>17,137</w:t>
            </w:r>
          </w:p>
        </w:tc>
        <w:tc>
          <w:tcPr>
            <w:tcW w:type="dxa" w:w="1037"/>
          </w:tcPr>
          <w:p>
            <w:pPr>
              <w:spacing w:after="0"/>
              <w:jc w:val="right"/>
            </w:pPr>
            <w:r>
              <w:rPr>
                <w:sz w:val="16"/>
              </w:rPr>
              <w:t>$630</w:t>
            </w:r>
          </w:p>
        </w:tc>
        <w:tc>
          <w:tcPr>
            <w:tcW w:type="dxa" w:w="1126"/>
          </w:tcPr>
          <w:p>
            <w:pPr>
              <w:spacing w:after="0"/>
              <w:jc w:val="right"/>
            </w:pPr>
            <w:r>
              <w:rPr>
                <w:sz w:val="16"/>
              </w:rPr>
              <w:t>$336,946</w:t>
            </w:r>
          </w:p>
        </w:tc>
        <w:tc>
          <w:tcPr>
            <w:tcW w:type="dxa" w:w="1193"/>
          </w:tcPr>
          <w:p>
            <w:pPr>
              <w:spacing w:after="0"/>
              <w:jc w:val="right"/>
            </w:pPr>
            <w:r>
              <w:rPr>
                <w:sz w:val="16"/>
              </w:rPr>
              <w:t>$72,146</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$15,184,913</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$190,798</w:t>
            </w:r>
          </w:p>
        </w:tc>
        <w:tc>
          <w:tcPr>
            <w:tcW w:type="dxa" w:w="1193"/>
          </w:tcPr>
          <w:p>
            <w:pPr>
              <w:spacing w:after="0"/>
              <w:jc w:val="right"/>
            </w:pPr>
          </w:p>
        </w:tc>
        <w:tc>
          <w:tcPr>
            <w:tcW w:type="dxa" w:w="1305"/>
          </w:tcPr>
          <w:p>
            <w:pPr>
              <w:spacing w:after="0"/>
              <w:jc w:val="right"/>
            </w:pPr>
            <w:r>
              <w:rPr>
                <w:sz w:val="16"/>
              </w:rPr>
              <w:t>1.26% (agriculture)</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$6,865,338,228</w:t>
            </w:r>
          </w:p>
        </w:tc>
        <w:tc>
          <w:tcPr>
            <w:tcW w:type="dxa" w:w="1141"/>
          </w:tcPr>
          <w:p>
            <w:pPr>
              <w:spacing w:after="0"/>
              <w:jc w:val="right"/>
            </w:pPr>
          </w:p>
        </w:tc>
        <w:tc>
          <w:tcPr>
            <w:tcW w:type="dxa" w:w="1048"/>
          </w:tcPr>
          <w:p>
            <w:pPr>
              <w:spacing w:after="0"/>
              <w:jc w:val="right"/>
            </w:pPr>
            <w:r>
              <w:rPr>
                <w:sz w:val="16"/>
              </w:rPr>
              <w:t>17,194</w:t>
            </w:r>
          </w:p>
        </w:tc>
        <w:tc>
          <w:tcPr>
            <w:tcW w:type="dxa" w:w="1037"/>
          </w:tcPr>
          <w:p>
            <w:pPr>
              <w:spacing w:after="0"/>
              <w:jc w:val="right"/>
            </w:pPr>
            <w:r>
              <w:rPr>
                <w:sz w:val="16"/>
              </w:rPr>
              <w:t>$186,412</w:t>
            </w:r>
          </w:p>
        </w:tc>
        <w:tc>
          <w:tcPr>
            <w:tcW w:type="dxa" w:w="1126"/>
          </w:tcPr>
          <w:p>
            <w:pPr>
              <w:spacing w:after="0"/>
              <w:jc w:val="right"/>
            </w:pPr>
          </w:p>
        </w:tc>
        <w:tc>
          <w:tcPr>
            <w:tcW w:type="dxa" w:w="1193"/>
          </w:tcPr>
          <w:p>
            <w:pPr>
              <w:spacing w:after="0"/>
              <w:jc w:val="right"/>
            </w:pPr>
            <w:r>
              <w:rPr>
                <w:sz w:val="16"/>
              </w:rPr>
              <w:t>$74,013</w:t>
            </w:r>
          </w:p>
        </w:tc>
        <w:tc>
          <w:tcPr>
            <w:tcW w:type="dxa" w:w="1305"/>
          </w:tcPr>
          <w:p>
            <w:pPr>
              <w:spacing w:after="0"/>
              <w:jc w:val="right"/>
            </w:pPr>
            <w:r>
              <w:rPr>
                <w:sz w:val="16"/>
              </w:rPr>
              <w:t>0.00272%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$3,739,255,207</w:t>
            </w:r>
          </w:p>
        </w:tc>
        <w:tc>
          <w:tcPr>
            <w:tcW w:type="dxa" w:w="1141"/>
          </w:tcPr>
          <w:p>
            <w:pPr>
              <w:spacing w:after="0"/>
              <w:jc w:val="right"/>
            </w:pPr>
            <w:r>
              <w:rPr>
                <w:sz w:val="16"/>
              </w:rPr>
              <w:t>$26,896,575</w:t>
            </w:r>
          </w:p>
        </w:tc>
        <w:tc>
          <w:tcPr>
            <w:tcW w:type="dxa" w:w="1048"/>
          </w:tcPr>
          <w:p>
            <w:pPr>
              <w:spacing w:after="0"/>
              <w:jc w:val="right"/>
            </w:pPr>
            <w:r>
              <w:rPr>
                <w:sz w:val="16"/>
              </w:rPr>
              <w:t>17,137</w:t>
            </w:r>
          </w:p>
        </w:tc>
        <w:tc>
          <w:tcPr>
            <w:tcW w:type="dxa" w:w="1037"/>
          </w:tcPr>
          <w:p>
            <w:pPr>
              <w:spacing w:after="0"/>
              <w:jc w:val="right"/>
            </w:pPr>
            <w:r>
              <w:rPr>
                <w:sz w:val="16"/>
              </w:rPr>
              <w:t>$27,129</w:t>
            </w:r>
          </w:p>
        </w:tc>
        <w:tc>
          <w:tcPr>
            <w:tcW w:type="dxa" w:w="1126"/>
          </w:tcPr>
          <w:p>
            <w:pPr>
              <w:spacing w:after="0"/>
              <w:jc w:val="right"/>
            </w:pPr>
            <w:r>
              <w:rPr>
                <w:sz w:val="16"/>
              </w:rPr>
              <w:t>$6,269</w:t>
            </w:r>
          </w:p>
        </w:tc>
        <w:tc>
          <w:tcPr>
            <w:tcW w:type="dxa" w:w="1193"/>
          </w:tcPr>
          <w:p>
            <w:pPr>
              <w:spacing w:after="0"/>
              <w:jc w:val="right"/>
            </w:pPr>
            <w:r>
              <w:rPr>
                <w:sz w:val="16"/>
              </w:rPr>
              <w:t>$21,551</w:t>
            </w:r>
          </w:p>
        </w:tc>
        <w:tc>
          <w:tcPr>
            <w:tcW w:type="dxa" w:w="1305"/>
          </w:tcPr>
          <w:p>
            <w:pPr>
              <w:spacing w:after="0"/>
              <w:jc w:val="right"/>
            </w:pPr>
            <w:r>
              <w:rPr>
                <w:sz w:val="16"/>
              </w:rPr>
              <w:t>0.000726%</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$3,739,255,207</w:t>
            </w:r>
          </w:p>
        </w:tc>
        <w:tc>
          <w:tcPr>
            <w:tcW w:type="dxa" w:w="1141"/>
          </w:tcPr>
          <w:p>
            <w:pPr>
              <w:spacing w:after="0"/>
              <w:jc w:val="right"/>
            </w:pPr>
            <w:r>
              <w:rPr>
                <w:sz w:val="16"/>
              </w:rPr>
              <w:t>$26,896,575</w:t>
            </w:r>
          </w:p>
        </w:tc>
        <w:tc>
          <w:tcPr>
            <w:tcW w:type="dxa" w:w="1048"/>
          </w:tcPr>
          <w:p>
            <w:pPr>
              <w:spacing w:after="0"/>
              <w:jc w:val="right"/>
            </w:pPr>
            <w:r>
              <w:rPr>
                <w:sz w:val="16"/>
              </w:rPr>
              <w:t>17,137</w:t>
            </w:r>
          </w:p>
        </w:tc>
        <w:tc>
          <w:tcPr>
            <w:tcW w:type="dxa" w:w="1037"/>
          </w:tcPr>
          <w:p>
            <w:pPr>
              <w:spacing w:after="0"/>
              <w:jc w:val="right"/>
            </w:pPr>
            <w:r>
              <w:rPr>
                <w:sz w:val="16"/>
              </w:rPr>
              <w:t>$10</w:t>
            </w:r>
          </w:p>
        </w:tc>
        <w:tc>
          <w:tcPr>
            <w:tcW w:type="dxa" w:w="1126"/>
          </w:tcPr>
          <w:p>
            <w:pPr>
              <w:spacing w:after="0"/>
              <w:jc w:val="right"/>
            </w:pPr>
            <w:r>
              <w:rPr>
                <w:sz w:val="16"/>
              </w:rPr>
              <w:t>$37</w:t>
            </w:r>
          </w:p>
        </w:tc>
        <w:tc>
          <w:tcPr>
            <w:tcW w:type="dxa" w:w="1193"/>
          </w:tcPr>
          <w:p>
            <w:pPr>
              <w:spacing w:after="0"/>
              <w:jc w:val="right"/>
            </w:pPr>
            <w:r>
              <w:rPr>
                <w:sz w:val="16"/>
              </w:rPr>
              <w:t>$153,751</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$3,739,255,207</w:t>
            </w:r>
          </w:p>
        </w:tc>
        <w:tc>
          <w:tcPr>
            <w:tcW w:type="dxa" w:w="1141"/>
          </w:tcPr>
          <w:p>
            <w:pPr>
              <w:spacing w:after="0"/>
              <w:jc w:val="right"/>
            </w:pPr>
            <w:r>
              <w:rPr>
                <w:sz w:val="16"/>
              </w:rPr>
              <w:t>$26,896,575</w:t>
            </w:r>
          </w:p>
        </w:tc>
        <w:tc>
          <w:tcPr>
            <w:tcW w:type="dxa" w:w="1048"/>
          </w:tcPr>
          <w:p>
            <w:pPr>
              <w:spacing w:after="0"/>
              <w:jc w:val="right"/>
            </w:pPr>
            <w:r>
              <w:rPr>
                <w:sz w:val="16"/>
              </w:rPr>
              <w:t>17,137</w:t>
            </w:r>
          </w:p>
        </w:tc>
        <w:tc>
          <w:tcPr>
            <w:tcW w:type="dxa" w:w="1037"/>
          </w:tcPr>
          <w:p>
            <w:pPr>
              <w:spacing w:after="0"/>
              <w:jc w:val="right"/>
            </w:pPr>
            <w:r>
              <w:rPr>
                <w:sz w:val="16"/>
              </w:rPr>
              <w:t>$647,120</w:t>
            </w:r>
          </w:p>
        </w:tc>
        <w:tc>
          <w:tcPr>
            <w:tcW w:type="dxa" w:w="1126"/>
          </w:tcPr>
          <w:p>
            <w:pPr>
              <w:spacing w:after="0"/>
              <w:jc w:val="right"/>
            </w:pPr>
            <w:r>
              <w:rPr>
                <w:sz w:val="16"/>
              </w:rPr>
              <w:t>$132,814</w:t>
            </w:r>
          </w:p>
        </w:tc>
        <w:tc>
          <w:tcPr>
            <w:tcW w:type="dxa" w:w="1193"/>
          </w:tcPr>
          <w:p>
            <w:pPr>
              <w:spacing w:after="0"/>
              <w:jc w:val="right"/>
            </w:pPr>
            <w:r>
              <w:rPr>
                <w:sz w:val="16"/>
              </w:rPr>
              <w:t>$31,372</w:t>
            </w:r>
          </w:p>
        </w:tc>
        <w:tc>
          <w:tcPr>
            <w:tcW w:type="dxa" w:w="1305"/>
          </w:tcPr>
          <w:p>
            <w:pPr>
              <w:spacing w:after="0"/>
              <w:jc w:val="right"/>
            </w:pPr>
            <w:r>
              <w:rPr>
                <w:sz w:val="16"/>
              </w:rPr>
              <w:t>0.0173%</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$3,736,121,286</w:t>
            </w:r>
          </w:p>
        </w:tc>
        <w:tc>
          <w:tcPr>
            <w:tcW w:type="dxa" w:w="1141"/>
          </w:tcPr>
          <w:p>
            <w:pPr>
              <w:spacing w:after="0"/>
              <w:jc w:val="right"/>
            </w:pPr>
          </w:p>
        </w:tc>
        <w:tc>
          <w:tcPr>
            <w:tcW w:type="dxa" w:w="1048"/>
          </w:tcPr>
          <w:p>
            <w:pPr>
              <w:spacing w:after="0"/>
              <w:jc w:val="right"/>
            </w:pPr>
            <w:r>
              <w:rPr>
                <w:sz w:val="16"/>
              </w:rPr>
              <w:t>17,125</w:t>
            </w:r>
          </w:p>
        </w:tc>
        <w:tc>
          <w:tcPr>
            <w:tcW w:type="dxa" w:w="1037"/>
          </w:tcPr>
          <w:p>
            <w:pPr>
              <w:spacing w:after="0"/>
              <w:jc w:val="right"/>
            </w:pPr>
            <w:r>
              <w:rPr>
                <w:sz w:val="16"/>
              </w:rPr>
              <w:t>$955</w:t>
            </w:r>
          </w:p>
        </w:tc>
        <w:tc>
          <w:tcPr>
            <w:tcW w:type="dxa" w:w="1126"/>
          </w:tcPr>
          <w:p>
            <w:pPr>
              <w:spacing w:after="0"/>
              <w:jc w:val="right"/>
            </w:pPr>
          </w:p>
        </w:tc>
        <w:tc>
          <w:tcPr>
            <w:tcW w:type="dxa" w:w="1193"/>
          </w:tcPr>
          <w:p>
            <w:pPr>
              <w:spacing w:after="0"/>
              <w:jc w:val="right"/>
            </w:pPr>
            <w:r>
              <w:rPr>
                <w:sz w:val="16"/>
              </w:rPr>
              <w:t>$1,949</w:t>
            </w:r>
          </w:p>
        </w:tc>
        <w:tc>
          <w:tcPr>
            <w:tcW w:type="dxa" w:w="1305"/>
          </w:tcPr>
          <w:p>
            <w:pPr>
              <w:spacing w:after="0"/>
              <w:jc w:val="right"/>
            </w:pPr>
            <w:r>
              <w:rPr>
                <w:sz w:val="16"/>
              </w:rPr>
              <w:t>under 0.0001%</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$3,737,820,892</w:t>
            </w:r>
          </w:p>
        </w:tc>
        <w:tc>
          <w:tcPr>
            <w:tcW w:type="dxa" w:w="1141"/>
          </w:tcPr>
          <w:p>
            <w:pPr>
              <w:spacing w:after="0"/>
              <w:jc w:val="right"/>
            </w:pPr>
            <w:r>
              <w:rPr>
                <w:sz w:val="16"/>
              </w:rPr>
              <w:t>$205,228</w:t>
            </w:r>
          </w:p>
        </w:tc>
        <w:tc>
          <w:tcPr>
            <w:tcW w:type="dxa" w:w="1048"/>
          </w:tcPr>
          <w:p>
            <w:pPr>
              <w:spacing w:after="0"/>
              <w:jc w:val="right"/>
            </w:pPr>
            <w:r>
              <w:rPr>
                <w:sz w:val="16"/>
              </w:rPr>
              <w:t>371</w:t>
            </w:r>
          </w:p>
        </w:tc>
        <w:tc>
          <w:tcPr>
            <w:tcW w:type="dxa" w:w="1037"/>
          </w:tcPr>
          <w:p>
            <w:pPr>
              <w:spacing w:after="0"/>
              <w:jc w:val="right"/>
            </w:pPr>
            <w:r>
              <w:rPr>
                <w:sz w:val="16"/>
              </w:rPr>
              <w:t>$1,647,747</w:t>
            </w:r>
          </w:p>
        </w:tc>
        <w:tc>
          <w:tcPr>
            <w:tcW w:type="dxa" w:w="1126"/>
          </w:tcPr>
          <w:p>
            <w:pPr>
              <w:spacing w:after="0"/>
              <w:jc w:val="right"/>
            </w:pPr>
            <w:r>
              <w:rPr>
                <w:sz w:val="16"/>
              </w:rPr>
              <w:t>$52</w:t>
            </w:r>
          </w:p>
        </w:tc>
        <w:tc>
          <w:tcPr>
            <w:tcW w:type="dxa" w:w="1193"/>
          </w:tcPr>
          <w:p>
            <w:pPr>
              <w:spacing w:after="0"/>
              <w:jc w:val="right"/>
            </w:pPr>
            <w:r>
              <w:rPr>
                <w:sz w:val="16"/>
              </w:rPr>
              <w:t>$41,115</w:t>
            </w:r>
          </w:p>
        </w:tc>
        <w:tc>
          <w:tcPr>
            <w:tcW w:type="dxa" w:w="1305"/>
          </w:tcPr>
          <w:p>
            <w:pPr>
              <w:spacing w:after="0"/>
              <w:jc w:val="right"/>
            </w:pPr>
            <w:r>
              <w:rPr>
                <w:sz w:val="16"/>
              </w:rPr>
              <w:t>n/a (see note)</w:t>
            </w:r>
          </w:p>
        </w:tc>
        <w:tc>
          <w:tcPr>
            <w:tcW w:type="dxa" w:w="1264"/>
          </w:tcPr>
          <w:p>
            <w:pPr>
              <w:spacing w:after="0"/>
              <w:jc w:val="right"/>
            </w:pPr>
            <w:r>
              <w:rPr>
                <w:sz w:val="16"/>
              </w:rPr>
              <w:t>$0</w:t>
            </w: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$897,228</w:t>
            </w:r>
          </w:p>
        </w:tc>
        <w:tc>
          <w:tcPr>
            <w:tcW w:type="dxa" w:w="1141"/>
          </w:tcPr>
          <w:p>
            <w:pPr>
              <w:spacing w:after="0"/>
              <w:jc w:val="right"/>
            </w:pPr>
          </w:p>
        </w:tc>
        <w:tc>
          <w:tcPr>
            <w:tcW w:type="dxa" w:w="1048"/>
          </w:tcPr>
          <w:p>
            <w:pPr>
              <w:spacing w:after="0"/>
              <w:jc w:val="right"/>
            </w:pPr>
            <w:r>
              <w:rPr>
                <w:sz w:val="16"/>
              </w:rPr>
              <w:t>5</w:t>
            </w:r>
          </w:p>
        </w:tc>
        <w:tc>
          <w:tcPr>
            <w:tcW w:type="dxa" w:w="1037"/>
          </w:tcPr>
          <w:p>
            <w:pPr>
              <w:spacing w:after="0"/>
              <w:jc w:val="right"/>
            </w:pPr>
            <w:r>
              <w:rPr>
                <w:sz w:val="16"/>
              </w:rPr>
              <w:t>$2</w:t>
            </w:r>
          </w:p>
        </w:tc>
        <w:tc>
          <w:tcPr>
            <w:tcW w:type="dxa" w:w="1126"/>
          </w:tcPr>
          <w:p>
            <w:pPr>
              <w:spacing w:after="0"/>
              <w:jc w:val="right"/>
            </w:pPr>
          </w:p>
        </w:tc>
        <w:tc>
          <w:tcPr>
            <w:tcW w:type="dxa" w:w="1193"/>
          </w:tcPr>
          <w:p>
            <w:pPr>
              <w:spacing w:after="0"/>
              <w:jc w:val="right"/>
            </w:pPr>
            <w:r>
              <w:rPr>
                <w:sz w:val="16"/>
              </w:rPr>
              <w:t>under $1</w:t>
            </w:r>
          </w:p>
        </w:tc>
        <w:tc>
          <w:tcPr>
            <w:tcW w:type="dxa" w:w="1305"/>
          </w:tcPr>
          <w:p>
            <w:pPr>
              <w:spacing w:after="0"/>
              <w:jc w:val="right"/>
            </w:pPr>
            <w:r>
              <w:rPr>
                <w:sz w:val="16"/>
              </w:rPr>
              <w:t>0.000189%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$3,739,255,207</w:t>
            </w:r>
          </w:p>
        </w:tc>
        <w:tc>
          <w:tcPr>
            <w:tcW w:type="dxa" w:w="1141"/>
          </w:tcPr>
          <w:p>
            <w:pPr>
              <w:spacing w:after="0"/>
              <w:jc w:val="right"/>
            </w:pPr>
          </w:p>
        </w:tc>
        <w:tc>
          <w:tcPr>
            <w:tcW w:type="dxa" w:w="1048"/>
          </w:tcPr>
          <w:p>
            <w:pPr>
              <w:spacing w:after="0"/>
              <w:jc w:val="right"/>
            </w:pPr>
            <w:r>
              <w:rPr>
                <w:sz w:val="16"/>
              </w:rPr>
              <w:t>17,137</w:t>
            </w:r>
          </w:p>
        </w:tc>
        <w:tc>
          <w:tcPr>
            <w:tcW w:type="dxa" w:w="1037"/>
          </w:tcPr>
          <w:p>
            <w:pPr>
              <w:spacing w:after="0"/>
              <w:jc w:val="right"/>
            </w:pPr>
            <w:r>
              <w:rPr>
                <w:sz w:val="16"/>
              </w:rPr>
              <w:t>$8,020</w:t>
            </w:r>
          </w:p>
        </w:tc>
        <w:tc>
          <w:tcPr>
            <w:tcW w:type="dxa" w:w="1126"/>
          </w:tcPr>
          <w:p>
            <w:pPr>
              <w:spacing w:after="0"/>
              <w:jc w:val="right"/>
            </w:pPr>
          </w:p>
        </w:tc>
        <w:tc>
          <w:tcPr>
            <w:tcW w:type="dxa" w:w="1193"/>
          </w:tcPr>
          <w:p>
            <w:pPr>
              <w:spacing w:after="0"/>
              <w:jc w:val="right"/>
            </w:pPr>
            <w:r>
              <w:rPr>
                <w:sz w:val="16"/>
              </w:rPr>
              <w:t>$130,275</w:t>
            </w:r>
          </w:p>
        </w:tc>
        <w:tc>
          <w:tcPr>
            <w:tcW w:type="dxa" w:w="1305"/>
          </w:tcPr>
          <w:p>
            <w:pPr>
              <w:spacing w:after="0"/>
              <w:jc w:val="right"/>
            </w:pPr>
            <w:r>
              <w:rPr>
                <w:sz w:val="16"/>
              </w:rPr>
              <w:t>0.000214%</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$3,739,255,207</w:t>
            </w:r>
          </w:p>
        </w:tc>
        <w:tc>
          <w:tcPr>
            <w:tcW w:type="dxa" w:w="1141"/>
          </w:tcPr>
          <w:p>
            <w:pPr>
              <w:spacing w:after="0"/>
              <w:jc w:val="right"/>
            </w:pPr>
            <w:r>
              <w:rPr>
                <w:sz w:val="16"/>
              </w:rPr>
              <w:t>$26,896,575</w:t>
            </w:r>
          </w:p>
        </w:tc>
        <w:tc>
          <w:tcPr>
            <w:tcW w:type="dxa" w:w="1048"/>
          </w:tcPr>
          <w:p>
            <w:pPr>
              <w:spacing w:after="0"/>
              <w:jc w:val="right"/>
            </w:pPr>
            <w:r>
              <w:rPr>
                <w:sz w:val="16"/>
              </w:rPr>
              <w:t>17,137</w:t>
            </w:r>
          </w:p>
        </w:tc>
        <w:tc>
          <w:tcPr>
            <w:tcW w:type="dxa" w:w="1037"/>
          </w:tcPr>
          <w:p>
            <w:pPr>
              <w:spacing w:after="0"/>
              <w:jc w:val="right"/>
            </w:pPr>
            <w:r>
              <w:rPr>
                <w:sz w:val="16"/>
              </w:rPr>
              <w:t>$49,352</w:t>
            </w:r>
          </w:p>
        </w:tc>
        <w:tc>
          <w:tcPr>
            <w:tcW w:type="dxa" w:w="1126"/>
          </w:tcPr>
          <w:p>
            <w:pPr>
              <w:spacing w:after="0"/>
              <w:jc w:val="right"/>
            </w:pPr>
            <w:r>
              <w:rPr>
                <w:sz w:val="16"/>
              </w:rPr>
              <w:t>$3,342</w:t>
            </w:r>
          </w:p>
        </w:tc>
        <w:tc>
          <w:tcPr>
            <w:tcW w:type="dxa" w:w="1193"/>
          </w:tcPr>
          <w:p>
            <w:pPr>
              <w:spacing w:after="0"/>
              <w:jc w:val="right"/>
            </w:pPr>
            <w:r>
              <w:rPr>
                <w:sz w:val="16"/>
              </w:rPr>
              <w:t>$184,389</w:t>
            </w:r>
          </w:p>
        </w:tc>
        <w:tc>
          <w:tcPr>
            <w:tcW w:type="dxa" w:w="1305"/>
          </w:tcPr>
          <w:p>
            <w:pPr>
              <w:spacing w:after="0"/>
              <w:jc w:val="right"/>
            </w:pPr>
            <w:r>
              <w:rPr>
                <w:sz w:val="16"/>
              </w:rPr>
              <w:t>0.00132%</w:t>
            </w:r>
          </w:p>
        </w:tc>
        <w:tc>
          <w:tcPr>
            <w:tcW w:type="dxa" w:w="1264"/>
          </w:tcPr>
          <w:p>
            <w:pPr>
              <w:spacing w:after="0"/>
              <w:jc w:val="right"/>
            </w:pPr>
            <w:r>
              <w:rPr>
                <w:sz w:val="16"/>
              </w:rPr>
              <w:t>$3,000</w:t>
            </w: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$3,739,255,207</w:t>
            </w:r>
          </w:p>
        </w:tc>
        <w:tc>
          <w:tcPr>
            <w:tcW w:type="dxa" w:w="1141"/>
          </w:tcPr>
          <w:p>
            <w:pPr>
              <w:spacing w:after="0"/>
              <w:jc w:val="right"/>
            </w:pPr>
            <w:r>
              <w:rPr>
                <w:sz w:val="16"/>
              </w:rPr>
              <w:t>$26,896,575</w:t>
            </w:r>
          </w:p>
        </w:tc>
        <w:tc>
          <w:tcPr>
            <w:tcW w:type="dxa" w:w="1048"/>
          </w:tcPr>
          <w:p>
            <w:pPr>
              <w:spacing w:after="0"/>
              <w:jc w:val="right"/>
            </w:pPr>
            <w:r>
              <w:rPr>
                <w:sz w:val="16"/>
              </w:rPr>
              <w:t>17,137</w:t>
            </w:r>
          </w:p>
        </w:tc>
        <w:tc>
          <w:tcPr>
            <w:tcW w:type="dxa" w:w="1037"/>
          </w:tcPr>
          <w:p>
            <w:pPr>
              <w:spacing w:after="0"/>
              <w:jc w:val="right"/>
            </w:pPr>
            <w:r>
              <w:rPr>
                <w:sz w:val="16"/>
              </w:rPr>
              <w:t>$257,944</w:t>
            </w:r>
          </w:p>
        </w:tc>
        <w:tc>
          <w:tcPr>
            <w:tcW w:type="dxa" w:w="1126"/>
          </w:tcPr>
          <w:p>
            <w:pPr>
              <w:spacing w:after="0"/>
              <w:jc w:val="right"/>
            </w:pPr>
            <w:r>
              <w:rPr>
                <w:sz w:val="16"/>
              </w:rPr>
              <w:t>$680</w:t>
            </w:r>
          </w:p>
        </w:tc>
        <w:tc>
          <w:tcPr>
            <w:tcW w:type="dxa" w:w="1193"/>
          </w:tcPr>
          <w:p>
            <w:pPr>
              <w:spacing w:after="0"/>
              <w:jc w:val="right"/>
            </w:pPr>
            <w:r>
              <w:rPr>
                <w:sz w:val="16"/>
              </w:rPr>
              <w:t>$1,017,401</w:t>
            </w:r>
          </w:p>
        </w:tc>
        <w:tc>
          <w:tcPr>
            <w:tcW w:type="dxa" w:w="1305"/>
          </w:tcPr>
          <w:p>
            <w:pPr>
              <w:spacing w:after="0"/>
              <w:jc w:val="right"/>
            </w:pPr>
            <w:r>
              <w:rPr>
                <w:sz w:val="16"/>
              </w:rPr>
              <w:t>0.0069%</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3"/>
          </w:tcPr>
          <w:p>
            <w:pPr>
              <w:spacing w:after="0"/>
              <w:jc w:val="right"/>
            </w:pPr>
          </w:p>
        </w:tc>
        <w:tc>
          <w:tcPr>
            <w:tcW w:type="dxa" w:w="1305"/>
          </w:tcPr>
          <w:p>
            <w:pPr>
              <w:spacing w:after="0"/>
              <w:jc w:val="right"/>
            </w:pP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$466,447,261</w:t>
            </w:r>
          </w:p>
        </w:tc>
        <w:tc>
          <w:tcPr>
            <w:tcW w:type="dxa" w:w="1141"/>
          </w:tcPr>
          <w:p>
            <w:pPr>
              <w:spacing w:after="0"/>
              <w:jc w:val="right"/>
            </w:pPr>
            <w:r>
              <w:rPr>
                <w:sz w:val="16"/>
              </w:rPr>
              <w:t>$5,920,199</w:t>
            </w:r>
          </w:p>
        </w:tc>
        <w:tc>
          <w:tcPr>
            <w:tcW w:type="dxa" w:w="1048"/>
          </w:tcPr>
          <w:p>
            <w:pPr>
              <w:spacing w:after="0"/>
              <w:jc w:val="right"/>
            </w:pPr>
            <w:r>
              <w:rPr>
                <w:sz w:val="16"/>
              </w:rPr>
              <w:t>3,785</w:t>
            </w:r>
          </w:p>
        </w:tc>
        <w:tc>
          <w:tcPr>
            <w:tcW w:type="dxa" w:w="1037"/>
          </w:tcPr>
          <w:p>
            <w:pPr>
              <w:spacing w:after="0"/>
              <w:jc w:val="right"/>
            </w:pPr>
            <w:r>
              <w:rPr>
                <w:sz w:val="16"/>
              </w:rPr>
              <w:t>$15,954</w:t>
            </w:r>
          </w:p>
        </w:tc>
        <w:tc>
          <w:tcPr>
            <w:tcW w:type="dxa" w:w="1126"/>
          </w:tcPr>
          <w:p>
            <w:pPr>
              <w:spacing w:after="0"/>
              <w:jc w:val="right"/>
            </w:pPr>
            <w:r>
              <w:rPr>
                <w:sz w:val="16"/>
              </w:rPr>
              <w:t>$29</w:t>
            </w:r>
          </w:p>
        </w:tc>
        <w:tc>
          <w:tcPr>
            <w:tcW w:type="dxa" w:w="1193"/>
          </w:tcPr>
          <w:p>
            <w:pPr>
              <w:spacing w:after="0"/>
              <w:jc w:val="right"/>
            </w:pPr>
            <w:r>
              <w:rPr>
                <w:sz w:val="16"/>
              </w:rPr>
              <w:t>$2,579</w:t>
            </w:r>
          </w:p>
        </w:tc>
        <w:tc>
          <w:tcPr>
            <w:tcW w:type="dxa" w:w="1305"/>
          </w:tcPr>
          <w:p>
            <w:pPr>
              <w:spacing w:after="0"/>
              <w:jc w:val="right"/>
            </w:pPr>
            <w:r>
              <w:rPr>
                <w:sz w:val="16"/>
              </w:rPr>
              <w:t>0.00342%</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$3,739,255,207</w:t>
            </w:r>
          </w:p>
        </w:tc>
        <w:tc>
          <w:tcPr>
            <w:tcW w:type="dxa" w:w="1141"/>
          </w:tcPr>
          <w:p>
            <w:pPr>
              <w:spacing w:after="0"/>
              <w:jc w:val="right"/>
            </w:pPr>
            <w:r>
              <w:rPr>
                <w:sz w:val="16"/>
              </w:rPr>
              <w:t>$26,896,575</w:t>
            </w:r>
          </w:p>
        </w:tc>
        <w:tc>
          <w:tcPr>
            <w:tcW w:type="dxa" w:w="1048"/>
          </w:tcPr>
          <w:p>
            <w:pPr>
              <w:spacing w:after="0"/>
              <w:jc w:val="right"/>
            </w:pPr>
            <w:r>
              <w:rPr>
                <w:sz w:val="16"/>
              </w:rPr>
              <w:t>17,137</w:t>
            </w:r>
          </w:p>
        </w:tc>
        <w:tc>
          <w:tcPr>
            <w:tcW w:type="dxa" w:w="1037"/>
          </w:tcPr>
          <w:p>
            <w:pPr>
              <w:spacing w:after="0"/>
              <w:jc w:val="right"/>
            </w:pPr>
            <w:r>
              <w:rPr>
                <w:sz w:val="16"/>
              </w:rPr>
              <w:t>$4,319</w:t>
            </w:r>
          </w:p>
        </w:tc>
        <w:tc>
          <w:tcPr>
            <w:tcW w:type="dxa" w:w="1126"/>
          </w:tcPr>
          <w:p>
            <w:pPr>
              <w:spacing w:after="0"/>
              <w:jc w:val="right"/>
            </w:pPr>
            <w:r>
              <w:rPr>
                <w:sz w:val="16"/>
              </w:rPr>
              <w:t>$10</w:t>
            </w:r>
          </w:p>
        </w:tc>
        <w:tc>
          <w:tcPr>
            <w:tcW w:type="dxa" w:w="1193"/>
          </w:tcPr>
          <w:p>
            <w:pPr>
              <w:spacing w:after="0"/>
              <w:jc w:val="right"/>
            </w:pPr>
            <w:r>
              <w:rPr>
                <w:sz w:val="16"/>
              </w:rPr>
              <w:t>$320</w:t>
            </w:r>
          </w:p>
        </w:tc>
        <w:tc>
          <w:tcPr>
            <w:tcW w:type="dxa" w:w="1305"/>
          </w:tcPr>
          <w:p>
            <w:pPr>
              <w:spacing w:after="0"/>
              <w:jc w:val="right"/>
            </w:pPr>
            <w:r>
              <w:rPr>
                <w:sz w:val="16"/>
              </w:rPr>
              <w:t>0.000115%</w:t>
            </w:r>
          </w:p>
        </w:tc>
        <w:tc>
          <w:tcPr>
            <w:tcW w:type="dxa" w:w="1264"/>
          </w:tcPr>
          <w:p>
            <w:pPr>
              <w:spacing w:after="0"/>
              <w:jc w:val="right"/>
            </w:pPr>
          </w:p>
        </w:tc>
        <w:tc>
          <w:tcPr>
            <w:tcW w:type="dxa" w:w="1135"/>
          </w:tcPr>
          <w:p>
            <w:pPr>
              <w:spacing w:after="0"/>
              <w:jc w:val="right"/>
            </w:pPr>
          </w:p>
        </w:tc>
        <w:tc>
          <w:tcPr>
            <w:tcW w:type="dxa" w:w="1135"/>
          </w:tcPr>
          <w:p>
            <w:pPr>
              <w:spacing w:after="0"/>
              <w:jc w:val="right"/>
            </w:pPr>
          </w:p>
        </w:tc>
        <w:tc>
          <w:tcPr>
            <w:tcW w:type="dxa" w:w="1298"/>
          </w:tcPr>
          <w:p>
            <w:pPr>
              <w:spacing w:after="0"/>
              <w:jc w:val="left"/>
            </w:pPr>
          </w:p>
        </w:tc>
      </w:tr>
    </w:tbl>
    <w:p>
      <w:pPr>
        <w:spacing w:after="40" w:before="60"/>
      </w:pPr>
      <w:r>
        <w:rPr>
          <w:sz w:val="15"/>
        </w:rPr>
        <w:t>Totals since 2025-09-09 (Storm Events through 2026-06-30): 7 county-coded records, 7 with a damage value recorded (including $0), $3,000; 8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17,137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$3,739,255,207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$26,896,575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$3,516,571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$1,730,859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FITZGERALD, CITY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2</w:t>
            </w:r>
          </w:p>
        </w:tc>
        <w:tc>
          <w:tcPr>
            <w:tcW w:type="dxa" w:w="1558"/>
          </w:tcPr>
          <w:p>
            <w:pPr>
              <w:spacing w:after="0"/>
              <w:jc w:val="right"/>
            </w:pPr>
            <w:r>
              <w:rPr>
                <w:sz w:val="16"/>
              </w:rPr>
              <w:t>2</w:t>
            </w:r>
          </w:p>
        </w:tc>
        <w:tc>
          <w:tcPr>
            <w:tcW w:type="dxa" w:w="1558"/>
          </w:tcPr>
          <w:p>
            <w:pPr>
              <w:spacing w:after="0"/>
              <w:jc w:val="right"/>
            </w:pPr>
            <w:r>
              <w:rPr>
                <w:sz w:val="16"/>
              </w:rPr>
              <w:t>5</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1</w:t>
            </w:r>
          </w:p>
        </w:tc>
        <w:tc>
          <w:tcPr>
            <w:tcW w:type="dxa" w:w="1735"/>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Ben Hill County (unincorporated area)</w:t>
            </w:r>
          </w:p>
        </w:tc>
        <w:tc>
          <w:tcPr>
            <w:tcW w:type="dxa" w:w="1499"/>
          </w:tcPr>
          <w:p>
            <w:pPr>
              <w:spacing w:after="0"/>
              <w:jc w:val="left"/>
            </w:pPr>
            <w:r>
              <w:rPr>
                <w:sz w:val="16"/>
              </w:rPr>
              <w:t>130496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Fitzgerald city</w:t>
            </w:r>
          </w:p>
        </w:tc>
        <w:tc>
          <w:tcPr>
            <w:tcW w:type="dxa" w:w="1499"/>
          </w:tcPr>
          <w:p>
            <w:pPr>
              <w:spacing w:after="0"/>
              <w:jc w:val="left"/>
            </w:pPr>
            <w:r>
              <w:rPr>
                <w:sz w:val="16"/>
              </w:rPr>
              <w:t>130007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Ben Hill County, GA: risk-assessment baseline packet, release 2026-10 (data as of 2026-09-28; County area 13017).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Ben Hill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 Hill County, GA: Risk-assessment baseline packet</dc:title>
  <dc:subject>Hazard Plain release 2026-10, as of 2026-09-28. Preview: automated baseline</dc:subject>
  <dc:creator>Hazard Plain</dc:creator>
  <cp:keywords>Hazard Plain; hazard mitigation; risk assessment; 13017</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