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Baldwin County, GA</w:t>
      </w:r>
    </w:p>
    <w:p>
      <w:pPr>
        <w:spacing w:after="120" w:before="0"/>
      </w:pPr>
      <w:r>
        <w:rPr>
          <w:color w:val="555555"/>
          <w:sz w:val="24"/>
        </w:rPr>
        <w:t>Risk-assessment baseline packet</w:t>
      </w:r>
    </w:p>
    <w:p>
      <w:pPr>
        <w:spacing w:after="120" w:before="0"/>
      </w:pPr>
      <w:r>
        <w:rPr>
          <w:b/>
          <w:sz w:val="18"/>
        </w:rPr>
        <w:t xml:space="preserve">County FIPS: </w:t>
      </w:r>
      <w:r>
        <w:rPr>
          <w:sz w:val="18"/>
        </w:rPr>
        <w:t>13009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2030-09-08. Plan: Baldwin County (FEMA plan 110340), approved 2025-09-09.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2025-09-09: 1 new hazard declaration (1 incident) and 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($8,482,741 a year), Tornado ($1,129,389) and Heat Wave ($908,476).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2030-09-08</w:t>
      </w:r>
    </w:p>
    <w:p>
      <w:pPr>
        <w:keepNext/>
        <w:spacing w:after="40" w:before="0"/>
      </w:pPr>
      <w:r>
        <w:rPr>
          <w:b/>
        </w:rPr>
        <w:t xml:space="preserve">Plan: </w:t>
      </w:r>
      <w:r>
        <w:rPr/>
        <w:t>Baldwin County (FEMA plan 110340)</w:t>
      </w:r>
    </w:p>
    <w:p>
      <w:pPr>
        <w:keepNext/>
        <w:spacing w:after="40" w:before="0"/>
      </w:pPr>
      <w:r>
        <w:rPr>
          <w:b/>
        </w:rPr>
        <w:t xml:space="preserve">Approved: </w:t>
      </w:r>
      <w:r>
        <w:rPr/>
        <w:t>2025-09-09</w:t>
      </w:r>
    </w:p>
    <w:p>
      <w:pPr>
        <w:keepNext/>
        <w:spacing w:after="40" w:before="0"/>
      </w:pPr>
      <w:r>
        <w:rPr>
          <w:b/>
        </w:rPr>
        <w:t xml:space="preserve">Days to expiry: </w:t>
      </w:r>
      <w:r>
        <w:rPr/>
        <w:t>1,439</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86"/>
        <w:gridCol w:w="1660"/>
        <w:gridCol w:w="3149"/>
        <w:gridCol w:w="3681"/>
        <w:gridCol w:w="1235"/>
        <w:gridCol w:w="1235"/>
        <w:gridCol w:w="1065"/>
      </w:tblGrid>
      <w:tr>
        <w:trPr>
          <w:cantSplit/>
          <w:tblHeader/>
        </w:trPr>
        <w:tc>
          <w:tcPr>
            <w:tcW w:type="dxa" w:w="2086"/>
            <w:shd w:val="clear" w:color="auto" w:fill="E8E8E8"/>
          </w:tcPr>
          <w:p>
            <w:pPr>
              <w:spacing w:after="0"/>
              <w:jc w:val="left"/>
            </w:pPr>
            <w:r>
              <w:rPr>
                <w:b/>
                <w:sz w:val="16"/>
              </w:rPr>
              <w:t>Jurisdiction</w:t>
            </w:r>
          </w:p>
        </w:tc>
        <w:tc>
          <w:tcPr>
            <w:tcW w:type="dxa" w:w="1660"/>
            <w:shd w:val="clear" w:color="auto" w:fill="E8E8E8"/>
          </w:tcPr>
          <w:p>
            <w:pPr>
              <w:spacing w:after="0"/>
              <w:jc w:val="left"/>
            </w:pPr>
            <w:r>
              <w:rPr>
                <w:b/>
                <w:sz w:val="16"/>
              </w:rPr>
              <w:t>Type</w:t>
            </w:r>
          </w:p>
        </w:tc>
        <w:tc>
          <w:tcPr>
            <w:tcW w:type="dxa" w:w="3149"/>
            <w:shd w:val="clear" w:color="auto" w:fill="E8E8E8"/>
          </w:tcPr>
          <w:p>
            <w:pPr>
              <w:spacing w:after="0"/>
              <w:jc w:val="left"/>
            </w:pPr>
            <w:r>
              <w:rPr>
                <w:b/>
                <w:sz w:val="16"/>
              </w:rPr>
              <w:t>Status</w:t>
            </w:r>
          </w:p>
        </w:tc>
        <w:tc>
          <w:tcPr>
            <w:tcW w:type="dxa" w:w="3681"/>
            <w:shd w:val="clear" w:color="auto" w:fill="E8E8E8"/>
          </w:tcPr>
          <w:p>
            <w:pPr>
              <w:spacing w:after="0"/>
              <w:jc w:val="left"/>
            </w:pPr>
            <w:r>
              <w:rPr>
                <w:b/>
                <w:sz w:val="16"/>
              </w:rPr>
              <w:t>Plan</w:t>
            </w:r>
          </w:p>
        </w:tc>
        <w:tc>
          <w:tcPr>
            <w:tcW w:type="dxa" w:w="1235"/>
            <w:shd w:val="clear" w:color="auto" w:fill="E8E8E8"/>
          </w:tcPr>
          <w:p>
            <w:pPr>
              <w:spacing w:after="0"/>
              <w:jc w:val="left"/>
            </w:pPr>
            <w:r>
              <w:rPr>
                <w:b/>
                <w:sz w:val="16"/>
              </w:rPr>
              <w:t>Approved</w:t>
            </w:r>
          </w:p>
        </w:tc>
        <w:tc>
          <w:tcPr>
            <w:tcW w:type="dxa" w:w="1235"/>
            <w:shd w:val="clear" w:color="auto" w:fill="E8E8E8"/>
          </w:tcPr>
          <w:p>
            <w:pPr>
              <w:spacing w:after="0"/>
              <w:jc w:val="left"/>
            </w:pPr>
            <w:r>
              <w:rPr>
                <w:b/>
                <w:sz w:val="16"/>
              </w:rPr>
              <w:t>Expires</w:t>
            </w:r>
          </w:p>
        </w:tc>
        <w:tc>
          <w:tcPr>
            <w:tcW w:type="dxa" w:w="106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86"/>
          </w:tcPr>
          <w:p>
            <w:pPr>
              <w:spacing w:after="0"/>
              <w:jc w:val="left"/>
            </w:pPr>
            <w:r>
              <w:rPr>
                <w:sz w:val="16"/>
              </w:rPr>
              <w:t>Baldwin County (unincorporated area)</w:t>
            </w:r>
          </w:p>
        </w:tc>
        <w:tc>
          <w:tcPr>
            <w:tcW w:type="dxa" w:w="1660"/>
          </w:tcPr>
          <w:p>
            <w:pPr>
              <w:spacing w:after="0"/>
              <w:jc w:val="left"/>
            </w:pPr>
            <w:r>
              <w:rPr>
                <w:sz w:val="16"/>
              </w:rPr>
              <w:t>Unincorporated</w:t>
            </w:r>
          </w:p>
        </w:tc>
        <w:tc>
          <w:tcPr>
            <w:tcW w:type="dxa" w:w="3149"/>
          </w:tcPr>
          <w:p>
            <w:pPr>
              <w:spacing w:after="0"/>
              <w:jc w:val="left"/>
            </w:pPr>
            <w:r>
              <w:rPr>
                <w:sz w:val="16"/>
              </w:rPr>
              <w:t>Approved, expires 2030-09-08</w:t>
            </w:r>
          </w:p>
        </w:tc>
        <w:tc>
          <w:tcPr>
            <w:tcW w:type="dxa" w:w="3681"/>
          </w:tcPr>
          <w:p>
            <w:pPr>
              <w:spacing w:after="0"/>
              <w:jc w:val="left"/>
            </w:pPr>
            <w:r>
              <w:rPr>
                <w:sz w:val="16"/>
              </w:rPr>
              <w:t>Baldwin County (FEMA plan 110340)</w:t>
            </w:r>
          </w:p>
        </w:tc>
        <w:tc>
          <w:tcPr>
            <w:tcW w:type="dxa" w:w="1235"/>
          </w:tcPr>
          <w:p>
            <w:pPr>
              <w:spacing w:after="0"/>
              <w:jc w:val="left"/>
            </w:pPr>
            <w:r>
              <w:rPr>
                <w:sz w:val="16"/>
              </w:rPr>
              <w:t>2025-09-09</w:t>
            </w:r>
          </w:p>
        </w:tc>
        <w:tc>
          <w:tcPr>
            <w:tcW w:type="dxa" w:w="1235"/>
          </w:tcPr>
          <w:p>
            <w:pPr>
              <w:spacing w:after="0"/>
              <w:jc w:val="left"/>
            </w:pPr>
            <w:r>
              <w:rPr>
                <w:sz w:val="16"/>
              </w:rPr>
              <w:t>2030-09-08</w:t>
            </w:r>
          </w:p>
        </w:tc>
        <w:tc>
          <w:tcPr>
            <w:tcW w:type="dxa" w:w="1065"/>
          </w:tcPr>
          <w:p>
            <w:pPr>
              <w:spacing w:after="0"/>
              <w:jc w:val="right"/>
            </w:pPr>
            <w:r>
              <w:rPr>
                <w:sz w:val="16"/>
              </w:rPr>
              <w:t>1,439</w:t>
            </w:r>
          </w:p>
        </w:tc>
      </w:tr>
      <w:tr>
        <w:trPr>
          <w:cantSplit/>
        </w:trPr>
        <w:tc>
          <w:tcPr>
            <w:tcW w:type="dxa" w:w="2086"/>
          </w:tcPr>
          <w:p>
            <w:pPr>
              <w:spacing w:after="0"/>
              <w:jc w:val="left"/>
            </w:pPr>
            <w:r>
              <w:rPr>
                <w:sz w:val="16"/>
              </w:rPr>
              <w:t>Milledgeville city</w:t>
            </w:r>
          </w:p>
        </w:tc>
        <w:tc>
          <w:tcPr>
            <w:tcW w:type="dxa" w:w="1660"/>
          </w:tcPr>
          <w:p>
            <w:pPr>
              <w:spacing w:after="0"/>
              <w:jc w:val="left"/>
            </w:pPr>
            <w:r>
              <w:rPr>
                <w:sz w:val="16"/>
              </w:rPr>
              <w:t>City</w:t>
            </w:r>
          </w:p>
        </w:tc>
        <w:tc>
          <w:tcPr>
            <w:tcW w:type="dxa" w:w="3149"/>
          </w:tcPr>
          <w:p>
            <w:pPr>
              <w:spacing w:after="0"/>
              <w:jc w:val="left"/>
            </w:pPr>
            <w:r>
              <w:rPr>
                <w:sz w:val="16"/>
              </w:rPr>
              <w:t>Approved, expires 2030-09-08</w:t>
            </w:r>
          </w:p>
        </w:tc>
        <w:tc>
          <w:tcPr>
            <w:tcW w:type="dxa" w:w="3681"/>
          </w:tcPr>
          <w:p>
            <w:pPr>
              <w:spacing w:after="0"/>
              <w:jc w:val="left"/>
            </w:pPr>
            <w:r>
              <w:rPr>
                <w:sz w:val="16"/>
              </w:rPr>
              <w:t>Baldwin County (FEMA plan 110340)</w:t>
            </w:r>
          </w:p>
        </w:tc>
        <w:tc>
          <w:tcPr>
            <w:tcW w:type="dxa" w:w="1235"/>
          </w:tcPr>
          <w:p>
            <w:pPr>
              <w:spacing w:after="0"/>
              <w:jc w:val="left"/>
            </w:pPr>
            <w:r>
              <w:rPr>
                <w:sz w:val="16"/>
              </w:rPr>
              <w:t>2025-09-09</w:t>
            </w:r>
          </w:p>
        </w:tc>
        <w:tc>
          <w:tcPr>
            <w:tcW w:type="dxa" w:w="1235"/>
          </w:tcPr>
          <w:p>
            <w:pPr>
              <w:spacing w:after="0"/>
              <w:jc w:val="left"/>
            </w:pPr>
            <w:r>
              <w:rPr>
                <w:sz w:val="16"/>
              </w:rPr>
              <w:t>2030-09-08</w:t>
            </w:r>
          </w:p>
        </w:tc>
        <w:tc>
          <w:tcPr>
            <w:tcW w:type="dxa" w:w="1065"/>
          </w:tcPr>
          <w:p>
            <w:pPr>
              <w:spacing w:after="0"/>
              <w:jc w:val="right"/>
            </w:pPr>
            <w:r>
              <w:rPr>
                <w:sz w:val="16"/>
              </w:rPr>
              <w:t>1,439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037"/>
        <w:gridCol w:w="1126"/>
        <w:gridCol w:w="1591"/>
        <w:gridCol w:w="1145"/>
        <w:gridCol w:w="1791"/>
        <w:gridCol w:w="318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$8,467,564</w:t>
            </w:r>
          </w:p>
        </w:tc>
        <w:tc>
          <w:tcPr>
            <w:tcW w:type="dxa" w:w="1126"/>
          </w:tcPr>
          <w:p>
            <w:pPr>
              <w:spacing w:after="0"/>
              <w:jc w:val="right"/>
            </w:pPr>
            <w:r>
              <w:rPr>
                <w:sz w:val="16"/>
              </w:rPr>
              <w:t>$5</w:t>
            </w:r>
          </w:p>
        </w:tc>
        <w:tc>
          <w:tcPr>
            <w:tcW w:type="dxa" w:w="1591"/>
          </w:tcPr>
          <w:p>
            <w:pPr>
              <w:spacing w:after="0"/>
              <w:jc w:val="right"/>
            </w:pPr>
            <w:r>
              <w:rPr>
                <w:sz w:val="16"/>
              </w:rPr>
              <w:t>$15,172</w:t>
            </w:r>
          </w:p>
        </w:tc>
        <w:tc>
          <w:tcPr>
            <w:tcW w:type="dxa" w:w="1145"/>
          </w:tcPr>
          <w:p>
            <w:pPr>
              <w:spacing w:after="0"/>
              <w:jc w:val="right"/>
            </w:pPr>
            <w:r>
              <w:rPr>
                <w:sz w:val="16"/>
              </w:rPr>
              <w:t>$8,482,741</w:t>
            </w:r>
          </w:p>
        </w:tc>
        <w:tc>
          <w:tcPr>
            <w:tcW w:type="dxa" w:w="1791"/>
          </w:tcPr>
          <w:p>
            <w:pPr>
              <w:spacing w:after="0"/>
              <w:jc w:val="right"/>
            </w:pPr>
            <w:r>
              <w:rPr>
                <w:sz w:val="16"/>
              </w:rPr>
              <w:t>14</w:t>
            </w:r>
          </w:p>
        </w:tc>
        <w:tc>
          <w:tcPr>
            <w:tcW w:type="dxa" w:w="318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$682,173</w:t>
            </w:r>
          </w:p>
        </w:tc>
        <w:tc>
          <w:tcPr>
            <w:tcW w:type="dxa" w:w="1126"/>
          </w:tcPr>
          <w:p>
            <w:pPr>
              <w:spacing w:after="0"/>
              <w:jc w:val="right"/>
            </w:pPr>
            <w:r>
              <w:rPr>
                <w:sz w:val="16"/>
              </w:rPr>
              <w:t>$44</w:t>
            </w:r>
          </w:p>
        </w:tc>
        <w:tc>
          <w:tcPr>
            <w:tcW w:type="dxa" w:w="1591"/>
          </w:tcPr>
          <w:p>
            <w:pPr>
              <w:spacing w:after="0"/>
              <w:jc w:val="right"/>
            </w:pPr>
            <w:r>
              <w:rPr>
                <w:sz w:val="16"/>
              </w:rPr>
              <w:t>$447,172</w:t>
            </w:r>
          </w:p>
        </w:tc>
        <w:tc>
          <w:tcPr>
            <w:tcW w:type="dxa" w:w="1145"/>
          </w:tcPr>
          <w:p>
            <w:pPr>
              <w:spacing w:after="0"/>
              <w:jc w:val="right"/>
            </w:pPr>
            <w:r>
              <w:rPr>
                <w:sz w:val="16"/>
              </w:rPr>
              <w:t>$1,129,389</w:t>
            </w:r>
          </w:p>
        </w:tc>
        <w:tc>
          <w:tcPr>
            <w:tcW w:type="dxa" w:w="1791"/>
          </w:tcPr>
          <w:p>
            <w:pPr>
              <w:spacing w:after="0"/>
              <w:jc w:val="right"/>
            </w:pPr>
            <w:r>
              <w:rPr>
                <w:sz w:val="16"/>
              </w:rPr>
              <w:t>6</w:t>
            </w:r>
          </w:p>
        </w:tc>
        <w:tc>
          <w:tcPr>
            <w:tcW w:type="dxa" w:w="3181"/>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Heat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$50</w:t>
            </w:r>
          </w:p>
        </w:tc>
        <w:tc>
          <w:tcPr>
            <w:tcW w:type="dxa" w:w="1126"/>
          </w:tcPr>
          <w:p>
            <w:pPr>
              <w:spacing w:after="0"/>
              <w:jc w:val="right"/>
            </w:pPr>
            <w:r>
              <w:rPr>
                <w:sz w:val="16"/>
              </w:rPr>
              <w:t>$4</w:t>
            </w:r>
          </w:p>
        </w:tc>
        <w:tc>
          <w:tcPr>
            <w:tcW w:type="dxa" w:w="1591"/>
          </w:tcPr>
          <w:p>
            <w:pPr>
              <w:spacing w:after="0"/>
              <w:jc w:val="right"/>
            </w:pPr>
            <w:r>
              <w:rPr>
                <w:sz w:val="16"/>
              </w:rPr>
              <w:t>$908,422</w:t>
            </w:r>
          </w:p>
        </w:tc>
        <w:tc>
          <w:tcPr>
            <w:tcW w:type="dxa" w:w="1145"/>
          </w:tcPr>
          <w:p>
            <w:pPr>
              <w:spacing w:after="0"/>
              <w:jc w:val="right"/>
            </w:pPr>
            <w:r>
              <w:rPr>
                <w:sz w:val="16"/>
              </w:rPr>
              <w:t>$908,476</w:t>
            </w:r>
          </w:p>
        </w:tc>
        <w:tc>
          <w:tcPr>
            <w:tcW w:type="dxa" w:w="1791"/>
          </w:tcPr>
          <w:p>
            <w:pPr>
              <w:spacing w:after="0"/>
              <w:jc w:val="right"/>
            </w:pPr>
            <w:r>
              <w:rPr>
                <w:sz w:val="16"/>
              </w:rPr>
              <w:t>11</w:t>
            </w:r>
          </w:p>
        </w:tc>
        <w:tc>
          <w:tcPr>
            <w:tcW w:type="dxa" w:w="3181"/>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Earthquake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$628,342</w:t>
            </w:r>
          </w:p>
        </w:tc>
        <w:tc>
          <w:tcPr>
            <w:tcW w:type="dxa" w:w="1126"/>
          </w:tcPr>
          <w:p>
            <w:pPr>
              <w:spacing w:after="0"/>
              <w:jc w:val="right"/>
            </w:pPr>
            <w:r>
              <w:rPr>
                <w:sz w:val="16"/>
              </w:rPr>
              <w:t>n/a</w:t>
            </w:r>
          </w:p>
        </w:tc>
        <w:tc>
          <w:tcPr>
            <w:tcW w:type="dxa" w:w="1591"/>
          </w:tcPr>
          <w:p>
            <w:pPr>
              <w:spacing w:after="0"/>
              <w:jc w:val="right"/>
            </w:pPr>
            <w:r>
              <w:rPr>
                <w:sz w:val="16"/>
              </w:rPr>
              <w:t>$208,840</w:t>
            </w:r>
          </w:p>
        </w:tc>
        <w:tc>
          <w:tcPr>
            <w:tcW w:type="dxa" w:w="1145"/>
          </w:tcPr>
          <w:p>
            <w:pPr>
              <w:spacing w:after="0"/>
              <w:jc w:val="right"/>
            </w:pPr>
            <w:r>
              <w:rPr>
                <w:sz w:val="16"/>
              </w:rPr>
              <w:t>$837,182</w:t>
            </w:r>
          </w:p>
        </w:tc>
        <w:tc>
          <w:tcPr>
            <w:tcW w:type="dxa" w:w="1791"/>
          </w:tcPr>
          <w:p>
            <w:pPr>
              <w:spacing w:after="0"/>
              <w:jc w:val="right"/>
            </w:pPr>
          </w:p>
        </w:tc>
        <w:tc>
          <w:tcPr>
            <w:tcW w:type="dxa" w:w="3181"/>
          </w:tcPr>
          <w:p>
            <w:pPr>
              <w:spacing w:after="0"/>
              <w:jc w:val="left"/>
            </w:pPr>
            <w:r>
              <w:rPr>
                <w:sz w:val="16"/>
              </w:rPr>
              <w:t>Storm Events does not record earthquakes.</w:t>
            </w:r>
          </w:p>
        </w:tc>
      </w:tr>
      <w:tr>
        <w:trPr>
          <w:cantSplit/>
        </w:trPr>
        <w:tc>
          <w:tcPr>
            <w:tcW w:type="dxa" w:w="699"/>
          </w:tcPr>
          <w:p>
            <w:pPr>
              <w:spacing w:after="0"/>
              <w:jc w:val="right"/>
            </w:pPr>
            <w:r>
              <w:rPr>
                <w:sz w:val="16"/>
              </w:rPr>
              <w:t>5</w:t>
            </w:r>
          </w:p>
        </w:tc>
        <w:tc>
          <w:tcPr>
            <w:tcW w:type="dxa" w:w="1037"/>
          </w:tcPr>
          <w:p>
            <w:pPr>
              <w:spacing w:after="0"/>
              <w:jc w:val="left"/>
            </w:pPr>
            <w:r>
              <w:rPr>
                <w:sz w:val="16"/>
              </w:rPr>
              <w:t>Drought</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$534,775</w:t>
            </w:r>
          </w:p>
        </w:tc>
        <w:tc>
          <w:tcPr>
            <w:tcW w:type="dxa" w:w="1591"/>
          </w:tcPr>
          <w:p>
            <w:pPr>
              <w:spacing w:after="0"/>
              <w:jc w:val="right"/>
            </w:pPr>
            <w:r>
              <w:rPr>
                <w:sz w:val="16"/>
              </w:rPr>
              <w:t>n/a</w:t>
            </w:r>
          </w:p>
        </w:tc>
        <w:tc>
          <w:tcPr>
            <w:tcW w:type="dxa" w:w="1145"/>
          </w:tcPr>
          <w:p>
            <w:pPr>
              <w:spacing w:after="0"/>
              <w:jc w:val="right"/>
            </w:pPr>
            <w:r>
              <w:rPr>
                <w:sz w:val="16"/>
              </w:rPr>
              <w:t>$534,775</w:t>
            </w:r>
          </w:p>
        </w:tc>
        <w:tc>
          <w:tcPr>
            <w:tcW w:type="dxa" w:w="1791"/>
          </w:tcPr>
          <w:p>
            <w:pPr>
              <w:spacing w:after="0"/>
              <w:jc w:val="right"/>
            </w:pPr>
            <w:r>
              <w:rPr>
                <w:sz w:val="16"/>
              </w:rPr>
              <w:t>29</w:t>
            </w:r>
          </w:p>
        </w:tc>
        <w:tc>
          <w:tcPr>
            <w:tcW w:type="dxa" w:w="3181"/>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Cold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$2,004</w:t>
            </w:r>
          </w:p>
        </w:tc>
        <w:tc>
          <w:tcPr>
            <w:tcW w:type="dxa" w:w="1126"/>
          </w:tcPr>
          <w:p>
            <w:pPr>
              <w:spacing w:after="0"/>
              <w:jc w:val="right"/>
            </w:pPr>
            <w:r>
              <w:rPr>
                <w:sz w:val="16"/>
              </w:rPr>
              <w:t>$174,037</w:t>
            </w:r>
          </w:p>
        </w:tc>
        <w:tc>
          <w:tcPr>
            <w:tcW w:type="dxa" w:w="1591"/>
          </w:tcPr>
          <w:p>
            <w:pPr>
              <w:spacing w:after="0"/>
              <w:jc w:val="right"/>
            </w:pPr>
            <w:r>
              <w:rPr>
                <w:sz w:val="16"/>
              </w:rPr>
              <w:t>$339,880</w:t>
            </w:r>
          </w:p>
        </w:tc>
        <w:tc>
          <w:tcPr>
            <w:tcW w:type="dxa" w:w="1145"/>
          </w:tcPr>
          <w:p>
            <w:pPr>
              <w:spacing w:after="0"/>
              <w:jc w:val="right"/>
            </w:pPr>
            <w:r>
              <w:rPr>
                <w:sz w:val="16"/>
              </w:rPr>
              <w:t>$515,922</w:t>
            </w:r>
          </w:p>
        </w:tc>
        <w:tc>
          <w:tcPr>
            <w:tcW w:type="dxa" w:w="1791"/>
          </w:tcPr>
          <w:p>
            <w:pPr>
              <w:spacing w:after="0"/>
              <w:jc w:val="right"/>
            </w:pPr>
            <w:r>
              <w:rPr>
                <w:sz w:val="16"/>
              </w:rPr>
              <w:t>14</w:t>
            </w:r>
          </w:p>
        </w:tc>
        <w:tc>
          <w:tcPr>
            <w:tcW w:type="dxa" w:w="3181"/>
          </w:tcPr>
          <w:p>
            <w:pPr>
              <w:spacing w:after="0"/>
              <w:jc w:val="left"/>
            </w:pPr>
            <w:r>
              <w:rPr>
                <w:sz w:val="16"/>
              </w:rPr>
              <w:t>Includes 1 Frost/Freeze record (outside NRI's Cold Wave definition; counted in this table and in B1-d, not in the B1-e descriptor).</w:t>
            </w:r>
          </w:p>
        </w:tc>
      </w:tr>
      <w:tr>
        <w:trPr>
          <w:cantSplit/>
        </w:trPr>
        <w:tc>
          <w:tcPr>
            <w:tcW w:type="dxa" w:w="699"/>
          </w:tcPr>
          <w:p>
            <w:pPr>
              <w:spacing w:after="0"/>
              <w:jc w:val="right"/>
            </w:pPr>
            <w:r>
              <w:rPr>
                <w:sz w:val="16"/>
              </w:rPr>
              <w:t>7</w:t>
            </w:r>
          </w:p>
        </w:tc>
        <w:tc>
          <w:tcPr>
            <w:tcW w:type="dxa" w:w="1037"/>
          </w:tcPr>
          <w:p>
            <w:pPr>
              <w:spacing w:after="0"/>
              <w:jc w:val="left"/>
            </w:pPr>
            <w:r>
              <w:rPr>
                <w:sz w:val="16"/>
              </w:rPr>
              <w:t>Hurricane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$414,412</w:t>
            </w:r>
          </w:p>
        </w:tc>
        <w:tc>
          <w:tcPr>
            <w:tcW w:type="dxa" w:w="1126"/>
          </w:tcPr>
          <w:p>
            <w:pPr>
              <w:spacing w:after="0"/>
              <w:jc w:val="right"/>
            </w:pPr>
            <w:r>
              <w:rPr>
                <w:sz w:val="16"/>
              </w:rPr>
              <w:t>$2,164</w:t>
            </w:r>
          </w:p>
        </w:tc>
        <w:tc>
          <w:tcPr>
            <w:tcW w:type="dxa" w:w="1591"/>
          </w:tcPr>
          <w:p>
            <w:pPr>
              <w:spacing w:after="0"/>
              <w:jc w:val="right"/>
            </w:pPr>
            <w:r>
              <w:rPr>
                <w:sz w:val="16"/>
              </w:rPr>
              <w:t>$18,635</w:t>
            </w:r>
          </w:p>
        </w:tc>
        <w:tc>
          <w:tcPr>
            <w:tcW w:type="dxa" w:w="1145"/>
          </w:tcPr>
          <w:p>
            <w:pPr>
              <w:spacing w:after="0"/>
              <w:jc w:val="right"/>
            </w:pPr>
            <w:r>
              <w:rPr>
                <w:sz w:val="16"/>
              </w:rPr>
              <w:t>$435,211</w:t>
            </w:r>
          </w:p>
        </w:tc>
        <w:tc>
          <w:tcPr>
            <w:tcW w:type="dxa" w:w="1791"/>
          </w:tcPr>
          <w:p>
            <w:pPr>
              <w:spacing w:after="0"/>
              <w:jc w:val="right"/>
            </w:pPr>
            <w:r>
              <w:rPr>
                <w:sz w:val="16"/>
              </w:rPr>
              <w:t>18</w:t>
            </w:r>
          </w:p>
        </w:tc>
        <w:tc>
          <w:tcPr>
            <w:tcW w:type="dxa" w:w="3181"/>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Strong Wind</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$173,443</w:t>
            </w:r>
          </w:p>
        </w:tc>
        <w:tc>
          <w:tcPr>
            <w:tcW w:type="dxa" w:w="1126"/>
          </w:tcPr>
          <w:p>
            <w:pPr>
              <w:spacing w:after="0"/>
              <w:jc w:val="right"/>
            </w:pPr>
            <w:r>
              <w:rPr>
                <w:sz w:val="16"/>
              </w:rPr>
              <w:t>$1,530</w:t>
            </w:r>
          </w:p>
        </w:tc>
        <w:tc>
          <w:tcPr>
            <w:tcW w:type="dxa" w:w="1591"/>
          </w:tcPr>
          <w:p>
            <w:pPr>
              <w:spacing w:after="0"/>
              <w:jc w:val="right"/>
            </w:pPr>
            <w:r>
              <w:rPr>
                <w:sz w:val="16"/>
              </w:rPr>
              <w:t>$146,454</w:t>
            </w:r>
          </w:p>
        </w:tc>
        <w:tc>
          <w:tcPr>
            <w:tcW w:type="dxa" w:w="1145"/>
          </w:tcPr>
          <w:p>
            <w:pPr>
              <w:spacing w:after="0"/>
              <w:jc w:val="right"/>
            </w:pPr>
            <w:r>
              <w:rPr>
                <w:sz w:val="16"/>
              </w:rPr>
              <w:t>$321,427</w:t>
            </w:r>
          </w:p>
        </w:tc>
        <w:tc>
          <w:tcPr>
            <w:tcW w:type="dxa" w:w="1791"/>
          </w:tcPr>
          <w:p>
            <w:pPr>
              <w:spacing w:after="0"/>
              <w:jc w:val="right"/>
            </w:pPr>
            <w:r>
              <w:rPr>
                <w:sz w:val="16"/>
              </w:rPr>
              <w:t>96</w:t>
            </w:r>
          </w:p>
        </w:tc>
        <w:tc>
          <w:tcPr>
            <w:tcW w:type="dxa" w:w="3181"/>
          </w:tcPr>
          <w:p>
            <w:pPr>
              <w:spacing w:after="0"/>
              <w:jc w:val="left"/>
            </w:pPr>
            <w:r>
              <w:rPr>
                <w:sz w:val="16"/>
              </w:rPr>
              <w:t>Includes 4 High Wind and 6 Strong Wind records (NOAA non-thunderstorm wind types, outside NRI's Strong Wind definition).</w:t>
            </w:r>
          </w:p>
        </w:tc>
      </w:tr>
      <w:tr>
        <w:trPr>
          <w:cantSplit/>
        </w:trPr>
        <w:tc>
          <w:tcPr>
            <w:tcW w:type="dxa" w:w="699"/>
          </w:tcPr>
          <w:p>
            <w:pPr>
              <w:spacing w:after="0"/>
              <w:jc w:val="right"/>
            </w:pPr>
            <w:r>
              <w:rPr>
                <w:sz w:val="16"/>
              </w:rPr>
              <w:t>9</w:t>
            </w:r>
          </w:p>
        </w:tc>
        <w:tc>
          <w:tcPr>
            <w:tcW w:type="dxa" w:w="1037"/>
          </w:tcPr>
          <w:p>
            <w:pPr>
              <w:spacing w:after="0"/>
              <w:jc w:val="left"/>
            </w:pPr>
            <w:r>
              <w:rPr>
                <w:sz w:val="16"/>
              </w:rPr>
              <w:t>Hail</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$183,810</w:t>
            </w:r>
          </w:p>
        </w:tc>
        <w:tc>
          <w:tcPr>
            <w:tcW w:type="dxa" w:w="1126"/>
          </w:tcPr>
          <w:p>
            <w:pPr>
              <w:spacing w:after="0"/>
              <w:jc w:val="right"/>
            </w:pPr>
            <w:r>
              <w:rPr>
                <w:sz w:val="16"/>
              </w:rPr>
              <w:t>$192</w:t>
            </w:r>
          </w:p>
        </w:tc>
        <w:tc>
          <w:tcPr>
            <w:tcW w:type="dxa" w:w="1591"/>
          </w:tcPr>
          <w:p>
            <w:pPr>
              <w:spacing w:after="0"/>
              <w:jc w:val="right"/>
            </w:pPr>
            <w:r>
              <w:rPr>
                <w:sz w:val="16"/>
              </w:rPr>
              <w:t>$118,133</w:t>
            </w:r>
          </w:p>
        </w:tc>
        <w:tc>
          <w:tcPr>
            <w:tcW w:type="dxa" w:w="1145"/>
          </w:tcPr>
          <w:p>
            <w:pPr>
              <w:spacing w:after="0"/>
              <w:jc w:val="right"/>
            </w:pPr>
            <w:r>
              <w:rPr>
                <w:sz w:val="16"/>
              </w:rPr>
              <w:t>$302,135</w:t>
            </w:r>
          </w:p>
        </w:tc>
        <w:tc>
          <w:tcPr>
            <w:tcW w:type="dxa" w:w="1791"/>
          </w:tcPr>
          <w:p>
            <w:pPr>
              <w:spacing w:after="0"/>
              <w:jc w:val="right"/>
            </w:pPr>
            <w:r>
              <w:rPr>
                <w:sz w:val="16"/>
              </w:rPr>
              <w:t>36</w:t>
            </w:r>
          </w:p>
        </w:tc>
        <w:tc>
          <w:tcPr>
            <w:tcW w:type="dxa" w:w="3181"/>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Ice Storm</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$103,038</w:t>
            </w:r>
          </w:p>
        </w:tc>
        <w:tc>
          <w:tcPr>
            <w:tcW w:type="dxa" w:w="1126"/>
          </w:tcPr>
          <w:p>
            <w:pPr>
              <w:spacing w:after="0"/>
              <w:jc w:val="right"/>
            </w:pPr>
            <w:r>
              <w:rPr>
                <w:sz w:val="16"/>
              </w:rPr>
              <w:t>n/a</w:t>
            </w:r>
          </w:p>
        </w:tc>
        <w:tc>
          <w:tcPr>
            <w:tcW w:type="dxa" w:w="1591"/>
          </w:tcPr>
          <w:p>
            <w:pPr>
              <w:spacing w:after="0"/>
              <w:jc w:val="right"/>
            </w:pPr>
            <w:r>
              <w:rPr>
                <w:sz w:val="16"/>
              </w:rPr>
              <w:t>$32,246</w:t>
            </w:r>
          </w:p>
        </w:tc>
        <w:tc>
          <w:tcPr>
            <w:tcW w:type="dxa" w:w="1145"/>
          </w:tcPr>
          <w:p>
            <w:pPr>
              <w:spacing w:after="0"/>
              <w:jc w:val="right"/>
            </w:pPr>
            <w:r>
              <w:rPr>
                <w:sz w:val="16"/>
              </w:rPr>
              <w:t>$135,284</w:t>
            </w:r>
          </w:p>
        </w:tc>
        <w:tc>
          <w:tcPr>
            <w:tcW w:type="dxa" w:w="1791"/>
          </w:tcPr>
          <w:p>
            <w:pPr>
              <w:spacing w:after="0"/>
              <w:jc w:val="right"/>
            </w:pPr>
            <w:r>
              <w:rPr>
                <w:sz w:val="16"/>
              </w:rPr>
              <w:t>2</w:t>
            </w:r>
          </w:p>
        </w:tc>
        <w:tc>
          <w:tcPr>
            <w:tcW w:type="dxa" w:w="3181"/>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Wildfire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$104,775</w:t>
            </w:r>
          </w:p>
        </w:tc>
        <w:tc>
          <w:tcPr>
            <w:tcW w:type="dxa" w:w="1126"/>
          </w:tcPr>
          <w:p>
            <w:pPr>
              <w:spacing w:after="0"/>
              <w:jc w:val="right"/>
            </w:pPr>
            <w:r>
              <w:rPr>
                <w:sz w:val="16"/>
              </w:rPr>
              <w:t>$3</w:t>
            </w:r>
          </w:p>
        </w:tc>
        <w:tc>
          <w:tcPr>
            <w:tcW w:type="dxa" w:w="1591"/>
          </w:tcPr>
          <w:p>
            <w:pPr>
              <w:spacing w:after="0"/>
              <w:jc w:val="right"/>
            </w:pPr>
            <w:r>
              <w:rPr>
                <w:sz w:val="16"/>
              </w:rPr>
              <w:t>$11,995</w:t>
            </w:r>
          </w:p>
        </w:tc>
        <w:tc>
          <w:tcPr>
            <w:tcW w:type="dxa" w:w="1145"/>
          </w:tcPr>
          <w:p>
            <w:pPr>
              <w:spacing w:after="0"/>
              <w:jc w:val="right"/>
            </w:pPr>
            <w:r>
              <w:rPr>
                <w:sz w:val="16"/>
              </w:rPr>
              <w:t>$116,773</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12</w:t>
            </w:r>
          </w:p>
        </w:tc>
        <w:tc>
          <w:tcPr>
            <w:tcW w:type="dxa" w:w="1037"/>
          </w:tcPr>
          <w:p>
            <w:pPr>
              <w:spacing w:after="0"/>
              <w:jc w:val="left"/>
            </w:pPr>
            <w:r>
              <w:rPr>
                <w:sz w:val="16"/>
              </w:rPr>
              <w:t>Lightning</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$41,713</w:t>
            </w:r>
          </w:p>
        </w:tc>
        <w:tc>
          <w:tcPr>
            <w:tcW w:type="dxa" w:w="1126"/>
          </w:tcPr>
          <w:p>
            <w:pPr>
              <w:spacing w:after="0"/>
              <w:jc w:val="right"/>
            </w:pPr>
            <w:r>
              <w:rPr>
                <w:sz w:val="16"/>
              </w:rPr>
              <w:t>n/a</w:t>
            </w:r>
          </w:p>
        </w:tc>
        <w:tc>
          <w:tcPr>
            <w:tcW w:type="dxa" w:w="1591"/>
          </w:tcPr>
          <w:p>
            <w:pPr>
              <w:spacing w:after="0"/>
              <w:jc w:val="right"/>
            </w:pPr>
            <w:r>
              <w:rPr>
                <w:sz w:val="16"/>
              </w:rPr>
              <w:t>$48,756</w:t>
            </w:r>
          </w:p>
        </w:tc>
        <w:tc>
          <w:tcPr>
            <w:tcW w:type="dxa" w:w="1145"/>
          </w:tcPr>
          <w:p>
            <w:pPr>
              <w:spacing w:after="0"/>
              <w:jc w:val="right"/>
            </w:pPr>
            <w:r>
              <w:rPr>
                <w:sz w:val="16"/>
              </w:rPr>
              <w:t>$90,469</w:t>
            </w:r>
          </w:p>
        </w:tc>
        <w:tc>
          <w:tcPr>
            <w:tcW w:type="dxa" w:w="1791"/>
          </w:tcPr>
          <w:p>
            <w:pPr>
              <w:spacing w:after="0"/>
              <w:jc w:val="right"/>
            </w:pPr>
            <w:r>
              <w:rPr>
                <w:sz w:val="16"/>
              </w:rPr>
              <w:t>5</w:t>
            </w:r>
          </w:p>
        </w:tc>
        <w:tc>
          <w:tcPr>
            <w:tcW w:type="dxa" w:w="3181"/>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Winter Weather</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$6,621</w:t>
            </w:r>
          </w:p>
        </w:tc>
        <w:tc>
          <w:tcPr>
            <w:tcW w:type="dxa" w:w="1126"/>
          </w:tcPr>
          <w:p>
            <w:pPr>
              <w:spacing w:after="0"/>
              <w:jc w:val="right"/>
            </w:pPr>
            <w:r>
              <w:rPr>
                <w:sz w:val="16"/>
              </w:rPr>
              <w:t>$1</w:t>
            </w:r>
          </w:p>
        </w:tc>
        <w:tc>
          <w:tcPr>
            <w:tcW w:type="dxa" w:w="1591"/>
          </w:tcPr>
          <w:p>
            <w:pPr>
              <w:spacing w:after="0"/>
              <w:jc w:val="right"/>
            </w:pPr>
            <w:r>
              <w:rPr>
                <w:sz w:val="16"/>
              </w:rPr>
              <w:t>$504</w:t>
            </w:r>
          </w:p>
        </w:tc>
        <w:tc>
          <w:tcPr>
            <w:tcW w:type="dxa" w:w="1145"/>
          </w:tcPr>
          <w:p>
            <w:pPr>
              <w:spacing w:after="0"/>
              <w:jc w:val="right"/>
            </w:pPr>
            <w:r>
              <w:rPr>
                <w:sz w:val="16"/>
              </w:rPr>
              <w:t>$7,125</w:t>
            </w:r>
          </w:p>
        </w:tc>
        <w:tc>
          <w:tcPr>
            <w:tcW w:type="dxa" w:w="1791"/>
          </w:tcPr>
          <w:p>
            <w:pPr>
              <w:spacing w:after="0"/>
              <w:jc w:val="right"/>
            </w:pPr>
            <w:r>
              <w:rPr>
                <w:sz w:val="16"/>
              </w:rPr>
              <w:t>13</w:t>
            </w:r>
          </w:p>
        </w:tc>
        <w:tc>
          <w:tcPr>
            <w:tcW w:type="dxa" w:w="3181"/>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$189</w:t>
            </w:r>
          </w:p>
        </w:tc>
        <w:tc>
          <w:tcPr>
            <w:tcW w:type="dxa" w:w="1126"/>
          </w:tcPr>
          <w:p>
            <w:pPr>
              <w:spacing w:after="0"/>
              <w:jc w:val="right"/>
            </w:pPr>
            <w:r>
              <w:rPr>
                <w:sz w:val="16"/>
              </w:rPr>
              <w:t>n/a</w:t>
            </w:r>
          </w:p>
        </w:tc>
        <w:tc>
          <w:tcPr>
            <w:tcW w:type="dxa" w:w="1591"/>
          </w:tcPr>
          <w:p>
            <w:pPr>
              <w:spacing w:after="0"/>
              <w:jc w:val="right"/>
            </w:pPr>
            <w:r>
              <w:rPr>
                <w:sz w:val="16"/>
              </w:rPr>
              <w:t>$55</w:t>
            </w:r>
          </w:p>
        </w:tc>
        <w:tc>
          <w:tcPr>
            <w:tcW w:type="dxa" w:w="1145"/>
          </w:tcPr>
          <w:p>
            <w:pPr>
              <w:spacing w:after="0"/>
              <w:jc w:val="right"/>
            </w:pPr>
            <w:r>
              <w:rPr>
                <w:sz w:val="16"/>
              </w:rPr>
              <w:t>$244</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98"/>
        <w:gridCol w:w="11014"/>
      </w:tblGrid>
      <w:tr>
        <w:trPr>
          <w:cantSplit/>
          <w:tblHeader/>
        </w:trPr>
        <w:tc>
          <w:tcPr>
            <w:tcW w:type="dxa" w:w="3098"/>
            <w:shd w:val="clear" w:color="auto" w:fill="E8E8E8"/>
          </w:tcPr>
          <w:p>
            <w:pPr>
              <w:spacing w:after="0"/>
              <w:jc w:val="left"/>
            </w:pPr>
            <w:r>
              <w:rPr>
                <w:b/>
                <w:sz w:val="16"/>
              </w:rPr>
              <w:t>Hazard</w:t>
            </w:r>
          </w:p>
        </w:tc>
        <w:tc>
          <w:tcPr>
            <w:tcW w:type="dxa" w:w="110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98"/>
          </w:tcPr>
          <w:p>
            <w:pPr>
              <w:spacing w:after="0"/>
              <w:jc w:val="left"/>
            </w:pPr>
            <w:r>
              <w:rPr>
                <w:sz w:val="16"/>
              </w:rPr>
              <w:t>Earthquake</w:t>
            </w:r>
          </w:p>
        </w:tc>
        <w:tc>
          <w:tcPr>
            <w:tcW w:type="dxa" w:w="11014"/>
          </w:tcPr>
          <w:p>
            <w:pPr>
              <w:spacing w:after="0"/>
              <w:jc w:val="left"/>
            </w:pPr>
            <w:r>
              <w:rPr>
                <w:sz w:val="16"/>
              </w:rPr>
              <w:t>tract 9704 (Relatively Moderate, 83.4); tract 9707.01 (Relatively Moderate, 79.8); tract 9705.01 (Relatively Low, 73.1)</w:t>
            </w:r>
          </w:p>
        </w:tc>
      </w:tr>
      <w:tr>
        <w:trPr>
          <w:cantSplit/>
        </w:trPr>
        <w:tc>
          <w:tcPr>
            <w:tcW w:type="dxa" w:w="3098"/>
          </w:tcPr>
          <w:p>
            <w:pPr>
              <w:spacing w:after="0"/>
              <w:jc w:val="left"/>
            </w:pPr>
            <w:r>
              <w:rPr>
                <w:sz w:val="16"/>
              </w:rPr>
              <w:t>Hurricane</w:t>
            </w:r>
          </w:p>
        </w:tc>
        <w:tc>
          <w:tcPr>
            <w:tcW w:type="dxa" w:w="11014"/>
          </w:tcPr>
          <w:p>
            <w:pPr>
              <w:spacing w:after="0"/>
              <w:jc w:val="left"/>
            </w:pPr>
            <w:r>
              <w:rPr>
                <w:sz w:val="16"/>
              </w:rPr>
              <w:t>tract 9704 (Relatively Low, 75.7); tract 9707.01 (Relatively Low, 73.8); tract 9703.02 (Relatively Low, 68.7)</w:t>
            </w:r>
          </w:p>
        </w:tc>
      </w:tr>
      <w:tr>
        <w:trPr>
          <w:cantSplit/>
        </w:trPr>
        <w:tc>
          <w:tcPr>
            <w:tcW w:type="dxa" w:w="3098"/>
          </w:tcPr>
          <w:p>
            <w:pPr>
              <w:spacing w:after="0"/>
              <w:jc w:val="left"/>
            </w:pPr>
            <w:r>
              <w:rPr>
                <w:sz w:val="16"/>
              </w:rPr>
              <w:t>Landslide</w:t>
            </w:r>
          </w:p>
        </w:tc>
        <w:tc>
          <w:tcPr>
            <w:tcW w:type="dxa" w:w="11014"/>
          </w:tcPr>
          <w:p>
            <w:pPr>
              <w:spacing w:after="0"/>
              <w:jc w:val="left"/>
            </w:pPr>
            <w:r>
              <w:rPr>
                <w:sz w:val="16"/>
              </w:rPr>
              <w:t>tract 9701.02 (Relatively Low, 81.8); tract 9708.02 (Very Low, 76.3); tract 9705.02 (Very Low, 74.2)</w:t>
            </w:r>
          </w:p>
        </w:tc>
      </w:tr>
      <w:tr>
        <w:trPr>
          <w:cantSplit/>
        </w:trPr>
        <w:tc>
          <w:tcPr>
            <w:tcW w:type="dxa" w:w="3098"/>
          </w:tcPr>
          <w:p>
            <w:pPr>
              <w:spacing w:after="0"/>
              <w:jc w:val="left"/>
            </w:pPr>
            <w:r>
              <w:rPr>
                <w:sz w:val="16"/>
              </w:rPr>
              <w:t>Tornado</w:t>
            </w:r>
          </w:p>
        </w:tc>
        <w:tc>
          <w:tcPr>
            <w:tcW w:type="dxa" w:w="11014"/>
          </w:tcPr>
          <w:p>
            <w:pPr>
              <w:spacing w:after="0"/>
              <w:jc w:val="left"/>
            </w:pPr>
            <w:r>
              <w:rPr>
                <w:sz w:val="16"/>
              </w:rPr>
              <w:t>tract 9704 (Relatively Moderate, 72.2); tract 9707.01 (Relatively Moderate, 66.1); tract 9703.02 (Relatively Moderate, 63.6)</w:t>
            </w:r>
          </w:p>
        </w:tc>
      </w:tr>
      <w:tr>
        <w:trPr>
          <w:cantSplit/>
        </w:trPr>
        <w:tc>
          <w:tcPr>
            <w:tcW w:type="dxa" w:w="3098"/>
          </w:tcPr>
          <w:p>
            <w:pPr>
              <w:spacing w:after="0"/>
              <w:jc w:val="left"/>
            </w:pPr>
            <w:r>
              <w:rPr>
                <w:sz w:val="16"/>
              </w:rPr>
              <w:t>Wildfire</w:t>
            </w:r>
          </w:p>
        </w:tc>
        <w:tc>
          <w:tcPr>
            <w:tcW w:type="dxa" w:w="11014"/>
          </w:tcPr>
          <w:p>
            <w:pPr>
              <w:spacing w:after="0"/>
              <w:jc w:val="left"/>
            </w:pPr>
            <w:r>
              <w:rPr>
                <w:sz w:val="16"/>
              </w:rPr>
              <w:t>tract 9701.02 (Relatively Low, 87.9); tract 9702.02 (Relatively Low, 87.9); tract 9703.02 (Relatively Low, 87.6)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9704 is Census Tract 9704).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848"/>
        <w:gridCol w:w="1752"/>
        <w:gridCol w:w="1960"/>
        <w:gridCol w:w="1679"/>
        <w:gridCol w:w="1551"/>
        <w:gridCol w:w="1585"/>
        <w:gridCol w:w="1917"/>
      </w:tblGrid>
      <w:tr>
        <w:trPr>
          <w:cantSplit/>
          <w:tblHeader/>
        </w:trPr>
        <w:tc>
          <w:tcPr>
            <w:tcW w:type="dxa" w:w="1820"/>
            <w:shd w:val="clear" w:color="auto" w:fill="E8E8E8"/>
          </w:tcPr>
          <w:p>
            <w:pPr>
              <w:spacing w:after="0"/>
              <w:jc w:val="left"/>
            </w:pPr>
            <w:r>
              <w:rPr>
                <w:b/>
                <w:sz w:val="16"/>
              </w:rPr>
              <w:t>Hazard</w:t>
            </w:r>
          </w:p>
        </w:tc>
        <w:tc>
          <w:tcPr>
            <w:tcW w:type="dxa" w:w="1848"/>
            <w:shd w:val="clear" w:color="auto" w:fill="E8E8E8"/>
          </w:tcPr>
          <w:p>
            <w:pPr>
              <w:spacing w:after="0"/>
              <w:jc w:val="left"/>
            </w:pPr>
            <w:r>
              <w:rPr>
                <w:b/>
                <w:sz w:val="16"/>
              </w:rPr>
              <w:t>Scale</w:t>
            </w:r>
          </w:p>
        </w:tc>
        <w:tc>
          <w:tcPr>
            <w:tcW w:type="dxa" w:w="175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0"/>
            <w:shd w:val="clear" w:color="auto" w:fill="E8E8E8"/>
          </w:tcPr>
          <w:p>
            <w:pPr>
              <w:spacing w:after="0"/>
              <w:jc w:val="left"/>
            </w:pPr>
            <w:r>
              <w:rPr>
                <w:b/>
                <w:sz w:val="16"/>
              </w:rPr>
              <w:t>Observed range</w:t>
            </w:r>
          </w:p>
        </w:tc>
        <w:tc>
          <w:tcPr>
            <w:tcW w:type="dxa" w:w="1679"/>
            <w:shd w:val="clear" w:color="auto" w:fill="E8E8E8"/>
          </w:tcPr>
          <w:p>
            <w:pPr>
              <w:spacing w:after="0"/>
              <w:jc w:val="left"/>
            </w:pPr>
            <w:r>
              <w:rPr>
                <w:b/>
                <w:sz w:val="16"/>
              </w:rPr>
              <w:t>Worst recorded event</w:t>
            </w:r>
          </w:p>
        </w:tc>
        <w:tc>
          <w:tcPr>
            <w:tcW w:type="dxa" w:w="1551"/>
            <w:shd w:val="clear" w:color="auto" w:fill="E8E8E8"/>
          </w:tcPr>
          <w:p>
            <w:pPr>
              <w:spacing w:after="0"/>
              <w:jc w:val="left"/>
            </w:pPr>
            <w:r>
              <w:rPr>
                <w:b/>
                <w:sz w:val="16"/>
              </w:rPr>
              <w:t>Most damaging (when different)</w:t>
            </w:r>
          </w:p>
        </w:tc>
        <w:tc>
          <w:tcPr>
            <w:tcW w:type="dxa" w:w="1585"/>
            <w:shd w:val="clear" w:color="auto" w:fill="E8E8E8"/>
          </w:tcPr>
          <w:p>
            <w:pPr>
              <w:spacing w:after="0"/>
              <w:jc w:val="left"/>
            </w:pPr>
            <w:r>
              <w:rPr>
                <w:b/>
                <w:sz w:val="16"/>
              </w:rPr>
              <w:t>How it applies to jurisdictions</w:t>
            </w:r>
          </w:p>
        </w:tc>
        <w:tc>
          <w:tcPr>
            <w:tcW w:type="dxa" w:w="1917"/>
            <w:shd w:val="clear" w:color="auto" w:fill="E8E8E8"/>
          </w:tcPr>
          <w:p>
            <w:pPr>
              <w:spacing w:after="0"/>
              <w:jc w:val="left"/>
            </w:pPr>
            <w:r>
              <w:rPr>
                <w:b/>
                <w:sz w:val="16"/>
              </w:rPr>
              <w:t>Note</w:t>
            </w:r>
          </w:p>
        </w:tc>
      </w:tr>
      <w:tr>
        <w:trPr>
          <w:cantSplit/>
        </w:trPr>
        <w:tc>
          <w:tcPr>
            <w:tcW w:type="dxa" w:w="1820"/>
          </w:tcPr>
          <w:p>
            <w:pPr>
              <w:spacing w:after="0"/>
              <w:jc w:val="left"/>
            </w:pPr>
            <w:r>
              <w:rPr>
                <w:sz w:val="16"/>
              </w:rPr>
              <w:t>Cold/Wind Chill, Extreme Cold/Wind Chill</w:t>
            </w:r>
          </w:p>
        </w:tc>
        <w:tc>
          <w:tcPr>
            <w:tcW w:type="dxa" w:w="1848"/>
          </w:tcPr>
          <w:p>
            <w:pPr>
              <w:spacing w:after="0"/>
              <w:jc w:val="left"/>
            </w:pPr>
            <w:r>
              <w:rPr>
                <w:sz w:val="16"/>
              </w:rPr>
              <w:t>wind chill</w:t>
            </w:r>
          </w:p>
        </w:tc>
        <w:tc>
          <w:tcPr>
            <w:tcW w:type="dxa" w:w="1752"/>
          </w:tcPr>
          <w:p>
            <w:pPr>
              <w:spacing w:after="0"/>
              <w:jc w:val="right"/>
            </w:pPr>
            <w:r>
              <w:rPr>
                <w:sz w:val="16"/>
              </w:rPr>
              <w:t>13 records, 1996 to 2003 (13 zone-level)</w:t>
            </w:r>
          </w:p>
        </w:tc>
        <w:tc>
          <w:tcPr>
            <w:tcW w:type="dxa" w:w="1960"/>
          </w:tcPr>
          <w:p>
            <w:pPr>
              <w:spacing w:after="0"/>
              <w:jc w:val="left"/>
            </w:pPr>
            <w:r>
              <w:rPr>
                <w:sz w:val="16"/>
              </w:rPr>
              <w:t>1 day to 31 days (median 4 days); 10 with a recorded value</w:t>
            </w:r>
          </w:p>
        </w:tc>
        <w:tc>
          <w:tcPr>
            <w:tcW w:type="dxa" w:w="1679"/>
          </w:tcPr>
          <w:p>
            <w:pPr>
              <w:spacing w:after="0"/>
              <w:jc w:val="left"/>
            </w:pPr>
            <w:r>
              <w:rPr>
                <w:sz w:val="16"/>
              </w:rPr>
              <w:t>December 2000 (1 monthly summary record), zone-level</w:t>
            </w:r>
          </w:p>
        </w:tc>
        <w:tc>
          <w:tcPr>
            <w:tcW w:type="dxa" w:w="1551"/>
          </w:tcPr>
          <w:p>
            <w:pPr>
              <w:spacing w:after="0"/>
              <w:jc w:val="left"/>
            </w:pPr>
          </w:p>
        </w:tc>
        <w:tc>
          <w:tcPr>
            <w:tcW w:type="dxa" w:w="1585"/>
          </w:tcPr>
          <w:p>
            <w:pPr>
              <w:spacing w:after="0"/>
              <w:jc w:val="left"/>
            </w:pPr>
            <w:r>
              <w:rPr>
                <w:sz w:val="16"/>
              </w:rPr>
              <w:t>Countywide (zone-level records).</w:t>
            </w:r>
          </w:p>
        </w:tc>
        <w:tc>
          <w:tcPr>
            <w:tcW w:type="dxa" w:w="1917"/>
          </w:tcPr>
          <w:p>
            <w:pPr>
              <w:spacing w:after="0"/>
              <w:jc w:val="left"/>
            </w:pPr>
            <w:r>
              <w:rPr>
                <w:sz w:val="16"/>
              </w:rPr>
              <w:t>Cold/Wind Chill records from May to September (a frost night, not a cold wave) are counted but not used for the longest run.</w:t>
            </w:r>
          </w:p>
        </w:tc>
      </w:tr>
      <w:tr>
        <w:trPr>
          <w:cantSplit/>
        </w:trPr>
        <w:tc>
          <w:tcPr>
            <w:tcW w:type="dxa" w:w="1820"/>
          </w:tcPr>
          <w:p>
            <w:pPr>
              <w:spacing w:after="0"/>
              <w:jc w:val="left"/>
            </w:pPr>
            <w:r>
              <w:rPr>
                <w:sz w:val="16"/>
              </w:rPr>
              <w:t>Frost/Freeze (outside NRI's Cold Wave definition)</w:t>
            </w:r>
          </w:p>
        </w:tc>
        <w:tc>
          <w:tcPr>
            <w:tcW w:type="dxa" w:w="1848"/>
          </w:tcPr>
          <w:p>
            <w:pPr>
              <w:spacing w:after="0"/>
              <w:jc w:val="left"/>
            </w:pPr>
            <w:r>
              <w:rPr>
                <w:sz w:val="16"/>
              </w:rPr>
              <w:t>crop damage</w:t>
            </w:r>
          </w:p>
        </w:tc>
        <w:tc>
          <w:tcPr>
            <w:tcW w:type="dxa" w:w="1752"/>
          </w:tcPr>
          <w:p>
            <w:pPr>
              <w:spacing w:after="0"/>
              <w:jc w:val="right"/>
            </w:pPr>
            <w:r>
              <w:rPr>
                <w:sz w:val="16"/>
              </w:rPr>
              <w:t>1 record, 2007 (1 zone-level)</w:t>
            </w:r>
          </w:p>
        </w:tc>
        <w:tc>
          <w:tcPr>
            <w:tcW w:type="dxa" w:w="1960"/>
          </w:tcPr>
          <w:p>
            <w:pPr>
              <w:spacing w:after="0"/>
              <w:jc w:val="left"/>
            </w:pPr>
          </w:p>
        </w:tc>
        <w:tc>
          <w:tcPr>
            <w:tcW w:type="dxa" w:w="1679"/>
          </w:tcPr>
          <w:p>
            <w:pPr>
              <w:spacing w:after="0"/>
              <w:jc w:val="left"/>
            </w:pPr>
            <w:r>
              <w:rPr>
                <w:sz w:val="16"/>
              </w:rPr>
              <w:t>Frost/Freeze, 2007-04-07, $155,000,000 crop damage (2007 dollars); NWS zone GAZ073</w:t>
            </w:r>
          </w:p>
        </w:tc>
        <w:tc>
          <w:tcPr>
            <w:tcW w:type="dxa" w:w="1551"/>
          </w:tcPr>
          <w:p>
            <w:pPr>
              <w:spacing w:after="0"/>
              <w:jc w:val="left"/>
            </w:pPr>
          </w:p>
        </w:tc>
        <w:tc>
          <w:tcPr>
            <w:tcW w:type="dxa" w:w="1585"/>
          </w:tcPr>
          <w:p>
            <w:pPr>
              <w:spacing w:after="0"/>
              <w:jc w:val="left"/>
            </w:pPr>
            <w:r>
              <w:rPr>
                <w:sz w:val="16"/>
              </w:rPr>
              <w:t>Countywide (zone-level records).</w:t>
            </w:r>
          </w:p>
        </w:tc>
        <w:tc>
          <w:tcPr>
            <w:tcW w:type="dxa" w:w="1917"/>
          </w:tcPr>
          <w:p>
            <w:pPr>
              <w:spacing w:after="0"/>
              <w:jc w:val="left"/>
            </w:pPr>
          </w:p>
        </w:tc>
      </w:tr>
      <w:tr>
        <w:trPr>
          <w:cantSplit/>
        </w:trPr>
        <w:tc>
          <w:tcPr>
            <w:tcW w:type="dxa" w:w="1820"/>
          </w:tcPr>
          <w:p>
            <w:pPr>
              <w:spacing w:after="0"/>
              <w:jc w:val="left"/>
            </w:pPr>
            <w:r>
              <w:rPr>
                <w:sz w:val="16"/>
              </w:rPr>
              <w:t>Drought</w:t>
            </w:r>
          </w:p>
        </w:tc>
        <w:tc>
          <w:tcPr>
            <w:tcW w:type="dxa" w:w="1848"/>
          </w:tcPr>
          <w:p>
            <w:pPr>
              <w:spacing w:after="0"/>
              <w:jc w:val="left"/>
            </w:pPr>
            <w:r>
              <w:rPr>
                <w:sz w:val="16"/>
              </w:rPr>
              <w:t>U.S. Drought Monitor scale (D0 to D4)</w:t>
            </w:r>
          </w:p>
        </w:tc>
        <w:tc>
          <w:tcPr>
            <w:tcW w:type="dxa" w:w="1752"/>
          </w:tcPr>
          <w:p>
            <w:pPr>
              <w:spacing w:after="0"/>
              <w:jc w:val="right"/>
            </w:pPr>
            <w:r>
              <w:rPr>
                <w:sz w:val="16"/>
              </w:rPr>
              <w:t>29 records, 1997 to 2019 (29 zone-level)</w:t>
            </w:r>
          </w:p>
        </w:tc>
        <w:tc>
          <w:tcPr>
            <w:tcW w:type="dxa" w:w="1960"/>
          </w:tcPr>
          <w:p>
            <w:pPr>
              <w:spacing w:after="0"/>
              <w:jc w:val="left"/>
            </w:pPr>
            <w:r>
              <w:rPr>
                <w:sz w:val="16"/>
              </w:rPr>
              <w:t>22 days to 153 days (median 31 days); 16 with a recorded value</w:t>
            </w:r>
          </w:p>
        </w:tc>
        <w:tc>
          <w:tcPr>
            <w:tcW w:type="dxa" w:w="1679"/>
          </w:tcPr>
          <w:p>
            <w:pPr>
              <w:spacing w:after="0"/>
              <w:jc w:val="left"/>
            </w:pPr>
            <w:r>
              <w:rPr>
                <w:sz w:val="16"/>
              </w:rPr>
              <w:t>153 days (5 months), 2016-09-01 to 2017-01-31, a run of 5 consecutive Storm Events drought records, zone-level</w:t>
            </w:r>
          </w:p>
        </w:tc>
        <w:tc>
          <w:tcPr>
            <w:tcW w:type="dxa" w:w="1551"/>
          </w:tcPr>
          <w:p>
            <w:pPr>
              <w:spacing w:after="0"/>
              <w:jc w:val="left"/>
            </w:pPr>
            <w:r>
              <w:rPr>
                <w:sz w:val="16"/>
              </w:rPr>
              <w:t>Drought, 2007-09-01, $0 property; $344,000,000 crops (zone total, 2007 dollars) (as recorded; larger than this county's annual agriculture value in the National Risk Index (the county or state extension service keeps crop loss records))</w:t>
            </w:r>
          </w:p>
        </w:tc>
        <w:tc>
          <w:tcPr>
            <w:tcW w:type="dxa" w:w="1585"/>
          </w:tcPr>
          <w:p>
            <w:pPr>
              <w:spacing w:after="0"/>
              <w:jc w:val="left"/>
            </w:pPr>
            <w:r>
              <w:rPr>
                <w:sz w:val="16"/>
              </w:rPr>
              <w:t>Countywide (zone-level records).</w:t>
            </w:r>
          </w:p>
        </w:tc>
        <w:tc>
          <w:tcPr>
            <w:tcW w:type="dxa" w:w="19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848"/>
          </w:tcPr>
          <w:p>
            <w:pPr>
              <w:spacing w:after="0"/>
              <w:jc w:val="left"/>
            </w:pPr>
            <w:r>
              <w:rPr>
                <w:sz w:val="16"/>
              </w:rPr>
              <w:t>Modified Mercalli (local data)</w:t>
            </w:r>
          </w:p>
        </w:tc>
        <w:tc>
          <w:tcPr>
            <w:tcW w:type="dxa" w:w="1752"/>
          </w:tcPr>
          <w:p>
            <w:pPr>
              <w:spacing w:after="0"/>
              <w:jc w:val="right"/>
            </w:pPr>
            <w:r>
              <w:rPr>
                <w:sz w:val="16"/>
              </w:rPr>
              <w:t>0</w:t>
            </w:r>
          </w:p>
        </w:tc>
        <w:tc>
          <w:tcPr>
            <w:tcW w:type="dxa" w:w="1960"/>
          </w:tcPr>
          <w:p>
            <w:pPr>
              <w:spacing w:after="0"/>
              <w:jc w:val="left"/>
            </w:pPr>
          </w:p>
        </w:tc>
        <w:tc>
          <w:tcPr>
            <w:tcW w:type="dxa" w:w="1679"/>
          </w:tcPr>
          <w:p>
            <w:pPr>
              <w:spacing w:after="0"/>
              <w:jc w:val="left"/>
            </w:pPr>
          </w:p>
        </w:tc>
        <w:tc>
          <w:tcPr>
            <w:tcW w:type="dxa" w:w="1551"/>
          </w:tcPr>
          <w:p>
            <w:pPr>
              <w:spacing w:after="0"/>
              <w:jc w:val="left"/>
            </w:pPr>
          </w:p>
        </w:tc>
        <w:tc>
          <w:tcPr>
            <w:tcW w:type="dxa" w:w="1585"/>
          </w:tcPr>
          <w:p>
            <w:pPr>
              <w:spacing w:after="0"/>
              <w:jc w:val="left"/>
            </w:pPr>
          </w:p>
        </w:tc>
        <w:tc>
          <w:tcPr>
            <w:tcW w:type="dxa" w:w="1917"/>
          </w:tcPr>
          <w:p>
            <w:pPr>
              <w:spacing w:after="0"/>
              <w:jc w:val="left"/>
            </w:pPr>
            <w:r>
              <w:rPr>
                <w:sz w:val="16"/>
              </w:rPr>
              <w:t>Storm Events does not record earthquakes; the USGS earthquake catalog is the source.</w:t>
            </w:r>
          </w:p>
        </w:tc>
      </w:tr>
      <w:tr>
        <w:trPr>
          <w:cantSplit/>
        </w:trPr>
        <w:tc>
          <w:tcPr>
            <w:tcW w:type="dxa" w:w="1820"/>
          </w:tcPr>
          <w:p>
            <w:pPr>
              <w:spacing w:after="0"/>
              <w:jc w:val="left"/>
            </w:pPr>
            <w:r>
              <w:rPr>
                <w:sz w:val="16"/>
              </w:rPr>
              <w:t>Hail</w:t>
            </w:r>
          </w:p>
        </w:tc>
        <w:tc>
          <w:tcPr>
            <w:tcW w:type="dxa" w:w="1848"/>
          </w:tcPr>
          <w:p>
            <w:pPr>
              <w:spacing w:after="0"/>
              <w:jc w:val="left"/>
            </w:pPr>
            <w:r>
              <w:rPr>
                <w:sz w:val="16"/>
              </w:rPr>
              <w:t>hail size (inches)</w:t>
            </w:r>
          </w:p>
        </w:tc>
        <w:tc>
          <w:tcPr>
            <w:tcW w:type="dxa" w:w="1752"/>
          </w:tcPr>
          <w:p>
            <w:pPr>
              <w:spacing w:after="0"/>
              <w:jc w:val="right"/>
            </w:pPr>
            <w:r>
              <w:rPr>
                <w:sz w:val="16"/>
              </w:rPr>
              <w:t>44 records, 1983 to 2023</w:t>
            </w:r>
          </w:p>
        </w:tc>
        <w:tc>
          <w:tcPr>
            <w:tcW w:type="dxa" w:w="1960"/>
          </w:tcPr>
          <w:p>
            <w:pPr>
              <w:spacing w:after="0"/>
              <w:jc w:val="left"/>
            </w:pPr>
            <w:r>
              <w:rPr>
                <w:sz w:val="16"/>
              </w:rPr>
              <w:t>0.75 in to 2.75 in (median 0.88 in); 44 with a recorded value</w:t>
            </w:r>
          </w:p>
        </w:tc>
        <w:tc>
          <w:tcPr>
            <w:tcW w:type="dxa" w:w="1679"/>
          </w:tcPr>
          <w:p>
            <w:pPr>
              <w:spacing w:after="0"/>
              <w:jc w:val="left"/>
            </w:pPr>
            <w:r>
              <w:rPr>
                <w:sz w:val="16"/>
              </w:rPr>
              <w:t>2.75 in hail, 2008-05-20</w:t>
            </w:r>
          </w:p>
        </w:tc>
        <w:tc>
          <w:tcPr>
            <w:tcW w:type="dxa" w:w="1551"/>
          </w:tcPr>
          <w:p>
            <w:pPr>
              <w:spacing w:after="0"/>
              <w:jc w:val="left"/>
            </w:pPr>
          </w:p>
        </w:tc>
        <w:tc>
          <w:tcPr>
            <w:tcW w:type="dxa" w:w="1585"/>
          </w:tcPr>
          <w:p>
            <w:pPr>
              <w:spacing w:after="0"/>
              <w:jc w:val="left"/>
            </w:pPr>
            <w:r>
              <w:rPr>
                <w:sz w:val="16"/>
              </w:rPr>
              <w:t>Event records naming jurisdictions in the plan: Milledgeville city (27 records).</w:t>
            </w:r>
          </w:p>
        </w:tc>
        <w:tc>
          <w:tcPr>
            <w:tcW w:type="dxa" w:w="1917"/>
          </w:tcPr>
          <w:p>
            <w:pPr>
              <w:spacing w:after="0"/>
              <w:jc w:val="left"/>
            </w:pPr>
          </w:p>
        </w:tc>
      </w:tr>
      <w:tr>
        <w:trPr>
          <w:cantSplit/>
        </w:trPr>
        <w:tc>
          <w:tcPr>
            <w:tcW w:type="dxa" w:w="1820"/>
          </w:tcPr>
          <w:p>
            <w:pPr>
              <w:spacing w:after="0"/>
              <w:jc w:val="left"/>
            </w:pPr>
            <w:r>
              <w:rPr>
                <w:sz w:val="16"/>
              </w:rPr>
              <w:t>Excessive Heat, Heat</w:t>
            </w:r>
          </w:p>
        </w:tc>
        <w:tc>
          <w:tcPr>
            <w:tcW w:type="dxa" w:w="1848"/>
          </w:tcPr>
          <w:p>
            <w:pPr>
              <w:spacing w:after="0"/>
              <w:jc w:val="left"/>
            </w:pPr>
            <w:r>
              <w:rPr>
                <w:sz w:val="16"/>
              </w:rPr>
              <w:t>heat index (in event narratives)</w:t>
            </w:r>
          </w:p>
        </w:tc>
        <w:tc>
          <w:tcPr>
            <w:tcW w:type="dxa" w:w="1752"/>
          </w:tcPr>
          <w:p>
            <w:pPr>
              <w:spacing w:after="0"/>
              <w:jc w:val="right"/>
            </w:pPr>
            <w:r>
              <w:rPr>
                <w:sz w:val="16"/>
              </w:rPr>
              <w:t>11 records, 1999 to 2012 (11 zone-level)</w:t>
            </w:r>
          </w:p>
        </w:tc>
        <w:tc>
          <w:tcPr>
            <w:tcW w:type="dxa" w:w="1960"/>
          </w:tcPr>
          <w:p>
            <w:pPr>
              <w:spacing w:after="0"/>
              <w:jc w:val="left"/>
            </w:pPr>
            <w:r>
              <w:rPr>
                <w:sz w:val="16"/>
              </w:rPr>
              <w:t>3 days to 33 days (median 10 days); 5 with a recorded value</w:t>
            </w:r>
          </w:p>
        </w:tc>
        <w:tc>
          <w:tcPr>
            <w:tcW w:type="dxa" w:w="1679"/>
          </w:tcPr>
          <w:p>
            <w:pPr>
              <w:spacing w:after="0"/>
              <w:jc w:val="left"/>
            </w:pPr>
            <w:r>
              <w:rPr>
                <w:sz w:val="16"/>
              </w:rPr>
              <w:t>1999-07-20 to 1999-08-21 (2 records, 1 of them a monthly summary record), zone-level</w:t>
            </w:r>
          </w:p>
        </w:tc>
        <w:tc>
          <w:tcPr>
            <w:tcW w:type="dxa" w:w="1551"/>
          </w:tcPr>
          <w:p>
            <w:pPr>
              <w:spacing w:after="0"/>
              <w:jc w:val="left"/>
            </w:pPr>
          </w:p>
        </w:tc>
        <w:tc>
          <w:tcPr>
            <w:tcW w:type="dxa" w:w="1585"/>
          </w:tcPr>
          <w:p>
            <w:pPr>
              <w:spacing w:after="0"/>
              <w:jc w:val="left"/>
            </w:pPr>
            <w:r>
              <w:rPr>
                <w:sz w:val="16"/>
              </w:rPr>
              <w:t>Countywide (zone-level records).</w:t>
            </w:r>
          </w:p>
        </w:tc>
        <w:tc>
          <w:tcPr>
            <w:tcW w:type="dxa" w:w="1917"/>
          </w:tcPr>
          <w:p>
            <w:pPr>
              <w:spacing w:after="0"/>
              <w:jc w:val="left"/>
            </w:pPr>
            <w:r>
              <w:rPr>
                <w:sz w:val="16"/>
              </w:rPr>
              <w:t>Heat records from November to March (unseasonable warmth, not a heat wave) are counted but not used for the longest run.</w:t>
            </w:r>
          </w:p>
        </w:tc>
      </w:tr>
      <w:tr>
        <w:trPr>
          <w:cantSplit/>
        </w:trPr>
        <w:tc>
          <w:tcPr>
            <w:tcW w:type="dxa" w:w="1820"/>
          </w:tcPr>
          <w:p>
            <w:pPr>
              <w:spacing w:after="0"/>
              <w:jc w:val="left"/>
            </w:pPr>
            <w:r>
              <w:rPr>
                <w:sz w:val="16"/>
              </w:rPr>
              <w:t>Hurricane, Tropical Storm, Tropical Depression</w:t>
            </w:r>
          </w:p>
        </w:tc>
        <w:tc>
          <w:tcPr>
            <w:tcW w:type="dxa" w:w="1848"/>
          </w:tcPr>
          <w:p>
            <w:pPr>
              <w:spacing w:after="0"/>
              <w:jc w:val="left"/>
            </w:pPr>
            <w:r>
              <w:rPr>
                <w:sz w:val="16"/>
              </w:rPr>
              <w:t>Saffir-Simpson</w:t>
            </w:r>
          </w:p>
        </w:tc>
        <w:tc>
          <w:tcPr>
            <w:tcW w:type="dxa" w:w="1752"/>
          </w:tcPr>
          <w:p>
            <w:pPr>
              <w:spacing w:after="0"/>
              <w:jc w:val="right"/>
            </w:pPr>
            <w:r>
              <w:rPr>
                <w:sz w:val="16"/>
              </w:rPr>
              <w:t>18 records, 2001 to 2024 (18 zone-level)</w:t>
            </w:r>
          </w:p>
        </w:tc>
        <w:tc>
          <w:tcPr>
            <w:tcW w:type="dxa" w:w="1960"/>
          </w:tcPr>
          <w:p>
            <w:pPr>
              <w:spacing w:after="0"/>
              <w:jc w:val="left"/>
            </w:pPr>
          </w:p>
        </w:tc>
        <w:tc>
          <w:tcPr>
            <w:tcW w:type="dxa" w:w="1679"/>
          </w:tcPr>
          <w:p>
            <w:pPr>
              <w:spacing w:after="0"/>
              <w:jc w:val="left"/>
            </w:pPr>
            <w:r>
              <w:rPr>
                <w:sz w:val="16"/>
              </w:rPr>
              <w:t>Strongest recorded: Tropical Storm record, 2008-08-21 to 2008-08-27, $1,890,000 property; $0 crops (2008 dollars); NWS zone GAZ073</w:t>
            </w:r>
          </w:p>
        </w:tc>
        <w:tc>
          <w:tcPr>
            <w:tcW w:type="dxa" w:w="1551"/>
          </w:tcPr>
          <w:p>
            <w:pPr>
              <w:spacing w:after="0"/>
              <w:jc w:val="left"/>
            </w:pPr>
          </w:p>
        </w:tc>
        <w:tc>
          <w:tcPr>
            <w:tcW w:type="dxa" w:w="1585"/>
          </w:tcPr>
          <w:p>
            <w:pPr>
              <w:spacing w:after="0"/>
              <w:jc w:val="left"/>
            </w:pPr>
            <w:r>
              <w:rPr>
                <w:sz w:val="16"/>
              </w:rPr>
              <w:t>Countywide (zone-level records).</w:t>
            </w:r>
          </w:p>
        </w:tc>
        <w:tc>
          <w:tcPr>
            <w:tcW w:type="dxa" w:w="19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0"/>
          </w:tcPr>
          <w:p>
            <w:pPr>
              <w:spacing w:after="0"/>
              <w:jc w:val="left"/>
            </w:pPr>
            <w:r>
              <w:rPr>
                <w:sz w:val="16"/>
              </w:rPr>
              <w:t>Ice Storm</w:t>
            </w:r>
          </w:p>
        </w:tc>
        <w:tc>
          <w:tcPr>
            <w:tcW w:type="dxa" w:w="1848"/>
          </w:tcPr>
          <w:p>
            <w:pPr>
              <w:spacing w:after="0"/>
              <w:jc w:val="left"/>
            </w:pPr>
            <w:r>
              <w:rPr>
                <w:sz w:val="16"/>
              </w:rPr>
              <w:t>Sperry-Piltz ice scale (local data)</w:t>
            </w:r>
          </w:p>
        </w:tc>
        <w:tc>
          <w:tcPr>
            <w:tcW w:type="dxa" w:w="1752"/>
          </w:tcPr>
          <w:p>
            <w:pPr>
              <w:spacing w:after="0"/>
              <w:jc w:val="right"/>
            </w:pPr>
            <w:r>
              <w:rPr>
                <w:sz w:val="16"/>
              </w:rPr>
              <w:t>2 records, 2004 to 2014 (2 zone-level)</w:t>
            </w:r>
          </w:p>
        </w:tc>
        <w:tc>
          <w:tcPr>
            <w:tcW w:type="dxa" w:w="1960"/>
          </w:tcPr>
          <w:p>
            <w:pPr>
              <w:spacing w:after="0"/>
              <w:jc w:val="left"/>
            </w:pPr>
          </w:p>
        </w:tc>
        <w:tc>
          <w:tcPr>
            <w:tcW w:type="dxa" w:w="1679"/>
          </w:tcPr>
          <w:p>
            <w:pPr>
              <w:spacing w:after="0"/>
              <w:jc w:val="left"/>
            </w:pPr>
            <w:r>
              <w:rPr>
                <w:sz w:val="16"/>
              </w:rPr>
              <w:t>Ice Storm, 2004-01-25, $10,000 property; crops not reported (2004 dollars); NWS zone GAZ073</w:t>
            </w:r>
          </w:p>
        </w:tc>
        <w:tc>
          <w:tcPr>
            <w:tcW w:type="dxa" w:w="1551"/>
          </w:tcPr>
          <w:p>
            <w:pPr>
              <w:spacing w:after="0"/>
              <w:jc w:val="left"/>
            </w:pPr>
          </w:p>
        </w:tc>
        <w:tc>
          <w:tcPr>
            <w:tcW w:type="dxa" w:w="1585"/>
          </w:tcPr>
          <w:p>
            <w:pPr>
              <w:spacing w:after="0"/>
              <w:jc w:val="left"/>
            </w:pPr>
            <w:r>
              <w:rPr>
                <w:sz w:val="16"/>
              </w:rPr>
              <w:t>Countywide (zone-level records).</w:t>
            </w:r>
          </w:p>
        </w:tc>
        <w:tc>
          <w:tcPr>
            <w:tcW w:type="dxa" w:w="1917"/>
          </w:tcPr>
          <w:p>
            <w:pPr>
              <w:spacing w:after="0"/>
              <w:jc w:val="left"/>
            </w:pPr>
          </w:p>
        </w:tc>
      </w:tr>
      <w:tr>
        <w:trPr>
          <w:cantSplit/>
        </w:trPr>
        <w:tc>
          <w:tcPr>
            <w:tcW w:type="dxa" w:w="1820"/>
          </w:tcPr>
          <w:p>
            <w:pPr>
              <w:spacing w:after="0"/>
              <w:jc w:val="left"/>
            </w:pPr>
            <w:r>
              <w:rPr>
                <w:sz w:val="16"/>
              </w:rPr>
              <w:t>Flash Flood, Flood, Lakeshore Flood</w:t>
            </w:r>
          </w:p>
        </w:tc>
        <w:tc>
          <w:tcPr>
            <w:tcW w:type="dxa" w:w="1848"/>
          </w:tcPr>
          <w:p>
            <w:pPr>
              <w:spacing w:after="0"/>
              <w:jc w:val="left"/>
            </w:pPr>
            <w:r>
              <w:rPr>
                <w:sz w:val="16"/>
              </w:rPr>
              <w:t>damage and flood days (flood depth: FIRM)</w:t>
            </w:r>
          </w:p>
        </w:tc>
        <w:tc>
          <w:tcPr>
            <w:tcW w:type="dxa" w:w="1752"/>
          </w:tcPr>
          <w:p>
            <w:pPr>
              <w:spacing w:after="0"/>
              <w:jc w:val="right"/>
            </w:pPr>
            <w:r>
              <w:rPr>
                <w:sz w:val="16"/>
              </w:rPr>
              <w:t>14 records, 1997 to 2020 (4 zone-level)</w:t>
            </w:r>
          </w:p>
        </w:tc>
        <w:tc>
          <w:tcPr>
            <w:tcW w:type="dxa" w:w="1960"/>
          </w:tcPr>
          <w:p>
            <w:pPr>
              <w:spacing w:after="0"/>
              <w:jc w:val="left"/>
            </w:pPr>
          </w:p>
        </w:tc>
        <w:tc>
          <w:tcPr>
            <w:tcW w:type="dxa" w:w="1679"/>
          </w:tcPr>
          <w:p>
            <w:pPr>
              <w:spacing w:after="0"/>
              <w:jc w:val="left"/>
            </w:pPr>
            <w:r>
              <w:rPr>
                <w:sz w:val="16"/>
              </w:rPr>
              <w:t>Flood, 2001-06-13, $22,000 property; crops not reported (2001 dollars)</w:t>
            </w:r>
          </w:p>
        </w:tc>
        <w:tc>
          <w:tcPr>
            <w:tcW w:type="dxa" w:w="1551"/>
          </w:tcPr>
          <w:p>
            <w:pPr>
              <w:spacing w:after="0"/>
              <w:jc w:val="left"/>
            </w:pPr>
          </w:p>
        </w:tc>
        <w:tc>
          <w:tcPr>
            <w:tcW w:type="dxa" w:w="1585"/>
          </w:tcPr>
          <w:p>
            <w:pPr>
              <w:spacing w:after="0"/>
              <w:jc w:val="left"/>
            </w:pPr>
            <w:r>
              <w:rPr>
                <w:sz w:val="16"/>
              </w:rPr>
              <w:t>Event records naming jurisdictions in the plan: Milledgeville city (3 records). Zone-level records (4) apply countywide.</w:t>
            </w:r>
          </w:p>
        </w:tc>
        <w:tc>
          <w:tcPr>
            <w:tcW w:type="dxa" w:w="19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0"/>
          </w:tcPr>
          <w:p>
            <w:pPr>
              <w:spacing w:after="0"/>
              <w:jc w:val="left"/>
            </w:pPr>
            <w:r>
              <w:rPr>
                <w:sz w:val="16"/>
              </w:rPr>
              <w:t>Debris Flow</w:t>
            </w:r>
          </w:p>
        </w:tc>
        <w:tc>
          <w:tcPr>
            <w:tcW w:type="dxa" w:w="1848"/>
          </w:tcPr>
          <w:p>
            <w:pPr>
              <w:spacing w:after="0"/>
              <w:jc w:val="left"/>
            </w:pPr>
            <w:r>
              <w:rPr>
                <w:sz w:val="16"/>
              </w:rPr>
              <w:t>none (count and damage only)</w:t>
            </w:r>
          </w:p>
        </w:tc>
        <w:tc>
          <w:tcPr>
            <w:tcW w:type="dxa" w:w="1752"/>
          </w:tcPr>
          <w:p>
            <w:pPr>
              <w:spacing w:after="0"/>
              <w:jc w:val="right"/>
            </w:pPr>
            <w:r>
              <w:rPr>
                <w:sz w:val="16"/>
              </w:rPr>
              <w:t>0</w:t>
            </w:r>
          </w:p>
        </w:tc>
        <w:tc>
          <w:tcPr>
            <w:tcW w:type="dxa" w:w="1960"/>
          </w:tcPr>
          <w:p>
            <w:pPr>
              <w:spacing w:after="0"/>
              <w:jc w:val="left"/>
            </w:pPr>
          </w:p>
        </w:tc>
        <w:tc>
          <w:tcPr>
            <w:tcW w:type="dxa" w:w="1679"/>
          </w:tcPr>
          <w:p>
            <w:pPr>
              <w:spacing w:after="0"/>
              <w:jc w:val="left"/>
            </w:pPr>
          </w:p>
        </w:tc>
        <w:tc>
          <w:tcPr>
            <w:tcW w:type="dxa" w:w="1551"/>
          </w:tcPr>
          <w:p>
            <w:pPr>
              <w:spacing w:after="0"/>
              <w:jc w:val="left"/>
            </w:pPr>
          </w:p>
        </w:tc>
        <w:tc>
          <w:tcPr>
            <w:tcW w:type="dxa" w:w="1585"/>
          </w:tcPr>
          <w:p>
            <w:pPr>
              <w:spacing w:after="0"/>
              <w:jc w:val="left"/>
            </w:pPr>
          </w:p>
        </w:tc>
        <w:tc>
          <w:tcPr>
            <w:tcW w:type="dxa" w:w="1917"/>
          </w:tcPr>
          <w:p>
            <w:pPr>
              <w:spacing w:after="0"/>
              <w:jc w:val="left"/>
            </w:pPr>
          </w:p>
        </w:tc>
      </w:tr>
      <w:tr>
        <w:trPr>
          <w:cantSplit/>
        </w:trPr>
        <w:tc>
          <w:tcPr>
            <w:tcW w:type="dxa" w:w="1820"/>
          </w:tcPr>
          <w:p>
            <w:pPr>
              <w:spacing w:after="0"/>
              <w:jc w:val="left"/>
            </w:pPr>
            <w:r>
              <w:rPr>
                <w:sz w:val="16"/>
              </w:rPr>
              <w:t>Lightning</w:t>
            </w:r>
          </w:p>
        </w:tc>
        <w:tc>
          <w:tcPr>
            <w:tcW w:type="dxa" w:w="1848"/>
          </w:tcPr>
          <w:p>
            <w:pPr>
              <w:spacing w:after="0"/>
              <w:jc w:val="left"/>
            </w:pPr>
            <w:r>
              <w:rPr>
                <w:sz w:val="16"/>
              </w:rPr>
              <w:t>annualized frequency (the measure FEMA's Local Mitigation Planning Handbook names)</w:t>
            </w:r>
          </w:p>
        </w:tc>
        <w:tc>
          <w:tcPr>
            <w:tcW w:type="dxa" w:w="1752"/>
          </w:tcPr>
          <w:p>
            <w:pPr>
              <w:spacing w:after="0"/>
              <w:jc w:val="right"/>
            </w:pPr>
            <w:r>
              <w:rPr>
                <w:sz w:val="16"/>
              </w:rPr>
              <w:t>5 records, 2007 to 2023</w:t>
            </w:r>
          </w:p>
        </w:tc>
        <w:tc>
          <w:tcPr>
            <w:tcW w:type="dxa" w:w="1960"/>
          </w:tcPr>
          <w:p>
            <w:pPr>
              <w:spacing w:after="0"/>
              <w:jc w:val="left"/>
            </w:pPr>
          </w:p>
        </w:tc>
        <w:tc>
          <w:tcPr>
            <w:tcW w:type="dxa" w:w="1679"/>
          </w:tcPr>
          <w:p>
            <w:pPr>
              <w:spacing w:after="0"/>
              <w:jc w:val="left"/>
            </w:pPr>
            <w:r>
              <w:rPr>
                <w:sz w:val="16"/>
              </w:rPr>
              <w:t>Lightning, 2023-06-14, $300,000 property; crops not reported (2023 dollars)</w:t>
            </w:r>
          </w:p>
        </w:tc>
        <w:tc>
          <w:tcPr>
            <w:tcW w:type="dxa" w:w="1551"/>
          </w:tcPr>
          <w:p>
            <w:pPr>
              <w:spacing w:after="0"/>
              <w:jc w:val="left"/>
            </w:pPr>
          </w:p>
        </w:tc>
        <w:tc>
          <w:tcPr>
            <w:tcW w:type="dxa" w:w="1585"/>
          </w:tcPr>
          <w:p>
            <w:pPr>
              <w:spacing w:after="0"/>
              <w:jc w:val="left"/>
            </w:pPr>
            <w:r>
              <w:rPr>
                <w:sz w:val="16"/>
              </w:rPr>
              <w:t>Event records naming jurisdictions in the plan: Milledgeville city (1 record).</w:t>
            </w:r>
          </w:p>
        </w:tc>
        <w:tc>
          <w:tcPr>
            <w:tcW w:type="dxa" w:w="1917"/>
          </w:tcPr>
          <w:p>
            <w:pPr>
              <w:spacing w:after="0"/>
              <w:jc w:val="left"/>
            </w:pPr>
            <w:r>
              <w:rPr>
                <w:sz w:val="16"/>
              </w:rPr>
              <w:t>Storm Events lists lightning with damage or casualties.</w:t>
            </w:r>
          </w:p>
        </w:tc>
      </w:tr>
      <w:tr>
        <w:trPr>
          <w:cantSplit/>
        </w:trPr>
        <w:tc>
          <w:tcPr>
            <w:tcW w:type="dxa" w:w="1820"/>
          </w:tcPr>
          <w:p>
            <w:pPr>
              <w:spacing w:after="0"/>
              <w:jc w:val="left"/>
            </w:pPr>
            <w:r>
              <w:rPr>
                <w:sz w:val="16"/>
              </w:rPr>
              <w:t>High Wind and Strong Wind (outside NRI's Strong Wind definition)</w:t>
            </w:r>
          </w:p>
        </w:tc>
        <w:tc>
          <w:tcPr>
            <w:tcW w:type="dxa" w:w="1848"/>
          </w:tcPr>
          <w:p>
            <w:pPr>
              <w:spacing w:after="0"/>
              <w:jc w:val="left"/>
            </w:pPr>
            <w:r>
              <w:rPr>
                <w:sz w:val="16"/>
              </w:rPr>
              <w:t>wind speed (kt and mph)</w:t>
            </w:r>
          </w:p>
        </w:tc>
        <w:tc>
          <w:tcPr>
            <w:tcW w:type="dxa" w:w="1752"/>
          </w:tcPr>
          <w:p>
            <w:pPr>
              <w:spacing w:after="0"/>
              <w:jc w:val="right"/>
            </w:pPr>
            <w:r>
              <w:rPr>
                <w:sz w:val="16"/>
              </w:rPr>
              <w:t>10 records, 2000 to 2009 (9 zone-level)</w:t>
            </w:r>
          </w:p>
        </w:tc>
        <w:tc>
          <w:tcPr>
            <w:tcW w:type="dxa" w:w="1960"/>
          </w:tcPr>
          <w:p>
            <w:pPr>
              <w:spacing w:after="0"/>
              <w:jc w:val="left"/>
            </w:pPr>
            <w:r>
              <w:rPr>
                <w:sz w:val="16"/>
              </w:rPr>
              <w:t>30 kt (35 mph) to 43 kt (49 mph) (median 39 kt (45 mph)); 6 with a recorded value</w:t>
            </w:r>
          </w:p>
        </w:tc>
        <w:tc>
          <w:tcPr>
            <w:tcW w:type="dxa" w:w="1679"/>
          </w:tcPr>
          <w:p>
            <w:pPr>
              <w:spacing w:after="0"/>
              <w:jc w:val="left"/>
            </w:pPr>
            <w:r>
              <w:rPr>
                <w:sz w:val="16"/>
              </w:rPr>
              <w:t>43 kt (49 mph) estimated gust, Strong Wind, 2008-10-24; NWS zone GAZ073</w:t>
            </w:r>
          </w:p>
        </w:tc>
        <w:tc>
          <w:tcPr>
            <w:tcW w:type="dxa" w:w="1551"/>
          </w:tcPr>
          <w:p>
            <w:pPr>
              <w:spacing w:after="0"/>
              <w:jc w:val="left"/>
            </w:pPr>
            <w:r>
              <w:rPr>
                <w:sz w:val="16"/>
              </w:rPr>
              <w:t>High Wind, 2004-09-07, $1,000,000 property; crops not reported (zone total, 2004 dollars)</w:t>
            </w:r>
          </w:p>
        </w:tc>
        <w:tc>
          <w:tcPr>
            <w:tcW w:type="dxa" w:w="1585"/>
          </w:tcPr>
          <w:p>
            <w:pPr>
              <w:spacing w:after="0"/>
              <w:jc w:val="left"/>
            </w:pPr>
            <w:r>
              <w:rPr>
                <w:sz w:val="16"/>
              </w:rPr>
              <w:t>Event records naming jurisdictions in the plan: Milledgeville city (1 record). Zone-level records (9) apply countywide.</w:t>
            </w:r>
          </w:p>
        </w:tc>
        <w:tc>
          <w:tcPr>
            <w:tcW w:type="dxa" w:w="1917"/>
          </w:tcPr>
          <w:p>
            <w:pPr>
              <w:spacing w:after="0"/>
              <w:jc w:val="left"/>
            </w:pPr>
          </w:p>
        </w:tc>
      </w:tr>
      <w:tr>
        <w:trPr>
          <w:cantSplit/>
        </w:trPr>
        <w:tc>
          <w:tcPr>
            <w:tcW w:type="dxa" w:w="1820"/>
          </w:tcPr>
          <w:p>
            <w:pPr>
              <w:spacing w:after="0"/>
              <w:jc w:val="left"/>
            </w:pPr>
            <w:r>
              <w:rPr>
                <w:sz w:val="16"/>
              </w:rPr>
              <w:t>Thunderstorm Wind</w:t>
            </w:r>
          </w:p>
        </w:tc>
        <w:tc>
          <w:tcPr>
            <w:tcW w:type="dxa" w:w="1848"/>
          </w:tcPr>
          <w:p>
            <w:pPr>
              <w:spacing w:after="0"/>
              <w:jc w:val="left"/>
            </w:pPr>
            <w:r>
              <w:rPr>
                <w:sz w:val="16"/>
              </w:rPr>
              <w:t>wind speed (kt and mph)</w:t>
            </w:r>
          </w:p>
        </w:tc>
        <w:tc>
          <w:tcPr>
            <w:tcW w:type="dxa" w:w="1752"/>
          </w:tcPr>
          <w:p>
            <w:pPr>
              <w:spacing w:after="0"/>
              <w:jc w:val="right"/>
            </w:pPr>
            <w:r>
              <w:rPr>
                <w:sz w:val="16"/>
              </w:rPr>
              <w:t>119 records, 1958 to 2026</w:t>
            </w:r>
          </w:p>
        </w:tc>
        <w:tc>
          <w:tcPr>
            <w:tcW w:type="dxa" w:w="1960"/>
          </w:tcPr>
          <w:p>
            <w:pPr>
              <w:spacing w:after="0"/>
              <w:jc w:val="left"/>
            </w:pPr>
            <w:r>
              <w:rPr>
                <w:sz w:val="16"/>
              </w:rPr>
              <w:t>31 kt (36 mph) to 80 kt (92 mph) (median 50 kt (58 mph)); 72 with a recorded value</w:t>
            </w:r>
          </w:p>
        </w:tc>
        <w:tc>
          <w:tcPr>
            <w:tcW w:type="dxa" w:w="1679"/>
          </w:tcPr>
          <w:p>
            <w:pPr>
              <w:spacing w:after="0"/>
              <w:jc w:val="left"/>
            </w:pPr>
            <w:r>
              <w:rPr>
                <w:sz w:val="16"/>
              </w:rPr>
              <w:t>80 kt (92 mph) estimated gust, Thunderstorm Wind, 2008-05-20</w:t>
            </w:r>
          </w:p>
        </w:tc>
        <w:tc>
          <w:tcPr>
            <w:tcW w:type="dxa" w:w="1551"/>
          </w:tcPr>
          <w:p>
            <w:pPr>
              <w:spacing w:after="0"/>
              <w:jc w:val="left"/>
            </w:pPr>
          </w:p>
        </w:tc>
        <w:tc>
          <w:tcPr>
            <w:tcW w:type="dxa" w:w="1585"/>
          </w:tcPr>
          <w:p>
            <w:pPr>
              <w:spacing w:after="0"/>
              <w:jc w:val="left"/>
            </w:pPr>
            <w:r>
              <w:rPr>
                <w:sz w:val="16"/>
              </w:rPr>
              <w:t>Event records naming jurisdictions in the plan: Milledgeville city (46 records).</w:t>
            </w:r>
          </w:p>
        </w:tc>
        <w:tc>
          <w:tcPr>
            <w:tcW w:type="dxa" w:w="1917"/>
          </w:tcPr>
          <w:p>
            <w:pPr>
              <w:spacing w:after="0"/>
              <w:jc w:val="left"/>
            </w:pPr>
          </w:p>
        </w:tc>
      </w:tr>
      <w:tr>
        <w:trPr>
          <w:cantSplit/>
        </w:trPr>
        <w:tc>
          <w:tcPr>
            <w:tcW w:type="dxa" w:w="1820"/>
          </w:tcPr>
          <w:p>
            <w:pPr>
              <w:spacing w:after="0"/>
              <w:jc w:val="left"/>
            </w:pPr>
            <w:r>
              <w:rPr>
                <w:sz w:val="16"/>
              </w:rPr>
              <w:t>Tornado</w:t>
            </w:r>
          </w:p>
        </w:tc>
        <w:tc>
          <w:tcPr>
            <w:tcW w:type="dxa" w:w="1848"/>
          </w:tcPr>
          <w:p>
            <w:pPr>
              <w:spacing w:after="0"/>
              <w:jc w:val="left"/>
            </w:pPr>
            <w:r>
              <w:rPr>
                <w:sz w:val="16"/>
              </w:rPr>
              <w:t>Enhanced Fujita (Fujita before Feb 2007)</w:t>
            </w:r>
          </w:p>
        </w:tc>
        <w:tc>
          <w:tcPr>
            <w:tcW w:type="dxa" w:w="1752"/>
          </w:tcPr>
          <w:p>
            <w:pPr>
              <w:spacing w:after="0"/>
              <w:jc w:val="right"/>
            </w:pPr>
            <w:r>
              <w:rPr>
                <w:sz w:val="16"/>
              </w:rPr>
              <w:t>9 records, 1961 to 2026</w:t>
            </w:r>
          </w:p>
        </w:tc>
        <w:tc>
          <w:tcPr>
            <w:tcW w:type="dxa" w:w="1960"/>
          </w:tcPr>
          <w:p>
            <w:pPr>
              <w:spacing w:after="0"/>
              <w:jc w:val="left"/>
            </w:pPr>
            <w:r>
              <w:rPr>
                <w:sz w:val="16"/>
              </w:rPr>
              <w:t>F/EF0 to F/EF3 (median F/EF1); 9 with a recorded value</w:t>
            </w:r>
          </w:p>
        </w:tc>
        <w:tc>
          <w:tcPr>
            <w:tcW w:type="dxa" w:w="1679"/>
          </w:tcPr>
          <w:p>
            <w:pPr>
              <w:spacing w:after="0"/>
              <w:jc w:val="left"/>
            </w:pPr>
            <w:r>
              <w:rPr>
                <w:sz w:val="16"/>
              </w:rPr>
              <w:t>F3 tornado, 1964-12-25, 17.8 mi path length (whole path, pre-1996), 600 yd wide, $2,500,000 property; crops not recorded (1964 dollars)</w:t>
            </w:r>
          </w:p>
        </w:tc>
        <w:tc>
          <w:tcPr>
            <w:tcW w:type="dxa" w:w="1551"/>
          </w:tcPr>
          <w:p>
            <w:pPr>
              <w:spacing w:after="0"/>
              <w:jc w:val="left"/>
            </w:pPr>
          </w:p>
        </w:tc>
        <w:tc>
          <w:tcPr>
            <w:tcW w:type="dxa" w:w="1585"/>
          </w:tcPr>
          <w:p>
            <w:pPr>
              <w:spacing w:after="0"/>
              <w:jc w:val="left"/>
            </w:pPr>
            <w:r>
              <w:rPr>
                <w:sz w:val="16"/>
              </w:rPr>
              <w:t>Event records naming jurisdictions in the plan: Milledgeville city (1 record).</w:t>
            </w:r>
          </w:p>
        </w:tc>
        <w:tc>
          <w:tcPr>
            <w:tcW w:type="dxa" w:w="19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0"/>
          </w:tcPr>
          <w:p>
            <w:pPr>
              <w:spacing w:after="0"/>
              <w:jc w:val="left"/>
            </w:pPr>
            <w:r>
              <w:rPr>
                <w:sz w:val="16"/>
              </w:rPr>
              <w:t>Wildfire</w:t>
            </w:r>
          </w:p>
        </w:tc>
        <w:tc>
          <w:tcPr>
            <w:tcW w:type="dxa" w:w="1848"/>
          </w:tcPr>
          <w:p>
            <w:pPr>
              <w:spacing w:after="0"/>
              <w:jc w:val="left"/>
            </w:pPr>
            <w:r>
              <w:rPr>
                <w:sz w:val="16"/>
              </w:rPr>
              <w:t>acres burned (local data)</w:t>
            </w:r>
          </w:p>
        </w:tc>
        <w:tc>
          <w:tcPr>
            <w:tcW w:type="dxa" w:w="1752"/>
          </w:tcPr>
          <w:p>
            <w:pPr>
              <w:spacing w:after="0"/>
              <w:jc w:val="right"/>
            </w:pPr>
            <w:r>
              <w:rPr>
                <w:sz w:val="16"/>
              </w:rPr>
              <w:t>0</w:t>
            </w:r>
          </w:p>
        </w:tc>
        <w:tc>
          <w:tcPr>
            <w:tcW w:type="dxa" w:w="1960"/>
          </w:tcPr>
          <w:p>
            <w:pPr>
              <w:spacing w:after="0"/>
              <w:jc w:val="left"/>
            </w:pPr>
          </w:p>
        </w:tc>
        <w:tc>
          <w:tcPr>
            <w:tcW w:type="dxa" w:w="1679"/>
          </w:tcPr>
          <w:p>
            <w:pPr>
              <w:spacing w:after="0"/>
              <w:jc w:val="left"/>
            </w:pPr>
          </w:p>
        </w:tc>
        <w:tc>
          <w:tcPr>
            <w:tcW w:type="dxa" w:w="1551"/>
          </w:tcPr>
          <w:p>
            <w:pPr>
              <w:spacing w:after="0"/>
              <w:jc w:val="left"/>
            </w:pPr>
          </w:p>
        </w:tc>
        <w:tc>
          <w:tcPr>
            <w:tcW w:type="dxa" w:w="1585"/>
          </w:tcPr>
          <w:p>
            <w:pPr>
              <w:spacing w:after="0"/>
              <w:jc w:val="left"/>
            </w:pPr>
          </w:p>
        </w:tc>
        <w:tc>
          <w:tcPr>
            <w:tcW w:type="dxa" w:w="1917"/>
          </w:tcPr>
          <w:p>
            <w:pPr>
              <w:spacing w:after="0"/>
              <w:jc w:val="left"/>
            </w:pPr>
          </w:p>
        </w:tc>
      </w:tr>
      <w:tr>
        <w:trPr>
          <w:cantSplit/>
        </w:trPr>
        <w:tc>
          <w:tcPr>
            <w:tcW w:type="dxa" w:w="1820"/>
          </w:tcPr>
          <w:p>
            <w:pPr>
              <w:spacing w:after="0"/>
              <w:jc w:val="left"/>
            </w:pPr>
            <w:r>
              <w:rPr>
                <w:sz w:val="16"/>
              </w:rPr>
              <w:t>Winter Storm, Heavy Snow, Blizzard, Lake-Effect Snow, Winter Weather, Sleet</w:t>
            </w:r>
          </w:p>
        </w:tc>
        <w:tc>
          <w:tcPr>
            <w:tcW w:type="dxa" w:w="1848"/>
          </w:tcPr>
          <w:p>
            <w:pPr>
              <w:spacing w:after="0"/>
              <w:jc w:val="left"/>
            </w:pPr>
            <w:r>
              <w:rPr>
                <w:sz w:val="16"/>
              </w:rPr>
              <w:t>none in data (snowfall: local data)</w:t>
            </w:r>
          </w:p>
        </w:tc>
        <w:tc>
          <w:tcPr>
            <w:tcW w:type="dxa" w:w="1752"/>
          </w:tcPr>
          <w:p>
            <w:pPr>
              <w:spacing w:after="0"/>
              <w:jc w:val="right"/>
            </w:pPr>
            <w:r>
              <w:rPr>
                <w:sz w:val="16"/>
              </w:rPr>
              <w:t>13 records, 2002 to 2026 (13 zone-level)</w:t>
            </w:r>
          </w:p>
        </w:tc>
        <w:tc>
          <w:tcPr>
            <w:tcW w:type="dxa" w:w="1960"/>
          </w:tcPr>
          <w:p>
            <w:pPr>
              <w:spacing w:after="0"/>
              <w:jc w:val="left"/>
            </w:pPr>
          </w:p>
        </w:tc>
        <w:tc>
          <w:tcPr>
            <w:tcW w:type="dxa" w:w="1679"/>
          </w:tcPr>
          <w:p>
            <w:pPr>
              <w:spacing w:after="0"/>
              <w:jc w:val="left"/>
            </w:pPr>
            <w:r>
              <w:rPr>
                <w:sz w:val="16"/>
              </w:rPr>
              <w:t>Winter Storm, 2005-01-28, $250,000 property; crops not reported (2005 dollars); NWS zone GAZ073</w:t>
            </w:r>
          </w:p>
        </w:tc>
        <w:tc>
          <w:tcPr>
            <w:tcW w:type="dxa" w:w="1551"/>
          </w:tcPr>
          <w:p>
            <w:pPr>
              <w:spacing w:after="0"/>
              <w:jc w:val="left"/>
            </w:pPr>
          </w:p>
        </w:tc>
        <w:tc>
          <w:tcPr>
            <w:tcW w:type="dxa" w:w="1585"/>
          </w:tcPr>
          <w:p>
            <w:pPr>
              <w:spacing w:after="0"/>
              <w:jc w:val="left"/>
            </w:pPr>
            <w:r>
              <w:rPr>
                <w:sz w:val="16"/>
              </w:rPr>
              <w:t>Countywide (zone-level records).</w:t>
            </w:r>
          </w:p>
        </w:tc>
        <w:tc>
          <w:tcPr>
            <w:tcW w:type="dxa" w:w="191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14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1827"/>
        <w:gridCol w:w="2251"/>
        <w:gridCol w:w="2706"/>
        <w:gridCol w:w="1939"/>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1827"/>
            <w:shd w:val="clear" w:color="auto" w:fill="E8E8E8"/>
          </w:tcPr>
          <w:p>
            <w:pPr>
              <w:spacing w:after="0"/>
              <w:jc w:val="left"/>
            </w:pPr>
            <w:r>
              <w:rPr>
                <w:b/>
                <w:sz w:val="16"/>
              </w:rPr>
              <w:t>Title</w:t>
            </w:r>
          </w:p>
        </w:tc>
        <w:tc>
          <w:tcPr>
            <w:tcW w:type="dxa" w:w="2251"/>
            <w:shd w:val="clear" w:color="auto" w:fill="E8E8E8"/>
          </w:tcPr>
          <w:p>
            <w:pPr>
              <w:spacing w:after="0"/>
              <w:jc w:val="left"/>
            </w:pPr>
            <w:r>
              <w:rPr>
                <w:b/>
                <w:sz w:val="16"/>
              </w:rPr>
              <w:t>Mapped hazard</w:t>
            </w:r>
          </w:p>
        </w:tc>
        <w:tc>
          <w:tcPr>
            <w:tcW w:type="dxa" w:w="27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9"/>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86"/>
          </w:tcPr>
          <w:p>
            <w:pPr>
              <w:spacing w:after="0"/>
              <w:jc w:val="left"/>
            </w:pPr>
            <w:r>
              <w:rPr>
                <w:sz w:val="16"/>
              </w:rPr>
              <w:t>Emergency</w:t>
            </w:r>
          </w:p>
        </w:tc>
        <w:tc>
          <w:tcPr>
            <w:tcW w:type="dxa" w:w="1827"/>
          </w:tcPr>
          <w:p>
            <w:pPr>
              <w:spacing w:after="0"/>
              <w:jc w:val="left"/>
            </w:pPr>
            <w:r>
              <w:rPr>
                <w:sz w:val="16"/>
              </w:rPr>
              <w:t>Severe Winter Storm</w:t>
            </w:r>
          </w:p>
        </w:tc>
        <w:tc>
          <w:tcPr>
            <w:tcW w:type="dxa" w:w="2251"/>
          </w:tcPr>
          <w:p>
            <w:pPr>
              <w:spacing w:after="0"/>
              <w:jc w:val="left"/>
            </w:pPr>
            <w:r>
              <w:rPr>
                <w:sz w:val="16"/>
              </w:rPr>
              <w:t>Winter Weather</w:t>
            </w:r>
          </w:p>
        </w:tc>
        <w:tc>
          <w:tcPr>
            <w:tcW w:type="dxa" w:w="2706"/>
          </w:tcPr>
          <w:p>
            <w:pPr>
              <w:spacing w:after="0"/>
              <w:jc w:val="right"/>
            </w:pPr>
            <w:r>
              <w:rPr>
                <w:sz w:val="16"/>
              </w:rPr>
              <w:t>no Public Assistance recorded</w:t>
            </w:r>
          </w:p>
        </w:tc>
        <w:tc>
          <w:tcPr>
            <w:tcW w:type="dxa" w:w="1939"/>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86"/>
          </w:tcPr>
          <w:p>
            <w:pPr>
              <w:spacing w:after="0"/>
              <w:jc w:val="left"/>
            </w:pPr>
            <w:r>
              <w:rPr>
                <w:sz w:val="16"/>
              </w:rPr>
              <w:t>Major disaster</w:t>
            </w:r>
          </w:p>
        </w:tc>
        <w:tc>
          <w:tcPr>
            <w:tcW w:type="dxa" w:w="1827"/>
          </w:tcPr>
          <w:p>
            <w:pPr>
              <w:spacing w:after="0"/>
              <w:jc w:val="left"/>
            </w:pPr>
            <w:r>
              <w:rPr>
                <w:sz w:val="16"/>
              </w:rPr>
              <w:t>Hurricane Helene</w:t>
            </w:r>
          </w:p>
        </w:tc>
        <w:tc>
          <w:tcPr>
            <w:tcW w:type="dxa" w:w="2251"/>
          </w:tcPr>
          <w:p>
            <w:pPr>
              <w:spacing w:after="0"/>
              <w:jc w:val="left"/>
            </w:pPr>
            <w:r>
              <w:rPr>
                <w:sz w:val="16"/>
              </w:rPr>
              <w:t>Hurricane</w:t>
            </w:r>
          </w:p>
        </w:tc>
        <w:tc>
          <w:tcPr>
            <w:tcW w:type="dxa" w:w="2706"/>
          </w:tcPr>
          <w:p>
            <w:pPr>
              <w:spacing w:after="0"/>
              <w:jc w:val="right"/>
            </w:pPr>
            <w:r>
              <w:rPr>
                <w:sz w:val="16"/>
              </w:rPr>
              <w:t>$156,154.10</w:t>
            </w:r>
          </w:p>
        </w:tc>
        <w:tc>
          <w:tcPr>
            <w:tcW w:type="dxa" w:w="1939"/>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6"/>
          </w:tcPr>
          <w:p>
            <w:pPr>
              <w:spacing w:after="0"/>
              <w:jc w:val="left"/>
            </w:pPr>
            <w:r>
              <w:rPr>
                <w:sz w:val="16"/>
              </w:rPr>
              <w:t>Emergency</w:t>
            </w:r>
          </w:p>
        </w:tc>
        <w:tc>
          <w:tcPr>
            <w:tcW w:type="dxa" w:w="1827"/>
          </w:tcPr>
          <w:p>
            <w:pPr>
              <w:spacing w:after="0"/>
              <w:jc w:val="left"/>
            </w:pPr>
            <w:r>
              <w:rPr>
                <w:sz w:val="16"/>
              </w:rPr>
              <w:t>Hurricane Helene</w:t>
            </w:r>
          </w:p>
        </w:tc>
        <w:tc>
          <w:tcPr>
            <w:tcW w:type="dxa" w:w="2251"/>
          </w:tcPr>
          <w:p>
            <w:pPr>
              <w:spacing w:after="0"/>
              <w:jc w:val="left"/>
            </w:pPr>
            <w:r>
              <w:rPr>
                <w:sz w:val="16"/>
              </w:rPr>
              <w:t>Hurricane</w:t>
            </w:r>
          </w:p>
        </w:tc>
        <w:tc>
          <w:tcPr>
            <w:tcW w:type="dxa" w:w="2706"/>
          </w:tcPr>
          <w:p>
            <w:pPr>
              <w:spacing w:after="0"/>
              <w:jc w:val="right"/>
            </w:pPr>
            <w:r>
              <w:rPr>
                <w:sz w:val="16"/>
              </w:rPr>
              <w:t>no Public Assistance recorded</w:t>
            </w:r>
          </w:p>
        </w:tc>
        <w:tc>
          <w:tcPr>
            <w:tcW w:type="dxa" w:w="1939"/>
          </w:tcPr>
          <w:p>
            <w:pPr>
              <w:spacing w:after="0"/>
              <w:jc w:val="left"/>
            </w:pPr>
            <w:r>
              <w:rPr>
                <w:sz w:val="16"/>
              </w:rPr>
              <w:t>in the 12 months before plan approval; within last 5 years</w:t>
            </w:r>
          </w:p>
        </w:tc>
        <w:tc>
          <w:tcPr>
            <w:tcW w:type="dxa" w:w="893"/>
          </w:tcPr>
          <w:p>
            <w:pPr>
              <w:spacing w:after="0"/>
              <w:jc w:val="left"/>
            </w:pPr>
            <w:r>
              <w:rPr>
                <w:sz w:val="16"/>
              </w:rPr>
              <w:t>same incident as DR-4830</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6"/>
          </w:tcPr>
          <w:p>
            <w:pPr>
              <w:spacing w:after="0"/>
              <w:jc w:val="left"/>
            </w:pPr>
            <w:r>
              <w:rPr>
                <w:sz w:val="16"/>
              </w:rPr>
              <w:t>Major disaster</w:t>
            </w:r>
          </w:p>
        </w:tc>
        <w:tc>
          <w:tcPr>
            <w:tcW w:type="dxa" w:w="1827"/>
          </w:tcPr>
          <w:p>
            <w:pPr>
              <w:spacing w:after="0"/>
              <w:jc w:val="left"/>
            </w:pPr>
            <w:r>
              <w:rPr>
                <w:sz w:val="16"/>
              </w:rPr>
              <w:t>COVID-19 Pandemic</w:t>
            </w:r>
          </w:p>
        </w:tc>
        <w:tc>
          <w:tcPr>
            <w:tcW w:type="dxa" w:w="2251"/>
          </w:tcPr>
          <w:p>
            <w:pPr>
              <w:spacing w:after="0"/>
              <w:jc w:val="left"/>
            </w:pPr>
            <w:r>
              <w:rPr>
                <w:sz w:val="16"/>
              </w:rPr>
              <w:t>Non-natural, not counted</w:t>
            </w:r>
          </w:p>
        </w:tc>
        <w:tc>
          <w:tcPr>
            <w:tcW w:type="dxa" w:w="2706"/>
          </w:tcPr>
          <w:p>
            <w:pPr>
              <w:spacing w:after="0"/>
              <w:jc w:val="right"/>
            </w:pPr>
            <w:r>
              <w:rPr>
                <w:sz w:val="16"/>
              </w:rPr>
              <w:t>$87,720.94</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6"/>
          </w:tcPr>
          <w:p>
            <w:pPr>
              <w:spacing w:after="0"/>
              <w:jc w:val="left"/>
            </w:pPr>
            <w:r>
              <w:rPr>
                <w:sz w:val="16"/>
              </w:rPr>
              <w:t>Emergency</w:t>
            </w:r>
          </w:p>
        </w:tc>
        <w:tc>
          <w:tcPr>
            <w:tcW w:type="dxa" w:w="1827"/>
          </w:tcPr>
          <w:p>
            <w:pPr>
              <w:spacing w:after="0"/>
              <w:jc w:val="left"/>
            </w:pPr>
            <w:r>
              <w:rPr>
                <w:sz w:val="16"/>
              </w:rPr>
              <w:t>COVID-19</w:t>
            </w:r>
          </w:p>
        </w:tc>
        <w:tc>
          <w:tcPr>
            <w:tcW w:type="dxa" w:w="2251"/>
          </w:tcPr>
          <w:p>
            <w:pPr>
              <w:spacing w:after="0"/>
              <w:jc w:val="left"/>
            </w:pPr>
            <w:r>
              <w:rPr>
                <w:sz w:val="16"/>
              </w:rPr>
              <w:t>Non-natural, not counted</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86"/>
          </w:tcPr>
          <w:p>
            <w:pPr>
              <w:spacing w:after="0"/>
              <w:jc w:val="left"/>
            </w:pPr>
            <w:r>
              <w:rPr>
                <w:sz w:val="16"/>
              </w:rPr>
              <w:t>Emergency</w:t>
            </w:r>
          </w:p>
        </w:tc>
        <w:tc>
          <w:tcPr>
            <w:tcW w:type="dxa" w:w="1827"/>
          </w:tcPr>
          <w:p>
            <w:pPr>
              <w:spacing w:after="0"/>
              <w:jc w:val="left"/>
            </w:pPr>
            <w:r>
              <w:rPr>
                <w:sz w:val="16"/>
              </w:rPr>
              <w:t>Hurricane Michael</w:t>
            </w:r>
          </w:p>
        </w:tc>
        <w:tc>
          <w:tcPr>
            <w:tcW w:type="dxa" w:w="2251"/>
          </w:tcPr>
          <w:p>
            <w:pPr>
              <w:spacing w:after="0"/>
              <w:jc w:val="left"/>
            </w:pPr>
            <w:r>
              <w:rPr>
                <w:sz w:val="16"/>
              </w:rPr>
              <w:t>Hurricane</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6"/>
          </w:tcPr>
          <w:p>
            <w:pPr>
              <w:spacing w:after="0"/>
              <w:jc w:val="left"/>
            </w:pPr>
            <w:r>
              <w:rPr>
                <w:sz w:val="16"/>
              </w:rPr>
              <w:t>Major disaster</w:t>
            </w:r>
          </w:p>
        </w:tc>
        <w:tc>
          <w:tcPr>
            <w:tcW w:type="dxa" w:w="1827"/>
          </w:tcPr>
          <w:p>
            <w:pPr>
              <w:spacing w:after="0"/>
              <w:jc w:val="left"/>
            </w:pPr>
            <w:r>
              <w:rPr>
                <w:sz w:val="16"/>
              </w:rPr>
              <w:t>Hurricane Irma</w:t>
            </w:r>
          </w:p>
        </w:tc>
        <w:tc>
          <w:tcPr>
            <w:tcW w:type="dxa" w:w="2251"/>
          </w:tcPr>
          <w:p>
            <w:pPr>
              <w:spacing w:after="0"/>
              <w:jc w:val="left"/>
            </w:pPr>
            <w:r>
              <w:rPr>
                <w:sz w:val="16"/>
              </w:rPr>
              <w:t>Hurricane</w:t>
            </w:r>
          </w:p>
        </w:tc>
        <w:tc>
          <w:tcPr>
            <w:tcW w:type="dxa" w:w="2706"/>
          </w:tcPr>
          <w:p>
            <w:pPr>
              <w:spacing w:after="0"/>
              <w:jc w:val="right"/>
            </w:pPr>
            <w:r>
              <w:rPr>
                <w:sz w:val="16"/>
              </w:rPr>
              <w:t>$409,430.86</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6"/>
          </w:tcPr>
          <w:p>
            <w:pPr>
              <w:spacing w:after="0"/>
              <w:jc w:val="left"/>
            </w:pPr>
            <w:r>
              <w:rPr>
                <w:sz w:val="16"/>
              </w:rPr>
              <w:t>Emergency</w:t>
            </w:r>
          </w:p>
        </w:tc>
        <w:tc>
          <w:tcPr>
            <w:tcW w:type="dxa" w:w="1827"/>
          </w:tcPr>
          <w:p>
            <w:pPr>
              <w:spacing w:after="0"/>
              <w:jc w:val="left"/>
            </w:pPr>
            <w:r>
              <w:rPr>
                <w:sz w:val="16"/>
              </w:rPr>
              <w:t>Hurricane Irma</w:t>
            </w:r>
          </w:p>
        </w:tc>
        <w:tc>
          <w:tcPr>
            <w:tcW w:type="dxa" w:w="2251"/>
          </w:tcPr>
          <w:p>
            <w:pPr>
              <w:spacing w:after="0"/>
              <w:jc w:val="left"/>
            </w:pPr>
            <w:r>
              <w:rPr>
                <w:sz w:val="16"/>
              </w:rPr>
              <w:t>Hurricane</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386"/>
          </w:tcPr>
          <w:p>
            <w:pPr>
              <w:spacing w:after="0"/>
              <w:jc w:val="left"/>
            </w:pPr>
            <w:r>
              <w:rPr>
                <w:sz w:val="16"/>
              </w:rPr>
              <w:t>Major disaster</w:t>
            </w:r>
          </w:p>
        </w:tc>
        <w:tc>
          <w:tcPr>
            <w:tcW w:type="dxa" w:w="1827"/>
          </w:tcPr>
          <w:p>
            <w:pPr>
              <w:spacing w:after="0"/>
              <w:jc w:val="left"/>
            </w:pPr>
            <w:r>
              <w:rPr>
                <w:sz w:val="16"/>
              </w:rPr>
              <w:t>Severe Winter Storm</w:t>
            </w:r>
          </w:p>
        </w:tc>
        <w:tc>
          <w:tcPr>
            <w:tcW w:type="dxa" w:w="2251"/>
          </w:tcPr>
          <w:p>
            <w:pPr>
              <w:spacing w:after="0"/>
              <w:jc w:val="left"/>
            </w:pPr>
            <w:r>
              <w:rPr>
                <w:sz w:val="16"/>
              </w:rPr>
              <w:t>Ice Storm</w:t>
            </w:r>
          </w:p>
        </w:tc>
        <w:tc>
          <w:tcPr>
            <w:tcW w:type="dxa" w:w="2706"/>
          </w:tcPr>
          <w:p>
            <w:pPr>
              <w:spacing w:after="0"/>
              <w:jc w:val="right"/>
            </w:pPr>
            <w:r>
              <w:rPr>
                <w:sz w:val="16"/>
              </w:rPr>
              <w:t>$211,816.06</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86"/>
          </w:tcPr>
          <w:p>
            <w:pPr>
              <w:spacing w:after="0"/>
              <w:jc w:val="left"/>
            </w:pPr>
            <w:r>
              <w:rPr>
                <w:sz w:val="16"/>
              </w:rPr>
              <w:t>Emergency</w:t>
            </w:r>
          </w:p>
        </w:tc>
        <w:tc>
          <w:tcPr>
            <w:tcW w:type="dxa" w:w="1827"/>
          </w:tcPr>
          <w:p>
            <w:pPr>
              <w:spacing w:after="0"/>
              <w:jc w:val="left"/>
            </w:pPr>
            <w:r>
              <w:rPr>
                <w:sz w:val="16"/>
              </w:rPr>
              <w:t>Severe Winter Storm</w:t>
            </w:r>
          </w:p>
        </w:tc>
        <w:tc>
          <w:tcPr>
            <w:tcW w:type="dxa" w:w="2251"/>
          </w:tcPr>
          <w:p>
            <w:pPr>
              <w:spacing w:after="0"/>
              <w:jc w:val="left"/>
            </w:pPr>
            <w:r>
              <w:rPr>
                <w:sz w:val="16"/>
              </w:rPr>
              <w:t>Ice Storm</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r>
              <w:rPr>
                <w:sz w:val="16"/>
              </w:rPr>
              <w:t>same incident as DR-4165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6"/>
          </w:tcPr>
          <w:p>
            <w:pPr>
              <w:spacing w:after="0"/>
              <w:jc w:val="left"/>
            </w:pPr>
            <w:r>
              <w:rPr>
                <w:sz w:val="16"/>
              </w:rPr>
              <w:t>Emergency</w:t>
            </w:r>
          </w:p>
        </w:tc>
        <w:tc>
          <w:tcPr>
            <w:tcW w:type="dxa" w:w="1827"/>
          </w:tcPr>
          <w:p>
            <w:pPr>
              <w:spacing w:after="0"/>
              <w:jc w:val="left"/>
            </w:pPr>
            <w:r>
              <w:rPr>
                <w:sz w:val="16"/>
              </w:rPr>
              <w:t>Hurricane Katrina Evacuation</w:t>
            </w:r>
          </w:p>
        </w:tc>
        <w:tc>
          <w:tcPr>
            <w:tcW w:type="dxa" w:w="2251"/>
          </w:tcPr>
          <w:p>
            <w:pPr>
              <w:spacing w:after="0"/>
              <w:jc w:val="left"/>
            </w:pPr>
            <w:r>
              <w:rPr>
                <w:sz w:val="16"/>
              </w:rPr>
              <w:t>Hurricane: evacuation support, not a local hazard event; not counted</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86"/>
          </w:tcPr>
          <w:p>
            <w:pPr>
              <w:spacing w:after="0"/>
              <w:jc w:val="left"/>
            </w:pPr>
            <w:r>
              <w:rPr>
                <w:sz w:val="16"/>
              </w:rPr>
              <w:t>Major disaster</w:t>
            </w:r>
          </w:p>
        </w:tc>
        <w:tc>
          <w:tcPr>
            <w:tcW w:type="dxa" w:w="1827"/>
          </w:tcPr>
          <w:p>
            <w:pPr>
              <w:spacing w:after="0"/>
              <w:jc w:val="left"/>
            </w:pPr>
            <w:r>
              <w:rPr>
                <w:sz w:val="16"/>
              </w:rPr>
              <w:t>Severe Storms and Flooding</w:t>
            </w:r>
          </w:p>
        </w:tc>
        <w:tc>
          <w:tcPr>
            <w:tcW w:type="dxa" w:w="2251"/>
          </w:tcPr>
          <w:p>
            <w:pPr>
              <w:spacing w:after="0"/>
              <w:jc w:val="left"/>
            </w:pPr>
            <w:r>
              <w:rPr>
                <w:sz w:val="16"/>
              </w:rPr>
              <w:t>Inland Flooding</w:t>
            </w:r>
          </w:p>
        </w:tc>
        <w:tc>
          <w:tcPr>
            <w:tcW w:type="dxa" w:w="2706"/>
          </w:tcPr>
          <w:p>
            <w:pPr>
              <w:spacing w:after="0"/>
              <w:jc w:val="right"/>
            </w:pPr>
            <w:r>
              <w:rPr>
                <w:sz w:val="16"/>
              </w:rPr>
              <w:t>PA not declared for this county</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86"/>
          </w:tcPr>
          <w:p>
            <w:pPr>
              <w:spacing w:after="0"/>
              <w:jc w:val="left"/>
            </w:pPr>
            <w:r>
              <w:rPr>
                <w:sz w:val="16"/>
              </w:rPr>
              <w:t>Emergency</w:t>
            </w:r>
          </w:p>
        </w:tc>
        <w:tc>
          <w:tcPr>
            <w:tcW w:type="dxa" w:w="1827"/>
          </w:tcPr>
          <w:p>
            <w:pPr>
              <w:spacing w:after="0"/>
              <w:jc w:val="left"/>
            </w:pPr>
            <w:r>
              <w:rPr>
                <w:sz w:val="16"/>
              </w:rPr>
              <w:t>Severe Snowfall, Winter Storm</w:t>
            </w:r>
          </w:p>
        </w:tc>
        <w:tc>
          <w:tcPr>
            <w:tcW w:type="dxa" w:w="2251"/>
          </w:tcPr>
          <w:p>
            <w:pPr>
              <w:spacing w:after="0"/>
              <w:jc w:val="left"/>
            </w:pPr>
            <w:r>
              <w:rPr>
                <w:sz w:val="16"/>
              </w:rPr>
              <w:t>Winter Weather</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6"/>
          </w:tcPr>
          <w:p>
            <w:pPr>
              <w:spacing w:after="0"/>
              <w:jc w:val="left"/>
            </w:pPr>
            <w:r>
              <w:rPr>
                <w:sz w:val="16"/>
              </w:rPr>
              <w:t>Emergency</w:t>
            </w:r>
          </w:p>
        </w:tc>
        <w:tc>
          <w:tcPr>
            <w:tcW w:type="dxa" w:w="1827"/>
          </w:tcPr>
          <w:p>
            <w:pPr>
              <w:spacing w:after="0"/>
              <w:jc w:val="left"/>
            </w:pPr>
            <w:r>
              <w:rPr>
                <w:sz w:val="16"/>
              </w:rPr>
              <w:t>Drought</w:t>
            </w:r>
          </w:p>
        </w:tc>
        <w:tc>
          <w:tcPr>
            <w:tcW w:type="dxa" w:w="2251"/>
          </w:tcPr>
          <w:p>
            <w:pPr>
              <w:spacing w:after="0"/>
              <w:jc w:val="left"/>
            </w:pPr>
            <w:r>
              <w:rPr>
                <w:sz w:val="16"/>
              </w:rPr>
              <w:t>Drought</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29</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44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18</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1</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129</w:t>
            </w:r>
          </w:p>
        </w:tc>
        <w:tc>
          <w:tcPr>
            <w:tcW w:type="dxa" w:w="1117"/>
          </w:tcPr>
          <w:p>
            <w:pPr>
              <w:spacing w:after="0"/>
              <w:jc w:val="right"/>
            </w:pPr>
            <w:r>
              <w:rPr>
                <w:sz w:val="16"/>
              </w:rPr>
              <w:t>1</w:t>
            </w:r>
          </w:p>
        </w:tc>
        <w:tc>
          <w:tcPr>
            <w:tcW w:type="dxa" w:w="1940"/>
          </w:tcPr>
          <w:p>
            <w:pPr>
              <w:spacing w:after="0"/>
              <w:jc w:val="right"/>
            </w:pPr>
            <w:r>
              <w:rPr>
                <w:sz w:val="16"/>
              </w:rPr>
              <w:t>3</w:t>
            </w:r>
          </w:p>
        </w:tc>
        <w:tc>
          <w:tcPr>
            <w:tcW w:type="dxa" w:w="775"/>
          </w:tcPr>
          <w:p>
            <w:pPr>
              <w:spacing w:after="0"/>
              <w:jc w:val="right"/>
            </w:pPr>
            <w:r>
              <w:rPr>
                <w:sz w:val="16"/>
              </w:rPr>
              <w:t>30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4 High Wind and 6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9</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13</w:t>
            </w:r>
          </w:p>
        </w:tc>
        <w:tc>
          <w:tcPr>
            <w:tcW w:type="dxa" w:w="1117"/>
          </w:tcPr>
          <w:p>
            <w:pPr>
              <w:spacing w:after="0"/>
              <w:jc w:val="right"/>
            </w:pPr>
            <w:r>
              <w:rPr>
                <w:sz w:val="16"/>
              </w:rPr>
              <w:t>2</w:t>
            </w:r>
          </w:p>
        </w:tc>
        <w:tc>
          <w:tcPr>
            <w:tcW w:type="dxa" w:w="1940"/>
          </w:tcPr>
          <w:p>
            <w:pPr>
              <w:spacing w:after="0"/>
              <w:jc w:val="right"/>
            </w:pPr>
            <w:r>
              <w:rPr>
                <w:sz w:val="16"/>
              </w:rPr>
              <w:t>1</w:t>
            </w:r>
          </w:p>
        </w:tc>
        <w:tc>
          <w:tcPr>
            <w:tcW w:type="dxa" w:w="775"/>
          </w:tcPr>
          <w:p>
            <w:pPr>
              <w:spacing w:after="0"/>
              <w:jc w:val="right"/>
            </w:pPr>
            <w:r>
              <w:rPr>
                <w:sz w:val="16"/>
              </w:rPr>
              <w:t>4</w:t>
            </w:r>
          </w:p>
        </w:tc>
        <w:tc>
          <w:tcPr>
            <w:tcW w:type="dxa" w:w="1601"/>
          </w:tcPr>
          <w:p>
            <w:pPr>
              <w:spacing w:after="0"/>
              <w:jc w:val="right"/>
            </w:pPr>
            <w:r>
              <w:rPr>
                <w:sz w:val="16"/>
              </w:rPr>
              <w:t>2</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8"/>
        <w:gridCol w:w="2300"/>
        <w:gridCol w:w="2085"/>
        <w:gridCol w:w="965"/>
        <w:gridCol w:w="2901"/>
        <w:gridCol w:w="3476"/>
      </w:tblGrid>
      <w:tr>
        <w:trPr>
          <w:cantSplit/>
          <w:tblHeader/>
        </w:trPr>
        <w:tc>
          <w:tcPr>
            <w:tcW w:type="dxa" w:w="1037"/>
            <w:shd w:val="clear" w:color="auto" w:fill="E8E8E8"/>
          </w:tcPr>
          <w:p>
            <w:pPr>
              <w:spacing w:after="0"/>
              <w:jc w:val="left"/>
            </w:pPr>
            <w:r>
              <w:rPr>
                <w:b/>
                <w:sz w:val="16"/>
              </w:rPr>
              <w:t>Date</w:t>
            </w:r>
          </w:p>
        </w:tc>
        <w:tc>
          <w:tcPr>
            <w:tcW w:type="dxa" w:w="1348"/>
            <w:shd w:val="clear" w:color="auto" w:fill="E8E8E8"/>
          </w:tcPr>
          <w:p>
            <w:pPr>
              <w:spacing w:after="0"/>
              <w:jc w:val="left"/>
            </w:pPr>
            <w:r>
              <w:rPr>
                <w:b/>
                <w:sz w:val="16"/>
              </w:rPr>
              <w:t>Event type</w:t>
            </w:r>
          </w:p>
        </w:tc>
        <w:tc>
          <w:tcPr>
            <w:tcW w:type="dxa" w:w="2300"/>
            <w:shd w:val="clear" w:color="auto" w:fill="E8E8E8"/>
          </w:tcPr>
          <w:p>
            <w:pPr>
              <w:spacing w:after="0"/>
              <w:jc w:val="left"/>
            </w:pPr>
            <w:r>
              <w:rPr>
                <w:b/>
                <w:sz w:val="16"/>
              </w:rPr>
              <w:t>Magnitude or extent</w:t>
            </w:r>
          </w:p>
        </w:tc>
        <w:tc>
          <w:tcPr>
            <w:tcW w:type="dxa" w:w="2085"/>
            <w:shd w:val="clear" w:color="auto" w:fill="E8E8E8"/>
          </w:tcPr>
          <w:p>
            <w:pPr>
              <w:spacing w:after="0"/>
              <w:jc w:val="left"/>
            </w:pPr>
            <w:r>
              <w:rPr>
                <w:b/>
                <w:sz w:val="16"/>
              </w:rPr>
              <w:t>Damage</w:t>
            </w:r>
          </w:p>
          <w:p>
            <w:pPr>
              <w:spacing w:after="0"/>
              <w:jc w:val="left"/>
            </w:pPr>
            <w:r>
              <w:rPr>
                <w:i/>
                <w:color w:val="555555"/>
                <w:sz w:val="14"/>
              </w:rPr>
              <w:t>nominal dollars</w:t>
            </w:r>
          </w:p>
        </w:tc>
        <w:tc>
          <w:tcPr>
            <w:tcW w:type="dxa" w:w="96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01"/>
            <w:shd w:val="clear" w:color="auto" w:fill="E8E8E8"/>
          </w:tcPr>
          <w:p>
            <w:pPr>
              <w:spacing w:after="0"/>
              <w:jc w:val="left"/>
            </w:pPr>
            <w:r>
              <w:rPr>
                <w:b/>
                <w:sz w:val="16"/>
              </w:rPr>
              <w:t>Location</w:t>
            </w:r>
          </w:p>
        </w:tc>
        <w:tc>
          <w:tcPr>
            <w:tcW w:type="dxa" w:w="34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2016-09-01</w:t>
            </w:r>
          </w:p>
        </w:tc>
        <w:tc>
          <w:tcPr>
            <w:tcW w:type="dxa" w:w="1348"/>
          </w:tcPr>
          <w:p>
            <w:pPr>
              <w:spacing w:after="0"/>
              <w:jc w:val="left"/>
            </w:pPr>
            <w:r>
              <w:rPr>
                <w:sz w:val="16"/>
              </w:rPr>
              <w:t>Drought</w:t>
            </w:r>
          </w:p>
        </w:tc>
        <w:tc>
          <w:tcPr>
            <w:tcW w:type="dxa" w:w="2300"/>
          </w:tcPr>
          <w:p>
            <w:pPr>
              <w:spacing w:after="0"/>
              <w:jc w:val="left"/>
            </w:pPr>
          </w:p>
        </w:tc>
        <w:tc>
          <w:tcPr>
            <w:tcW w:type="dxa" w:w="2085"/>
          </w:tcPr>
          <w:p>
            <w:pPr>
              <w:spacing w:after="0"/>
              <w:jc w:val="left"/>
            </w:pPr>
            <w:r>
              <w:rPr>
                <w:sz w:val="16"/>
              </w:rPr>
              <w:t>$0 property; $0 crops (zone total, 2016 dollars)</w:t>
            </w:r>
          </w:p>
        </w:tc>
        <w:tc>
          <w:tcPr>
            <w:tcW w:type="dxa" w:w="965"/>
          </w:tcPr>
          <w:p>
            <w:pPr>
              <w:spacing w:after="0"/>
              <w:jc w:val="right"/>
            </w:pPr>
            <w:r>
              <w:rPr>
                <w:sz w:val="16"/>
              </w:rPr>
              <w:t>0, 0</w:t>
            </w:r>
          </w:p>
        </w:tc>
        <w:tc>
          <w:tcPr>
            <w:tcW w:type="dxa" w:w="2901"/>
          </w:tcPr>
          <w:p>
            <w:pPr>
              <w:spacing w:after="0"/>
              <w:jc w:val="left"/>
            </w:pPr>
            <w:r>
              <w:rPr>
                <w:sz w:val="16"/>
              </w:rPr>
              <w:t>NWS zone GAZ073 (BALDWIN), zone-level</w:t>
            </w:r>
          </w:p>
        </w:tc>
        <w:tc>
          <w:tcPr>
            <w:tcW w:type="dxa" w:w="3476"/>
          </w:tcPr>
          <w:p>
            <w:pPr>
              <w:spacing w:after="0"/>
              <w:jc w:val="left"/>
            </w:pPr>
            <w:r>
              <w:rPr>
                <w:sz w:val="16"/>
              </w:rPr>
              <w:t>B1-c worst recorded: Drought</w:t>
            </w:r>
          </w:p>
        </w:tc>
      </w:tr>
      <w:tr>
        <w:trPr>
          <w:cantSplit/>
        </w:trPr>
        <w:tc>
          <w:tcPr>
            <w:tcW w:type="dxa" w:w="1037"/>
          </w:tcPr>
          <w:p>
            <w:pPr>
              <w:spacing w:after="0"/>
              <w:jc w:val="left"/>
            </w:pPr>
            <w:r>
              <w:rPr>
                <w:sz w:val="16"/>
              </w:rPr>
              <w:t>2008-10-24</w:t>
            </w:r>
          </w:p>
        </w:tc>
        <w:tc>
          <w:tcPr>
            <w:tcW w:type="dxa" w:w="1348"/>
          </w:tcPr>
          <w:p>
            <w:pPr>
              <w:spacing w:after="0"/>
              <w:jc w:val="left"/>
            </w:pPr>
            <w:r>
              <w:rPr>
                <w:sz w:val="16"/>
              </w:rPr>
              <w:t>Strong Wind</w:t>
            </w:r>
          </w:p>
        </w:tc>
        <w:tc>
          <w:tcPr>
            <w:tcW w:type="dxa" w:w="2300"/>
          </w:tcPr>
          <w:p>
            <w:pPr>
              <w:spacing w:after="0"/>
              <w:jc w:val="left"/>
            </w:pPr>
            <w:r>
              <w:rPr>
                <w:sz w:val="16"/>
              </w:rPr>
              <w:t>43 kt (49 mph) estimated gust</w:t>
            </w:r>
          </w:p>
        </w:tc>
        <w:tc>
          <w:tcPr>
            <w:tcW w:type="dxa" w:w="2085"/>
          </w:tcPr>
          <w:p>
            <w:pPr>
              <w:spacing w:after="0"/>
              <w:jc w:val="left"/>
            </w:pPr>
            <w:r>
              <w:rPr>
                <w:sz w:val="16"/>
              </w:rPr>
              <w:t>$3,000 property; $0 crops (zone total, 2008 dollars)</w:t>
            </w:r>
          </w:p>
        </w:tc>
        <w:tc>
          <w:tcPr>
            <w:tcW w:type="dxa" w:w="965"/>
          </w:tcPr>
          <w:p>
            <w:pPr>
              <w:spacing w:after="0"/>
              <w:jc w:val="right"/>
            </w:pPr>
            <w:r>
              <w:rPr>
                <w:sz w:val="16"/>
              </w:rPr>
              <w:t>0, 0</w:t>
            </w:r>
          </w:p>
        </w:tc>
        <w:tc>
          <w:tcPr>
            <w:tcW w:type="dxa" w:w="2901"/>
          </w:tcPr>
          <w:p>
            <w:pPr>
              <w:spacing w:after="0"/>
              <w:jc w:val="left"/>
            </w:pPr>
            <w:r>
              <w:rPr>
                <w:sz w:val="16"/>
              </w:rPr>
              <w:t>NWS zone GAZ073 (BALDWIN), zone-level</w:t>
            </w:r>
          </w:p>
        </w:tc>
        <w:tc>
          <w:tcPr>
            <w:tcW w:type="dxa" w:w="3476"/>
          </w:tcPr>
          <w:p>
            <w:pPr>
              <w:spacing w:after="0"/>
              <w:jc w:val="left"/>
            </w:pPr>
            <w:r>
              <w:rPr>
                <w:sz w:val="16"/>
              </w:rPr>
              <w:t>B1-c worst recorded: High Wind and Strong Wind</w:t>
            </w:r>
          </w:p>
        </w:tc>
      </w:tr>
      <w:tr>
        <w:trPr>
          <w:cantSplit/>
        </w:trPr>
        <w:tc>
          <w:tcPr>
            <w:tcW w:type="dxa" w:w="1037"/>
          </w:tcPr>
          <w:p>
            <w:pPr>
              <w:spacing w:after="0"/>
              <w:jc w:val="left"/>
            </w:pPr>
            <w:r>
              <w:rPr>
                <w:sz w:val="16"/>
              </w:rPr>
              <w:t>2008-08-21</w:t>
            </w:r>
          </w:p>
        </w:tc>
        <w:tc>
          <w:tcPr>
            <w:tcW w:type="dxa" w:w="1348"/>
          </w:tcPr>
          <w:p>
            <w:pPr>
              <w:spacing w:after="0"/>
              <w:jc w:val="left"/>
            </w:pPr>
            <w:r>
              <w:rPr>
                <w:sz w:val="16"/>
              </w:rPr>
              <w:t>Tropical Storm</w:t>
            </w:r>
          </w:p>
        </w:tc>
        <w:tc>
          <w:tcPr>
            <w:tcW w:type="dxa" w:w="2300"/>
          </w:tcPr>
          <w:p>
            <w:pPr>
              <w:spacing w:after="0"/>
              <w:jc w:val="left"/>
            </w:pPr>
          </w:p>
        </w:tc>
        <w:tc>
          <w:tcPr>
            <w:tcW w:type="dxa" w:w="2085"/>
          </w:tcPr>
          <w:p>
            <w:pPr>
              <w:spacing w:after="0"/>
              <w:jc w:val="left"/>
            </w:pPr>
            <w:r>
              <w:rPr>
                <w:sz w:val="16"/>
              </w:rPr>
              <w:t>$1,890,000 property; $0 crops (zone total, 2008 dollars)</w:t>
            </w:r>
          </w:p>
        </w:tc>
        <w:tc>
          <w:tcPr>
            <w:tcW w:type="dxa" w:w="965"/>
          </w:tcPr>
          <w:p>
            <w:pPr>
              <w:spacing w:after="0"/>
              <w:jc w:val="right"/>
            </w:pPr>
            <w:r>
              <w:rPr>
                <w:sz w:val="16"/>
              </w:rPr>
              <w:t>0, 0</w:t>
            </w:r>
          </w:p>
        </w:tc>
        <w:tc>
          <w:tcPr>
            <w:tcW w:type="dxa" w:w="2901"/>
          </w:tcPr>
          <w:p>
            <w:pPr>
              <w:spacing w:after="0"/>
              <w:jc w:val="left"/>
            </w:pPr>
            <w:r>
              <w:rPr>
                <w:sz w:val="16"/>
              </w:rPr>
              <w:t>NWS zone GAZ073 (BALDWIN), zone-level</w:t>
            </w:r>
          </w:p>
        </w:tc>
        <w:tc>
          <w:tcPr>
            <w:tcW w:type="dxa" w:w="347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2008-05-20</w:t>
            </w:r>
          </w:p>
        </w:tc>
        <w:tc>
          <w:tcPr>
            <w:tcW w:type="dxa" w:w="1348"/>
          </w:tcPr>
          <w:p>
            <w:pPr>
              <w:spacing w:after="0"/>
              <w:jc w:val="left"/>
            </w:pPr>
            <w:r>
              <w:rPr>
                <w:sz w:val="16"/>
              </w:rPr>
              <w:t>Hail</w:t>
            </w:r>
          </w:p>
        </w:tc>
        <w:tc>
          <w:tcPr>
            <w:tcW w:type="dxa" w:w="2300"/>
          </w:tcPr>
          <w:p>
            <w:pPr>
              <w:spacing w:after="0"/>
              <w:jc w:val="left"/>
            </w:pPr>
            <w:r>
              <w:rPr>
                <w:sz w:val="16"/>
              </w:rPr>
              <w:t>2.75 in</w:t>
            </w:r>
          </w:p>
        </w:tc>
        <w:tc>
          <w:tcPr>
            <w:tcW w:type="dxa" w:w="2085"/>
          </w:tcPr>
          <w:p>
            <w:pPr>
              <w:spacing w:after="0"/>
              <w:jc w:val="left"/>
            </w:pPr>
            <w:r>
              <w:rPr>
                <w:sz w:val="16"/>
              </w:rPr>
              <w:t>$1,200,000 property; $0 crops (2008 dollars)</w:t>
            </w:r>
          </w:p>
        </w:tc>
        <w:tc>
          <w:tcPr>
            <w:tcW w:type="dxa" w:w="965"/>
          </w:tcPr>
          <w:p>
            <w:pPr>
              <w:spacing w:after="0"/>
              <w:jc w:val="right"/>
            </w:pPr>
            <w:r>
              <w:rPr>
                <w:sz w:val="16"/>
              </w:rPr>
              <w:t>0, 0</w:t>
            </w:r>
          </w:p>
        </w:tc>
        <w:tc>
          <w:tcPr>
            <w:tcW w:type="dxa" w:w="2901"/>
          </w:tcPr>
          <w:p>
            <w:pPr>
              <w:spacing w:after="0"/>
              <w:jc w:val="left"/>
            </w:pPr>
            <w:r>
              <w:rPr>
                <w:sz w:val="16"/>
              </w:rPr>
              <w:t>MILLEDGEVILLE to SCOTTSBORO</w:t>
            </w:r>
          </w:p>
        </w:tc>
        <w:tc>
          <w:tcPr>
            <w:tcW w:type="dxa" w:w="3476"/>
          </w:tcPr>
          <w:p>
            <w:pPr>
              <w:spacing w:after="0"/>
              <w:jc w:val="left"/>
            </w:pPr>
            <w:r>
              <w:rPr>
                <w:sz w:val="16"/>
              </w:rPr>
              <w:t>B1-c worst recorded: Hail</w:t>
            </w:r>
          </w:p>
        </w:tc>
      </w:tr>
      <w:tr>
        <w:trPr>
          <w:cantSplit/>
        </w:trPr>
        <w:tc>
          <w:tcPr>
            <w:tcW w:type="dxa" w:w="1037"/>
          </w:tcPr>
          <w:p>
            <w:pPr>
              <w:spacing w:after="0"/>
              <w:jc w:val="left"/>
            </w:pPr>
            <w:r>
              <w:rPr>
                <w:sz w:val="16"/>
              </w:rPr>
              <w:t>2008-05-20</w:t>
            </w:r>
          </w:p>
        </w:tc>
        <w:tc>
          <w:tcPr>
            <w:tcW w:type="dxa" w:w="1348"/>
          </w:tcPr>
          <w:p>
            <w:pPr>
              <w:spacing w:after="0"/>
              <w:jc w:val="left"/>
            </w:pPr>
            <w:r>
              <w:rPr>
                <w:sz w:val="16"/>
              </w:rPr>
              <w:t>Thunderstorm Wind</w:t>
            </w:r>
          </w:p>
        </w:tc>
        <w:tc>
          <w:tcPr>
            <w:tcW w:type="dxa" w:w="2300"/>
          </w:tcPr>
          <w:p>
            <w:pPr>
              <w:spacing w:after="0"/>
              <w:jc w:val="left"/>
            </w:pPr>
            <w:r>
              <w:rPr>
                <w:sz w:val="16"/>
              </w:rPr>
              <w:t>80 kt (92 mph) estimated gust</w:t>
            </w:r>
          </w:p>
        </w:tc>
        <w:tc>
          <w:tcPr>
            <w:tcW w:type="dxa" w:w="2085"/>
          </w:tcPr>
          <w:p>
            <w:pPr>
              <w:spacing w:after="0"/>
              <w:jc w:val="left"/>
            </w:pPr>
            <w:r>
              <w:rPr>
                <w:sz w:val="16"/>
              </w:rPr>
              <w:t>$250,000 property; $0 crops (2008 dollars)</w:t>
            </w:r>
          </w:p>
        </w:tc>
        <w:tc>
          <w:tcPr>
            <w:tcW w:type="dxa" w:w="965"/>
          </w:tcPr>
          <w:p>
            <w:pPr>
              <w:spacing w:after="0"/>
              <w:jc w:val="right"/>
            </w:pPr>
            <w:r>
              <w:rPr>
                <w:sz w:val="16"/>
              </w:rPr>
              <w:t>0, 0</w:t>
            </w:r>
          </w:p>
        </w:tc>
        <w:tc>
          <w:tcPr>
            <w:tcW w:type="dxa" w:w="2901"/>
          </w:tcPr>
          <w:p>
            <w:pPr>
              <w:spacing w:after="0"/>
              <w:jc w:val="left"/>
            </w:pPr>
            <w:r>
              <w:rPr>
                <w:sz w:val="16"/>
              </w:rPr>
              <w:t>MILLEDGEVILLE</w:t>
            </w:r>
          </w:p>
        </w:tc>
        <w:tc>
          <w:tcPr>
            <w:tcW w:type="dxa" w:w="3476"/>
          </w:tcPr>
          <w:p>
            <w:pPr>
              <w:spacing w:after="0"/>
              <w:jc w:val="left"/>
            </w:pPr>
            <w:r>
              <w:rPr>
                <w:sz w:val="16"/>
              </w:rPr>
              <w:t>B1-c worst recorded: Thunderstorm Wind</w:t>
            </w:r>
          </w:p>
        </w:tc>
      </w:tr>
      <w:tr>
        <w:trPr>
          <w:cantSplit/>
        </w:trPr>
        <w:tc>
          <w:tcPr>
            <w:tcW w:type="dxa" w:w="1037"/>
          </w:tcPr>
          <w:p>
            <w:pPr>
              <w:spacing w:after="0"/>
              <w:jc w:val="left"/>
            </w:pPr>
            <w:r>
              <w:rPr>
                <w:sz w:val="16"/>
              </w:rPr>
              <w:t>2007-04-07</w:t>
            </w:r>
          </w:p>
        </w:tc>
        <w:tc>
          <w:tcPr>
            <w:tcW w:type="dxa" w:w="1348"/>
          </w:tcPr>
          <w:p>
            <w:pPr>
              <w:spacing w:after="0"/>
              <w:jc w:val="left"/>
            </w:pPr>
            <w:r>
              <w:rPr>
                <w:sz w:val="16"/>
              </w:rPr>
              <w:t>Frost/Freeze</w:t>
            </w:r>
          </w:p>
        </w:tc>
        <w:tc>
          <w:tcPr>
            <w:tcW w:type="dxa" w:w="2300"/>
          </w:tcPr>
          <w:p>
            <w:pPr>
              <w:spacing w:after="0"/>
              <w:jc w:val="left"/>
            </w:pPr>
          </w:p>
        </w:tc>
        <w:tc>
          <w:tcPr>
            <w:tcW w:type="dxa" w:w="2085"/>
          </w:tcPr>
          <w:p>
            <w:pPr>
              <w:spacing w:after="0"/>
              <w:jc w:val="left"/>
            </w:pPr>
            <w:r>
              <w:rPr>
                <w:sz w:val="16"/>
              </w:rPr>
              <w:t>$0 property; $155,000,000 crops (zone total, 2007 dollars) (as recorded; larger than this county's annual agriculture value in the National Risk Index (the county or state extension service keeps crop loss records))</w:t>
            </w:r>
          </w:p>
        </w:tc>
        <w:tc>
          <w:tcPr>
            <w:tcW w:type="dxa" w:w="965"/>
          </w:tcPr>
          <w:p>
            <w:pPr>
              <w:spacing w:after="0"/>
              <w:jc w:val="right"/>
            </w:pPr>
            <w:r>
              <w:rPr>
                <w:sz w:val="16"/>
              </w:rPr>
              <w:t>0, 0</w:t>
            </w:r>
          </w:p>
        </w:tc>
        <w:tc>
          <w:tcPr>
            <w:tcW w:type="dxa" w:w="2901"/>
          </w:tcPr>
          <w:p>
            <w:pPr>
              <w:spacing w:after="0"/>
              <w:jc w:val="left"/>
            </w:pPr>
            <w:r>
              <w:rPr>
                <w:sz w:val="16"/>
              </w:rPr>
              <w:t>NWS zone GAZ073 (BALDWIN), zone-level</w:t>
            </w:r>
          </w:p>
        </w:tc>
        <w:tc>
          <w:tcPr>
            <w:tcW w:type="dxa" w:w="3476"/>
          </w:tcPr>
          <w:p>
            <w:pPr>
              <w:spacing w:after="0"/>
              <w:jc w:val="left"/>
            </w:pPr>
            <w:r>
              <w:rPr>
                <w:sz w:val="16"/>
              </w:rPr>
              <w:t>B1-c worst recorded: Frost/Freeze</w:t>
            </w:r>
          </w:p>
        </w:tc>
      </w:tr>
      <w:tr>
        <w:trPr>
          <w:cantSplit/>
        </w:trPr>
        <w:tc>
          <w:tcPr>
            <w:tcW w:type="dxa" w:w="1037"/>
          </w:tcPr>
          <w:p>
            <w:pPr>
              <w:spacing w:after="0"/>
              <w:jc w:val="left"/>
            </w:pPr>
            <w:r>
              <w:rPr>
                <w:sz w:val="16"/>
              </w:rPr>
              <w:t>2006-07-22</w:t>
            </w:r>
          </w:p>
        </w:tc>
        <w:tc>
          <w:tcPr>
            <w:tcW w:type="dxa" w:w="1348"/>
          </w:tcPr>
          <w:p>
            <w:pPr>
              <w:spacing w:after="0"/>
              <w:jc w:val="left"/>
            </w:pPr>
            <w:r>
              <w:rPr>
                <w:sz w:val="16"/>
              </w:rPr>
              <w:t>Thunderstorm Wind</w:t>
            </w:r>
          </w:p>
        </w:tc>
        <w:tc>
          <w:tcPr>
            <w:tcW w:type="dxa" w:w="2300"/>
          </w:tcPr>
          <w:p>
            <w:pPr>
              <w:spacing w:after="0"/>
              <w:jc w:val="left"/>
            </w:pPr>
            <w:r>
              <w:rPr>
                <w:sz w:val="16"/>
              </w:rPr>
              <w:t>50 kt (58 mph) estimated gust</w:t>
            </w:r>
          </w:p>
        </w:tc>
        <w:tc>
          <w:tcPr>
            <w:tcW w:type="dxa" w:w="2085"/>
          </w:tcPr>
          <w:p>
            <w:pPr>
              <w:spacing w:after="0"/>
              <w:jc w:val="left"/>
            </w:pPr>
            <w:r>
              <w:rPr>
                <w:sz w:val="16"/>
              </w:rPr>
              <w:t>$115,000 property; crops not reported (2006 dollars)</w:t>
            </w:r>
          </w:p>
        </w:tc>
        <w:tc>
          <w:tcPr>
            <w:tcW w:type="dxa" w:w="965"/>
          </w:tcPr>
          <w:p>
            <w:pPr>
              <w:spacing w:after="0"/>
              <w:jc w:val="right"/>
            </w:pPr>
            <w:r>
              <w:rPr>
                <w:sz w:val="16"/>
              </w:rPr>
              <w:t>0, 1</w:t>
            </w:r>
          </w:p>
        </w:tc>
        <w:tc>
          <w:tcPr>
            <w:tcW w:type="dxa" w:w="2901"/>
          </w:tcPr>
          <w:p>
            <w:pPr>
              <w:spacing w:after="0"/>
              <w:jc w:val="left"/>
            </w:pPr>
            <w:r>
              <w:rPr>
                <w:sz w:val="16"/>
              </w:rPr>
              <w:t>HARDWICK</w:t>
            </w:r>
          </w:p>
        </w:tc>
        <w:tc>
          <w:tcPr>
            <w:tcW w:type="dxa" w:w="3476"/>
          </w:tcPr>
          <w:p>
            <w:pPr>
              <w:spacing w:after="0"/>
              <w:jc w:val="left"/>
            </w:pPr>
            <w:r>
              <w:rPr>
                <w:sz w:val="16"/>
              </w:rPr>
              <w:t>deaths or injuries recorded</w:t>
            </w:r>
          </w:p>
        </w:tc>
      </w:tr>
      <w:tr>
        <w:trPr>
          <w:cantSplit/>
        </w:trPr>
        <w:tc>
          <w:tcPr>
            <w:tcW w:type="dxa" w:w="1037"/>
          </w:tcPr>
          <w:p>
            <w:pPr>
              <w:spacing w:after="0"/>
              <w:jc w:val="left"/>
            </w:pPr>
            <w:r>
              <w:rPr>
                <w:sz w:val="16"/>
              </w:rPr>
              <w:t>2004-01-25</w:t>
            </w:r>
          </w:p>
        </w:tc>
        <w:tc>
          <w:tcPr>
            <w:tcW w:type="dxa" w:w="1348"/>
          </w:tcPr>
          <w:p>
            <w:pPr>
              <w:spacing w:after="0"/>
              <w:jc w:val="left"/>
            </w:pPr>
            <w:r>
              <w:rPr>
                <w:sz w:val="16"/>
              </w:rPr>
              <w:t>Ice Storm</w:t>
            </w:r>
          </w:p>
        </w:tc>
        <w:tc>
          <w:tcPr>
            <w:tcW w:type="dxa" w:w="2300"/>
          </w:tcPr>
          <w:p>
            <w:pPr>
              <w:spacing w:after="0"/>
              <w:jc w:val="left"/>
            </w:pPr>
          </w:p>
        </w:tc>
        <w:tc>
          <w:tcPr>
            <w:tcW w:type="dxa" w:w="2085"/>
          </w:tcPr>
          <w:p>
            <w:pPr>
              <w:spacing w:after="0"/>
              <w:jc w:val="left"/>
            </w:pPr>
            <w:r>
              <w:rPr>
                <w:sz w:val="16"/>
              </w:rPr>
              <w:t>$10,000 property; crops not reported (zone total, 2004 dollars)</w:t>
            </w:r>
          </w:p>
        </w:tc>
        <w:tc>
          <w:tcPr>
            <w:tcW w:type="dxa" w:w="965"/>
          </w:tcPr>
          <w:p>
            <w:pPr>
              <w:spacing w:after="0"/>
              <w:jc w:val="right"/>
            </w:pPr>
            <w:r>
              <w:rPr>
                <w:sz w:val="16"/>
              </w:rPr>
              <w:t>0, 0</w:t>
            </w:r>
          </w:p>
        </w:tc>
        <w:tc>
          <w:tcPr>
            <w:tcW w:type="dxa" w:w="2901"/>
          </w:tcPr>
          <w:p>
            <w:pPr>
              <w:spacing w:after="0"/>
              <w:jc w:val="left"/>
            </w:pPr>
            <w:r>
              <w:rPr>
                <w:sz w:val="16"/>
              </w:rPr>
              <w:t>NWS zone GAZ073 (BALDWIN), zone-level</w:t>
            </w:r>
          </w:p>
        </w:tc>
        <w:tc>
          <w:tcPr>
            <w:tcW w:type="dxa" w:w="3476"/>
          </w:tcPr>
          <w:p>
            <w:pPr>
              <w:spacing w:after="0"/>
              <w:jc w:val="left"/>
            </w:pPr>
            <w:r>
              <w:rPr>
                <w:sz w:val="16"/>
              </w:rPr>
              <w:t>B1-c worst recorded: Ice Storm</w:t>
            </w:r>
          </w:p>
        </w:tc>
      </w:tr>
      <w:tr>
        <w:trPr>
          <w:cantSplit/>
        </w:trPr>
        <w:tc>
          <w:tcPr>
            <w:tcW w:type="dxa" w:w="1037"/>
          </w:tcPr>
          <w:p>
            <w:pPr>
              <w:spacing w:after="0"/>
              <w:jc w:val="left"/>
            </w:pPr>
            <w:r>
              <w:rPr>
                <w:sz w:val="16"/>
              </w:rPr>
              <w:t>2001-06-13</w:t>
            </w:r>
          </w:p>
        </w:tc>
        <w:tc>
          <w:tcPr>
            <w:tcW w:type="dxa" w:w="1348"/>
          </w:tcPr>
          <w:p>
            <w:pPr>
              <w:spacing w:after="0"/>
              <w:jc w:val="left"/>
            </w:pPr>
            <w:r>
              <w:rPr>
                <w:sz w:val="16"/>
              </w:rPr>
              <w:t>Flood</w:t>
            </w:r>
          </w:p>
        </w:tc>
        <w:tc>
          <w:tcPr>
            <w:tcW w:type="dxa" w:w="2300"/>
          </w:tcPr>
          <w:p>
            <w:pPr>
              <w:spacing w:after="0"/>
              <w:jc w:val="left"/>
            </w:pPr>
          </w:p>
        </w:tc>
        <w:tc>
          <w:tcPr>
            <w:tcW w:type="dxa" w:w="2085"/>
          </w:tcPr>
          <w:p>
            <w:pPr>
              <w:spacing w:after="0"/>
              <w:jc w:val="left"/>
            </w:pPr>
            <w:r>
              <w:rPr>
                <w:sz w:val="16"/>
              </w:rPr>
              <w:t>$22,000 property; crops not reported (2001 dollars)</w:t>
            </w:r>
          </w:p>
        </w:tc>
        <w:tc>
          <w:tcPr>
            <w:tcW w:type="dxa" w:w="965"/>
          </w:tcPr>
          <w:p>
            <w:pPr>
              <w:spacing w:after="0"/>
              <w:jc w:val="right"/>
            </w:pPr>
            <w:r>
              <w:rPr>
                <w:sz w:val="16"/>
              </w:rPr>
              <w:t>0, 0</w:t>
            </w:r>
          </w:p>
        </w:tc>
        <w:tc>
          <w:tcPr>
            <w:tcW w:type="dxa" w:w="2901"/>
          </w:tcPr>
          <w:p>
            <w:pPr>
              <w:spacing w:after="0"/>
              <w:jc w:val="left"/>
            </w:pPr>
            <w:r>
              <w:rPr>
                <w:sz w:val="16"/>
              </w:rPr>
              <w:t>COUNTYWIDE</w:t>
            </w:r>
          </w:p>
        </w:tc>
        <w:tc>
          <w:tcPr>
            <w:tcW w:type="dxa" w:w="34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348"/>
          </w:tcPr>
          <w:p>
            <w:pPr>
              <w:spacing w:after="0"/>
              <w:jc w:val="left"/>
            </w:pPr>
            <w:r>
              <w:rPr>
                <w:sz w:val="16"/>
              </w:rPr>
              <w:t>Extreme Cold/Wind Chill</w:t>
            </w:r>
          </w:p>
        </w:tc>
        <w:tc>
          <w:tcPr>
            <w:tcW w:type="dxa" w:w="2300"/>
          </w:tcPr>
          <w:p>
            <w:pPr>
              <w:spacing w:after="0"/>
              <w:jc w:val="left"/>
            </w:pPr>
          </w:p>
        </w:tc>
        <w:tc>
          <w:tcPr>
            <w:tcW w:type="dxa" w:w="2085"/>
          </w:tcPr>
          <w:p>
            <w:pPr>
              <w:spacing w:after="0"/>
              <w:jc w:val="left"/>
            </w:pPr>
            <w:r>
              <w:rPr>
                <w:sz w:val="16"/>
              </w:rPr>
              <w:t>damage not reported</w:t>
            </w:r>
          </w:p>
        </w:tc>
        <w:tc>
          <w:tcPr>
            <w:tcW w:type="dxa" w:w="965"/>
          </w:tcPr>
          <w:p>
            <w:pPr>
              <w:spacing w:after="0"/>
              <w:jc w:val="right"/>
            </w:pPr>
            <w:r>
              <w:rPr>
                <w:sz w:val="16"/>
              </w:rPr>
              <w:t>0, 0</w:t>
            </w:r>
          </w:p>
        </w:tc>
        <w:tc>
          <w:tcPr>
            <w:tcW w:type="dxa" w:w="2901"/>
          </w:tcPr>
          <w:p>
            <w:pPr>
              <w:spacing w:after="0"/>
              <w:jc w:val="left"/>
            </w:pPr>
            <w:r>
              <w:rPr>
                <w:sz w:val="16"/>
              </w:rPr>
              <w:t>NWS zone GAZ073 (BALDWIN), zone-level</w:t>
            </w:r>
          </w:p>
        </w:tc>
        <w:tc>
          <w:tcPr>
            <w:tcW w:type="dxa" w:w="34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348"/>
          </w:tcPr>
          <w:p>
            <w:pPr>
              <w:spacing w:after="0"/>
              <w:jc w:val="left"/>
            </w:pPr>
            <w:r>
              <w:rPr>
                <w:sz w:val="16"/>
              </w:rPr>
              <w:t>Heat</w:t>
            </w:r>
          </w:p>
        </w:tc>
        <w:tc>
          <w:tcPr>
            <w:tcW w:type="dxa" w:w="2300"/>
          </w:tcPr>
          <w:p>
            <w:pPr>
              <w:spacing w:after="0"/>
              <w:jc w:val="left"/>
            </w:pPr>
          </w:p>
        </w:tc>
        <w:tc>
          <w:tcPr>
            <w:tcW w:type="dxa" w:w="2085"/>
          </w:tcPr>
          <w:p>
            <w:pPr>
              <w:spacing w:after="0"/>
              <w:jc w:val="left"/>
            </w:pPr>
            <w:r>
              <w:rPr>
                <w:sz w:val="16"/>
              </w:rPr>
              <w:t>damage not reported</w:t>
            </w:r>
          </w:p>
        </w:tc>
        <w:tc>
          <w:tcPr>
            <w:tcW w:type="dxa" w:w="965"/>
          </w:tcPr>
          <w:p>
            <w:pPr>
              <w:spacing w:after="0"/>
              <w:jc w:val="right"/>
            </w:pPr>
            <w:r>
              <w:rPr>
                <w:sz w:val="16"/>
              </w:rPr>
              <w:t>0, 0</w:t>
            </w:r>
          </w:p>
        </w:tc>
        <w:tc>
          <w:tcPr>
            <w:tcW w:type="dxa" w:w="2901"/>
          </w:tcPr>
          <w:p>
            <w:pPr>
              <w:spacing w:after="0"/>
              <w:jc w:val="left"/>
            </w:pPr>
            <w:r>
              <w:rPr>
                <w:sz w:val="16"/>
              </w:rPr>
              <w:t>NWS zone GAZ073 (BALDWIN), zone-level</w:t>
            </w:r>
          </w:p>
        </w:tc>
        <w:tc>
          <w:tcPr>
            <w:tcW w:type="dxa" w:w="3476"/>
          </w:tcPr>
          <w:p>
            <w:pPr>
              <w:spacing w:after="0"/>
              <w:jc w:val="left"/>
            </w:pPr>
            <w:r>
              <w:rPr>
                <w:sz w:val="16"/>
              </w:rPr>
              <w:t>B1-c worst recorded: Excessive Heat, Heat</w:t>
            </w:r>
          </w:p>
        </w:tc>
      </w:tr>
      <w:tr>
        <w:trPr>
          <w:cantSplit/>
        </w:trPr>
        <w:tc>
          <w:tcPr>
            <w:tcW w:type="dxa" w:w="1037"/>
          </w:tcPr>
          <w:p>
            <w:pPr>
              <w:spacing w:after="0"/>
              <w:jc w:val="left"/>
            </w:pPr>
            <w:r>
              <w:rPr>
                <w:sz w:val="16"/>
              </w:rPr>
              <w:t>1964-12-25</w:t>
            </w:r>
          </w:p>
        </w:tc>
        <w:tc>
          <w:tcPr>
            <w:tcW w:type="dxa" w:w="1348"/>
          </w:tcPr>
          <w:p>
            <w:pPr>
              <w:spacing w:after="0"/>
              <w:jc w:val="left"/>
            </w:pPr>
            <w:r>
              <w:rPr>
                <w:sz w:val="16"/>
              </w:rPr>
              <w:t>Tornado</w:t>
            </w:r>
          </w:p>
        </w:tc>
        <w:tc>
          <w:tcPr>
            <w:tcW w:type="dxa" w:w="2300"/>
          </w:tcPr>
          <w:p>
            <w:pPr>
              <w:spacing w:after="0"/>
              <w:jc w:val="left"/>
            </w:pPr>
            <w:r>
              <w:rPr>
                <w:sz w:val="16"/>
              </w:rPr>
              <w:t>F3, 17.8 mi path length (whole path, pre-1996), 600 yd wide</w:t>
            </w:r>
          </w:p>
        </w:tc>
        <w:tc>
          <w:tcPr>
            <w:tcW w:type="dxa" w:w="2085"/>
          </w:tcPr>
          <w:p>
            <w:pPr>
              <w:spacing w:after="0"/>
              <w:jc w:val="left"/>
            </w:pPr>
            <w:r>
              <w:rPr>
                <w:sz w:val="16"/>
              </w:rPr>
              <w:t>$2,500,000 property; crops not recorded (1964 dollars)</w:t>
            </w:r>
          </w:p>
        </w:tc>
        <w:tc>
          <w:tcPr>
            <w:tcW w:type="dxa" w:w="965"/>
          </w:tcPr>
          <w:p>
            <w:pPr>
              <w:spacing w:after="0"/>
              <w:jc w:val="right"/>
            </w:pPr>
            <w:r>
              <w:rPr>
                <w:sz w:val="16"/>
              </w:rPr>
              <w:t>0, 0</w:t>
            </w:r>
          </w:p>
        </w:tc>
        <w:tc>
          <w:tcPr>
            <w:tcW w:type="dxa" w:w="2901"/>
          </w:tcPr>
          <w:p>
            <w:pPr>
              <w:spacing w:after="0"/>
              <w:jc w:val="left"/>
            </w:pPr>
            <w:r>
              <w:rPr>
                <w:sz w:val="16"/>
              </w:rPr>
              <w:t>location not recorded</w:t>
            </w:r>
          </w:p>
        </w:tc>
        <w:tc>
          <w:tcPr>
            <w:tcW w:type="dxa" w:w="347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0.263</w:t>
            </w:r>
          </w:p>
        </w:tc>
        <w:tc>
          <w:tcPr>
            <w:tcW w:type="dxa" w:w="1280"/>
          </w:tcPr>
          <w:p>
            <w:pPr>
              <w:spacing w:after="0"/>
              <w:jc w:val="left"/>
            </w:pPr>
            <w:r>
              <w:rPr>
                <w:sz w:val="16"/>
              </w:rPr>
              <w:t>event-days per year</w:t>
            </w:r>
          </w:p>
        </w:tc>
        <w:tc>
          <w:tcPr>
            <w:tcW w:type="dxa" w:w="1583"/>
          </w:tcPr>
          <w:p>
            <w:pPr>
              <w:spacing w:after="0"/>
              <w:jc w:val="left"/>
            </w:pPr>
            <w:r>
              <w:rPr>
                <w:sz w:val="16"/>
              </w:rPr>
              <w:t>about 0.263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47.3</w:t>
            </w:r>
          </w:p>
        </w:tc>
        <w:tc>
          <w:tcPr>
            <w:tcW w:type="dxa" w:w="1280"/>
          </w:tcPr>
          <w:p>
            <w:pPr>
              <w:spacing w:after="0"/>
              <w:jc w:val="left"/>
            </w:pPr>
            <w:r>
              <w:rPr>
                <w:sz w:val="16"/>
              </w:rPr>
              <w:t>event-days per year</w:t>
            </w:r>
          </w:p>
        </w:tc>
        <w:tc>
          <w:tcPr>
            <w:tcW w:type="dxa" w:w="1583"/>
          </w:tcPr>
          <w:p>
            <w:pPr>
              <w:spacing w:after="0"/>
              <w:jc w:val="left"/>
            </w:pPr>
            <w:r>
              <w:rPr>
                <w:sz w:val="16"/>
              </w:rPr>
              <w:t>about 47.3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12 of 30 years, 1996 to 2025 (40%)</w:t>
            </w:r>
          </w:p>
        </w:tc>
        <w:tc>
          <w:tcPr>
            <w:tcW w:type="dxa" w:w="1524"/>
          </w:tcPr>
          <w:p>
            <w:pPr>
              <w:spacing w:after="0"/>
              <w:jc w:val="right"/>
            </w:pPr>
            <w:r>
              <w:rPr>
                <w:sz w:val="16"/>
              </w:rPr>
              <w:t>1,470</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0.00191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0.191%</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3.04</w:t>
            </w:r>
          </w:p>
        </w:tc>
        <w:tc>
          <w:tcPr>
            <w:tcW w:type="dxa" w:w="1280"/>
          </w:tcPr>
          <w:p>
            <w:pPr>
              <w:spacing w:after="0"/>
              <w:jc w:val="left"/>
            </w:pPr>
            <w:r>
              <w:rPr>
                <w:sz w:val="16"/>
              </w:rPr>
              <w:t>events per year</w:t>
            </w:r>
          </w:p>
        </w:tc>
        <w:tc>
          <w:tcPr>
            <w:tcW w:type="dxa" w:w="1583"/>
          </w:tcPr>
          <w:p>
            <w:pPr>
              <w:spacing w:after="0"/>
              <w:jc w:val="left"/>
            </w:pPr>
            <w:r>
              <w:rPr>
                <w:sz w:val="16"/>
              </w:rPr>
              <w:t>about 3.04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115.2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6.79</w:t>
            </w:r>
          </w:p>
        </w:tc>
        <w:tc>
          <w:tcPr>
            <w:tcW w:type="dxa" w:w="1280"/>
          </w:tcPr>
          <w:p>
            <w:pPr>
              <w:spacing w:after="0"/>
              <w:jc w:val="left"/>
            </w:pPr>
            <w:r>
              <w:rPr>
                <w:sz w:val="16"/>
              </w:rPr>
              <w:t>event-days per year</w:t>
            </w:r>
          </w:p>
        </w:tc>
        <w:tc>
          <w:tcPr>
            <w:tcW w:type="dxa" w:w="1583"/>
          </w:tcPr>
          <w:p>
            <w:pPr>
              <w:spacing w:after="0"/>
              <w:jc w:val="left"/>
            </w:pPr>
            <w:r>
              <w:rPr>
                <w:sz w:val="16"/>
              </w:rPr>
              <w:t>about 6.79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116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0.0567</w:t>
            </w:r>
          </w:p>
        </w:tc>
        <w:tc>
          <w:tcPr>
            <w:tcW w:type="dxa" w:w="1280"/>
          </w:tcPr>
          <w:p>
            <w:pPr>
              <w:spacing w:after="0"/>
              <w:jc w:val="left"/>
            </w:pPr>
            <w:r>
              <w:rPr>
                <w:sz w:val="16"/>
              </w:rPr>
              <w:t>events per year</w:t>
            </w:r>
          </w:p>
        </w:tc>
        <w:tc>
          <w:tcPr>
            <w:tcW w:type="dxa" w:w="1583"/>
          </w:tcPr>
          <w:p>
            <w:pPr>
              <w:spacing w:after="0"/>
              <w:jc w:val="left"/>
            </w:pPr>
            <w:r>
              <w:rPr>
                <w:sz w:val="16"/>
              </w:rPr>
              <w:t>about 1 in 18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15</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0.657</w:t>
            </w:r>
          </w:p>
        </w:tc>
        <w:tc>
          <w:tcPr>
            <w:tcW w:type="dxa" w:w="1280"/>
          </w:tcPr>
          <w:p>
            <w:pPr>
              <w:spacing w:after="0"/>
              <w:jc w:val="left"/>
            </w:pPr>
            <w:r>
              <w:rPr>
                <w:sz w:val="16"/>
              </w:rPr>
              <w:t>event-days per year</w:t>
            </w:r>
          </w:p>
        </w:tc>
        <w:tc>
          <w:tcPr>
            <w:tcW w:type="dxa" w:w="1583"/>
          </w:tcPr>
          <w:p>
            <w:pPr>
              <w:spacing w:after="0"/>
              <w:jc w:val="left"/>
            </w:pPr>
            <w:r>
              <w:rPr>
                <w:sz w:val="16"/>
              </w:rPr>
              <w:t>about 0.657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45</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0.429</w:t>
            </w:r>
          </w:p>
        </w:tc>
        <w:tc>
          <w:tcPr>
            <w:tcW w:type="dxa" w:w="1280"/>
          </w:tcPr>
          <w:p>
            <w:pPr>
              <w:spacing w:after="0"/>
              <w:jc w:val="left"/>
            </w:pPr>
            <w:r>
              <w:rPr>
                <w:sz w:val="16"/>
              </w:rPr>
              <w:t>event-days per year</w:t>
            </w:r>
          </w:p>
        </w:tc>
        <w:tc>
          <w:tcPr>
            <w:tcW w:type="dxa" w:w="1583"/>
          </w:tcPr>
          <w:p>
            <w:pPr>
              <w:spacing w:after="0"/>
              <w:jc w:val="left"/>
            </w:pPr>
            <w:r>
              <w:rPr>
                <w:sz w:val="16"/>
              </w:rPr>
              <w:t>about 0.429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12</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0.164</w:t>
            </w:r>
          </w:p>
        </w:tc>
        <w:tc>
          <w:tcPr>
            <w:tcW w:type="dxa" w:w="1280"/>
          </w:tcPr>
          <w:p>
            <w:pPr>
              <w:spacing w:after="0"/>
              <w:jc w:val="left"/>
            </w:pPr>
            <w:r>
              <w:rPr>
                <w:sz w:val="16"/>
              </w:rPr>
              <w:t>events per year (modeled)</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61.2</w:t>
            </w:r>
          </w:p>
        </w:tc>
        <w:tc>
          <w:tcPr>
            <w:tcW w:type="dxa" w:w="1280"/>
          </w:tcPr>
          <w:p>
            <w:pPr>
              <w:spacing w:after="0"/>
              <w:jc w:val="left"/>
            </w:pPr>
            <w:r>
              <w:rPr>
                <w:sz w:val="16"/>
              </w:rPr>
              <w:t>days per year with a strike</w:t>
            </w:r>
          </w:p>
        </w:tc>
        <w:tc>
          <w:tcPr>
            <w:tcW w:type="dxa" w:w="1583"/>
          </w:tcPr>
          <w:p>
            <w:pPr>
              <w:spacing w:after="0"/>
              <w:jc w:val="left"/>
            </w:pPr>
            <w:r>
              <w:rPr>
                <w:sz w:val="16"/>
              </w:rPr>
              <w:t>about 61.2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2.18</w:t>
            </w:r>
          </w:p>
        </w:tc>
        <w:tc>
          <w:tcPr>
            <w:tcW w:type="dxa" w:w="1280"/>
          </w:tcPr>
          <w:p>
            <w:pPr>
              <w:spacing w:after="0"/>
              <w:jc w:val="left"/>
            </w:pPr>
            <w:r>
              <w:rPr>
                <w:sz w:val="16"/>
              </w:rPr>
              <w:t>events per year</w:t>
            </w:r>
          </w:p>
        </w:tc>
        <w:tc>
          <w:tcPr>
            <w:tcW w:type="dxa" w:w="1583"/>
          </w:tcPr>
          <w:p>
            <w:pPr>
              <w:spacing w:after="0"/>
              <w:jc w:val="left"/>
            </w:pPr>
            <w:r>
              <w:rPr>
                <w:sz w:val="16"/>
              </w:rPr>
              <w:t>about 2.18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83</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0.14</w:t>
            </w:r>
          </w:p>
        </w:tc>
        <w:tc>
          <w:tcPr>
            <w:tcW w:type="dxa" w:w="1280"/>
          </w:tcPr>
          <w:p>
            <w:pPr>
              <w:spacing w:after="0"/>
              <w:jc w:val="left"/>
            </w:pPr>
            <w:r>
              <w:rPr>
                <w:sz w:val="16"/>
              </w:rPr>
              <w:t>events per year</w:t>
            </w:r>
          </w:p>
        </w:tc>
        <w:tc>
          <w:tcPr>
            <w:tcW w:type="dxa" w:w="1583"/>
          </w:tcPr>
          <w:p>
            <w:pPr>
              <w:spacing w:after="0"/>
              <w:jc w:val="left"/>
            </w:pPr>
            <w:r>
              <w:rPr>
                <w:sz w:val="16"/>
              </w:rPr>
              <w:t>about 1 in 7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0.000626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0.0626%</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0.842</w:t>
            </w:r>
          </w:p>
        </w:tc>
        <w:tc>
          <w:tcPr>
            <w:tcW w:type="dxa" w:w="1280"/>
          </w:tcPr>
          <w:p>
            <w:pPr>
              <w:spacing w:after="0"/>
              <w:jc w:val="left"/>
            </w:pPr>
            <w:r>
              <w:rPr>
                <w:sz w:val="16"/>
              </w:rPr>
              <w:t>event-days per year</w:t>
            </w:r>
          </w:p>
        </w:tc>
        <w:tc>
          <w:tcPr>
            <w:tcW w:type="dxa" w:w="1583"/>
          </w:tcPr>
          <w:p>
            <w:pPr>
              <w:spacing w:after="0"/>
              <w:jc w:val="left"/>
            </w:pPr>
            <w:r>
              <w:rPr>
                <w:sz w:val="16"/>
              </w:rPr>
              <w:t>about 0.842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14 of 14</w:t>
            </w:r>
          </w:p>
        </w:tc>
        <w:tc>
          <w:tcPr>
            <w:tcW w:type="dxa" w:w="1205"/>
          </w:tcPr>
          <w:p>
            <w:pPr>
              <w:spacing w:after="0"/>
              <w:jc w:val="right"/>
            </w:pPr>
            <w:r>
              <w:rPr>
                <w:sz w:val="16"/>
              </w:rPr>
              <w:t>31.2</w:t>
            </w:r>
          </w:p>
        </w:tc>
        <w:tc>
          <w:tcPr>
            <w:tcW w:type="dxa" w:w="1264"/>
          </w:tcPr>
          <w:p>
            <w:pPr>
              <w:spacing w:after="0"/>
              <w:jc w:val="right"/>
            </w:pPr>
            <w:r>
              <w:rPr>
                <w:sz w:val="16"/>
              </w:rPr>
              <w:t>42.4</w:t>
            </w:r>
          </w:p>
        </w:tc>
        <w:tc>
          <w:tcPr>
            <w:tcW w:type="dxa" w:w="1205"/>
          </w:tcPr>
          <w:p>
            <w:pPr>
              <w:spacing w:after="0"/>
              <w:jc w:val="right"/>
            </w:pPr>
            <w:r>
              <w:rPr>
                <w:sz w:val="16"/>
              </w:rPr>
              <w:t>62.5</w:t>
            </w:r>
          </w:p>
        </w:tc>
        <w:tc>
          <w:tcPr>
            <w:tcW w:type="dxa" w:w="6911"/>
          </w:tcPr>
          <w:p>
            <w:pPr>
              <w:spacing w:after="0"/>
              <w:jc w:val="left"/>
            </w:pPr>
            <w:r>
              <w:rPr>
                <w:sz w:val="16"/>
              </w:rPr>
              <w:t>Relatively Moderate 4, Relatively Low 10</w:t>
            </w:r>
          </w:p>
        </w:tc>
      </w:tr>
      <w:tr>
        <w:trPr>
          <w:cantSplit/>
        </w:trPr>
        <w:tc>
          <w:tcPr>
            <w:tcW w:type="dxa" w:w="1929"/>
          </w:tcPr>
          <w:p>
            <w:pPr>
              <w:spacing w:after="0"/>
              <w:jc w:val="left"/>
            </w:pPr>
            <w:r>
              <w:rPr>
                <w:sz w:val="16"/>
              </w:rPr>
              <w:t>Drought</w:t>
            </w:r>
          </w:p>
        </w:tc>
        <w:tc>
          <w:tcPr>
            <w:tcW w:type="dxa" w:w="1597"/>
          </w:tcPr>
          <w:p>
            <w:pPr>
              <w:spacing w:after="0"/>
              <w:jc w:val="right"/>
            </w:pPr>
            <w:r>
              <w:rPr>
                <w:sz w:val="16"/>
              </w:rPr>
              <w:t>7 of 14</w:t>
            </w:r>
          </w:p>
        </w:tc>
        <w:tc>
          <w:tcPr>
            <w:tcW w:type="dxa" w:w="1205"/>
          </w:tcPr>
          <w:p>
            <w:pPr>
              <w:spacing w:after="0"/>
              <w:jc w:val="right"/>
            </w:pPr>
            <w:r>
              <w:rPr>
                <w:sz w:val="16"/>
              </w:rPr>
              <w:t>74.6</w:t>
            </w:r>
          </w:p>
        </w:tc>
        <w:tc>
          <w:tcPr>
            <w:tcW w:type="dxa" w:w="1264"/>
          </w:tcPr>
          <w:p>
            <w:pPr>
              <w:spacing w:after="0"/>
              <w:jc w:val="right"/>
            </w:pPr>
            <w:r>
              <w:rPr>
                <w:sz w:val="16"/>
              </w:rPr>
              <w:t>92.2</w:t>
            </w:r>
          </w:p>
        </w:tc>
        <w:tc>
          <w:tcPr>
            <w:tcW w:type="dxa" w:w="1205"/>
          </w:tcPr>
          <w:p>
            <w:pPr>
              <w:spacing w:after="0"/>
              <w:jc w:val="right"/>
            </w:pPr>
            <w:r>
              <w:rPr>
                <w:sz w:val="16"/>
              </w:rPr>
              <w:t>98.1</w:t>
            </w:r>
          </w:p>
        </w:tc>
        <w:tc>
          <w:tcPr>
            <w:tcW w:type="dxa" w:w="6911"/>
          </w:tcPr>
          <w:p>
            <w:pPr>
              <w:spacing w:after="0"/>
              <w:jc w:val="left"/>
            </w:pPr>
            <w:r>
              <w:rPr>
                <w:sz w:val="16"/>
              </w:rPr>
              <w:t>Relatively High 1, Relatively Moderate 3, Relatively Low 2, Very Low 1, No Rating 7</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14 of 14</w:t>
            </w:r>
          </w:p>
        </w:tc>
        <w:tc>
          <w:tcPr>
            <w:tcW w:type="dxa" w:w="1205"/>
          </w:tcPr>
          <w:p>
            <w:pPr>
              <w:spacing w:after="0"/>
              <w:jc w:val="right"/>
            </w:pPr>
            <w:r>
              <w:rPr>
                <w:sz w:val="16"/>
              </w:rPr>
              <w:t>37.5</w:t>
            </w:r>
          </w:p>
        </w:tc>
        <w:tc>
          <w:tcPr>
            <w:tcW w:type="dxa" w:w="1264"/>
          </w:tcPr>
          <w:p>
            <w:pPr>
              <w:spacing w:after="0"/>
              <w:jc w:val="right"/>
            </w:pPr>
            <w:r>
              <w:rPr>
                <w:sz w:val="16"/>
              </w:rPr>
              <w:t>56.9</w:t>
            </w:r>
          </w:p>
        </w:tc>
        <w:tc>
          <w:tcPr>
            <w:tcW w:type="dxa" w:w="1205"/>
          </w:tcPr>
          <w:p>
            <w:pPr>
              <w:spacing w:after="0"/>
              <w:jc w:val="right"/>
            </w:pPr>
            <w:r>
              <w:rPr>
                <w:sz w:val="16"/>
              </w:rPr>
              <w:t>83.4</w:t>
            </w:r>
          </w:p>
        </w:tc>
        <w:tc>
          <w:tcPr>
            <w:tcW w:type="dxa" w:w="6911"/>
          </w:tcPr>
          <w:p>
            <w:pPr>
              <w:spacing w:after="0"/>
              <w:jc w:val="left"/>
            </w:pPr>
            <w:r>
              <w:rPr>
                <w:sz w:val="16"/>
              </w:rPr>
              <w:t>Relatively Moderate 2, Relatively Low 10, Very Low 2</w:t>
            </w:r>
          </w:p>
        </w:tc>
      </w:tr>
      <w:tr>
        <w:trPr>
          <w:cantSplit/>
        </w:trPr>
        <w:tc>
          <w:tcPr>
            <w:tcW w:type="dxa" w:w="1929"/>
          </w:tcPr>
          <w:p>
            <w:pPr>
              <w:spacing w:after="0"/>
              <w:jc w:val="left"/>
            </w:pPr>
            <w:r>
              <w:rPr>
                <w:sz w:val="16"/>
              </w:rPr>
              <w:t>Hail</w:t>
            </w:r>
          </w:p>
        </w:tc>
        <w:tc>
          <w:tcPr>
            <w:tcW w:type="dxa" w:w="1597"/>
          </w:tcPr>
          <w:p>
            <w:pPr>
              <w:spacing w:after="0"/>
              <w:jc w:val="right"/>
            </w:pPr>
            <w:r>
              <w:rPr>
                <w:sz w:val="16"/>
              </w:rPr>
              <w:t>14 of 14</w:t>
            </w:r>
          </w:p>
        </w:tc>
        <w:tc>
          <w:tcPr>
            <w:tcW w:type="dxa" w:w="1205"/>
          </w:tcPr>
          <w:p>
            <w:pPr>
              <w:spacing w:after="0"/>
              <w:jc w:val="right"/>
            </w:pPr>
            <w:r>
              <w:rPr>
                <w:sz w:val="16"/>
              </w:rPr>
              <w:t>61.2</w:t>
            </w:r>
          </w:p>
        </w:tc>
        <w:tc>
          <w:tcPr>
            <w:tcW w:type="dxa" w:w="1264"/>
          </w:tcPr>
          <w:p>
            <w:pPr>
              <w:spacing w:after="0"/>
              <w:jc w:val="right"/>
            </w:pPr>
            <w:r>
              <w:rPr>
                <w:sz w:val="16"/>
              </w:rPr>
              <w:t>72.4</w:t>
            </w:r>
          </w:p>
        </w:tc>
        <w:tc>
          <w:tcPr>
            <w:tcW w:type="dxa" w:w="1205"/>
          </w:tcPr>
          <w:p>
            <w:pPr>
              <w:spacing w:after="0"/>
              <w:jc w:val="right"/>
            </w:pPr>
            <w:r>
              <w:rPr>
                <w:sz w:val="16"/>
              </w:rPr>
              <w:t>82.6</w:t>
            </w:r>
          </w:p>
        </w:tc>
        <w:tc>
          <w:tcPr>
            <w:tcW w:type="dxa" w:w="6911"/>
          </w:tcPr>
          <w:p>
            <w:pPr>
              <w:spacing w:after="0"/>
              <w:jc w:val="left"/>
            </w:pPr>
            <w:r>
              <w:rPr>
                <w:sz w:val="16"/>
              </w:rPr>
              <w:t>Relatively Moderate 9, Relatively Low 5</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14 of 14</w:t>
            </w:r>
          </w:p>
        </w:tc>
        <w:tc>
          <w:tcPr>
            <w:tcW w:type="dxa" w:w="1205"/>
          </w:tcPr>
          <w:p>
            <w:pPr>
              <w:spacing w:after="0"/>
              <w:jc w:val="right"/>
            </w:pPr>
            <w:r>
              <w:rPr>
                <w:sz w:val="16"/>
              </w:rPr>
              <w:t>57.6</w:t>
            </w:r>
          </w:p>
        </w:tc>
        <w:tc>
          <w:tcPr>
            <w:tcW w:type="dxa" w:w="1264"/>
          </w:tcPr>
          <w:p>
            <w:pPr>
              <w:spacing w:after="0"/>
              <w:jc w:val="right"/>
            </w:pPr>
            <w:r>
              <w:rPr>
                <w:sz w:val="16"/>
              </w:rPr>
              <w:t>69.7</w:t>
            </w:r>
          </w:p>
        </w:tc>
        <w:tc>
          <w:tcPr>
            <w:tcW w:type="dxa" w:w="1205"/>
          </w:tcPr>
          <w:p>
            <w:pPr>
              <w:spacing w:after="0"/>
              <w:jc w:val="right"/>
            </w:pPr>
            <w:r>
              <w:rPr>
                <w:sz w:val="16"/>
              </w:rPr>
              <w:t>82.5</w:t>
            </w:r>
          </w:p>
        </w:tc>
        <w:tc>
          <w:tcPr>
            <w:tcW w:type="dxa" w:w="6911"/>
          </w:tcPr>
          <w:p>
            <w:pPr>
              <w:spacing w:after="0"/>
              <w:jc w:val="left"/>
            </w:pPr>
            <w:r>
              <w:rPr>
                <w:sz w:val="16"/>
              </w:rPr>
              <w:t>Relatively Moderate 14</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14 of 14</w:t>
            </w:r>
          </w:p>
        </w:tc>
        <w:tc>
          <w:tcPr>
            <w:tcW w:type="dxa" w:w="1205"/>
          </w:tcPr>
          <w:p>
            <w:pPr>
              <w:spacing w:after="0"/>
              <w:jc w:val="right"/>
            </w:pPr>
            <w:r>
              <w:rPr>
                <w:sz w:val="16"/>
              </w:rPr>
              <w:t>55.4</w:t>
            </w:r>
          </w:p>
        </w:tc>
        <w:tc>
          <w:tcPr>
            <w:tcW w:type="dxa" w:w="1264"/>
          </w:tcPr>
          <w:p>
            <w:pPr>
              <w:spacing w:after="0"/>
              <w:jc w:val="right"/>
            </w:pPr>
            <w:r>
              <w:rPr>
                <w:sz w:val="16"/>
              </w:rPr>
              <w:t>62.1</w:t>
            </w:r>
          </w:p>
        </w:tc>
        <w:tc>
          <w:tcPr>
            <w:tcW w:type="dxa" w:w="1205"/>
          </w:tcPr>
          <w:p>
            <w:pPr>
              <w:spacing w:after="0"/>
              <w:jc w:val="right"/>
            </w:pPr>
            <w:r>
              <w:rPr>
                <w:sz w:val="16"/>
              </w:rPr>
              <w:t>75.7</w:t>
            </w:r>
          </w:p>
        </w:tc>
        <w:tc>
          <w:tcPr>
            <w:tcW w:type="dxa" w:w="6911"/>
          </w:tcPr>
          <w:p>
            <w:pPr>
              <w:spacing w:after="0"/>
              <w:jc w:val="left"/>
            </w:pPr>
            <w:r>
              <w:rPr>
                <w:sz w:val="16"/>
              </w:rPr>
              <w:t>Relatively Low 14</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14 of 14</w:t>
            </w:r>
          </w:p>
        </w:tc>
        <w:tc>
          <w:tcPr>
            <w:tcW w:type="dxa" w:w="1205"/>
          </w:tcPr>
          <w:p>
            <w:pPr>
              <w:spacing w:after="0"/>
              <w:jc w:val="right"/>
            </w:pPr>
            <w:r>
              <w:rPr>
                <w:sz w:val="16"/>
              </w:rPr>
              <w:t>53.4</w:t>
            </w:r>
          </w:p>
        </w:tc>
        <w:tc>
          <w:tcPr>
            <w:tcW w:type="dxa" w:w="1264"/>
          </w:tcPr>
          <w:p>
            <w:pPr>
              <w:spacing w:after="0"/>
              <w:jc w:val="right"/>
            </w:pPr>
            <w:r>
              <w:rPr>
                <w:sz w:val="16"/>
              </w:rPr>
              <w:t>70.9</w:t>
            </w:r>
          </w:p>
        </w:tc>
        <w:tc>
          <w:tcPr>
            <w:tcW w:type="dxa" w:w="1205"/>
          </w:tcPr>
          <w:p>
            <w:pPr>
              <w:spacing w:after="0"/>
              <w:jc w:val="right"/>
            </w:pPr>
            <w:r>
              <w:rPr>
                <w:sz w:val="16"/>
              </w:rPr>
              <w:t>86.7</w:t>
            </w:r>
          </w:p>
        </w:tc>
        <w:tc>
          <w:tcPr>
            <w:tcW w:type="dxa" w:w="6911"/>
          </w:tcPr>
          <w:p>
            <w:pPr>
              <w:spacing w:after="0"/>
              <w:jc w:val="left"/>
            </w:pPr>
            <w:r>
              <w:rPr>
                <w:sz w:val="16"/>
              </w:rPr>
              <w:t>Relatively Moderate 8, Relatively Low 6</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14 of 14</w:t>
            </w:r>
          </w:p>
        </w:tc>
        <w:tc>
          <w:tcPr>
            <w:tcW w:type="dxa" w:w="1205"/>
          </w:tcPr>
          <w:p>
            <w:pPr>
              <w:spacing w:after="0"/>
              <w:jc w:val="right"/>
            </w:pPr>
            <w:r>
              <w:rPr>
                <w:sz w:val="16"/>
              </w:rPr>
              <w:t>16.5</w:t>
            </w:r>
          </w:p>
        </w:tc>
        <w:tc>
          <w:tcPr>
            <w:tcW w:type="dxa" w:w="1264"/>
          </w:tcPr>
          <w:p>
            <w:pPr>
              <w:spacing w:after="0"/>
              <w:jc w:val="right"/>
            </w:pPr>
            <w:r>
              <w:rPr>
                <w:sz w:val="16"/>
              </w:rPr>
              <w:t>65.2</w:t>
            </w:r>
          </w:p>
        </w:tc>
        <w:tc>
          <w:tcPr>
            <w:tcW w:type="dxa" w:w="1205"/>
          </w:tcPr>
          <w:p>
            <w:pPr>
              <w:spacing w:after="0"/>
              <w:jc w:val="right"/>
            </w:pPr>
            <w:r>
              <w:rPr>
                <w:sz w:val="16"/>
              </w:rPr>
              <w:t>84.2</w:t>
            </w:r>
          </w:p>
        </w:tc>
        <w:tc>
          <w:tcPr>
            <w:tcW w:type="dxa" w:w="6911"/>
          </w:tcPr>
          <w:p>
            <w:pPr>
              <w:spacing w:after="0"/>
              <w:jc w:val="left"/>
            </w:pPr>
            <w:r>
              <w:rPr>
                <w:sz w:val="16"/>
              </w:rPr>
              <w:t>Relatively High 1, Relatively Moderate 8, Relatively Low 5</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14 of 14</w:t>
            </w:r>
          </w:p>
        </w:tc>
        <w:tc>
          <w:tcPr>
            <w:tcW w:type="dxa" w:w="1205"/>
          </w:tcPr>
          <w:p>
            <w:pPr>
              <w:spacing w:after="0"/>
              <w:jc w:val="right"/>
            </w:pPr>
            <w:r>
              <w:rPr>
                <w:sz w:val="16"/>
              </w:rPr>
              <w:t>40.1</w:t>
            </w:r>
          </w:p>
        </w:tc>
        <w:tc>
          <w:tcPr>
            <w:tcW w:type="dxa" w:w="1264"/>
          </w:tcPr>
          <w:p>
            <w:pPr>
              <w:spacing w:after="0"/>
              <w:jc w:val="right"/>
            </w:pPr>
            <w:r>
              <w:rPr>
                <w:sz w:val="16"/>
              </w:rPr>
              <w:t>59.9</w:t>
            </w:r>
          </w:p>
        </w:tc>
        <w:tc>
          <w:tcPr>
            <w:tcW w:type="dxa" w:w="1205"/>
          </w:tcPr>
          <w:p>
            <w:pPr>
              <w:spacing w:after="0"/>
              <w:jc w:val="right"/>
            </w:pPr>
            <w:r>
              <w:rPr>
                <w:sz w:val="16"/>
              </w:rPr>
              <w:t>81.8</w:t>
            </w:r>
          </w:p>
        </w:tc>
        <w:tc>
          <w:tcPr>
            <w:tcW w:type="dxa" w:w="6911"/>
          </w:tcPr>
          <w:p>
            <w:pPr>
              <w:spacing w:after="0"/>
              <w:jc w:val="left"/>
            </w:pPr>
            <w:r>
              <w:rPr>
                <w:sz w:val="16"/>
              </w:rPr>
              <w:t>Relatively Low 1, Very Low 13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14 of 14</w:t>
            </w:r>
          </w:p>
        </w:tc>
        <w:tc>
          <w:tcPr>
            <w:tcW w:type="dxa" w:w="1205"/>
          </w:tcPr>
          <w:p>
            <w:pPr>
              <w:spacing w:after="0"/>
              <w:jc w:val="right"/>
            </w:pPr>
            <w:r>
              <w:rPr>
                <w:sz w:val="16"/>
              </w:rPr>
              <w:t>25.0</w:t>
            </w:r>
          </w:p>
        </w:tc>
        <w:tc>
          <w:tcPr>
            <w:tcW w:type="dxa" w:w="1264"/>
          </w:tcPr>
          <w:p>
            <w:pPr>
              <w:spacing w:after="0"/>
              <w:jc w:val="right"/>
            </w:pPr>
            <w:r>
              <w:rPr>
                <w:sz w:val="16"/>
              </w:rPr>
              <w:t>37.8</w:t>
            </w:r>
          </w:p>
        </w:tc>
        <w:tc>
          <w:tcPr>
            <w:tcW w:type="dxa" w:w="1205"/>
          </w:tcPr>
          <w:p>
            <w:pPr>
              <w:spacing w:after="0"/>
              <w:jc w:val="right"/>
            </w:pPr>
            <w:r>
              <w:rPr>
                <w:sz w:val="16"/>
              </w:rPr>
              <w:t>56.9</w:t>
            </w:r>
          </w:p>
        </w:tc>
        <w:tc>
          <w:tcPr>
            <w:tcW w:type="dxa" w:w="6911"/>
          </w:tcPr>
          <w:p>
            <w:pPr>
              <w:spacing w:after="0"/>
              <w:jc w:val="left"/>
            </w:pPr>
            <w:r>
              <w:rPr>
                <w:sz w:val="16"/>
              </w:rPr>
              <w:t>Relatively Moderate 1, Relatively Low 13</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14 of 14</w:t>
            </w:r>
          </w:p>
        </w:tc>
        <w:tc>
          <w:tcPr>
            <w:tcW w:type="dxa" w:w="1205"/>
          </w:tcPr>
          <w:p>
            <w:pPr>
              <w:spacing w:after="0"/>
              <w:jc w:val="right"/>
            </w:pPr>
            <w:r>
              <w:rPr>
                <w:sz w:val="16"/>
              </w:rPr>
              <w:t>45.4</w:t>
            </w:r>
          </w:p>
        </w:tc>
        <w:tc>
          <w:tcPr>
            <w:tcW w:type="dxa" w:w="1264"/>
          </w:tcPr>
          <w:p>
            <w:pPr>
              <w:spacing w:after="0"/>
              <w:jc w:val="right"/>
            </w:pPr>
            <w:r>
              <w:rPr>
                <w:sz w:val="16"/>
              </w:rPr>
              <w:t>63.2</w:t>
            </w:r>
          </w:p>
        </w:tc>
        <w:tc>
          <w:tcPr>
            <w:tcW w:type="dxa" w:w="1205"/>
          </w:tcPr>
          <w:p>
            <w:pPr>
              <w:spacing w:after="0"/>
              <w:jc w:val="right"/>
            </w:pPr>
            <w:r>
              <w:rPr>
                <w:sz w:val="16"/>
              </w:rPr>
              <w:t>80.3</w:t>
            </w:r>
          </w:p>
        </w:tc>
        <w:tc>
          <w:tcPr>
            <w:tcW w:type="dxa" w:w="6911"/>
          </w:tcPr>
          <w:p>
            <w:pPr>
              <w:spacing w:after="0"/>
              <w:jc w:val="left"/>
            </w:pPr>
            <w:r>
              <w:rPr>
                <w:sz w:val="16"/>
              </w:rPr>
              <w:t>Relatively Moderate 10, Relatively Low 4</w:t>
            </w:r>
          </w:p>
        </w:tc>
      </w:tr>
      <w:tr>
        <w:trPr>
          <w:cantSplit/>
        </w:trPr>
        <w:tc>
          <w:tcPr>
            <w:tcW w:type="dxa" w:w="1929"/>
          </w:tcPr>
          <w:p>
            <w:pPr>
              <w:spacing w:after="0"/>
              <w:jc w:val="left"/>
            </w:pPr>
            <w:r>
              <w:rPr>
                <w:sz w:val="16"/>
              </w:rPr>
              <w:t>Tornado</w:t>
            </w:r>
          </w:p>
        </w:tc>
        <w:tc>
          <w:tcPr>
            <w:tcW w:type="dxa" w:w="1597"/>
          </w:tcPr>
          <w:p>
            <w:pPr>
              <w:spacing w:after="0"/>
              <w:jc w:val="right"/>
            </w:pPr>
            <w:r>
              <w:rPr>
                <w:sz w:val="16"/>
              </w:rPr>
              <w:t>14 of 14</w:t>
            </w:r>
          </w:p>
        </w:tc>
        <w:tc>
          <w:tcPr>
            <w:tcW w:type="dxa" w:w="1205"/>
          </w:tcPr>
          <w:p>
            <w:pPr>
              <w:spacing w:after="0"/>
              <w:jc w:val="right"/>
            </w:pPr>
            <w:r>
              <w:rPr>
                <w:sz w:val="16"/>
              </w:rPr>
              <w:t>45.0</w:t>
            </w:r>
          </w:p>
        </w:tc>
        <w:tc>
          <w:tcPr>
            <w:tcW w:type="dxa" w:w="1264"/>
          </w:tcPr>
          <w:p>
            <w:pPr>
              <w:spacing w:after="0"/>
              <w:jc w:val="right"/>
            </w:pPr>
            <w:r>
              <w:rPr>
                <w:sz w:val="16"/>
              </w:rPr>
              <w:t>57.3</w:t>
            </w:r>
          </w:p>
        </w:tc>
        <w:tc>
          <w:tcPr>
            <w:tcW w:type="dxa" w:w="1205"/>
          </w:tcPr>
          <w:p>
            <w:pPr>
              <w:spacing w:after="0"/>
              <w:jc w:val="right"/>
            </w:pPr>
            <w:r>
              <w:rPr>
                <w:sz w:val="16"/>
              </w:rPr>
              <w:t>72.2</w:t>
            </w:r>
          </w:p>
        </w:tc>
        <w:tc>
          <w:tcPr>
            <w:tcW w:type="dxa" w:w="6911"/>
          </w:tcPr>
          <w:p>
            <w:pPr>
              <w:spacing w:after="0"/>
              <w:jc w:val="left"/>
            </w:pPr>
            <w:r>
              <w:rPr>
                <w:sz w:val="16"/>
              </w:rPr>
              <w:t>Relatively Moderate 10, Relatively Low 4</w:t>
            </w:r>
          </w:p>
        </w:tc>
      </w:tr>
      <w:tr>
        <w:trPr>
          <w:cantSplit/>
        </w:trPr>
        <w:tc>
          <w:tcPr>
            <w:tcW w:type="dxa" w:w="1929"/>
          </w:tcPr>
          <w:p>
            <w:pPr>
              <w:spacing w:after="0"/>
              <w:jc w:val="left"/>
            </w:pPr>
            <w:r>
              <w:rPr>
                <w:sz w:val="16"/>
              </w:rPr>
              <w:t>Wildfire</w:t>
            </w:r>
          </w:p>
        </w:tc>
        <w:tc>
          <w:tcPr>
            <w:tcW w:type="dxa" w:w="1597"/>
          </w:tcPr>
          <w:p>
            <w:pPr>
              <w:spacing w:after="0"/>
              <w:jc w:val="right"/>
            </w:pPr>
            <w:r>
              <w:rPr>
                <w:sz w:val="16"/>
              </w:rPr>
              <w:t>14 of 14</w:t>
            </w:r>
          </w:p>
        </w:tc>
        <w:tc>
          <w:tcPr>
            <w:tcW w:type="dxa" w:w="1205"/>
          </w:tcPr>
          <w:p>
            <w:pPr>
              <w:spacing w:after="0"/>
              <w:jc w:val="right"/>
            </w:pPr>
            <w:r>
              <w:rPr>
                <w:sz w:val="16"/>
              </w:rPr>
              <w:t>43.3</w:t>
            </w:r>
          </w:p>
        </w:tc>
        <w:tc>
          <w:tcPr>
            <w:tcW w:type="dxa" w:w="1264"/>
          </w:tcPr>
          <w:p>
            <w:pPr>
              <w:spacing w:after="0"/>
              <w:jc w:val="right"/>
            </w:pPr>
            <w:r>
              <w:rPr>
                <w:sz w:val="16"/>
              </w:rPr>
              <w:t>83.3</w:t>
            </w:r>
          </w:p>
        </w:tc>
        <w:tc>
          <w:tcPr>
            <w:tcW w:type="dxa" w:w="1205"/>
          </w:tcPr>
          <w:p>
            <w:pPr>
              <w:spacing w:after="0"/>
              <w:jc w:val="right"/>
            </w:pPr>
            <w:r>
              <w:rPr>
                <w:sz w:val="16"/>
              </w:rPr>
              <w:t>87.9</w:t>
            </w:r>
          </w:p>
        </w:tc>
        <w:tc>
          <w:tcPr>
            <w:tcW w:type="dxa" w:w="6911"/>
          </w:tcPr>
          <w:p>
            <w:pPr>
              <w:spacing w:after="0"/>
              <w:jc w:val="left"/>
            </w:pPr>
            <w:r>
              <w:rPr>
                <w:sz w:val="16"/>
              </w:rPr>
              <w:t>Relatively Low 12, Very Low 2</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14 of 14</w:t>
            </w:r>
          </w:p>
        </w:tc>
        <w:tc>
          <w:tcPr>
            <w:tcW w:type="dxa" w:w="1205"/>
          </w:tcPr>
          <w:p>
            <w:pPr>
              <w:spacing w:after="0"/>
              <w:jc w:val="right"/>
            </w:pPr>
            <w:r>
              <w:rPr>
                <w:sz w:val="16"/>
              </w:rPr>
              <w:t>20.0</w:t>
            </w:r>
          </w:p>
        </w:tc>
        <w:tc>
          <w:tcPr>
            <w:tcW w:type="dxa" w:w="1264"/>
          </w:tcPr>
          <w:p>
            <w:pPr>
              <w:spacing w:after="0"/>
              <w:jc w:val="right"/>
            </w:pPr>
            <w:r>
              <w:rPr>
                <w:sz w:val="16"/>
              </w:rPr>
              <w:t>25.0</w:t>
            </w:r>
          </w:p>
        </w:tc>
        <w:tc>
          <w:tcPr>
            <w:tcW w:type="dxa" w:w="1205"/>
          </w:tcPr>
          <w:p>
            <w:pPr>
              <w:spacing w:after="0"/>
              <w:jc w:val="right"/>
            </w:pPr>
            <w:r>
              <w:rPr>
                <w:sz w:val="16"/>
              </w:rPr>
              <w:t>37.5</w:t>
            </w:r>
          </w:p>
        </w:tc>
        <w:tc>
          <w:tcPr>
            <w:tcW w:type="dxa" w:w="6911"/>
          </w:tcPr>
          <w:p>
            <w:pPr>
              <w:spacing w:after="0"/>
              <w:jc w:val="left"/>
            </w:pPr>
            <w:r>
              <w:rPr>
                <w:sz w:val="16"/>
              </w:rPr>
              <w:t>Relatively Low 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0"/>
        <w:gridCol w:w="1394"/>
        <w:gridCol w:w="2395"/>
        <w:gridCol w:w="1966"/>
        <w:gridCol w:w="2030"/>
        <w:gridCol w:w="2127"/>
        <w:gridCol w:w="2490"/>
      </w:tblGrid>
      <w:tr>
        <w:trPr>
          <w:cantSplit/>
          <w:tblHeader/>
        </w:trPr>
        <w:tc>
          <w:tcPr>
            <w:tcW w:type="dxa" w:w="171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95"/>
            <w:shd w:val="clear" w:color="auto" w:fill="E8E8E8"/>
          </w:tcPr>
          <w:p>
            <w:pPr>
              <w:spacing w:after="0"/>
              <w:jc w:val="left"/>
            </w:pPr>
            <w:r>
              <w:rPr>
                <w:b/>
                <w:sz w:val="16"/>
              </w:rPr>
              <w:t>Plan status</w:t>
            </w:r>
          </w:p>
        </w:tc>
        <w:tc>
          <w:tcPr>
            <w:tcW w:type="dxa" w:w="19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3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90"/>
            <w:shd w:val="clear" w:color="auto" w:fill="E8E8E8"/>
          </w:tcPr>
          <w:p>
            <w:pPr>
              <w:spacing w:after="0"/>
              <w:jc w:val="left"/>
            </w:pPr>
            <w:r>
              <w:rPr>
                <w:b/>
                <w:sz w:val="16"/>
              </w:rPr>
              <w:t>Notes</w:t>
            </w:r>
          </w:p>
        </w:tc>
      </w:tr>
      <w:tr>
        <w:trPr>
          <w:cantSplit/>
        </w:trPr>
        <w:tc>
          <w:tcPr>
            <w:tcW w:type="dxa" w:w="1710"/>
          </w:tcPr>
          <w:p>
            <w:pPr>
              <w:spacing w:after="0"/>
              <w:jc w:val="left"/>
            </w:pPr>
            <w:r>
              <w:rPr>
                <w:sz w:val="16"/>
              </w:rPr>
              <w:t>Baldwin County (unincorporated area)</w:t>
            </w:r>
          </w:p>
        </w:tc>
        <w:tc>
          <w:tcPr>
            <w:tcW w:type="dxa" w:w="1394"/>
          </w:tcPr>
          <w:p>
            <w:pPr>
              <w:spacing w:after="0"/>
              <w:jc w:val="left"/>
            </w:pPr>
            <w:r>
              <w:rPr>
                <w:sz w:val="16"/>
              </w:rPr>
              <w:t>Unincorporated</w:t>
            </w:r>
          </w:p>
        </w:tc>
        <w:tc>
          <w:tcPr>
            <w:tcW w:type="dxa" w:w="2395"/>
          </w:tcPr>
          <w:p>
            <w:pPr>
              <w:spacing w:after="0"/>
              <w:jc w:val="left"/>
            </w:pPr>
            <w:r>
              <w:rPr>
                <w:sz w:val="16"/>
              </w:rPr>
              <w:t>Approved, expires 2030-09-08</w:t>
            </w:r>
          </w:p>
        </w:tc>
        <w:tc>
          <w:tcPr>
            <w:tcW w:type="dxa" w:w="1966"/>
          </w:tcPr>
          <w:p>
            <w:pPr>
              <w:spacing w:after="0"/>
              <w:jc w:val="right"/>
            </w:pPr>
            <w:r>
              <w:rPr>
                <w:sz w:val="16"/>
              </w:rPr>
              <w:t>FMA RL 0, SRL 0; any 0</w:t>
            </w:r>
          </w:p>
        </w:tc>
        <w:tc>
          <w:tcPr>
            <w:tcW w:type="dxa" w:w="2030"/>
          </w:tcPr>
          <w:p>
            <w:pPr>
              <w:spacing w:after="0"/>
              <w:jc w:val="right"/>
            </w:pPr>
            <w:r>
              <w:rPr>
                <w:sz w:val="16"/>
              </w:rPr>
              <w:t>$603,724.49</w:t>
            </w:r>
          </w:p>
        </w:tc>
        <w:tc>
          <w:tcPr>
            <w:tcW w:type="dxa" w:w="2127"/>
          </w:tcPr>
          <w:p>
            <w:pPr>
              <w:spacing w:after="0"/>
              <w:jc w:val="right"/>
            </w:pPr>
            <w:r>
              <w:rPr>
                <w:sz w:val="16"/>
              </w:rPr>
              <w:t>0 total; 0 since its plan</w:t>
            </w:r>
          </w:p>
        </w:tc>
        <w:tc>
          <w:tcPr>
            <w:tcW w:type="dxa" w:w="2490"/>
          </w:tcPr>
          <w:p>
            <w:pPr>
              <w:spacing w:after="0"/>
              <w:jc w:val="left"/>
            </w:pPr>
            <w:r>
              <w:rPr>
                <w:sz w:val="16"/>
              </w:rPr>
              <w:t>Includes $87,720.94 for declarations not counted as hazard incidents (DR-4501-GA).</w:t>
            </w:r>
          </w:p>
        </w:tc>
      </w:tr>
      <w:tr>
        <w:trPr>
          <w:cantSplit/>
        </w:trPr>
        <w:tc>
          <w:tcPr>
            <w:tcW w:type="dxa" w:w="1710"/>
          </w:tcPr>
          <w:p>
            <w:pPr>
              <w:spacing w:after="0"/>
              <w:jc w:val="left"/>
            </w:pPr>
            <w:r>
              <w:rPr>
                <w:sz w:val="16"/>
              </w:rPr>
              <w:t>Milledgeville city</w:t>
            </w:r>
          </w:p>
        </w:tc>
        <w:tc>
          <w:tcPr>
            <w:tcW w:type="dxa" w:w="1394"/>
          </w:tcPr>
          <w:p>
            <w:pPr>
              <w:spacing w:after="0"/>
              <w:jc w:val="left"/>
            </w:pPr>
            <w:r>
              <w:rPr>
                <w:sz w:val="16"/>
              </w:rPr>
              <w:t>City</w:t>
            </w:r>
          </w:p>
        </w:tc>
        <w:tc>
          <w:tcPr>
            <w:tcW w:type="dxa" w:w="2395"/>
          </w:tcPr>
          <w:p>
            <w:pPr>
              <w:spacing w:after="0"/>
              <w:jc w:val="left"/>
            </w:pPr>
            <w:r>
              <w:rPr>
                <w:sz w:val="16"/>
              </w:rPr>
              <w:t>Approved, expires 2030-09-08</w:t>
            </w:r>
          </w:p>
        </w:tc>
        <w:tc>
          <w:tcPr>
            <w:tcW w:type="dxa" w:w="1966"/>
          </w:tcPr>
          <w:p>
            <w:pPr>
              <w:spacing w:after="0"/>
              <w:jc w:val="right"/>
            </w:pPr>
            <w:r>
              <w:rPr>
                <w:sz w:val="16"/>
              </w:rPr>
              <w:t>FMA RL 0, SRL 0; any 1</w:t>
            </w:r>
          </w:p>
        </w:tc>
        <w:tc>
          <w:tcPr>
            <w:tcW w:type="dxa" w:w="2030"/>
          </w:tcPr>
          <w:p>
            <w:pPr>
              <w:spacing w:after="0"/>
              <w:jc w:val="right"/>
            </w:pPr>
            <w:r>
              <w:rPr>
                <w:sz w:val="16"/>
              </w:rPr>
              <w:t>$224,908.75</w:t>
            </w:r>
          </w:p>
        </w:tc>
        <w:tc>
          <w:tcPr>
            <w:tcW w:type="dxa" w:w="2127"/>
          </w:tcPr>
          <w:p>
            <w:pPr>
              <w:spacing w:after="0"/>
              <w:jc w:val="right"/>
            </w:pPr>
            <w:r>
              <w:rPr>
                <w:sz w:val="16"/>
              </w:rPr>
              <w:t>79 total; 1 since its plan</w:t>
            </w:r>
          </w:p>
        </w:tc>
        <w:tc>
          <w:tcPr>
            <w:tcW w:type="dxa" w:w="24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956"/>
        <w:gridCol w:w="1305"/>
        <w:gridCol w:w="1186"/>
        <w:gridCol w:w="1086"/>
        <w:gridCol w:w="1250"/>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2025-09-09</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$10,875,958,422</w:t>
            </w:r>
          </w:p>
        </w:tc>
        <w:tc>
          <w:tcPr>
            <w:tcW w:type="dxa" w:w="1133"/>
          </w:tcPr>
          <w:p>
            <w:pPr>
              <w:spacing w:after="0"/>
              <w:jc w:val="right"/>
            </w:pPr>
            <w:r>
              <w:rPr>
                <w:sz w:val="16"/>
              </w:rPr>
              <w:t>$1,828,885</w:t>
            </w:r>
          </w:p>
        </w:tc>
        <w:tc>
          <w:tcPr>
            <w:tcW w:type="dxa" w:w="1043"/>
          </w:tcPr>
          <w:p>
            <w:pPr>
              <w:spacing w:after="0"/>
              <w:jc w:val="right"/>
            </w:pPr>
            <w:r>
              <w:rPr>
                <w:sz w:val="16"/>
              </w:rPr>
              <w:t>43,775</w:t>
            </w:r>
          </w:p>
        </w:tc>
        <w:tc>
          <w:tcPr>
            <w:tcW w:type="dxa" w:w="1037"/>
          </w:tcPr>
          <w:p>
            <w:pPr>
              <w:spacing w:after="0"/>
              <w:jc w:val="right"/>
            </w:pPr>
            <w:r>
              <w:rPr>
                <w:sz w:val="16"/>
              </w:rPr>
              <w:t>$2,004</w:t>
            </w:r>
          </w:p>
        </w:tc>
        <w:tc>
          <w:tcPr>
            <w:tcW w:type="dxa" w:w="1126"/>
          </w:tcPr>
          <w:p>
            <w:pPr>
              <w:spacing w:after="0"/>
              <w:jc w:val="right"/>
            </w:pPr>
            <w:r>
              <w:rPr>
                <w:sz w:val="16"/>
              </w:rPr>
              <w:t>$174,037</w:t>
            </w:r>
          </w:p>
        </w:tc>
        <w:tc>
          <w:tcPr>
            <w:tcW w:type="dxa" w:w="956"/>
          </w:tcPr>
          <w:p>
            <w:pPr>
              <w:spacing w:after="0"/>
              <w:jc w:val="right"/>
            </w:pPr>
            <w:r>
              <w:rPr>
                <w:sz w:val="16"/>
              </w:rPr>
              <w:t>$339,880</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$534,775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$534,775</w:t>
            </w:r>
          </w:p>
        </w:tc>
        <w:tc>
          <w:tcPr>
            <w:tcW w:type="dxa" w:w="956"/>
          </w:tcPr>
          <w:p>
            <w:pPr>
              <w:spacing w:after="0"/>
              <w:jc w:val="right"/>
            </w:pPr>
            <w:r>
              <w:rPr>
                <w:sz w:val="16"/>
              </w:rPr>
              <w:t>n/a</w:t>
            </w:r>
          </w:p>
        </w:tc>
        <w:tc>
          <w:tcPr>
            <w:tcW w:type="dxa" w:w="1305"/>
          </w:tcPr>
          <w:p>
            <w:pPr>
              <w:spacing w:after="0"/>
              <w:jc w:val="right"/>
            </w:pPr>
            <w:r>
              <w:rPr>
                <w:sz w:val="16"/>
              </w:rPr>
              <w:t>100% (agriculture)</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$19,750,931,524</w:t>
            </w:r>
          </w:p>
        </w:tc>
        <w:tc>
          <w:tcPr>
            <w:tcW w:type="dxa" w:w="1133"/>
          </w:tcPr>
          <w:p>
            <w:pPr>
              <w:spacing w:after="0"/>
              <w:jc w:val="right"/>
            </w:pPr>
            <w:r>
              <w:rPr>
                <w:sz w:val="16"/>
              </w:rPr>
              <w:t>n/a</w:t>
            </w:r>
          </w:p>
        </w:tc>
        <w:tc>
          <w:tcPr>
            <w:tcW w:type="dxa" w:w="1043"/>
          </w:tcPr>
          <w:p>
            <w:pPr>
              <w:spacing w:after="0"/>
              <w:jc w:val="right"/>
            </w:pPr>
            <w:r>
              <w:rPr>
                <w:sz w:val="16"/>
              </w:rPr>
              <w:t>43,799</w:t>
            </w:r>
          </w:p>
        </w:tc>
        <w:tc>
          <w:tcPr>
            <w:tcW w:type="dxa" w:w="1037"/>
          </w:tcPr>
          <w:p>
            <w:pPr>
              <w:spacing w:after="0"/>
              <w:jc w:val="right"/>
            </w:pPr>
            <w:r>
              <w:rPr>
                <w:sz w:val="16"/>
              </w:rPr>
              <w:t>$628,342</w:t>
            </w:r>
          </w:p>
        </w:tc>
        <w:tc>
          <w:tcPr>
            <w:tcW w:type="dxa" w:w="1126"/>
          </w:tcPr>
          <w:p>
            <w:pPr>
              <w:spacing w:after="0"/>
              <w:jc w:val="right"/>
            </w:pPr>
            <w:r>
              <w:rPr>
                <w:sz w:val="16"/>
              </w:rPr>
              <w:t>n/a</w:t>
            </w:r>
          </w:p>
        </w:tc>
        <w:tc>
          <w:tcPr>
            <w:tcW w:type="dxa" w:w="956"/>
          </w:tcPr>
          <w:p>
            <w:pPr>
              <w:spacing w:after="0"/>
              <w:jc w:val="right"/>
            </w:pPr>
            <w:r>
              <w:rPr>
                <w:sz w:val="16"/>
              </w:rPr>
              <w:t>$208,840</w:t>
            </w:r>
          </w:p>
        </w:tc>
        <w:tc>
          <w:tcPr>
            <w:tcW w:type="dxa" w:w="1305"/>
          </w:tcPr>
          <w:p>
            <w:pPr>
              <w:spacing w:after="0"/>
              <w:jc w:val="right"/>
            </w:pPr>
            <w:r>
              <w:rPr>
                <w:sz w:val="16"/>
              </w:rPr>
              <w:t>0.00318%</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$10,875,958,422</w:t>
            </w:r>
          </w:p>
        </w:tc>
        <w:tc>
          <w:tcPr>
            <w:tcW w:type="dxa" w:w="1133"/>
          </w:tcPr>
          <w:p>
            <w:pPr>
              <w:spacing w:after="0"/>
              <w:jc w:val="right"/>
            </w:pPr>
            <w:r>
              <w:rPr>
                <w:sz w:val="16"/>
              </w:rPr>
              <w:t>$1,828,885</w:t>
            </w:r>
          </w:p>
        </w:tc>
        <w:tc>
          <w:tcPr>
            <w:tcW w:type="dxa" w:w="1043"/>
          </w:tcPr>
          <w:p>
            <w:pPr>
              <w:spacing w:after="0"/>
              <w:jc w:val="right"/>
            </w:pPr>
            <w:r>
              <w:rPr>
                <w:sz w:val="16"/>
              </w:rPr>
              <w:t>43,775</w:t>
            </w:r>
          </w:p>
        </w:tc>
        <w:tc>
          <w:tcPr>
            <w:tcW w:type="dxa" w:w="1037"/>
          </w:tcPr>
          <w:p>
            <w:pPr>
              <w:spacing w:after="0"/>
              <w:jc w:val="right"/>
            </w:pPr>
            <w:r>
              <w:rPr>
                <w:sz w:val="16"/>
              </w:rPr>
              <w:t>$183,810</w:t>
            </w:r>
          </w:p>
        </w:tc>
        <w:tc>
          <w:tcPr>
            <w:tcW w:type="dxa" w:w="1126"/>
          </w:tcPr>
          <w:p>
            <w:pPr>
              <w:spacing w:after="0"/>
              <w:jc w:val="right"/>
            </w:pPr>
            <w:r>
              <w:rPr>
                <w:sz w:val="16"/>
              </w:rPr>
              <w:t>$192</w:t>
            </w:r>
          </w:p>
        </w:tc>
        <w:tc>
          <w:tcPr>
            <w:tcW w:type="dxa" w:w="956"/>
          </w:tcPr>
          <w:p>
            <w:pPr>
              <w:spacing w:after="0"/>
              <w:jc w:val="right"/>
            </w:pPr>
            <w:r>
              <w:rPr>
                <w:sz w:val="16"/>
              </w:rPr>
              <w:t>$118,133</w:t>
            </w:r>
          </w:p>
        </w:tc>
        <w:tc>
          <w:tcPr>
            <w:tcW w:type="dxa" w:w="1305"/>
          </w:tcPr>
          <w:p>
            <w:pPr>
              <w:spacing w:after="0"/>
              <w:jc w:val="right"/>
            </w:pPr>
            <w:r>
              <w:rPr>
                <w:sz w:val="16"/>
              </w:rPr>
              <w:t>0.00169%</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$10,875,958,422</w:t>
            </w:r>
          </w:p>
        </w:tc>
        <w:tc>
          <w:tcPr>
            <w:tcW w:type="dxa" w:w="1133"/>
          </w:tcPr>
          <w:p>
            <w:pPr>
              <w:spacing w:after="0"/>
              <w:jc w:val="right"/>
            </w:pPr>
            <w:r>
              <w:rPr>
                <w:sz w:val="16"/>
              </w:rPr>
              <w:t>$1,828,885</w:t>
            </w:r>
          </w:p>
        </w:tc>
        <w:tc>
          <w:tcPr>
            <w:tcW w:type="dxa" w:w="1043"/>
          </w:tcPr>
          <w:p>
            <w:pPr>
              <w:spacing w:after="0"/>
              <w:jc w:val="right"/>
            </w:pPr>
            <w:r>
              <w:rPr>
                <w:sz w:val="16"/>
              </w:rPr>
              <w:t>43,775</w:t>
            </w:r>
          </w:p>
        </w:tc>
        <w:tc>
          <w:tcPr>
            <w:tcW w:type="dxa" w:w="1037"/>
          </w:tcPr>
          <w:p>
            <w:pPr>
              <w:spacing w:after="0"/>
              <w:jc w:val="right"/>
            </w:pPr>
            <w:r>
              <w:rPr>
                <w:sz w:val="16"/>
              </w:rPr>
              <w:t>$50</w:t>
            </w:r>
          </w:p>
        </w:tc>
        <w:tc>
          <w:tcPr>
            <w:tcW w:type="dxa" w:w="1126"/>
          </w:tcPr>
          <w:p>
            <w:pPr>
              <w:spacing w:after="0"/>
              <w:jc w:val="right"/>
            </w:pPr>
            <w:r>
              <w:rPr>
                <w:sz w:val="16"/>
              </w:rPr>
              <w:t>$4</w:t>
            </w:r>
          </w:p>
        </w:tc>
        <w:tc>
          <w:tcPr>
            <w:tcW w:type="dxa" w:w="956"/>
          </w:tcPr>
          <w:p>
            <w:pPr>
              <w:spacing w:after="0"/>
              <w:jc w:val="right"/>
            </w:pPr>
            <w:r>
              <w:rPr>
                <w:sz w:val="16"/>
              </w:rPr>
              <w:t>$908,422</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$10,875,958,422</w:t>
            </w:r>
          </w:p>
        </w:tc>
        <w:tc>
          <w:tcPr>
            <w:tcW w:type="dxa" w:w="1133"/>
          </w:tcPr>
          <w:p>
            <w:pPr>
              <w:spacing w:after="0"/>
              <w:jc w:val="right"/>
            </w:pPr>
            <w:r>
              <w:rPr>
                <w:sz w:val="16"/>
              </w:rPr>
              <w:t>$1,828,885</w:t>
            </w:r>
          </w:p>
        </w:tc>
        <w:tc>
          <w:tcPr>
            <w:tcW w:type="dxa" w:w="1043"/>
          </w:tcPr>
          <w:p>
            <w:pPr>
              <w:spacing w:after="0"/>
              <w:jc w:val="right"/>
            </w:pPr>
            <w:r>
              <w:rPr>
                <w:sz w:val="16"/>
              </w:rPr>
              <w:t>43,775</w:t>
            </w:r>
          </w:p>
        </w:tc>
        <w:tc>
          <w:tcPr>
            <w:tcW w:type="dxa" w:w="1037"/>
          </w:tcPr>
          <w:p>
            <w:pPr>
              <w:spacing w:after="0"/>
              <w:jc w:val="right"/>
            </w:pPr>
            <w:r>
              <w:rPr>
                <w:sz w:val="16"/>
              </w:rPr>
              <w:t>$414,412</w:t>
            </w:r>
          </w:p>
        </w:tc>
        <w:tc>
          <w:tcPr>
            <w:tcW w:type="dxa" w:w="1126"/>
          </w:tcPr>
          <w:p>
            <w:pPr>
              <w:spacing w:after="0"/>
              <w:jc w:val="right"/>
            </w:pPr>
            <w:r>
              <w:rPr>
                <w:sz w:val="16"/>
              </w:rPr>
              <w:t>$2,164</w:t>
            </w:r>
          </w:p>
        </w:tc>
        <w:tc>
          <w:tcPr>
            <w:tcW w:type="dxa" w:w="956"/>
          </w:tcPr>
          <w:p>
            <w:pPr>
              <w:spacing w:after="0"/>
              <w:jc w:val="right"/>
            </w:pPr>
            <w:r>
              <w:rPr>
                <w:sz w:val="16"/>
              </w:rPr>
              <w:t>$18,635</w:t>
            </w:r>
          </w:p>
        </w:tc>
        <w:tc>
          <w:tcPr>
            <w:tcW w:type="dxa" w:w="1305"/>
          </w:tcPr>
          <w:p>
            <w:pPr>
              <w:spacing w:after="0"/>
              <w:jc w:val="right"/>
            </w:pPr>
            <w:r>
              <w:rPr>
                <w:sz w:val="16"/>
              </w:rPr>
              <w:t>0.00381%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$10,875,876,671</w:t>
            </w:r>
          </w:p>
        </w:tc>
        <w:tc>
          <w:tcPr>
            <w:tcW w:type="dxa" w:w="1133"/>
          </w:tcPr>
          <w:p>
            <w:pPr>
              <w:spacing w:after="0"/>
              <w:jc w:val="right"/>
            </w:pPr>
            <w:r>
              <w:rPr>
                <w:sz w:val="16"/>
              </w:rPr>
              <w:t>n/a</w:t>
            </w:r>
          </w:p>
        </w:tc>
        <w:tc>
          <w:tcPr>
            <w:tcW w:type="dxa" w:w="1043"/>
          </w:tcPr>
          <w:p>
            <w:pPr>
              <w:spacing w:after="0"/>
              <w:jc w:val="right"/>
            </w:pPr>
            <w:r>
              <w:rPr>
                <w:sz w:val="16"/>
              </w:rPr>
              <w:t>43,774</w:t>
            </w:r>
          </w:p>
        </w:tc>
        <w:tc>
          <w:tcPr>
            <w:tcW w:type="dxa" w:w="1037"/>
          </w:tcPr>
          <w:p>
            <w:pPr>
              <w:spacing w:after="0"/>
              <w:jc w:val="right"/>
            </w:pPr>
            <w:r>
              <w:rPr>
                <w:sz w:val="16"/>
              </w:rPr>
              <w:t>$103,038</w:t>
            </w:r>
          </w:p>
        </w:tc>
        <w:tc>
          <w:tcPr>
            <w:tcW w:type="dxa" w:w="1126"/>
          </w:tcPr>
          <w:p>
            <w:pPr>
              <w:spacing w:after="0"/>
              <w:jc w:val="right"/>
            </w:pPr>
            <w:r>
              <w:rPr>
                <w:sz w:val="16"/>
              </w:rPr>
              <w:t>n/a</w:t>
            </w:r>
          </w:p>
        </w:tc>
        <w:tc>
          <w:tcPr>
            <w:tcW w:type="dxa" w:w="956"/>
          </w:tcPr>
          <w:p>
            <w:pPr>
              <w:spacing w:after="0"/>
              <w:jc w:val="right"/>
            </w:pPr>
            <w:r>
              <w:rPr>
                <w:sz w:val="16"/>
              </w:rPr>
              <w:t>$32,246</w:t>
            </w:r>
          </w:p>
        </w:tc>
        <w:tc>
          <w:tcPr>
            <w:tcW w:type="dxa" w:w="1305"/>
          </w:tcPr>
          <w:p>
            <w:pPr>
              <w:spacing w:after="0"/>
              <w:jc w:val="right"/>
            </w:pPr>
            <w:r>
              <w:rPr>
                <w:sz w:val="16"/>
              </w:rPr>
              <w:t>0.000947%</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$10,861,467,834</w:t>
            </w:r>
          </w:p>
        </w:tc>
        <w:tc>
          <w:tcPr>
            <w:tcW w:type="dxa" w:w="1133"/>
          </w:tcPr>
          <w:p>
            <w:pPr>
              <w:spacing w:after="0"/>
              <w:jc w:val="right"/>
            </w:pPr>
            <w:r>
              <w:rPr>
                <w:sz w:val="16"/>
              </w:rPr>
              <w:t>$72,062</w:t>
            </w:r>
          </w:p>
        </w:tc>
        <w:tc>
          <w:tcPr>
            <w:tcW w:type="dxa" w:w="1043"/>
          </w:tcPr>
          <w:p>
            <w:pPr>
              <w:spacing w:after="0"/>
              <w:jc w:val="right"/>
            </w:pPr>
            <w:r>
              <w:rPr>
                <w:sz w:val="16"/>
              </w:rPr>
              <w:t>694</w:t>
            </w:r>
          </w:p>
        </w:tc>
        <w:tc>
          <w:tcPr>
            <w:tcW w:type="dxa" w:w="1037"/>
          </w:tcPr>
          <w:p>
            <w:pPr>
              <w:spacing w:after="0"/>
              <w:jc w:val="right"/>
            </w:pPr>
            <w:r>
              <w:rPr>
                <w:sz w:val="16"/>
              </w:rPr>
              <w:t>$8,467,564</w:t>
            </w:r>
          </w:p>
        </w:tc>
        <w:tc>
          <w:tcPr>
            <w:tcW w:type="dxa" w:w="1126"/>
          </w:tcPr>
          <w:p>
            <w:pPr>
              <w:spacing w:after="0"/>
              <w:jc w:val="right"/>
            </w:pPr>
            <w:r>
              <w:rPr>
                <w:sz w:val="16"/>
              </w:rPr>
              <w:t>$5</w:t>
            </w:r>
          </w:p>
        </w:tc>
        <w:tc>
          <w:tcPr>
            <w:tcW w:type="dxa" w:w="956"/>
          </w:tcPr>
          <w:p>
            <w:pPr>
              <w:spacing w:after="0"/>
              <w:jc w:val="right"/>
            </w:pPr>
            <w:r>
              <w:rPr>
                <w:sz w:val="16"/>
              </w:rPr>
              <w:t>$15,172</w:t>
            </w:r>
          </w:p>
        </w:tc>
        <w:tc>
          <w:tcPr>
            <w:tcW w:type="dxa" w:w="1305"/>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$228,107,562</w:t>
            </w:r>
          </w:p>
        </w:tc>
        <w:tc>
          <w:tcPr>
            <w:tcW w:type="dxa" w:w="1133"/>
          </w:tcPr>
          <w:p>
            <w:pPr>
              <w:spacing w:after="0"/>
              <w:jc w:val="right"/>
            </w:pPr>
            <w:r>
              <w:rPr>
                <w:sz w:val="16"/>
              </w:rPr>
              <w:t>n/a</w:t>
            </w:r>
          </w:p>
        </w:tc>
        <w:tc>
          <w:tcPr>
            <w:tcW w:type="dxa" w:w="1043"/>
          </w:tcPr>
          <w:p>
            <w:pPr>
              <w:spacing w:after="0"/>
              <w:jc w:val="right"/>
            </w:pPr>
            <w:r>
              <w:rPr>
                <w:sz w:val="16"/>
              </w:rPr>
              <w:t>967</w:t>
            </w:r>
          </w:p>
        </w:tc>
        <w:tc>
          <w:tcPr>
            <w:tcW w:type="dxa" w:w="1037"/>
          </w:tcPr>
          <w:p>
            <w:pPr>
              <w:spacing w:after="0"/>
              <w:jc w:val="right"/>
            </w:pPr>
            <w:r>
              <w:rPr>
                <w:sz w:val="16"/>
              </w:rPr>
              <w:t>$189</w:t>
            </w:r>
          </w:p>
        </w:tc>
        <w:tc>
          <w:tcPr>
            <w:tcW w:type="dxa" w:w="1126"/>
          </w:tcPr>
          <w:p>
            <w:pPr>
              <w:spacing w:after="0"/>
              <w:jc w:val="right"/>
            </w:pPr>
            <w:r>
              <w:rPr>
                <w:sz w:val="16"/>
              </w:rPr>
              <w:t>n/a</w:t>
            </w:r>
          </w:p>
        </w:tc>
        <w:tc>
          <w:tcPr>
            <w:tcW w:type="dxa" w:w="956"/>
          </w:tcPr>
          <w:p>
            <w:pPr>
              <w:spacing w:after="0"/>
              <w:jc w:val="right"/>
            </w:pPr>
            <w:r>
              <w:rPr>
                <w:sz w:val="16"/>
              </w:rPr>
              <w:t>$55</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$10,875,958,422</w:t>
            </w:r>
          </w:p>
        </w:tc>
        <w:tc>
          <w:tcPr>
            <w:tcW w:type="dxa" w:w="1133"/>
          </w:tcPr>
          <w:p>
            <w:pPr>
              <w:spacing w:after="0"/>
              <w:jc w:val="right"/>
            </w:pPr>
            <w:r>
              <w:rPr>
                <w:sz w:val="16"/>
              </w:rPr>
              <w:t>n/a</w:t>
            </w:r>
          </w:p>
        </w:tc>
        <w:tc>
          <w:tcPr>
            <w:tcW w:type="dxa" w:w="1043"/>
          </w:tcPr>
          <w:p>
            <w:pPr>
              <w:spacing w:after="0"/>
              <w:jc w:val="right"/>
            </w:pPr>
            <w:r>
              <w:rPr>
                <w:sz w:val="16"/>
              </w:rPr>
              <w:t>43,775</w:t>
            </w:r>
          </w:p>
        </w:tc>
        <w:tc>
          <w:tcPr>
            <w:tcW w:type="dxa" w:w="1037"/>
          </w:tcPr>
          <w:p>
            <w:pPr>
              <w:spacing w:after="0"/>
              <w:jc w:val="right"/>
            </w:pPr>
            <w:r>
              <w:rPr>
                <w:sz w:val="16"/>
              </w:rPr>
              <w:t>$41,713</w:t>
            </w:r>
          </w:p>
        </w:tc>
        <w:tc>
          <w:tcPr>
            <w:tcW w:type="dxa" w:w="1126"/>
          </w:tcPr>
          <w:p>
            <w:pPr>
              <w:spacing w:after="0"/>
              <w:jc w:val="right"/>
            </w:pPr>
            <w:r>
              <w:rPr>
                <w:sz w:val="16"/>
              </w:rPr>
              <w:t>n/a</w:t>
            </w:r>
          </w:p>
        </w:tc>
        <w:tc>
          <w:tcPr>
            <w:tcW w:type="dxa" w:w="956"/>
          </w:tcPr>
          <w:p>
            <w:pPr>
              <w:spacing w:after="0"/>
              <w:jc w:val="right"/>
            </w:pPr>
            <w:r>
              <w:rPr>
                <w:sz w:val="16"/>
              </w:rPr>
              <w:t>$48,756</w:t>
            </w:r>
          </w:p>
        </w:tc>
        <w:tc>
          <w:tcPr>
            <w:tcW w:type="dxa" w:w="1305"/>
          </w:tcPr>
          <w:p>
            <w:pPr>
              <w:spacing w:after="0"/>
              <w:jc w:val="right"/>
            </w:pPr>
            <w:r>
              <w:rPr>
                <w:sz w:val="16"/>
              </w:rPr>
              <w:t>0.000384%</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$10,875,958,422</w:t>
            </w:r>
          </w:p>
        </w:tc>
        <w:tc>
          <w:tcPr>
            <w:tcW w:type="dxa" w:w="1133"/>
          </w:tcPr>
          <w:p>
            <w:pPr>
              <w:spacing w:after="0"/>
              <w:jc w:val="right"/>
            </w:pPr>
            <w:r>
              <w:rPr>
                <w:sz w:val="16"/>
              </w:rPr>
              <w:t>$1,828,885</w:t>
            </w:r>
          </w:p>
        </w:tc>
        <w:tc>
          <w:tcPr>
            <w:tcW w:type="dxa" w:w="1043"/>
          </w:tcPr>
          <w:p>
            <w:pPr>
              <w:spacing w:after="0"/>
              <w:jc w:val="right"/>
            </w:pPr>
            <w:r>
              <w:rPr>
                <w:sz w:val="16"/>
              </w:rPr>
              <w:t>43,775</w:t>
            </w:r>
          </w:p>
        </w:tc>
        <w:tc>
          <w:tcPr>
            <w:tcW w:type="dxa" w:w="1037"/>
          </w:tcPr>
          <w:p>
            <w:pPr>
              <w:spacing w:after="0"/>
              <w:jc w:val="right"/>
            </w:pPr>
            <w:r>
              <w:rPr>
                <w:sz w:val="16"/>
              </w:rPr>
              <w:t>$173,443</w:t>
            </w:r>
          </w:p>
        </w:tc>
        <w:tc>
          <w:tcPr>
            <w:tcW w:type="dxa" w:w="1126"/>
          </w:tcPr>
          <w:p>
            <w:pPr>
              <w:spacing w:after="0"/>
              <w:jc w:val="right"/>
            </w:pPr>
            <w:r>
              <w:rPr>
                <w:sz w:val="16"/>
              </w:rPr>
              <w:t>$1,530</w:t>
            </w:r>
          </w:p>
        </w:tc>
        <w:tc>
          <w:tcPr>
            <w:tcW w:type="dxa" w:w="956"/>
          </w:tcPr>
          <w:p>
            <w:pPr>
              <w:spacing w:after="0"/>
              <w:jc w:val="right"/>
            </w:pPr>
            <w:r>
              <w:rPr>
                <w:sz w:val="16"/>
              </w:rPr>
              <w:t>$146,454</w:t>
            </w:r>
          </w:p>
        </w:tc>
        <w:tc>
          <w:tcPr>
            <w:tcW w:type="dxa" w:w="1305"/>
          </w:tcPr>
          <w:p>
            <w:pPr>
              <w:spacing w:after="0"/>
              <w:jc w:val="right"/>
            </w:pPr>
            <w:r>
              <w:rPr>
                <w:sz w:val="16"/>
              </w:rPr>
              <w:t>0.00159%</w:t>
            </w:r>
          </w:p>
        </w:tc>
        <w:tc>
          <w:tcPr>
            <w:tcW w:type="dxa" w:w="1186"/>
          </w:tcPr>
          <w:p>
            <w:pPr>
              <w:spacing w:after="0"/>
              <w:jc w:val="right"/>
            </w:pPr>
            <w:r>
              <w:rPr>
                <w:sz w:val="16"/>
              </w:rPr>
              <w:t>$1,000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$10,875,958,422</w:t>
            </w:r>
          </w:p>
        </w:tc>
        <w:tc>
          <w:tcPr>
            <w:tcW w:type="dxa" w:w="1133"/>
          </w:tcPr>
          <w:p>
            <w:pPr>
              <w:spacing w:after="0"/>
              <w:jc w:val="right"/>
            </w:pPr>
            <w:r>
              <w:rPr>
                <w:sz w:val="16"/>
              </w:rPr>
              <w:t>$1,828,885</w:t>
            </w:r>
          </w:p>
        </w:tc>
        <w:tc>
          <w:tcPr>
            <w:tcW w:type="dxa" w:w="1043"/>
          </w:tcPr>
          <w:p>
            <w:pPr>
              <w:spacing w:after="0"/>
              <w:jc w:val="right"/>
            </w:pPr>
            <w:r>
              <w:rPr>
                <w:sz w:val="16"/>
              </w:rPr>
              <w:t>43,775</w:t>
            </w:r>
          </w:p>
        </w:tc>
        <w:tc>
          <w:tcPr>
            <w:tcW w:type="dxa" w:w="1037"/>
          </w:tcPr>
          <w:p>
            <w:pPr>
              <w:spacing w:after="0"/>
              <w:jc w:val="right"/>
            </w:pPr>
            <w:r>
              <w:rPr>
                <w:sz w:val="16"/>
              </w:rPr>
              <w:t>$682,173</w:t>
            </w:r>
          </w:p>
        </w:tc>
        <w:tc>
          <w:tcPr>
            <w:tcW w:type="dxa" w:w="1126"/>
          </w:tcPr>
          <w:p>
            <w:pPr>
              <w:spacing w:after="0"/>
              <w:jc w:val="right"/>
            </w:pPr>
            <w:r>
              <w:rPr>
                <w:sz w:val="16"/>
              </w:rPr>
              <w:t>$44</w:t>
            </w:r>
          </w:p>
        </w:tc>
        <w:tc>
          <w:tcPr>
            <w:tcW w:type="dxa" w:w="956"/>
          </w:tcPr>
          <w:p>
            <w:pPr>
              <w:spacing w:after="0"/>
              <w:jc w:val="right"/>
            </w:pPr>
            <w:r>
              <w:rPr>
                <w:sz w:val="16"/>
              </w:rPr>
              <w:t>$447,172</w:t>
            </w:r>
          </w:p>
        </w:tc>
        <w:tc>
          <w:tcPr>
            <w:tcW w:type="dxa" w:w="1305"/>
          </w:tcPr>
          <w:p>
            <w:pPr>
              <w:spacing w:after="0"/>
              <w:jc w:val="right"/>
            </w:pPr>
            <w:r>
              <w:rPr>
                <w:sz w:val="16"/>
              </w:rPr>
              <w:t>0.00627%</w:t>
            </w:r>
          </w:p>
        </w:tc>
        <w:tc>
          <w:tcPr>
            <w:tcW w:type="dxa" w:w="1186"/>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$2,617,146,380</w:t>
            </w:r>
          </w:p>
        </w:tc>
        <w:tc>
          <w:tcPr>
            <w:tcW w:type="dxa" w:w="1133"/>
          </w:tcPr>
          <w:p>
            <w:pPr>
              <w:spacing w:after="0"/>
              <w:jc w:val="right"/>
            </w:pPr>
            <w:r>
              <w:rPr>
                <w:sz w:val="16"/>
              </w:rPr>
              <w:t>$706,509</w:t>
            </w:r>
          </w:p>
        </w:tc>
        <w:tc>
          <w:tcPr>
            <w:tcW w:type="dxa" w:w="1043"/>
          </w:tcPr>
          <w:p>
            <w:pPr>
              <w:spacing w:after="0"/>
              <w:jc w:val="right"/>
            </w:pPr>
            <w:r>
              <w:rPr>
                <w:sz w:val="16"/>
              </w:rPr>
              <w:t>14,548</w:t>
            </w:r>
          </w:p>
        </w:tc>
        <w:tc>
          <w:tcPr>
            <w:tcW w:type="dxa" w:w="1037"/>
          </w:tcPr>
          <w:p>
            <w:pPr>
              <w:spacing w:after="0"/>
              <w:jc w:val="right"/>
            </w:pPr>
            <w:r>
              <w:rPr>
                <w:sz w:val="16"/>
              </w:rPr>
              <w:t>$104,775</w:t>
            </w:r>
          </w:p>
        </w:tc>
        <w:tc>
          <w:tcPr>
            <w:tcW w:type="dxa" w:w="1126"/>
          </w:tcPr>
          <w:p>
            <w:pPr>
              <w:spacing w:after="0"/>
              <w:jc w:val="right"/>
            </w:pPr>
            <w:r>
              <w:rPr>
                <w:sz w:val="16"/>
              </w:rPr>
              <w:t>$3</w:t>
            </w:r>
          </w:p>
        </w:tc>
        <w:tc>
          <w:tcPr>
            <w:tcW w:type="dxa" w:w="956"/>
          </w:tcPr>
          <w:p>
            <w:pPr>
              <w:spacing w:after="0"/>
              <w:jc w:val="right"/>
            </w:pPr>
            <w:r>
              <w:rPr>
                <w:sz w:val="16"/>
              </w:rPr>
              <w:t>$11,995</w:t>
            </w:r>
          </w:p>
        </w:tc>
        <w:tc>
          <w:tcPr>
            <w:tcW w:type="dxa" w:w="1305"/>
          </w:tcPr>
          <w:p>
            <w:pPr>
              <w:spacing w:after="0"/>
              <w:jc w:val="right"/>
            </w:pPr>
            <w:r>
              <w:rPr>
                <w:sz w:val="16"/>
              </w:rPr>
              <w:t>0.004%</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$10,875,958,422</w:t>
            </w:r>
          </w:p>
        </w:tc>
        <w:tc>
          <w:tcPr>
            <w:tcW w:type="dxa" w:w="1133"/>
          </w:tcPr>
          <w:p>
            <w:pPr>
              <w:spacing w:after="0"/>
              <w:jc w:val="right"/>
            </w:pPr>
            <w:r>
              <w:rPr>
                <w:sz w:val="16"/>
              </w:rPr>
              <w:t>$1,828,885</w:t>
            </w:r>
          </w:p>
        </w:tc>
        <w:tc>
          <w:tcPr>
            <w:tcW w:type="dxa" w:w="1043"/>
          </w:tcPr>
          <w:p>
            <w:pPr>
              <w:spacing w:after="0"/>
              <w:jc w:val="right"/>
            </w:pPr>
            <w:r>
              <w:rPr>
                <w:sz w:val="16"/>
              </w:rPr>
              <w:t>43,775</w:t>
            </w:r>
          </w:p>
        </w:tc>
        <w:tc>
          <w:tcPr>
            <w:tcW w:type="dxa" w:w="1037"/>
          </w:tcPr>
          <w:p>
            <w:pPr>
              <w:spacing w:after="0"/>
              <w:jc w:val="right"/>
            </w:pPr>
            <w:r>
              <w:rPr>
                <w:sz w:val="16"/>
              </w:rPr>
              <w:t>$6,621</w:t>
            </w:r>
          </w:p>
        </w:tc>
        <w:tc>
          <w:tcPr>
            <w:tcW w:type="dxa" w:w="1126"/>
          </w:tcPr>
          <w:p>
            <w:pPr>
              <w:spacing w:after="0"/>
              <w:jc w:val="right"/>
            </w:pPr>
            <w:r>
              <w:rPr>
                <w:sz w:val="16"/>
              </w:rPr>
              <w:t>$1</w:t>
            </w:r>
          </w:p>
        </w:tc>
        <w:tc>
          <w:tcPr>
            <w:tcW w:type="dxa" w:w="956"/>
          </w:tcPr>
          <w:p>
            <w:pPr>
              <w:spacing w:after="0"/>
              <w:jc w:val="right"/>
            </w:pPr>
            <w:r>
              <w:rPr>
                <w:sz w:val="16"/>
              </w:rPr>
              <w:t>$504</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r>
              <w:rPr>
                <w:sz w:val="16"/>
              </w:rPr>
              <w:t>no Public Assistance recorded (1 declaration)</w:t>
            </w: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2025-09-09 (Storm Events through 2026-06-30): 2 county-coded records, 2 with a damage value recorded (including $0), $1,000; 2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43,775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$10,875,958,422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$1,828,885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$11,520,889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$2,296,264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Milledgeville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2</w:t>
            </w:r>
          </w:p>
        </w:tc>
        <w:tc>
          <w:tcPr>
            <w:tcW w:type="dxa" w:w="1425"/>
          </w:tcPr>
          <w:p>
            <w:pPr>
              <w:spacing w:after="0"/>
              <w:jc w:val="right"/>
            </w:pPr>
            <w:r>
              <w:rPr>
                <w:sz w:val="16"/>
              </w:rPr>
              <w:t>2</w:t>
            </w:r>
          </w:p>
        </w:tc>
        <w:tc>
          <w:tcPr>
            <w:tcW w:type="dxa" w:w="1425"/>
          </w:tcPr>
          <w:p>
            <w:pPr>
              <w:spacing w:after="0"/>
              <w:jc w:val="right"/>
            </w:pPr>
            <w:r>
              <w:rPr>
                <w:sz w:val="16"/>
              </w:rPr>
              <w:t>5</w:t>
            </w:r>
          </w:p>
        </w:tc>
        <w:tc>
          <w:tcPr>
            <w:tcW w:type="dxa" w:w="1425"/>
          </w:tcPr>
          <w:p>
            <w:pPr>
              <w:spacing w:after="0"/>
              <w:jc w:val="right"/>
            </w:pPr>
            <w:r>
              <w:rPr>
                <w:sz w:val="16"/>
              </w:rPr>
              <w:t>2</w:t>
            </w:r>
          </w:p>
        </w:tc>
        <w:tc>
          <w:tcPr>
            <w:tcW w:type="dxa" w:w="1425"/>
          </w:tcPr>
          <w:p>
            <w:pPr>
              <w:spacing w:after="0"/>
              <w:jc w:val="right"/>
            </w:pPr>
            <w:r>
              <w:rPr>
                <w:sz w:val="16"/>
              </w:rPr>
              <w:t>6</w:t>
            </w:r>
          </w:p>
        </w:tc>
        <w:tc>
          <w:tcPr>
            <w:tcW w:type="dxa" w:w="1425"/>
          </w:tcPr>
          <w:p>
            <w:pPr>
              <w:spacing w:after="0"/>
              <w:jc w:val="right"/>
            </w:pPr>
            <w:r>
              <w:rPr>
                <w:sz w:val="16"/>
              </w:rPr>
              <w:t>1</w:t>
            </w:r>
          </w:p>
        </w:tc>
        <w:tc>
          <w:tcPr>
            <w:tcW w:type="dxa" w:w="158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Baldwin County (unincorporated area)</w:t>
            </w:r>
          </w:p>
        </w:tc>
        <w:tc>
          <w:tcPr>
            <w:tcW w:type="dxa" w:w="1559"/>
          </w:tcPr>
          <w:p>
            <w:pPr>
              <w:spacing w:after="0"/>
              <w:jc w:val="left"/>
            </w:pPr>
            <w:r>
              <w:rPr>
                <w:sz w:val="16"/>
              </w:rPr>
              <w:t>130005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Milledgeville city</w:t>
            </w:r>
          </w:p>
        </w:tc>
        <w:tc>
          <w:tcPr>
            <w:tcW w:type="dxa" w:w="1559"/>
          </w:tcPr>
          <w:p>
            <w:pPr>
              <w:spacing w:after="0"/>
              <w:jc w:val="left"/>
            </w:pPr>
            <w:r>
              <w:rPr>
                <w:sz w:val="16"/>
              </w:rPr>
              <w:t>130006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Baldwin County, GA: risk-assessment baseline packet, release 2026-10 (data as of 2026-09-30; County FIPS 13009). Automated baseline. </w:t>
      </w:r>
      <w:hyperlink r:id="rId16">
        <w:r>
          <w:rPr>
            <w:color w:val="1F4E99"/>
            <w:sz w:val="17"/>
            <w:u w:val="single"/>
          </w:rPr>
          <w:t>https://hazardplain.org/ga/13009/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Baldwin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09/"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Baldwin County, GA: Risk-assessment baseline packet</dc:title>
  <dc:subject>Hazard Plain release 2026-10, as of 2026-09-30. Automated baseline</dc:subject>
  <dc:creator>Hazard Plain</dc:creator>
  <cp:keywords>Hazard Plain; hazard mitigation; risk assessment; 13009</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