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Grand County, CO</w:t>
      </w:r>
    </w:p>
    <w:p>
      <w:pPr>
        <w:spacing w:after="120" w:before="0"/>
      </w:pPr>
      <w:r>
        <w:rPr>
          <w:color w:val="555555"/>
          <w:sz w:val="24"/>
        </w:rPr>
        <w:t>Risk-assessment baseline packet</w:t>
      </w:r>
    </w:p>
    <w:p>
      <w:pPr>
        <w:spacing w:after="120" w:before="0"/>
      </w:pPr>
      <w:r>
        <w:rPr>
          <w:b/>
          <w:sz w:val="18"/>
        </w:rPr>
        <w:t xml:space="preserve">Unit: </w:t>
      </w:r>
      <w:r>
        <w:rPr>
          <w:sz w:val="18"/>
        </w:rPr>
        <w:t>County area 08049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2026-07-22</w:t>
      </w:r>
    </w:p>
    <w:p>
      <w:pPr>
        <w:keepNext/>
        <w:spacing w:after="40" w:before="0"/>
      </w:pPr>
      <w:r>
        <w:rPr>
          <w:b/>
        </w:rPr>
        <w:t xml:space="preserve">Plan: </w:t>
      </w:r>
      <w:r>
        <w:rPr/>
        <w:t>Grand County, CO Hazard Mitigation Plan 2021 (FEMA plan 107197)</w:t>
      </w:r>
    </w:p>
    <w:p>
      <w:pPr>
        <w:keepNext/>
        <w:spacing w:after="40" w:before="0"/>
      </w:pPr>
      <w:r>
        <w:rPr>
          <w:b/>
        </w:rPr>
        <w:t xml:space="preserve">Approved: </w:t>
      </w:r>
      <w:r>
        <w:rPr/>
        <w:t>2021-07-23</w:t>
      </w:r>
    </w:p>
    <w:p>
      <w:pPr>
        <w:keepNext/>
        <w:spacing w:after="40" w:before="0"/>
      </w:pPr>
      <w:r>
        <w:rPr>
          <w:b/>
        </w:rPr>
        <w:t xml:space="preserve">Expires: </w:t>
      </w:r>
      <w:r>
        <w:rPr/>
        <w:t>2026-07-22</w:t>
      </w:r>
    </w:p>
    <w:p>
      <w:pPr>
        <w:keepNext/>
        <w:spacing w:after="40" w:before="0"/>
      </w:pPr>
      <w:r>
        <w:rPr>
          <w:b/>
        </w:rPr>
        <w:t xml:space="preserve">As of: </w:t>
      </w:r>
      <w:r>
        <w:rPr/>
        <w:t>2026-09-28</w:t>
      </w:r>
    </w:p>
    <w:p>
      <w:pPr>
        <w:keepNext/>
        <w:spacing w:after="40" w:before="0"/>
      </w:pPr>
      <w:r>
        <w:rPr>
          <w:b/>
        </w:rPr>
        <w:t xml:space="preserve">Days: </w:t>
      </w:r>
      <w:r>
        <w:rPr/>
        <w:t>68 days since expiry</w:t>
      </w:r>
    </w:p>
    <w:p>
      <w:pPr>
        <w:keepNext/>
        <w:spacing w:after="40" w:before="0"/>
      </w:pPr>
      <w:r>
        <w:rPr>
          <w:b/>
        </w:rPr>
        <w:t xml:space="preserve">Update underway: </w:t>
      </w:r>
      <w:r>
        <w:rPr/>
        <w:t>none in FEMA's plan tracker</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(14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2021-07-23)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154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75"/>
        <w:gridCol w:w="1981"/>
        <w:gridCol w:w="2407"/>
        <w:gridCol w:w="2407"/>
        <w:gridCol w:w="1236"/>
        <w:gridCol w:w="1236"/>
        <w:gridCol w:w="1066"/>
        <w:gridCol w:w="1130"/>
        <w:gridCol w:w="773"/>
      </w:tblGrid>
      <w:tr>
        <w:trPr>
          <w:cantSplit/>
          <w:tblHeader/>
        </w:trPr>
        <w:tc>
          <w:tcPr>
            <w:tcW w:type="dxa" w:w="1875"/>
            <w:shd w:val="clear" w:color="auto" w:fill="E8E8E8"/>
          </w:tcPr>
          <w:p>
            <w:pPr>
              <w:spacing w:after="0"/>
              <w:jc w:val="left"/>
            </w:pPr>
            <w:r>
              <w:rPr>
                <w:b/>
                <w:sz w:val="16"/>
              </w:rPr>
              <w:t>Jurisdiction</w:t>
            </w:r>
          </w:p>
        </w:tc>
        <w:tc>
          <w:tcPr>
            <w:tcW w:type="dxa" w:w="1981"/>
            <w:shd w:val="clear" w:color="auto" w:fill="E8E8E8"/>
          </w:tcPr>
          <w:p>
            <w:pPr>
              <w:spacing w:after="0"/>
              <w:jc w:val="left"/>
            </w:pPr>
            <w:r>
              <w:rPr>
                <w:b/>
                <w:sz w:val="16"/>
              </w:rPr>
              <w:t>Type</w:t>
            </w:r>
          </w:p>
        </w:tc>
        <w:tc>
          <w:tcPr>
            <w:tcW w:type="dxa" w:w="2407"/>
            <w:shd w:val="clear" w:color="auto" w:fill="E8E8E8"/>
          </w:tcPr>
          <w:p>
            <w:pPr>
              <w:spacing w:after="0"/>
              <w:jc w:val="left"/>
            </w:pPr>
            <w:r>
              <w:rPr>
                <w:b/>
                <w:sz w:val="16"/>
              </w:rPr>
              <w:t>Status</w:t>
            </w:r>
          </w:p>
        </w:tc>
        <w:tc>
          <w:tcPr>
            <w:tcW w:type="dxa" w:w="2407"/>
            <w:shd w:val="clear" w:color="auto" w:fill="E8E8E8"/>
          </w:tcPr>
          <w:p>
            <w:pPr>
              <w:spacing w:after="0"/>
              <w:jc w:val="left"/>
            </w:pPr>
            <w:r>
              <w:rPr>
                <w:b/>
                <w:sz w:val="16"/>
              </w:rPr>
              <w:t>Plan</w:t>
            </w:r>
          </w:p>
        </w:tc>
        <w:tc>
          <w:tcPr>
            <w:tcW w:type="dxa" w:w="1236"/>
            <w:shd w:val="clear" w:color="auto" w:fill="E8E8E8"/>
          </w:tcPr>
          <w:p>
            <w:pPr>
              <w:spacing w:after="0"/>
              <w:jc w:val="left"/>
            </w:pPr>
            <w:r>
              <w:rPr>
                <w:b/>
                <w:sz w:val="16"/>
              </w:rPr>
              <w:t>Approved</w:t>
            </w:r>
          </w:p>
        </w:tc>
        <w:tc>
          <w:tcPr>
            <w:tcW w:type="dxa" w:w="1236"/>
            <w:shd w:val="clear" w:color="auto" w:fill="E8E8E8"/>
          </w:tcPr>
          <w:p>
            <w:pPr>
              <w:spacing w:after="0"/>
              <w:jc w:val="left"/>
            </w:pPr>
            <w:r>
              <w:rPr>
                <w:b/>
                <w:sz w:val="16"/>
              </w:rPr>
              <w:t>Expires</w:t>
            </w:r>
          </w:p>
        </w:tc>
        <w:tc>
          <w:tcPr>
            <w:tcW w:type="dxa" w:w="106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130"/>
            <w:shd w:val="clear" w:color="auto" w:fill="E8E8E8"/>
          </w:tcPr>
          <w:p>
            <w:pPr>
              <w:spacing w:after="0"/>
              <w:jc w:val="left"/>
            </w:pPr>
            <w:r>
              <w:rPr>
                <w:b/>
                <w:sz w:val="16"/>
              </w:rPr>
              <w:t>Update underway</w:t>
            </w:r>
          </w:p>
        </w:tc>
        <w:tc>
          <w:tcPr>
            <w:tcW w:type="dxa" w:w="773"/>
            <w:shd w:val="clear" w:color="auto" w:fill="E8E8E8"/>
          </w:tcPr>
          <w:p>
            <w:pPr>
              <w:spacing w:after="0"/>
              <w:jc w:val="left"/>
            </w:pPr>
            <w:r>
              <w:rPr>
                <w:b/>
                <w:sz w:val="16"/>
              </w:rPr>
              <w:t>Notes</w:t>
            </w:r>
          </w:p>
        </w:tc>
      </w:tr>
      <w:tr>
        <w:trPr>
          <w:cantSplit/>
        </w:trPr>
        <w:tc>
          <w:tcPr>
            <w:tcW w:type="dxa" w:w="1875"/>
          </w:tcPr>
          <w:p>
            <w:pPr>
              <w:spacing w:after="0"/>
              <w:jc w:val="left"/>
            </w:pPr>
            <w:r>
              <w:rPr>
                <w:sz w:val="16"/>
              </w:rPr>
              <w:t>Grand County</w:t>
            </w:r>
          </w:p>
        </w:tc>
        <w:tc>
          <w:tcPr>
            <w:tcW w:type="dxa" w:w="1981"/>
          </w:tcPr>
          <w:p>
            <w:pPr>
              <w:spacing w:after="0"/>
              <w:jc w:val="left"/>
            </w:pPr>
            <w:r>
              <w:rPr>
                <w:sz w:val="16"/>
              </w:rPr>
              <w:t>County</w:t>
            </w:r>
          </w:p>
        </w:tc>
        <w:tc>
          <w:tcPr>
            <w:tcW w:type="dxa" w:w="2407"/>
          </w:tcPr>
          <w:p>
            <w:pPr>
              <w:spacing w:after="0"/>
              <w:jc w:val="left"/>
            </w:pPr>
            <w:r>
              <w:rPr>
                <w:sz w:val="16"/>
              </w:rPr>
              <w:t>Expired on 2026-07-22</w:t>
            </w:r>
          </w:p>
        </w:tc>
        <w:tc>
          <w:tcPr>
            <w:tcW w:type="dxa" w:w="2407"/>
          </w:tcPr>
          <w:p>
            <w:pPr>
              <w:spacing w:after="0"/>
              <w:jc w:val="left"/>
            </w:pPr>
            <w:r>
              <w:rPr>
                <w:sz w:val="16"/>
              </w:rPr>
              <w:t>Grand County, CO Hazard Mitigation Plan 2021 (FEMA plan 107197)</w:t>
            </w:r>
          </w:p>
        </w:tc>
        <w:tc>
          <w:tcPr>
            <w:tcW w:type="dxa" w:w="1236"/>
          </w:tcPr>
          <w:p>
            <w:pPr>
              <w:spacing w:after="0"/>
              <w:jc w:val="left"/>
            </w:pPr>
            <w:r>
              <w:rPr>
                <w:sz w:val="16"/>
              </w:rPr>
              <w:t>2021-07-23</w:t>
            </w:r>
          </w:p>
        </w:tc>
        <w:tc>
          <w:tcPr>
            <w:tcW w:type="dxa" w:w="1236"/>
          </w:tcPr>
          <w:p>
            <w:pPr>
              <w:spacing w:after="0"/>
              <w:jc w:val="left"/>
            </w:pPr>
            <w:r>
              <w:rPr>
                <w:sz w:val="16"/>
              </w:rPr>
              <w:t>2026-07-22</w:t>
            </w:r>
          </w:p>
        </w:tc>
        <w:tc>
          <w:tcPr>
            <w:tcW w:type="dxa" w:w="1066"/>
          </w:tcPr>
          <w:p>
            <w:pPr>
              <w:spacing w:after="0"/>
              <w:jc w:val="right"/>
            </w:pPr>
            <w:r>
              <w:rPr>
                <w:sz w:val="16"/>
              </w:rPr>
              <w:t>-68</w:t>
            </w:r>
          </w:p>
        </w:tc>
        <w:tc>
          <w:tcPr>
            <w:tcW w:type="dxa" w:w="1130"/>
          </w:tcPr>
          <w:p>
            <w:pPr>
              <w:spacing w:after="0"/>
              <w:jc w:val="left"/>
            </w:pPr>
          </w:p>
        </w:tc>
        <w:tc>
          <w:tcPr>
            <w:tcW w:type="dxa" w:w="773"/>
          </w:tcPr>
          <w:p>
            <w:pPr>
              <w:spacing w:after="0"/>
              <w:jc w:val="left"/>
            </w:pPr>
          </w:p>
        </w:tc>
      </w:tr>
      <w:tr>
        <w:trPr>
          <w:cantSplit/>
        </w:trPr>
        <w:tc>
          <w:tcPr>
            <w:tcW w:type="dxa" w:w="1875"/>
          </w:tcPr>
          <w:p>
            <w:pPr>
              <w:spacing w:after="0"/>
              <w:jc w:val="left"/>
            </w:pPr>
            <w:r>
              <w:rPr>
                <w:sz w:val="16"/>
              </w:rPr>
              <w:t>Fraser town</w:t>
            </w:r>
          </w:p>
        </w:tc>
        <w:tc>
          <w:tcPr>
            <w:tcW w:type="dxa" w:w="1981"/>
          </w:tcPr>
          <w:p>
            <w:pPr>
              <w:spacing w:after="0"/>
              <w:jc w:val="left"/>
            </w:pPr>
            <w:r>
              <w:rPr>
                <w:sz w:val="16"/>
              </w:rPr>
              <w:t>Town</w:t>
            </w:r>
          </w:p>
        </w:tc>
        <w:tc>
          <w:tcPr>
            <w:tcW w:type="dxa" w:w="2407"/>
          </w:tcPr>
          <w:p>
            <w:pPr>
              <w:spacing w:after="0"/>
              <w:jc w:val="left"/>
            </w:pPr>
            <w:r>
              <w:rPr>
                <w:sz w:val="16"/>
              </w:rPr>
              <w:t>Expired on 2026-07-22</w:t>
            </w:r>
          </w:p>
        </w:tc>
        <w:tc>
          <w:tcPr>
            <w:tcW w:type="dxa" w:w="2407"/>
          </w:tcPr>
          <w:p>
            <w:pPr>
              <w:spacing w:after="0"/>
              <w:jc w:val="left"/>
            </w:pPr>
            <w:r>
              <w:rPr>
                <w:sz w:val="16"/>
              </w:rPr>
              <w:t>Grand County, CO Hazard Mitigation Plan 2021 (FEMA plan 107197)</w:t>
            </w:r>
          </w:p>
        </w:tc>
        <w:tc>
          <w:tcPr>
            <w:tcW w:type="dxa" w:w="1236"/>
          </w:tcPr>
          <w:p>
            <w:pPr>
              <w:spacing w:after="0"/>
              <w:jc w:val="left"/>
            </w:pPr>
            <w:r>
              <w:rPr>
                <w:sz w:val="16"/>
              </w:rPr>
              <w:t>2021-07-23</w:t>
            </w:r>
          </w:p>
        </w:tc>
        <w:tc>
          <w:tcPr>
            <w:tcW w:type="dxa" w:w="1236"/>
          </w:tcPr>
          <w:p>
            <w:pPr>
              <w:spacing w:after="0"/>
              <w:jc w:val="left"/>
            </w:pPr>
            <w:r>
              <w:rPr>
                <w:sz w:val="16"/>
              </w:rPr>
              <w:t>2026-07-22</w:t>
            </w:r>
          </w:p>
        </w:tc>
        <w:tc>
          <w:tcPr>
            <w:tcW w:type="dxa" w:w="1066"/>
          </w:tcPr>
          <w:p>
            <w:pPr>
              <w:spacing w:after="0"/>
              <w:jc w:val="right"/>
            </w:pPr>
            <w:r>
              <w:rPr>
                <w:sz w:val="16"/>
              </w:rPr>
              <w:t>-68</w:t>
            </w:r>
          </w:p>
        </w:tc>
        <w:tc>
          <w:tcPr>
            <w:tcW w:type="dxa" w:w="1130"/>
          </w:tcPr>
          <w:p>
            <w:pPr>
              <w:spacing w:after="0"/>
              <w:jc w:val="left"/>
            </w:pPr>
          </w:p>
        </w:tc>
        <w:tc>
          <w:tcPr>
            <w:tcW w:type="dxa" w:w="773"/>
          </w:tcPr>
          <w:p>
            <w:pPr>
              <w:spacing w:after="0"/>
              <w:jc w:val="left"/>
            </w:pPr>
          </w:p>
        </w:tc>
      </w:tr>
      <w:tr>
        <w:trPr>
          <w:cantSplit/>
        </w:trPr>
        <w:tc>
          <w:tcPr>
            <w:tcW w:type="dxa" w:w="1875"/>
          </w:tcPr>
          <w:p>
            <w:pPr>
              <w:spacing w:after="0"/>
              <w:jc w:val="left"/>
            </w:pPr>
            <w:r>
              <w:rPr>
                <w:sz w:val="16"/>
              </w:rPr>
              <w:t>Granby town</w:t>
            </w:r>
          </w:p>
        </w:tc>
        <w:tc>
          <w:tcPr>
            <w:tcW w:type="dxa" w:w="1981"/>
          </w:tcPr>
          <w:p>
            <w:pPr>
              <w:spacing w:after="0"/>
              <w:jc w:val="left"/>
            </w:pPr>
            <w:r>
              <w:rPr>
                <w:sz w:val="16"/>
              </w:rPr>
              <w:t>Town</w:t>
            </w:r>
          </w:p>
        </w:tc>
        <w:tc>
          <w:tcPr>
            <w:tcW w:type="dxa" w:w="2407"/>
          </w:tcPr>
          <w:p>
            <w:pPr>
              <w:spacing w:after="0"/>
              <w:jc w:val="left"/>
            </w:pPr>
            <w:r>
              <w:rPr>
                <w:sz w:val="16"/>
              </w:rPr>
              <w:t>Expired on 2026-07-22</w:t>
            </w:r>
          </w:p>
        </w:tc>
        <w:tc>
          <w:tcPr>
            <w:tcW w:type="dxa" w:w="2407"/>
          </w:tcPr>
          <w:p>
            <w:pPr>
              <w:spacing w:after="0"/>
              <w:jc w:val="left"/>
            </w:pPr>
            <w:r>
              <w:rPr>
                <w:sz w:val="16"/>
              </w:rPr>
              <w:t>Grand County, CO Hazard Mitigation Plan 2021 (FEMA plan 107197)</w:t>
            </w:r>
          </w:p>
        </w:tc>
        <w:tc>
          <w:tcPr>
            <w:tcW w:type="dxa" w:w="1236"/>
          </w:tcPr>
          <w:p>
            <w:pPr>
              <w:spacing w:after="0"/>
              <w:jc w:val="left"/>
            </w:pPr>
            <w:r>
              <w:rPr>
                <w:sz w:val="16"/>
              </w:rPr>
              <w:t>2021-07-23</w:t>
            </w:r>
          </w:p>
        </w:tc>
        <w:tc>
          <w:tcPr>
            <w:tcW w:type="dxa" w:w="1236"/>
          </w:tcPr>
          <w:p>
            <w:pPr>
              <w:spacing w:after="0"/>
              <w:jc w:val="left"/>
            </w:pPr>
            <w:r>
              <w:rPr>
                <w:sz w:val="16"/>
              </w:rPr>
              <w:t>2026-07-22</w:t>
            </w:r>
          </w:p>
        </w:tc>
        <w:tc>
          <w:tcPr>
            <w:tcW w:type="dxa" w:w="1066"/>
          </w:tcPr>
          <w:p>
            <w:pPr>
              <w:spacing w:after="0"/>
              <w:jc w:val="right"/>
            </w:pPr>
            <w:r>
              <w:rPr>
                <w:sz w:val="16"/>
              </w:rPr>
              <w:t>-68</w:t>
            </w:r>
          </w:p>
        </w:tc>
        <w:tc>
          <w:tcPr>
            <w:tcW w:type="dxa" w:w="1130"/>
          </w:tcPr>
          <w:p>
            <w:pPr>
              <w:spacing w:after="0"/>
              <w:jc w:val="left"/>
            </w:pPr>
          </w:p>
        </w:tc>
        <w:tc>
          <w:tcPr>
            <w:tcW w:type="dxa" w:w="773"/>
          </w:tcPr>
          <w:p>
            <w:pPr>
              <w:spacing w:after="0"/>
              <w:jc w:val="left"/>
            </w:pPr>
          </w:p>
        </w:tc>
      </w:tr>
      <w:tr>
        <w:trPr>
          <w:cantSplit/>
        </w:trPr>
        <w:tc>
          <w:tcPr>
            <w:tcW w:type="dxa" w:w="1875"/>
          </w:tcPr>
          <w:p>
            <w:pPr>
              <w:spacing w:after="0"/>
              <w:jc w:val="left"/>
            </w:pPr>
            <w:r>
              <w:rPr>
                <w:sz w:val="16"/>
              </w:rPr>
              <w:t>Grand Lake town</w:t>
            </w:r>
          </w:p>
        </w:tc>
        <w:tc>
          <w:tcPr>
            <w:tcW w:type="dxa" w:w="1981"/>
          </w:tcPr>
          <w:p>
            <w:pPr>
              <w:spacing w:after="0"/>
              <w:jc w:val="left"/>
            </w:pPr>
            <w:r>
              <w:rPr>
                <w:sz w:val="16"/>
              </w:rPr>
              <w:t>Town</w:t>
            </w:r>
          </w:p>
        </w:tc>
        <w:tc>
          <w:tcPr>
            <w:tcW w:type="dxa" w:w="2407"/>
          </w:tcPr>
          <w:p>
            <w:pPr>
              <w:spacing w:after="0"/>
              <w:jc w:val="left"/>
            </w:pPr>
            <w:r>
              <w:rPr>
                <w:sz w:val="16"/>
              </w:rPr>
              <w:t>Expired on 2026-07-22</w:t>
            </w:r>
          </w:p>
        </w:tc>
        <w:tc>
          <w:tcPr>
            <w:tcW w:type="dxa" w:w="2407"/>
          </w:tcPr>
          <w:p>
            <w:pPr>
              <w:spacing w:after="0"/>
              <w:jc w:val="left"/>
            </w:pPr>
            <w:r>
              <w:rPr>
                <w:sz w:val="16"/>
              </w:rPr>
              <w:t>Grand County, CO Hazard Mitigation Plan 2021 (FEMA plan 107197)</w:t>
            </w:r>
          </w:p>
        </w:tc>
        <w:tc>
          <w:tcPr>
            <w:tcW w:type="dxa" w:w="1236"/>
          </w:tcPr>
          <w:p>
            <w:pPr>
              <w:spacing w:after="0"/>
              <w:jc w:val="left"/>
            </w:pPr>
            <w:r>
              <w:rPr>
                <w:sz w:val="16"/>
              </w:rPr>
              <w:t>2021-07-23</w:t>
            </w:r>
          </w:p>
        </w:tc>
        <w:tc>
          <w:tcPr>
            <w:tcW w:type="dxa" w:w="1236"/>
          </w:tcPr>
          <w:p>
            <w:pPr>
              <w:spacing w:after="0"/>
              <w:jc w:val="left"/>
            </w:pPr>
            <w:r>
              <w:rPr>
                <w:sz w:val="16"/>
              </w:rPr>
              <w:t>2026-07-22</w:t>
            </w:r>
          </w:p>
        </w:tc>
        <w:tc>
          <w:tcPr>
            <w:tcW w:type="dxa" w:w="1066"/>
          </w:tcPr>
          <w:p>
            <w:pPr>
              <w:spacing w:after="0"/>
              <w:jc w:val="right"/>
            </w:pPr>
            <w:r>
              <w:rPr>
                <w:sz w:val="16"/>
              </w:rPr>
              <w:t>-68</w:t>
            </w:r>
          </w:p>
        </w:tc>
        <w:tc>
          <w:tcPr>
            <w:tcW w:type="dxa" w:w="1130"/>
          </w:tcPr>
          <w:p>
            <w:pPr>
              <w:spacing w:after="0"/>
              <w:jc w:val="left"/>
            </w:pPr>
          </w:p>
        </w:tc>
        <w:tc>
          <w:tcPr>
            <w:tcW w:type="dxa" w:w="773"/>
          </w:tcPr>
          <w:p>
            <w:pPr>
              <w:spacing w:after="0"/>
              <w:jc w:val="left"/>
            </w:pPr>
          </w:p>
        </w:tc>
      </w:tr>
      <w:tr>
        <w:trPr>
          <w:cantSplit/>
        </w:trPr>
        <w:tc>
          <w:tcPr>
            <w:tcW w:type="dxa" w:w="1875"/>
          </w:tcPr>
          <w:p>
            <w:pPr>
              <w:spacing w:after="0"/>
              <w:jc w:val="left"/>
            </w:pPr>
            <w:r>
              <w:rPr>
                <w:sz w:val="16"/>
              </w:rPr>
              <w:t>Hot Sulphur Springs town</w:t>
            </w:r>
          </w:p>
        </w:tc>
        <w:tc>
          <w:tcPr>
            <w:tcW w:type="dxa" w:w="1981"/>
          </w:tcPr>
          <w:p>
            <w:pPr>
              <w:spacing w:after="0"/>
              <w:jc w:val="left"/>
            </w:pPr>
            <w:r>
              <w:rPr>
                <w:sz w:val="16"/>
              </w:rPr>
              <w:t>Town</w:t>
            </w:r>
          </w:p>
        </w:tc>
        <w:tc>
          <w:tcPr>
            <w:tcW w:type="dxa" w:w="2407"/>
          </w:tcPr>
          <w:p>
            <w:pPr>
              <w:spacing w:after="0"/>
              <w:jc w:val="left"/>
            </w:pPr>
            <w:r>
              <w:rPr>
                <w:sz w:val="16"/>
              </w:rPr>
              <w:t>Expired on 2026-07-22</w:t>
            </w:r>
          </w:p>
        </w:tc>
        <w:tc>
          <w:tcPr>
            <w:tcW w:type="dxa" w:w="2407"/>
          </w:tcPr>
          <w:p>
            <w:pPr>
              <w:spacing w:after="0"/>
              <w:jc w:val="left"/>
            </w:pPr>
            <w:r>
              <w:rPr>
                <w:sz w:val="16"/>
              </w:rPr>
              <w:t>Grand County, CO Hazard Mitigation Plan 2021 (FEMA plan 107197)</w:t>
            </w:r>
          </w:p>
        </w:tc>
        <w:tc>
          <w:tcPr>
            <w:tcW w:type="dxa" w:w="1236"/>
          </w:tcPr>
          <w:p>
            <w:pPr>
              <w:spacing w:after="0"/>
              <w:jc w:val="left"/>
            </w:pPr>
            <w:r>
              <w:rPr>
                <w:sz w:val="16"/>
              </w:rPr>
              <w:t>2021-07-23</w:t>
            </w:r>
          </w:p>
        </w:tc>
        <w:tc>
          <w:tcPr>
            <w:tcW w:type="dxa" w:w="1236"/>
          </w:tcPr>
          <w:p>
            <w:pPr>
              <w:spacing w:after="0"/>
              <w:jc w:val="left"/>
            </w:pPr>
            <w:r>
              <w:rPr>
                <w:sz w:val="16"/>
              </w:rPr>
              <w:t>2026-07-22</w:t>
            </w:r>
          </w:p>
        </w:tc>
        <w:tc>
          <w:tcPr>
            <w:tcW w:type="dxa" w:w="1066"/>
          </w:tcPr>
          <w:p>
            <w:pPr>
              <w:spacing w:after="0"/>
              <w:jc w:val="right"/>
            </w:pPr>
            <w:r>
              <w:rPr>
                <w:sz w:val="16"/>
              </w:rPr>
              <w:t>-68</w:t>
            </w:r>
          </w:p>
        </w:tc>
        <w:tc>
          <w:tcPr>
            <w:tcW w:type="dxa" w:w="1130"/>
          </w:tcPr>
          <w:p>
            <w:pPr>
              <w:spacing w:after="0"/>
              <w:jc w:val="left"/>
            </w:pPr>
          </w:p>
        </w:tc>
        <w:tc>
          <w:tcPr>
            <w:tcW w:type="dxa" w:w="773"/>
          </w:tcPr>
          <w:p>
            <w:pPr>
              <w:spacing w:after="0"/>
              <w:jc w:val="left"/>
            </w:pPr>
          </w:p>
        </w:tc>
      </w:tr>
      <w:tr>
        <w:trPr>
          <w:cantSplit/>
        </w:trPr>
        <w:tc>
          <w:tcPr>
            <w:tcW w:type="dxa" w:w="1875"/>
          </w:tcPr>
          <w:p>
            <w:pPr>
              <w:spacing w:after="0"/>
              <w:jc w:val="left"/>
            </w:pPr>
            <w:r>
              <w:rPr>
                <w:sz w:val="16"/>
              </w:rPr>
              <w:t>Kremmling town</w:t>
            </w:r>
          </w:p>
        </w:tc>
        <w:tc>
          <w:tcPr>
            <w:tcW w:type="dxa" w:w="1981"/>
          </w:tcPr>
          <w:p>
            <w:pPr>
              <w:spacing w:after="0"/>
              <w:jc w:val="left"/>
            </w:pPr>
            <w:r>
              <w:rPr>
                <w:sz w:val="16"/>
              </w:rPr>
              <w:t>Town</w:t>
            </w:r>
          </w:p>
        </w:tc>
        <w:tc>
          <w:tcPr>
            <w:tcW w:type="dxa" w:w="2407"/>
          </w:tcPr>
          <w:p>
            <w:pPr>
              <w:spacing w:after="0"/>
              <w:jc w:val="left"/>
            </w:pPr>
            <w:r>
              <w:rPr>
                <w:sz w:val="16"/>
              </w:rPr>
              <w:t>Expired on 2026-07-22</w:t>
            </w:r>
          </w:p>
        </w:tc>
        <w:tc>
          <w:tcPr>
            <w:tcW w:type="dxa" w:w="2407"/>
          </w:tcPr>
          <w:p>
            <w:pPr>
              <w:spacing w:after="0"/>
              <w:jc w:val="left"/>
            </w:pPr>
            <w:r>
              <w:rPr>
                <w:sz w:val="16"/>
              </w:rPr>
              <w:t>Grand County, CO Hazard Mitigation Plan 2021 (FEMA plan 107197)</w:t>
            </w:r>
          </w:p>
        </w:tc>
        <w:tc>
          <w:tcPr>
            <w:tcW w:type="dxa" w:w="1236"/>
          </w:tcPr>
          <w:p>
            <w:pPr>
              <w:spacing w:after="0"/>
              <w:jc w:val="left"/>
            </w:pPr>
            <w:r>
              <w:rPr>
                <w:sz w:val="16"/>
              </w:rPr>
              <w:t>2021-07-23</w:t>
            </w:r>
          </w:p>
        </w:tc>
        <w:tc>
          <w:tcPr>
            <w:tcW w:type="dxa" w:w="1236"/>
          </w:tcPr>
          <w:p>
            <w:pPr>
              <w:spacing w:after="0"/>
              <w:jc w:val="left"/>
            </w:pPr>
            <w:r>
              <w:rPr>
                <w:sz w:val="16"/>
              </w:rPr>
              <w:t>2026-07-22</w:t>
            </w:r>
          </w:p>
        </w:tc>
        <w:tc>
          <w:tcPr>
            <w:tcW w:type="dxa" w:w="1066"/>
          </w:tcPr>
          <w:p>
            <w:pPr>
              <w:spacing w:after="0"/>
              <w:jc w:val="right"/>
            </w:pPr>
            <w:r>
              <w:rPr>
                <w:sz w:val="16"/>
              </w:rPr>
              <w:t>-68</w:t>
            </w:r>
          </w:p>
        </w:tc>
        <w:tc>
          <w:tcPr>
            <w:tcW w:type="dxa" w:w="1130"/>
          </w:tcPr>
          <w:p>
            <w:pPr>
              <w:spacing w:after="0"/>
              <w:jc w:val="left"/>
            </w:pPr>
          </w:p>
        </w:tc>
        <w:tc>
          <w:tcPr>
            <w:tcW w:type="dxa" w:w="773"/>
          </w:tcPr>
          <w:p>
            <w:pPr>
              <w:spacing w:after="0"/>
              <w:jc w:val="left"/>
            </w:pPr>
          </w:p>
        </w:tc>
      </w:tr>
      <w:tr>
        <w:trPr>
          <w:cantSplit/>
        </w:trPr>
        <w:tc>
          <w:tcPr>
            <w:tcW w:type="dxa" w:w="1875"/>
          </w:tcPr>
          <w:p>
            <w:pPr>
              <w:spacing w:after="0"/>
              <w:jc w:val="left"/>
            </w:pPr>
            <w:r>
              <w:rPr>
                <w:sz w:val="16"/>
              </w:rPr>
              <w:t>Winter Park town</w:t>
            </w:r>
          </w:p>
        </w:tc>
        <w:tc>
          <w:tcPr>
            <w:tcW w:type="dxa" w:w="1981"/>
          </w:tcPr>
          <w:p>
            <w:pPr>
              <w:spacing w:after="0"/>
              <w:jc w:val="left"/>
            </w:pPr>
            <w:r>
              <w:rPr>
                <w:sz w:val="16"/>
              </w:rPr>
              <w:t>Town</w:t>
            </w:r>
          </w:p>
        </w:tc>
        <w:tc>
          <w:tcPr>
            <w:tcW w:type="dxa" w:w="2407"/>
          </w:tcPr>
          <w:p>
            <w:pPr>
              <w:spacing w:after="0"/>
              <w:jc w:val="left"/>
            </w:pPr>
            <w:r>
              <w:rPr>
                <w:sz w:val="16"/>
              </w:rPr>
              <w:t>Expired on 2026-07-22</w:t>
            </w:r>
          </w:p>
        </w:tc>
        <w:tc>
          <w:tcPr>
            <w:tcW w:type="dxa" w:w="2407"/>
          </w:tcPr>
          <w:p>
            <w:pPr>
              <w:spacing w:after="0"/>
              <w:jc w:val="left"/>
            </w:pPr>
            <w:r>
              <w:rPr>
                <w:sz w:val="16"/>
              </w:rPr>
              <w:t>Grand County, CO Hazard Mitigation Plan 2021 (FEMA plan 107197)</w:t>
            </w:r>
          </w:p>
        </w:tc>
        <w:tc>
          <w:tcPr>
            <w:tcW w:type="dxa" w:w="1236"/>
          </w:tcPr>
          <w:p>
            <w:pPr>
              <w:spacing w:after="0"/>
              <w:jc w:val="left"/>
            </w:pPr>
            <w:r>
              <w:rPr>
                <w:sz w:val="16"/>
              </w:rPr>
              <w:t>2021-07-23</w:t>
            </w:r>
          </w:p>
        </w:tc>
        <w:tc>
          <w:tcPr>
            <w:tcW w:type="dxa" w:w="1236"/>
          </w:tcPr>
          <w:p>
            <w:pPr>
              <w:spacing w:after="0"/>
              <w:jc w:val="left"/>
            </w:pPr>
            <w:r>
              <w:rPr>
                <w:sz w:val="16"/>
              </w:rPr>
              <w:t>2026-07-22</w:t>
            </w:r>
          </w:p>
        </w:tc>
        <w:tc>
          <w:tcPr>
            <w:tcW w:type="dxa" w:w="1066"/>
          </w:tcPr>
          <w:p>
            <w:pPr>
              <w:spacing w:after="0"/>
              <w:jc w:val="right"/>
            </w:pPr>
            <w:r>
              <w:rPr>
                <w:sz w:val="16"/>
              </w:rPr>
              <w:t>-68</w:t>
            </w:r>
          </w:p>
        </w:tc>
        <w:tc>
          <w:tcPr>
            <w:tcW w:type="dxa" w:w="1130"/>
          </w:tcPr>
          <w:p>
            <w:pPr>
              <w:spacing w:after="0"/>
              <w:jc w:val="left"/>
            </w:pPr>
          </w:p>
        </w:tc>
        <w:tc>
          <w:tcPr>
            <w:tcW w:type="dxa" w:w="773"/>
          </w:tcPr>
          <w:p>
            <w:pPr>
              <w:spacing w:after="0"/>
              <w:jc w:val="left"/>
            </w:pPr>
          </w:p>
        </w:tc>
      </w:tr>
      <w:tr>
        <w:trPr>
          <w:cantSplit/>
        </w:trPr>
        <w:tc>
          <w:tcPr>
            <w:tcW w:type="dxa" w:w="1875"/>
          </w:tcPr>
          <w:p>
            <w:pPr>
              <w:spacing w:after="0"/>
              <w:jc w:val="left"/>
            </w:pPr>
            <w:r>
              <w:rPr>
                <w:sz w:val="16"/>
              </w:rPr>
              <w:t>Denver Water</w:t>
            </w:r>
          </w:p>
        </w:tc>
        <w:tc>
          <w:tcPr>
            <w:tcW w:type="dxa" w:w="1981"/>
          </w:tcPr>
          <w:p>
            <w:pPr>
              <w:spacing w:after="0"/>
              <w:jc w:val="left"/>
            </w:pPr>
            <w:r>
              <w:rPr>
                <w:sz w:val="16"/>
              </w:rPr>
              <w:t>Water/Sewer Authority</w:t>
            </w:r>
          </w:p>
        </w:tc>
        <w:tc>
          <w:tcPr>
            <w:tcW w:type="dxa" w:w="2407"/>
          </w:tcPr>
          <w:p>
            <w:pPr>
              <w:spacing w:after="0"/>
              <w:jc w:val="left"/>
            </w:pPr>
            <w:r>
              <w:rPr>
                <w:sz w:val="16"/>
              </w:rPr>
              <w:t>Expired on 2026-07-22</w:t>
            </w:r>
          </w:p>
        </w:tc>
        <w:tc>
          <w:tcPr>
            <w:tcW w:type="dxa" w:w="2407"/>
          </w:tcPr>
          <w:p>
            <w:pPr>
              <w:spacing w:after="0"/>
              <w:jc w:val="left"/>
            </w:pPr>
            <w:r>
              <w:rPr>
                <w:sz w:val="16"/>
              </w:rPr>
              <w:t>Grand County, CO Hazard Mitigation Plan 2021 (FEMA plan 107197)</w:t>
            </w:r>
          </w:p>
        </w:tc>
        <w:tc>
          <w:tcPr>
            <w:tcW w:type="dxa" w:w="1236"/>
          </w:tcPr>
          <w:p>
            <w:pPr>
              <w:spacing w:after="0"/>
              <w:jc w:val="left"/>
            </w:pPr>
            <w:r>
              <w:rPr>
                <w:sz w:val="16"/>
              </w:rPr>
              <w:t>2021-07-23</w:t>
            </w:r>
          </w:p>
        </w:tc>
        <w:tc>
          <w:tcPr>
            <w:tcW w:type="dxa" w:w="1236"/>
          </w:tcPr>
          <w:p>
            <w:pPr>
              <w:spacing w:after="0"/>
              <w:jc w:val="left"/>
            </w:pPr>
            <w:r>
              <w:rPr>
                <w:sz w:val="16"/>
              </w:rPr>
              <w:t>2026-07-22</w:t>
            </w:r>
          </w:p>
        </w:tc>
        <w:tc>
          <w:tcPr>
            <w:tcW w:type="dxa" w:w="1066"/>
          </w:tcPr>
          <w:p>
            <w:pPr>
              <w:spacing w:after="0"/>
              <w:jc w:val="right"/>
            </w:pPr>
            <w:r>
              <w:rPr>
                <w:sz w:val="16"/>
              </w:rPr>
              <w:t>-68</w:t>
            </w:r>
          </w:p>
        </w:tc>
        <w:tc>
          <w:tcPr>
            <w:tcW w:type="dxa" w:w="1130"/>
          </w:tcPr>
          <w:p>
            <w:pPr>
              <w:spacing w:after="0"/>
              <w:jc w:val="left"/>
            </w:pPr>
          </w:p>
        </w:tc>
        <w:tc>
          <w:tcPr>
            <w:tcW w:type="dxa" w:w="773"/>
          </w:tcPr>
          <w:p>
            <w:pPr>
              <w:spacing w:after="0"/>
              <w:jc w:val="left"/>
            </w:pPr>
          </w:p>
        </w:tc>
      </w:tr>
      <w:tr>
        <w:trPr>
          <w:cantSplit/>
        </w:trPr>
        <w:tc>
          <w:tcPr>
            <w:tcW w:type="dxa" w:w="1875"/>
          </w:tcPr>
          <w:p>
            <w:pPr>
              <w:spacing w:after="0"/>
              <w:jc w:val="left"/>
            </w:pPr>
            <w:r>
              <w:rPr>
                <w:sz w:val="16"/>
              </w:rPr>
              <w:t>East Grand FPD</w:t>
            </w:r>
          </w:p>
        </w:tc>
        <w:tc>
          <w:tcPr>
            <w:tcW w:type="dxa" w:w="1981"/>
          </w:tcPr>
          <w:p>
            <w:pPr>
              <w:spacing w:after="0"/>
              <w:jc w:val="left"/>
            </w:pPr>
            <w:r>
              <w:rPr>
                <w:sz w:val="16"/>
              </w:rPr>
              <w:t>Fire/EMS District</w:t>
            </w:r>
          </w:p>
        </w:tc>
        <w:tc>
          <w:tcPr>
            <w:tcW w:type="dxa" w:w="2407"/>
          </w:tcPr>
          <w:p>
            <w:pPr>
              <w:spacing w:after="0"/>
              <w:jc w:val="left"/>
            </w:pPr>
            <w:r>
              <w:rPr>
                <w:sz w:val="16"/>
              </w:rPr>
              <w:t>Expired on 2026-07-22</w:t>
            </w:r>
          </w:p>
        </w:tc>
        <w:tc>
          <w:tcPr>
            <w:tcW w:type="dxa" w:w="2407"/>
          </w:tcPr>
          <w:p>
            <w:pPr>
              <w:spacing w:after="0"/>
              <w:jc w:val="left"/>
            </w:pPr>
            <w:r>
              <w:rPr>
                <w:sz w:val="16"/>
              </w:rPr>
              <w:t>Grand County, CO Hazard Mitigation Plan 2021 (FEMA plan 107197)</w:t>
            </w:r>
          </w:p>
        </w:tc>
        <w:tc>
          <w:tcPr>
            <w:tcW w:type="dxa" w:w="1236"/>
          </w:tcPr>
          <w:p>
            <w:pPr>
              <w:spacing w:after="0"/>
              <w:jc w:val="left"/>
            </w:pPr>
            <w:r>
              <w:rPr>
                <w:sz w:val="16"/>
              </w:rPr>
              <w:t>2021-07-23</w:t>
            </w:r>
          </w:p>
        </w:tc>
        <w:tc>
          <w:tcPr>
            <w:tcW w:type="dxa" w:w="1236"/>
          </w:tcPr>
          <w:p>
            <w:pPr>
              <w:spacing w:after="0"/>
              <w:jc w:val="left"/>
            </w:pPr>
            <w:r>
              <w:rPr>
                <w:sz w:val="16"/>
              </w:rPr>
              <w:t>2026-07-22</w:t>
            </w:r>
          </w:p>
        </w:tc>
        <w:tc>
          <w:tcPr>
            <w:tcW w:type="dxa" w:w="1066"/>
          </w:tcPr>
          <w:p>
            <w:pPr>
              <w:spacing w:after="0"/>
              <w:jc w:val="right"/>
            </w:pPr>
            <w:r>
              <w:rPr>
                <w:sz w:val="16"/>
              </w:rPr>
              <w:t>-68</w:t>
            </w:r>
          </w:p>
        </w:tc>
        <w:tc>
          <w:tcPr>
            <w:tcW w:type="dxa" w:w="1130"/>
          </w:tcPr>
          <w:p>
            <w:pPr>
              <w:spacing w:after="0"/>
              <w:jc w:val="left"/>
            </w:pPr>
          </w:p>
        </w:tc>
        <w:tc>
          <w:tcPr>
            <w:tcW w:type="dxa" w:w="773"/>
          </w:tcPr>
          <w:p>
            <w:pPr>
              <w:spacing w:after="0"/>
              <w:jc w:val="left"/>
            </w:pPr>
          </w:p>
        </w:tc>
      </w:tr>
      <w:tr>
        <w:trPr>
          <w:cantSplit/>
        </w:trPr>
        <w:tc>
          <w:tcPr>
            <w:tcW w:type="dxa" w:w="1875"/>
          </w:tcPr>
          <w:p>
            <w:pPr>
              <w:spacing w:after="0"/>
              <w:jc w:val="left"/>
            </w:pPr>
            <w:r>
              <w:rPr>
                <w:sz w:val="16"/>
              </w:rPr>
              <w:t>Grand FPD</w:t>
            </w:r>
          </w:p>
        </w:tc>
        <w:tc>
          <w:tcPr>
            <w:tcW w:type="dxa" w:w="1981"/>
          </w:tcPr>
          <w:p>
            <w:pPr>
              <w:spacing w:after="0"/>
              <w:jc w:val="left"/>
            </w:pPr>
            <w:r>
              <w:rPr>
                <w:sz w:val="16"/>
              </w:rPr>
              <w:t>Fire/EMS District</w:t>
            </w:r>
          </w:p>
        </w:tc>
        <w:tc>
          <w:tcPr>
            <w:tcW w:type="dxa" w:w="2407"/>
          </w:tcPr>
          <w:p>
            <w:pPr>
              <w:spacing w:after="0"/>
              <w:jc w:val="left"/>
            </w:pPr>
            <w:r>
              <w:rPr>
                <w:sz w:val="16"/>
              </w:rPr>
              <w:t>Expired on 2026-07-22</w:t>
            </w:r>
          </w:p>
        </w:tc>
        <w:tc>
          <w:tcPr>
            <w:tcW w:type="dxa" w:w="2407"/>
          </w:tcPr>
          <w:p>
            <w:pPr>
              <w:spacing w:after="0"/>
              <w:jc w:val="left"/>
            </w:pPr>
            <w:r>
              <w:rPr>
                <w:sz w:val="16"/>
              </w:rPr>
              <w:t>Grand County, CO Hazard Mitigation Plan 2021 (FEMA plan 107197)</w:t>
            </w:r>
          </w:p>
        </w:tc>
        <w:tc>
          <w:tcPr>
            <w:tcW w:type="dxa" w:w="1236"/>
          </w:tcPr>
          <w:p>
            <w:pPr>
              <w:spacing w:after="0"/>
              <w:jc w:val="left"/>
            </w:pPr>
            <w:r>
              <w:rPr>
                <w:sz w:val="16"/>
              </w:rPr>
              <w:t>2021-07-23</w:t>
            </w:r>
          </w:p>
        </w:tc>
        <w:tc>
          <w:tcPr>
            <w:tcW w:type="dxa" w:w="1236"/>
          </w:tcPr>
          <w:p>
            <w:pPr>
              <w:spacing w:after="0"/>
              <w:jc w:val="left"/>
            </w:pPr>
            <w:r>
              <w:rPr>
                <w:sz w:val="16"/>
              </w:rPr>
              <w:t>2026-07-22</w:t>
            </w:r>
          </w:p>
        </w:tc>
        <w:tc>
          <w:tcPr>
            <w:tcW w:type="dxa" w:w="1066"/>
          </w:tcPr>
          <w:p>
            <w:pPr>
              <w:spacing w:after="0"/>
              <w:jc w:val="right"/>
            </w:pPr>
            <w:r>
              <w:rPr>
                <w:sz w:val="16"/>
              </w:rPr>
              <w:t>-68</w:t>
            </w:r>
          </w:p>
        </w:tc>
        <w:tc>
          <w:tcPr>
            <w:tcW w:type="dxa" w:w="1130"/>
          </w:tcPr>
          <w:p>
            <w:pPr>
              <w:spacing w:after="0"/>
              <w:jc w:val="left"/>
            </w:pPr>
          </w:p>
        </w:tc>
        <w:tc>
          <w:tcPr>
            <w:tcW w:type="dxa" w:w="773"/>
          </w:tcPr>
          <w:p>
            <w:pPr>
              <w:spacing w:after="0"/>
              <w:jc w:val="left"/>
            </w:pPr>
          </w:p>
        </w:tc>
      </w:tr>
      <w:tr>
        <w:trPr>
          <w:cantSplit/>
        </w:trPr>
        <w:tc>
          <w:tcPr>
            <w:tcW w:type="dxa" w:w="1875"/>
          </w:tcPr>
          <w:p>
            <w:pPr>
              <w:spacing w:after="0"/>
              <w:jc w:val="left"/>
            </w:pPr>
            <w:r>
              <w:rPr>
                <w:sz w:val="16"/>
              </w:rPr>
              <w:t>Grand Lake FPD</w:t>
            </w:r>
          </w:p>
        </w:tc>
        <w:tc>
          <w:tcPr>
            <w:tcW w:type="dxa" w:w="1981"/>
          </w:tcPr>
          <w:p>
            <w:pPr>
              <w:spacing w:after="0"/>
              <w:jc w:val="left"/>
            </w:pPr>
            <w:r>
              <w:rPr>
                <w:sz w:val="16"/>
              </w:rPr>
              <w:t>Fire/EMS District</w:t>
            </w:r>
          </w:p>
        </w:tc>
        <w:tc>
          <w:tcPr>
            <w:tcW w:type="dxa" w:w="2407"/>
          </w:tcPr>
          <w:p>
            <w:pPr>
              <w:spacing w:after="0"/>
              <w:jc w:val="left"/>
            </w:pPr>
            <w:r>
              <w:rPr>
                <w:sz w:val="16"/>
              </w:rPr>
              <w:t>Expired on 2026-07-22</w:t>
            </w:r>
          </w:p>
        </w:tc>
        <w:tc>
          <w:tcPr>
            <w:tcW w:type="dxa" w:w="2407"/>
          </w:tcPr>
          <w:p>
            <w:pPr>
              <w:spacing w:after="0"/>
              <w:jc w:val="left"/>
            </w:pPr>
            <w:r>
              <w:rPr>
                <w:sz w:val="16"/>
              </w:rPr>
              <w:t>Grand County, CO Hazard Mitigation Plan 2021 (FEMA plan 107197)</w:t>
            </w:r>
          </w:p>
        </w:tc>
        <w:tc>
          <w:tcPr>
            <w:tcW w:type="dxa" w:w="1236"/>
          </w:tcPr>
          <w:p>
            <w:pPr>
              <w:spacing w:after="0"/>
              <w:jc w:val="left"/>
            </w:pPr>
            <w:r>
              <w:rPr>
                <w:sz w:val="16"/>
              </w:rPr>
              <w:t>2021-07-23</w:t>
            </w:r>
          </w:p>
        </w:tc>
        <w:tc>
          <w:tcPr>
            <w:tcW w:type="dxa" w:w="1236"/>
          </w:tcPr>
          <w:p>
            <w:pPr>
              <w:spacing w:after="0"/>
              <w:jc w:val="left"/>
            </w:pPr>
            <w:r>
              <w:rPr>
                <w:sz w:val="16"/>
              </w:rPr>
              <w:t>2026-07-22</w:t>
            </w:r>
          </w:p>
        </w:tc>
        <w:tc>
          <w:tcPr>
            <w:tcW w:type="dxa" w:w="1066"/>
          </w:tcPr>
          <w:p>
            <w:pPr>
              <w:spacing w:after="0"/>
              <w:jc w:val="right"/>
            </w:pPr>
            <w:r>
              <w:rPr>
                <w:sz w:val="16"/>
              </w:rPr>
              <w:t>-68</w:t>
            </w:r>
          </w:p>
        </w:tc>
        <w:tc>
          <w:tcPr>
            <w:tcW w:type="dxa" w:w="1130"/>
          </w:tcPr>
          <w:p>
            <w:pPr>
              <w:spacing w:after="0"/>
              <w:jc w:val="left"/>
            </w:pPr>
          </w:p>
        </w:tc>
        <w:tc>
          <w:tcPr>
            <w:tcW w:type="dxa" w:w="773"/>
          </w:tcPr>
          <w:p>
            <w:pPr>
              <w:spacing w:after="0"/>
              <w:jc w:val="left"/>
            </w:pPr>
          </w:p>
        </w:tc>
      </w:tr>
      <w:tr>
        <w:trPr>
          <w:cantSplit/>
        </w:trPr>
        <w:tc>
          <w:tcPr>
            <w:tcW w:type="dxa" w:w="1875"/>
          </w:tcPr>
          <w:p>
            <w:pPr>
              <w:spacing w:after="0"/>
              <w:jc w:val="left"/>
            </w:pPr>
            <w:r>
              <w:rPr>
                <w:sz w:val="16"/>
              </w:rPr>
              <w:t>Hot Sulpur Springs/Parshall FPD</w:t>
            </w:r>
          </w:p>
        </w:tc>
        <w:tc>
          <w:tcPr>
            <w:tcW w:type="dxa" w:w="1981"/>
          </w:tcPr>
          <w:p>
            <w:pPr>
              <w:spacing w:after="0"/>
              <w:jc w:val="left"/>
            </w:pPr>
            <w:r>
              <w:rPr>
                <w:sz w:val="16"/>
              </w:rPr>
              <w:t>Fire/EMS District</w:t>
            </w:r>
          </w:p>
        </w:tc>
        <w:tc>
          <w:tcPr>
            <w:tcW w:type="dxa" w:w="2407"/>
          </w:tcPr>
          <w:p>
            <w:pPr>
              <w:spacing w:after="0"/>
              <w:jc w:val="left"/>
            </w:pPr>
            <w:r>
              <w:rPr>
                <w:sz w:val="16"/>
              </w:rPr>
              <w:t>Expired on 2026-07-22</w:t>
            </w:r>
          </w:p>
        </w:tc>
        <w:tc>
          <w:tcPr>
            <w:tcW w:type="dxa" w:w="2407"/>
          </w:tcPr>
          <w:p>
            <w:pPr>
              <w:spacing w:after="0"/>
              <w:jc w:val="left"/>
            </w:pPr>
            <w:r>
              <w:rPr>
                <w:sz w:val="16"/>
              </w:rPr>
              <w:t>Grand County, CO Hazard Mitigation Plan 2021 (FEMA plan 107197)</w:t>
            </w:r>
          </w:p>
        </w:tc>
        <w:tc>
          <w:tcPr>
            <w:tcW w:type="dxa" w:w="1236"/>
          </w:tcPr>
          <w:p>
            <w:pPr>
              <w:spacing w:after="0"/>
              <w:jc w:val="left"/>
            </w:pPr>
            <w:r>
              <w:rPr>
                <w:sz w:val="16"/>
              </w:rPr>
              <w:t>2021-07-23</w:t>
            </w:r>
          </w:p>
        </w:tc>
        <w:tc>
          <w:tcPr>
            <w:tcW w:type="dxa" w:w="1236"/>
          </w:tcPr>
          <w:p>
            <w:pPr>
              <w:spacing w:after="0"/>
              <w:jc w:val="left"/>
            </w:pPr>
            <w:r>
              <w:rPr>
                <w:sz w:val="16"/>
              </w:rPr>
              <w:t>2026-07-22</w:t>
            </w:r>
          </w:p>
        </w:tc>
        <w:tc>
          <w:tcPr>
            <w:tcW w:type="dxa" w:w="1066"/>
          </w:tcPr>
          <w:p>
            <w:pPr>
              <w:spacing w:after="0"/>
              <w:jc w:val="right"/>
            </w:pPr>
            <w:r>
              <w:rPr>
                <w:sz w:val="16"/>
              </w:rPr>
              <w:t>-68</w:t>
            </w:r>
          </w:p>
        </w:tc>
        <w:tc>
          <w:tcPr>
            <w:tcW w:type="dxa" w:w="1130"/>
          </w:tcPr>
          <w:p>
            <w:pPr>
              <w:spacing w:after="0"/>
              <w:jc w:val="left"/>
            </w:pPr>
          </w:p>
        </w:tc>
        <w:tc>
          <w:tcPr>
            <w:tcW w:type="dxa" w:w="773"/>
          </w:tcPr>
          <w:p>
            <w:pPr>
              <w:spacing w:after="0"/>
              <w:jc w:val="left"/>
            </w:pPr>
          </w:p>
        </w:tc>
      </w:tr>
      <w:tr>
        <w:trPr>
          <w:cantSplit/>
        </w:trPr>
        <w:tc>
          <w:tcPr>
            <w:tcW w:type="dxa" w:w="1875"/>
          </w:tcPr>
          <w:p>
            <w:pPr>
              <w:spacing w:after="0"/>
              <w:jc w:val="left"/>
            </w:pPr>
            <w:r>
              <w:rPr>
                <w:sz w:val="16"/>
              </w:rPr>
              <w:t>Kremmling FPD</w:t>
            </w:r>
          </w:p>
        </w:tc>
        <w:tc>
          <w:tcPr>
            <w:tcW w:type="dxa" w:w="1981"/>
          </w:tcPr>
          <w:p>
            <w:pPr>
              <w:spacing w:after="0"/>
              <w:jc w:val="left"/>
            </w:pPr>
            <w:r>
              <w:rPr>
                <w:sz w:val="16"/>
              </w:rPr>
              <w:t>Fire/EMS District</w:t>
            </w:r>
          </w:p>
        </w:tc>
        <w:tc>
          <w:tcPr>
            <w:tcW w:type="dxa" w:w="2407"/>
          </w:tcPr>
          <w:p>
            <w:pPr>
              <w:spacing w:after="0"/>
              <w:jc w:val="left"/>
            </w:pPr>
            <w:r>
              <w:rPr>
                <w:sz w:val="16"/>
              </w:rPr>
              <w:t>Expired on 2026-07-22</w:t>
            </w:r>
          </w:p>
        </w:tc>
        <w:tc>
          <w:tcPr>
            <w:tcW w:type="dxa" w:w="2407"/>
          </w:tcPr>
          <w:p>
            <w:pPr>
              <w:spacing w:after="0"/>
              <w:jc w:val="left"/>
            </w:pPr>
            <w:r>
              <w:rPr>
                <w:sz w:val="16"/>
              </w:rPr>
              <w:t>Grand County, CO Hazard Mitigation Plan 2021 (FEMA plan 107197)</w:t>
            </w:r>
          </w:p>
        </w:tc>
        <w:tc>
          <w:tcPr>
            <w:tcW w:type="dxa" w:w="1236"/>
          </w:tcPr>
          <w:p>
            <w:pPr>
              <w:spacing w:after="0"/>
              <w:jc w:val="left"/>
            </w:pPr>
            <w:r>
              <w:rPr>
                <w:sz w:val="16"/>
              </w:rPr>
              <w:t>2021-07-23</w:t>
            </w:r>
          </w:p>
        </w:tc>
        <w:tc>
          <w:tcPr>
            <w:tcW w:type="dxa" w:w="1236"/>
          </w:tcPr>
          <w:p>
            <w:pPr>
              <w:spacing w:after="0"/>
              <w:jc w:val="left"/>
            </w:pPr>
            <w:r>
              <w:rPr>
                <w:sz w:val="16"/>
              </w:rPr>
              <w:t>2026-07-22</w:t>
            </w:r>
          </w:p>
        </w:tc>
        <w:tc>
          <w:tcPr>
            <w:tcW w:type="dxa" w:w="1066"/>
          </w:tcPr>
          <w:p>
            <w:pPr>
              <w:spacing w:after="0"/>
              <w:jc w:val="right"/>
            </w:pPr>
            <w:r>
              <w:rPr>
                <w:sz w:val="16"/>
              </w:rPr>
              <w:t>-68</w:t>
            </w:r>
          </w:p>
        </w:tc>
        <w:tc>
          <w:tcPr>
            <w:tcW w:type="dxa" w:w="1130"/>
          </w:tcPr>
          <w:p>
            <w:pPr>
              <w:spacing w:after="0"/>
              <w:jc w:val="left"/>
            </w:pPr>
          </w:p>
        </w:tc>
        <w:tc>
          <w:tcPr>
            <w:tcW w:type="dxa" w:w="773"/>
          </w:tcPr>
          <w:p>
            <w:pPr>
              <w:spacing w:after="0"/>
              <w:jc w:val="left"/>
            </w:pPr>
          </w:p>
        </w:tc>
      </w:tr>
      <w:tr>
        <w:trPr>
          <w:cantSplit/>
        </w:trPr>
        <w:tc>
          <w:tcPr>
            <w:tcW w:type="dxa" w:w="1875"/>
          </w:tcPr>
          <w:p>
            <w:pPr>
              <w:spacing w:after="0"/>
              <w:jc w:val="left"/>
            </w:pPr>
            <w:r>
              <w:rPr>
                <w:sz w:val="16"/>
              </w:rPr>
              <w:t>Northern Colorado Water Conservancy District</w:t>
            </w:r>
          </w:p>
        </w:tc>
        <w:tc>
          <w:tcPr>
            <w:tcW w:type="dxa" w:w="1981"/>
          </w:tcPr>
          <w:p>
            <w:pPr>
              <w:spacing w:after="0"/>
              <w:jc w:val="left"/>
            </w:pPr>
            <w:r>
              <w:rPr>
                <w:sz w:val="16"/>
              </w:rPr>
              <w:t>Conservation District</w:t>
            </w:r>
          </w:p>
        </w:tc>
        <w:tc>
          <w:tcPr>
            <w:tcW w:type="dxa" w:w="2407"/>
          </w:tcPr>
          <w:p>
            <w:pPr>
              <w:spacing w:after="0"/>
              <w:jc w:val="left"/>
            </w:pPr>
            <w:r>
              <w:rPr>
                <w:sz w:val="16"/>
              </w:rPr>
              <w:t>Expired on 2026-07-22</w:t>
            </w:r>
          </w:p>
        </w:tc>
        <w:tc>
          <w:tcPr>
            <w:tcW w:type="dxa" w:w="2407"/>
          </w:tcPr>
          <w:p>
            <w:pPr>
              <w:spacing w:after="0"/>
              <w:jc w:val="left"/>
            </w:pPr>
            <w:r>
              <w:rPr>
                <w:sz w:val="16"/>
              </w:rPr>
              <w:t>Grand County, CO Hazard Mitigation Plan 2021 (FEMA plan 107197)</w:t>
            </w:r>
          </w:p>
        </w:tc>
        <w:tc>
          <w:tcPr>
            <w:tcW w:type="dxa" w:w="1236"/>
          </w:tcPr>
          <w:p>
            <w:pPr>
              <w:spacing w:after="0"/>
              <w:jc w:val="left"/>
            </w:pPr>
            <w:r>
              <w:rPr>
                <w:sz w:val="16"/>
              </w:rPr>
              <w:t>2021-07-23</w:t>
            </w:r>
          </w:p>
        </w:tc>
        <w:tc>
          <w:tcPr>
            <w:tcW w:type="dxa" w:w="1236"/>
          </w:tcPr>
          <w:p>
            <w:pPr>
              <w:spacing w:after="0"/>
              <w:jc w:val="left"/>
            </w:pPr>
            <w:r>
              <w:rPr>
                <w:sz w:val="16"/>
              </w:rPr>
              <w:t>2026-07-22</w:t>
            </w:r>
          </w:p>
        </w:tc>
        <w:tc>
          <w:tcPr>
            <w:tcW w:type="dxa" w:w="1066"/>
          </w:tcPr>
          <w:p>
            <w:pPr>
              <w:spacing w:after="0"/>
              <w:jc w:val="right"/>
            </w:pPr>
            <w:r>
              <w:rPr>
                <w:sz w:val="16"/>
              </w:rPr>
              <w:t>-68</w:t>
            </w:r>
          </w:p>
        </w:tc>
        <w:tc>
          <w:tcPr>
            <w:tcW w:type="dxa" w:w="1130"/>
          </w:tcPr>
          <w:p>
            <w:pPr>
              <w:spacing w:after="0"/>
              <w:jc w:val="left"/>
            </w:pPr>
          </w:p>
        </w:tc>
        <w:tc>
          <w:tcPr>
            <w:tcW w:type="dxa" w:w="773"/>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2"/>
        <w:gridCol w:w="1037"/>
        <w:gridCol w:w="1262"/>
        <w:gridCol w:w="1262"/>
        <w:gridCol w:w="1126"/>
        <w:gridCol w:w="1126"/>
        <w:gridCol w:w="1385"/>
        <w:gridCol w:w="1182"/>
        <w:gridCol w:w="1421"/>
        <w:gridCol w:w="1721"/>
        <w:gridCol w:w="1890"/>
      </w:tblGrid>
      <w:tr>
        <w:trPr>
          <w:cantSplit/>
          <w:tblHeader/>
        </w:trPr>
        <w:tc>
          <w:tcPr>
            <w:tcW w:type="dxa" w:w="70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62"/>
            <w:shd w:val="clear" w:color="auto" w:fill="E8E8E8"/>
          </w:tcPr>
          <w:p>
            <w:pPr>
              <w:spacing w:after="0"/>
              <w:jc w:val="left"/>
            </w:pPr>
            <w:r>
              <w:rPr>
                <w:b/>
                <w:sz w:val="16"/>
              </w:rPr>
              <w:t>NRI risk rating</w:t>
            </w:r>
          </w:p>
        </w:tc>
        <w:tc>
          <w:tcPr>
            <w:tcW w:type="dxa" w:w="1262"/>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8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8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21"/>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721"/>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90"/>
            <w:shd w:val="clear" w:color="auto" w:fill="E8E8E8"/>
          </w:tcPr>
          <w:p>
            <w:pPr>
              <w:spacing w:after="0"/>
              <w:jc w:val="left"/>
            </w:pPr>
            <w:r>
              <w:rPr>
                <w:b/>
                <w:sz w:val="16"/>
              </w:rPr>
              <w:t>Storm Events coverage note</w:t>
            </w:r>
          </w:p>
        </w:tc>
      </w:tr>
      <w:tr>
        <w:trPr>
          <w:cantSplit/>
        </w:trPr>
        <w:tc>
          <w:tcPr>
            <w:tcW w:type="dxa" w:w="702"/>
          </w:tcPr>
          <w:p>
            <w:pPr>
              <w:spacing w:after="0"/>
              <w:jc w:val="right"/>
            </w:pPr>
            <w:r>
              <w:rPr>
                <w:sz w:val="16"/>
              </w:rPr>
              <w:t>1</w:t>
            </w:r>
          </w:p>
        </w:tc>
        <w:tc>
          <w:tcPr>
            <w:tcW w:type="dxa" w:w="1037"/>
          </w:tcPr>
          <w:p>
            <w:pPr>
              <w:spacing w:after="0"/>
              <w:jc w:val="left"/>
            </w:pPr>
            <w:r>
              <w:rPr>
                <w:sz w:val="16"/>
              </w:rPr>
              <w:t>Inland Flooding</w:t>
            </w:r>
          </w:p>
        </w:tc>
        <w:tc>
          <w:tcPr>
            <w:tcW w:type="dxa" w:w="1262"/>
          </w:tcPr>
          <w:p>
            <w:pPr>
              <w:spacing w:after="0"/>
              <w:jc w:val="left"/>
            </w:pPr>
            <w:r>
              <w:rPr>
                <w:sz w:val="16"/>
              </w:rPr>
              <w:t>Relatively Low</w:t>
            </w:r>
          </w:p>
        </w:tc>
        <w:tc>
          <w:tcPr>
            <w:tcW w:type="dxa" w:w="1262"/>
          </w:tcPr>
          <w:p>
            <w:pPr>
              <w:spacing w:after="0"/>
              <w:jc w:val="left"/>
            </w:pPr>
            <w:r>
              <w:rPr>
                <w:sz w:val="16"/>
              </w:rPr>
              <w:t>Relatively Low</w:t>
            </w:r>
          </w:p>
        </w:tc>
        <w:tc>
          <w:tcPr>
            <w:tcW w:type="dxa" w:w="1126"/>
          </w:tcPr>
          <w:p>
            <w:pPr>
              <w:spacing w:after="0"/>
              <w:jc w:val="right"/>
            </w:pPr>
            <w:r>
              <w:rPr>
                <w:sz w:val="16"/>
              </w:rPr>
              <w:t>$12,096,702</w:t>
            </w:r>
          </w:p>
        </w:tc>
        <w:tc>
          <w:tcPr>
            <w:tcW w:type="dxa" w:w="1126"/>
          </w:tcPr>
          <w:p>
            <w:pPr>
              <w:spacing w:after="0"/>
              <w:jc w:val="right"/>
            </w:pPr>
            <w:r>
              <w:rPr>
                <w:sz w:val="16"/>
              </w:rPr>
              <w:t>$799</w:t>
            </w:r>
          </w:p>
        </w:tc>
        <w:tc>
          <w:tcPr>
            <w:tcW w:type="dxa" w:w="1385"/>
          </w:tcPr>
          <w:p>
            <w:pPr>
              <w:spacing w:after="0"/>
              <w:jc w:val="right"/>
            </w:pPr>
            <w:r>
              <w:rPr>
                <w:sz w:val="16"/>
              </w:rPr>
              <w:t>$39,800</w:t>
            </w:r>
          </w:p>
        </w:tc>
        <w:tc>
          <w:tcPr>
            <w:tcW w:type="dxa" w:w="1182"/>
          </w:tcPr>
          <w:p>
            <w:pPr>
              <w:spacing w:after="0"/>
              <w:jc w:val="right"/>
            </w:pPr>
            <w:r>
              <w:rPr>
                <w:sz w:val="16"/>
              </w:rPr>
              <w:t>$12,137,301</w:t>
            </w:r>
          </w:p>
        </w:tc>
        <w:tc>
          <w:tcPr>
            <w:tcW w:type="dxa" w:w="1421"/>
          </w:tcPr>
          <w:p>
            <w:pPr>
              <w:spacing w:after="0"/>
              <w:jc w:val="right"/>
            </w:pPr>
            <w:r>
              <w:rPr>
                <w:sz w:val="16"/>
              </w:rPr>
              <w:t>16</w:t>
            </w:r>
          </w:p>
        </w:tc>
        <w:tc>
          <w:tcPr>
            <w:tcW w:type="dxa" w:w="1721"/>
          </w:tcPr>
          <w:p>
            <w:pPr>
              <w:spacing w:after="0"/>
              <w:jc w:val="left"/>
            </w:pPr>
          </w:p>
        </w:tc>
        <w:tc>
          <w:tcPr>
            <w:tcW w:type="dxa" w:w="1890"/>
          </w:tcPr>
          <w:p>
            <w:pPr>
              <w:spacing w:after="0"/>
              <w:jc w:val="left"/>
            </w:pPr>
          </w:p>
        </w:tc>
      </w:tr>
      <w:tr>
        <w:trPr>
          <w:cantSplit/>
        </w:trPr>
        <w:tc>
          <w:tcPr>
            <w:tcW w:type="dxa" w:w="702"/>
          </w:tcPr>
          <w:p>
            <w:pPr>
              <w:spacing w:after="0"/>
              <w:jc w:val="right"/>
            </w:pPr>
            <w:r>
              <w:rPr>
                <w:sz w:val="16"/>
              </w:rPr>
              <w:t>2</w:t>
            </w:r>
          </w:p>
        </w:tc>
        <w:tc>
          <w:tcPr>
            <w:tcW w:type="dxa" w:w="1037"/>
          </w:tcPr>
          <w:p>
            <w:pPr>
              <w:spacing w:after="0"/>
              <w:jc w:val="left"/>
            </w:pPr>
            <w:r>
              <w:rPr>
                <w:sz w:val="16"/>
              </w:rPr>
              <w:t>Avalanche</w:t>
            </w:r>
          </w:p>
        </w:tc>
        <w:tc>
          <w:tcPr>
            <w:tcW w:type="dxa" w:w="1262"/>
          </w:tcPr>
          <w:p>
            <w:pPr>
              <w:spacing w:after="0"/>
              <w:jc w:val="left"/>
            </w:pPr>
            <w:r>
              <w:rPr>
                <w:sz w:val="16"/>
              </w:rPr>
              <w:t>Very High</w:t>
            </w:r>
          </w:p>
        </w:tc>
        <w:tc>
          <w:tcPr>
            <w:tcW w:type="dxa" w:w="1262"/>
          </w:tcPr>
          <w:p>
            <w:pPr>
              <w:spacing w:after="0"/>
              <w:jc w:val="left"/>
            </w:pPr>
            <w:r>
              <w:rPr>
                <w:sz w:val="16"/>
              </w:rPr>
              <w:t>Relatively High</w:t>
            </w:r>
          </w:p>
        </w:tc>
        <w:tc>
          <w:tcPr>
            <w:tcW w:type="dxa" w:w="1126"/>
          </w:tcPr>
          <w:p>
            <w:pPr>
              <w:spacing w:after="0"/>
              <w:jc w:val="right"/>
            </w:pPr>
            <w:r>
              <w:rPr>
                <w:sz w:val="16"/>
              </w:rPr>
              <w:t>$34</w:t>
            </w:r>
          </w:p>
        </w:tc>
        <w:tc>
          <w:tcPr>
            <w:tcW w:type="dxa" w:w="1126"/>
          </w:tcPr>
          <w:p>
            <w:pPr>
              <w:spacing w:after="0"/>
              <w:jc w:val="right"/>
            </w:pPr>
          </w:p>
        </w:tc>
        <w:tc>
          <w:tcPr>
            <w:tcW w:type="dxa" w:w="1385"/>
          </w:tcPr>
          <w:p>
            <w:pPr>
              <w:spacing w:after="0"/>
              <w:jc w:val="right"/>
            </w:pPr>
            <w:r>
              <w:rPr>
                <w:sz w:val="16"/>
              </w:rPr>
              <w:t>$4,676,754</w:t>
            </w:r>
          </w:p>
        </w:tc>
        <w:tc>
          <w:tcPr>
            <w:tcW w:type="dxa" w:w="1182"/>
          </w:tcPr>
          <w:p>
            <w:pPr>
              <w:spacing w:after="0"/>
              <w:jc w:val="right"/>
            </w:pPr>
            <w:r>
              <w:rPr>
                <w:sz w:val="16"/>
              </w:rPr>
              <w:t>$4,676,788</w:t>
            </w:r>
          </w:p>
        </w:tc>
        <w:tc>
          <w:tcPr>
            <w:tcW w:type="dxa" w:w="1421"/>
          </w:tcPr>
          <w:p>
            <w:pPr>
              <w:spacing w:after="0"/>
              <w:jc w:val="right"/>
            </w:pPr>
            <w:r>
              <w:rPr>
                <w:sz w:val="16"/>
              </w:rPr>
              <w:t>46</w:t>
            </w:r>
          </w:p>
        </w:tc>
        <w:tc>
          <w:tcPr>
            <w:tcW w:type="dxa" w:w="1721"/>
          </w:tcPr>
          <w:p>
            <w:pPr>
              <w:spacing w:after="0"/>
              <w:jc w:val="left"/>
            </w:pPr>
          </w:p>
        </w:tc>
        <w:tc>
          <w:tcPr>
            <w:tcW w:type="dxa" w:w="1890"/>
          </w:tcPr>
          <w:p>
            <w:pPr>
              <w:spacing w:after="0"/>
              <w:jc w:val="left"/>
            </w:pPr>
          </w:p>
        </w:tc>
      </w:tr>
      <w:tr>
        <w:trPr>
          <w:cantSplit/>
        </w:trPr>
        <w:tc>
          <w:tcPr>
            <w:tcW w:type="dxa" w:w="702"/>
          </w:tcPr>
          <w:p>
            <w:pPr>
              <w:spacing w:after="0"/>
              <w:jc w:val="right"/>
            </w:pPr>
            <w:r>
              <w:rPr>
                <w:sz w:val="16"/>
              </w:rPr>
              <w:t>3</w:t>
            </w:r>
          </w:p>
        </w:tc>
        <w:tc>
          <w:tcPr>
            <w:tcW w:type="dxa" w:w="1037"/>
          </w:tcPr>
          <w:p>
            <w:pPr>
              <w:spacing w:after="0"/>
              <w:jc w:val="left"/>
            </w:pPr>
            <w:r>
              <w:rPr>
                <w:sz w:val="16"/>
              </w:rPr>
              <w:t>Lightning</w:t>
            </w:r>
          </w:p>
        </w:tc>
        <w:tc>
          <w:tcPr>
            <w:tcW w:type="dxa" w:w="1262"/>
          </w:tcPr>
          <w:p>
            <w:pPr>
              <w:spacing w:after="0"/>
              <w:jc w:val="left"/>
            </w:pPr>
            <w:r>
              <w:rPr>
                <w:sz w:val="16"/>
              </w:rPr>
              <w:t>Relatively Moderate</w:t>
            </w:r>
          </w:p>
        </w:tc>
        <w:tc>
          <w:tcPr>
            <w:tcW w:type="dxa" w:w="1262"/>
          </w:tcPr>
          <w:p>
            <w:pPr>
              <w:spacing w:after="0"/>
              <w:jc w:val="left"/>
            </w:pPr>
            <w:r>
              <w:rPr>
                <w:sz w:val="16"/>
              </w:rPr>
              <w:t>Relatively High</w:t>
            </w:r>
          </w:p>
        </w:tc>
        <w:tc>
          <w:tcPr>
            <w:tcW w:type="dxa" w:w="1126"/>
          </w:tcPr>
          <w:p>
            <w:pPr>
              <w:spacing w:after="0"/>
              <w:jc w:val="right"/>
            </w:pPr>
            <w:r>
              <w:rPr>
                <w:sz w:val="16"/>
              </w:rPr>
              <w:t>$4,724</w:t>
            </w:r>
          </w:p>
        </w:tc>
        <w:tc>
          <w:tcPr>
            <w:tcW w:type="dxa" w:w="1126"/>
          </w:tcPr>
          <w:p>
            <w:pPr>
              <w:spacing w:after="0"/>
              <w:jc w:val="right"/>
            </w:pPr>
          </w:p>
        </w:tc>
        <w:tc>
          <w:tcPr>
            <w:tcW w:type="dxa" w:w="1385"/>
          </w:tcPr>
          <w:p>
            <w:pPr>
              <w:spacing w:after="0"/>
              <w:jc w:val="right"/>
            </w:pPr>
            <w:r>
              <w:rPr>
                <w:sz w:val="16"/>
              </w:rPr>
              <w:t>$978,571</w:t>
            </w:r>
          </w:p>
        </w:tc>
        <w:tc>
          <w:tcPr>
            <w:tcW w:type="dxa" w:w="1182"/>
          </w:tcPr>
          <w:p>
            <w:pPr>
              <w:spacing w:after="0"/>
              <w:jc w:val="right"/>
            </w:pPr>
            <w:r>
              <w:rPr>
                <w:sz w:val="16"/>
              </w:rPr>
              <w:t>$983,295</w:t>
            </w:r>
          </w:p>
        </w:tc>
        <w:tc>
          <w:tcPr>
            <w:tcW w:type="dxa" w:w="1421"/>
          </w:tcPr>
          <w:p>
            <w:pPr>
              <w:spacing w:after="0"/>
              <w:jc w:val="right"/>
            </w:pPr>
            <w:r>
              <w:rPr>
                <w:sz w:val="16"/>
              </w:rPr>
              <w:t>2</w:t>
            </w:r>
          </w:p>
        </w:tc>
        <w:tc>
          <w:tcPr>
            <w:tcW w:type="dxa" w:w="1721"/>
          </w:tcPr>
          <w:p>
            <w:pPr>
              <w:spacing w:after="0"/>
              <w:jc w:val="left"/>
            </w:pPr>
          </w:p>
        </w:tc>
        <w:tc>
          <w:tcPr>
            <w:tcW w:type="dxa" w:w="1890"/>
          </w:tcPr>
          <w:p>
            <w:pPr>
              <w:spacing w:after="0"/>
              <w:jc w:val="left"/>
            </w:pPr>
          </w:p>
        </w:tc>
      </w:tr>
      <w:tr>
        <w:trPr>
          <w:cantSplit/>
        </w:trPr>
        <w:tc>
          <w:tcPr>
            <w:tcW w:type="dxa" w:w="702"/>
          </w:tcPr>
          <w:p>
            <w:pPr>
              <w:spacing w:after="0"/>
              <w:jc w:val="right"/>
            </w:pPr>
            <w:r>
              <w:rPr>
                <w:sz w:val="16"/>
              </w:rPr>
              <w:t>4</w:t>
            </w:r>
          </w:p>
        </w:tc>
        <w:tc>
          <w:tcPr>
            <w:tcW w:type="dxa" w:w="1037"/>
          </w:tcPr>
          <w:p>
            <w:pPr>
              <w:spacing w:after="0"/>
              <w:jc w:val="left"/>
            </w:pPr>
            <w:r>
              <w:rPr>
                <w:sz w:val="16"/>
              </w:rPr>
              <w:t>Hail</w:t>
            </w:r>
          </w:p>
        </w:tc>
        <w:tc>
          <w:tcPr>
            <w:tcW w:type="dxa" w:w="1262"/>
          </w:tcPr>
          <w:p>
            <w:pPr>
              <w:spacing w:after="0"/>
              <w:jc w:val="left"/>
            </w:pPr>
            <w:r>
              <w:rPr>
                <w:sz w:val="16"/>
              </w:rPr>
              <w:t>Relatively Moderate</w:t>
            </w:r>
          </w:p>
        </w:tc>
        <w:tc>
          <w:tcPr>
            <w:tcW w:type="dxa" w:w="1262"/>
          </w:tcPr>
          <w:p>
            <w:pPr>
              <w:spacing w:after="0"/>
              <w:jc w:val="left"/>
            </w:pPr>
            <w:r>
              <w:rPr>
                <w:sz w:val="16"/>
              </w:rPr>
              <w:t>Relatively Moderate</w:t>
            </w:r>
          </w:p>
        </w:tc>
        <w:tc>
          <w:tcPr>
            <w:tcW w:type="dxa" w:w="1126"/>
          </w:tcPr>
          <w:p>
            <w:pPr>
              <w:spacing w:after="0"/>
              <w:jc w:val="right"/>
            </w:pPr>
            <w:r>
              <w:rPr>
                <w:sz w:val="16"/>
              </w:rPr>
              <w:t>$849,665</w:t>
            </w:r>
          </w:p>
        </w:tc>
        <w:tc>
          <w:tcPr>
            <w:tcW w:type="dxa" w:w="1126"/>
          </w:tcPr>
          <w:p>
            <w:pPr>
              <w:spacing w:after="0"/>
              <w:jc w:val="right"/>
            </w:pPr>
            <w:r>
              <w:rPr>
                <w:sz w:val="16"/>
              </w:rPr>
              <w:t>$20,585</w:t>
            </w:r>
          </w:p>
        </w:tc>
        <w:tc>
          <w:tcPr>
            <w:tcW w:type="dxa" w:w="1385"/>
          </w:tcPr>
          <w:p>
            <w:pPr>
              <w:spacing w:after="0"/>
              <w:jc w:val="right"/>
            </w:pPr>
            <w:r>
              <w:rPr>
                <w:sz w:val="16"/>
              </w:rPr>
              <w:t>$18,373</w:t>
            </w:r>
          </w:p>
        </w:tc>
        <w:tc>
          <w:tcPr>
            <w:tcW w:type="dxa" w:w="1182"/>
          </w:tcPr>
          <w:p>
            <w:pPr>
              <w:spacing w:after="0"/>
              <w:jc w:val="right"/>
            </w:pPr>
            <w:r>
              <w:rPr>
                <w:sz w:val="16"/>
              </w:rPr>
              <w:t>$888,623</w:t>
            </w:r>
          </w:p>
        </w:tc>
        <w:tc>
          <w:tcPr>
            <w:tcW w:type="dxa" w:w="1421"/>
          </w:tcPr>
          <w:p>
            <w:pPr>
              <w:spacing w:after="0"/>
              <w:jc w:val="right"/>
            </w:pPr>
            <w:r>
              <w:rPr>
                <w:sz w:val="16"/>
              </w:rPr>
              <w:t>2</w:t>
            </w:r>
          </w:p>
        </w:tc>
        <w:tc>
          <w:tcPr>
            <w:tcW w:type="dxa" w:w="1721"/>
          </w:tcPr>
          <w:p>
            <w:pPr>
              <w:spacing w:after="0"/>
              <w:jc w:val="left"/>
            </w:pPr>
          </w:p>
        </w:tc>
        <w:tc>
          <w:tcPr>
            <w:tcW w:type="dxa" w:w="1890"/>
          </w:tcPr>
          <w:p>
            <w:pPr>
              <w:spacing w:after="0"/>
              <w:jc w:val="left"/>
            </w:pPr>
          </w:p>
        </w:tc>
      </w:tr>
      <w:tr>
        <w:trPr>
          <w:cantSplit/>
        </w:trPr>
        <w:tc>
          <w:tcPr>
            <w:tcW w:type="dxa" w:w="702"/>
          </w:tcPr>
          <w:p>
            <w:pPr>
              <w:spacing w:after="0"/>
              <w:jc w:val="right"/>
            </w:pPr>
            <w:r>
              <w:rPr>
                <w:sz w:val="16"/>
              </w:rPr>
              <w:t>5</w:t>
            </w:r>
          </w:p>
        </w:tc>
        <w:tc>
          <w:tcPr>
            <w:tcW w:type="dxa" w:w="1037"/>
          </w:tcPr>
          <w:p>
            <w:pPr>
              <w:spacing w:after="0"/>
              <w:jc w:val="left"/>
            </w:pPr>
            <w:r>
              <w:rPr>
                <w:sz w:val="16"/>
              </w:rPr>
              <w:t>Tornado</w:t>
            </w:r>
          </w:p>
        </w:tc>
        <w:tc>
          <w:tcPr>
            <w:tcW w:type="dxa" w:w="1262"/>
          </w:tcPr>
          <w:p>
            <w:pPr>
              <w:spacing w:after="0"/>
              <w:jc w:val="left"/>
            </w:pPr>
            <w:r>
              <w:rPr>
                <w:sz w:val="16"/>
              </w:rPr>
              <w:t>Very Low</w:t>
            </w:r>
          </w:p>
        </w:tc>
        <w:tc>
          <w:tcPr>
            <w:tcW w:type="dxa" w:w="1262"/>
          </w:tcPr>
          <w:p>
            <w:pPr>
              <w:spacing w:after="0"/>
              <w:jc w:val="left"/>
            </w:pPr>
            <w:r>
              <w:rPr>
                <w:sz w:val="16"/>
              </w:rPr>
              <w:t>Relatively Low</w:t>
            </w:r>
          </w:p>
        </w:tc>
        <w:tc>
          <w:tcPr>
            <w:tcW w:type="dxa" w:w="1126"/>
          </w:tcPr>
          <w:p>
            <w:pPr>
              <w:spacing w:after="0"/>
              <w:jc w:val="right"/>
            </w:pPr>
            <w:r>
              <w:rPr>
                <w:sz w:val="16"/>
              </w:rPr>
              <w:t>$429,297</w:t>
            </w:r>
          </w:p>
        </w:tc>
        <w:tc>
          <w:tcPr>
            <w:tcW w:type="dxa" w:w="1126"/>
          </w:tcPr>
          <w:p>
            <w:pPr>
              <w:spacing w:after="0"/>
              <w:jc w:val="right"/>
            </w:pPr>
            <w:r>
              <w:rPr>
                <w:sz w:val="16"/>
              </w:rPr>
              <w:t>$566</w:t>
            </w:r>
          </w:p>
        </w:tc>
        <w:tc>
          <w:tcPr>
            <w:tcW w:type="dxa" w:w="1385"/>
          </w:tcPr>
          <w:p>
            <w:pPr>
              <w:spacing w:after="0"/>
              <w:jc w:val="right"/>
            </w:pPr>
            <w:r>
              <w:rPr>
                <w:sz w:val="16"/>
              </w:rPr>
              <w:t>$59,903</w:t>
            </w:r>
          </w:p>
        </w:tc>
        <w:tc>
          <w:tcPr>
            <w:tcW w:type="dxa" w:w="1182"/>
          </w:tcPr>
          <w:p>
            <w:pPr>
              <w:spacing w:after="0"/>
              <w:jc w:val="right"/>
            </w:pPr>
            <w:r>
              <w:rPr>
                <w:sz w:val="16"/>
              </w:rPr>
              <w:t>$489,766</w:t>
            </w:r>
          </w:p>
        </w:tc>
        <w:tc>
          <w:tcPr>
            <w:tcW w:type="dxa" w:w="1421"/>
          </w:tcPr>
          <w:p>
            <w:pPr>
              <w:spacing w:after="0"/>
              <w:jc w:val="right"/>
            </w:pPr>
            <w:r>
              <w:rPr>
                <w:sz w:val="16"/>
              </w:rPr>
              <w:t>0</w:t>
            </w:r>
          </w:p>
        </w:tc>
        <w:tc>
          <w:tcPr>
            <w:tcW w:type="dxa" w:w="1721"/>
          </w:tcPr>
          <w:p>
            <w:pPr>
              <w:spacing w:after="0"/>
              <w:jc w:val="left"/>
            </w:pPr>
          </w:p>
        </w:tc>
        <w:tc>
          <w:tcPr>
            <w:tcW w:type="dxa" w:w="1890"/>
          </w:tcPr>
          <w:p>
            <w:pPr>
              <w:spacing w:after="0"/>
              <w:jc w:val="left"/>
            </w:pPr>
            <w:r>
              <w:rPr>
                <w:sz w:val="16"/>
              </w:rPr>
              <w:t>No recorded events in Storm Events since 1996 (data through 2026-06-30).</w:t>
            </w:r>
          </w:p>
        </w:tc>
      </w:tr>
      <w:tr>
        <w:trPr>
          <w:cantSplit/>
        </w:trPr>
        <w:tc>
          <w:tcPr>
            <w:tcW w:type="dxa" w:w="702"/>
          </w:tcPr>
          <w:p>
            <w:pPr>
              <w:spacing w:after="0"/>
              <w:jc w:val="right"/>
            </w:pPr>
            <w:r>
              <w:rPr>
                <w:sz w:val="16"/>
              </w:rPr>
              <w:t>6</w:t>
            </w:r>
          </w:p>
        </w:tc>
        <w:tc>
          <w:tcPr>
            <w:tcW w:type="dxa" w:w="1037"/>
          </w:tcPr>
          <w:p>
            <w:pPr>
              <w:spacing w:after="0"/>
              <w:jc w:val="left"/>
            </w:pPr>
            <w:r>
              <w:rPr>
                <w:sz w:val="16"/>
              </w:rPr>
              <w:t>Wildfire</w:t>
            </w:r>
          </w:p>
        </w:tc>
        <w:tc>
          <w:tcPr>
            <w:tcW w:type="dxa" w:w="1262"/>
          </w:tcPr>
          <w:p>
            <w:pPr>
              <w:spacing w:after="0"/>
              <w:jc w:val="left"/>
            </w:pPr>
            <w:r>
              <w:rPr>
                <w:sz w:val="16"/>
              </w:rPr>
              <w:t>Relatively Low</w:t>
            </w:r>
          </w:p>
        </w:tc>
        <w:tc>
          <w:tcPr>
            <w:tcW w:type="dxa" w:w="1262"/>
          </w:tcPr>
          <w:p>
            <w:pPr>
              <w:spacing w:after="0"/>
              <w:jc w:val="left"/>
            </w:pPr>
            <w:r>
              <w:rPr>
                <w:sz w:val="16"/>
              </w:rPr>
              <w:t>Relatively Low</w:t>
            </w:r>
          </w:p>
        </w:tc>
        <w:tc>
          <w:tcPr>
            <w:tcW w:type="dxa" w:w="1126"/>
          </w:tcPr>
          <w:p>
            <w:pPr>
              <w:spacing w:after="0"/>
              <w:jc w:val="right"/>
            </w:pPr>
            <w:r>
              <w:rPr>
                <w:sz w:val="16"/>
              </w:rPr>
              <w:t>$426,686</w:t>
            </w:r>
          </w:p>
        </w:tc>
        <w:tc>
          <w:tcPr>
            <w:tcW w:type="dxa" w:w="1126"/>
          </w:tcPr>
          <w:p>
            <w:pPr>
              <w:spacing w:after="0"/>
              <w:jc w:val="right"/>
            </w:pPr>
            <w:r>
              <w:rPr>
                <w:sz w:val="16"/>
              </w:rPr>
              <w:t>$17</w:t>
            </w:r>
          </w:p>
        </w:tc>
        <w:tc>
          <w:tcPr>
            <w:tcW w:type="dxa" w:w="1385"/>
          </w:tcPr>
          <w:p>
            <w:pPr>
              <w:spacing w:after="0"/>
              <w:jc w:val="right"/>
            </w:pPr>
            <w:r>
              <w:rPr>
                <w:sz w:val="16"/>
              </w:rPr>
              <w:t>$14,323</w:t>
            </w:r>
          </w:p>
        </w:tc>
        <w:tc>
          <w:tcPr>
            <w:tcW w:type="dxa" w:w="1182"/>
          </w:tcPr>
          <w:p>
            <w:pPr>
              <w:spacing w:after="0"/>
              <w:jc w:val="right"/>
            </w:pPr>
            <w:r>
              <w:rPr>
                <w:sz w:val="16"/>
              </w:rPr>
              <w:t>$441,027</w:t>
            </w:r>
          </w:p>
        </w:tc>
        <w:tc>
          <w:tcPr>
            <w:tcW w:type="dxa" w:w="1421"/>
          </w:tcPr>
          <w:p>
            <w:pPr>
              <w:spacing w:after="0"/>
              <w:jc w:val="right"/>
            </w:pPr>
            <w:r>
              <w:rPr>
                <w:sz w:val="16"/>
              </w:rPr>
              <w:t>3</w:t>
            </w:r>
          </w:p>
        </w:tc>
        <w:tc>
          <w:tcPr>
            <w:tcW w:type="dxa" w:w="1721"/>
          </w:tcPr>
          <w:p>
            <w:pPr>
              <w:spacing w:after="0"/>
              <w:jc w:val="left"/>
            </w:pPr>
          </w:p>
        </w:tc>
        <w:tc>
          <w:tcPr>
            <w:tcW w:type="dxa" w:w="1890"/>
          </w:tcPr>
          <w:p>
            <w:pPr>
              <w:spacing w:after="0"/>
              <w:jc w:val="left"/>
            </w:pPr>
          </w:p>
        </w:tc>
      </w:tr>
      <w:tr>
        <w:trPr>
          <w:cantSplit/>
        </w:trPr>
        <w:tc>
          <w:tcPr>
            <w:tcW w:type="dxa" w:w="702"/>
          </w:tcPr>
          <w:p>
            <w:pPr>
              <w:spacing w:after="0"/>
              <w:jc w:val="right"/>
            </w:pPr>
            <w:r>
              <w:rPr>
                <w:sz w:val="16"/>
              </w:rPr>
              <w:t>7</w:t>
            </w:r>
          </w:p>
        </w:tc>
        <w:tc>
          <w:tcPr>
            <w:tcW w:type="dxa" w:w="1037"/>
          </w:tcPr>
          <w:p>
            <w:pPr>
              <w:spacing w:after="0"/>
              <w:jc w:val="left"/>
            </w:pPr>
            <w:r>
              <w:rPr>
                <w:sz w:val="16"/>
              </w:rPr>
              <w:t>Earthquake</w:t>
            </w:r>
          </w:p>
        </w:tc>
        <w:tc>
          <w:tcPr>
            <w:tcW w:type="dxa" w:w="1262"/>
          </w:tcPr>
          <w:p>
            <w:pPr>
              <w:spacing w:after="0"/>
              <w:jc w:val="left"/>
            </w:pPr>
            <w:r>
              <w:rPr>
                <w:sz w:val="16"/>
              </w:rPr>
              <w:t>Very Low</w:t>
            </w:r>
          </w:p>
        </w:tc>
        <w:tc>
          <w:tcPr>
            <w:tcW w:type="dxa" w:w="1262"/>
          </w:tcPr>
          <w:p>
            <w:pPr>
              <w:spacing w:after="0"/>
              <w:jc w:val="left"/>
            </w:pPr>
            <w:r>
              <w:rPr>
                <w:sz w:val="16"/>
              </w:rPr>
              <w:t>Relatively Low</w:t>
            </w:r>
          </w:p>
        </w:tc>
        <w:tc>
          <w:tcPr>
            <w:tcW w:type="dxa" w:w="1126"/>
          </w:tcPr>
          <w:p>
            <w:pPr>
              <w:spacing w:after="0"/>
              <w:jc w:val="right"/>
            </w:pPr>
            <w:r>
              <w:rPr>
                <w:sz w:val="16"/>
              </w:rPr>
              <w:t>$263,853</w:t>
            </w:r>
          </w:p>
        </w:tc>
        <w:tc>
          <w:tcPr>
            <w:tcW w:type="dxa" w:w="1126"/>
          </w:tcPr>
          <w:p>
            <w:pPr>
              <w:spacing w:after="0"/>
              <w:jc w:val="right"/>
            </w:pPr>
          </w:p>
        </w:tc>
        <w:tc>
          <w:tcPr>
            <w:tcW w:type="dxa" w:w="1385"/>
          </w:tcPr>
          <w:p>
            <w:pPr>
              <w:spacing w:after="0"/>
              <w:jc w:val="right"/>
            </w:pPr>
            <w:r>
              <w:rPr>
                <w:sz w:val="16"/>
              </w:rPr>
              <w:t>$24,272</w:t>
            </w:r>
          </w:p>
        </w:tc>
        <w:tc>
          <w:tcPr>
            <w:tcW w:type="dxa" w:w="1182"/>
          </w:tcPr>
          <w:p>
            <w:pPr>
              <w:spacing w:after="0"/>
              <w:jc w:val="right"/>
            </w:pPr>
            <w:r>
              <w:rPr>
                <w:sz w:val="16"/>
              </w:rPr>
              <w:t>$288,125</w:t>
            </w:r>
          </w:p>
        </w:tc>
        <w:tc>
          <w:tcPr>
            <w:tcW w:type="dxa" w:w="1421"/>
          </w:tcPr>
          <w:p>
            <w:pPr>
              <w:spacing w:after="0"/>
              <w:jc w:val="right"/>
            </w:pPr>
          </w:p>
        </w:tc>
        <w:tc>
          <w:tcPr>
            <w:tcW w:type="dxa" w:w="1721"/>
          </w:tcPr>
          <w:p>
            <w:pPr>
              <w:spacing w:after="0"/>
              <w:jc w:val="left"/>
            </w:pPr>
          </w:p>
        </w:tc>
        <w:tc>
          <w:tcPr>
            <w:tcW w:type="dxa" w:w="1890"/>
          </w:tcPr>
          <w:p>
            <w:pPr>
              <w:spacing w:after="0"/>
              <w:jc w:val="left"/>
            </w:pPr>
            <w:r>
              <w:rPr>
                <w:sz w:val="16"/>
              </w:rPr>
              <w:t>Not in Storm Events. Storm Events coverage of this hazard is limited; absence is not evidence of low risk.</w:t>
            </w:r>
          </w:p>
        </w:tc>
      </w:tr>
      <w:tr>
        <w:trPr>
          <w:cantSplit/>
        </w:trPr>
        <w:tc>
          <w:tcPr>
            <w:tcW w:type="dxa" w:w="702"/>
          </w:tcPr>
          <w:p>
            <w:pPr>
              <w:spacing w:after="0"/>
              <w:jc w:val="right"/>
            </w:pPr>
            <w:r>
              <w:rPr>
                <w:sz w:val="16"/>
              </w:rPr>
              <w:t>8</w:t>
            </w:r>
          </w:p>
        </w:tc>
        <w:tc>
          <w:tcPr>
            <w:tcW w:type="dxa" w:w="1037"/>
          </w:tcPr>
          <w:p>
            <w:pPr>
              <w:spacing w:after="0"/>
              <w:jc w:val="left"/>
            </w:pPr>
            <w:r>
              <w:rPr>
                <w:sz w:val="16"/>
              </w:rPr>
              <w:t>Strong Wind</w:t>
            </w:r>
          </w:p>
        </w:tc>
        <w:tc>
          <w:tcPr>
            <w:tcW w:type="dxa" w:w="1262"/>
          </w:tcPr>
          <w:p>
            <w:pPr>
              <w:spacing w:after="0"/>
              <w:jc w:val="left"/>
            </w:pPr>
            <w:r>
              <w:rPr>
                <w:sz w:val="16"/>
              </w:rPr>
              <w:t>Very Low</w:t>
            </w:r>
          </w:p>
        </w:tc>
        <w:tc>
          <w:tcPr>
            <w:tcW w:type="dxa" w:w="1262"/>
          </w:tcPr>
          <w:p>
            <w:pPr>
              <w:spacing w:after="0"/>
              <w:jc w:val="left"/>
            </w:pPr>
            <w:r>
              <w:rPr>
                <w:sz w:val="16"/>
              </w:rPr>
              <w:t>Relatively Low</w:t>
            </w:r>
          </w:p>
        </w:tc>
        <w:tc>
          <w:tcPr>
            <w:tcW w:type="dxa" w:w="1126"/>
          </w:tcPr>
          <w:p>
            <w:pPr>
              <w:spacing w:after="0"/>
              <w:jc w:val="right"/>
            </w:pPr>
            <w:r>
              <w:rPr>
                <w:sz w:val="16"/>
              </w:rPr>
              <w:t>$76,192</w:t>
            </w:r>
          </w:p>
        </w:tc>
        <w:tc>
          <w:tcPr>
            <w:tcW w:type="dxa" w:w="1126"/>
          </w:tcPr>
          <w:p>
            <w:pPr>
              <w:spacing w:after="0"/>
              <w:jc w:val="right"/>
            </w:pPr>
            <w:r>
              <w:rPr>
                <w:sz w:val="16"/>
              </w:rPr>
              <w:t>$209</w:t>
            </w:r>
          </w:p>
        </w:tc>
        <w:tc>
          <w:tcPr>
            <w:tcW w:type="dxa" w:w="1385"/>
          </w:tcPr>
          <w:p>
            <w:pPr>
              <w:spacing w:after="0"/>
              <w:jc w:val="right"/>
            </w:pPr>
            <w:r>
              <w:rPr>
                <w:sz w:val="16"/>
              </w:rPr>
              <w:t>$84,388</w:t>
            </w:r>
          </w:p>
        </w:tc>
        <w:tc>
          <w:tcPr>
            <w:tcW w:type="dxa" w:w="1182"/>
          </w:tcPr>
          <w:p>
            <w:pPr>
              <w:spacing w:after="0"/>
              <w:jc w:val="right"/>
            </w:pPr>
            <w:r>
              <w:rPr>
                <w:sz w:val="16"/>
              </w:rPr>
              <w:t>$160,789</w:t>
            </w:r>
          </w:p>
        </w:tc>
        <w:tc>
          <w:tcPr>
            <w:tcW w:type="dxa" w:w="1421"/>
          </w:tcPr>
          <w:p>
            <w:pPr>
              <w:spacing w:after="0"/>
              <w:jc w:val="right"/>
            </w:pPr>
            <w:r>
              <w:rPr>
                <w:sz w:val="16"/>
              </w:rPr>
              <w:t>127</w:t>
            </w:r>
          </w:p>
        </w:tc>
        <w:tc>
          <w:tcPr>
            <w:tcW w:type="dxa" w:w="1721"/>
          </w:tcPr>
          <w:p>
            <w:pPr>
              <w:spacing w:after="0"/>
              <w:jc w:val="left"/>
            </w:pPr>
          </w:p>
        </w:tc>
        <w:tc>
          <w:tcPr>
            <w:tcW w:type="dxa" w:w="1890"/>
          </w:tcPr>
          <w:p>
            <w:pPr>
              <w:spacing w:after="0"/>
              <w:jc w:val="left"/>
            </w:pPr>
            <w:r>
              <w:rPr>
                <w:sz w:val="16"/>
              </w:rPr>
              <w:t>Includes 102 High Wind records and 3 Strong Wind records, event types the NRI definition of this hazard leaves out.</w:t>
            </w:r>
          </w:p>
        </w:tc>
      </w:tr>
      <w:tr>
        <w:trPr>
          <w:cantSplit/>
        </w:trPr>
        <w:tc>
          <w:tcPr>
            <w:tcW w:type="dxa" w:w="702"/>
          </w:tcPr>
          <w:p>
            <w:pPr>
              <w:spacing w:after="0"/>
              <w:jc w:val="right"/>
            </w:pPr>
            <w:r>
              <w:rPr>
                <w:sz w:val="16"/>
              </w:rPr>
              <w:t>9</w:t>
            </w:r>
          </w:p>
        </w:tc>
        <w:tc>
          <w:tcPr>
            <w:tcW w:type="dxa" w:w="1037"/>
          </w:tcPr>
          <w:p>
            <w:pPr>
              <w:spacing w:after="0"/>
              <w:jc w:val="left"/>
            </w:pPr>
            <w:r>
              <w:rPr>
                <w:sz w:val="16"/>
              </w:rPr>
              <w:t>Landslide</w:t>
            </w:r>
          </w:p>
        </w:tc>
        <w:tc>
          <w:tcPr>
            <w:tcW w:type="dxa" w:w="1262"/>
          </w:tcPr>
          <w:p>
            <w:pPr>
              <w:spacing w:after="0"/>
              <w:jc w:val="left"/>
            </w:pPr>
            <w:r>
              <w:rPr>
                <w:sz w:val="16"/>
              </w:rPr>
              <w:t>Relatively Moderate</w:t>
            </w:r>
          </w:p>
        </w:tc>
        <w:tc>
          <w:tcPr>
            <w:tcW w:type="dxa" w:w="1262"/>
          </w:tcPr>
          <w:p>
            <w:pPr>
              <w:spacing w:after="0"/>
              <w:jc w:val="left"/>
            </w:pPr>
            <w:r>
              <w:rPr>
                <w:sz w:val="16"/>
              </w:rPr>
              <w:t>Relatively Low</w:t>
            </w:r>
          </w:p>
        </w:tc>
        <w:tc>
          <w:tcPr>
            <w:tcW w:type="dxa" w:w="1126"/>
          </w:tcPr>
          <w:p>
            <w:pPr>
              <w:spacing w:after="0"/>
              <w:jc w:val="right"/>
            </w:pPr>
            <w:r>
              <w:rPr>
                <w:sz w:val="16"/>
              </w:rPr>
              <w:t>$29,953</w:t>
            </w:r>
          </w:p>
        </w:tc>
        <w:tc>
          <w:tcPr>
            <w:tcW w:type="dxa" w:w="1126"/>
          </w:tcPr>
          <w:p>
            <w:pPr>
              <w:spacing w:after="0"/>
              <w:jc w:val="right"/>
            </w:pPr>
          </w:p>
        </w:tc>
        <w:tc>
          <w:tcPr>
            <w:tcW w:type="dxa" w:w="1385"/>
          </w:tcPr>
          <w:p>
            <w:pPr>
              <w:spacing w:after="0"/>
              <w:jc w:val="right"/>
            </w:pPr>
            <w:r>
              <w:rPr>
                <w:sz w:val="16"/>
              </w:rPr>
              <w:t>$91,708</w:t>
            </w:r>
          </w:p>
        </w:tc>
        <w:tc>
          <w:tcPr>
            <w:tcW w:type="dxa" w:w="1182"/>
          </w:tcPr>
          <w:p>
            <w:pPr>
              <w:spacing w:after="0"/>
              <w:jc w:val="right"/>
            </w:pPr>
            <w:r>
              <w:rPr>
                <w:sz w:val="16"/>
              </w:rPr>
              <w:t>$121,661</w:t>
            </w:r>
          </w:p>
        </w:tc>
        <w:tc>
          <w:tcPr>
            <w:tcW w:type="dxa" w:w="1421"/>
          </w:tcPr>
          <w:p>
            <w:pPr>
              <w:spacing w:after="0"/>
              <w:jc w:val="right"/>
            </w:pPr>
            <w:r>
              <w:rPr>
                <w:sz w:val="16"/>
              </w:rPr>
              <w:t>0</w:t>
            </w:r>
          </w:p>
        </w:tc>
        <w:tc>
          <w:tcPr>
            <w:tcW w:type="dxa" w:w="1721"/>
          </w:tcPr>
          <w:p>
            <w:pPr>
              <w:spacing w:after="0"/>
              <w:jc w:val="left"/>
            </w:pPr>
          </w:p>
        </w:tc>
        <w:tc>
          <w:tcPr>
            <w:tcW w:type="dxa" w:w="189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2"/>
          </w:tcPr>
          <w:p>
            <w:pPr>
              <w:spacing w:after="0"/>
              <w:jc w:val="right"/>
            </w:pPr>
            <w:r>
              <w:rPr>
                <w:sz w:val="16"/>
              </w:rPr>
              <w:t>10</w:t>
            </w:r>
          </w:p>
        </w:tc>
        <w:tc>
          <w:tcPr>
            <w:tcW w:type="dxa" w:w="1037"/>
          </w:tcPr>
          <w:p>
            <w:pPr>
              <w:spacing w:after="0"/>
              <w:jc w:val="left"/>
            </w:pPr>
            <w:r>
              <w:rPr>
                <w:sz w:val="16"/>
              </w:rPr>
              <w:t>Winter Weather</w:t>
            </w:r>
          </w:p>
        </w:tc>
        <w:tc>
          <w:tcPr>
            <w:tcW w:type="dxa" w:w="1262"/>
          </w:tcPr>
          <w:p>
            <w:pPr>
              <w:spacing w:after="0"/>
              <w:jc w:val="left"/>
            </w:pPr>
            <w:r>
              <w:rPr>
                <w:sz w:val="16"/>
              </w:rPr>
              <w:t>Relatively Low</w:t>
            </w:r>
          </w:p>
        </w:tc>
        <w:tc>
          <w:tcPr>
            <w:tcW w:type="dxa" w:w="1262"/>
          </w:tcPr>
          <w:p>
            <w:pPr>
              <w:spacing w:after="0"/>
              <w:jc w:val="left"/>
            </w:pPr>
            <w:r>
              <w:rPr>
                <w:sz w:val="16"/>
              </w:rPr>
              <w:t>Relatively Low</w:t>
            </w:r>
          </w:p>
        </w:tc>
        <w:tc>
          <w:tcPr>
            <w:tcW w:type="dxa" w:w="1126"/>
          </w:tcPr>
          <w:p>
            <w:pPr>
              <w:spacing w:after="0"/>
              <w:jc w:val="right"/>
            </w:pPr>
            <w:r>
              <w:rPr>
                <w:sz w:val="16"/>
              </w:rPr>
              <w:t>$22,381</w:t>
            </w:r>
          </w:p>
        </w:tc>
        <w:tc>
          <w:tcPr>
            <w:tcW w:type="dxa" w:w="1126"/>
          </w:tcPr>
          <w:p>
            <w:pPr>
              <w:spacing w:after="0"/>
              <w:jc w:val="right"/>
            </w:pPr>
            <w:r>
              <w:rPr>
                <w:sz w:val="16"/>
              </w:rPr>
              <w:t>under $1</w:t>
            </w:r>
          </w:p>
        </w:tc>
        <w:tc>
          <w:tcPr>
            <w:tcW w:type="dxa" w:w="1385"/>
          </w:tcPr>
          <w:p>
            <w:pPr>
              <w:spacing w:after="0"/>
              <w:jc w:val="right"/>
            </w:pPr>
            <w:r>
              <w:rPr>
                <w:sz w:val="16"/>
              </w:rPr>
              <w:t>$17,066</w:t>
            </w:r>
          </w:p>
        </w:tc>
        <w:tc>
          <w:tcPr>
            <w:tcW w:type="dxa" w:w="1182"/>
          </w:tcPr>
          <w:p>
            <w:pPr>
              <w:spacing w:after="0"/>
              <w:jc w:val="right"/>
            </w:pPr>
            <w:r>
              <w:rPr>
                <w:sz w:val="16"/>
              </w:rPr>
              <w:t>$39,447</w:t>
            </w:r>
          </w:p>
        </w:tc>
        <w:tc>
          <w:tcPr>
            <w:tcW w:type="dxa" w:w="1421"/>
          </w:tcPr>
          <w:p>
            <w:pPr>
              <w:spacing w:after="0"/>
              <w:jc w:val="right"/>
            </w:pPr>
            <w:r>
              <w:rPr>
                <w:sz w:val="16"/>
              </w:rPr>
              <w:t>474</w:t>
            </w:r>
          </w:p>
        </w:tc>
        <w:tc>
          <w:tcPr>
            <w:tcW w:type="dxa" w:w="1721"/>
          </w:tcPr>
          <w:p>
            <w:pPr>
              <w:spacing w:after="0"/>
              <w:jc w:val="left"/>
            </w:pPr>
          </w:p>
        </w:tc>
        <w:tc>
          <w:tcPr>
            <w:tcW w:type="dxa" w:w="1890"/>
          </w:tcPr>
          <w:p>
            <w:pPr>
              <w:spacing w:after="0"/>
              <w:jc w:val="left"/>
            </w:pPr>
          </w:p>
        </w:tc>
      </w:tr>
      <w:tr>
        <w:trPr>
          <w:cantSplit/>
        </w:trPr>
        <w:tc>
          <w:tcPr>
            <w:tcW w:type="dxa" w:w="702"/>
          </w:tcPr>
          <w:p>
            <w:pPr>
              <w:spacing w:after="0"/>
              <w:jc w:val="right"/>
            </w:pPr>
            <w:r>
              <w:rPr>
                <w:sz w:val="16"/>
              </w:rPr>
              <w:t>11</w:t>
            </w:r>
          </w:p>
        </w:tc>
        <w:tc>
          <w:tcPr>
            <w:tcW w:type="dxa" w:w="1037"/>
          </w:tcPr>
          <w:p>
            <w:pPr>
              <w:spacing w:after="0"/>
              <w:jc w:val="left"/>
            </w:pPr>
            <w:r>
              <w:rPr>
                <w:sz w:val="16"/>
              </w:rPr>
              <w:t>Drought</w:t>
            </w:r>
          </w:p>
        </w:tc>
        <w:tc>
          <w:tcPr>
            <w:tcW w:type="dxa" w:w="1262"/>
          </w:tcPr>
          <w:p>
            <w:pPr>
              <w:spacing w:after="0"/>
              <w:jc w:val="left"/>
            </w:pPr>
            <w:r>
              <w:rPr>
                <w:sz w:val="16"/>
              </w:rPr>
              <w:t>Very Low</w:t>
            </w:r>
          </w:p>
        </w:tc>
        <w:tc>
          <w:tcPr>
            <w:tcW w:type="dxa" w:w="1262"/>
          </w:tcPr>
          <w:p>
            <w:pPr>
              <w:spacing w:after="0"/>
              <w:jc w:val="left"/>
            </w:pPr>
            <w:r>
              <w:rPr>
                <w:sz w:val="16"/>
              </w:rPr>
              <w:t>Very Low</w:t>
            </w:r>
          </w:p>
        </w:tc>
        <w:tc>
          <w:tcPr>
            <w:tcW w:type="dxa" w:w="1126"/>
          </w:tcPr>
          <w:p>
            <w:pPr>
              <w:spacing w:after="0"/>
              <w:jc w:val="right"/>
            </w:pPr>
          </w:p>
        </w:tc>
        <w:tc>
          <w:tcPr>
            <w:tcW w:type="dxa" w:w="1126"/>
          </w:tcPr>
          <w:p>
            <w:pPr>
              <w:spacing w:after="0"/>
              <w:jc w:val="right"/>
            </w:pPr>
            <w:r>
              <w:rPr>
                <w:sz w:val="16"/>
              </w:rPr>
              <w:t>$19,824</w:t>
            </w:r>
          </w:p>
        </w:tc>
        <w:tc>
          <w:tcPr>
            <w:tcW w:type="dxa" w:w="1385"/>
          </w:tcPr>
          <w:p>
            <w:pPr>
              <w:spacing w:after="0"/>
              <w:jc w:val="right"/>
            </w:pPr>
          </w:p>
        </w:tc>
        <w:tc>
          <w:tcPr>
            <w:tcW w:type="dxa" w:w="1182"/>
          </w:tcPr>
          <w:p>
            <w:pPr>
              <w:spacing w:after="0"/>
              <w:jc w:val="right"/>
            </w:pPr>
            <w:r>
              <w:rPr>
                <w:sz w:val="16"/>
              </w:rPr>
              <w:t>$19,824</w:t>
            </w:r>
          </w:p>
        </w:tc>
        <w:tc>
          <w:tcPr>
            <w:tcW w:type="dxa" w:w="1421"/>
          </w:tcPr>
          <w:p>
            <w:pPr>
              <w:spacing w:after="0"/>
              <w:jc w:val="right"/>
            </w:pPr>
            <w:r>
              <w:rPr>
                <w:sz w:val="16"/>
              </w:rPr>
              <w:t>1</w:t>
            </w:r>
          </w:p>
        </w:tc>
        <w:tc>
          <w:tcPr>
            <w:tcW w:type="dxa" w:w="1721"/>
          </w:tcPr>
          <w:p>
            <w:pPr>
              <w:spacing w:after="0"/>
              <w:jc w:val="left"/>
            </w:pPr>
          </w:p>
        </w:tc>
        <w:tc>
          <w:tcPr>
            <w:tcW w:type="dxa" w:w="1890"/>
          </w:tcPr>
          <w:p>
            <w:pPr>
              <w:spacing w:after="0"/>
              <w:jc w:val="left"/>
            </w:pPr>
          </w:p>
        </w:tc>
      </w:tr>
      <w:tr>
        <w:trPr>
          <w:cantSplit/>
        </w:trPr>
        <w:tc>
          <w:tcPr>
            <w:tcW w:type="dxa" w:w="702"/>
          </w:tcPr>
          <w:p>
            <w:pPr>
              <w:spacing w:after="0"/>
              <w:jc w:val="right"/>
            </w:pPr>
            <w:r>
              <w:rPr>
                <w:sz w:val="16"/>
              </w:rPr>
              <w:t>12</w:t>
            </w:r>
          </w:p>
        </w:tc>
        <w:tc>
          <w:tcPr>
            <w:tcW w:type="dxa" w:w="1037"/>
          </w:tcPr>
          <w:p>
            <w:pPr>
              <w:spacing w:after="0"/>
              <w:jc w:val="left"/>
            </w:pPr>
            <w:r>
              <w:rPr>
                <w:sz w:val="16"/>
              </w:rPr>
              <w:t>Ice Storm</w:t>
            </w:r>
          </w:p>
        </w:tc>
        <w:tc>
          <w:tcPr>
            <w:tcW w:type="dxa" w:w="1262"/>
          </w:tcPr>
          <w:p>
            <w:pPr>
              <w:spacing w:after="0"/>
              <w:jc w:val="left"/>
            </w:pPr>
            <w:r>
              <w:rPr>
                <w:sz w:val="16"/>
              </w:rPr>
              <w:t>Very Low</w:t>
            </w:r>
          </w:p>
        </w:tc>
        <w:tc>
          <w:tcPr>
            <w:tcW w:type="dxa" w:w="1262"/>
          </w:tcPr>
          <w:p>
            <w:pPr>
              <w:spacing w:after="0"/>
              <w:jc w:val="left"/>
            </w:pPr>
            <w:r>
              <w:rPr>
                <w:sz w:val="16"/>
              </w:rPr>
              <w:t>Very Low</w:t>
            </w:r>
          </w:p>
        </w:tc>
        <w:tc>
          <w:tcPr>
            <w:tcW w:type="dxa" w:w="1126"/>
          </w:tcPr>
          <w:p>
            <w:pPr>
              <w:spacing w:after="0"/>
              <w:jc w:val="right"/>
            </w:pPr>
            <w:r>
              <w:rPr>
                <w:sz w:val="16"/>
              </w:rPr>
              <w:t>$392</w:t>
            </w:r>
          </w:p>
        </w:tc>
        <w:tc>
          <w:tcPr>
            <w:tcW w:type="dxa" w:w="1126"/>
          </w:tcPr>
          <w:p>
            <w:pPr>
              <w:spacing w:after="0"/>
              <w:jc w:val="right"/>
            </w:pPr>
          </w:p>
        </w:tc>
        <w:tc>
          <w:tcPr>
            <w:tcW w:type="dxa" w:w="1385"/>
          </w:tcPr>
          <w:p>
            <w:pPr>
              <w:spacing w:after="0"/>
              <w:jc w:val="right"/>
            </w:pPr>
            <w:r>
              <w:rPr>
                <w:sz w:val="16"/>
              </w:rPr>
              <w:t>$12,916</w:t>
            </w:r>
          </w:p>
        </w:tc>
        <w:tc>
          <w:tcPr>
            <w:tcW w:type="dxa" w:w="1182"/>
          </w:tcPr>
          <w:p>
            <w:pPr>
              <w:spacing w:after="0"/>
              <w:jc w:val="right"/>
            </w:pPr>
            <w:r>
              <w:rPr>
                <w:sz w:val="16"/>
              </w:rPr>
              <w:t>$13,309</w:t>
            </w:r>
          </w:p>
        </w:tc>
        <w:tc>
          <w:tcPr>
            <w:tcW w:type="dxa" w:w="1421"/>
          </w:tcPr>
          <w:p>
            <w:pPr>
              <w:spacing w:after="0"/>
              <w:jc w:val="right"/>
            </w:pPr>
            <w:r>
              <w:rPr>
                <w:sz w:val="16"/>
              </w:rPr>
              <w:t>0</w:t>
            </w:r>
          </w:p>
        </w:tc>
        <w:tc>
          <w:tcPr>
            <w:tcW w:type="dxa" w:w="1721"/>
          </w:tcPr>
          <w:p>
            <w:pPr>
              <w:spacing w:after="0"/>
              <w:jc w:val="left"/>
            </w:pPr>
          </w:p>
        </w:tc>
        <w:tc>
          <w:tcPr>
            <w:tcW w:type="dxa" w:w="1890"/>
          </w:tcPr>
          <w:p>
            <w:pPr>
              <w:spacing w:after="0"/>
              <w:jc w:val="left"/>
            </w:pPr>
            <w:r>
              <w:rPr>
                <w:sz w:val="16"/>
              </w:rPr>
              <w:t>No recorded events in Storm Events since 1996 (data through 2026-06-30).</w:t>
            </w:r>
          </w:p>
        </w:tc>
      </w:tr>
      <w:tr>
        <w:trPr>
          <w:cantSplit/>
        </w:trPr>
        <w:tc>
          <w:tcPr>
            <w:tcW w:type="dxa" w:w="702"/>
          </w:tcPr>
          <w:p>
            <w:pPr>
              <w:spacing w:after="0"/>
              <w:jc w:val="right"/>
            </w:pPr>
            <w:r>
              <w:rPr>
                <w:sz w:val="16"/>
              </w:rPr>
              <w:t>13</w:t>
            </w:r>
          </w:p>
        </w:tc>
        <w:tc>
          <w:tcPr>
            <w:tcW w:type="dxa" w:w="1037"/>
          </w:tcPr>
          <w:p>
            <w:pPr>
              <w:spacing w:after="0"/>
              <w:jc w:val="left"/>
            </w:pPr>
            <w:r>
              <w:rPr>
                <w:sz w:val="16"/>
              </w:rPr>
              <w:t>Cold Wave</w:t>
            </w:r>
          </w:p>
        </w:tc>
        <w:tc>
          <w:tcPr>
            <w:tcW w:type="dxa" w:w="1262"/>
          </w:tcPr>
          <w:p>
            <w:pPr>
              <w:spacing w:after="0"/>
              <w:jc w:val="left"/>
            </w:pPr>
            <w:r>
              <w:rPr>
                <w:sz w:val="16"/>
              </w:rPr>
              <w:t>Very Low</w:t>
            </w:r>
          </w:p>
        </w:tc>
        <w:tc>
          <w:tcPr>
            <w:tcW w:type="dxa" w:w="1262"/>
          </w:tcPr>
          <w:p>
            <w:pPr>
              <w:spacing w:after="0"/>
              <w:jc w:val="left"/>
            </w:pPr>
            <w:r>
              <w:rPr>
                <w:sz w:val="16"/>
              </w:rPr>
              <w:t>Very Low</w:t>
            </w:r>
          </w:p>
        </w:tc>
        <w:tc>
          <w:tcPr>
            <w:tcW w:type="dxa" w:w="1126"/>
          </w:tcPr>
          <w:p>
            <w:pPr>
              <w:spacing w:after="0"/>
              <w:jc w:val="right"/>
            </w:pPr>
            <w:r>
              <w:rPr>
                <w:sz w:val="16"/>
              </w:rPr>
              <w:t>$38</w:t>
            </w:r>
          </w:p>
        </w:tc>
        <w:tc>
          <w:tcPr>
            <w:tcW w:type="dxa" w:w="1126"/>
          </w:tcPr>
          <w:p>
            <w:pPr>
              <w:spacing w:after="0"/>
              <w:jc w:val="right"/>
            </w:pPr>
            <w:r>
              <w:rPr>
                <w:sz w:val="16"/>
              </w:rPr>
              <w:t>$2,230</w:t>
            </w:r>
          </w:p>
        </w:tc>
        <w:tc>
          <w:tcPr>
            <w:tcW w:type="dxa" w:w="1385"/>
          </w:tcPr>
          <w:p>
            <w:pPr>
              <w:spacing w:after="0"/>
              <w:jc w:val="right"/>
            </w:pPr>
            <w:r>
              <w:rPr>
                <w:sz w:val="16"/>
              </w:rPr>
              <w:t>$5,760</w:t>
            </w:r>
          </w:p>
        </w:tc>
        <w:tc>
          <w:tcPr>
            <w:tcW w:type="dxa" w:w="1182"/>
          </w:tcPr>
          <w:p>
            <w:pPr>
              <w:spacing w:after="0"/>
              <w:jc w:val="right"/>
            </w:pPr>
            <w:r>
              <w:rPr>
                <w:sz w:val="16"/>
              </w:rPr>
              <w:t>$8,029</w:t>
            </w:r>
          </w:p>
        </w:tc>
        <w:tc>
          <w:tcPr>
            <w:tcW w:type="dxa" w:w="1421"/>
          </w:tcPr>
          <w:p>
            <w:pPr>
              <w:spacing w:after="0"/>
              <w:jc w:val="right"/>
            </w:pPr>
            <w:r>
              <w:rPr>
                <w:sz w:val="16"/>
              </w:rPr>
              <w:t>2</w:t>
            </w:r>
          </w:p>
        </w:tc>
        <w:tc>
          <w:tcPr>
            <w:tcW w:type="dxa" w:w="1721"/>
          </w:tcPr>
          <w:p>
            <w:pPr>
              <w:spacing w:after="0"/>
              <w:jc w:val="left"/>
            </w:pPr>
          </w:p>
        </w:tc>
        <w:tc>
          <w:tcPr>
            <w:tcW w:type="dxa" w:w="1890"/>
          </w:tcPr>
          <w:p>
            <w:pPr>
              <w:spacing w:after="0"/>
              <w:jc w:val="left"/>
            </w:pPr>
          </w:p>
        </w:tc>
      </w:tr>
      <w:tr>
        <w:trPr>
          <w:cantSplit/>
        </w:trPr>
        <w:tc>
          <w:tcPr>
            <w:tcW w:type="dxa" w:w="702"/>
          </w:tcPr>
          <w:p>
            <w:pPr>
              <w:spacing w:after="0"/>
              <w:jc w:val="right"/>
            </w:pPr>
            <w:r>
              <w:rPr>
                <w:sz w:val="16"/>
              </w:rPr>
              <w:t>14</w:t>
            </w:r>
          </w:p>
        </w:tc>
        <w:tc>
          <w:tcPr>
            <w:tcW w:type="dxa" w:w="1037"/>
          </w:tcPr>
          <w:p>
            <w:pPr>
              <w:spacing w:after="0"/>
              <w:jc w:val="left"/>
            </w:pPr>
            <w:r>
              <w:rPr>
                <w:sz w:val="16"/>
              </w:rPr>
              <w:t>Volcanic Activity</w:t>
            </w:r>
          </w:p>
        </w:tc>
        <w:tc>
          <w:tcPr>
            <w:tcW w:type="dxa" w:w="1262"/>
          </w:tcPr>
          <w:p>
            <w:pPr>
              <w:spacing w:after="0"/>
              <w:jc w:val="left"/>
            </w:pPr>
            <w:r>
              <w:rPr>
                <w:sz w:val="16"/>
              </w:rPr>
              <w:t>Very Low</w:t>
            </w:r>
          </w:p>
        </w:tc>
        <w:tc>
          <w:tcPr>
            <w:tcW w:type="dxa" w:w="1262"/>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p>
        </w:tc>
        <w:tc>
          <w:tcPr>
            <w:tcW w:type="dxa" w:w="1385"/>
          </w:tcPr>
          <w:p>
            <w:pPr>
              <w:spacing w:after="0"/>
              <w:jc w:val="right"/>
            </w:pPr>
            <w:r>
              <w:rPr>
                <w:sz w:val="16"/>
              </w:rPr>
              <w:t>$4</w:t>
            </w:r>
          </w:p>
        </w:tc>
        <w:tc>
          <w:tcPr>
            <w:tcW w:type="dxa" w:w="1182"/>
          </w:tcPr>
          <w:p>
            <w:pPr>
              <w:spacing w:after="0"/>
              <w:jc w:val="right"/>
            </w:pPr>
            <w:r>
              <w:rPr>
                <w:sz w:val="16"/>
              </w:rPr>
              <w:t>$4</w:t>
            </w:r>
          </w:p>
        </w:tc>
        <w:tc>
          <w:tcPr>
            <w:tcW w:type="dxa" w:w="1421"/>
          </w:tcPr>
          <w:p>
            <w:pPr>
              <w:spacing w:after="0"/>
              <w:jc w:val="right"/>
            </w:pPr>
            <w:r>
              <w:rPr>
                <w:sz w:val="16"/>
              </w:rPr>
              <w:t>0</w:t>
            </w:r>
          </w:p>
        </w:tc>
        <w:tc>
          <w:tcPr>
            <w:tcW w:type="dxa" w:w="1721"/>
          </w:tcPr>
          <w:p>
            <w:pPr>
              <w:spacing w:after="0"/>
              <w:jc w:val="left"/>
            </w:pPr>
          </w:p>
        </w:tc>
        <w:tc>
          <w:tcPr>
            <w:tcW w:type="dxa" w:w="189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2"/>
          </w:tcPr>
          <w:p>
            <w:pPr>
              <w:spacing w:after="0"/>
              <w:jc w:val="right"/>
            </w:pPr>
            <w:r>
              <w:rPr>
                <w:sz w:val="16"/>
              </w:rPr>
              <w:t>15</w:t>
            </w:r>
          </w:p>
        </w:tc>
        <w:tc>
          <w:tcPr>
            <w:tcW w:type="dxa" w:w="1037"/>
          </w:tcPr>
          <w:p>
            <w:pPr>
              <w:spacing w:after="0"/>
              <w:jc w:val="left"/>
            </w:pPr>
            <w:r>
              <w:rPr>
                <w:sz w:val="16"/>
              </w:rPr>
              <w:t>Heat Wave</w:t>
            </w:r>
          </w:p>
        </w:tc>
        <w:tc>
          <w:tcPr>
            <w:tcW w:type="dxa" w:w="1262"/>
          </w:tcPr>
          <w:p>
            <w:pPr>
              <w:spacing w:after="0"/>
              <w:jc w:val="left"/>
            </w:pPr>
            <w:r>
              <w:rPr>
                <w:sz w:val="16"/>
              </w:rPr>
              <w:t>No Rating</w:t>
            </w:r>
          </w:p>
        </w:tc>
        <w:tc>
          <w:tcPr>
            <w:tcW w:type="dxa" w:w="1262"/>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385"/>
          </w:tcPr>
          <w:p>
            <w:pPr>
              <w:spacing w:after="0"/>
              <w:jc w:val="right"/>
            </w:pPr>
            <w:r>
              <w:rPr>
                <w:sz w:val="16"/>
              </w:rPr>
              <w:t>$0</w:t>
            </w:r>
          </w:p>
        </w:tc>
        <w:tc>
          <w:tcPr>
            <w:tcW w:type="dxa" w:w="1182"/>
          </w:tcPr>
          <w:p>
            <w:pPr>
              <w:spacing w:after="0"/>
              <w:jc w:val="right"/>
            </w:pPr>
            <w:r>
              <w:rPr>
                <w:sz w:val="16"/>
              </w:rPr>
              <w:t>$0</w:t>
            </w:r>
          </w:p>
        </w:tc>
        <w:tc>
          <w:tcPr>
            <w:tcW w:type="dxa" w:w="1421"/>
          </w:tcPr>
          <w:p>
            <w:pPr>
              <w:spacing w:after="0"/>
              <w:jc w:val="right"/>
            </w:pPr>
            <w:r>
              <w:rPr>
                <w:sz w:val="16"/>
              </w:rPr>
              <w:t>0</w:t>
            </w:r>
          </w:p>
        </w:tc>
        <w:tc>
          <w:tcPr>
            <w:tcW w:type="dxa" w:w="1721"/>
          </w:tcPr>
          <w:p>
            <w:pPr>
              <w:spacing w:after="0"/>
              <w:jc w:val="left"/>
            </w:pPr>
          </w:p>
        </w:tc>
        <w:tc>
          <w:tcPr>
            <w:tcW w:type="dxa" w:w="1890"/>
          </w:tcPr>
          <w:p>
            <w:pPr>
              <w:spacing w:after="0"/>
              <w:jc w:val="left"/>
            </w:pPr>
            <w:r>
              <w:rPr>
                <w:sz w:val="16"/>
              </w:rPr>
              <w:t>No recorded events in Storm Events since 1996 (data through 2026-06-30).</w:t>
            </w:r>
          </w:p>
        </w:tc>
      </w:tr>
      <w:tr>
        <w:trPr>
          <w:cantSplit/>
        </w:trPr>
        <w:tc>
          <w:tcPr>
            <w:tcW w:type="dxa" w:w="702"/>
          </w:tcPr>
          <w:p>
            <w:pPr>
              <w:spacing w:after="0"/>
              <w:jc w:val="right"/>
            </w:pPr>
          </w:p>
        </w:tc>
        <w:tc>
          <w:tcPr>
            <w:tcW w:type="dxa" w:w="1037"/>
          </w:tcPr>
          <w:p>
            <w:pPr>
              <w:spacing w:after="0"/>
              <w:jc w:val="left"/>
            </w:pPr>
            <w:r>
              <w:rPr>
                <w:sz w:val="16"/>
              </w:rPr>
              <w:t>Coastal Flooding</w:t>
            </w:r>
          </w:p>
        </w:tc>
        <w:tc>
          <w:tcPr>
            <w:tcW w:type="dxa" w:w="1262"/>
          </w:tcPr>
          <w:p>
            <w:pPr>
              <w:spacing w:after="0"/>
              <w:jc w:val="left"/>
            </w:pPr>
            <w:r>
              <w:rPr>
                <w:sz w:val="16"/>
              </w:rPr>
              <w:t>Not Applicable</w:t>
            </w:r>
          </w:p>
        </w:tc>
        <w:tc>
          <w:tcPr>
            <w:tcW w:type="dxa" w:w="126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85"/>
          </w:tcPr>
          <w:p>
            <w:pPr>
              <w:spacing w:after="0"/>
              <w:jc w:val="right"/>
            </w:pPr>
          </w:p>
        </w:tc>
        <w:tc>
          <w:tcPr>
            <w:tcW w:type="dxa" w:w="1182"/>
          </w:tcPr>
          <w:p>
            <w:pPr>
              <w:spacing w:after="0"/>
              <w:jc w:val="right"/>
            </w:pPr>
          </w:p>
        </w:tc>
        <w:tc>
          <w:tcPr>
            <w:tcW w:type="dxa" w:w="1421"/>
          </w:tcPr>
          <w:p>
            <w:pPr>
              <w:spacing w:after="0"/>
              <w:jc w:val="right"/>
            </w:pPr>
            <w:r>
              <w:rPr>
                <w:sz w:val="16"/>
              </w:rPr>
              <w:t>0</w:t>
            </w:r>
          </w:p>
        </w:tc>
        <w:tc>
          <w:tcPr>
            <w:tcW w:type="dxa" w:w="1721"/>
          </w:tcPr>
          <w:p>
            <w:pPr>
              <w:spacing w:after="0"/>
              <w:jc w:val="left"/>
            </w:pPr>
            <w:r>
              <w:rPr>
                <w:sz w:val="16"/>
              </w:rPr>
              <w:t>NRI rates coastal flooding Not Applicable for this county, and no federal declaration for this county names it.</w:t>
            </w:r>
          </w:p>
        </w:tc>
        <w:tc>
          <w:tcPr>
            <w:tcW w:type="dxa" w:w="1890"/>
          </w:tcPr>
          <w:p>
            <w:pPr>
              <w:spacing w:after="0"/>
              <w:jc w:val="left"/>
            </w:pPr>
            <w:r>
              <w:rPr>
                <w:sz w:val="16"/>
              </w:rPr>
              <w:t>No recorded events in Storm Events since 1996 (data through 2026-06-30).</w:t>
            </w:r>
          </w:p>
        </w:tc>
      </w:tr>
      <w:tr>
        <w:trPr>
          <w:cantSplit/>
        </w:trPr>
        <w:tc>
          <w:tcPr>
            <w:tcW w:type="dxa" w:w="702"/>
          </w:tcPr>
          <w:p>
            <w:pPr>
              <w:spacing w:after="0"/>
              <w:jc w:val="right"/>
            </w:pPr>
          </w:p>
        </w:tc>
        <w:tc>
          <w:tcPr>
            <w:tcW w:type="dxa" w:w="1037"/>
          </w:tcPr>
          <w:p>
            <w:pPr>
              <w:spacing w:after="0"/>
              <w:jc w:val="left"/>
            </w:pPr>
            <w:r>
              <w:rPr>
                <w:sz w:val="16"/>
              </w:rPr>
              <w:t>Hurricane</w:t>
            </w:r>
          </w:p>
        </w:tc>
        <w:tc>
          <w:tcPr>
            <w:tcW w:type="dxa" w:w="1262"/>
          </w:tcPr>
          <w:p>
            <w:pPr>
              <w:spacing w:after="0"/>
              <w:jc w:val="left"/>
            </w:pPr>
            <w:r>
              <w:rPr>
                <w:sz w:val="16"/>
              </w:rPr>
              <w:t>Not Applicable</w:t>
            </w:r>
          </w:p>
        </w:tc>
        <w:tc>
          <w:tcPr>
            <w:tcW w:type="dxa" w:w="126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85"/>
          </w:tcPr>
          <w:p>
            <w:pPr>
              <w:spacing w:after="0"/>
              <w:jc w:val="right"/>
            </w:pPr>
          </w:p>
        </w:tc>
        <w:tc>
          <w:tcPr>
            <w:tcW w:type="dxa" w:w="1182"/>
          </w:tcPr>
          <w:p>
            <w:pPr>
              <w:spacing w:after="0"/>
              <w:jc w:val="right"/>
            </w:pPr>
          </w:p>
        </w:tc>
        <w:tc>
          <w:tcPr>
            <w:tcW w:type="dxa" w:w="1421"/>
          </w:tcPr>
          <w:p>
            <w:pPr>
              <w:spacing w:after="0"/>
              <w:jc w:val="right"/>
            </w:pPr>
            <w:r>
              <w:rPr>
                <w:sz w:val="16"/>
              </w:rPr>
              <w:t>0</w:t>
            </w:r>
          </w:p>
        </w:tc>
        <w:tc>
          <w:tcPr>
            <w:tcW w:type="dxa" w:w="1721"/>
          </w:tcPr>
          <w:p>
            <w:pPr>
              <w:spacing w:after="0"/>
              <w:jc w:val="left"/>
            </w:pPr>
            <w:r>
              <w:rPr>
                <w:sz w:val="16"/>
              </w:rPr>
              <w:t>NRI rates hurricane Not Applicable for this county, and no counted federal declaration for this county names it (EM-3224-CO names it but is not counted as a local occurrence; see B1-d).</w:t>
            </w:r>
          </w:p>
        </w:tc>
        <w:tc>
          <w:tcPr>
            <w:tcW w:type="dxa" w:w="1890"/>
          </w:tcPr>
          <w:p>
            <w:pPr>
              <w:spacing w:after="0"/>
              <w:jc w:val="left"/>
            </w:pPr>
            <w:r>
              <w:rPr>
                <w:sz w:val="16"/>
              </w:rPr>
              <w:t>No recorded events in Storm Events since 1996 (data through 2026-06-30).</w:t>
            </w:r>
          </w:p>
        </w:tc>
      </w:tr>
      <w:tr>
        <w:trPr>
          <w:cantSplit/>
        </w:trPr>
        <w:tc>
          <w:tcPr>
            <w:tcW w:type="dxa" w:w="702"/>
          </w:tcPr>
          <w:p>
            <w:pPr>
              <w:spacing w:after="0"/>
              <w:jc w:val="right"/>
            </w:pPr>
          </w:p>
        </w:tc>
        <w:tc>
          <w:tcPr>
            <w:tcW w:type="dxa" w:w="1037"/>
          </w:tcPr>
          <w:p>
            <w:pPr>
              <w:spacing w:after="0"/>
              <w:jc w:val="left"/>
            </w:pPr>
            <w:r>
              <w:rPr>
                <w:sz w:val="16"/>
              </w:rPr>
              <w:t>Tsunami</w:t>
            </w:r>
          </w:p>
        </w:tc>
        <w:tc>
          <w:tcPr>
            <w:tcW w:type="dxa" w:w="1262"/>
          </w:tcPr>
          <w:p>
            <w:pPr>
              <w:spacing w:after="0"/>
              <w:jc w:val="left"/>
            </w:pPr>
            <w:r>
              <w:rPr>
                <w:sz w:val="16"/>
              </w:rPr>
              <w:t>Not Applicable</w:t>
            </w:r>
          </w:p>
        </w:tc>
        <w:tc>
          <w:tcPr>
            <w:tcW w:type="dxa" w:w="1262"/>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85"/>
          </w:tcPr>
          <w:p>
            <w:pPr>
              <w:spacing w:after="0"/>
              <w:jc w:val="right"/>
            </w:pPr>
          </w:p>
        </w:tc>
        <w:tc>
          <w:tcPr>
            <w:tcW w:type="dxa" w:w="1182"/>
          </w:tcPr>
          <w:p>
            <w:pPr>
              <w:spacing w:after="0"/>
              <w:jc w:val="right"/>
            </w:pPr>
          </w:p>
        </w:tc>
        <w:tc>
          <w:tcPr>
            <w:tcW w:type="dxa" w:w="1421"/>
          </w:tcPr>
          <w:p>
            <w:pPr>
              <w:spacing w:after="0"/>
              <w:jc w:val="right"/>
            </w:pPr>
            <w:r>
              <w:rPr>
                <w:sz w:val="16"/>
              </w:rPr>
              <w:t>0</w:t>
            </w:r>
          </w:p>
        </w:tc>
        <w:tc>
          <w:tcPr>
            <w:tcW w:type="dxa" w:w="1721"/>
          </w:tcPr>
          <w:p>
            <w:pPr>
              <w:spacing w:after="0"/>
              <w:jc w:val="left"/>
            </w:pPr>
            <w:r>
              <w:rPr>
                <w:sz w:val="16"/>
              </w:rPr>
              <w:t>NRI rates tsunami Not Applicable for this county, and no federal declaration for this county names it.</w:t>
            </w:r>
          </w:p>
        </w:tc>
        <w:tc>
          <w:tcPr>
            <w:tcW w:type="dxa" w:w="189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6</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6</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6 of 6</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24"/>
        <w:gridCol w:w="1791"/>
        <w:gridCol w:w="1629"/>
        <w:gridCol w:w="1441"/>
        <w:gridCol w:w="1689"/>
        <w:gridCol w:w="1667"/>
        <w:gridCol w:w="1709"/>
        <w:gridCol w:w="2362"/>
      </w:tblGrid>
      <w:tr>
        <w:trPr>
          <w:cantSplit/>
          <w:tblHeader/>
        </w:trPr>
        <w:tc>
          <w:tcPr>
            <w:tcW w:type="dxa" w:w="1824"/>
            <w:shd w:val="clear" w:color="auto" w:fill="E8E8E8"/>
          </w:tcPr>
          <w:p>
            <w:pPr>
              <w:spacing w:after="0"/>
              <w:jc w:val="left"/>
            </w:pPr>
            <w:r>
              <w:rPr>
                <w:b/>
                <w:sz w:val="16"/>
              </w:rPr>
              <w:t>Hazard</w:t>
            </w:r>
          </w:p>
        </w:tc>
        <w:tc>
          <w:tcPr>
            <w:tcW w:type="dxa" w:w="1791"/>
            <w:shd w:val="clear" w:color="auto" w:fill="E8E8E8"/>
          </w:tcPr>
          <w:p>
            <w:pPr>
              <w:spacing w:after="0"/>
              <w:jc w:val="left"/>
            </w:pPr>
            <w:r>
              <w:rPr>
                <w:b/>
                <w:sz w:val="16"/>
              </w:rPr>
              <w:t>Scale</w:t>
            </w:r>
          </w:p>
        </w:tc>
        <w:tc>
          <w:tcPr>
            <w:tcW w:type="dxa" w:w="1629"/>
            <w:shd w:val="clear" w:color="auto" w:fill="E8E8E8"/>
          </w:tcPr>
          <w:p>
            <w:pPr>
              <w:spacing w:after="0"/>
              <w:jc w:val="right"/>
            </w:pPr>
            <w:r>
              <w:rPr>
                <w:b/>
                <w:sz w:val="16"/>
              </w:rPr>
              <w:t>Records</w:t>
            </w:r>
          </w:p>
          <w:p>
            <w:pPr>
              <w:spacing w:after="0"/>
              <w:jc w:val="right"/>
            </w:pPr>
            <w:r>
              <w:rPr>
                <w:i/>
                <w:color w:val="555555"/>
                <w:sz w:val="14"/>
              </w:rPr>
              <w:t>count, years</w:t>
            </w:r>
          </w:p>
        </w:tc>
        <w:tc>
          <w:tcPr>
            <w:tcW w:type="dxa" w:w="1441"/>
            <w:shd w:val="clear" w:color="auto" w:fill="E8E8E8"/>
          </w:tcPr>
          <w:p>
            <w:pPr>
              <w:spacing w:after="0"/>
              <w:jc w:val="left"/>
            </w:pPr>
            <w:r>
              <w:rPr>
                <w:b/>
                <w:sz w:val="16"/>
              </w:rPr>
              <w:t>Observed range</w:t>
            </w:r>
          </w:p>
        </w:tc>
        <w:tc>
          <w:tcPr>
            <w:tcW w:type="dxa" w:w="1689"/>
            <w:shd w:val="clear" w:color="auto" w:fill="E8E8E8"/>
          </w:tcPr>
          <w:p>
            <w:pPr>
              <w:spacing w:after="0"/>
              <w:jc w:val="left"/>
            </w:pPr>
            <w:r>
              <w:rPr>
                <w:b/>
                <w:sz w:val="16"/>
              </w:rPr>
              <w:t>Worst recorded event</w:t>
            </w:r>
          </w:p>
        </w:tc>
        <w:tc>
          <w:tcPr>
            <w:tcW w:type="dxa" w:w="1667"/>
            <w:shd w:val="clear" w:color="auto" w:fill="E8E8E8"/>
          </w:tcPr>
          <w:p>
            <w:pPr>
              <w:spacing w:after="0"/>
              <w:jc w:val="left"/>
            </w:pPr>
            <w:r>
              <w:rPr>
                <w:b/>
                <w:sz w:val="16"/>
              </w:rPr>
              <w:t>Most damaging (when different)</w:t>
            </w:r>
          </w:p>
        </w:tc>
        <w:tc>
          <w:tcPr>
            <w:tcW w:type="dxa" w:w="1709"/>
            <w:shd w:val="clear" w:color="auto" w:fill="E8E8E8"/>
          </w:tcPr>
          <w:p>
            <w:pPr>
              <w:spacing w:after="0"/>
              <w:jc w:val="left"/>
            </w:pPr>
            <w:r>
              <w:rPr>
                <w:b/>
                <w:sz w:val="16"/>
              </w:rPr>
              <w:t>How it applies to members</w:t>
            </w:r>
          </w:p>
        </w:tc>
        <w:tc>
          <w:tcPr>
            <w:tcW w:type="dxa" w:w="2362"/>
            <w:shd w:val="clear" w:color="auto" w:fill="E8E8E8"/>
          </w:tcPr>
          <w:p>
            <w:pPr>
              <w:spacing w:after="0"/>
              <w:jc w:val="left"/>
            </w:pPr>
            <w:r>
              <w:rPr>
                <w:b/>
                <w:sz w:val="16"/>
              </w:rPr>
              <w:t>Note</w:t>
            </w:r>
          </w:p>
        </w:tc>
      </w:tr>
      <w:tr>
        <w:trPr>
          <w:cantSplit/>
        </w:trPr>
        <w:tc>
          <w:tcPr>
            <w:tcW w:type="dxa" w:w="1824"/>
          </w:tcPr>
          <w:p>
            <w:pPr>
              <w:spacing w:after="0"/>
              <w:jc w:val="left"/>
            </w:pPr>
            <w:r>
              <w:rPr>
                <w:sz w:val="16"/>
              </w:rPr>
              <w:t>Avalanche</w:t>
            </w:r>
          </w:p>
        </w:tc>
        <w:tc>
          <w:tcPr>
            <w:tcW w:type="dxa" w:w="1791"/>
          </w:tcPr>
          <w:p>
            <w:pPr>
              <w:spacing w:after="0"/>
              <w:jc w:val="left"/>
            </w:pPr>
            <w:r>
              <w:rPr>
                <w:sz w:val="16"/>
              </w:rPr>
              <w:t>none (count and damage)</w:t>
            </w:r>
          </w:p>
        </w:tc>
        <w:tc>
          <w:tcPr>
            <w:tcW w:type="dxa" w:w="1629"/>
          </w:tcPr>
          <w:p>
            <w:pPr>
              <w:spacing w:after="0"/>
              <w:jc w:val="right"/>
            </w:pPr>
            <w:r>
              <w:rPr>
                <w:sz w:val="16"/>
              </w:rPr>
              <w:t>46, 2005 to 2025 (46 zone-level)</w:t>
            </w:r>
          </w:p>
        </w:tc>
        <w:tc>
          <w:tcPr>
            <w:tcW w:type="dxa" w:w="1441"/>
          </w:tcPr>
          <w:p>
            <w:pPr>
              <w:spacing w:after="0"/>
              <w:jc w:val="left"/>
            </w:pPr>
          </w:p>
        </w:tc>
        <w:tc>
          <w:tcPr>
            <w:tcW w:type="dxa" w:w="1689"/>
          </w:tcPr>
          <w:p>
            <w:pPr>
              <w:spacing w:after="0"/>
              <w:jc w:val="left"/>
            </w:pPr>
            <w:r>
              <w:rPr>
                <w:sz w:val="16"/>
              </w:rPr>
              <w:t>No damage reported in 46 records.</w:t>
            </w:r>
          </w:p>
        </w:tc>
        <w:tc>
          <w:tcPr>
            <w:tcW w:type="dxa" w:w="1667"/>
          </w:tcPr>
          <w:p>
            <w:pPr>
              <w:spacing w:after="0"/>
              <w:jc w:val="left"/>
            </w:pPr>
          </w:p>
        </w:tc>
        <w:tc>
          <w:tcPr>
            <w:tcW w:type="dxa" w:w="1709"/>
          </w:tcPr>
          <w:p>
            <w:pPr>
              <w:spacing w:after="0"/>
              <w:jc w:val="left"/>
            </w:pPr>
            <w:r>
              <w:rPr>
                <w:sz w:val="16"/>
              </w:rPr>
              <w:t>Zone-level records: applies countywide; national data do not locate these events within the county.</w:t>
            </w:r>
          </w:p>
        </w:tc>
        <w:tc>
          <w:tcPr>
            <w:tcW w:type="dxa" w:w="2362"/>
          </w:tcPr>
          <w:p>
            <w:pPr>
              <w:spacing w:after="0"/>
              <w:jc w:val="left"/>
            </w:pPr>
            <w:r>
              <w:rPr>
                <w:sz w:val="16"/>
              </w:rPr>
              <w:t>Physical measure: in event narratives only; local data required.</w:t>
            </w:r>
          </w:p>
        </w:tc>
      </w:tr>
      <w:tr>
        <w:trPr>
          <w:cantSplit/>
        </w:trPr>
        <w:tc>
          <w:tcPr>
            <w:tcW w:type="dxa" w:w="1824"/>
          </w:tcPr>
          <w:p>
            <w:pPr>
              <w:spacing w:after="0"/>
              <w:jc w:val="left"/>
            </w:pPr>
            <w:r>
              <w:rPr>
                <w:sz w:val="16"/>
              </w:rPr>
              <w:t>Coastal Flood, Storm Surge/Tide</w:t>
            </w:r>
          </w:p>
        </w:tc>
        <w:tc>
          <w:tcPr>
            <w:tcW w:type="dxa" w:w="1791"/>
          </w:tcPr>
          <w:p>
            <w:pPr>
              <w:spacing w:after="0"/>
              <w:jc w:val="left"/>
            </w:pPr>
            <w:r>
              <w:rPr>
                <w:sz w:val="16"/>
              </w:rPr>
              <w:t>none in data (FIRM for depth)</w:t>
            </w:r>
          </w:p>
        </w:tc>
        <w:tc>
          <w:tcPr>
            <w:tcW w:type="dxa" w:w="1629"/>
          </w:tcPr>
          <w:p>
            <w:pPr>
              <w:spacing w:after="0"/>
              <w:jc w:val="right"/>
            </w:pPr>
            <w:r>
              <w:rPr>
                <w:sz w:val="16"/>
              </w:rPr>
              <w:t>0</w:t>
            </w:r>
          </w:p>
        </w:tc>
        <w:tc>
          <w:tcPr>
            <w:tcW w:type="dxa" w:w="1441"/>
          </w:tcPr>
          <w:p>
            <w:pPr>
              <w:spacing w:after="0"/>
              <w:jc w:val="left"/>
            </w:pPr>
          </w:p>
        </w:tc>
        <w:tc>
          <w:tcPr>
            <w:tcW w:type="dxa" w:w="1689"/>
          </w:tcPr>
          <w:p>
            <w:pPr>
              <w:spacing w:after="0"/>
              <w:jc w:val="left"/>
            </w:pPr>
          </w:p>
        </w:tc>
        <w:tc>
          <w:tcPr>
            <w:tcW w:type="dxa" w:w="1667"/>
          </w:tcPr>
          <w:p>
            <w:pPr>
              <w:spacing w:after="0"/>
              <w:jc w:val="left"/>
            </w:pPr>
          </w:p>
        </w:tc>
        <w:tc>
          <w:tcPr>
            <w:tcW w:type="dxa" w:w="1709"/>
          </w:tcPr>
          <w:p>
            <w:pPr>
              <w:spacing w:after="0"/>
              <w:jc w:val="left"/>
            </w:pPr>
          </w:p>
        </w:tc>
        <w:tc>
          <w:tcPr>
            <w:tcW w:type="dxa" w:w="2362"/>
          </w:tcPr>
          <w:p>
            <w:pPr>
              <w:spacing w:after="0"/>
              <w:jc w:val="left"/>
            </w:pPr>
            <w:r>
              <w:rPr>
                <w:sz w:val="16"/>
              </w:rPr>
              <w:t>Flood depth: see the FEMA Flood Insurance Rate Map.</w:t>
            </w:r>
          </w:p>
        </w:tc>
      </w:tr>
      <w:tr>
        <w:trPr>
          <w:cantSplit/>
        </w:trPr>
        <w:tc>
          <w:tcPr>
            <w:tcW w:type="dxa" w:w="1824"/>
          </w:tcPr>
          <w:p>
            <w:pPr>
              <w:spacing w:after="0"/>
              <w:jc w:val="left"/>
            </w:pPr>
            <w:r>
              <w:rPr>
                <w:sz w:val="16"/>
              </w:rPr>
              <w:t>Cold/Wind Chill, Extreme Cold/Wind Chill</w:t>
            </w:r>
          </w:p>
        </w:tc>
        <w:tc>
          <w:tcPr>
            <w:tcW w:type="dxa" w:w="1791"/>
          </w:tcPr>
          <w:p>
            <w:pPr>
              <w:spacing w:after="0"/>
              <w:jc w:val="left"/>
            </w:pPr>
            <w:r>
              <w:rPr>
                <w:sz w:val="16"/>
              </w:rPr>
              <w:t>wind chill</w:t>
            </w:r>
          </w:p>
        </w:tc>
        <w:tc>
          <w:tcPr>
            <w:tcW w:type="dxa" w:w="1629"/>
          </w:tcPr>
          <w:p>
            <w:pPr>
              <w:spacing w:after="0"/>
              <w:jc w:val="right"/>
            </w:pPr>
            <w:r>
              <w:rPr>
                <w:sz w:val="16"/>
              </w:rPr>
              <w:t>2, 2022 to 2025 (2 zone-level)</w:t>
            </w:r>
          </w:p>
        </w:tc>
        <w:tc>
          <w:tcPr>
            <w:tcW w:type="dxa" w:w="1441"/>
          </w:tcPr>
          <w:p>
            <w:pPr>
              <w:spacing w:after="0"/>
              <w:jc w:val="left"/>
            </w:pPr>
            <w:r>
              <w:rPr>
                <w:sz w:val="16"/>
              </w:rPr>
              <w:t>2 days to 3 days (median 2.5 days); 2 with a recorded value</w:t>
            </w:r>
          </w:p>
        </w:tc>
        <w:tc>
          <w:tcPr>
            <w:tcW w:type="dxa" w:w="1689"/>
          </w:tcPr>
          <w:p>
            <w:pPr>
              <w:spacing w:after="0"/>
              <w:jc w:val="left"/>
            </w:pPr>
            <w:r>
              <w:rPr>
                <w:sz w:val="16"/>
              </w:rPr>
              <w:t>3 consecutive days, 2022-12-21 to 2022-12-23, zone-level</w:t>
            </w:r>
          </w:p>
        </w:tc>
        <w:tc>
          <w:tcPr>
            <w:tcW w:type="dxa" w:w="1667"/>
          </w:tcPr>
          <w:p>
            <w:pPr>
              <w:spacing w:after="0"/>
              <w:jc w:val="left"/>
            </w:pPr>
          </w:p>
        </w:tc>
        <w:tc>
          <w:tcPr>
            <w:tcW w:type="dxa" w:w="1709"/>
          </w:tcPr>
          <w:p>
            <w:pPr>
              <w:spacing w:after="0"/>
              <w:jc w:val="left"/>
            </w:pPr>
            <w:r>
              <w:rPr>
                <w:sz w:val="16"/>
              </w:rPr>
              <w:t>Zone-level records: applies countywide; national data do not locate these events within the county.</w:t>
            </w:r>
          </w:p>
        </w:tc>
        <w:tc>
          <w:tcPr>
            <w:tcW w:type="dxa" w:w="2362"/>
          </w:tcPr>
          <w:p>
            <w:pPr>
              <w:spacing w:after="0"/>
              <w:jc w:val="left"/>
            </w:pPr>
            <w:r>
              <w:rPr>
                <w:sz w:val="16"/>
              </w:rPr>
              <w:t>Wind chill: in event narratives only; local data required.</w:t>
            </w:r>
          </w:p>
        </w:tc>
      </w:tr>
      <w:tr>
        <w:trPr>
          <w:cantSplit/>
        </w:trPr>
        <w:tc>
          <w:tcPr>
            <w:tcW w:type="dxa" w:w="1824"/>
          </w:tcPr>
          <w:p>
            <w:pPr>
              <w:spacing w:after="0"/>
              <w:jc w:val="left"/>
            </w:pPr>
            <w:r>
              <w:rPr>
                <w:sz w:val="16"/>
              </w:rPr>
              <w:t>Frost/Freeze (outside NRI Cold Wave definition)</w:t>
            </w:r>
          </w:p>
        </w:tc>
        <w:tc>
          <w:tcPr>
            <w:tcW w:type="dxa" w:w="1791"/>
          </w:tcPr>
          <w:p>
            <w:pPr>
              <w:spacing w:after="0"/>
              <w:jc w:val="left"/>
            </w:pPr>
            <w:r>
              <w:rPr>
                <w:sz w:val="16"/>
              </w:rPr>
              <w:t>crop damage</w:t>
            </w:r>
          </w:p>
        </w:tc>
        <w:tc>
          <w:tcPr>
            <w:tcW w:type="dxa" w:w="1629"/>
          </w:tcPr>
          <w:p>
            <w:pPr>
              <w:spacing w:after="0"/>
              <w:jc w:val="right"/>
            </w:pPr>
            <w:r>
              <w:rPr>
                <w:sz w:val="16"/>
              </w:rPr>
              <w:t>0</w:t>
            </w:r>
          </w:p>
        </w:tc>
        <w:tc>
          <w:tcPr>
            <w:tcW w:type="dxa" w:w="1441"/>
          </w:tcPr>
          <w:p>
            <w:pPr>
              <w:spacing w:after="0"/>
              <w:jc w:val="left"/>
            </w:pPr>
          </w:p>
        </w:tc>
        <w:tc>
          <w:tcPr>
            <w:tcW w:type="dxa" w:w="1689"/>
          </w:tcPr>
          <w:p>
            <w:pPr>
              <w:spacing w:after="0"/>
              <w:jc w:val="left"/>
            </w:pPr>
          </w:p>
        </w:tc>
        <w:tc>
          <w:tcPr>
            <w:tcW w:type="dxa" w:w="1667"/>
          </w:tcPr>
          <w:p>
            <w:pPr>
              <w:spacing w:after="0"/>
              <w:jc w:val="left"/>
            </w:pPr>
          </w:p>
        </w:tc>
        <w:tc>
          <w:tcPr>
            <w:tcW w:type="dxa" w:w="1709"/>
          </w:tcPr>
          <w:p>
            <w:pPr>
              <w:spacing w:after="0"/>
              <w:jc w:val="left"/>
            </w:pPr>
          </w:p>
        </w:tc>
        <w:tc>
          <w:tcPr>
            <w:tcW w:type="dxa" w:w="2362"/>
          </w:tcPr>
          <w:p>
            <w:pPr>
              <w:spacing w:after="0"/>
              <w:jc w:val="left"/>
            </w:pPr>
            <w:r>
              <w:rPr>
                <w:sz w:val="16"/>
              </w:rPr>
              <w:t>Temperature: in event narratives only; local data required.</w:t>
            </w:r>
          </w:p>
        </w:tc>
      </w:tr>
      <w:tr>
        <w:trPr>
          <w:cantSplit/>
        </w:trPr>
        <w:tc>
          <w:tcPr>
            <w:tcW w:type="dxa" w:w="1824"/>
          </w:tcPr>
          <w:p>
            <w:pPr>
              <w:spacing w:after="0"/>
              <w:jc w:val="left"/>
            </w:pPr>
            <w:r>
              <w:rPr>
                <w:sz w:val="16"/>
              </w:rPr>
              <w:t>Drought</w:t>
            </w:r>
          </w:p>
        </w:tc>
        <w:tc>
          <w:tcPr>
            <w:tcW w:type="dxa" w:w="1791"/>
          </w:tcPr>
          <w:p>
            <w:pPr>
              <w:spacing w:after="0"/>
              <w:jc w:val="left"/>
            </w:pPr>
            <w:r>
              <w:rPr>
                <w:sz w:val="16"/>
              </w:rPr>
              <w:t>US Drought Monitor D-scale</w:t>
            </w:r>
          </w:p>
        </w:tc>
        <w:tc>
          <w:tcPr>
            <w:tcW w:type="dxa" w:w="1629"/>
          </w:tcPr>
          <w:p>
            <w:pPr>
              <w:spacing w:after="0"/>
              <w:jc w:val="right"/>
            </w:pPr>
            <w:r>
              <w:rPr>
                <w:sz w:val="16"/>
              </w:rPr>
              <w:t>1, 2002 to 2002 (1 zone-level)</w:t>
            </w:r>
          </w:p>
        </w:tc>
        <w:tc>
          <w:tcPr>
            <w:tcW w:type="dxa" w:w="1441"/>
          </w:tcPr>
          <w:p>
            <w:pPr>
              <w:spacing w:after="0"/>
              <w:jc w:val="left"/>
            </w:pPr>
            <w:r>
              <w:rPr>
                <w:sz w:val="16"/>
              </w:rPr>
              <w:t>30 days; 1 with a recorded value</w:t>
            </w:r>
          </w:p>
        </w:tc>
        <w:tc>
          <w:tcPr>
            <w:tcW w:type="dxa" w:w="1689"/>
          </w:tcPr>
          <w:p>
            <w:pPr>
              <w:spacing w:after="0"/>
              <w:jc w:val="left"/>
            </w:pPr>
            <w:r>
              <w:rPr>
                <w:sz w:val="16"/>
              </w:rPr>
              <w:t>30 days (1 month), 2002-04-01 to 2002-04-30, zone-level</w:t>
            </w:r>
          </w:p>
        </w:tc>
        <w:tc>
          <w:tcPr>
            <w:tcW w:type="dxa" w:w="1667"/>
          </w:tcPr>
          <w:p>
            <w:pPr>
              <w:spacing w:after="0"/>
              <w:jc w:val="left"/>
            </w:pPr>
          </w:p>
        </w:tc>
        <w:tc>
          <w:tcPr>
            <w:tcW w:type="dxa" w:w="1709"/>
          </w:tcPr>
          <w:p>
            <w:pPr>
              <w:spacing w:after="0"/>
              <w:jc w:val="left"/>
            </w:pPr>
            <w:r>
              <w:rPr>
                <w:sz w:val="16"/>
              </w:rPr>
              <w:t>Zone-level records: applies countywide; national data do not locate these events within the county.</w:t>
            </w:r>
          </w:p>
        </w:tc>
        <w:tc>
          <w:tcPr>
            <w:tcW w:type="dxa" w:w="236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24"/>
          </w:tcPr>
          <w:p>
            <w:pPr>
              <w:spacing w:after="0"/>
              <w:jc w:val="left"/>
            </w:pPr>
            <w:r>
              <w:rPr>
                <w:sz w:val="16"/>
              </w:rPr>
              <w:t>Earthquake</w:t>
            </w:r>
          </w:p>
        </w:tc>
        <w:tc>
          <w:tcPr>
            <w:tcW w:type="dxa" w:w="1791"/>
          </w:tcPr>
          <w:p>
            <w:pPr>
              <w:spacing w:after="0"/>
              <w:jc w:val="left"/>
            </w:pPr>
            <w:r>
              <w:rPr>
                <w:sz w:val="16"/>
              </w:rPr>
              <w:t>Modified Mercalli (local data)</w:t>
            </w:r>
          </w:p>
        </w:tc>
        <w:tc>
          <w:tcPr>
            <w:tcW w:type="dxa" w:w="1629"/>
          </w:tcPr>
          <w:p>
            <w:pPr>
              <w:spacing w:after="0"/>
              <w:jc w:val="right"/>
            </w:pPr>
            <w:r>
              <w:rPr>
                <w:sz w:val="16"/>
              </w:rPr>
              <w:t>0</w:t>
            </w:r>
          </w:p>
        </w:tc>
        <w:tc>
          <w:tcPr>
            <w:tcW w:type="dxa" w:w="1441"/>
          </w:tcPr>
          <w:p>
            <w:pPr>
              <w:spacing w:after="0"/>
              <w:jc w:val="left"/>
            </w:pPr>
          </w:p>
        </w:tc>
        <w:tc>
          <w:tcPr>
            <w:tcW w:type="dxa" w:w="1689"/>
          </w:tcPr>
          <w:p>
            <w:pPr>
              <w:spacing w:after="0"/>
              <w:jc w:val="left"/>
            </w:pPr>
          </w:p>
        </w:tc>
        <w:tc>
          <w:tcPr>
            <w:tcW w:type="dxa" w:w="1667"/>
          </w:tcPr>
          <w:p>
            <w:pPr>
              <w:spacing w:after="0"/>
              <w:jc w:val="left"/>
            </w:pPr>
          </w:p>
        </w:tc>
        <w:tc>
          <w:tcPr>
            <w:tcW w:type="dxa" w:w="1709"/>
          </w:tcPr>
          <w:p>
            <w:pPr>
              <w:spacing w:after="0"/>
              <w:jc w:val="left"/>
            </w:pPr>
          </w:p>
        </w:tc>
        <w:tc>
          <w:tcPr>
            <w:tcW w:type="dxa" w:w="2362"/>
          </w:tcPr>
          <w:p>
            <w:pPr>
              <w:spacing w:after="0"/>
              <w:jc w:val="left"/>
            </w:pPr>
            <w:r>
              <w:rPr>
                <w:sz w:val="16"/>
              </w:rPr>
              <w:t>No Storm Events record; local data required (e.g., USGS).</w:t>
            </w:r>
          </w:p>
        </w:tc>
      </w:tr>
      <w:tr>
        <w:trPr>
          <w:cantSplit/>
        </w:trPr>
        <w:tc>
          <w:tcPr>
            <w:tcW w:type="dxa" w:w="1824"/>
          </w:tcPr>
          <w:p>
            <w:pPr>
              <w:spacing w:after="0"/>
              <w:jc w:val="left"/>
            </w:pPr>
            <w:r>
              <w:rPr>
                <w:sz w:val="16"/>
              </w:rPr>
              <w:t>Hail</w:t>
            </w:r>
          </w:p>
        </w:tc>
        <w:tc>
          <w:tcPr>
            <w:tcW w:type="dxa" w:w="1791"/>
          </w:tcPr>
          <w:p>
            <w:pPr>
              <w:spacing w:after="0"/>
              <w:jc w:val="left"/>
            </w:pPr>
            <w:r>
              <w:rPr>
                <w:sz w:val="16"/>
              </w:rPr>
              <w:t>hail size (inches)</w:t>
            </w:r>
          </w:p>
        </w:tc>
        <w:tc>
          <w:tcPr>
            <w:tcW w:type="dxa" w:w="1629"/>
          </w:tcPr>
          <w:p>
            <w:pPr>
              <w:spacing w:after="0"/>
              <w:jc w:val="right"/>
            </w:pPr>
            <w:r>
              <w:rPr>
                <w:sz w:val="16"/>
              </w:rPr>
              <w:t>4, 1993 to 2020</w:t>
            </w:r>
          </w:p>
        </w:tc>
        <w:tc>
          <w:tcPr>
            <w:tcW w:type="dxa" w:w="1441"/>
          </w:tcPr>
          <w:p>
            <w:pPr>
              <w:spacing w:after="0"/>
              <w:jc w:val="left"/>
            </w:pPr>
            <w:r>
              <w:rPr>
                <w:sz w:val="16"/>
              </w:rPr>
              <w:t>0.88 in to 1.75 in (median 1.12 in); 4 with a recorded value</w:t>
            </w:r>
          </w:p>
        </w:tc>
        <w:tc>
          <w:tcPr>
            <w:tcW w:type="dxa" w:w="1689"/>
          </w:tcPr>
          <w:p>
            <w:pPr>
              <w:spacing w:after="0"/>
              <w:jc w:val="left"/>
            </w:pPr>
            <w:r>
              <w:rPr>
                <w:sz w:val="16"/>
              </w:rPr>
              <w:t>1.75 in hail, 1993-05-24</w:t>
            </w:r>
          </w:p>
        </w:tc>
        <w:tc>
          <w:tcPr>
            <w:tcW w:type="dxa" w:w="1667"/>
          </w:tcPr>
          <w:p>
            <w:pPr>
              <w:spacing w:after="0"/>
              <w:jc w:val="left"/>
            </w:pPr>
          </w:p>
        </w:tc>
        <w:tc>
          <w:tcPr>
            <w:tcW w:type="dxa" w:w="1709"/>
          </w:tcPr>
          <w:p>
            <w:pPr>
              <w:spacing w:after="0"/>
              <w:jc w:val="left"/>
            </w:pPr>
            <w:r>
              <w:rPr>
                <w:sz w:val="16"/>
              </w:rPr>
              <w:t>Event records naming member places: Granby town (1 record), Kremmling town (1 record).</w:t>
            </w:r>
          </w:p>
        </w:tc>
        <w:tc>
          <w:tcPr>
            <w:tcW w:type="dxa" w:w="2362"/>
          </w:tcPr>
          <w:p>
            <w:pPr>
              <w:spacing w:after="0"/>
              <w:jc w:val="left"/>
            </w:pPr>
          </w:p>
        </w:tc>
      </w:tr>
      <w:tr>
        <w:trPr>
          <w:cantSplit/>
        </w:trPr>
        <w:tc>
          <w:tcPr>
            <w:tcW w:type="dxa" w:w="1824"/>
          </w:tcPr>
          <w:p>
            <w:pPr>
              <w:spacing w:after="0"/>
              <w:jc w:val="left"/>
            </w:pPr>
            <w:r>
              <w:rPr>
                <w:sz w:val="16"/>
              </w:rPr>
              <w:t>Excessive Heat, Heat</w:t>
            </w:r>
          </w:p>
        </w:tc>
        <w:tc>
          <w:tcPr>
            <w:tcW w:type="dxa" w:w="1791"/>
          </w:tcPr>
          <w:p>
            <w:pPr>
              <w:spacing w:after="0"/>
              <w:jc w:val="left"/>
            </w:pPr>
            <w:r>
              <w:rPr>
                <w:sz w:val="16"/>
              </w:rPr>
              <w:t>heat index (narratives)</w:t>
            </w:r>
          </w:p>
        </w:tc>
        <w:tc>
          <w:tcPr>
            <w:tcW w:type="dxa" w:w="1629"/>
          </w:tcPr>
          <w:p>
            <w:pPr>
              <w:spacing w:after="0"/>
              <w:jc w:val="right"/>
            </w:pPr>
            <w:r>
              <w:rPr>
                <w:sz w:val="16"/>
              </w:rPr>
              <w:t>0</w:t>
            </w:r>
          </w:p>
        </w:tc>
        <w:tc>
          <w:tcPr>
            <w:tcW w:type="dxa" w:w="1441"/>
          </w:tcPr>
          <w:p>
            <w:pPr>
              <w:spacing w:after="0"/>
              <w:jc w:val="left"/>
            </w:pPr>
          </w:p>
        </w:tc>
        <w:tc>
          <w:tcPr>
            <w:tcW w:type="dxa" w:w="1689"/>
          </w:tcPr>
          <w:p>
            <w:pPr>
              <w:spacing w:after="0"/>
              <w:jc w:val="left"/>
            </w:pPr>
          </w:p>
        </w:tc>
        <w:tc>
          <w:tcPr>
            <w:tcW w:type="dxa" w:w="1667"/>
          </w:tcPr>
          <w:p>
            <w:pPr>
              <w:spacing w:after="0"/>
              <w:jc w:val="left"/>
            </w:pPr>
          </w:p>
        </w:tc>
        <w:tc>
          <w:tcPr>
            <w:tcW w:type="dxa" w:w="1709"/>
          </w:tcPr>
          <w:p>
            <w:pPr>
              <w:spacing w:after="0"/>
              <w:jc w:val="left"/>
            </w:pPr>
          </w:p>
        </w:tc>
        <w:tc>
          <w:tcPr>
            <w:tcW w:type="dxa" w:w="2362"/>
          </w:tcPr>
          <w:p>
            <w:pPr>
              <w:spacing w:after="0"/>
              <w:jc w:val="left"/>
            </w:pPr>
            <w:r>
              <w:rPr>
                <w:sz w:val="16"/>
              </w:rPr>
              <w:t>Heat index: in event narratives only; local data required.</w:t>
            </w:r>
          </w:p>
        </w:tc>
      </w:tr>
      <w:tr>
        <w:trPr>
          <w:cantSplit/>
        </w:trPr>
        <w:tc>
          <w:tcPr>
            <w:tcW w:type="dxa" w:w="1824"/>
          </w:tcPr>
          <w:p>
            <w:pPr>
              <w:spacing w:after="0"/>
              <w:jc w:val="left"/>
            </w:pPr>
            <w:r>
              <w:rPr>
                <w:sz w:val="16"/>
              </w:rPr>
              <w:t>Hurricane, Tropical Storm, Tropical Depression</w:t>
            </w:r>
          </w:p>
        </w:tc>
        <w:tc>
          <w:tcPr>
            <w:tcW w:type="dxa" w:w="1791"/>
          </w:tcPr>
          <w:p>
            <w:pPr>
              <w:spacing w:after="0"/>
              <w:jc w:val="left"/>
            </w:pPr>
            <w:r>
              <w:rPr>
                <w:sz w:val="16"/>
              </w:rPr>
              <w:t>Saffir-Simpson</w:t>
            </w:r>
          </w:p>
        </w:tc>
        <w:tc>
          <w:tcPr>
            <w:tcW w:type="dxa" w:w="1629"/>
          </w:tcPr>
          <w:p>
            <w:pPr>
              <w:spacing w:after="0"/>
              <w:jc w:val="right"/>
            </w:pPr>
            <w:r>
              <w:rPr>
                <w:sz w:val="16"/>
              </w:rPr>
              <w:t>0</w:t>
            </w:r>
          </w:p>
        </w:tc>
        <w:tc>
          <w:tcPr>
            <w:tcW w:type="dxa" w:w="1441"/>
          </w:tcPr>
          <w:p>
            <w:pPr>
              <w:spacing w:after="0"/>
              <w:jc w:val="left"/>
            </w:pPr>
          </w:p>
        </w:tc>
        <w:tc>
          <w:tcPr>
            <w:tcW w:type="dxa" w:w="1689"/>
          </w:tcPr>
          <w:p>
            <w:pPr>
              <w:spacing w:after="0"/>
              <w:jc w:val="left"/>
            </w:pPr>
          </w:p>
        </w:tc>
        <w:tc>
          <w:tcPr>
            <w:tcW w:type="dxa" w:w="1667"/>
          </w:tcPr>
          <w:p>
            <w:pPr>
              <w:spacing w:after="0"/>
              <w:jc w:val="left"/>
            </w:pPr>
          </w:p>
        </w:tc>
        <w:tc>
          <w:tcPr>
            <w:tcW w:type="dxa" w:w="1709"/>
          </w:tcPr>
          <w:p>
            <w:pPr>
              <w:spacing w:after="0"/>
              <w:jc w:val="left"/>
            </w:pPr>
          </w:p>
        </w:tc>
        <w:tc>
          <w:tcPr>
            <w:tcW w:type="dxa" w:w="2362"/>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824"/>
          </w:tcPr>
          <w:p>
            <w:pPr>
              <w:spacing w:after="0"/>
              <w:jc w:val="left"/>
            </w:pPr>
            <w:r>
              <w:rPr>
                <w:sz w:val="16"/>
              </w:rPr>
              <w:t>Ice Storm</w:t>
            </w:r>
          </w:p>
        </w:tc>
        <w:tc>
          <w:tcPr>
            <w:tcW w:type="dxa" w:w="1791"/>
          </w:tcPr>
          <w:p>
            <w:pPr>
              <w:spacing w:after="0"/>
              <w:jc w:val="left"/>
            </w:pPr>
            <w:r>
              <w:rPr>
                <w:sz w:val="16"/>
              </w:rPr>
              <w:t>Sperry-Piltz (local data)</w:t>
            </w:r>
          </w:p>
        </w:tc>
        <w:tc>
          <w:tcPr>
            <w:tcW w:type="dxa" w:w="1629"/>
          </w:tcPr>
          <w:p>
            <w:pPr>
              <w:spacing w:after="0"/>
              <w:jc w:val="right"/>
            </w:pPr>
            <w:r>
              <w:rPr>
                <w:sz w:val="16"/>
              </w:rPr>
              <w:t>0</w:t>
            </w:r>
          </w:p>
        </w:tc>
        <w:tc>
          <w:tcPr>
            <w:tcW w:type="dxa" w:w="1441"/>
          </w:tcPr>
          <w:p>
            <w:pPr>
              <w:spacing w:after="0"/>
              <w:jc w:val="left"/>
            </w:pPr>
          </w:p>
        </w:tc>
        <w:tc>
          <w:tcPr>
            <w:tcW w:type="dxa" w:w="1689"/>
          </w:tcPr>
          <w:p>
            <w:pPr>
              <w:spacing w:after="0"/>
              <w:jc w:val="left"/>
            </w:pPr>
          </w:p>
        </w:tc>
        <w:tc>
          <w:tcPr>
            <w:tcW w:type="dxa" w:w="1667"/>
          </w:tcPr>
          <w:p>
            <w:pPr>
              <w:spacing w:after="0"/>
              <w:jc w:val="left"/>
            </w:pPr>
          </w:p>
        </w:tc>
        <w:tc>
          <w:tcPr>
            <w:tcW w:type="dxa" w:w="1709"/>
          </w:tcPr>
          <w:p>
            <w:pPr>
              <w:spacing w:after="0"/>
              <w:jc w:val="left"/>
            </w:pPr>
          </w:p>
        </w:tc>
        <w:tc>
          <w:tcPr>
            <w:tcW w:type="dxa" w:w="2362"/>
          </w:tcPr>
          <w:p>
            <w:pPr>
              <w:spacing w:after="0"/>
              <w:jc w:val="left"/>
            </w:pPr>
            <w:r>
              <w:rPr>
                <w:sz w:val="16"/>
              </w:rPr>
              <w:t>Ice thickness: in event narratives only; local data required.</w:t>
            </w:r>
          </w:p>
        </w:tc>
      </w:tr>
      <w:tr>
        <w:trPr>
          <w:cantSplit/>
        </w:trPr>
        <w:tc>
          <w:tcPr>
            <w:tcW w:type="dxa" w:w="1824"/>
          </w:tcPr>
          <w:p>
            <w:pPr>
              <w:spacing w:after="0"/>
              <w:jc w:val="left"/>
            </w:pPr>
            <w:r>
              <w:rPr>
                <w:sz w:val="16"/>
              </w:rPr>
              <w:t>Flash Flood, Flood, Lakeshore Flood</w:t>
            </w:r>
          </w:p>
        </w:tc>
        <w:tc>
          <w:tcPr>
            <w:tcW w:type="dxa" w:w="1791"/>
          </w:tcPr>
          <w:p>
            <w:pPr>
              <w:spacing w:after="0"/>
              <w:jc w:val="left"/>
            </w:pPr>
            <w:r>
              <w:rPr>
                <w:sz w:val="16"/>
              </w:rPr>
              <w:t>damage and flood days (FIRM for depth)</w:t>
            </w:r>
          </w:p>
        </w:tc>
        <w:tc>
          <w:tcPr>
            <w:tcW w:type="dxa" w:w="1629"/>
          </w:tcPr>
          <w:p>
            <w:pPr>
              <w:spacing w:after="0"/>
              <w:jc w:val="right"/>
            </w:pPr>
            <w:r>
              <w:rPr>
                <w:sz w:val="16"/>
              </w:rPr>
              <w:t>16, 2000 to 2023</w:t>
            </w:r>
          </w:p>
        </w:tc>
        <w:tc>
          <w:tcPr>
            <w:tcW w:type="dxa" w:w="1441"/>
          </w:tcPr>
          <w:p>
            <w:pPr>
              <w:spacing w:after="0"/>
              <w:jc w:val="left"/>
            </w:pPr>
          </w:p>
        </w:tc>
        <w:tc>
          <w:tcPr>
            <w:tcW w:type="dxa" w:w="1689"/>
          </w:tcPr>
          <w:p>
            <w:pPr>
              <w:spacing w:after="0"/>
              <w:jc w:val="left"/>
            </w:pPr>
            <w:r>
              <w:rPr>
                <w:sz w:val="16"/>
              </w:rPr>
              <w:t>Flash Flood, 2021-07-30, $25,000 property; $10,000 crops (2021 dollars)</w:t>
            </w:r>
          </w:p>
        </w:tc>
        <w:tc>
          <w:tcPr>
            <w:tcW w:type="dxa" w:w="1667"/>
          </w:tcPr>
          <w:p>
            <w:pPr>
              <w:spacing w:after="0"/>
              <w:jc w:val="left"/>
            </w:pPr>
          </w:p>
        </w:tc>
        <w:tc>
          <w:tcPr>
            <w:tcW w:type="dxa" w:w="1709"/>
          </w:tcPr>
          <w:p>
            <w:pPr>
              <w:spacing w:after="0"/>
              <w:jc w:val="left"/>
            </w:pPr>
            <w:r>
              <w:rPr>
                <w:sz w:val="16"/>
              </w:rPr>
              <w:t>Event records naming member places: Hot Sulphur Springs town (9 records), Granby town (4 records), Fraser town (3 records), Grand Lake town (2 records).</w:t>
            </w:r>
          </w:p>
        </w:tc>
        <w:tc>
          <w:tcPr>
            <w:tcW w:type="dxa" w:w="2362"/>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824"/>
          </w:tcPr>
          <w:p>
            <w:pPr>
              <w:spacing w:after="0"/>
              <w:jc w:val="left"/>
            </w:pPr>
            <w:r>
              <w:rPr>
                <w:sz w:val="16"/>
              </w:rPr>
              <w:t>Debris Flow</w:t>
            </w:r>
          </w:p>
        </w:tc>
        <w:tc>
          <w:tcPr>
            <w:tcW w:type="dxa" w:w="1791"/>
          </w:tcPr>
          <w:p>
            <w:pPr>
              <w:spacing w:after="0"/>
              <w:jc w:val="left"/>
            </w:pPr>
            <w:r>
              <w:rPr>
                <w:sz w:val="16"/>
              </w:rPr>
              <w:t>none (count and damage)</w:t>
            </w:r>
          </w:p>
        </w:tc>
        <w:tc>
          <w:tcPr>
            <w:tcW w:type="dxa" w:w="1629"/>
          </w:tcPr>
          <w:p>
            <w:pPr>
              <w:spacing w:after="0"/>
              <w:jc w:val="right"/>
            </w:pPr>
            <w:r>
              <w:rPr>
                <w:sz w:val="16"/>
              </w:rPr>
              <w:t>0</w:t>
            </w:r>
          </w:p>
        </w:tc>
        <w:tc>
          <w:tcPr>
            <w:tcW w:type="dxa" w:w="1441"/>
          </w:tcPr>
          <w:p>
            <w:pPr>
              <w:spacing w:after="0"/>
              <w:jc w:val="left"/>
            </w:pPr>
          </w:p>
        </w:tc>
        <w:tc>
          <w:tcPr>
            <w:tcW w:type="dxa" w:w="1689"/>
          </w:tcPr>
          <w:p>
            <w:pPr>
              <w:spacing w:after="0"/>
              <w:jc w:val="left"/>
            </w:pPr>
          </w:p>
        </w:tc>
        <w:tc>
          <w:tcPr>
            <w:tcW w:type="dxa" w:w="1667"/>
          </w:tcPr>
          <w:p>
            <w:pPr>
              <w:spacing w:after="0"/>
              <w:jc w:val="left"/>
            </w:pPr>
          </w:p>
        </w:tc>
        <w:tc>
          <w:tcPr>
            <w:tcW w:type="dxa" w:w="1709"/>
          </w:tcPr>
          <w:p>
            <w:pPr>
              <w:spacing w:after="0"/>
              <w:jc w:val="left"/>
            </w:pPr>
          </w:p>
        </w:tc>
        <w:tc>
          <w:tcPr>
            <w:tcW w:type="dxa" w:w="2362"/>
          </w:tcPr>
          <w:p>
            <w:pPr>
              <w:spacing w:after="0"/>
              <w:jc w:val="left"/>
            </w:pPr>
            <w:r>
              <w:rPr>
                <w:sz w:val="16"/>
              </w:rPr>
              <w:t>Physical measure: in event narratives only; local data required.</w:t>
            </w:r>
          </w:p>
        </w:tc>
      </w:tr>
      <w:tr>
        <w:trPr>
          <w:cantSplit/>
        </w:trPr>
        <w:tc>
          <w:tcPr>
            <w:tcW w:type="dxa" w:w="1824"/>
          </w:tcPr>
          <w:p>
            <w:pPr>
              <w:spacing w:after="0"/>
              <w:jc w:val="left"/>
            </w:pPr>
            <w:r>
              <w:rPr>
                <w:sz w:val="16"/>
              </w:rPr>
              <w:t>Lightning</w:t>
            </w:r>
          </w:p>
        </w:tc>
        <w:tc>
          <w:tcPr>
            <w:tcW w:type="dxa" w:w="1791"/>
          </w:tcPr>
          <w:p>
            <w:pPr>
              <w:spacing w:after="0"/>
              <w:jc w:val="left"/>
            </w:pPr>
            <w:r>
              <w:rPr>
                <w:sz w:val="16"/>
              </w:rPr>
              <w:t>annualized frequency (the measure FEMA's Local Mitigation Planning Handbook names)</w:t>
            </w:r>
          </w:p>
        </w:tc>
        <w:tc>
          <w:tcPr>
            <w:tcW w:type="dxa" w:w="1629"/>
          </w:tcPr>
          <w:p>
            <w:pPr>
              <w:spacing w:after="0"/>
              <w:jc w:val="right"/>
            </w:pPr>
            <w:r>
              <w:rPr>
                <w:sz w:val="16"/>
              </w:rPr>
              <w:t>2, 2004 to 2006</w:t>
            </w:r>
          </w:p>
        </w:tc>
        <w:tc>
          <w:tcPr>
            <w:tcW w:type="dxa" w:w="1441"/>
          </w:tcPr>
          <w:p>
            <w:pPr>
              <w:spacing w:after="0"/>
              <w:jc w:val="left"/>
            </w:pPr>
          </w:p>
        </w:tc>
        <w:tc>
          <w:tcPr>
            <w:tcW w:type="dxa" w:w="1689"/>
          </w:tcPr>
          <w:p>
            <w:pPr>
              <w:spacing w:after="0"/>
              <w:jc w:val="left"/>
            </w:pPr>
            <w:r>
              <w:rPr>
                <w:sz w:val="16"/>
              </w:rPr>
              <w:t>Lightning, 2004-06-20, damage not reported, 19 direct injuries</w:t>
            </w:r>
          </w:p>
        </w:tc>
        <w:tc>
          <w:tcPr>
            <w:tcW w:type="dxa" w:w="1667"/>
          </w:tcPr>
          <w:p>
            <w:pPr>
              <w:spacing w:after="0"/>
              <w:jc w:val="left"/>
            </w:pPr>
          </w:p>
        </w:tc>
        <w:tc>
          <w:tcPr>
            <w:tcW w:type="dxa" w:w="1709"/>
          </w:tcPr>
          <w:p>
            <w:pPr>
              <w:spacing w:after="0"/>
              <w:jc w:val="left"/>
            </w:pPr>
            <w:r>
              <w:rPr>
                <w:sz w:val="16"/>
              </w:rPr>
              <w:t>Event records naming member places: Granby town (1 record), Kremmling town (1 record).</w:t>
            </w:r>
          </w:p>
        </w:tc>
        <w:tc>
          <w:tcPr>
            <w:tcW w:type="dxa" w:w="2362"/>
          </w:tcPr>
          <w:p>
            <w:pPr>
              <w:spacing w:after="0"/>
              <w:jc w:val="left"/>
            </w:pPr>
            <w:r>
              <w:rPr>
                <w:sz w:val="16"/>
              </w:rPr>
              <w:t>Storm Events lists lightning with damage or casualties; physical measure in event narratives only; local data required.</w:t>
            </w:r>
          </w:p>
        </w:tc>
      </w:tr>
      <w:tr>
        <w:trPr>
          <w:cantSplit/>
        </w:trPr>
        <w:tc>
          <w:tcPr>
            <w:tcW w:type="dxa" w:w="1824"/>
          </w:tcPr>
          <w:p>
            <w:pPr>
              <w:spacing w:after="0"/>
              <w:jc w:val="left"/>
            </w:pPr>
            <w:r>
              <w:rPr>
                <w:sz w:val="16"/>
              </w:rPr>
              <w:t>High Wind and Strong Wind (outside NRI Strong Wind definition)</w:t>
            </w:r>
          </w:p>
        </w:tc>
        <w:tc>
          <w:tcPr>
            <w:tcW w:type="dxa" w:w="1791"/>
          </w:tcPr>
          <w:p>
            <w:pPr>
              <w:spacing w:after="0"/>
              <w:jc w:val="left"/>
            </w:pPr>
            <w:r>
              <w:rPr>
                <w:sz w:val="16"/>
              </w:rPr>
              <w:t>wind speed (kt and mph)</w:t>
            </w:r>
          </w:p>
        </w:tc>
        <w:tc>
          <w:tcPr>
            <w:tcW w:type="dxa" w:w="1629"/>
          </w:tcPr>
          <w:p>
            <w:pPr>
              <w:spacing w:after="0"/>
              <w:jc w:val="right"/>
            </w:pPr>
            <w:r>
              <w:rPr>
                <w:sz w:val="16"/>
              </w:rPr>
              <w:t>105, 1996 to 2026 (105 zone-level)</w:t>
            </w:r>
          </w:p>
        </w:tc>
        <w:tc>
          <w:tcPr>
            <w:tcW w:type="dxa" w:w="1441"/>
          </w:tcPr>
          <w:p>
            <w:pPr>
              <w:spacing w:after="0"/>
              <w:jc w:val="left"/>
            </w:pPr>
            <w:r>
              <w:rPr>
                <w:sz w:val="16"/>
              </w:rPr>
              <w:t>43 kt (49 mph) to 116 kt (133 mph) (median 77 kt (89 mph)); 104 with a recorded value</w:t>
            </w:r>
          </w:p>
        </w:tc>
        <w:tc>
          <w:tcPr>
            <w:tcW w:type="dxa" w:w="1689"/>
          </w:tcPr>
          <w:p>
            <w:pPr>
              <w:spacing w:after="0"/>
              <w:jc w:val="left"/>
            </w:pPr>
            <w:r>
              <w:rPr>
                <w:sz w:val="16"/>
              </w:rPr>
              <w:t>116 kt (133 mph) measured gust, High Wind, 2005-11-12; NWS zone COZ034 (S &amp; SE GRAND / W CENTRAL &amp; SW BOULDER / GILPIN / CLEAR CREEK / SUMMIT / N &amp; W PARK COUNTIES ABOVE 9000 FEET), zone-level: may include parts of neighboring counties</w:t>
            </w:r>
          </w:p>
        </w:tc>
        <w:tc>
          <w:tcPr>
            <w:tcW w:type="dxa" w:w="1667"/>
          </w:tcPr>
          <w:p>
            <w:pPr>
              <w:spacing w:after="0"/>
              <w:jc w:val="left"/>
            </w:pPr>
          </w:p>
        </w:tc>
        <w:tc>
          <w:tcPr>
            <w:tcW w:type="dxa" w:w="1709"/>
          </w:tcPr>
          <w:p>
            <w:pPr>
              <w:spacing w:after="0"/>
              <w:jc w:val="left"/>
            </w:pPr>
            <w:r>
              <w:rPr>
                <w:sz w:val="16"/>
              </w:rPr>
              <w:t>Zone-level records: applies countywide; national data do not locate these events within the county.</w:t>
            </w:r>
          </w:p>
        </w:tc>
        <w:tc>
          <w:tcPr>
            <w:tcW w:type="dxa" w:w="2362"/>
          </w:tcPr>
          <w:p>
            <w:pPr>
              <w:spacing w:after="0"/>
              <w:jc w:val="left"/>
            </w:pPr>
          </w:p>
        </w:tc>
      </w:tr>
      <w:tr>
        <w:trPr>
          <w:cantSplit/>
        </w:trPr>
        <w:tc>
          <w:tcPr>
            <w:tcW w:type="dxa" w:w="1824"/>
          </w:tcPr>
          <w:p>
            <w:pPr>
              <w:spacing w:after="0"/>
              <w:jc w:val="left"/>
            </w:pPr>
            <w:r>
              <w:rPr>
                <w:sz w:val="16"/>
              </w:rPr>
              <w:t>Thunderstorm Wind</w:t>
            </w:r>
          </w:p>
        </w:tc>
        <w:tc>
          <w:tcPr>
            <w:tcW w:type="dxa" w:w="1791"/>
          </w:tcPr>
          <w:p>
            <w:pPr>
              <w:spacing w:after="0"/>
              <w:jc w:val="left"/>
            </w:pPr>
            <w:r>
              <w:rPr>
                <w:sz w:val="16"/>
              </w:rPr>
              <w:t>wind speed (kt and mph)</w:t>
            </w:r>
          </w:p>
        </w:tc>
        <w:tc>
          <w:tcPr>
            <w:tcW w:type="dxa" w:w="1629"/>
          </w:tcPr>
          <w:p>
            <w:pPr>
              <w:spacing w:after="0"/>
              <w:jc w:val="right"/>
            </w:pPr>
            <w:r>
              <w:rPr>
                <w:sz w:val="16"/>
              </w:rPr>
              <w:t>23, 1960 to 2026</w:t>
            </w:r>
          </w:p>
        </w:tc>
        <w:tc>
          <w:tcPr>
            <w:tcW w:type="dxa" w:w="1441"/>
          </w:tcPr>
          <w:p>
            <w:pPr>
              <w:spacing w:after="0"/>
              <w:jc w:val="left"/>
            </w:pPr>
            <w:r>
              <w:rPr>
                <w:sz w:val="16"/>
              </w:rPr>
              <w:t>50 kt (58 mph) to 96 kt (110 mph) (median 59.5 kt (68 mph)); 22 with a recorded value</w:t>
            </w:r>
          </w:p>
        </w:tc>
        <w:tc>
          <w:tcPr>
            <w:tcW w:type="dxa" w:w="1689"/>
          </w:tcPr>
          <w:p>
            <w:pPr>
              <w:spacing w:after="0"/>
              <w:jc w:val="left"/>
            </w:pPr>
            <w:r>
              <w:rPr>
                <w:sz w:val="16"/>
              </w:rPr>
              <w:t>96 kt (110 mph) measured gust, Thunderstorm Wind, 2020-06-06</w:t>
            </w:r>
          </w:p>
        </w:tc>
        <w:tc>
          <w:tcPr>
            <w:tcW w:type="dxa" w:w="1667"/>
          </w:tcPr>
          <w:p>
            <w:pPr>
              <w:spacing w:after="0"/>
              <w:jc w:val="left"/>
            </w:pPr>
            <w:r>
              <w:rPr>
                <w:sz w:val="16"/>
              </w:rPr>
              <w:t>Thunderstorm Wind, 2011-06-30, $200,000 property; crops not reported (2011 dollars)</w:t>
            </w:r>
          </w:p>
        </w:tc>
        <w:tc>
          <w:tcPr>
            <w:tcW w:type="dxa" w:w="1709"/>
          </w:tcPr>
          <w:p>
            <w:pPr>
              <w:spacing w:after="0"/>
              <w:jc w:val="left"/>
            </w:pPr>
            <w:r>
              <w:rPr>
                <w:sz w:val="16"/>
              </w:rPr>
              <w:t>Event records naming member places: Kremmling town (8 records), Fraser town (3 records), Granby town (2 records), Grand Lake town (1 record).</w:t>
            </w:r>
          </w:p>
        </w:tc>
        <w:tc>
          <w:tcPr>
            <w:tcW w:type="dxa" w:w="2362"/>
          </w:tcPr>
          <w:p>
            <w:pPr>
              <w:spacing w:after="0"/>
              <w:jc w:val="left"/>
            </w:pPr>
          </w:p>
        </w:tc>
      </w:tr>
      <w:tr>
        <w:trPr>
          <w:cantSplit/>
        </w:trPr>
        <w:tc>
          <w:tcPr>
            <w:tcW w:type="dxa" w:w="1824"/>
          </w:tcPr>
          <w:p>
            <w:pPr>
              <w:spacing w:after="0"/>
              <w:jc w:val="left"/>
            </w:pPr>
            <w:r>
              <w:rPr>
                <w:sz w:val="16"/>
              </w:rPr>
              <w:t>Tornado</w:t>
            </w:r>
          </w:p>
        </w:tc>
        <w:tc>
          <w:tcPr>
            <w:tcW w:type="dxa" w:w="1791"/>
          </w:tcPr>
          <w:p>
            <w:pPr>
              <w:spacing w:after="0"/>
              <w:jc w:val="left"/>
            </w:pPr>
            <w:r>
              <w:rPr>
                <w:sz w:val="16"/>
              </w:rPr>
              <w:t>Enhanced Fujita (F before Feb 2007)</w:t>
            </w:r>
          </w:p>
        </w:tc>
        <w:tc>
          <w:tcPr>
            <w:tcW w:type="dxa" w:w="1629"/>
          </w:tcPr>
          <w:p>
            <w:pPr>
              <w:spacing w:after="0"/>
              <w:jc w:val="right"/>
            </w:pPr>
            <w:r>
              <w:rPr>
                <w:sz w:val="16"/>
              </w:rPr>
              <w:t>1, 1984 to 1984</w:t>
            </w:r>
          </w:p>
        </w:tc>
        <w:tc>
          <w:tcPr>
            <w:tcW w:type="dxa" w:w="1441"/>
          </w:tcPr>
          <w:p>
            <w:pPr>
              <w:spacing w:after="0"/>
              <w:jc w:val="left"/>
            </w:pPr>
            <w:r>
              <w:rPr>
                <w:sz w:val="16"/>
              </w:rPr>
              <w:t>F/EF1; 1 with a recorded value</w:t>
            </w:r>
          </w:p>
        </w:tc>
        <w:tc>
          <w:tcPr>
            <w:tcW w:type="dxa" w:w="1689"/>
          </w:tcPr>
          <w:p>
            <w:pPr>
              <w:spacing w:after="0"/>
              <w:jc w:val="left"/>
            </w:pPr>
            <w:r>
              <w:rPr>
                <w:sz w:val="16"/>
              </w:rPr>
              <w:t>F1 tornado, 1984-06-08, 0.3 mi path length (records before 1996 may include the whole path; rating and listing come from the county where the tornado began), 50 yd wide, $2,500 property; crops not recorded (1984 dollars)</w:t>
            </w:r>
          </w:p>
        </w:tc>
        <w:tc>
          <w:tcPr>
            <w:tcW w:type="dxa" w:w="1667"/>
          </w:tcPr>
          <w:p>
            <w:pPr>
              <w:spacing w:after="0"/>
              <w:jc w:val="left"/>
            </w:pPr>
          </w:p>
        </w:tc>
        <w:tc>
          <w:tcPr>
            <w:tcW w:type="dxa" w:w="1709"/>
          </w:tcPr>
          <w:p>
            <w:pPr>
              <w:spacing w:after="0"/>
              <w:jc w:val="left"/>
            </w:pPr>
            <w:r>
              <w:rPr>
                <w:sz w:val="16"/>
              </w:rPr>
              <w:t>No event record names a member place.</w:t>
            </w:r>
          </w:p>
        </w:tc>
        <w:tc>
          <w:tcPr>
            <w:tcW w:type="dxa" w:w="2362"/>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824"/>
          </w:tcPr>
          <w:p>
            <w:pPr>
              <w:spacing w:after="0"/>
              <w:jc w:val="left"/>
            </w:pPr>
            <w:r>
              <w:rPr>
                <w:sz w:val="16"/>
              </w:rPr>
              <w:t>Tsunami</w:t>
            </w:r>
          </w:p>
        </w:tc>
        <w:tc>
          <w:tcPr>
            <w:tcW w:type="dxa" w:w="1791"/>
          </w:tcPr>
          <w:p>
            <w:pPr>
              <w:spacing w:after="0"/>
              <w:jc w:val="left"/>
            </w:pPr>
            <w:r>
              <w:rPr>
                <w:sz w:val="16"/>
              </w:rPr>
              <w:t>none (count and damage)</w:t>
            </w:r>
          </w:p>
        </w:tc>
        <w:tc>
          <w:tcPr>
            <w:tcW w:type="dxa" w:w="1629"/>
          </w:tcPr>
          <w:p>
            <w:pPr>
              <w:spacing w:after="0"/>
              <w:jc w:val="right"/>
            </w:pPr>
            <w:r>
              <w:rPr>
                <w:sz w:val="16"/>
              </w:rPr>
              <w:t>0</w:t>
            </w:r>
          </w:p>
        </w:tc>
        <w:tc>
          <w:tcPr>
            <w:tcW w:type="dxa" w:w="1441"/>
          </w:tcPr>
          <w:p>
            <w:pPr>
              <w:spacing w:after="0"/>
              <w:jc w:val="left"/>
            </w:pPr>
          </w:p>
        </w:tc>
        <w:tc>
          <w:tcPr>
            <w:tcW w:type="dxa" w:w="1689"/>
          </w:tcPr>
          <w:p>
            <w:pPr>
              <w:spacing w:after="0"/>
              <w:jc w:val="left"/>
            </w:pPr>
          </w:p>
        </w:tc>
        <w:tc>
          <w:tcPr>
            <w:tcW w:type="dxa" w:w="1667"/>
          </w:tcPr>
          <w:p>
            <w:pPr>
              <w:spacing w:after="0"/>
              <w:jc w:val="left"/>
            </w:pPr>
          </w:p>
        </w:tc>
        <w:tc>
          <w:tcPr>
            <w:tcW w:type="dxa" w:w="1709"/>
          </w:tcPr>
          <w:p>
            <w:pPr>
              <w:spacing w:after="0"/>
              <w:jc w:val="left"/>
            </w:pPr>
          </w:p>
        </w:tc>
        <w:tc>
          <w:tcPr>
            <w:tcW w:type="dxa" w:w="2362"/>
          </w:tcPr>
          <w:p>
            <w:pPr>
              <w:spacing w:after="0"/>
              <w:jc w:val="left"/>
            </w:pPr>
            <w:r>
              <w:rPr>
                <w:sz w:val="16"/>
              </w:rPr>
              <w:t>Physical measure: in event narratives only; local data required.</w:t>
            </w:r>
          </w:p>
        </w:tc>
      </w:tr>
      <w:tr>
        <w:trPr>
          <w:cantSplit/>
        </w:trPr>
        <w:tc>
          <w:tcPr>
            <w:tcW w:type="dxa" w:w="1824"/>
          </w:tcPr>
          <w:p>
            <w:pPr>
              <w:spacing w:after="0"/>
              <w:jc w:val="left"/>
            </w:pPr>
            <w:r>
              <w:rPr>
                <w:sz w:val="16"/>
              </w:rPr>
              <w:t>Volcanic Ash, Volcanic Ashfall</w:t>
            </w:r>
          </w:p>
        </w:tc>
        <w:tc>
          <w:tcPr>
            <w:tcW w:type="dxa" w:w="1791"/>
          </w:tcPr>
          <w:p>
            <w:pPr>
              <w:spacing w:after="0"/>
              <w:jc w:val="left"/>
            </w:pPr>
            <w:r>
              <w:rPr>
                <w:sz w:val="16"/>
              </w:rPr>
              <w:t>Volcanic Explosivity Index (local data)</w:t>
            </w:r>
          </w:p>
        </w:tc>
        <w:tc>
          <w:tcPr>
            <w:tcW w:type="dxa" w:w="1629"/>
          </w:tcPr>
          <w:p>
            <w:pPr>
              <w:spacing w:after="0"/>
              <w:jc w:val="right"/>
            </w:pPr>
            <w:r>
              <w:rPr>
                <w:sz w:val="16"/>
              </w:rPr>
              <w:t>0</w:t>
            </w:r>
          </w:p>
        </w:tc>
        <w:tc>
          <w:tcPr>
            <w:tcW w:type="dxa" w:w="1441"/>
          </w:tcPr>
          <w:p>
            <w:pPr>
              <w:spacing w:after="0"/>
              <w:jc w:val="left"/>
            </w:pPr>
          </w:p>
        </w:tc>
        <w:tc>
          <w:tcPr>
            <w:tcW w:type="dxa" w:w="1689"/>
          </w:tcPr>
          <w:p>
            <w:pPr>
              <w:spacing w:after="0"/>
              <w:jc w:val="left"/>
            </w:pPr>
          </w:p>
        </w:tc>
        <w:tc>
          <w:tcPr>
            <w:tcW w:type="dxa" w:w="1667"/>
          </w:tcPr>
          <w:p>
            <w:pPr>
              <w:spacing w:after="0"/>
              <w:jc w:val="left"/>
            </w:pPr>
          </w:p>
        </w:tc>
        <w:tc>
          <w:tcPr>
            <w:tcW w:type="dxa" w:w="1709"/>
          </w:tcPr>
          <w:p>
            <w:pPr>
              <w:spacing w:after="0"/>
              <w:jc w:val="left"/>
            </w:pPr>
          </w:p>
        </w:tc>
        <w:tc>
          <w:tcPr>
            <w:tcW w:type="dxa" w:w="2362"/>
          </w:tcPr>
          <w:p>
            <w:pPr>
              <w:spacing w:after="0"/>
              <w:jc w:val="left"/>
            </w:pPr>
            <w:r>
              <w:rPr>
                <w:sz w:val="16"/>
              </w:rPr>
              <w:t>Physical measure: in event narratives only; local data required.</w:t>
            </w:r>
          </w:p>
        </w:tc>
      </w:tr>
      <w:tr>
        <w:trPr>
          <w:cantSplit/>
        </w:trPr>
        <w:tc>
          <w:tcPr>
            <w:tcW w:type="dxa" w:w="1824"/>
          </w:tcPr>
          <w:p>
            <w:pPr>
              <w:spacing w:after="0"/>
              <w:jc w:val="left"/>
            </w:pPr>
            <w:r>
              <w:rPr>
                <w:sz w:val="16"/>
              </w:rPr>
              <w:t>Wildfire</w:t>
            </w:r>
          </w:p>
        </w:tc>
        <w:tc>
          <w:tcPr>
            <w:tcW w:type="dxa" w:w="1791"/>
          </w:tcPr>
          <w:p>
            <w:pPr>
              <w:spacing w:after="0"/>
              <w:jc w:val="left"/>
            </w:pPr>
            <w:r>
              <w:rPr>
                <w:sz w:val="16"/>
              </w:rPr>
              <w:t>acres burned (local data)</w:t>
            </w:r>
          </w:p>
        </w:tc>
        <w:tc>
          <w:tcPr>
            <w:tcW w:type="dxa" w:w="1629"/>
          </w:tcPr>
          <w:p>
            <w:pPr>
              <w:spacing w:after="0"/>
              <w:jc w:val="right"/>
            </w:pPr>
            <w:r>
              <w:rPr>
                <w:sz w:val="16"/>
              </w:rPr>
              <w:t>3, 2020 to 2024 (3 zone-level)</w:t>
            </w:r>
          </w:p>
        </w:tc>
        <w:tc>
          <w:tcPr>
            <w:tcW w:type="dxa" w:w="1441"/>
          </w:tcPr>
          <w:p>
            <w:pPr>
              <w:spacing w:after="0"/>
              <w:jc w:val="left"/>
            </w:pPr>
          </w:p>
        </w:tc>
        <w:tc>
          <w:tcPr>
            <w:tcW w:type="dxa" w:w="1689"/>
          </w:tcPr>
          <w:p>
            <w:pPr>
              <w:spacing w:after="0"/>
              <w:jc w:val="left"/>
            </w:pPr>
            <w:r>
              <w:rPr>
                <w:sz w:val="16"/>
              </w:rPr>
              <w:t>Wildfire, 2020-10-14, $166,600,000 property; crops not reported, reported for the zone (2020 dollars), 2 direct deaths (reported for the zone); NWS zone COZ032 (GRAND &amp; SUMMIT COUNTIES BELOW 9000 FEET), zone-level: may include parts of neighboring counties</w:t>
            </w:r>
          </w:p>
        </w:tc>
        <w:tc>
          <w:tcPr>
            <w:tcW w:type="dxa" w:w="1667"/>
          </w:tcPr>
          <w:p>
            <w:pPr>
              <w:spacing w:after="0"/>
              <w:jc w:val="left"/>
            </w:pPr>
          </w:p>
        </w:tc>
        <w:tc>
          <w:tcPr>
            <w:tcW w:type="dxa" w:w="1709"/>
          </w:tcPr>
          <w:p>
            <w:pPr>
              <w:spacing w:after="0"/>
              <w:jc w:val="left"/>
            </w:pPr>
            <w:r>
              <w:rPr>
                <w:sz w:val="16"/>
              </w:rPr>
              <w:t>Zone-level records: applies countywide; national data do not locate these events within the county.</w:t>
            </w:r>
          </w:p>
        </w:tc>
        <w:tc>
          <w:tcPr>
            <w:tcW w:type="dxa" w:w="2362"/>
          </w:tcPr>
          <w:p>
            <w:pPr>
              <w:spacing w:after="0"/>
              <w:jc w:val="left"/>
            </w:pPr>
            <w:r>
              <w:rPr>
                <w:sz w:val="16"/>
              </w:rPr>
              <w:t>Acres burned: in event narratives only; local data required.</w:t>
            </w:r>
          </w:p>
        </w:tc>
      </w:tr>
      <w:tr>
        <w:trPr>
          <w:cantSplit/>
        </w:trPr>
        <w:tc>
          <w:tcPr>
            <w:tcW w:type="dxa" w:w="1824"/>
          </w:tcPr>
          <w:p>
            <w:pPr>
              <w:spacing w:after="0"/>
              <w:jc w:val="left"/>
            </w:pPr>
            <w:r>
              <w:rPr>
                <w:sz w:val="16"/>
              </w:rPr>
              <w:t>Winter Storm, Heavy Snow, Blizzard, Lake-Effect Snow, Winter Weather, Sleet</w:t>
            </w:r>
          </w:p>
        </w:tc>
        <w:tc>
          <w:tcPr>
            <w:tcW w:type="dxa" w:w="1791"/>
          </w:tcPr>
          <w:p>
            <w:pPr>
              <w:spacing w:after="0"/>
              <w:jc w:val="left"/>
            </w:pPr>
            <w:r>
              <w:rPr>
                <w:sz w:val="16"/>
              </w:rPr>
              <w:t>none in data (snowfall local)</w:t>
            </w:r>
          </w:p>
        </w:tc>
        <w:tc>
          <w:tcPr>
            <w:tcW w:type="dxa" w:w="1629"/>
          </w:tcPr>
          <w:p>
            <w:pPr>
              <w:spacing w:after="0"/>
              <w:jc w:val="right"/>
            </w:pPr>
            <w:r>
              <w:rPr>
                <w:sz w:val="16"/>
              </w:rPr>
              <w:t>474, 1996 to 2026 (474 zone-level)</w:t>
            </w:r>
          </w:p>
        </w:tc>
        <w:tc>
          <w:tcPr>
            <w:tcW w:type="dxa" w:w="1441"/>
          </w:tcPr>
          <w:p>
            <w:pPr>
              <w:spacing w:after="0"/>
              <w:jc w:val="left"/>
            </w:pPr>
          </w:p>
        </w:tc>
        <w:tc>
          <w:tcPr>
            <w:tcW w:type="dxa" w:w="1689"/>
          </w:tcPr>
          <w:p>
            <w:pPr>
              <w:spacing w:after="0"/>
              <w:jc w:val="left"/>
            </w:pPr>
            <w:r>
              <w:rPr>
                <w:sz w:val="16"/>
              </w:rPr>
              <w:t>No damage reported in 474 records.</w:t>
            </w:r>
          </w:p>
        </w:tc>
        <w:tc>
          <w:tcPr>
            <w:tcW w:type="dxa" w:w="1667"/>
          </w:tcPr>
          <w:p>
            <w:pPr>
              <w:spacing w:after="0"/>
              <w:jc w:val="left"/>
            </w:pPr>
          </w:p>
        </w:tc>
        <w:tc>
          <w:tcPr>
            <w:tcW w:type="dxa" w:w="1709"/>
          </w:tcPr>
          <w:p>
            <w:pPr>
              <w:spacing w:after="0"/>
              <w:jc w:val="left"/>
            </w:pPr>
            <w:r>
              <w:rPr>
                <w:sz w:val="16"/>
              </w:rPr>
              <w:t>Zone-level records: applies countywide; national data do not locate these events within the county.</w:t>
            </w:r>
          </w:p>
        </w:tc>
        <w:tc>
          <w:tcPr>
            <w:tcW w:type="dxa" w:w="2362"/>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8</w:t>
      </w:r>
    </w:p>
    <w:p>
      <w:pPr>
        <w:keepNext/>
        <w:spacing w:after="40" w:before="0"/>
      </w:pPr>
      <w:r>
        <w:rPr>
          <w:b/>
        </w:rPr>
        <w:t xml:space="preserve">Counted incidents: </w:t>
      </w:r>
      <w:r>
        <w:rPr/>
        <w:t>4</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43"/>
        <w:gridCol w:w="1143"/>
        <w:gridCol w:w="1143"/>
        <w:gridCol w:w="1537"/>
        <w:gridCol w:w="1833"/>
        <w:gridCol w:w="2522"/>
        <w:gridCol w:w="1577"/>
        <w:gridCol w:w="2227"/>
        <w:gridCol w:w="986"/>
      </w:tblGrid>
      <w:tr>
        <w:trPr>
          <w:cantSplit/>
          <w:tblHeader/>
        </w:trPr>
        <w:tc>
          <w:tcPr>
            <w:tcW w:type="dxa" w:w="1143"/>
            <w:shd w:val="clear" w:color="auto" w:fill="E8E8E8"/>
          </w:tcPr>
          <w:p>
            <w:pPr>
              <w:spacing w:after="0"/>
              <w:jc w:val="left"/>
            </w:pPr>
            <w:r>
              <w:rPr>
                <w:b/>
                <w:sz w:val="16"/>
              </w:rPr>
              <w:t>Declared</w:t>
            </w:r>
          </w:p>
        </w:tc>
        <w:tc>
          <w:tcPr>
            <w:tcW w:type="dxa" w:w="1143"/>
            <w:shd w:val="clear" w:color="auto" w:fill="E8E8E8"/>
          </w:tcPr>
          <w:p>
            <w:pPr>
              <w:spacing w:after="0"/>
              <w:jc w:val="left"/>
            </w:pPr>
            <w:r>
              <w:rPr>
                <w:b/>
                <w:sz w:val="16"/>
              </w:rPr>
              <w:t>Incident began</w:t>
            </w:r>
          </w:p>
        </w:tc>
        <w:tc>
          <w:tcPr>
            <w:tcW w:type="dxa" w:w="1143"/>
            <w:shd w:val="clear" w:color="auto" w:fill="E8E8E8"/>
          </w:tcPr>
          <w:p>
            <w:pPr>
              <w:spacing w:after="0"/>
              <w:jc w:val="left"/>
            </w:pPr>
            <w:r>
              <w:rPr>
                <w:b/>
                <w:sz w:val="16"/>
              </w:rPr>
              <w:t>FEMA number</w:t>
            </w:r>
          </w:p>
        </w:tc>
        <w:tc>
          <w:tcPr>
            <w:tcW w:type="dxa" w:w="1537"/>
            <w:shd w:val="clear" w:color="auto" w:fill="E8E8E8"/>
          </w:tcPr>
          <w:p>
            <w:pPr>
              <w:spacing w:after="0"/>
              <w:jc w:val="left"/>
            </w:pPr>
            <w:r>
              <w:rPr>
                <w:b/>
                <w:sz w:val="16"/>
              </w:rPr>
              <w:t>Type</w:t>
            </w:r>
          </w:p>
        </w:tc>
        <w:tc>
          <w:tcPr>
            <w:tcW w:type="dxa" w:w="1833"/>
            <w:shd w:val="clear" w:color="auto" w:fill="E8E8E8"/>
          </w:tcPr>
          <w:p>
            <w:pPr>
              <w:spacing w:after="0"/>
              <w:jc w:val="left"/>
            </w:pPr>
            <w:r>
              <w:rPr>
                <w:b/>
                <w:sz w:val="16"/>
              </w:rPr>
              <w:t>Title</w:t>
            </w:r>
          </w:p>
        </w:tc>
        <w:tc>
          <w:tcPr>
            <w:tcW w:type="dxa" w:w="2522"/>
            <w:shd w:val="clear" w:color="auto" w:fill="E8E8E8"/>
          </w:tcPr>
          <w:p>
            <w:pPr>
              <w:spacing w:after="0"/>
              <w:jc w:val="left"/>
            </w:pPr>
            <w:r>
              <w:rPr>
                <w:b/>
                <w:sz w:val="16"/>
              </w:rPr>
              <w:t>Mapped hazard</w:t>
            </w:r>
          </w:p>
        </w:tc>
        <w:tc>
          <w:tcPr>
            <w:tcW w:type="dxa" w:w="157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227"/>
            <w:shd w:val="clear" w:color="auto" w:fill="E8E8E8"/>
          </w:tcPr>
          <w:p>
            <w:pPr>
              <w:spacing w:after="0"/>
              <w:jc w:val="left"/>
            </w:pPr>
            <w:r>
              <w:rPr>
                <w:b/>
                <w:sz w:val="16"/>
              </w:rPr>
              <w:t>Flags</w:t>
            </w:r>
          </w:p>
        </w:tc>
        <w:tc>
          <w:tcPr>
            <w:tcW w:type="dxa" w:w="986"/>
            <w:shd w:val="clear" w:color="auto" w:fill="E8E8E8"/>
          </w:tcPr>
          <w:p>
            <w:pPr>
              <w:spacing w:after="0"/>
              <w:jc w:val="left"/>
            </w:pPr>
            <w:r>
              <w:rPr>
                <w:b/>
                <w:sz w:val="16"/>
              </w:rPr>
              <w:t>Notes</w:t>
            </w:r>
          </w:p>
        </w:tc>
      </w:tr>
      <w:tr>
        <w:trPr>
          <w:cantSplit/>
        </w:trPr>
        <w:tc>
          <w:tcPr>
            <w:tcW w:type="dxa" w:w="1143"/>
          </w:tcPr>
          <w:p>
            <w:pPr>
              <w:spacing w:after="0"/>
              <w:jc w:val="left"/>
            </w:pPr>
            <w:r>
              <w:rPr>
                <w:sz w:val="16"/>
              </w:rPr>
              <w:t>2021-01-15</w:t>
            </w:r>
          </w:p>
        </w:tc>
        <w:tc>
          <w:tcPr>
            <w:tcW w:type="dxa" w:w="1143"/>
          </w:tcPr>
          <w:p>
            <w:pPr>
              <w:spacing w:after="0"/>
              <w:jc w:val="left"/>
            </w:pPr>
            <w:r>
              <w:rPr>
                <w:sz w:val="16"/>
              </w:rPr>
              <w:t>2020-09-06</w:t>
            </w:r>
          </w:p>
        </w:tc>
        <w:tc>
          <w:tcPr>
            <w:tcW w:type="dxa" w:w="1143"/>
          </w:tcPr>
          <w:p>
            <w:pPr>
              <w:spacing w:after="0"/>
              <w:jc w:val="left"/>
            </w:pPr>
            <w:r>
              <w:rPr>
                <w:sz w:val="16"/>
              </w:rPr>
              <w:t>DR-4581-CO</w:t>
            </w:r>
          </w:p>
        </w:tc>
        <w:tc>
          <w:tcPr>
            <w:tcW w:type="dxa" w:w="1537"/>
          </w:tcPr>
          <w:p>
            <w:pPr>
              <w:spacing w:after="0"/>
              <w:jc w:val="left"/>
            </w:pPr>
            <w:r>
              <w:rPr>
                <w:sz w:val="16"/>
              </w:rPr>
              <w:t>Major disaster</w:t>
            </w:r>
          </w:p>
        </w:tc>
        <w:tc>
          <w:tcPr>
            <w:tcW w:type="dxa" w:w="1833"/>
          </w:tcPr>
          <w:p>
            <w:pPr>
              <w:spacing w:after="0"/>
              <w:jc w:val="left"/>
            </w:pPr>
            <w:r>
              <w:rPr>
                <w:sz w:val="16"/>
              </w:rPr>
              <w:t>WILDFIRES</w:t>
            </w:r>
          </w:p>
        </w:tc>
        <w:tc>
          <w:tcPr>
            <w:tcW w:type="dxa" w:w="2522"/>
          </w:tcPr>
          <w:p>
            <w:pPr>
              <w:spacing w:after="0"/>
              <w:jc w:val="left"/>
            </w:pPr>
            <w:r>
              <w:rPr>
                <w:sz w:val="16"/>
              </w:rPr>
              <w:t>Wildfire</w:t>
            </w:r>
          </w:p>
        </w:tc>
        <w:tc>
          <w:tcPr>
            <w:tcW w:type="dxa" w:w="1577"/>
          </w:tcPr>
          <w:p>
            <w:pPr>
              <w:spacing w:after="0"/>
              <w:jc w:val="right"/>
            </w:pPr>
            <w:r>
              <w:rPr>
                <w:sz w:val="16"/>
              </w:rPr>
              <w:t>$8,440,607.27</w:t>
            </w:r>
          </w:p>
        </w:tc>
        <w:tc>
          <w:tcPr>
            <w:tcW w:type="dxa" w:w="2227"/>
          </w:tcPr>
          <w:p>
            <w:pPr>
              <w:spacing w:after="0"/>
              <w:jc w:val="left"/>
            </w:pPr>
            <w:r>
              <w:rPr>
                <w:sz w:val="16"/>
              </w:rPr>
              <w:t>during plan review, check whether your last plan included it</w:t>
            </w:r>
          </w:p>
        </w:tc>
        <w:tc>
          <w:tcPr>
            <w:tcW w:type="dxa" w:w="986"/>
          </w:tcPr>
          <w:p>
            <w:pPr>
              <w:spacing w:after="0"/>
              <w:jc w:val="left"/>
            </w:pPr>
          </w:p>
        </w:tc>
      </w:tr>
      <w:tr>
        <w:trPr>
          <w:cantSplit/>
        </w:trPr>
        <w:tc>
          <w:tcPr>
            <w:tcW w:type="dxa" w:w="1143"/>
          </w:tcPr>
          <w:p>
            <w:pPr>
              <w:spacing w:after="0"/>
              <w:jc w:val="left"/>
            </w:pPr>
            <w:r>
              <w:rPr>
                <w:sz w:val="16"/>
              </w:rPr>
              <w:t>2020-10-17</w:t>
            </w:r>
          </w:p>
        </w:tc>
        <w:tc>
          <w:tcPr>
            <w:tcW w:type="dxa" w:w="1143"/>
          </w:tcPr>
          <w:p>
            <w:pPr>
              <w:spacing w:after="0"/>
              <w:jc w:val="left"/>
            </w:pPr>
            <w:r>
              <w:rPr>
                <w:sz w:val="16"/>
              </w:rPr>
              <w:t>2020-10-17</w:t>
            </w:r>
          </w:p>
        </w:tc>
        <w:tc>
          <w:tcPr>
            <w:tcW w:type="dxa" w:w="1143"/>
          </w:tcPr>
          <w:p>
            <w:pPr>
              <w:spacing w:after="0"/>
              <w:jc w:val="left"/>
            </w:pPr>
            <w:r>
              <w:rPr>
                <w:sz w:val="16"/>
              </w:rPr>
              <w:t>FM-5378-CO</w:t>
            </w:r>
          </w:p>
        </w:tc>
        <w:tc>
          <w:tcPr>
            <w:tcW w:type="dxa" w:w="1537"/>
          </w:tcPr>
          <w:p>
            <w:pPr>
              <w:spacing w:after="0"/>
              <w:jc w:val="left"/>
            </w:pPr>
            <w:r>
              <w:rPr>
                <w:sz w:val="16"/>
              </w:rPr>
              <w:t>Fire management</w:t>
            </w:r>
          </w:p>
        </w:tc>
        <w:tc>
          <w:tcPr>
            <w:tcW w:type="dxa" w:w="1833"/>
          </w:tcPr>
          <w:p>
            <w:pPr>
              <w:spacing w:after="0"/>
              <w:jc w:val="left"/>
            </w:pPr>
            <w:r>
              <w:rPr>
                <w:sz w:val="16"/>
              </w:rPr>
              <w:t>EAST TROUBLESOME FIRE</w:t>
            </w:r>
          </w:p>
        </w:tc>
        <w:tc>
          <w:tcPr>
            <w:tcW w:type="dxa" w:w="2522"/>
          </w:tcPr>
          <w:p>
            <w:pPr>
              <w:spacing w:after="0"/>
              <w:jc w:val="left"/>
            </w:pPr>
            <w:r>
              <w:rPr>
                <w:sz w:val="16"/>
              </w:rPr>
              <w:t>Wildfire</w:t>
            </w:r>
          </w:p>
        </w:tc>
        <w:tc>
          <w:tcPr>
            <w:tcW w:type="dxa" w:w="1577"/>
          </w:tcPr>
          <w:p>
            <w:pPr>
              <w:spacing w:after="0"/>
              <w:jc w:val="right"/>
            </w:pPr>
            <w:r>
              <w:rPr>
                <w:sz w:val="16"/>
              </w:rPr>
              <w:t>none found</w:t>
            </w:r>
          </w:p>
        </w:tc>
        <w:tc>
          <w:tcPr>
            <w:tcW w:type="dxa" w:w="2227"/>
          </w:tcPr>
          <w:p>
            <w:pPr>
              <w:spacing w:after="0"/>
              <w:jc w:val="left"/>
            </w:pPr>
            <w:r>
              <w:rPr>
                <w:sz w:val="16"/>
              </w:rPr>
              <w:t>during plan review, check whether your last plan included it</w:t>
            </w:r>
          </w:p>
        </w:tc>
        <w:tc>
          <w:tcPr>
            <w:tcW w:type="dxa" w:w="986"/>
          </w:tcPr>
          <w:p>
            <w:pPr>
              <w:spacing w:after="0"/>
              <w:jc w:val="left"/>
            </w:pPr>
            <w:r>
              <w:rPr>
                <w:sz w:val="16"/>
              </w:rPr>
              <w:t>same incident as DR-4581</w:t>
            </w:r>
          </w:p>
        </w:tc>
      </w:tr>
      <w:tr>
        <w:trPr>
          <w:cantSplit/>
        </w:trPr>
        <w:tc>
          <w:tcPr>
            <w:tcW w:type="dxa" w:w="1143"/>
          </w:tcPr>
          <w:p>
            <w:pPr>
              <w:spacing w:after="0"/>
              <w:jc w:val="left"/>
            </w:pPr>
            <w:r>
              <w:rPr>
                <w:sz w:val="16"/>
              </w:rPr>
              <w:t>2020-03-28</w:t>
            </w:r>
          </w:p>
        </w:tc>
        <w:tc>
          <w:tcPr>
            <w:tcW w:type="dxa" w:w="1143"/>
          </w:tcPr>
          <w:p>
            <w:pPr>
              <w:spacing w:after="0"/>
              <w:jc w:val="left"/>
            </w:pPr>
            <w:r>
              <w:rPr>
                <w:sz w:val="16"/>
              </w:rPr>
              <w:t>2020-01-20</w:t>
            </w:r>
          </w:p>
        </w:tc>
        <w:tc>
          <w:tcPr>
            <w:tcW w:type="dxa" w:w="1143"/>
          </w:tcPr>
          <w:p>
            <w:pPr>
              <w:spacing w:after="0"/>
              <w:jc w:val="left"/>
            </w:pPr>
            <w:r>
              <w:rPr>
                <w:sz w:val="16"/>
              </w:rPr>
              <w:t>DR-4498-CO</w:t>
            </w:r>
          </w:p>
        </w:tc>
        <w:tc>
          <w:tcPr>
            <w:tcW w:type="dxa" w:w="1537"/>
          </w:tcPr>
          <w:p>
            <w:pPr>
              <w:spacing w:after="0"/>
              <w:jc w:val="left"/>
            </w:pPr>
            <w:r>
              <w:rPr>
                <w:sz w:val="16"/>
              </w:rPr>
              <w:t>Major disaster</w:t>
            </w:r>
          </w:p>
        </w:tc>
        <w:tc>
          <w:tcPr>
            <w:tcW w:type="dxa" w:w="1833"/>
          </w:tcPr>
          <w:p>
            <w:pPr>
              <w:spacing w:after="0"/>
              <w:jc w:val="left"/>
            </w:pPr>
            <w:r>
              <w:rPr>
                <w:sz w:val="16"/>
              </w:rPr>
              <w:t>COVID-19 PANDEMIC</w:t>
            </w:r>
          </w:p>
        </w:tc>
        <w:tc>
          <w:tcPr>
            <w:tcW w:type="dxa" w:w="2522"/>
          </w:tcPr>
          <w:p>
            <w:pPr>
              <w:spacing w:after="0"/>
              <w:jc w:val="left"/>
            </w:pPr>
            <w:r>
              <w:rPr>
                <w:sz w:val="16"/>
              </w:rPr>
              <w:t>Non-natural, not counted</w:t>
            </w:r>
          </w:p>
        </w:tc>
        <w:tc>
          <w:tcPr>
            <w:tcW w:type="dxa" w:w="1577"/>
          </w:tcPr>
          <w:p>
            <w:pPr>
              <w:spacing w:after="0"/>
              <w:jc w:val="right"/>
            </w:pPr>
            <w:r>
              <w:rPr>
                <w:sz w:val="16"/>
              </w:rPr>
              <w:t>$430,820.52</w:t>
            </w:r>
          </w:p>
        </w:tc>
        <w:tc>
          <w:tcPr>
            <w:tcW w:type="dxa" w:w="2227"/>
          </w:tcPr>
          <w:p>
            <w:pPr>
              <w:spacing w:after="0"/>
              <w:jc w:val="left"/>
            </w:pPr>
          </w:p>
        </w:tc>
        <w:tc>
          <w:tcPr>
            <w:tcW w:type="dxa" w:w="986"/>
          </w:tcPr>
          <w:p>
            <w:pPr>
              <w:spacing w:after="0"/>
              <w:jc w:val="left"/>
            </w:pPr>
          </w:p>
        </w:tc>
      </w:tr>
      <w:tr>
        <w:trPr>
          <w:cantSplit/>
        </w:trPr>
        <w:tc>
          <w:tcPr>
            <w:tcW w:type="dxa" w:w="1143"/>
          </w:tcPr>
          <w:p>
            <w:pPr>
              <w:spacing w:after="0"/>
              <w:jc w:val="left"/>
            </w:pPr>
            <w:r>
              <w:rPr>
                <w:sz w:val="16"/>
              </w:rPr>
              <w:t>2020-03-13</w:t>
            </w:r>
          </w:p>
        </w:tc>
        <w:tc>
          <w:tcPr>
            <w:tcW w:type="dxa" w:w="1143"/>
          </w:tcPr>
          <w:p>
            <w:pPr>
              <w:spacing w:after="0"/>
              <w:jc w:val="left"/>
            </w:pPr>
            <w:r>
              <w:rPr>
                <w:sz w:val="16"/>
              </w:rPr>
              <w:t>2020-01-20</w:t>
            </w:r>
          </w:p>
        </w:tc>
        <w:tc>
          <w:tcPr>
            <w:tcW w:type="dxa" w:w="1143"/>
          </w:tcPr>
          <w:p>
            <w:pPr>
              <w:spacing w:after="0"/>
              <w:jc w:val="left"/>
            </w:pPr>
            <w:r>
              <w:rPr>
                <w:sz w:val="16"/>
              </w:rPr>
              <w:t>EM-3436-CO</w:t>
            </w:r>
          </w:p>
        </w:tc>
        <w:tc>
          <w:tcPr>
            <w:tcW w:type="dxa" w:w="1537"/>
          </w:tcPr>
          <w:p>
            <w:pPr>
              <w:spacing w:after="0"/>
              <w:jc w:val="left"/>
            </w:pPr>
            <w:r>
              <w:rPr>
                <w:sz w:val="16"/>
              </w:rPr>
              <w:t>Emergency</w:t>
            </w:r>
          </w:p>
        </w:tc>
        <w:tc>
          <w:tcPr>
            <w:tcW w:type="dxa" w:w="1833"/>
          </w:tcPr>
          <w:p>
            <w:pPr>
              <w:spacing w:after="0"/>
              <w:jc w:val="left"/>
            </w:pPr>
            <w:r>
              <w:rPr>
                <w:sz w:val="16"/>
              </w:rPr>
              <w:t>COVID-19</w:t>
            </w:r>
          </w:p>
        </w:tc>
        <w:tc>
          <w:tcPr>
            <w:tcW w:type="dxa" w:w="2522"/>
          </w:tcPr>
          <w:p>
            <w:pPr>
              <w:spacing w:after="0"/>
              <w:jc w:val="left"/>
            </w:pPr>
            <w:r>
              <w:rPr>
                <w:sz w:val="16"/>
              </w:rPr>
              <w:t>Non-natural, not counted</w:t>
            </w:r>
          </w:p>
        </w:tc>
        <w:tc>
          <w:tcPr>
            <w:tcW w:type="dxa" w:w="1577"/>
          </w:tcPr>
          <w:p>
            <w:pPr>
              <w:spacing w:after="0"/>
              <w:jc w:val="right"/>
            </w:pPr>
            <w:r>
              <w:rPr>
                <w:sz w:val="16"/>
              </w:rPr>
              <w:t>none found</w:t>
            </w:r>
          </w:p>
        </w:tc>
        <w:tc>
          <w:tcPr>
            <w:tcW w:type="dxa" w:w="2227"/>
          </w:tcPr>
          <w:p>
            <w:pPr>
              <w:spacing w:after="0"/>
              <w:jc w:val="left"/>
            </w:pPr>
          </w:p>
        </w:tc>
        <w:tc>
          <w:tcPr>
            <w:tcW w:type="dxa" w:w="986"/>
          </w:tcPr>
          <w:p>
            <w:pPr>
              <w:spacing w:after="0"/>
              <w:jc w:val="left"/>
            </w:pPr>
            <w:r>
              <w:rPr>
                <w:sz w:val="16"/>
              </w:rPr>
              <w:t>same incident as DR-4498</w:t>
            </w:r>
          </w:p>
        </w:tc>
      </w:tr>
      <w:tr>
        <w:trPr>
          <w:cantSplit/>
        </w:trPr>
        <w:tc>
          <w:tcPr>
            <w:tcW w:type="dxa" w:w="1143"/>
          </w:tcPr>
          <w:p>
            <w:pPr>
              <w:spacing w:after="0"/>
              <w:jc w:val="left"/>
            </w:pPr>
            <w:r>
              <w:rPr>
                <w:sz w:val="16"/>
              </w:rPr>
              <w:t>2005-09-05</w:t>
            </w:r>
          </w:p>
        </w:tc>
        <w:tc>
          <w:tcPr>
            <w:tcW w:type="dxa" w:w="1143"/>
          </w:tcPr>
          <w:p>
            <w:pPr>
              <w:spacing w:after="0"/>
              <w:jc w:val="left"/>
            </w:pPr>
            <w:r>
              <w:rPr>
                <w:sz w:val="16"/>
              </w:rPr>
              <w:t>2005-08-29</w:t>
            </w:r>
          </w:p>
        </w:tc>
        <w:tc>
          <w:tcPr>
            <w:tcW w:type="dxa" w:w="1143"/>
          </w:tcPr>
          <w:p>
            <w:pPr>
              <w:spacing w:after="0"/>
              <w:jc w:val="left"/>
            </w:pPr>
            <w:r>
              <w:rPr>
                <w:sz w:val="16"/>
              </w:rPr>
              <w:t>EM-3224-CO</w:t>
            </w:r>
          </w:p>
        </w:tc>
        <w:tc>
          <w:tcPr>
            <w:tcW w:type="dxa" w:w="1537"/>
          </w:tcPr>
          <w:p>
            <w:pPr>
              <w:spacing w:after="0"/>
              <w:jc w:val="left"/>
            </w:pPr>
            <w:r>
              <w:rPr>
                <w:sz w:val="16"/>
              </w:rPr>
              <w:t>Emergency</w:t>
            </w:r>
          </w:p>
        </w:tc>
        <w:tc>
          <w:tcPr>
            <w:tcW w:type="dxa" w:w="1833"/>
          </w:tcPr>
          <w:p>
            <w:pPr>
              <w:spacing w:after="0"/>
              <w:jc w:val="left"/>
            </w:pPr>
            <w:r>
              <w:rPr>
                <w:sz w:val="16"/>
              </w:rPr>
              <w:t>HURRICANE KATRINA EVACUATION</w:t>
            </w:r>
          </w:p>
        </w:tc>
        <w:tc>
          <w:tcPr>
            <w:tcW w:type="dxa" w:w="2522"/>
          </w:tcPr>
          <w:p>
            <w:pPr>
              <w:spacing w:after="0"/>
              <w:jc w:val="left"/>
            </w:pPr>
            <w:r>
              <w:rPr>
                <w:sz w:val="16"/>
              </w:rPr>
              <w:t>Hurricane: evacuation support, not a local hazard event; not counted</w:t>
            </w:r>
          </w:p>
        </w:tc>
        <w:tc>
          <w:tcPr>
            <w:tcW w:type="dxa" w:w="1577"/>
          </w:tcPr>
          <w:p>
            <w:pPr>
              <w:spacing w:after="0"/>
              <w:jc w:val="right"/>
            </w:pPr>
            <w:r>
              <w:rPr>
                <w:sz w:val="16"/>
              </w:rPr>
              <w:t>none found</w:t>
            </w:r>
          </w:p>
        </w:tc>
        <w:tc>
          <w:tcPr>
            <w:tcW w:type="dxa" w:w="2227"/>
          </w:tcPr>
          <w:p>
            <w:pPr>
              <w:spacing w:after="0"/>
              <w:jc w:val="left"/>
            </w:pPr>
          </w:p>
        </w:tc>
        <w:tc>
          <w:tcPr>
            <w:tcW w:type="dxa" w:w="986"/>
          </w:tcPr>
          <w:p>
            <w:pPr>
              <w:spacing w:after="0"/>
              <w:jc w:val="left"/>
            </w:pPr>
          </w:p>
        </w:tc>
      </w:tr>
      <w:tr>
        <w:trPr>
          <w:cantSplit/>
        </w:trPr>
        <w:tc>
          <w:tcPr>
            <w:tcW w:type="dxa" w:w="1143"/>
          </w:tcPr>
          <w:p>
            <w:pPr>
              <w:spacing w:after="0"/>
              <w:jc w:val="left"/>
            </w:pPr>
            <w:r>
              <w:rPr>
                <w:sz w:val="16"/>
              </w:rPr>
              <w:t>2003-04-09</w:t>
            </w:r>
          </w:p>
        </w:tc>
        <w:tc>
          <w:tcPr>
            <w:tcW w:type="dxa" w:w="1143"/>
          </w:tcPr>
          <w:p>
            <w:pPr>
              <w:spacing w:after="0"/>
              <w:jc w:val="left"/>
            </w:pPr>
            <w:r>
              <w:rPr>
                <w:sz w:val="16"/>
              </w:rPr>
              <w:t>2003-03-17</w:t>
            </w:r>
          </w:p>
        </w:tc>
        <w:tc>
          <w:tcPr>
            <w:tcW w:type="dxa" w:w="1143"/>
          </w:tcPr>
          <w:p>
            <w:pPr>
              <w:spacing w:after="0"/>
              <w:jc w:val="left"/>
            </w:pPr>
            <w:r>
              <w:rPr>
                <w:sz w:val="16"/>
              </w:rPr>
              <w:t>EM-3185-CO</w:t>
            </w:r>
          </w:p>
        </w:tc>
        <w:tc>
          <w:tcPr>
            <w:tcW w:type="dxa" w:w="1537"/>
          </w:tcPr>
          <w:p>
            <w:pPr>
              <w:spacing w:after="0"/>
              <w:jc w:val="left"/>
            </w:pPr>
            <w:r>
              <w:rPr>
                <w:sz w:val="16"/>
              </w:rPr>
              <w:t>Emergency</w:t>
            </w:r>
          </w:p>
        </w:tc>
        <w:tc>
          <w:tcPr>
            <w:tcW w:type="dxa" w:w="1833"/>
          </w:tcPr>
          <w:p>
            <w:pPr>
              <w:spacing w:after="0"/>
              <w:jc w:val="left"/>
            </w:pPr>
            <w:r>
              <w:rPr>
                <w:sz w:val="16"/>
              </w:rPr>
              <w:t>SNOW</w:t>
            </w:r>
          </w:p>
        </w:tc>
        <w:tc>
          <w:tcPr>
            <w:tcW w:type="dxa" w:w="2522"/>
          </w:tcPr>
          <w:p>
            <w:pPr>
              <w:spacing w:after="0"/>
              <w:jc w:val="left"/>
            </w:pPr>
            <w:r>
              <w:rPr>
                <w:sz w:val="16"/>
              </w:rPr>
              <w:t>Winter Weather</w:t>
            </w:r>
          </w:p>
        </w:tc>
        <w:tc>
          <w:tcPr>
            <w:tcW w:type="dxa" w:w="1577"/>
          </w:tcPr>
          <w:p>
            <w:pPr>
              <w:spacing w:after="0"/>
              <w:jc w:val="right"/>
            </w:pPr>
            <w:r>
              <w:rPr>
                <w:sz w:val="16"/>
              </w:rPr>
              <w:t>$46,582.52</w:t>
            </w:r>
          </w:p>
        </w:tc>
        <w:tc>
          <w:tcPr>
            <w:tcW w:type="dxa" w:w="2227"/>
          </w:tcPr>
          <w:p>
            <w:pPr>
              <w:spacing w:after="0"/>
              <w:jc w:val="left"/>
            </w:pPr>
          </w:p>
        </w:tc>
        <w:tc>
          <w:tcPr>
            <w:tcW w:type="dxa" w:w="986"/>
          </w:tcPr>
          <w:p>
            <w:pPr>
              <w:spacing w:after="0"/>
              <w:jc w:val="left"/>
            </w:pPr>
          </w:p>
        </w:tc>
      </w:tr>
      <w:tr>
        <w:trPr>
          <w:cantSplit/>
        </w:trPr>
        <w:tc>
          <w:tcPr>
            <w:tcW w:type="dxa" w:w="1143"/>
          </w:tcPr>
          <w:p>
            <w:pPr>
              <w:spacing w:after="0"/>
              <w:jc w:val="left"/>
            </w:pPr>
            <w:r>
              <w:rPr>
                <w:sz w:val="16"/>
              </w:rPr>
              <w:t>2002-06-19</w:t>
            </w:r>
          </w:p>
        </w:tc>
        <w:tc>
          <w:tcPr>
            <w:tcW w:type="dxa" w:w="1143"/>
          </w:tcPr>
          <w:p>
            <w:pPr>
              <w:spacing w:after="0"/>
              <w:jc w:val="left"/>
            </w:pPr>
            <w:r>
              <w:rPr>
                <w:sz w:val="16"/>
              </w:rPr>
              <w:t>2002-04-23</w:t>
            </w:r>
          </w:p>
        </w:tc>
        <w:tc>
          <w:tcPr>
            <w:tcW w:type="dxa" w:w="1143"/>
          </w:tcPr>
          <w:p>
            <w:pPr>
              <w:spacing w:after="0"/>
              <w:jc w:val="left"/>
            </w:pPr>
            <w:r>
              <w:rPr>
                <w:sz w:val="16"/>
              </w:rPr>
              <w:t>DR-1421-CO</w:t>
            </w:r>
          </w:p>
        </w:tc>
        <w:tc>
          <w:tcPr>
            <w:tcW w:type="dxa" w:w="1537"/>
          </w:tcPr>
          <w:p>
            <w:pPr>
              <w:spacing w:after="0"/>
              <w:jc w:val="left"/>
            </w:pPr>
            <w:r>
              <w:rPr>
                <w:sz w:val="16"/>
              </w:rPr>
              <w:t>Major disaster</w:t>
            </w:r>
          </w:p>
        </w:tc>
        <w:tc>
          <w:tcPr>
            <w:tcW w:type="dxa" w:w="1833"/>
          </w:tcPr>
          <w:p>
            <w:pPr>
              <w:spacing w:after="0"/>
              <w:jc w:val="left"/>
            </w:pPr>
            <w:r>
              <w:rPr>
                <w:sz w:val="16"/>
              </w:rPr>
              <w:t>WILDFIRES</w:t>
            </w:r>
          </w:p>
        </w:tc>
        <w:tc>
          <w:tcPr>
            <w:tcW w:type="dxa" w:w="2522"/>
          </w:tcPr>
          <w:p>
            <w:pPr>
              <w:spacing w:after="0"/>
              <w:jc w:val="left"/>
            </w:pPr>
            <w:r>
              <w:rPr>
                <w:sz w:val="16"/>
              </w:rPr>
              <w:t>Wildfire</w:t>
            </w:r>
          </w:p>
        </w:tc>
        <w:tc>
          <w:tcPr>
            <w:tcW w:type="dxa" w:w="1577"/>
          </w:tcPr>
          <w:p>
            <w:pPr>
              <w:spacing w:after="0"/>
              <w:jc w:val="right"/>
            </w:pPr>
            <w:r>
              <w:rPr>
                <w:sz w:val="16"/>
              </w:rPr>
              <w:t>PA not declared for this county</w:t>
            </w:r>
          </w:p>
        </w:tc>
        <w:tc>
          <w:tcPr>
            <w:tcW w:type="dxa" w:w="2227"/>
          </w:tcPr>
          <w:p>
            <w:pPr>
              <w:spacing w:after="0"/>
              <w:jc w:val="left"/>
            </w:pPr>
          </w:p>
        </w:tc>
        <w:tc>
          <w:tcPr>
            <w:tcW w:type="dxa" w:w="986"/>
          </w:tcPr>
          <w:p>
            <w:pPr>
              <w:spacing w:after="0"/>
              <w:jc w:val="left"/>
            </w:pPr>
          </w:p>
        </w:tc>
      </w:tr>
      <w:tr>
        <w:trPr>
          <w:cantSplit/>
        </w:trPr>
        <w:tc>
          <w:tcPr>
            <w:tcW w:type="dxa" w:w="1143"/>
          </w:tcPr>
          <w:p>
            <w:pPr>
              <w:spacing w:after="0"/>
              <w:jc w:val="left"/>
            </w:pPr>
            <w:r>
              <w:rPr>
                <w:sz w:val="16"/>
              </w:rPr>
              <w:t>1977-01-29</w:t>
            </w:r>
          </w:p>
        </w:tc>
        <w:tc>
          <w:tcPr>
            <w:tcW w:type="dxa" w:w="1143"/>
          </w:tcPr>
          <w:p>
            <w:pPr>
              <w:spacing w:after="0"/>
              <w:jc w:val="left"/>
            </w:pPr>
            <w:r>
              <w:rPr>
                <w:sz w:val="16"/>
              </w:rPr>
              <w:t>1977-01-29</w:t>
            </w:r>
          </w:p>
        </w:tc>
        <w:tc>
          <w:tcPr>
            <w:tcW w:type="dxa" w:w="1143"/>
          </w:tcPr>
          <w:p>
            <w:pPr>
              <w:spacing w:after="0"/>
              <w:jc w:val="left"/>
            </w:pPr>
            <w:r>
              <w:rPr>
                <w:sz w:val="16"/>
              </w:rPr>
              <w:t>EM-3025-CO</w:t>
            </w:r>
          </w:p>
        </w:tc>
        <w:tc>
          <w:tcPr>
            <w:tcW w:type="dxa" w:w="1537"/>
          </w:tcPr>
          <w:p>
            <w:pPr>
              <w:spacing w:after="0"/>
              <w:jc w:val="left"/>
            </w:pPr>
            <w:r>
              <w:rPr>
                <w:sz w:val="16"/>
              </w:rPr>
              <w:t>Emergency</w:t>
            </w:r>
          </w:p>
        </w:tc>
        <w:tc>
          <w:tcPr>
            <w:tcW w:type="dxa" w:w="1833"/>
          </w:tcPr>
          <w:p>
            <w:pPr>
              <w:spacing w:after="0"/>
              <w:jc w:val="left"/>
            </w:pPr>
            <w:r>
              <w:rPr>
                <w:sz w:val="16"/>
              </w:rPr>
              <w:t>DROUGHT</w:t>
            </w:r>
          </w:p>
        </w:tc>
        <w:tc>
          <w:tcPr>
            <w:tcW w:type="dxa" w:w="2522"/>
          </w:tcPr>
          <w:p>
            <w:pPr>
              <w:spacing w:after="0"/>
              <w:jc w:val="left"/>
            </w:pPr>
            <w:r>
              <w:rPr>
                <w:sz w:val="16"/>
              </w:rPr>
              <w:t>Drought</w:t>
            </w:r>
          </w:p>
        </w:tc>
        <w:tc>
          <w:tcPr>
            <w:tcW w:type="dxa" w:w="1577"/>
          </w:tcPr>
          <w:p>
            <w:pPr>
              <w:spacing w:after="0"/>
              <w:jc w:val="right"/>
            </w:pPr>
            <w:r>
              <w:rPr>
                <w:sz w:val="16"/>
              </w:rPr>
              <w:t>none found</w:t>
            </w:r>
          </w:p>
        </w:tc>
        <w:tc>
          <w:tcPr>
            <w:tcW w:type="dxa" w:w="2227"/>
          </w:tcPr>
          <w:p>
            <w:pPr>
              <w:spacing w:after="0"/>
              <w:jc w:val="left"/>
            </w:pPr>
          </w:p>
        </w:tc>
        <w:tc>
          <w:tcPr>
            <w:tcW w:type="dxa" w:w="986"/>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87"/>
        <w:gridCol w:w="1887"/>
        <w:gridCol w:w="1562"/>
        <w:gridCol w:w="2537"/>
        <w:gridCol w:w="1180"/>
        <w:gridCol w:w="2700"/>
        <w:gridCol w:w="1180"/>
        <w:gridCol w:w="1180"/>
      </w:tblGrid>
      <w:tr>
        <w:trPr>
          <w:cantSplit/>
          <w:tblHeader/>
        </w:trPr>
        <w:tc>
          <w:tcPr>
            <w:tcW w:type="dxa" w:w="1887"/>
            <w:shd w:val="clear" w:color="auto" w:fill="E8E8E8"/>
          </w:tcPr>
          <w:p>
            <w:pPr>
              <w:spacing w:after="0"/>
              <w:jc w:val="left"/>
            </w:pPr>
            <w:r>
              <w:rPr>
                <w:b/>
                <w:sz w:val="16"/>
              </w:rPr>
              <w:t>Declared</w:t>
            </w:r>
          </w:p>
        </w:tc>
        <w:tc>
          <w:tcPr>
            <w:tcW w:type="dxa" w:w="1887"/>
            <w:shd w:val="clear" w:color="auto" w:fill="E8E8E8"/>
          </w:tcPr>
          <w:p>
            <w:pPr>
              <w:spacing w:after="0"/>
              <w:jc w:val="left"/>
            </w:pPr>
            <w:r>
              <w:rPr>
                <w:b/>
                <w:sz w:val="16"/>
              </w:rPr>
              <w:t>Incident began</w:t>
            </w:r>
          </w:p>
        </w:tc>
        <w:tc>
          <w:tcPr>
            <w:tcW w:type="dxa" w:w="1562"/>
            <w:shd w:val="clear" w:color="auto" w:fill="E8E8E8"/>
          </w:tcPr>
          <w:p>
            <w:pPr>
              <w:spacing w:after="0"/>
              <w:jc w:val="left"/>
            </w:pPr>
            <w:r>
              <w:rPr>
                <w:b/>
                <w:sz w:val="16"/>
              </w:rPr>
              <w:t>FEMA number</w:t>
            </w:r>
          </w:p>
        </w:tc>
        <w:tc>
          <w:tcPr>
            <w:tcW w:type="dxa" w:w="2537"/>
            <w:shd w:val="clear" w:color="auto" w:fill="E8E8E8"/>
          </w:tcPr>
          <w:p>
            <w:pPr>
              <w:spacing w:after="0"/>
              <w:jc w:val="left"/>
            </w:pPr>
            <w:r>
              <w:rPr>
                <w:b/>
                <w:sz w:val="16"/>
              </w:rPr>
              <w:t>Type</w:t>
            </w:r>
          </w:p>
        </w:tc>
        <w:tc>
          <w:tcPr>
            <w:tcW w:type="dxa" w:w="1180"/>
            <w:shd w:val="clear" w:color="auto" w:fill="E8E8E8"/>
          </w:tcPr>
          <w:p>
            <w:pPr>
              <w:spacing w:after="0"/>
              <w:jc w:val="left"/>
            </w:pPr>
            <w:r>
              <w:rPr>
                <w:b/>
                <w:sz w:val="16"/>
              </w:rPr>
              <w:t>Title</w:t>
            </w:r>
          </w:p>
        </w:tc>
        <w:tc>
          <w:tcPr>
            <w:tcW w:type="dxa" w:w="2700"/>
            <w:shd w:val="clear" w:color="auto" w:fill="E8E8E8"/>
          </w:tcPr>
          <w:p>
            <w:pPr>
              <w:spacing w:after="0"/>
              <w:jc w:val="left"/>
            </w:pPr>
            <w:r>
              <w:rPr>
                <w:b/>
                <w:sz w:val="16"/>
              </w:rPr>
              <w:t>Mapped hazard</w:t>
            </w:r>
          </w:p>
        </w:tc>
        <w:tc>
          <w:tcPr>
            <w:tcW w:type="dxa" w:w="1180"/>
            <w:shd w:val="clear" w:color="auto" w:fill="E8E8E8"/>
          </w:tcPr>
          <w:p>
            <w:pPr>
              <w:spacing w:after="0"/>
              <w:jc w:val="left"/>
            </w:pPr>
            <w:r>
              <w:rPr>
                <w:b/>
                <w:sz w:val="16"/>
              </w:rPr>
              <w:t>Flags</w:t>
            </w:r>
          </w:p>
        </w:tc>
        <w:tc>
          <w:tcPr>
            <w:tcW w:type="dxa" w:w="1180"/>
            <w:shd w:val="clear" w:color="auto" w:fill="E8E8E8"/>
          </w:tcPr>
          <w:p>
            <w:pPr>
              <w:spacing w:after="0"/>
              <w:jc w:val="left"/>
            </w:pPr>
            <w:r>
              <w:rPr>
                <w:b/>
                <w:sz w:val="16"/>
              </w:rPr>
              <w:t>Notes</w:t>
            </w:r>
          </w:p>
        </w:tc>
      </w:tr>
      <w:tr>
        <w:trPr>
          <w:cantSplit/>
        </w:trPr>
        <w:tc>
          <w:tcPr>
            <w:tcW w:type="dxa" w:w="1887"/>
          </w:tcPr>
          <w:p>
            <w:pPr>
              <w:spacing w:after="0"/>
              <w:jc w:val="left"/>
            </w:pPr>
            <w:r>
              <w:rPr>
                <w:sz w:val="16"/>
              </w:rPr>
              <w:t>1956-06-12</w:t>
            </w:r>
          </w:p>
        </w:tc>
        <w:tc>
          <w:tcPr>
            <w:tcW w:type="dxa" w:w="1887"/>
          </w:tcPr>
          <w:p>
            <w:pPr>
              <w:spacing w:after="0"/>
              <w:jc w:val="left"/>
            </w:pPr>
            <w:r>
              <w:rPr>
                <w:sz w:val="16"/>
              </w:rPr>
              <w:t>1956-06-12</w:t>
            </w:r>
          </w:p>
        </w:tc>
        <w:tc>
          <w:tcPr>
            <w:tcW w:type="dxa" w:w="1562"/>
          </w:tcPr>
          <w:p>
            <w:pPr>
              <w:spacing w:after="0"/>
              <w:jc w:val="left"/>
            </w:pPr>
            <w:r>
              <w:rPr>
                <w:sz w:val="16"/>
              </w:rPr>
              <w:t>DR-59-CO</w:t>
            </w:r>
          </w:p>
        </w:tc>
        <w:tc>
          <w:tcPr>
            <w:tcW w:type="dxa" w:w="2537"/>
          </w:tcPr>
          <w:p>
            <w:pPr>
              <w:spacing w:after="0"/>
              <w:jc w:val="left"/>
            </w:pPr>
            <w:r>
              <w:rPr>
                <w:sz w:val="16"/>
              </w:rPr>
              <w:t>Major disaster</w:t>
            </w:r>
          </w:p>
        </w:tc>
        <w:tc>
          <w:tcPr>
            <w:tcW w:type="dxa" w:w="1180"/>
          </w:tcPr>
          <w:p>
            <w:pPr>
              <w:spacing w:after="0"/>
              <w:jc w:val="left"/>
            </w:pPr>
            <w:r>
              <w:rPr>
                <w:sz w:val="16"/>
              </w:rPr>
              <w:t>FLOOD</w:t>
            </w:r>
          </w:p>
        </w:tc>
        <w:tc>
          <w:tcPr>
            <w:tcW w:type="dxa" w:w="2700"/>
          </w:tcPr>
          <w:p>
            <w:pPr>
              <w:spacing w:after="0"/>
              <w:jc w:val="left"/>
            </w:pPr>
            <w:r>
              <w:rPr>
                <w:sz w:val="16"/>
              </w:rPr>
              <w:t>Inland Flooding</w:t>
            </w:r>
          </w:p>
        </w:tc>
        <w:tc>
          <w:tcPr>
            <w:tcW w:type="dxa" w:w="1180"/>
          </w:tcPr>
          <w:p>
            <w:pPr>
              <w:spacing w:after="0"/>
              <w:jc w:val="left"/>
            </w:pPr>
          </w:p>
        </w:tc>
        <w:tc>
          <w:tcPr>
            <w:tcW w:type="dxa" w:w="1180"/>
          </w:tcPr>
          <w:p>
            <w:pPr>
              <w:spacing w:after="0"/>
              <w:jc w:val="left"/>
            </w:pPr>
          </w:p>
        </w:tc>
      </w:tr>
      <w:tr>
        <w:trPr>
          <w:cantSplit/>
        </w:trPr>
        <w:tc>
          <w:tcPr>
            <w:tcW w:type="dxa" w:w="1887"/>
          </w:tcPr>
          <w:p>
            <w:pPr>
              <w:spacing w:after="0"/>
              <w:jc w:val="left"/>
            </w:pPr>
            <w:r>
              <w:rPr>
                <w:sz w:val="16"/>
              </w:rPr>
              <w:t>1955-05-25</w:t>
            </w:r>
          </w:p>
        </w:tc>
        <w:tc>
          <w:tcPr>
            <w:tcW w:type="dxa" w:w="1887"/>
          </w:tcPr>
          <w:p>
            <w:pPr>
              <w:spacing w:after="0"/>
              <w:jc w:val="left"/>
            </w:pPr>
            <w:r>
              <w:rPr>
                <w:sz w:val="16"/>
              </w:rPr>
              <w:t>1955-05-25</w:t>
            </w:r>
          </w:p>
        </w:tc>
        <w:tc>
          <w:tcPr>
            <w:tcW w:type="dxa" w:w="1562"/>
          </w:tcPr>
          <w:p>
            <w:pPr>
              <w:spacing w:after="0"/>
              <w:jc w:val="left"/>
            </w:pPr>
            <w:r>
              <w:rPr>
                <w:sz w:val="16"/>
              </w:rPr>
              <w:t>DR-33-CO</w:t>
            </w:r>
          </w:p>
        </w:tc>
        <w:tc>
          <w:tcPr>
            <w:tcW w:type="dxa" w:w="2537"/>
          </w:tcPr>
          <w:p>
            <w:pPr>
              <w:spacing w:after="0"/>
              <w:jc w:val="left"/>
            </w:pPr>
            <w:r>
              <w:rPr>
                <w:sz w:val="16"/>
              </w:rPr>
              <w:t>Major disaster</w:t>
            </w:r>
          </w:p>
        </w:tc>
        <w:tc>
          <w:tcPr>
            <w:tcW w:type="dxa" w:w="1180"/>
          </w:tcPr>
          <w:p>
            <w:pPr>
              <w:spacing w:after="0"/>
              <w:jc w:val="left"/>
            </w:pPr>
            <w:r>
              <w:rPr>
                <w:sz w:val="16"/>
              </w:rPr>
              <w:t>FLOOD</w:t>
            </w:r>
          </w:p>
        </w:tc>
        <w:tc>
          <w:tcPr>
            <w:tcW w:type="dxa" w:w="2700"/>
          </w:tcPr>
          <w:p>
            <w:pPr>
              <w:spacing w:after="0"/>
              <w:jc w:val="left"/>
            </w:pPr>
            <w:r>
              <w:rPr>
                <w:sz w:val="16"/>
              </w:rPr>
              <w:t>Inland Flooding</w:t>
            </w:r>
          </w:p>
        </w:tc>
        <w:tc>
          <w:tcPr>
            <w:tcW w:type="dxa" w:w="1180"/>
          </w:tcPr>
          <w:p>
            <w:pPr>
              <w:spacing w:after="0"/>
              <w:jc w:val="left"/>
            </w:pPr>
          </w:p>
        </w:tc>
        <w:tc>
          <w:tcPr>
            <w:tcW w:type="dxa" w:w="1180"/>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10 Fire Management declarations (1978-09-12 to 2016-07-10)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46</w:t>
            </w:r>
          </w:p>
        </w:tc>
        <w:tc>
          <w:tcPr>
            <w:tcW w:type="dxa" w:w="1422"/>
          </w:tcPr>
          <w:p>
            <w:pPr>
              <w:spacing w:after="0"/>
              <w:jc w:val="right"/>
            </w:pPr>
            <w:r>
              <w:rPr>
                <w:sz w:val="16"/>
              </w:rPr>
              <w:t>9</w:t>
            </w:r>
          </w:p>
        </w:tc>
        <w:tc>
          <w:tcPr>
            <w:tcW w:type="dxa" w:w="1356"/>
          </w:tcPr>
          <w:p>
            <w:pPr>
              <w:spacing w:after="0"/>
              <w:jc w:val="right"/>
            </w:pPr>
            <w:r>
              <w:rPr>
                <w:sz w:val="16"/>
              </w:rPr>
              <w:t>3</w:t>
            </w: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16</w:t>
            </w:r>
          </w:p>
        </w:tc>
        <w:tc>
          <w:tcPr>
            <w:tcW w:type="dxa" w:w="1422"/>
          </w:tcPr>
          <w:p>
            <w:pPr>
              <w:spacing w:after="0"/>
              <w:jc w:val="right"/>
            </w:pPr>
            <w:r>
              <w:rPr>
                <w:sz w:val="16"/>
              </w:rPr>
              <w:t>8</w:t>
            </w:r>
          </w:p>
        </w:tc>
        <w:tc>
          <w:tcPr>
            <w:tcW w:type="dxa" w:w="1356"/>
          </w:tcPr>
          <w:p>
            <w:pPr>
              <w:spacing w:after="0"/>
              <w:jc w:val="right"/>
            </w:pPr>
            <w:r>
              <w:rPr>
                <w:sz w:val="16"/>
              </w:rPr>
              <w:t>6</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128</w:t>
            </w:r>
          </w:p>
        </w:tc>
        <w:tc>
          <w:tcPr>
            <w:tcW w:type="dxa" w:w="1422"/>
          </w:tcPr>
          <w:p>
            <w:pPr>
              <w:spacing w:after="0"/>
              <w:jc w:val="right"/>
            </w:pPr>
            <w:r>
              <w:rPr>
                <w:sz w:val="16"/>
              </w:rPr>
              <w:t>31</w:t>
            </w:r>
          </w:p>
        </w:tc>
        <w:tc>
          <w:tcPr>
            <w:tcW w:type="dxa" w:w="1356"/>
          </w:tcPr>
          <w:p>
            <w:pPr>
              <w:spacing w:after="0"/>
              <w:jc w:val="right"/>
            </w:pPr>
            <w:r>
              <w:rPr>
                <w:sz w:val="16"/>
              </w:rPr>
              <w:t>7</w:t>
            </w:r>
          </w:p>
        </w:tc>
        <w:tc>
          <w:tcPr>
            <w:tcW w:type="dxa" w:w="963"/>
          </w:tcPr>
          <w:p>
            <w:pPr>
              <w:spacing w:after="0"/>
              <w:jc w:val="right"/>
            </w:pPr>
            <w:r>
              <w:rPr>
                <w:sz w:val="16"/>
              </w:rPr>
              <w:t>31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102 High Wind records and 3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3</w:t>
            </w:r>
          </w:p>
        </w:tc>
        <w:tc>
          <w:tcPr>
            <w:tcW w:type="dxa" w:w="1422"/>
          </w:tcPr>
          <w:p>
            <w:pPr>
              <w:spacing w:after="0"/>
              <w:jc w:val="right"/>
            </w:pPr>
            <w:r>
              <w:rPr>
                <w:sz w:val="16"/>
              </w:rPr>
              <w:t>1</w:t>
            </w:r>
          </w:p>
        </w:tc>
        <w:tc>
          <w:tcPr>
            <w:tcW w:type="dxa" w:w="1356"/>
          </w:tcPr>
          <w:p>
            <w:pPr>
              <w:spacing w:after="0"/>
              <w:jc w:val="right"/>
            </w:pPr>
            <w:r>
              <w:rPr>
                <w:sz w:val="16"/>
              </w:rPr>
              <w:t>2</w:t>
            </w:r>
          </w:p>
        </w:tc>
        <w:tc>
          <w:tcPr>
            <w:tcW w:type="dxa" w:w="963"/>
          </w:tcPr>
          <w:p>
            <w:pPr>
              <w:spacing w:after="0"/>
              <w:jc w:val="right"/>
            </w:pPr>
            <w:r>
              <w:rPr>
                <w:sz w:val="16"/>
              </w:rPr>
              <w:t>1</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474</w:t>
            </w:r>
          </w:p>
        </w:tc>
        <w:tc>
          <w:tcPr>
            <w:tcW w:type="dxa" w:w="1422"/>
          </w:tcPr>
          <w:p>
            <w:pPr>
              <w:spacing w:after="0"/>
              <w:jc w:val="right"/>
            </w:pPr>
            <w:r>
              <w:rPr>
                <w:sz w:val="16"/>
              </w:rPr>
              <w:t>103</w:t>
            </w:r>
          </w:p>
        </w:tc>
        <w:tc>
          <w:tcPr>
            <w:tcW w:type="dxa" w:w="1356"/>
          </w:tcPr>
          <w:p>
            <w:pPr>
              <w:spacing w:after="0"/>
              <w:jc w:val="right"/>
            </w:pPr>
            <w:r>
              <w:rPr>
                <w:sz w:val="16"/>
              </w:rPr>
              <w:t>13</w:t>
            </w:r>
          </w:p>
        </w:tc>
        <w:tc>
          <w:tcPr>
            <w:tcW w:type="dxa" w:w="963"/>
          </w:tcPr>
          <w:p>
            <w:pPr>
              <w:spacing w:after="0"/>
              <w:jc w:val="right"/>
            </w:pPr>
            <w:r>
              <w:rPr>
                <w:sz w:val="16"/>
              </w:rPr>
              <w:t>103</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479"/>
        <w:gridCol w:w="2647"/>
        <w:gridCol w:w="1066"/>
        <w:gridCol w:w="2200"/>
        <w:gridCol w:w="1323"/>
        <w:gridCol w:w="2146"/>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479"/>
            <w:shd w:val="clear" w:color="auto" w:fill="E8E8E8"/>
          </w:tcPr>
          <w:p>
            <w:pPr>
              <w:spacing w:after="0"/>
              <w:jc w:val="left"/>
            </w:pPr>
            <w:r>
              <w:rPr>
                <w:b/>
                <w:sz w:val="16"/>
              </w:rPr>
              <w:t>Magnitude or extent</w:t>
            </w:r>
          </w:p>
        </w:tc>
        <w:tc>
          <w:tcPr>
            <w:tcW w:type="dxa" w:w="2647"/>
            <w:shd w:val="clear" w:color="auto" w:fill="E8E8E8"/>
          </w:tcPr>
          <w:p>
            <w:pPr>
              <w:spacing w:after="0"/>
              <w:jc w:val="left"/>
            </w:pPr>
            <w:r>
              <w:rPr>
                <w:b/>
                <w:sz w:val="16"/>
              </w:rPr>
              <w:t>Damage</w:t>
            </w:r>
          </w:p>
          <w:p>
            <w:pPr>
              <w:spacing w:after="0"/>
              <w:jc w:val="left"/>
            </w:pPr>
            <w:r>
              <w:rPr>
                <w:i/>
                <w:color w:val="555555"/>
                <w:sz w:val="14"/>
              </w:rPr>
              <w:t>nominal dollars</w:t>
            </w:r>
          </w:p>
        </w:tc>
        <w:tc>
          <w:tcPr>
            <w:tcW w:type="dxa" w:w="1066"/>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200"/>
            <w:shd w:val="clear" w:color="auto" w:fill="E8E8E8"/>
          </w:tcPr>
          <w:p>
            <w:pPr>
              <w:spacing w:after="0"/>
              <w:jc w:val="left"/>
            </w:pPr>
            <w:r>
              <w:rPr>
                <w:b/>
                <w:sz w:val="16"/>
              </w:rPr>
              <w:t>Location</w:t>
            </w:r>
          </w:p>
        </w:tc>
        <w:tc>
          <w:tcPr>
            <w:tcW w:type="dxa" w:w="1323"/>
            <w:shd w:val="clear" w:color="auto" w:fill="E8E8E8"/>
          </w:tcPr>
          <w:p>
            <w:pPr>
              <w:spacing w:after="0"/>
              <w:jc w:val="left"/>
            </w:pPr>
            <w:r>
              <w:rPr>
                <w:b/>
                <w:sz w:val="16"/>
              </w:rPr>
              <w:t>Flags</w:t>
            </w:r>
          </w:p>
        </w:tc>
        <w:tc>
          <w:tcPr>
            <w:tcW w:type="dxa" w:w="214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2023-01-07</w:t>
            </w:r>
          </w:p>
        </w:tc>
        <w:tc>
          <w:tcPr>
            <w:tcW w:type="dxa" w:w="1215"/>
          </w:tcPr>
          <w:p>
            <w:pPr>
              <w:spacing w:after="0"/>
              <w:jc w:val="left"/>
            </w:pPr>
            <w:r>
              <w:rPr>
                <w:sz w:val="16"/>
              </w:rPr>
              <w:t>Avalanche</w:t>
            </w:r>
          </w:p>
        </w:tc>
        <w:tc>
          <w:tcPr>
            <w:tcW w:type="dxa" w:w="2479"/>
          </w:tcPr>
          <w:p>
            <w:pPr>
              <w:spacing w:after="0"/>
              <w:jc w:val="left"/>
            </w:pPr>
          </w:p>
        </w:tc>
        <w:tc>
          <w:tcPr>
            <w:tcW w:type="dxa" w:w="2647"/>
          </w:tcPr>
          <w:p>
            <w:pPr>
              <w:spacing w:after="0"/>
              <w:jc w:val="left"/>
            </w:pPr>
            <w:r>
              <w:rPr>
                <w:sz w:val="16"/>
              </w:rPr>
              <w:t>property not reported; $0 crops, reported for the zone (2023 dollars)</w:t>
            </w:r>
          </w:p>
        </w:tc>
        <w:tc>
          <w:tcPr>
            <w:tcW w:type="dxa" w:w="1066"/>
          </w:tcPr>
          <w:p>
            <w:pPr>
              <w:spacing w:after="0"/>
              <w:jc w:val="right"/>
            </w:pPr>
            <w:r>
              <w:rPr>
                <w:sz w:val="16"/>
              </w:rPr>
              <w:t>2, 0</w:t>
            </w:r>
          </w:p>
        </w:tc>
        <w:tc>
          <w:tcPr>
            <w:tcW w:type="dxa" w:w="2200"/>
          </w:tcPr>
          <w:p>
            <w:pPr>
              <w:spacing w:after="0"/>
              <w:jc w:val="left"/>
            </w:pPr>
            <w:r>
              <w:rPr>
                <w:sz w:val="16"/>
              </w:rPr>
              <w:t>NWS zone COZ034 (S &amp; SE GRAND / W CENTRAL &amp; SW BOULDER / GILPIN / CLEAR CREEK / SUMMIT / N &amp; W PARK COUNTIES ABOVE 9000 FEET), zone-level: may include parts of neighboring counties</w:t>
            </w:r>
          </w:p>
        </w:tc>
        <w:tc>
          <w:tcPr>
            <w:tcW w:type="dxa" w:w="1323"/>
          </w:tcPr>
          <w:p>
            <w:pPr>
              <w:spacing w:after="0"/>
              <w:jc w:val="left"/>
            </w:pPr>
            <w:r>
              <w:rPr>
                <w:sz w:val="16"/>
              </w:rPr>
              <w:t>new since last plan; within last 5 years</w:t>
            </w:r>
          </w:p>
        </w:tc>
        <w:tc>
          <w:tcPr>
            <w:tcW w:type="dxa" w:w="2146"/>
          </w:tcPr>
          <w:p>
            <w:pPr>
              <w:spacing w:after="0"/>
              <w:jc w:val="left"/>
            </w:pPr>
            <w:r>
              <w:rPr>
                <w:sz w:val="16"/>
              </w:rPr>
              <w:t>deaths or injuries recorded</w:t>
            </w:r>
          </w:p>
        </w:tc>
      </w:tr>
      <w:tr>
        <w:trPr>
          <w:cantSplit/>
        </w:trPr>
        <w:tc>
          <w:tcPr>
            <w:tcW w:type="dxa" w:w="1037"/>
          </w:tcPr>
          <w:p>
            <w:pPr>
              <w:spacing w:after="0"/>
              <w:jc w:val="left"/>
            </w:pPr>
            <w:r>
              <w:rPr>
                <w:sz w:val="16"/>
              </w:rPr>
              <w:t>2022-12-21</w:t>
            </w:r>
          </w:p>
        </w:tc>
        <w:tc>
          <w:tcPr>
            <w:tcW w:type="dxa" w:w="1215"/>
          </w:tcPr>
          <w:p>
            <w:pPr>
              <w:spacing w:after="0"/>
              <w:jc w:val="left"/>
            </w:pPr>
            <w:r>
              <w:rPr>
                <w:sz w:val="16"/>
              </w:rPr>
              <w:t>Cold/Wind Chill</w:t>
            </w:r>
          </w:p>
        </w:tc>
        <w:tc>
          <w:tcPr>
            <w:tcW w:type="dxa" w:w="2479"/>
          </w:tcPr>
          <w:p>
            <w:pPr>
              <w:spacing w:after="0"/>
              <w:jc w:val="left"/>
            </w:pPr>
          </w:p>
        </w:tc>
        <w:tc>
          <w:tcPr>
            <w:tcW w:type="dxa" w:w="2647"/>
          </w:tcPr>
          <w:p>
            <w:pPr>
              <w:spacing w:after="0"/>
              <w:jc w:val="left"/>
            </w:pPr>
            <w:r>
              <w:rPr>
                <w:sz w:val="16"/>
              </w:rPr>
              <w:t>damage not reported</w:t>
            </w:r>
          </w:p>
        </w:tc>
        <w:tc>
          <w:tcPr>
            <w:tcW w:type="dxa" w:w="1066"/>
          </w:tcPr>
          <w:p>
            <w:pPr>
              <w:spacing w:after="0"/>
              <w:jc w:val="right"/>
            </w:pPr>
            <w:r>
              <w:rPr>
                <w:sz w:val="16"/>
              </w:rPr>
              <w:t>0, 0</w:t>
            </w:r>
          </w:p>
        </w:tc>
        <w:tc>
          <w:tcPr>
            <w:tcW w:type="dxa" w:w="2200"/>
          </w:tcPr>
          <w:p>
            <w:pPr>
              <w:spacing w:after="0"/>
              <w:jc w:val="left"/>
            </w:pPr>
            <w:r>
              <w:rPr>
                <w:sz w:val="16"/>
              </w:rPr>
              <w:t>NWS zone COZ031 (WEST JACKSON &amp; WEST GRAND COUNTIES ABOVE 9000 FEET), zone-level: may include parts of neighboring counties</w:t>
            </w:r>
          </w:p>
        </w:tc>
        <w:tc>
          <w:tcPr>
            <w:tcW w:type="dxa" w:w="1323"/>
          </w:tcPr>
          <w:p>
            <w:pPr>
              <w:spacing w:after="0"/>
              <w:jc w:val="left"/>
            </w:pPr>
            <w:r>
              <w:rPr>
                <w:sz w:val="16"/>
              </w:rPr>
              <w:t>new since last plan; within last 5 years</w:t>
            </w:r>
          </w:p>
        </w:tc>
        <w:tc>
          <w:tcPr>
            <w:tcW w:type="dxa" w:w="214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2021-07-30</w:t>
            </w:r>
          </w:p>
        </w:tc>
        <w:tc>
          <w:tcPr>
            <w:tcW w:type="dxa" w:w="1215"/>
          </w:tcPr>
          <w:p>
            <w:pPr>
              <w:spacing w:after="0"/>
              <w:jc w:val="left"/>
            </w:pPr>
            <w:r>
              <w:rPr>
                <w:sz w:val="16"/>
              </w:rPr>
              <w:t>Flash Flood</w:t>
            </w:r>
          </w:p>
        </w:tc>
        <w:tc>
          <w:tcPr>
            <w:tcW w:type="dxa" w:w="2479"/>
          </w:tcPr>
          <w:p>
            <w:pPr>
              <w:spacing w:after="0"/>
              <w:jc w:val="left"/>
            </w:pPr>
          </w:p>
        </w:tc>
        <w:tc>
          <w:tcPr>
            <w:tcW w:type="dxa" w:w="2647"/>
          </w:tcPr>
          <w:p>
            <w:pPr>
              <w:spacing w:after="0"/>
              <w:jc w:val="left"/>
            </w:pPr>
            <w:r>
              <w:rPr>
                <w:sz w:val="16"/>
              </w:rPr>
              <w:t>$25,000 property; $10,000 crops (2021 dollars)</w:t>
            </w:r>
          </w:p>
        </w:tc>
        <w:tc>
          <w:tcPr>
            <w:tcW w:type="dxa" w:w="1066"/>
          </w:tcPr>
          <w:p>
            <w:pPr>
              <w:spacing w:after="0"/>
              <w:jc w:val="right"/>
            </w:pPr>
            <w:r>
              <w:rPr>
                <w:sz w:val="16"/>
              </w:rPr>
              <w:t>0, 0</w:t>
            </w:r>
          </w:p>
        </w:tc>
        <w:tc>
          <w:tcPr>
            <w:tcW w:type="dxa" w:w="2200"/>
          </w:tcPr>
          <w:p>
            <w:pPr>
              <w:spacing w:after="0"/>
              <w:jc w:val="left"/>
            </w:pPr>
            <w:r>
              <w:rPr>
                <w:sz w:val="16"/>
              </w:rPr>
              <w:t>GRAND LAKE</w:t>
            </w:r>
          </w:p>
        </w:tc>
        <w:tc>
          <w:tcPr>
            <w:tcW w:type="dxa" w:w="1323"/>
          </w:tcPr>
          <w:p>
            <w:pPr>
              <w:spacing w:after="0"/>
              <w:jc w:val="left"/>
            </w:pPr>
            <w:r>
              <w:rPr>
                <w:sz w:val="16"/>
              </w:rPr>
              <w:t>new since last plan</w:t>
            </w:r>
          </w:p>
        </w:tc>
        <w:tc>
          <w:tcPr>
            <w:tcW w:type="dxa" w:w="214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2020-10-14</w:t>
            </w:r>
          </w:p>
        </w:tc>
        <w:tc>
          <w:tcPr>
            <w:tcW w:type="dxa" w:w="1215"/>
          </w:tcPr>
          <w:p>
            <w:pPr>
              <w:spacing w:after="0"/>
              <w:jc w:val="left"/>
            </w:pPr>
            <w:r>
              <w:rPr>
                <w:sz w:val="16"/>
              </w:rPr>
              <w:t>Wildfire</w:t>
            </w:r>
          </w:p>
        </w:tc>
        <w:tc>
          <w:tcPr>
            <w:tcW w:type="dxa" w:w="2479"/>
          </w:tcPr>
          <w:p>
            <w:pPr>
              <w:spacing w:after="0"/>
              <w:jc w:val="left"/>
            </w:pPr>
          </w:p>
        </w:tc>
        <w:tc>
          <w:tcPr>
            <w:tcW w:type="dxa" w:w="2647"/>
          </w:tcPr>
          <w:p>
            <w:pPr>
              <w:spacing w:after="0"/>
              <w:jc w:val="left"/>
            </w:pPr>
            <w:r>
              <w:rPr>
                <w:sz w:val="16"/>
              </w:rPr>
              <w:t>$166,600,000 property; crops not reported, reported for the zone (2020 dollars)</w:t>
            </w:r>
          </w:p>
        </w:tc>
        <w:tc>
          <w:tcPr>
            <w:tcW w:type="dxa" w:w="1066"/>
          </w:tcPr>
          <w:p>
            <w:pPr>
              <w:spacing w:after="0"/>
              <w:jc w:val="right"/>
            </w:pPr>
            <w:r>
              <w:rPr>
                <w:sz w:val="16"/>
              </w:rPr>
              <w:t>2, 0</w:t>
            </w:r>
          </w:p>
        </w:tc>
        <w:tc>
          <w:tcPr>
            <w:tcW w:type="dxa" w:w="2200"/>
          </w:tcPr>
          <w:p>
            <w:pPr>
              <w:spacing w:after="0"/>
              <w:jc w:val="left"/>
            </w:pPr>
            <w:r>
              <w:rPr>
                <w:sz w:val="16"/>
              </w:rPr>
              <w:t>NWS zone COZ032 (GRAND &amp; SUMMIT COUNTIES BELOW 9000 FEET), zone-level: may include parts of neighboring counties</w:t>
            </w:r>
          </w:p>
        </w:tc>
        <w:tc>
          <w:tcPr>
            <w:tcW w:type="dxa" w:w="1323"/>
          </w:tcPr>
          <w:p>
            <w:pPr>
              <w:spacing w:after="0"/>
              <w:jc w:val="left"/>
            </w:pPr>
            <w:r>
              <w:rPr>
                <w:sz w:val="16"/>
              </w:rPr>
              <w:t>during plan review, check whether your last plan included it</w:t>
            </w:r>
          </w:p>
        </w:tc>
        <w:tc>
          <w:tcPr>
            <w:tcW w:type="dxa" w:w="2146"/>
          </w:tcPr>
          <w:p>
            <w:pPr>
              <w:spacing w:after="0"/>
              <w:jc w:val="left"/>
            </w:pPr>
            <w:r>
              <w:rPr>
                <w:sz w:val="16"/>
              </w:rPr>
              <w:t>deaths or injuries recorded</w:t>
            </w:r>
          </w:p>
        </w:tc>
      </w:tr>
      <w:tr>
        <w:trPr>
          <w:cantSplit/>
        </w:trPr>
        <w:tc>
          <w:tcPr>
            <w:tcW w:type="dxa" w:w="1037"/>
          </w:tcPr>
          <w:p>
            <w:pPr>
              <w:spacing w:after="0"/>
              <w:jc w:val="left"/>
            </w:pPr>
            <w:r>
              <w:rPr>
                <w:sz w:val="16"/>
              </w:rPr>
              <w:t>2020-06-06</w:t>
            </w:r>
          </w:p>
        </w:tc>
        <w:tc>
          <w:tcPr>
            <w:tcW w:type="dxa" w:w="1215"/>
          </w:tcPr>
          <w:p>
            <w:pPr>
              <w:spacing w:after="0"/>
              <w:jc w:val="left"/>
            </w:pPr>
            <w:r>
              <w:rPr>
                <w:sz w:val="16"/>
              </w:rPr>
              <w:t>Thunderstorm Wind</w:t>
            </w:r>
          </w:p>
        </w:tc>
        <w:tc>
          <w:tcPr>
            <w:tcW w:type="dxa" w:w="2479"/>
          </w:tcPr>
          <w:p>
            <w:pPr>
              <w:spacing w:after="0"/>
              <w:jc w:val="left"/>
            </w:pPr>
            <w:r>
              <w:rPr>
                <w:sz w:val="16"/>
              </w:rPr>
              <w:t>96 kt (110 mph) measured gust</w:t>
            </w:r>
          </w:p>
        </w:tc>
        <w:tc>
          <w:tcPr>
            <w:tcW w:type="dxa" w:w="2647"/>
          </w:tcPr>
          <w:p>
            <w:pPr>
              <w:spacing w:after="0"/>
              <w:jc w:val="left"/>
            </w:pPr>
            <w:r>
              <w:rPr>
                <w:sz w:val="16"/>
              </w:rPr>
              <w:t>damage not reported</w:t>
            </w:r>
          </w:p>
        </w:tc>
        <w:tc>
          <w:tcPr>
            <w:tcW w:type="dxa" w:w="1066"/>
          </w:tcPr>
          <w:p>
            <w:pPr>
              <w:spacing w:after="0"/>
              <w:jc w:val="right"/>
            </w:pPr>
            <w:r>
              <w:rPr>
                <w:sz w:val="16"/>
              </w:rPr>
              <w:t>0, 0</w:t>
            </w:r>
          </w:p>
        </w:tc>
        <w:tc>
          <w:tcPr>
            <w:tcW w:type="dxa" w:w="2200"/>
          </w:tcPr>
          <w:p>
            <w:pPr>
              <w:spacing w:after="0"/>
              <w:jc w:val="left"/>
            </w:pPr>
            <w:r>
              <w:rPr>
                <w:sz w:val="16"/>
              </w:rPr>
              <w:t>(C96)WINTER PARK</w:t>
            </w:r>
          </w:p>
        </w:tc>
        <w:tc>
          <w:tcPr>
            <w:tcW w:type="dxa" w:w="1323"/>
          </w:tcPr>
          <w:p>
            <w:pPr>
              <w:spacing w:after="0"/>
              <w:jc w:val="left"/>
            </w:pPr>
          </w:p>
        </w:tc>
        <w:tc>
          <w:tcPr>
            <w:tcW w:type="dxa" w:w="2146"/>
          </w:tcPr>
          <w:p>
            <w:pPr>
              <w:spacing w:after="0"/>
              <w:jc w:val="left"/>
            </w:pPr>
            <w:r>
              <w:rPr>
                <w:sz w:val="16"/>
              </w:rPr>
              <w:t>B1-c worst recorded: Thunderstorm Wind</w:t>
            </w:r>
          </w:p>
        </w:tc>
      </w:tr>
      <w:tr>
        <w:trPr>
          <w:cantSplit/>
        </w:trPr>
        <w:tc>
          <w:tcPr>
            <w:tcW w:type="dxa" w:w="1037"/>
          </w:tcPr>
          <w:p>
            <w:pPr>
              <w:spacing w:after="0"/>
              <w:jc w:val="left"/>
            </w:pPr>
            <w:r>
              <w:rPr>
                <w:sz w:val="16"/>
              </w:rPr>
              <w:t>2013-04-20</w:t>
            </w:r>
          </w:p>
        </w:tc>
        <w:tc>
          <w:tcPr>
            <w:tcW w:type="dxa" w:w="1215"/>
          </w:tcPr>
          <w:p>
            <w:pPr>
              <w:spacing w:after="0"/>
              <w:jc w:val="left"/>
            </w:pPr>
            <w:r>
              <w:rPr>
                <w:sz w:val="16"/>
              </w:rPr>
              <w:t>Avalanche</w:t>
            </w:r>
          </w:p>
        </w:tc>
        <w:tc>
          <w:tcPr>
            <w:tcW w:type="dxa" w:w="2479"/>
          </w:tcPr>
          <w:p>
            <w:pPr>
              <w:spacing w:after="0"/>
              <w:jc w:val="left"/>
            </w:pPr>
          </w:p>
        </w:tc>
        <w:tc>
          <w:tcPr>
            <w:tcW w:type="dxa" w:w="2647"/>
          </w:tcPr>
          <w:p>
            <w:pPr>
              <w:spacing w:after="0"/>
              <w:jc w:val="left"/>
            </w:pPr>
            <w:r>
              <w:rPr>
                <w:sz w:val="16"/>
              </w:rPr>
              <w:t>$0 property; $0 crops, reported for the zone (2013 dollars)</w:t>
            </w:r>
          </w:p>
        </w:tc>
        <w:tc>
          <w:tcPr>
            <w:tcW w:type="dxa" w:w="1066"/>
          </w:tcPr>
          <w:p>
            <w:pPr>
              <w:spacing w:after="0"/>
              <w:jc w:val="right"/>
            </w:pPr>
            <w:r>
              <w:rPr>
                <w:sz w:val="16"/>
              </w:rPr>
              <w:t>5, 0</w:t>
            </w:r>
          </w:p>
        </w:tc>
        <w:tc>
          <w:tcPr>
            <w:tcW w:type="dxa" w:w="2200"/>
          </w:tcPr>
          <w:p>
            <w:pPr>
              <w:spacing w:after="0"/>
              <w:jc w:val="left"/>
            </w:pPr>
            <w:r>
              <w:rPr>
                <w:sz w:val="16"/>
              </w:rPr>
              <w:t>NWS zone COZ034 (S &amp; SE GRAND / W CENTRAL &amp; SW BOULDER / GILPIN / CLEAR CREEK / SUMMIT / N &amp; W PARK COUNTIES ABOVE 9000 FEET), zone-level: may include parts of neighboring counties</w:t>
            </w:r>
          </w:p>
        </w:tc>
        <w:tc>
          <w:tcPr>
            <w:tcW w:type="dxa" w:w="1323"/>
          </w:tcPr>
          <w:p>
            <w:pPr>
              <w:spacing w:after="0"/>
              <w:jc w:val="left"/>
            </w:pPr>
          </w:p>
        </w:tc>
        <w:tc>
          <w:tcPr>
            <w:tcW w:type="dxa" w:w="2146"/>
          </w:tcPr>
          <w:p>
            <w:pPr>
              <w:spacing w:after="0"/>
              <w:jc w:val="left"/>
            </w:pPr>
            <w:r>
              <w:rPr>
                <w:sz w:val="16"/>
              </w:rPr>
              <w:t>deaths or injuries recorded</w:t>
            </w:r>
          </w:p>
        </w:tc>
      </w:tr>
      <w:tr>
        <w:trPr>
          <w:cantSplit/>
        </w:trPr>
        <w:tc>
          <w:tcPr>
            <w:tcW w:type="dxa" w:w="1037"/>
          </w:tcPr>
          <w:p>
            <w:pPr>
              <w:spacing w:after="0"/>
              <w:jc w:val="left"/>
            </w:pPr>
            <w:r>
              <w:rPr>
                <w:sz w:val="16"/>
              </w:rPr>
              <w:t>2011-06-30</w:t>
            </w:r>
          </w:p>
        </w:tc>
        <w:tc>
          <w:tcPr>
            <w:tcW w:type="dxa" w:w="1215"/>
          </w:tcPr>
          <w:p>
            <w:pPr>
              <w:spacing w:after="0"/>
              <w:jc w:val="left"/>
            </w:pPr>
            <w:r>
              <w:rPr>
                <w:sz w:val="16"/>
              </w:rPr>
              <w:t>Thunderstorm Wind</w:t>
            </w:r>
          </w:p>
        </w:tc>
        <w:tc>
          <w:tcPr>
            <w:tcW w:type="dxa" w:w="2479"/>
          </w:tcPr>
          <w:p>
            <w:pPr>
              <w:spacing w:after="0"/>
              <w:jc w:val="left"/>
            </w:pPr>
            <w:r>
              <w:rPr>
                <w:sz w:val="16"/>
              </w:rPr>
              <w:t>72 kt (83 mph) estimated gust</w:t>
            </w:r>
          </w:p>
        </w:tc>
        <w:tc>
          <w:tcPr>
            <w:tcW w:type="dxa" w:w="2647"/>
          </w:tcPr>
          <w:p>
            <w:pPr>
              <w:spacing w:after="0"/>
              <w:jc w:val="left"/>
            </w:pPr>
            <w:r>
              <w:rPr>
                <w:sz w:val="16"/>
              </w:rPr>
              <w:t>$200,000 property; crops not reported (2011 dollars)</w:t>
            </w:r>
          </w:p>
        </w:tc>
        <w:tc>
          <w:tcPr>
            <w:tcW w:type="dxa" w:w="1066"/>
          </w:tcPr>
          <w:p>
            <w:pPr>
              <w:spacing w:after="0"/>
              <w:jc w:val="right"/>
            </w:pPr>
            <w:r>
              <w:rPr>
                <w:sz w:val="16"/>
              </w:rPr>
              <w:t>0, 0</w:t>
            </w:r>
          </w:p>
        </w:tc>
        <w:tc>
          <w:tcPr>
            <w:tcW w:type="dxa" w:w="2200"/>
          </w:tcPr>
          <w:p>
            <w:pPr>
              <w:spacing w:after="0"/>
              <w:jc w:val="left"/>
            </w:pPr>
            <w:r>
              <w:rPr>
                <w:sz w:val="16"/>
              </w:rPr>
              <w:t>GRANBY</w:t>
            </w:r>
          </w:p>
        </w:tc>
        <w:tc>
          <w:tcPr>
            <w:tcW w:type="dxa" w:w="1323"/>
          </w:tcPr>
          <w:p>
            <w:pPr>
              <w:spacing w:after="0"/>
              <w:jc w:val="left"/>
            </w:pPr>
          </w:p>
        </w:tc>
        <w:tc>
          <w:tcPr>
            <w:tcW w:type="dxa" w:w="2146"/>
          </w:tcPr>
          <w:p>
            <w:pPr>
              <w:spacing w:after="0"/>
              <w:jc w:val="left"/>
            </w:pPr>
            <w:r>
              <w:rPr>
                <w:sz w:val="16"/>
              </w:rPr>
              <w:t>B1-c most damaging: Thunderstorm Wind</w:t>
            </w:r>
          </w:p>
        </w:tc>
      </w:tr>
      <w:tr>
        <w:trPr>
          <w:cantSplit/>
        </w:trPr>
        <w:tc>
          <w:tcPr>
            <w:tcW w:type="dxa" w:w="1037"/>
          </w:tcPr>
          <w:p>
            <w:pPr>
              <w:spacing w:after="0"/>
              <w:jc w:val="left"/>
            </w:pPr>
            <w:r>
              <w:rPr>
                <w:sz w:val="16"/>
              </w:rPr>
              <w:t>2005-11-12</w:t>
            </w:r>
          </w:p>
        </w:tc>
        <w:tc>
          <w:tcPr>
            <w:tcW w:type="dxa" w:w="1215"/>
          </w:tcPr>
          <w:p>
            <w:pPr>
              <w:spacing w:after="0"/>
              <w:jc w:val="left"/>
            </w:pPr>
            <w:r>
              <w:rPr>
                <w:sz w:val="16"/>
              </w:rPr>
              <w:t>High Wind</w:t>
            </w:r>
          </w:p>
        </w:tc>
        <w:tc>
          <w:tcPr>
            <w:tcW w:type="dxa" w:w="2479"/>
          </w:tcPr>
          <w:p>
            <w:pPr>
              <w:spacing w:after="0"/>
              <w:jc w:val="left"/>
            </w:pPr>
            <w:r>
              <w:rPr>
                <w:sz w:val="16"/>
              </w:rPr>
              <w:t>116 kt (133 mph) measured gust</w:t>
            </w:r>
          </w:p>
        </w:tc>
        <w:tc>
          <w:tcPr>
            <w:tcW w:type="dxa" w:w="2647"/>
          </w:tcPr>
          <w:p>
            <w:pPr>
              <w:spacing w:after="0"/>
              <w:jc w:val="left"/>
            </w:pPr>
            <w:r>
              <w:rPr>
                <w:sz w:val="16"/>
              </w:rPr>
              <w:t>damage not reported</w:t>
            </w:r>
          </w:p>
        </w:tc>
        <w:tc>
          <w:tcPr>
            <w:tcW w:type="dxa" w:w="1066"/>
          </w:tcPr>
          <w:p>
            <w:pPr>
              <w:spacing w:after="0"/>
              <w:jc w:val="right"/>
            </w:pPr>
            <w:r>
              <w:rPr>
                <w:sz w:val="16"/>
              </w:rPr>
              <w:t>0, 0</w:t>
            </w:r>
          </w:p>
        </w:tc>
        <w:tc>
          <w:tcPr>
            <w:tcW w:type="dxa" w:w="2200"/>
          </w:tcPr>
          <w:p>
            <w:pPr>
              <w:spacing w:after="0"/>
              <w:jc w:val="left"/>
            </w:pPr>
            <w:r>
              <w:rPr>
                <w:sz w:val="16"/>
              </w:rPr>
              <w:t>NWS zone COZ034 (S &amp; SE GRAND / W CENTRAL &amp; SW BOULDER / GILPIN / CLEAR CREEK / SUMMIT / N &amp; W PARK COUNTIES ABOVE 9000 FEET), zone-level: may include parts of neighboring counties</w:t>
            </w:r>
          </w:p>
        </w:tc>
        <w:tc>
          <w:tcPr>
            <w:tcW w:type="dxa" w:w="1323"/>
          </w:tcPr>
          <w:p>
            <w:pPr>
              <w:spacing w:after="0"/>
              <w:jc w:val="left"/>
            </w:pPr>
          </w:p>
        </w:tc>
        <w:tc>
          <w:tcPr>
            <w:tcW w:type="dxa" w:w="2146"/>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2004-06-20</w:t>
            </w:r>
          </w:p>
        </w:tc>
        <w:tc>
          <w:tcPr>
            <w:tcW w:type="dxa" w:w="1215"/>
          </w:tcPr>
          <w:p>
            <w:pPr>
              <w:spacing w:after="0"/>
              <w:jc w:val="left"/>
            </w:pPr>
            <w:r>
              <w:rPr>
                <w:sz w:val="16"/>
              </w:rPr>
              <w:t>Lightning</w:t>
            </w:r>
          </w:p>
        </w:tc>
        <w:tc>
          <w:tcPr>
            <w:tcW w:type="dxa" w:w="2479"/>
          </w:tcPr>
          <w:p>
            <w:pPr>
              <w:spacing w:after="0"/>
              <w:jc w:val="left"/>
            </w:pPr>
          </w:p>
        </w:tc>
        <w:tc>
          <w:tcPr>
            <w:tcW w:type="dxa" w:w="2647"/>
          </w:tcPr>
          <w:p>
            <w:pPr>
              <w:spacing w:after="0"/>
              <w:jc w:val="left"/>
            </w:pPr>
            <w:r>
              <w:rPr>
                <w:sz w:val="16"/>
              </w:rPr>
              <w:t>damage not reported</w:t>
            </w:r>
          </w:p>
        </w:tc>
        <w:tc>
          <w:tcPr>
            <w:tcW w:type="dxa" w:w="1066"/>
          </w:tcPr>
          <w:p>
            <w:pPr>
              <w:spacing w:after="0"/>
              <w:jc w:val="right"/>
            </w:pPr>
            <w:r>
              <w:rPr>
                <w:sz w:val="16"/>
              </w:rPr>
              <w:t>0, 19</w:t>
            </w:r>
          </w:p>
        </w:tc>
        <w:tc>
          <w:tcPr>
            <w:tcW w:type="dxa" w:w="2200"/>
          </w:tcPr>
          <w:p>
            <w:pPr>
              <w:spacing w:after="0"/>
              <w:jc w:val="left"/>
            </w:pPr>
            <w:r>
              <w:rPr>
                <w:sz w:val="16"/>
              </w:rPr>
              <w:t>KREMMLING</w:t>
            </w:r>
          </w:p>
        </w:tc>
        <w:tc>
          <w:tcPr>
            <w:tcW w:type="dxa" w:w="1323"/>
          </w:tcPr>
          <w:p>
            <w:pPr>
              <w:spacing w:after="0"/>
              <w:jc w:val="left"/>
            </w:pPr>
          </w:p>
        </w:tc>
        <w:tc>
          <w:tcPr>
            <w:tcW w:type="dxa" w:w="2146"/>
          </w:tcPr>
          <w:p>
            <w:pPr>
              <w:spacing w:after="0"/>
              <w:jc w:val="left"/>
            </w:pPr>
            <w:r>
              <w:rPr>
                <w:sz w:val="16"/>
              </w:rPr>
              <w:t>B1-c worst recorded: Lightning</w:t>
            </w:r>
          </w:p>
        </w:tc>
      </w:tr>
      <w:tr>
        <w:trPr>
          <w:cantSplit/>
        </w:trPr>
        <w:tc>
          <w:tcPr>
            <w:tcW w:type="dxa" w:w="1037"/>
          </w:tcPr>
          <w:p>
            <w:pPr>
              <w:spacing w:after="0"/>
              <w:jc w:val="left"/>
            </w:pPr>
            <w:r>
              <w:rPr>
                <w:sz w:val="16"/>
              </w:rPr>
              <w:t>2002-04-01</w:t>
            </w:r>
          </w:p>
        </w:tc>
        <w:tc>
          <w:tcPr>
            <w:tcW w:type="dxa" w:w="1215"/>
          </w:tcPr>
          <w:p>
            <w:pPr>
              <w:spacing w:after="0"/>
              <w:jc w:val="left"/>
            </w:pPr>
            <w:r>
              <w:rPr>
                <w:sz w:val="16"/>
              </w:rPr>
              <w:t>Drought</w:t>
            </w:r>
          </w:p>
        </w:tc>
        <w:tc>
          <w:tcPr>
            <w:tcW w:type="dxa" w:w="2479"/>
          </w:tcPr>
          <w:p>
            <w:pPr>
              <w:spacing w:after="0"/>
              <w:jc w:val="left"/>
            </w:pPr>
          </w:p>
        </w:tc>
        <w:tc>
          <w:tcPr>
            <w:tcW w:type="dxa" w:w="2647"/>
          </w:tcPr>
          <w:p>
            <w:pPr>
              <w:spacing w:after="0"/>
              <w:jc w:val="left"/>
            </w:pPr>
            <w:r>
              <w:rPr>
                <w:sz w:val="16"/>
              </w:rPr>
              <w:t>damage not reported</w:t>
            </w:r>
          </w:p>
        </w:tc>
        <w:tc>
          <w:tcPr>
            <w:tcW w:type="dxa" w:w="1066"/>
          </w:tcPr>
          <w:p>
            <w:pPr>
              <w:spacing w:after="0"/>
              <w:jc w:val="right"/>
            </w:pPr>
            <w:r>
              <w:rPr>
                <w:sz w:val="16"/>
              </w:rPr>
              <w:t>0, 0</w:t>
            </w:r>
          </w:p>
        </w:tc>
        <w:tc>
          <w:tcPr>
            <w:tcW w:type="dxa" w:w="2200"/>
          </w:tcPr>
          <w:p>
            <w:pPr>
              <w:spacing w:after="0"/>
              <w:jc w:val="left"/>
            </w:pPr>
            <w:r>
              <w:rPr>
                <w:sz w:val="16"/>
              </w:rPr>
              <w:t>NWS zone COZ031 (WEST JACKSON &amp; WEST GRAND COUNTIES ABOVE 9000 FEET), zone-level: may include parts of neighboring counties</w:t>
            </w:r>
          </w:p>
        </w:tc>
        <w:tc>
          <w:tcPr>
            <w:tcW w:type="dxa" w:w="1323"/>
          </w:tcPr>
          <w:p>
            <w:pPr>
              <w:spacing w:after="0"/>
              <w:jc w:val="left"/>
            </w:pPr>
          </w:p>
        </w:tc>
        <w:tc>
          <w:tcPr>
            <w:tcW w:type="dxa" w:w="2146"/>
          </w:tcPr>
          <w:p>
            <w:pPr>
              <w:spacing w:after="0"/>
              <w:jc w:val="left"/>
            </w:pPr>
            <w:r>
              <w:rPr>
                <w:sz w:val="16"/>
              </w:rPr>
              <w:t>B1-c worst recorded: Drought</w:t>
            </w:r>
          </w:p>
        </w:tc>
      </w:tr>
      <w:tr>
        <w:trPr>
          <w:cantSplit/>
        </w:trPr>
        <w:tc>
          <w:tcPr>
            <w:tcW w:type="dxa" w:w="1037"/>
          </w:tcPr>
          <w:p>
            <w:pPr>
              <w:spacing w:after="0"/>
              <w:jc w:val="left"/>
            </w:pPr>
            <w:r>
              <w:rPr>
                <w:sz w:val="16"/>
              </w:rPr>
              <w:t>1993-05-24</w:t>
            </w:r>
          </w:p>
        </w:tc>
        <w:tc>
          <w:tcPr>
            <w:tcW w:type="dxa" w:w="1215"/>
          </w:tcPr>
          <w:p>
            <w:pPr>
              <w:spacing w:after="0"/>
              <w:jc w:val="left"/>
            </w:pPr>
            <w:r>
              <w:rPr>
                <w:sz w:val="16"/>
              </w:rPr>
              <w:t>Hail</w:t>
            </w:r>
          </w:p>
        </w:tc>
        <w:tc>
          <w:tcPr>
            <w:tcW w:type="dxa" w:w="2479"/>
          </w:tcPr>
          <w:p>
            <w:pPr>
              <w:spacing w:after="0"/>
              <w:jc w:val="left"/>
            </w:pPr>
            <w:r>
              <w:rPr>
                <w:sz w:val="16"/>
              </w:rPr>
              <w:t>1.75 in</w:t>
            </w:r>
          </w:p>
        </w:tc>
        <w:tc>
          <w:tcPr>
            <w:tcW w:type="dxa" w:w="2647"/>
          </w:tcPr>
          <w:p>
            <w:pPr>
              <w:spacing w:after="0"/>
              <w:jc w:val="left"/>
            </w:pPr>
            <w:r>
              <w:rPr>
                <w:sz w:val="16"/>
              </w:rPr>
              <w:t>$5,000 property; crops not recorded (1993 dollars)</w:t>
            </w:r>
          </w:p>
        </w:tc>
        <w:tc>
          <w:tcPr>
            <w:tcW w:type="dxa" w:w="1066"/>
          </w:tcPr>
          <w:p>
            <w:pPr>
              <w:spacing w:after="0"/>
              <w:jc w:val="right"/>
            </w:pPr>
            <w:r>
              <w:rPr>
                <w:sz w:val="16"/>
              </w:rPr>
              <w:t>0, 0</w:t>
            </w:r>
          </w:p>
        </w:tc>
        <w:tc>
          <w:tcPr>
            <w:tcW w:type="dxa" w:w="2200"/>
          </w:tcPr>
          <w:p>
            <w:pPr>
              <w:spacing w:after="0"/>
              <w:jc w:val="left"/>
            </w:pPr>
            <w:r>
              <w:rPr>
                <w:sz w:val="16"/>
              </w:rPr>
              <w:t>Aguilar</w:t>
            </w:r>
          </w:p>
        </w:tc>
        <w:tc>
          <w:tcPr>
            <w:tcW w:type="dxa" w:w="1323"/>
          </w:tcPr>
          <w:p>
            <w:pPr>
              <w:spacing w:after="0"/>
              <w:jc w:val="left"/>
            </w:pPr>
          </w:p>
        </w:tc>
        <w:tc>
          <w:tcPr>
            <w:tcW w:type="dxa" w:w="2146"/>
          </w:tcPr>
          <w:p>
            <w:pPr>
              <w:spacing w:after="0"/>
              <w:jc w:val="left"/>
            </w:pPr>
            <w:r>
              <w:rPr>
                <w:sz w:val="16"/>
              </w:rPr>
              <w:t>B1-c worst recorded: Hail</w:t>
            </w:r>
          </w:p>
        </w:tc>
      </w:tr>
      <w:tr>
        <w:trPr>
          <w:cantSplit/>
        </w:trPr>
        <w:tc>
          <w:tcPr>
            <w:tcW w:type="dxa" w:w="1037"/>
          </w:tcPr>
          <w:p>
            <w:pPr>
              <w:spacing w:after="0"/>
              <w:jc w:val="left"/>
            </w:pPr>
            <w:r>
              <w:rPr>
                <w:sz w:val="16"/>
              </w:rPr>
              <w:t>1984-06-08</w:t>
            </w:r>
          </w:p>
        </w:tc>
        <w:tc>
          <w:tcPr>
            <w:tcW w:type="dxa" w:w="1215"/>
          </w:tcPr>
          <w:p>
            <w:pPr>
              <w:spacing w:after="0"/>
              <w:jc w:val="left"/>
            </w:pPr>
            <w:r>
              <w:rPr>
                <w:sz w:val="16"/>
              </w:rPr>
              <w:t>Tornado</w:t>
            </w:r>
          </w:p>
        </w:tc>
        <w:tc>
          <w:tcPr>
            <w:tcW w:type="dxa" w:w="2479"/>
          </w:tcPr>
          <w:p>
            <w:pPr>
              <w:spacing w:after="0"/>
              <w:jc w:val="left"/>
            </w:pPr>
            <w:r>
              <w:rPr>
                <w:sz w:val="16"/>
              </w:rPr>
              <w:t>F1, 0.3 mi path length (records before 1996 may include the whole path; rating and listing come from the county where the tornado began), 50 yd wide</w:t>
            </w:r>
          </w:p>
        </w:tc>
        <w:tc>
          <w:tcPr>
            <w:tcW w:type="dxa" w:w="2647"/>
          </w:tcPr>
          <w:p>
            <w:pPr>
              <w:spacing w:after="0"/>
              <w:jc w:val="left"/>
            </w:pPr>
            <w:r>
              <w:rPr>
                <w:sz w:val="16"/>
              </w:rPr>
              <w:t>$2,500 property; crops not recorded (1984 dollars)</w:t>
            </w:r>
          </w:p>
        </w:tc>
        <w:tc>
          <w:tcPr>
            <w:tcW w:type="dxa" w:w="1066"/>
          </w:tcPr>
          <w:p>
            <w:pPr>
              <w:spacing w:after="0"/>
              <w:jc w:val="right"/>
            </w:pPr>
            <w:r>
              <w:rPr>
                <w:sz w:val="16"/>
              </w:rPr>
              <w:t>0, 0</w:t>
            </w:r>
          </w:p>
        </w:tc>
        <w:tc>
          <w:tcPr>
            <w:tcW w:type="dxa" w:w="2200"/>
          </w:tcPr>
          <w:p>
            <w:pPr>
              <w:spacing w:after="0"/>
              <w:jc w:val="left"/>
            </w:pPr>
            <w:r>
              <w:rPr>
                <w:sz w:val="16"/>
              </w:rPr>
              <w:t>location not recorded</w:t>
            </w:r>
          </w:p>
        </w:tc>
        <w:tc>
          <w:tcPr>
            <w:tcW w:type="dxa" w:w="1323"/>
          </w:tcPr>
          <w:p>
            <w:pPr>
              <w:spacing w:after="0"/>
              <w:jc w:val="left"/>
            </w:pPr>
          </w:p>
        </w:tc>
        <w:tc>
          <w:tcPr>
            <w:tcW w:type="dxa" w:w="2146"/>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(677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60"/>
        <w:gridCol w:w="1479"/>
        <w:gridCol w:w="1604"/>
        <w:gridCol w:w="1037"/>
        <w:gridCol w:w="1768"/>
        <w:gridCol w:w="1532"/>
        <w:gridCol w:w="1545"/>
        <w:gridCol w:w="1037"/>
        <w:gridCol w:w="1813"/>
      </w:tblGrid>
      <w:tr>
        <w:trPr>
          <w:cantSplit/>
          <w:tblHeader/>
        </w:trPr>
        <w:tc>
          <w:tcPr>
            <w:tcW w:type="dxa" w:w="1037"/>
            <w:shd w:val="clear" w:color="auto" w:fill="E8E8E8"/>
          </w:tcPr>
          <w:p>
            <w:pPr>
              <w:spacing w:after="0"/>
              <w:jc w:val="left"/>
            </w:pPr>
            <w:r>
              <w:rPr>
                <w:b/>
                <w:sz w:val="16"/>
              </w:rPr>
              <w:t>Hazard</w:t>
            </w:r>
          </w:p>
        </w:tc>
        <w:tc>
          <w:tcPr>
            <w:tcW w:type="dxa" w:w="126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9"/>
            <w:shd w:val="clear" w:color="auto" w:fill="E8E8E8"/>
          </w:tcPr>
          <w:p>
            <w:pPr>
              <w:spacing w:after="0"/>
              <w:jc w:val="left"/>
            </w:pPr>
            <w:r>
              <w:rPr>
                <w:b/>
                <w:sz w:val="16"/>
              </w:rPr>
              <w:t>Unit</w:t>
            </w:r>
          </w:p>
        </w:tc>
        <w:tc>
          <w:tcPr>
            <w:tcW w:type="dxa" w:w="160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68"/>
            <w:shd w:val="clear" w:color="auto" w:fill="E8E8E8"/>
          </w:tcPr>
          <w:p>
            <w:pPr>
              <w:spacing w:after="0"/>
              <w:jc w:val="left"/>
            </w:pPr>
            <w:r>
              <w:rPr>
                <w:b/>
                <w:sz w:val="16"/>
              </w:rPr>
              <w:t>Descriptor basis</w:t>
            </w:r>
          </w:p>
        </w:tc>
        <w:tc>
          <w:tcPr>
            <w:tcW w:type="dxa" w:w="1532"/>
            <w:shd w:val="clear" w:color="auto" w:fill="E8E8E8"/>
          </w:tcPr>
          <w:p>
            <w:pPr>
              <w:spacing w:after="0"/>
              <w:jc w:val="right"/>
            </w:pPr>
            <w:r>
              <w:rPr>
                <w:b/>
                <w:sz w:val="16"/>
              </w:rPr>
              <w:t>NRI events or days in its record period (hail, wind and tornado are area-weighted, so can be fractional)</w:t>
            </w:r>
          </w:p>
        </w:tc>
        <w:tc>
          <w:tcPr>
            <w:tcW w:type="dxa" w:w="154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1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60"/>
          </w:tcPr>
          <w:p>
            <w:pPr>
              <w:spacing w:after="0"/>
              <w:jc w:val="right"/>
            </w:pPr>
            <w:r>
              <w:rPr>
                <w:sz w:val="16"/>
              </w:rPr>
              <w:t>0.933</w:t>
            </w:r>
          </w:p>
        </w:tc>
        <w:tc>
          <w:tcPr>
            <w:tcW w:type="dxa" w:w="1479"/>
          </w:tcPr>
          <w:p>
            <w:pPr>
              <w:spacing w:after="0"/>
              <w:jc w:val="left"/>
            </w:pPr>
            <w:r>
              <w:rPr>
                <w:sz w:val="16"/>
              </w:rPr>
              <w:t>events per year</w:t>
            </w:r>
          </w:p>
        </w:tc>
        <w:tc>
          <w:tcPr>
            <w:tcW w:type="dxa" w:w="1604"/>
          </w:tcPr>
          <w:p>
            <w:pPr>
              <w:spacing w:after="0"/>
              <w:jc w:val="left"/>
            </w:pPr>
            <w:r>
              <w:rPr>
                <w:sz w:val="16"/>
              </w:rPr>
              <w:t>about 0.93 per year</w:t>
            </w:r>
          </w:p>
        </w:tc>
        <w:tc>
          <w:tcPr>
            <w:tcW w:type="dxa" w:w="1037"/>
          </w:tcPr>
          <w:p>
            <w:pPr>
              <w:spacing w:after="0"/>
              <w:jc w:val="left"/>
            </w:pPr>
            <w:r>
              <w:rPr>
                <w:sz w:val="16"/>
              </w:rPr>
              <w:t>Likely</w:t>
            </w:r>
          </w:p>
        </w:tc>
        <w:tc>
          <w:tcPr>
            <w:tcW w:type="dxa" w:w="1768"/>
          </w:tcPr>
          <w:p>
            <w:pPr>
              <w:spacing w:after="0"/>
              <w:jc w:val="left"/>
            </w:pPr>
            <w:r>
              <w:rPr>
                <w:sz w:val="16"/>
              </w:rPr>
              <w:t>FEMA annualized frequency (modeled)</w:t>
            </w:r>
          </w:p>
        </w:tc>
        <w:tc>
          <w:tcPr>
            <w:tcW w:type="dxa" w:w="1532"/>
          </w:tcPr>
          <w:p>
            <w:pPr>
              <w:spacing w:after="0"/>
              <w:jc w:val="right"/>
            </w:pPr>
            <w:r>
              <w:rPr>
                <w:sz w:val="16"/>
              </w:rPr>
              <w:t>28</w:t>
            </w:r>
          </w:p>
        </w:tc>
        <w:tc>
          <w:tcPr>
            <w:tcW w:type="dxa" w:w="1545"/>
          </w:tcPr>
          <w:p>
            <w:pPr>
              <w:spacing w:after="0"/>
              <w:jc w:val="left"/>
            </w:pPr>
            <w:r>
              <w:rPr>
                <w:sz w:val="16"/>
              </w:rPr>
              <w:t>1994 to 2023 (30 years)</w:t>
            </w:r>
          </w:p>
        </w:tc>
        <w:tc>
          <w:tcPr>
            <w:tcW w:type="dxa" w:w="1037"/>
          </w:tcPr>
          <w:p>
            <w:pPr>
              <w:spacing w:after="0"/>
              <w:jc w:val="left"/>
            </w:pPr>
            <w:r>
              <w:rPr>
                <w:sz w:val="16"/>
              </w:rPr>
              <w:t>see B1-f</w:t>
            </w:r>
          </w:p>
        </w:tc>
        <w:tc>
          <w:tcPr>
            <w:tcW w:type="dxa" w:w="1813"/>
          </w:tcPr>
          <w:p>
            <w:pPr>
              <w:spacing w:after="0"/>
              <w:jc w:val="left"/>
            </w:pPr>
          </w:p>
        </w:tc>
      </w:tr>
      <w:tr>
        <w:trPr>
          <w:cantSplit/>
        </w:trPr>
        <w:tc>
          <w:tcPr>
            <w:tcW w:type="dxa" w:w="1037"/>
          </w:tcPr>
          <w:p>
            <w:pPr>
              <w:spacing w:after="0"/>
              <w:jc w:val="left"/>
            </w:pPr>
            <w:r>
              <w:rPr>
                <w:sz w:val="16"/>
              </w:rPr>
              <w:t>Coastal Flooding</w:t>
            </w:r>
          </w:p>
        </w:tc>
        <w:tc>
          <w:tcPr>
            <w:tcW w:type="dxa" w:w="1260"/>
          </w:tcPr>
          <w:p>
            <w:pPr>
              <w:spacing w:after="0"/>
              <w:jc w:val="right"/>
            </w:pPr>
          </w:p>
        </w:tc>
        <w:tc>
          <w:tcPr>
            <w:tcW w:type="dxa" w:w="1479"/>
          </w:tcPr>
          <w:p>
            <w:pPr>
              <w:spacing w:after="0"/>
              <w:jc w:val="left"/>
            </w:pPr>
            <w:r>
              <w:rPr>
                <w:sz w:val="16"/>
              </w:rPr>
              <w:t>events per year at a location (modeled)</w:t>
            </w:r>
          </w:p>
        </w:tc>
        <w:tc>
          <w:tcPr>
            <w:tcW w:type="dxa" w:w="1604"/>
          </w:tcPr>
          <w:p>
            <w:pPr>
              <w:spacing w:after="0"/>
              <w:jc w:val="left"/>
            </w:pPr>
          </w:p>
        </w:tc>
        <w:tc>
          <w:tcPr>
            <w:tcW w:type="dxa" w:w="1037"/>
          </w:tcPr>
          <w:p>
            <w:pPr>
              <w:spacing w:after="0"/>
              <w:jc w:val="left"/>
            </w:pPr>
          </w:p>
        </w:tc>
        <w:tc>
          <w:tcPr>
            <w:tcW w:type="dxa" w:w="1768"/>
          </w:tcPr>
          <w:p>
            <w:pPr>
              <w:spacing w:after="0"/>
              <w:jc w:val="left"/>
            </w:pPr>
          </w:p>
        </w:tc>
        <w:tc>
          <w:tcPr>
            <w:tcW w:type="dxa" w:w="1532"/>
          </w:tcPr>
          <w:p>
            <w:pPr>
              <w:spacing w:after="0"/>
              <w:jc w:val="right"/>
            </w:pPr>
            <w:r>
              <w:rPr>
                <w:sz w:val="16"/>
              </w:rPr>
              <w:t>not shown</w:t>
            </w:r>
          </w:p>
        </w:tc>
        <w:tc>
          <w:tcPr>
            <w:tcW w:type="dxa" w:w="1545"/>
          </w:tcPr>
          <w:p>
            <w:pPr>
              <w:spacing w:after="0"/>
              <w:jc w:val="left"/>
            </w:pPr>
            <w:r>
              <w:rPr>
                <w:sz w:val="16"/>
              </w:rPr>
              <w:t>modeled</w:t>
            </w:r>
          </w:p>
        </w:tc>
        <w:tc>
          <w:tcPr>
            <w:tcW w:type="dxa" w:w="1037"/>
          </w:tcPr>
          <w:p>
            <w:pPr>
              <w:spacing w:after="0"/>
              <w:jc w:val="left"/>
            </w:pPr>
            <w:r>
              <w:rPr>
                <w:sz w:val="16"/>
              </w:rPr>
              <w:t>see B1-f</w:t>
            </w:r>
          </w:p>
        </w:tc>
        <w:tc>
          <w:tcPr>
            <w:tcW w:type="dxa" w:w="181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60"/>
          </w:tcPr>
          <w:p>
            <w:pPr>
              <w:spacing w:after="0"/>
              <w:jc w:val="right"/>
            </w:pPr>
            <w:r>
              <w:rPr>
                <w:sz w:val="16"/>
              </w:rPr>
              <w:t>0.256</w:t>
            </w:r>
          </w:p>
        </w:tc>
        <w:tc>
          <w:tcPr>
            <w:tcW w:type="dxa" w:w="1479"/>
          </w:tcPr>
          <w:p>
            <w:pPr>
              <w:spacing w:after="0"/>
              <w:jc w:val="left"/>
            </w:pPr>
            <w:r>
              <w:rPr>
                <w:sz w:val="16"/>
              </w:rPr>
              <w:t>event-days per year</w:t>
            </w:r>
          </w:p>
        </w:tc>
        <w:tc>
          <w:tcPr>
            <w:tcW w:type="dxa" w:w="1604"/>
          </w:tcPr>
          <w:p>
            <w:pPr>
              <w:spacing w:after="0"/>
              <w:jc w:val="left"/>
            </w:pPr>
            <w:r>
              <w:rPr>
                <w:sz w:val="16"/>
              </w:rPr>
              <w:t>about 0.256 days per year</w:t>
            </w:r>
          </w:p>
        </w:tc>
        <w:tc>
          <w:tcPr>
            <w:tcW w:type="dxa" w:w="1037"/>
          </w:tcPr>
          <w:p>
            <w:pPr>
              <w:spacing w:after="0"/>
              <w:jc w:val="left"/>
            </w:pPr>
            <w:r>
              <w:rPr>
                <w:sz w:val="16"/>
              </w:rPr>
              <w:t>Possible</w:t>
            </w:r>
          </w:p>
        </w:tc>
        <w:tc>
          <w:tcPr>
            <w:tcW w:type="dxa" w:w="1768"/>
          </w:tcPr>
          <w:p>
            <w:pPr>
              <w:spacing w:after="0"/>
              <w:jc w:val="left"/>
            </w:pPr>
            <w:r>
              <w:rPr>
                <w:sz w:val="16"/>
              </w:rPr>
              <w:t>event-days in 2 of 30 years, 1996 to 2025 (6.67%)</w:t>
            </w:r>
          </w:p>
        </w:tc>
        <w:tc>
          <w:tcPr>
            <w:tcW w:type="dxa" w:w="1532"/>
          </w:tcPr>
          <w:p>
            <w:pPr>
              <w:spacing w:after="0"/>
              <w:jc w:val="right"/>
            </w:pPr>
            <w:r>
              <w:rPr>
                <w:sz w:val="16"/>
              </w:rPr>
              <w:t>4.83</w:t>
            </w:r>
          </w:p>
        </w:tc>
        <w:tc>
          <w:tcPr>
            <w:tcW w:type="dxa" w:w="1545"/>
          </w:tcPr>
          <w:p>
            <w:pPr>
              <w:spacing w:after="0"/>
              <w:jc w:val="left"/>
            </w:pPr>
            <w:r>
              <w:rPr>
                <w:sz w:val="16"/>
              </w:rPr>
              <w:t>2005-11-12 to 2024-11-12 (19 years)</w:t>
            </w:r>
          </w:p>
        </w:tc>
        <w:tc>
          <w:tcPr>
            <w:tcW w:type="dxa" w:w="1037"/>
          </w:tcPr>
          <w:p>
            <w:pPr>
              <w:spacing w:after="0"/>
              <w:jc w:val="left"/>
            </w:pPr>
            <w:r>
              <w:rPr>
                <w:sz w:val="16"/>
              </w:rPr>
              <w:t>countywide</w:t>
            </w:r>
          </w:p>
        </w:tc>
        <w:tc>
          <w:tcPr>
            <w:tcW w:type="dxa" w:w="1813"/>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60"/>
          </w:tcPr>
          <w:p>
            <w:pPr>
              <w:spacing w:after="0"/>
              <w:jc w:val="right"/>
            </w:pPr>
            <w:r>
              <w:rPr>
                <w:sz w:val="16"/>
              </w:rPr>
              <w:t>40.8</w:t>
            </w:r>
          </w:p>
        </w:tc>
        <w:tc>
          <w:tcPr>
            <w:tcW w:type="dxa" w:w="1479"/>
          </w:tcPr>
          <w:p>
            <w:pPr>
              <w:spacing w:after="0"/>
              <w:jc w:val="left"/>
            </w:pPr>
            <w:r>
              <w:rPr>
                <w:sz w:val="16"/>
              </w:rPr>
              <w:t>event-days per year</w:t>
            </w:r>
          </w:p>
        </w:tc>
        <w:tc>
          <w:tcPr>
            <w:tcW w:type="dxa" w:w="1604"/>
          </w:tcPr>
          <w:p>
            <w:pPr>
              <w:spacing w:after="0"/>
              <w:jc w:val="left"/>
            </w:pPr>
            <w:r>
              <w:rPr>
                <w:sz w:val="16"/>
              </w:rPr>
              <w:t>about 40.8 days per year</w:t>
            </w:r>
          </w:p>
        </w:tc>
        <w:tc>
          <w:tcPr>
            <w:tcW w:type="dxa" w:w="1037"/>
          </w:tcPr>
          <w:p>
            <w:pPr>
              <w:spacing w:after="0"/>
              <w:jc w:val="left"/>
            </w:pPr>
            <w:r>
              <w:rPr>
                <w:sz w:val="16"/>
              </w:rPr>
              <w:t>Possible</w:t>
            </w:r>
          </w:p>
        </w:tc>
        <w:tc>
          <w:tcPr>
            <w:tcW w:type="dxa" w:w="1768"/>
          </w:tcPr>
          <w:p>
            <w:pPr>
              <w:spacing w:after="0"/>
              <w:jc w:val="left"/>
            </w:pPr>
            <w:r>
              <w:rPr>
                <w:sz w:val="16"/>
              </w:rPr>
              <w:t>event-days in 1 of 30 years, 1996 to 2025 (3.33%)</w:t>
            </w:r>
          </w:p>
        </w:tc>
        <w:tc>
          <w:tcPr>
            <w:tcW w:type="dxa" w:w="1532"/>
          </w:tcPr>
          <w:p>
            <w:pPr>
              <w:spacing w:after="0"/>
              <w:jc w:val="right"/>
            </w:pPr>
            <w:r>
              <w:rPr>
                <w:sz w:val="16"/>
              </w:rPr>
              <w:t>1,316</w:t>
            </w:r>
          </w:p>
        </w:tc>
        <w:tc>
          <w:tcPr>
            <w:tcW w:type="dxa" w:w="154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13"/>
          </w:tcPr>
          <w:p>
            <w:pPr>
              <w:spacing w:after="0"/>
              <w:jc w:val="left"/>
            </w:pPr>
            <w:r>
              <w:rPr>
                <w:sz w:val="16"/>
              </w:rPr>
              <w:t>NRI gives about 40.8 drought event-days a year here (its annualized frequency over 25.25 years; not its event count divided by the years), but Storm Events has a record in only 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60"/>
          </w:tcPr>
          <w:p>
            <w:pPr>
              <w:spacing w:after="0"/>
              <w:jc w:val="right"/>
            </w:pPr>
            <w:r>
              <w:rPr>
                <w:sz w:val="16"/>
              </w:rPr>
              <w:t>0.00104</w:t>
            </w:r>
          </w:p>
        </w:tc>
        <w:tc>
          <w:tcPr>
            <w:tcW w:type="dxa" w:w="1479"/>
          </w:tcPr>
          <w:p>
            <w:pPr>
              <w:spacing w:after="0"/>
              <w:jc w:val="left"/>
            </w:pPr>
            <w:r>
              <w:rPr>
                <w:sz w:val="16"/>
              </w:rPr>
              <w:t>annual probability at a location</w:t>
            </w:r>
          </w:p>
        </w:tc>
        <w:tc>
          <w:tcPr>
            <w:tcW w:type="dxa" w:w="1604"/>
          </w:tcPr>
          <w:p>
            <w:pPr>
              <w:spacing w:after="0"/>
              <w:jc w:val="left"/>
            </w:pPr>
            <w:r>
              <w:rPr>
                <w:sz w:val="16"/>
              </w:rPr>
              <w:t>chance a given location in the county has at least minor-damage shaking in a year: 0.104%</w:t>
            </w:r>
          </w:p>
        </w:tc>
        <w:tc>
          <w:tcPr>
            <w:tcW w:type="dxa" w:w="1037"/>
          </w:tcPr>
          <w:p>
            <w:pPr>
              <w:spacing w:after="0"/>
              <w:jc w:val="left"/>
            </w:pPr>
          </w:p>
        </w:tc>
        <w:tc>
          <w:tcPr>
            <w:tcW w:type="dxa" w:w="1768"/>
          </w:tcPr>
          <w:p>
            <w:pPr>
              <w:spacing w:after="0"/>
              <w:jc w:val="left"/>
            </w:pPr>
          </w:p>
        </w:tc>
        <w:tc>
          <w:tcPr>
            <w:tcW w:type="dxa" w:w="1532"/>
          </w:tcPr>
          <w:p>
            <w:pPr>
              <w:spacing w:after="0"/>
              <w:jc w:val="right"/>
            </w:pPr>
            <w:r>
              <w:rPr>
                <w:sz w:val="16"/>
              </w:rPr>
              <w:t>not shown</w:t>
            </w:r>
          </w:p>
        </w:tc>
        <w:tc>
          <w:tcPr>
            <w:tcW w:type="dxa" w:w="1545"/>
          </w:tcPr>
          <w:p>
            <w:pPr>
              <w:spacing w:after="0"/>
              <w:jc w:val="left"/>
            </w:pPr>
            <w:r>
              <w:rPr>
                <w:sz w:val="16"/>
              </w:rPr>
              <w:t>modeled</w:t>
            </w:r>
          </w:p>
        </w:tc>
        <w:tc>
          <w:tcPr>
            <w:tcW w:type="dxa" w:w="1037"/>
          </w:tcPr>
          <w:p>
            <w:pPr>
              <w:spacing w:after="0"/>
              <w:jc w:val="left"/>
            </w:pPr>
            <w:r>
              <w:rPr>
                <w:sz w:val="16"/>
              </w:rPr>
              <w:t>see B1-f</w:t>
            </w:r>
          </w:p>
        </w:tc>
        <w:tc>
          <w:tcPr>
            <w:tcW w:type="dxa" w:w="181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60"/>
          </w:tcPr>
          <w:p>
            <w:pPr>
              <w:spacing w:after="0"/>
              <w:jc w:val="right"/>
            </w:pPr>
            <w:r>
              <w:rPr>
                <w:sz w:val="16"/>
              </w:rPr>
              <w:t>2.53</w:t>
            </w:r>
          </w:p>
        </w:tc>
        <w:tc>
          <w:tcPr>
            <w:tcW w:type="dxa" w:w="1479"/>
          </w:tcPr>
          <w:p>
            <w:pPr>
              <w:spacing w:after="0"/>
              <w:jc w:val="left"/>
            </w:pPr>
            <w:r>
              <w:rPr>
                <w:sz w:val="16"/>
              </w:rPr>
              <w:t>events per year</w:t>
            </w:r>
          </w:p>
        </w:tc>
        <w:tc>
          <w:tcPr>
            <w:tcW w:type="dxa" w:w="1604"/>
          </w:tcPr>
          <w:p>
            <w:pPr>
              <w:spacing w:after="0"/>
              <w:jc w:val="left"/>
            </w:pPr>
            <w:r>
              <w:rPr>
                <w:sz w:val="16"/>
              </w:rPr>
              <w:t>about 2.53 per year</w:t>
            </w:r>
          </w:p>
        </w:tc>
        <w:tc>
          <w:tcPr>
            <w:tcW w:type="dxa" w:w="1037"/>
          </w:tcPr>
          <w:p>
            <w:pPr>
              <w:spacing w:after="0"/>
              <w:jc w:val="left"/>
            </w:pPr>
            <w:r>
              <w:rPr>
                <w:sz w:val="16"/>
              </w:rPr>
              <w:t>Highly likely</w:t>
            </w:r>
          </w:p>
        </w:tc>
        <w:tc>
          <w:tcPr>
            <w:tcW w:type="dxa" w:w="1768"/>
          </w:tcPr>
          <w:p>
            <w:pPr>
              <w:spacing w:after="0"/>
              <w:jc w:val="left"/>
            </w:pPr>
            <w:r>
              <w:rPr>
                <w:sz w:val="16"/>
              </w:rPr>
              <w:t>FEMA annualized frequency (modeled)</w:t>
            </w:r>
          </w:p>
        </w:tc>
        <w:tc>
          <w:tcPr>
            <w:tcW w:type="dxa" w:w="1532"/>
          </w:tcPr>
          <w:p>
            <w:pPr>
              <w:spacing w:after="0"/>
              <w:jc w:val="right"/>
            </w:pPr>
            <w:r>
              <w:rPr>
                <w:sz w:val="16"/>
              </w:rPr>
              <w:t>96.6 (modeled)</w:t>
            </w:r>
          </w:p>
        </w:tc>
        <w:tc>
          <w:tcPr>
            <w:tcW w:type="dxa" w:w="1545"/>
          </w:tcPr>
          <w:p>
            <w:pPr>
              <w:spacing w:after="0"/>
              <w:jc w:val="left"/>
            </w:pPr>
            <w:r>
              <w:rPr>
                <w:sz w:val="16"/>
              </w:rPr>
              <w:t>1986 to 2023 (38 years)</w:t>
            </w:r>
          </w:p>
        </w:tc>
        <w:tc>
          <w:tcPr>
            <w:tcW w:type="dxa" w:w="1037"/>
          </w:tcPr>
          <w:p>
            <w:pPr>
              <w:spacing w:after="0"/>
              <w:jc w:val="left"/>
            </w:pPr>
            <w:r>
              <w:rPr>
                <w:sz w:val="16"/>
              </w:rPr>
              <w:t>countywide</w:t>
            </w:r>
          </w:p>
        </w:tc>
        <w:tc>
          <w:tcPr>
            <w:tcW w:type="dxa" w:w="1813"/>
          </w:tcPr>
          <w:p>
            <w:pPr>
              <w:spacing w:after="0"/>
              <w:jc w:val="left"/>
            </w:pPr>
          </w:p>
        </w:tc>
      </w:tr>
      <w:tr>
        <w:trPr>
          <w:cantSplit/>
        </w:trPr>
        <w:tc>
          <w:tcPr>
            <w:tcW w:type="dxa" w:w="1037"/>
          </w:tcPr>
          <w:p>
            <w:pPr>
              <w:spacing w:after="0"/>
              <w:jc w:val="left"/>
            </w:pPr>
            <w:r>
              <w:rPr>
                <w:sz w:val="16"/>
              </w:rPr>
              <w:t>Heat Wave</w:t>
            </w:r>
          </w:p>
        </w:tc>
        <w:tc>
          <w:tcPr>
            <w:tcW w:type="dxa" w:w="1260"/>
          </w:tcPr>
          <w:p>
            <w:pPr>
              <w:spacing w:after="0"/>
              <w:jc w:val="right"/>
            </w:pPr>
            <w:r>
              <w:rPr>
                <w:sz w:val="16"/>
              </w:rPr>
              <w:t>0</w:t>
            </w:r>
          </w:p>
        </w:tc>
        <w:tc>
          <w:tcPr>
            <w:tcW w:type="dxa" w:w="1479"/>
          </w:tcPr>
          <w:p>
            <w:pPr>
              <w:spacing w:after="0"/>
              <w:jc w:val="left"/>
            </w:pPr>
            <w:r>
              <w:rPr>
                <w:sz w:val="16"/>
              </w:rPr>
              <w:t>event-days per year</w:t>
            </w:r>
          </w:p>
        </w:tc>
        <w:tc>
          <w:tcPr>
            <w:tcW w:type="dxa" w:w="1604"/>
          </w:tcPr>
          <w:p>
            <w:pPr>
              <w:spacing w:after="0"/>
              <w:jc w:val="left"/>
            </w:pPr>
            <w:r>
              <w:rPr>
                <w:sz w:val="16"/>
              </w:rPr>
              <w:t>none modeled</w:t>
            </w:r>
          </w:p>
        </w:tc>
        <w:tc>
          <w:tcPr>
            <w:tcW w:type="dxa" w:w="1037"/>
          </w:tcPr>
          <w:p>
            <w:pPr>
              <w:spacing w:after="0"/>
              <w:jc w:val="left"/>
            </w:pPr>
          </w:p>
        </w:tc>
        <w:tc>
          <w:tcPr>
            <w:tcW w:type="dxa" w:w="1768"/>
          </w:tcPr>
          <w:p>
            <w:pPr>
              <w:spacing w:after="0"/>
              <w:jc w:val="left"/>
            </w:pPr>
            <w:r>
              <w:rPr>
                <w:sz w:val="16"/>
              </w:rPr>
              <w:t>event-days in 0 of 30 years, 1996 to 2025 (0%)</w:t>
            </w:r>
          </w:p>
        </w:tc>
        <w:tc>
          <w:tcPr>
            <w:tcW w:type="dxa" w:w="1532"/>
          </w:tcPr>
          <w:p>
            <w:pPr>
              <w:spacing w:after="0"/>
              <w:jc w:val="right"/>
            </w:pPr>
            <w:r>
              <w:rPr>
                <w:sz w:val="16"/>
              </w:rPr>
              <w:t>0</w:t>
            </w:r>
          </w:p>
        </w:tc>
        <w:tc>
          <w:tcPr>
            <w:tcW w:type="dxa" w:w="1545"/>
          </w:tcPr>
          <w:p>
            <w:pPr>
              <w:spacing w:after="0"/>
              <w:jc w:val="left"/>
            </w:pPr>
            <w:r>
              <w:rPr>
                <w:sz w:val="16"/>
              </w:rPr>
              <w:t>2005-11-12 to 2024-11-12 (19 years)</w:t>
            </w:r>
          </w:p>
        </w:tc>
        <w:tc>
          <w:tcPr>
            <w:tcW w:type="dxa" w:w="1037"/>
          </w:tcPr>
          <w:p>
            <w:pPr>
              <w:spacing w:after="0"/>
              <w:jc w:val="left"/>
            </w:pPr>
            <w:r>
              <w:rPr>
                <w:sz w:val="16"/>
              </w:rPr>
              <w:t>countywide</w:t>
            </w:r>
          </w:p>
        </w:tc>
        <w:tc>
          <w:tcPr>
            <w:tcW w:type="dxa" w:w="1813"/>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60"/>
          </w:tcPr>
          <w:p>
            <w:pPr>
              <w:spacing w:after="0"/>
              <w:jc w:val="right"/>
            </w:pPr>
          </w:p>
        </w:tc>
        <w:tc>
          <w:tcPr>
            <w:tcW w:type="dxa" w:w="1479"/>
          </w:tcPr>
          <w:p>
            <w:pPr>
              <w:spacing w:after="0"/>
              <w:jc w:val="left"/>
            </w:pPr>
            <w:r>
              <w:rPr>
                <w:sz w:val="16"/>
              </w:rPr>
              <w:t>events per year</w:t>
            </w:r>
          </w:p>
        </w:tc>
        <w:tc>
          <w:tcPr>
            <w:tcW w:type="dxa" w:w="1604"/>
          </w:tcPr>
          <w:p>
            <w:pPr>
              <w:spacing w:after="0"/>
              <w:jc w:val="left"/>
            </w:pPr>
          </w:p>
        </w:tc>
        <w:tc>
          <w:tcPr>
            <w:tcW w:type="dxa" w:w="1037"/>
          </w:tcPr>
          <w:p>
            <w:pPr>
              <w:spacing w:after="0"/>
              <w:jc w:val="left"/>
            </w:pPr>
          </w:p>
        </w:tc>
        <w:tc>
          <w:tcPr>
            <w:tcW w:type="dxa" w:w="1768"/>
          </w:tcPr>
          <w:p>
            <w:pPr>
              <w:spacing w:after="0"/>
              <w:jc w:val="left"/>
            </w:pPr>
          </w:p>
        </w:tc>
        <w:tc>
          <w:tcPr>
            <w:tcW w:type="dxa" w:w="1532"/>
          </w:tcPr>
          <w:p>
            <w:pPr>
              <w:spacing w:after="0"/>
              <w:jc w:val="right"/>
            </w:pPr>
          </w:p>
        </w:tc>
        <w:tc>
          <w:tcPr>
            <w:tcW w:type="dxa" w:w="1545"/>
          </w:tcPr>
          <w:p>
            <w:pPr>
              <w:spacing w:after="0"/>
              <w:jc w:val="left"/>
            </w:pPr>
            <w:r>
              <w:rPr>
                <w:sz w:val="16"/>
              </w:rPr>
              <w:t>1851 to 2024 (Atlantic)</w:t>
            </w:r>
          </w:p>
        </w:tc>
        <w:tc>
          <w:tcPr>
            <w:tcW w:type="dxa" w:w="1037"/>
          </w:tcPr>
          <w:p>
            <w:pPr>
              <w:spacing w:after="0"/>
              <w:jc w:val="left"/>
            </w:pPr>
            <w:r>
              <w:rPr>
                <w:sz w:val="16"/>
              </w:rPr>
              <w:t>see B1-f</w:t>
            </w:r>
          </w:p>
        </w:tc>
        <w:tc>
          <w:tcPr>
            <w:tcW w:type="dxa" w:w="1813"/>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60"/>
          </w:tcPr>
          <w:p>
            <w:pPr>
              <w:spacing w:after="0"/>
              <w:jc w:val="right"/>
            </w:pPr>
            <w:r>
              <w:rPr>
                <w:sz w:val="16"/>
              </w:rPr>
              <w:t>0.0149</w:t>
            </w:r>
          </w:p>
        </w:tc>
        <w:tc>
          <w:tcPr>
            <w:tcW w:type="dxa" w:w="1479"/>
          </w:tcPr>
          <w:p>
            <w:pPr>
              <w:spacing w:after="0"/>
              <w:jc w:val="left"/>
            </w:pPr>
            <w:r>
              <w:rPr>
                <w:sz w:val="16"/>
              </w:rPr>
              <w:t>event-days per year</w:t>
            </w:r>
          </w:p>
        </w:tc>
        <w:tc>
          <w:tcPr>
            <w:tcW w:type="dxa" w:w="1604"/>
          </w:tcPr>
          <w:p>
            <w:pPr>
              <w:spacing w:after="0"/>
              <w:jc w:val="left"/>
            </w:pPr>
            <w:r>
              <w:rPr>
                <w:sz w:val="16"/>
              </w:rPr>
              <w:t>about 0.0149 days per year</w:t>
            </w:r>
          </w:p>
        </w:tc>
        <w:tc>
          <w:tcPr>
            <w:tcW w:type="dxa" w:w="1037"/>
          </w:tcPr>
          <w:p>
            <w:pPr>
              <w:spacing w:after="0"/>
              <w:jc w:val="left"/>
            </w:pPr>
          </w:p>
        </w:tc>
        <w:tc>
          <w:tcPr>
            <w:tcW w:type="dxa" w:w="1768"/>
          </w:tcPr>
          <w:p>
            <w:pPr>
              <w:spacing w:after="0"/>
              <w:jc w:val="left"/>
            </w:pPr>
            <w:r>
              <w:rPr>
                <w:sz w:val="16"/>
              </w:rPr>
              <w:t>event-days in 0 of 30 years, 1996 to 2025 (0%)</w:t>
            </w:r>
          </w:p>
        </w:tc>
        <w:tc>
          <w:tcPr>
            <w:tcW w:type="dxa" w:w="1532"/>
          </w:tcPr>
          <w:p>
            <w:pPr>
              <w:spacing w:after="0"/>
              <w:jc w:val="right"/>
            </w:pPr>
            <w:r>
              <w:rPr>
                <w:sz w:val="16"/>
              </w:rPr>
              <w:t>0</w:t>
            </w:r>
          </w:p>
        </w:tc>
        <w:tc>
          <w:tcPr>
            <w:tcW w:type="dxa" w:w="1545"/>
          </w:tcPr>
          <w:p>
            <w:pPr>
              <w:spacing w:after="0"/>
              <w:jc w:val="left"/>
            </w:pPr>
            <w:r>
              <w:rPr>
                <w:sz w:val="16"/>
              </w:rPr>
              <w:t>1946-12-31 to 2014-02-12 (67 years)</w:t>
            </w:r>
          </w:p>
        </w:tc>
        <w:tc>
          <w:tcPr>
            <w:tcW w:type="dxa" w:w="1037"/>
          </w:tcPr>
          <w:p>
            <w:pPr>
              <w:spacing w:after="0"/>
              <w:jc w:val="left"/>
            </w:pPr>
            <w:r>
              <w:rPr>
                <w:sz w:val="16"/>
              </w:rPr>
              <w:t>countywide</w:t>
            </w:r>
          </w:p>
        </w:tc>
        <w:tc>
          <w:tcPr>
            <w:tcW w:type="dxa" w:w="1813"/>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60"/>
          </w:tcPr>
          <w:p>
            <w:pPr>
              <w:spacing w:after="0"/>
              <w:jc w:val="right"/>
            </w:pPr>
            <w:r>
              <w:rPr>
                <w:sz w:val="16"/>
              </w:rPr>
              <w:t>0.464</w:t>
            </w:r>
          </w:p>
        </w:tc>
        <w:tc>
          <w:tcPr>
            <w:tcW w:type="dxa" w:w="1479"/>
          </w:tcPr>
          <w:p>
            <w:pPr>
              <w:spacing w:after="0"/>
              <w:jc w:val="left"/>
            </w:pPr>
            <w:r>
              <w:rPr>
                <w:sz w:val="16"/>
              </w:rPr>
              <w:t>event-days per year</w:t>
            </w:r>
          </w:p>
        </w:tc>
        <w:tc>
          <w:tcPr>
            <w:tcW w:type="dxa" w:w="1604"/>
          </w:tcPr>
          <w:p>
            <w:pPr>
              <w:spacing w:after="0"/>
              <w:jc w:val="left"/>
            </w:pPr>
            <w:r>
              <w:rPr>
                <w:sz w:val="16"/>
              </w:rPr>
              <w:t>about 0.464 days per year</w:t>
            </w:r>
          </w:p>
        </w:tc>
        <w:tc>
          <w:tcPr>
            <w:tcW w:type="dxa" w:w="1037"/>
          </w:tcPr>
          <w:p>
            <w:pPr>
              <w:spacing w:after="0"/>
              <w:jc w:val="left"/>
            </w:pPr>
            <w:r>
              <w:rPr>
                <w:sz w:val="16"/>
              </w:rPr>
              <w:t>Likely</w:t>
            </w:r>
          </w:p>
        </w:tc>
        <w:tc>
          <w:tcPr>
            <w:tcW w:type="dxa" w:w="1768"/>
          </w:tcPr>
          <w:p>
            <w:pPr>
              <w:spacing w:after="0"/>
              <w:jc w:val="left"/>
            </w:pPr>
            <w:r>
              <w:rPr>
                <w:sz w:val="16"/>
              </w:rPr>
              <w:t>event-days in 5 of 30 years, 1996 to 2025 (16.7%)</w:t>
            </w:r>
          </w:p>
        </w:tc>
        <w:tc>
          <w:tcPr>
            <w:tcW w:type="dxa" w:w="1532"/>
          </w:tcPr>
          <w:p>
            <w:pPr>
              <w:spacing w:after="0"/>
              <w:jc w:val="right"/>
            </w:pPr>
            <w:r>
              <w:rPr>
                <w:sz w:val="16"/>
              </w:rPr>
              <w:t>13</w:t>
            </w:r>
          </w:p>
        </w:tc>
        <w:tc>
          <w:tcPr>
            <w:tcW w:type="dxa" w:w="1545"/>
          </w:tcPr>
          <w:p>
            <w:pPr>
              <w:spacing w:after="0"/>
              <w:jc w:val="left"/>
            </w:pPr>
            <w:r>
              <w:rPr>
                <w:sz w:val="16"/>
              </w:rPr>
              <w:t>1996 to 2023 (28 years)</w:t>
            </w:r>
          </w:p>
        </w:tc>
        <w:tc>
          <w:tcPr>
            <w:tcW w:type="dxa" w:w="1037"/>
          </w:tcPr>
          <w:p>
            <w:pPr>
              <w:spacing w:after="0"/>
              <w:jc w:val="left"/>
            </w:pPr>
            <w:r>
              <w:rPr>
                <w:sz w:val="16"/>
              </w:rPr>
              <w:t>see B1-f</w:t>
            </w:r>
          </w:p>
        </w:tc>
        <w:tc>
          <w:tcPr>
            <w:tcW w:type="dxa" w:w="1813"/>
          </w:tcPr>
          <w:p>
            <w:pPr>
              <w:spacing w:after="0"/>
              <w:jc w:val="left"/>
            </w:pPr>
          </w:p>
        </w:tc>
      </w:tr>
      <w:tr>
        <w:trPr>
          <w:cantSplit/>
        </w:trPr>
        <w:tc>
          <w:tcPr>
            <w:tcW w:type="dxa" w:w="1037"/>
          </w:tcPr>
          <w:p>
            <w:pPr>
              <w:spacing w:after="0"/>
              <w:jc w:val="left"/>
            </w:pPr>
            <w:r>
              <w:rPr>
                <w:sz w:val="16"/>
              </w:rPr>
              <w:t>Landslide</w:t>
            </w:r>
          </w:p>
        </w:tc>
        <w:tc>
          <w:tcPr>
            <w:tcW w:type="dxa" w:w="1260"/>
          </w:tcPr>
          <w:p>
            <w:pPr>
              <w:spacing w:after="0"/>
              <w:jc w:val="right"/>
            </w:pPr>
            <w:r>
              <w:rPr>
                <w:sz w:val="16"/>
              </w:rPr>
              <w:t>1.22</w:t>
            </w:r>
          </w:p>
        </w:tc>
        <w:tc>
          <w:tcPr>
            <w:tcW w:type="dxa" w:w="1479"/>
          </w:tcPr>
          <w:p>
            <w:pPr>
              <w:spacing w:after="0"/>
              <w:jc w:val="left"/>
            </w:pPr>
            <w:r>
              <w:rPr>
                <w:sz w:val="16"/>
              </w:rPr>
              <w:t>events per year (modeled)</w:t>
            </w:r>
          </w:p>
        </w:tc>
        <w:tc>
          <w:tcPr>
            <w:tcW w:type="dxa" w:w="1604"/>
          </w:tcPr>
          <w:p>
            <w:pPr>
              <w:spacing w:after="0"/>
              <w:jc w:val="left"/>
            </w:pPr>
            <w:r>
              <w:rPr>
                <w:sz w:val="16"/>
              </w:rPr>
              <w:t>about 1.22 per year</w:t>
            </w:r>
          </w:p>
        </w:tc>
        <w:tc>
          <w:tcPr>
            <w:tcW w:type="dxa" w:w="1037"/>
          </w:tcPr>
          <w:p>
            <w:pPr>
              <w:spacing w:after="0"/>
              <w:jc w:val="left"/>
            </w:pPr>
            <w:r>
              <w:rPr>
                <w:sz w:val="16"/>
              </w:rPr>
              <w:t>Highly likely</w:t>
            </w:r>
          </w:p>
        </w:tc>
        <w:tc>
          <w:tcPr>
            <w:tcW w:type="dxa" w:w="1768"/>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5"/>
          </w:tcPr>
          <w:p>
            <w:pPr>
              <w:spacing w:after="0"/>
              <w:jc w:val="left"/>
            </w:pPr>
            <w:r>
              <w:rPr>
                <w:sz w:val="16"/>
              </w:rPr>
              <w:t>modeled</w:t>
            </w:r>
          </w:p>
        </w:tc>
        <w:tc>
          <w:tcPr>
            <w:tcW w:type="dxa" w:w="1037"/>
          </w:tcPr>
          <w:p>
            <w:pPr>
              <w:spacing w:after="0"/>
              <w:jc w:val="left"/>
            </w:pPr>
            <w:r>
              <w:rPr>
                <w:sz w:val="16"/>
              </w:rPr>
              <w:t>see B1-f</w:t>
            </w:r>
          </w:p>
        </w:tc>
        <w:tc>
          <w:tcPr>
            <w:tcW w:type="dxa" w:w="1813"/>
          </w:tcPr>
          <w:p>
            <w:pPr>
              <w:spacing w:after="0"/>
              <w:jc w:val="left"/>
            </w:pPr>
          </w:p>
        </w:tc>
      </w:tr>
      <w:tr>
        <w:trPr>
          <w:cantSplit/>
        </w:trPr>
        <w:tc>
          <w:tcPr>
            <w:tcW w:type="dxa" w:w="1037"/>
          </w:tcPr>
          <w:p>
            <w:pPr>
              <w:spacing w:after="0"/>
              <w:jc w:val="left"/>
            </w:pPr>
            <w:r>
              <w:rPr>
                <w:sz w:val="16"/>
              </w:rPr>
              <w:t>Lightning</w:t>
            </w:r>
          </w:p>
        </w:tc>
        <w:tc>
          <w:tcPr>
            <w:tcW w:type="dxa" w:w="1260"/>
          </w:tcPr>
          <w:p>
            <w:pPr>
              <w:spacing w:after="0"/>
              <w:jc w:val="right"/>
            </w:pPr>
            <w:r>
              <w:rPr>
                <w:sz w:val="16"/>
              </w:rPr>
              <w:t>59.6</w:t>
            </w:r>
          </w:p>
        </w:tc>
        <w:tc>
          <w:tcPr>
            <w:tcW w:type="dxa" w:w="1479"/>
          </w:tcPr>
          <w:p>
            <w:pPr>
              <w:spacing w:after="0"/>
              <w:jc w:val="left"/>
            </w:pPr>
            <w:r>
              <w:rPr>
                <w:sz w:val="16"/>
              </w:rPr>
              <w:t>days per year with a strike</w:t>
            </w:r>
          </w:p>
        </w:tc>
        <w:tc>
          <w:tcPr>
            <w:tcW w:type="dxa" w:w="1604"/>
          </w:tcPr>
          <w:p>
            <w:pPr>
              <w:spacing w:after="0"/>
              <w:jc w:val="left"/>
            </w:pPr>
            <w:r>
              <w:rPr>
                <w:sz w:val="16"/>
              </w:rPr>
              <w:t>about 59.6 days per year</w:t>
            </w:r>
          </w:p>
        </w:tc>
        <w:tc>
          <w:tcPr>
            <w:tcW w:type="dxa" w:w="1037"/>
          </w:tcPr>
          <w:p>
            <w:pPr>
              <w:spacing w:after="0"/>
              <w:jc w:val="left"/>
            </w:pPr>
            <w:r>
              <w:rPr>
                <w:sz w:val="16"/>
              </w:rPr>
              <w:t>Highly likely</w:t>
            </w:r>
          </w:p>
        </w:tc>
        <w:tc>
          <w:tcPr>
            <w:tcW w:type="dxa" w:w="1768"/>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5"/>
          </w:tcPr>
          <w:p>
            <w:pPr>
              <w:spacing w:after="0"/>
              <w:jc w:val="left"/>
            </w:pPr>
            <w:r>
              <w:rPr>
                <w:sz w:val="16"/>
              </w:rPr>
              <w:t>1995 to 2023 (29 years; CONUS)</w:t>
            </w:r>
          </w:p>
        </w:tc>
        <w:tc>
          <w:tcPr>
            <w:tcW w:type="dxa" w:w="1037"/>
          </w:tcPr>
          <w:p>
            <w:pPr>
              <w:spacing w:after="0"/>
              <w:jc w:val="left"/>
            </w:pPr>
            <w:r>
              <w:rPr>
                <w:sz w:val="16"/>
              </w:rPr>
              <w:t>countywide</w:t>
            </w:r>
          </w:p>
        </w:tc>
        <w:tc>
          <w:tcPr>
            <w:tcW w:type="dxa" w:w="1813"/>
          </w:tcPr>
          <w:p>
            <w:pPr>
              <w:spacing w:after="0"/>
              <w:jc w:val="left"/>
            </w:pPr>
          </w:p>
        </w:tc>
      </w:tr>
      <w:tr>
        <w:trPr>
          <w:cantSplit/>
        </w:trPr>
        <w:tc>
          <w:tcPr>
            <w:tcW w:type="dxa" w:w="1037"/>
          </w:tcPr>
          <w:p>
            <w:pPr>
              <w:spacing w:after="0"/>
              <w:jc w:val="left"/>
            </w:pPr>
            <w:r>
              <w:rPr>
                <w:sz w:val="16"/>
              </w:rPr>
              <w:t>Strong Wind</w:t>
            </w:r>
          </w:p>
        </w:tc>
        <w:tc>
          <w:tcPr>
            <w:tcW w:type="dxa" w:w="1260"/>
          </w:tcPr>
          <w:p>
            <w:pPr>
              <w:spacing w:after="0"/>
              <w:jc w:val="right"/>
            </w:pPr>
            <w:r>
              <w:rPr>
                <w:sz w:val="16"/>
              </w:rPr>
              <w:t>0.511</w:t>
            </w:r>
          </w:p>
        </w:tc>
        <w:tc>
          <w:tcPr>
            <w:tcW w:type="dxa" w:w="1479"/>
          </w:tcPr>
          <w:p>
            <w:pPr>
              <w:spacing w:after="0"/>
              <w:jc w:val="left"/>
            </w:pPr>
            <w:r>
              <w:rPr>
                <w:sz w:val="16"/>
              </w:rPr>
              <w:t>events per year</w:t>
            </w:r>
          </w:p>
        </w:tc>
        <w:tc>
          <w:tcPr>
            <w:tcW w:type="dxa" w:w="1604"/>
          </w:tcPr>
          <w:p>
            <w:pPr>
              <w:spacing w:after="0"/>
              <w:jc w:val="left"/>
            </w:pPr>
            <w:r>
              <w:rPr>
                <w:sz w:val="16"/>
              </w:rPr>
              <w:t>about 0.51 per year</w:t>
            </w:r>
          </w:p>
        </w:tc>
        <w:tc>
          <w:tcPr>
            <w:tcW w:type="dxa" w:w="1037"/>
          </w:tcPr>
          <w:p>
            <w:pPr>
              <w:spacing w:after="0"/>
              <w:jc w:val="left"/>
            </w:pPr>
            <w:r>
              <w:rPr>
                <w:sz w:val="16"/>
              </w:rPr>
              <w:t>Likely</w:t>
            </w:r>
          </w:p>
        </w:tc>
        <w:tc>
          <w:tcPr>
            <w:tcW w:type="dxa" w:w="1768"/>
          </w:tcPr>
          <w:p>
            <w:pPr>
              <w:spacing w:after="0"/>
              <w:jc w:val="left"/>
            </w:pPr>
            <w:r>
              <w:rPr>
                <w:sz w:val="16"/>
              </w:rPr>
              <w:t>FEMA annualized frequency (modeled)</w:t>
            </w:r>
          </w:p>
        </w:tc>
        <w:tc>
          <w:tcPr>
            <w:tcW w:type="dxa" w:w="1532"/>
          </w:tcPr>
          <w:p>
            <w:pPr>
              <w:spacing w:after="0"/>
              <w:jc w:val="right"/>
            </w:pPr>
            <w:r>
              <w:rPr>
                <w:sz w:val="16"/>
              </w:rPr>
              <w:t>20</w:t>
            </w:r>
          </w:p>
        </w:tc>
        <w:tc>
          <w:tcPr>
            <w:tcW w:type="dxa" w:w="1545"/>
          </w:tcPr>
          <w:p>
            <w:pPr>
              <w:spacing w:after="0"/>
              <w:jc w:val="left"/>
            </w:pPr>
            <w:r>
              <w:rPr>
                <w:sz w:val="16"/>
              </w:rPr>
              <w:t>1986 to 2023 (38 years)</w:t>
            </w:r>
          </w:p>
        </w:tc>
        <w:tc>
          <w:tcPr>
            <w:tcW w:type="dxa" w:w="1037"/>
          </w:tcPr>
          <w:p>
            <w:pPr>
              <w:spacing w:after="0"/>
              <w:jc w:val="left"/>
            </w:pPr>
            <w:r>
              <w:rPr>
                <w:sz w:val="16"/>
              </w:rPr>
              <w:t>countywide</w:t>
            </w:r>
          </w:p>
        </w:tc>
        <w:tc>
          <w:tcPr>
            <w:tcW w:type="dxa" w:w="1813"/>
          </w:tcPr>
          <w:p>
            <w:pPr>
              <w:spacing w:after="0"/>
              <w:jc w:val="left"/>
            </w:pPr>
          </w:p>
        </w:tc>
      </w:tr>
      <w:tr>
        <w:trPr>
          <w:cantSplit/>
        </w:trPr>
        <w:tc>
          <w:tcPr>
            <w:tcW w:type="dxa" w:w="1037"/>
          </w:tcPr>
          <w:p>
            <w:pPr>
              <w:spacing w:after="0"/>
              <w:jc w:val="left"/>
            </w:pPr>
            <w:r>
              <w:rPr>
                <w:sz w:val="16"/>
              </w:rPr>
              <w:t>Tornado</w:t>
            </w:r>
          </w:p>
        </w:tc>
        <w:tc>
          <w:tcPr>
            <w:tcW w:type="dxa" w:w="1260"/>
          </w:tcPr>
          <w:p>
            <w:pPr>
              <w:spacing w:after="0"/>
              <w:jc w:val="right"/>
            </w:pPr>
            <w:r>
              <w:rPr>
                <w:sz w:val="16"/>
              </w:rPr>
              <w:t>0.342</w:t>
            </w:r>
          </w:p>
        </w:tc>
        <w:tc>
          <w:tcPr>
            <w:tcW w:type="dxa" w:w="1479"/>
          </w:tcPr>
          <w:p>
            <w:pPr>
              <w:spacing w:after="0"/>
              <w:jc w:val="left"/>
            </w:pPr>
            <w:r>
              <w:rPr>
                <w:sz w:val="16"/>
              </w:rPr>
              <w:t>events per year</w:t>
            </w:r>
          </w:p>
        </w:tc>
        <w:tc>
          <w:tcPr>
            <w:tcW w:type="dxa" w:w="1604"/>
          </w:tcPr>
          <w:p>
            <w:pPr>
              <w:spacing w:after="0"/>
              <w:jc w:val="left"/>
            </w:pPr>
            <w:r>
              <w:rPr>
                <w:sz w:val="16"/>
              </w:rPr>
              <w:t>about 1 in 3 years</w:t>
            </w:r>
          </w:p>
        </w:tc>
        <w:tc>
          <w:tcPr>
            <w:tcW w:type="dxa" w:w="1037"/>
          </w:tcPr>
          <w:p>
            <w:pPr>
              <w:spacing w:after="0"/>
              <w:jc w:val="left"/>
            </w:pPr>
            <w:r>
              <w:rPr>
                <w:sz w:val="16"/>
              </w:rPr>
              <w:t>Likely</w:t>
            </w:r>
          </w:p>
        </w:tc>
        <w:tc>
          <w:tcPr>
            <w:tcW w:type="dxa" w:w="1768"/>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5"/>
          </w:tcPr>
          <w:p>
            <w:pPr>
              <w:spacing w:after="0"/>
              <w:jc w:val="left"/>
            </w:pPr>
            <w:r>
              <w:rPr>
                <w:sz w:val="16"/>
              </w:rPr>
              <w:t>1950 to 2023 (EF2+); 1986 to 2023 (EF0-1)</w:t>
            </w:r>
          </w:p>
        </w:tc>
        <w:tc>
          <w:tcPr>
            <w:tcW w:type="dxa" w:w="1037"/>
          </w:tcPr>
          <w:p>
            <w:pPr>
              <w:spacing w:after="0"/>
              <w:jc w:val="left"/>
            </w:pPr>
            <w:r>
              <w:rPr>
                <w:sz w:val="16"/>
              </w:rPr>
              <w:t>see B1-f</w:t>
            </w:r>
          </w:p>
        </w:tc>
        <w:tc>
          <w:tcPr>
            <w:tcW w:type="dxa" w:w="1813"/>
          </w:tcPr>
          <w:p>
            <w:pPr>
              <w:spacing w:after="0"/>
              <w:jc w:val="left"/>
            </w:pPr>
          </w:p>
        </w:tc>
      </w:tr>
      <w:tr>
        <w:trPr>
          <w:cantSplit/>
        </w:trPr>
        <w:tc>
          <w:tcPr>
            <w:tcW w:type="dxa" w:w="1037"/>
          </w:tcPr>
          <w:p>
            <w:pPr>
              <w:spacing w:after="0"/>
              <w:jc w:val="left"/>
            </w:pPr>
            <w:r>
              <w:rPr>
                <w:sz w:val="16"/>
              </w:rPr>
              <w:t>Tsunami</w:t>
            </w:r>
          </w:p>
        </w:tc>
        <w:tc>
          <w:tcPr>
            <w:tcW w:type="dxa" w:w="1260"/>
          </w:tcPr>
          <w:p>
            <w:pPr>
              <w:spacing w:after="0"/>
              <w:jc w:val="right"/>
            </w:pPr>
          </w:p>
        </w:tc>
        <w:tc>
          <w:tcPr>
            <w:tcW w:type="dxa" w:w="1479"/>
          </w:tcPr>
          <w:p>
            <w:pPr>
              <w:spacing w:after="0"/>
              <w:jc w:val="left"/>
            </w:pPr>
            <w:r>
              <w:rPr>
                <w:sz w:val="16"/>
              </w:rPr>
              <w:t>annual probability at the most exposed location (used in place of a county value)</w:t>
            </w:r>
          </w:p>
        </w:tc>
        <w:tc>
          <w:tcPr>
            <w:tcW w:type="dxa" w:w="1604"/>
          </w:tcPr>
          <w:p>
            <w:pPr>
              <w:spacing w:after="0"/>
              <w:jc w:val="left"/>
            </w:pPr>
          </w:p>
        </w:tc>
        <w:tc>
          <w:tcPr>
            <w:tcW w:type="dxa" w:w="1037"/>
          </w:tcPr>
          <w:p>
            <w:pPr>
              <w:spacing w:after="0"/>
              <w:jc w:val="left"/>
            </w:pPr>
          </w:p>
        </w:tc>
        <w:tc>
          <w:tcPr>
            <w:tcW w:type="dxa" w:w="1768"/>
          </w:tcPr>
          <w:p>
            <w:pPr>
              <w:spacing w:after="0"/>
              <w:jc w:val="left"/>
            </w:pPr>
          </w:p>
        </w:tc>
        <w:tc>
          <w:tcPr>
            <w:tcW w:type="dxa" w:w="1532"/>
          </w:tcPr>
          <w:p>
            <w:pPr>
              <w:spacing w:after="0"/>
              <w:jc w:val="right"/>
            </w:pPr>
            <w:r>
              <w:rPr>
                <w:sz w:val="16"/>
              </w:rPr>
              <w:t>not shown</w:t>
            </w:r>
          </w:p>
        </w:tc>
        <w:tc>
          <w:tcPr>
            <w:tcW w:type="dxa" w:w="1545"/>
          </w:tcPr>
          <w:p>
            <w:pPr>
              <w:spacing w:after="0"/>
              <w:jc w:val="left"/>
            </w:pPr>
            <w:r>
              <w:rPr>
                <w:sz w:val="16"/>
              </w:rPr>
              <w:t>modeled</w:t>
            </w:r>
          </w:p>
        </w:tc>
        <w:tc>
          <w:tcPr>
            <w:tcW w:type="dxa" w:w="1037"/>
          </w:tcPr>
          <w:p>
            <w:pPr>
              <w:spacing w:after="0"/>
              <w:jc w:val="left"/>
            </w:pPr>
            <w:r>
              <w:rPr>
                <w:sz w:val="16"/>
              </w:rPr>
              <w:t>see B1-f</w:t>
            </w:r>
          </w:p>
        </w:tc>
        <w:tc>
          <w:tcPr>
            <w:tcW w:type="dxa" w:w="181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60"/>
          </w:tcPr>
          <w:p>
            <w:pPr>
              <w:spacing w:after="0"/>
              <w:jc w:val="right"/>
            </w:pPr>
            <w:r>
              <w:rPr>
                <w:sz w:val="16"/>
              </w:rPr>
              <w:t>0.0001</w:t>
            </w:r>
          </w:p>
        </w:tc>
        <w:tc>
          <w:tcPr>
            <w:tcW w:type="dxa" w:w="1479"/>
          </w:tcPr>
          <w:p>
            <w:pPr>
              <w:spacing w:after="0"/>
              <w:jc w:val="left"/>
            </w:pPr>
            <w:r>
              <w:rPr>
                <w:sz w:val="16"/>
              </w:rPr>
              <w:t>annual probability</w:t>
            </w:r>
          </w:p>
        </w:tc>
        <w:tc>
          <w:tcPr>
            <w:tcW w:type="dxa" w:w="1604"/>
          </w:tcPr>
          <w:p>
            <w:pPr>
              <w:spacing w:after="0"/>
              <w:jc w:val="left"/>
            </w:pPr>
            <w:r>
              <w:rPr>
                <w:sz w:val="16"/>
              </w:rPr>
              <w:t>about 1 in 10,000 years</w:t>
            </w:r>
          </w:p>
        </w:tc>
        <w:tc>
          <w:tcPr>
            <w:tcW w:type="dxa" w:w="1037"/>
          </w:tcPr>
          <w:p>
            <w:pPr>
              <w:spacing w:after="0"/>
              <w:jc w:val="left"/>
            </w:pPr>
            <w:r>
              <w:rPr>
                <w:sz w:val="16"/>
              </w:rPr>
              <w:t>Unlikely</w:t>
            </w:r>
          </w:p>
        </w:tc>
        <w:tc>
          <w:tcPr>
            <w:tcW w:type="dxa" w:w="1768"/>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5"/>
          </w:tcPr>
          <w:p>
            <w:pPr>
              <w:spacing w:after="0"/>
              <w:jc w:val="left"/>
            </w:pPr>
            <w:r>
              <w:rPr>
                <w:sz w:val="16"/>
              </w:rPr>
              <w:t>modeled</w:t>
            </w:r>
          </w:p>
        </w:tc>
        <w:tc>
          <w:tcPr>
            <w:tcW w:type="dxa" w:w="1037"/>
          </w:tcPr>
          <w:p>
            <w:pPr>
              <w:spacing w:after="0"/>
              <w:jc w:val="left"/>
            </w:pPr>
            <w:r>
              <w:rPr>
                <w:sz w:val="16"/>
              </w:rPr>
              <w:t>see B1-f</w:t>
            </w:r>
          </w:p>
        </w:tc>
        <w:tc>
          <w:tcPr>
            <w:tcW w:type="dxa" w:w="1813"/>
          </w:tcPr>
          <w:p>
            <w:pPr>
              <w:spacing w:after="0"/>
              <w:jc w:val="left"/>
            </w:pPr>
          </w:p>
        </w:tc>
      </w:tr>
      <w:tr>
        <w:trPr>
          <w:cantSplit/>
        </w:trPr>
        <w:tc>
          <w:tcPr>
            <w:tcW w:type="dxa" w:w="1037"/>
          </w:tcPr>
          <w:p>
            <w:pPr>
              <w:spacing w:after="0"/>
              <w:jc w:val="left"/>
            </w:pPr>
            <w:r>
              <w:rPr>
                <w:sz w:val="16"/>
              </w:rPr>
              <w:t>Wildfire</w:t>
            </w:r>
          </w:p>
        </w:tc>
        <w:tc>
          <w:tcPr>
            <w:tcW w:type="dxa" w:w="1260"/>
          </w:tcPr>
          <w:p>
            <w:pPr>
              <w:spacing w:after="0"/>
              <w:jc w:val="right"/>
            </w:pPr>
            <w:r>
              <w:rPr>
                <w:sz w:val="16"/>
              </w:rPr>
              <w:t>0.00103</w:t>
            </w:r>
          </w:p>
        </w:tc>
        <w:tc>
          <w:tcPr>
            <w:tcW w:type="dxa" w:w="1479"/>
          </w:tcPr>
          <w:p>
            <w:pPr>
              <w:spacing w:after="0"/>
              <w:jc w:val="left"/>
            </w:pPr>
            <w:r>
              <w:rPr>
                <w:sz w:val="16"/>
              </w:rPr>
              <w:t>annual probability at a location</w:t>
            </w:r>
          </w:p>
        </w:tc>
        <w:tc>
          <w:tcPr>
            <w:tcW w:type="dxa" w:w="1604"/>
          </w:tcPr>
          <w:p>
            <w:pPr>
              <w:spacing w:after="0"/>
              <w:jc w:val="left"/>
            </w:pPr>
            <w:r>
              <w:rPr>
                <w:sz w:val="16"/>
              </w:rPr>
              <w:t>chance a given location in the county burns in a year: 0.103%</w:t>
            </w:r>
          </w:p>
        </w:tc>
        <w:tc>
          <w:tcPr>
            <w:tcW w:type="dxa" w:w="1037"/>
          </w:tcPr>
          <w:p>
            <w:pPr>
              <w:spacing w:after="0"/>
              <w:jc w:val="left"/>
            </w:pPr>
            <w:r>
              <w:rPr>
                <w:sz w:val="16"/>
              </w:rPr>
              <w:t>Possible</w:t>
            </w:r>
          </w:p>
        </w:tc>
        <w:tc>
          <w:tcPr>
            <w:tcW w:type="dxa" w:w="1768"/>
          </w:tcPr>
          <w:p>
            <w:pPr>
              <w:spacing w:after="0"/>
              <w:jc w:val="left"/>
            </w:pPr>
            <w:r>
              <w:rPr>
                <w:sz w:val="16"/>
              </w:rPr>
              <w:t>Storm Events records in 2 of 30 years, 1996 to 2025 (6.67%)</w:t>
            </w:r>
          </w:p>
        </w:tc>
        <w:tc>
          <w:tcPr>
            <w:tcW w:type="dxa" w:w="1532"/>
          </w:tcPr>
          <w:p>
            <w:pPr>
              <w:spacing w:after="0"/>
              <w:jc w:val="right"/>
            </w:pPr>
            <w:r>
              <w:rPr>
                <w:sz w:val="16"/>
              </w:rPr>
              <w:t>not shown</w:t>
            </w:r>
          </w:p>
        </w:tc>
        <w:tc>
          <w:tcPr>
            <w:tcW w:type="dxa" w:w="1545"/>
          </w:tcPr>
          <w:p>
            <w:pPr>
              <w:spacing w:after="0"/>
              <w:jc w:val="left"/>
            </w:pPr>
            <w:r>
              <w:rPr>
                <w:sz w:val="16"/>
              </w:rPr>
              <w:t>modeled</w:t>
            </w:r>
          </w:p>
        </w:tc>
        <w:tc>
          <w:tcPr>
            <w:tcW w:type="dxa" w:w="1037"/>
          </w:tcPr>
          <w:p>
            <w:pPr>
              <w:spacing w:after="0"/>
              <w:jc w:val="left"/>
            </w:pPr>
            <w:r>
              <w:rPr>
                <w:sz w:val="16"/>
              </w:rPr>
              <w:t>see B1-f</w:t>
            </w:r>
          </w:p>
        </w:tc>
        <w:tc>
          <w:tcPr>
            <w:tcW w:type="dxa" w:w="1813"/>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60"/>
          </w:tcPr>
          <w:p>
            <w:pPr>
              <w:spacing w:after="0"/>
              <w:jc w:val="right"/>
            </w:pPr>
            <w:r>
              <w:rPr>
                <w:sz w:val="16"/>
              </w:rPr>
              <w:t>26.4</w:t>
            </w:r>
          </w:p>
        </w:tc>
        <w:tc>
          <w:tcPr>
            <w:tcW w:type="dxa" w:w="1479"/>
          </w:tcPr>
          <w:p>
            <w:pPr>
              <w:spacing w:after="0"/>
              <w:jc w:val="left"/>
            </w:pPr>
            <w:r>
              <w:rPr>
                <w:sz w:val="16"/>
              </w:rPr>
              <w:t>event-days per year</w:t>
            </w:r>
          </w:p>
        </w:tc>
        <w:tc>
          <w:tcPr>
            <w:tcW w:type="dxa" w:w="1604"/>
          </w:tcPr>
          <w:p>
            <w:pPr>
              <w:spacing w:after="0"/>
              <w:jc w:val="left"/>
            </w:pPr>
            <w:r>
              <w:rPr>
                <w:sz w:val="16"/>
              </w:rPr>
              <w:t>about 26.4 days per year</w:t>
            </w:r>
          </w:p>
        </w:tc>
        <w:tc>
          <w:tcPr>
            <w:tcW w:type="dxa" w:w="1037"/>
          </w:tcPr>
          <w:p>
            <w:pPr>
              <w:spacing w:after="0"/>
              <w:jc w:val="left"/>
            </w:pPr>
            <w:r>
              <w:rPr>
                <w:sz w:val="16"/>
              </w:rPr>
              <w:t>Highly likely</w:t>
            </w:r>
          </w:p>
        </w:tc>
        <w:tc>
          <w:tcPr>
            <w:tcW w:type="dxa" w:w="1768"/>
          </w:tcPr>
          <w:p>
            <w:pPr>
              <w:spacing w:after="0"/>
              <w:jc w:val="left"/>
            </w:pPr>
            <w:r>
              <w:rPr>
                <w:sz w:val="16"/>
              </w:rPr>
              <w:t>event-days in 30 of 30 years, 1996 to 2025 (100%)</w:t>
            </w:r>
          </w:p>
        </w:tc>
        <w:tc>
          <w:tcPr>
            <w:tcW w:type="dxa" w:w="1532"/>
          </w:tcPr>
          <w:p>
            <w:pPr>
              <w:spacing w:after="0"/>
              <w:jc w:val="right"/>
            </w:pPr>
            <w:r>
              <w:rPr>
                <w:sz w:val="16"/>
              </w:rPr>
              <w:t>497</w:t>
            </w:r>
          </w:p>
        </w:tc>
        <w:tc>
          <w:tcPr>
            <w:tcW w:type="dxa" w:w="1545"/>
          </w:tcPr>
          <w:p>
            <w:pPr>
              <w:spacing w:after="0"/>
              <w:jc w:val="left"/>
            </w:pPr>
            <w:r>
              <w:rPr>
                <w:sz w:val="16"/>
              </w:rPr>
              <w:t>2005-11-12 to 2024-11-12 (19 years)</w:t>
            </w:r>
          </w:p>
        </w:tc>
        <w:tc>
          <w:tcPr>
            <w:tcW w:type="dxa" w:w="1037"/>
          </w:tcPr>
          <w:p>
            <w:pPr>
              <w:spacing w:after="0"/>
              <w:jc w:val="left"/>
            </w:pPr>
            <w:r>
              <w:rPr>
                <w:sz w:val="16"/>
              </w:rPr>
              <w:t>countywide</w:t>
            </w:r>
          </w:p>
        </w:tc>
        <w:tc>
          <w:tcPr>
            <w:tcW w:type="dxa" w:w="1813"/>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13</w:t>
            </w:r>
          </w:p>
        </w:tc>
        <w:tc>
          <w:tcPr>
            <w:tcW w:type="dxa" w:w="1476"/>
          </w:tcPr>
          <w:p>
            <w:pPr>
              <w:spacing w:after="0"/>
              <w:jc w:val="right"/>
            </w:pPr>
            <w:r>
              <w:rPr>
                <w:sz w:val="16"/>
              </w:rPr>
              <w:t>30</w:t>
            </w:r>
          </w:p>
        </w:tc>
        <w:tc>
          <w:tcPr>
            <w:tcW w:type="dxa" w:w="1476"/>
          </w:tcPr>
          <w:p>
            <w:pPr>
              <w:spacing w:after="0"/>
              <w:jc w:val="right"/>
            </w:pPr>
            <w:r>
              <w:rPr>
                <w:sz w:val="16"/>
              </w:rPr>
              <w:t>0.433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6 of 6</w:t>
            </w:r>
          </w:p>
        </w:tc>
        <w:tc>
          <w:tcPr>
            <w:tcW w:type="dxa" w:w="883"/>
          </w:tcPr>
          <w:p>
            <w:pPr>
              <w:spacing w:after="0"/>
              <w:jc w:val="right"/>
            </w:pPr>
            <w:r>
              <w:rPr>
                <w:sz w:val="16"/>
              </w:rPr>
              <w:t>92.2</w:t>
            </w:r>
          </w:p>
        </w:tc>
        <w:tc>
          <w:tcPr>
            <w:tcW w:type="dxa" w:w="680"/>
          </w:tcPr>
          <w:p>
            <w:pPr>
              <w:spacing w:after="0"/>
              <w:jc w:val="right"/>
            </w:pPr>
            <w:r>
              <w:rPr>
                <w:sz w:val="16"/>
              </w:rPr>
              <w:t>93.5</w:t>
            </w:r>
          </w:p>
        </w:tc>
        <w:tc>
          <w:tcPr>
            <w:tcW w:type="dxa" w:w="648"/>
          </w:tcPr>
          <w:p>
            <w:pPr>
              <w:spacing w:after="0"/>
              <w:jc w:val="right"/>
            </w:pPr>
            <w:r>
              <w:rPr>
                <w:sz w:val="16"/>
              </w:rPr>
              <w:t>95.3</w:t>
            </w:r>
          </w:p>
        </w:tc>
        <w:tc>
          <w:tcPr>
            <w:tcW w:type="dxa" w:w="3512"/>
          </w:tcPr>
          <w:p>
            <w:pPr>
              <w:spacing w:after="0"/>
              <w:jc w:val="left"/>
            </w:pPr>
            <w:r>
              <w:rPr>
                <w:sz w:val="16"/>
              </w:rPr>
              <w:t>Relatively High 6</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6</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6</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6 of 6</w:t>
            </w:r>
          </w:p>
        </w:tc>
        <w:tc>
          <w:tcPr>
            <w:tcW w:type="dxa" w:w="883"/>
          </w:tcPr>
          <w:p>
            <w:pPr>
              <w:spacing w:after="0"/>
              <w:jc w:val="right"/>
            </w:pPr>
            <w:r>
              <w:rPr>
                <w:sz w:val="16"/>
              </w:rPr>
              <w:t>16.3</w:t>
            </w:r>
          </w:p>
        </w:tc>
        <w:tc>
          <w:tcPr>
            <w:tcW w:type="dxa" w:w="680"/>
          </w:tcPr>
          <w:p>
            <w:pPr>
              <w:spacing w:after="0"/>
              <w:jc w:val="right"/>
            </w:pPr>
            <w:r>
              <w:rPr>
                <w:sz w:val="16"/>
              </w:rPr>
              <w:t>16.9</w:t>
            </w:r>
          </w:p>
        </w:tc>
        <w:tc>
          <w:tcPr>
            <w:tcW w:type="dxa" w:w="648"/>
          </w:tcPr>
          <w:p>
            <w:pPr>
              <w:spacing w:after="0"/>
              <w:jc w:val="right"/>
            </w:pPr>
            <w:r>
              <w:rPr>
                <w:sz w:val="16"/>
              </w:rPr>
              <w:t>18.5</w:t>
            </w:r>
          </w:p>
        </w:tc>
        <w:tc>
          <w:tcPr>
            <w:tcW w:type="dxa" w:w="3512"/>
          </w:tcPr>
          <w:p>
            <w:pPr>
              <w:spacing w:after="0"/>
              <w:jc w:val="left"/>
            </w:pPr>
            <w:r>
              <w:rPr>
                <w:sz w:val="16"/>
              </w:rPr>
              <w:t>Very Low 6</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1 of 6</w:t>
            </w:r>
          </w:p>
        </w:tc>
        <w:tc>
          <w:tcPr>
            <w:tcW w:type="dxa" w:w="883"/>
          </w:tcPr>
          <w:p>
            <w:pPr>
              <w:spacing w:after="0"/>
              <w:jc w:val="right"/>
            </w:pPr>
            <w:r>
              <w:rPr>
                <w:sz w:val="16"/>
              </w:rPr>
              <w:t>89.8</w:t>
            </w:r>
          </w:p>
        </w:tc>
        <w:tc>
          <w:tcPr>
            <w:tcW w:type="dxa" w:w="680"/>
          </w:tcPr>
          <w:p>
            <w:pPr>
              <w:spacing w:after="0"/>
              <w:jc w:val="right"/>
            </w:pPr>
            <w:r>
              <w:rPr>
                <w:sz w:val="16"/>
              </w:rPr>
              <w:t>89.8</w:t>
            </w:r>
          </w:p>
        </w:tc>
        <w:tc>
          <w:tcPr>
            <w:tcW w:type="dxa" w:w="648"/>
          </w:tcPr>
          <w:p>
            <w:pPr>
              <w:spacing w:after="0"/>
              <w:jc w:val="right"/>
            </w:pPr>
            <w:r>
              <w:rPr>
                <w:sz w:val="16"/>
              </w:rPr>
              <w:t>89.8</w:t>
            </w:r>
          </w:p>
        </w:tc>
        <w:tc>
          <w:tcPr>
            <w:tcW w:type="dxa" w:w="3512"/>
          </w:tcPr>
          <w:p>
            <w:pPr>
              <w:spacing w:after="0"/>
              <w:jc w:val="left"/>
            </w:pPr>
            <w:r>
              <w:rPr>
                <w:sz w:val="16"/>
              </w:rPr>
              <w:t>Relatively Low 1, No Rating 5</w:t>
            </w:r>
          </w:p>
        </w:tc>
        <w:tc>
          <w:tcPr>
            <w:tcW w:type="dxa" w:w="667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6 of 6</w:t>
            </w:r>
          </w:p>
        </w:tc>
        <w:tc>
          <w:tcPr>
            <w:tcW w:type="dxa" w:w="883"/>
          </w:tcPr>
          <w:p>
            <w:pPr>
              <w:spacing w:after="0"/>
              <w:jc w:val="right"/>
            </w:pPr>
            <w:r>
              <w:rPr>
                <w:sz w:val="16"/>
              </w:rPr>
              <w:t>44.1</w:t>
            </w:r>
          </w:p>
        </w:tc>
        <w:tc>
          <w:tcPr>
            <w:tcW w:type="dxa" w:w="680"/>
          </w:tcPr>
          <w:p>
            <w:pPr>
              <w:spacing w:after="0"/>
              <w:jc w:val="right"/>
            </w:pPr>
            <w:r>
              <w:rPr>
                <w:sz w:val="16"/>
              </w:rPr>
              <w:t>59.6</w:t>
            </w:r>
          </w:p>
        </w:tc>
        <w:tc>
          <w:tcPr>
            <w:tcW w:type="dxa" w:w="648"/>
          </w:tcPr>
          <w:p>
            <w:pPr>
              <w:spacing w:after="0"/>
              <w:jc w:val="right"/>
            </w:pPr>
            <w:r>
              <w:rPr>
                <w:sz w:val="16"/>
              </w:rPr>
              <w:t>68.9</w:t>
            </w:r>
          </w:p>
        </w:tc>
        <w:tc>
          <w:tcPr>
            <w:tcW w:type="dxa" w:w="3512"/>
          </w:tcPr>
          <w:p>
            <w:pPr>
              <w:spacing w:after="0"/>
              <w:jc w:val="left"/>
            </w:pPr>
            <w:r>
              <w:rPr>
                <w:sz w:val="16"/>
              </w:rPr>
              <w:t>Relatively Low 6</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6 of 6</w:t>
            </w:r>
          </w:p>
        </w:tc>
        <w:tc>
          <w:tcPr>
            <w:tcW w:type="dxa" w:w="883"/>
          </w:tcPr>
          <w:p>
            <w:pPr>
              <w:spacing w:after="0"/>
              <w:jc w:val="right"/>
            </w:pPr>
            <w:r>
              <w:rPr>
                <w:sz w:val="16"/>
              </w:rPr>
              <w:t>88.1</w:t>
            </w:r>
          </w:p>
        </w:tc>
        <w:tc>
          <w:tcPr>
            <w:tcW w:type="dxa" w:w="680"/>
          </w:tcPr>
          <w:p>
            <w:pPr>
              <w:spacing w:after="0"/>
              <w:jc w:val="right"/>
            </w:pPr>
            <w:r>
              <w:rPr>
                <w:sz w:val="16"/>
              </w:rPr>
              <w:t>94.1</w:t>
            </w:r>
          </w:p>
        </w:tc>
        <w:tc>
          <w:tcPr>
            <w:tcW w:type="dxa" w:w="648"/>
          </w:tcPr>
          <w:p>
            <w:pPr>
              <w:spacing w:after="0"/>
              <w:jc w:val="right"/>
            </w:pPr>
            <w:r>
              <w:rPr>
                <w:sz w:val="16"/>
              </w:rPr>
              <w:t>96.0</w:t>
            </w:r>
          </w:p>
        </w:tc>
        <w:tc>
          <w:tcPr>
            <w:tcW w:type="dxa" w:w="3512"/>
          </w:tcPr>
          <w:p>
            <w:pPr>
              <w:spacing w:after="0"/>
              <w:jc w:val="left"/>
            </w:pPr>
            <w:r>
              <w:rPr>
                <w:sz w:val="16"/>
              </w:rPr>
              <w:t>Relatively High 5, Relatively Moderate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0 of 6</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 Rating 6</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0 of 6</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6</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6 of 6</w:t>
            </w:r>
          </w:p>
        </w:tc>
        <w:tc>
          <w:tcPr>
            <w:tcW w:type="dxa" w:w="883"/>
          </w:tcPr>
          <w:p>
            <w:pPr>
              <w:spacing w:after="0"/>
              <w:jc w:val="right"/>
            </w:pPr>
            <w:r>
              <w:rPr>
                <w:sz w:val="16"/>
              </w:rPr>
              <w:t>14.1</w:t>
            </w:r>
          </w:p>
        </w:tc>
        <w:tc>
          <w:tcPr>
            <w:tcW w:type="dxa" w:w="680"/>
          </w:tcPr>
          <w:p>
            <w:pPr>
              <w:spacing w:after="0"/>
              <w:jc w:val="right"/>
            </w:pPr>
            <w:r>
              <w:rPr>
                <w:sz w:val="16"/>
              </w:rPr>
              <w:t>25.5</w:t>
            </w:r>
          </w:p>
        </w:tc>
        <w:tc>
          <w:tcPr>
            <w:tcW w:type="dxa" w:w="648"/>
          </w:tcPr>
          <w:p>
            <w:pPr>
              <w:spacing w:after="0"/>
              <w:jc w:val="right"/>
            </w:pPr>
            <w:r>
              <w:rPr>
                <w:sz w:val="16"/>
              </w:rPr>
              <w:t>42.2</w:t>
            </w:r>
          </w:p>
        </w:tc>
        <w:tc>
          <w:tcPr>
            <w:tcW w:type="dxa" w:w="3512"/>
          </w:tcPr>
          <w:p>
            <w:pPr>
              <w:spacing w:after="0"/>
              <w:jc w:val="left"/>
            </w:pPr>
            <w:r>
              <w:rPr>
                <w:sz w:val="16"/>
              </w:rPr>
              <w:t>Relatively Low 2, Very Low 4</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6 of 6</w:t>
            </w:r>
          </w:p>
        </w:tc>
        <w:tc>
          <w:tcPr>
            <w:tcW w:type="dxa" w:w="883"/>
          </w:tcPr>
          <w:p>
            <w:pPr>
              <w:spacing w:after="0"/>
              <w:jc w:val="right"/>
            </w:pPr>
            <w:r>
              <w:rPr>
                <w:sz w:val="16"/>
              </w:rPr>
              <w:t>72.6</w:t>
            </w:r>
          </w:p>
        </w:tc>
        <w:tc>
          <w:tcPr>
            <w:tcW w:type="dxa" w:w="680"/>
          </w:tcPr>
          <w:p>
            <w:pPr>
              <w:spacing w:after="0"/>
              <w:jc w:val="right"/>
            </w:pPr>
            <w:r>
              <w:rPr>
                <w:sz w:val="16"/>
              </w:rPr>
              <w:t>92.6</w:t>
            </w:r>
          </w:p>
        </w:tc>
        <w:tc>
          <w:tcPr>
            <w:tcW w:type="dxa" w:w="648"/>
          </w:tcPr>
          <w:p>
            <w:pPr>
              <w:spacing w:after="0"/>
              <w:jc w:val="right"/>
            </w:pPr>
            <w:r>
              <w:rPr>
                <w:sz w:val="16"/>
              </w:rPr>
              <w:t>98.7</w:t>
            </w:r>
          </w:p>
        </w:tc>
        <w:tc>
          <w:tcPr>
            <w:tcW w:type="dxa" w:w="3512"/>
          </w:tcPr>
          <w:p>
            <w:pPr>
              <w:spacing w:after="0"/>
              <w:jc w:val="left"/>
            </w:pPr>
            <w:r>
              <w:rPr>
                <w:sz w:val="16"/>
              </w:rPr>
              <w:t>Very High 2, Relatively High 3, Relatively Moderate 1</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6 of 6</w:t>
            </w:r>
          </w:p>
        </w:tc>
        <w:tc>
          <w:tcPr>
            <w:tcW w:type="dxa" w:w="883"/>
          </w:tcPr>
          <w:p>
            <w:pPr>
              <w:spacing w:after="0"/>
              <w:jc w:val="right"/>
            </w:pPr>
            <w:r>
              <w:rPr>
                <w:sz w:val="16"/>
              </w:rPr>
              <w:t>88.6</w:t>
            </w:r>
          </w:p>
        </w:tc>
        <w:tc>
          <w:tcPr>
            <w:tcW w:type="dxa" w:w="680"/>
          </w:tcPr>
          <w:p>
            <w:pPr>
              <w:spacing w:after="0"/>
              <w:jc w:val="right"/>
            </w:pPr>
            <w:r>
              <w:rPr>
                <w:sz w:val="16"/>
              </w:rPr>
              <w:t>96.9</w:t>
            </w:r>
          </w:p>
        </w:tc>
        <w:tc>
          <w:tcPr>
            <w:tcW w:type="dxa" w:w="648"/>
          </w:tcPr>
          <w:p>
            <w:pPr>
              <w:spacing w:after="0"/>
              <w:jc w:val="right"/>
            </w:pPr>
            <w:r>
              <w:rPr>
                <w:sz w:val="16"/>
              </w:rPr>
              <w:t>99.3</w:t>
            </w:r>
          </w:p>
        </w:tc>
        <w:tc>
          <w:tcPr>
            <w:tcW w:type="dxa" w:w="3512"/>
          </w:tcPr>
          <w:p>
            <w:pPr>
              <w:spacing w:after="0"/>
              <w:jc w:val="left"/>
            </w:pPr>
            <w:r>
              <w:rPr>
                <w:sz w:val="16"/>
              </w:rPr>
              <w:t>Relatively High 2, Relatively Moderate 1, Relatively Low 3</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6 of 6</w:t>
            </w:r>
          </w:p>
        </w:tc>
        <w:tc>
          <w:tcPr>
            <w:tcW w:type="dxa" w:w="883"/>
          </w:tcPr>
          <w:p>
            <w:pPr>
              <w:spacing w:after="0"/>
              <w:jc w:val="right"/>
            </w:pPr>
            <w:r>
              <w:rPr>
                <w:sz w:val="16"/>
              </w:rPr>
              <w:t>97.0</w:t>
            </w:r>
          </w:p>
        </w:tc>
        <w:tc>
          <w:tcPr>
            <w:tcW w:type="dxa" w:w="680"/>
          </w:tcPr>
          <w:p>
            <w:pPr>
              <w:spacing w:after="0"/>
              <w:jc w:val="right"/>
            </w:pPr>
            <w:r>
              <w:rPr>
                <w:sz w:val="16"/>
              </w:rPr>
              <w:t>99.1</w:t>
            </w:r>
          </w:p>
        </w:tc>
        <w:tc>
          <w:tcPr>
            <w:tcW w:type="dxa" w:w="648"/>
          </w:tcPr>
          <w:p>
            <w:pPr>
              <w:spacing w:after="0"/>
              <w:jc w:val="right"/>
            </w:pPr>
            <w:r>
              <w:rPr>
                <w:sz w:val="16"/>
              </w:rPr>
              <w:t>99.8</w:t>
            </w:r>
          </w:p>
        </w:tc>
        <w:tc>
          <w:tcPr>
            <w:tcW w:type="dxa" w:w="3512"/>
          </w:tcPr>
          <w:p>
            <w:pPr>
              <w:spacing w:after="0"/>
              <w:jc w:val="left"/>
            </w:pPr>
            <w:r>
              <w:rPr>
                <w:sz w:val="16"/>
              </w:rPr>
              <w:t>Very High 6</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6 of 6</w:t>
            </w:r>
          </w:p>
        </w:tc>
        <w:tc>
          <w:tcPr>
            <w:tcW w:type="dxa" w:w="883"/>
          </w:tcPr>
          <w:p>
            <w:pPr>
              <w:spacing w:after="0"/>
              <w:jc w:val="right"/>
            </w:pPr>
            <w:r>
              <w:rPr>
                <w:sz w:val="16"/>
              </w:rPr>
              <w:t>48.9</w:t>
            </w:r>
          </w:p>
        </w:tc>
        <w:tc>
          <w:tcPr>
            <w:tcW w:type="dxa" w:w="680"/>
          </w:tcPr>
          <w:p>
            <w:pPr>
              <w:spacing w:after="0"/>
              <w:jc w:val="right"/>
            </w:pPr>
            <w:r>
              <w:rPr>
                <w:sz w:val="16"/>
              </w:rPr>
              <w:t>63.7</w:t>
            </w:r>
          </w:p>
        </w:tc>
        <w:tc>
          <w:tcPr>
            <w:tcW w:type="dxa" w:w="648"/>
          </w:tcPr>
          <w:p>
            <w:pPr>
              <w:spacing w:after="0"/>
              <w:jc w:val="right"/>
            </w:pPr>
            <w:r>
              <w:rPr>
                <w:sz w:val="16"/>
              </w:rPr>
              <w:t>69.3</w:t>
            </w:r>
          </w:p>
        </w:tc>
        <w:tc>
          <w:tcPr>
            <w:tcW w:type="dxa" w:w="3512"/>
          </w:tcPr>
          <w:p>
            <w:pPr>
              <w:spacing w:after="0"/>
              <w:jc w:val="left"/>
            </w:pPr>
            <w:r>
              <w:rPr>
                <w:sz w:val="16"/>
              </w:rPr>
              <w:t>Relatively Moderate 4, Relatively Low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6 of 6</w:t>
            </w:r>
          </w:p>
        </w:tc>
        <w:tc>
          <w:tcPr>
            <w:tcW w:type="dxa" w:w="883"/>
          </w:tcPr>
          <w:p>
            <w:pPr>
              <w:spacing w:after="0"/>
              <w:jc w:val="right"/>
            </w:pPr>
            <w:r>
              <w:rPr>
                <w:sz w:val="16"/>
              </w:rPr>
              <w:t>30.9</w:t>
            </w:r>
          </w:p>
        </w:tc>
        <w:tc>
          <w:tcPr>
            <w:tcW w:type="dxa" w:w="680"/>
          </w:tcPr>
          <w:p>
            <w:pPr>
              <w:spacing w:after="0"/>
              <w:jc w:val="right"/>
            </w:pPr>
            <w:r>
              <w:rPr>
                <w:sz w:val="16"/>
              </w:rPr>
              <w:t>53.2</w:t>
            </w:r>
          </w:p>
        </w:tc>
        <w:tc>
          <w:tcPr>
            <w:tcW w:type="dxa" w:w="648"/>
          </w:tcPr>
          <w:p>
            <w:pPr>
              <w:spacing w:after="0"/>
              <w:jc w:val="right"/>
            </w:pPr>
            <w:r>
              <w:rPr>
                <w:sz w:val="16"/>
              </w:rPr>
              <w:t>64.3</w:t>
            </w:r>
          </w:p>
        </w:tc>
        <w:tc>
          <w:tcPr>
            <w:tcW w:type="dxa" w:w="3512"/>
          </w:tcPr>
          <w:p>
            <w:pPr>
              <w:spacing w:after="0"/>
              <w:jc w:val="left"/>
            </w:pPr>
            <w:r>
              <w:rPr>
                <w:sz w:val="16"/>
              </w:rPr>
              <w:t>Relatively Moderate 3, Relatively Low 3</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6</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6</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6 of 6</w:t>
            </w:r>
          </w:p>
        </w:tc>
        <w:tc>
          <w:tcPr>
            <w:tcW w:type="dxa" w:w="883"/>
          </w:tcPr>
          <w:p>
            <w:pPr>
              <w:spacing w:after="0"/>
              <w:jc w:val="right"/>
            </w:pPr>
            <w:r>
              <w:rPr>
                <w:sz w:val="16"/>
              </w:rPr>
              <w:t>42.7</w:t>
            </w:r>
          </w:p>
        </w:tc>
        <w:tc>
          <w:tcPr>
            <w:tcW w:type="dxa" w:w="680"/>
          </w:tcPr>
          <w:p>
            <w:pPr>
              <w:spacing w:after="0"/>
              <w:jc w:val="right"/>
            </w:pPr>
            <w:r>
              <w:rPr>
                <w:sz w:val="16"/>
              </w:rPr>
              <w:t>47.2</w:t>
            </w:r>
          </w:p>
        </w:tc>
        <w:tc>
          <w:tcPr>
            <w:tcW w:type="dxa" w:w="648"/>
          </w:tcPr>
          <w:p>
            <w:pPr>
              <w:spacing w:after="0"/>
              <w:jc w:val="right"/>
            </w:pPr>
            <w:r>
              <w:rPr>
                <w:sz w:val="16"/>
              </w:rPr>
              <w:t>61.9</w:t>
            </w:r>
          </w:p>
        </w:tc>
        <w:tc>
          <w:tcPr>
            <w:tcW w:type="dxa" w:w="3512"/>
          </w:tcPr>
          <w:p>
            <w:pPr>
              <w:spacing w:after="0"/>
              <w:jc w:val="left"/>
            </w:pPr>
            <w:r>
              <w:rPr>
                <w:sz w:val="16"/>
              </w:rPr>
              <w:t>Very Low 6</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6 of 6</w:t>
            </w:r>
          </w:p>
        </w:tc>
        <w:tc>
          <w:tcPr>
            <w:tcW w:type="dxa" w:w="883"/>
          </w:tcPr>
          <w:p>
            <w:pPr>
              <w:spacing w:after="0"/>
              <w:jc w:val="right"/>
            </w:pPr>
            <w:r>
              <w:rPr>
                <w:sz w:val="16"/>
              </w:rPr>
              <w:t>83.4</w:t>
            </w:r>
          </w:p>
        </w:tc>
        <w:tc>
          <w:tcPr>
            <w:tcW w:type="dxa" w:w="680"/>
          </w:tcPr>
          <w:p>
            <w:pPr>
              <w:spacing w:after="0"/>
              <w:jc w:val="right"/>
            </w:pPr>
            <w:r>
              <w:rPr>
                <w:sz w:val="16"/>
              </w:rPr>
              <w:t>92.2</w:t>
            </w:r>
          </w:p>
        </w:tc>
        <w:tc>
          <w:tcPr>
            <w:tcW w:type="dxa" w:w="648"/>
          </w:tcPr>
          <w:p>
            <w:pPr>
              <w:spacing w:after="0"/>
              <w:jc w:val="right"/>
            </w:pPr>
            <w:r>
              <w:rPr>
                <w:sz w:val="16"/>
              </w:rPr>
              <w:t>96.8</w:t>
            </w:r>
          </w:p>
        </w:tc>
        <w:tc>
          <w:tcPr>
            <w:tcW w:type="dxa" w:w="3512"/>
          </w:tcPr>
          <w:p>
            <w:pPr>
              <w:spacing w:after="0"/>
              <w:jc w:val="left"/>
            </w:pPr>
            <w:r>
              <w:rPr>
                <w:sz w:val="16"/>
              </w:rPr>
              <w:t>Relatively High 1, Relatively Moderate 3, Relatively Low 2</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6 of 6</w:t>
            </w:r>
          </w:p>
        </w:tc>
        <w:tc>
          <w:tcPr>
            <w:tcW w:type="dxa" w:w="883"/>
          </w:tcPr>
          <w:p>
            <w:pPr>
              <w:spacing w:after="0"/>
              <w:jc w:val="right"/>
            </w:pPr>
            <w:r>
              <w:rPr>
                <w:sz w:val="16"/>
              </w:rPr>
              <w:t>59.2</w:t>
            </w:r>
          </w:p>
        </w:tc>
        <w:tc>
          <w:tcPr>
            <w:tcW w:type="dxa" w:w="680"/>
          </w:tcPr>
          <w:p>
            <w:pPr>
              <w:spacing w:after="0"/>
              <w:jc w:val="right"/>
            </w:pPr>
            <w:r>
              <w:rPr>
                <w:sz w:val="16"/>
              </w:rPr>
              <w:t>71.6</w:t>
            </w:r>
          </w:p>
        </w:tc>
        <w:tc>
          <w:tcPr>
            <w:tcW w:type="dxa" w:w="648"/>
          </w:tcPr>
          <w:p>
            <w:pPr>
              <w:spacing w:after="0"/>
              <w:jc w:val="right"/>
            </w:pPr>
            <w:r>
              <w:rPr>
                <w:sz w:val="16"/>
              </w:rPr>
              <w:t>78.9</w:t>
            </w:r>
          </w:p>
        </w:tc>
        <w:tc>
          <w:tcPr>
            <w:tcW w:type="dxa" w:w="3512"/>
          </w:tcPr>
          <w:p>
            <w:pPr>
              <w:spacing w:after="0"/>
              <w:jc w:val="left"/>
            </w:pPr>
            <w:r>
              <w:rPr>
                <w:sz w:val="16"/>
              </w:rPr>
              <w:t>Relatively High 1, Relatively Moderate 5</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047"/>
        <w:gridCol w:w="938"/>
        <w:gridCol w:w="2786"/>
        <w:gridCol w:w="2909"/>
        <w:gridCol w:w="2047"/>
        <w:gridCol w:w="2490"/>
        <w:gridCol w:w="894"/>
      </w:tblGrid>
      <w:tr>
        <w:trPr>
          <w:cantSplit/>
          <w:tblHeader/>
        </w:trPr>
        <w:tc>
          <w:tcPr>
            <w:tcW w:type="dxa" w:w="2047"/>
            <w:shd w:val="clear" w:color="auto" w:fill="E8E8E8"/>
          </w:tcPr>
          <w:p>
            <w:pPr>
              <w:spacing w:after="0"/>
              <w:jc w:val="left"/>
            </w:pPr>
            <w:r>
              <w:rPr>
                <w:b/>
                <w:sz w:val="16"/>
              </w:rPr>
              <w:t>Member</w:t>
            </w:r>
          </w:p>
        </w:tc>
        <w:tc>
          <w:tcPr>
            <w:tcW w:type="dxa" w:w="938"/>
            <w:shd w:val="clear" w:color="auto" w:fill="E8E8E8"/>
          </w:tcPr>
          <w:p>
            <w:pPr>
              <w:spacing w:after="0"/>
              <w:jc w:val="left"/>
            </w:pPr>
            <w:r>
              <w:rPr>
                <w:b/>
                <w:sz w:val="16"/>
              </w:rPr>
              <w:t>Type</w:t>
            </w:r>
          </w:p>
        </w:tc>
        <w:tc>
          <w:tcPr>
            <w:tcW w:type="dxa" w:w="2786"/>
            <w:shd w:val="clear" w:color="auto" w:fill="E8E8E8"/>
          </w:tcPr>
          <w:p>
            <w:pPr>
              <w:spacing w:after="0"/>
              <w:jc w:val="left"/>
            </w:pPr>
            <w:r>
              <w:rPr>
                <w:b/>
                <w:sz w:val="16"/>
              </w:rPr>
              <w:t>Plan status</w:t>
            </w:r>
          </w:p>
        </w:tc>
        <w:tc>
          <w:tcPr>
            <w:tcW w:type="dxa" w:w="290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47"/>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490"/>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94"/>
            <w:shd w:val="clear" w:color="auto" w:fill="E8E8E8"/>
          </w:tcPr>
          <w:p>
            <w:pPr>
              <w:spacing w:after="0"/>
              <w:jc w:val="left"/>
            </w:pPr>
            <w:r>
              <w:rPr>
                <w:b/>
                <w:sz w:val="16"/>
              </w:rPr>
              <w:t>Notes</w:t>
            </w:r>
          </w:p>
        </w:tc>
      </w:tr>
      <w:tr>
        <w:trPr>
          <w:cantSplit/>
        </w:trPr>
        <w:tc>
          <w:tcPr>
            <w:tcW w:type="dxa" w:w="2047"/>
          </w:tcPr>
          <w:p>
            <w:pPr>
              <w:spacing w:after="0"/>
              <w:jc w:val="left"/>
            </w:pPr>
            <w:r>
              <w:rPr>
                <w:sz w:val="16"/>
              </w:rPr>
              <w:t>Grand County</w:t>
            </w:r>
          </w:p>
        </w:tc>
        <w:tc>
          <w:tcPr>
            <w:tcW w:type="dxa" w:w="938"/>
          </w:tcPr>
          <w:p>
            <w:pPr>
              <w:spacing w:after="0"/>
              <w:jc w:val="left"/>
            </w:pPr>
            <w:r>
              <w:rPr>
                <w:sz w:val="16"/>
              </w:rPr>
              <w:t>County</w:t>
            </w:r>
          </w:p>
        </w:tc>
        <w:tc>
          <w:tcPr>
            <w:tcW w:type="dxa" w:w="2786"/>
          </w:tcPr>
          <w:p>
            <w:pPr>
              <w:spacing w:after="0"/>
              <w:jc w:val="left"/>
            </w:pPr>
            <w:r>
              <w:rPr>
                <w:sz w:val="16"/>
              </w:rPr>
              <w:t>Expired on 2026-07-22</w:t>
            </w:r>
          </w:p>
        </w:tc>
        <w:tc>
          <w:tcPr>
            <w:tcW w:type="dxa" w:w="2909"/>
          </w:tcPr>
          <w:p>
            <w:pPr>
              <w:spacing w:after="0"/>
              <w:jc w:val="right"/>
            </w:pPr>
            <w:r>
              <w:rPr>
                <w:sz w:val="16"/>
              </w:rPr>
              <w:t>FMA RL 0, SRL 0; any 0</w:t>
            </w:r>
          </w:p>
        </w:tc>
        <w:tc>
          <w:tcPr>
            <w:tcW w:type="dxa" w:w="2047"/>
          </w:tcPr>
          <w:p>
            <w:pPr>
              <w:spacing w:after="0"/>
              <w:jc w:val="right"/>
            </w:pPr>
            <w:r>
              <w:rPr>
                <w:sz w:val="16"/>
              </w:rPr>
              <w:t>$453,865.12</w:t>
            </w:r>
          </w:p>
        </w:tc>
        <w:tc>
          <w:tcPr>
            <w:tcW w:type="dxa" w:w="2490"/>
          </w:tcPr>
          <w:p>
            <w:pPr>
              <w:spacing w:after="0"/>
              <w:jc w:val="right"/>
            </w:pPr>
            <w:r>
              <w:rPr>
                <w:sz w:val="16"/>
              </w:rPr>
              <w:t>0; 0</w:t>
            </w:r>
          </w:p>
        </w:tc>
        <w:tc>
          <w:tcPr>
            <w:tcW w:type="dxa" w:w="894"/>
          </w:tcPr>
          <w:p>
            <w:pPr>
              <w:spacing w:after="0"/>
              <w:jc w:val="left"/>
            </w:pPr>
          </w:p>
        </w:tc>
      </w:tr>
      <w:tr>
        <w:trPr>
          <w:cantSplit/>
        </w:trPr>
        <w:tc>
          <w:tcPr>
            <w:tcW w:type="dxa" w:w="2047"/>
          </w:tcPr>
          <w:p>
            <w:pPr>
              <w:spacing w:after="0"/>
              <w:jc w:val="left"/>
            </w:pPr>
            <w:r>
              <w:rPr>
                <w:sz w:val="16"/>
              </w:rPr>
              <w:t>Fraser town</w:t>
            </w:r>
          </w:p>
        </w:tc>
        <w:tc>
          <w:tcPr>
            <w:tcW w:type="dxa" w:w="938"/>
          </w:tcPr>
          <w:p>
            <w:pPr>
              <w:spacing w:after="0"/>
              <w:jc w:val="left"/>
            </w:pPr>
            <w:r>
              <w:rPr>
                <w:sz w:val="16"/>
              </w:rPr>
              <w:t>Town</w:t>
            </w:r>
          </w:p>
        </w:tc>
        <w:tc>
          <w:tcPr>
            <w:tcW w:type="dxa" w:w="2786"/>
          </w:tcPr>
          <w:p>
            <w:pPr>
              <w:spacing w:after="0"/>
              <w:jc w:val="left"/>
            </w:pPr>
            <w:r>
              <w:rPr>
                <w:sz w:val="16"/>
              </w:rPr>
              <w:t>Expired on 2026-07-22</w:t>
            </w:r>
          </w:p>
        </w:tc>
        <w:tc>
          <w:tcPr>
            <w:tcW w:type="dxa" w:w="2909"/>
          </w:tcPr>
          <w:p>
            <w:pPr>
              <w:spacing w:after="0"/>
              <w:jc w:val="right"/>
            </w:pPr>
            <w:r>
              <w:rPr>
                <w:sz w:val="16"/>
              </w:rPr>
              <w:t>FMA RL 0, SRL 0; any 0</w:t>
            </w:r>
          </w:p>
        </w:tc>
        <w:tc>
          <w:tcPr>
            <w:tcW w:type="dxa" w:w="2047"/>
          </w:tcPr>
          <w:p>
            <w:pPr>
              <w:spacing w:after="0"/>
              <w:jc w:val="right"/>
            </w:pPr>
            <w:r>
              <w:rPr>
                <w:sz w:val="16"/>
              </w:rPr>
              <w:t>$6,369.24</w:t>
            </w:r>
          </w:p>
        </w:tc>
        <w:tc>
          <w:tcPr>
            <w:tcW w:type="dxa" w:w="2490"/>
          </w:tcPr>
          <w:p>
            <w:pPr>
              <w:spacing w:after="0"/>
              <w:jc w:val="right"/>
            </w:pPr>
            <w:r>
              <w:rPr>
                <w:sz w:val="16"/>
              </w:rPr>
              <w:t>6; 0</w:t>
            </w:r>
          </w:p>
        </w:tc>
        <w:tc>
          <w:tcPr>
            <w:tcW w:type="dxa" w:w="894"/>
          </w:tcPr>
          <w:p>
            <w:pPr>
              <w:spacing w:after="0"/>
              <w:jc w:val="left"/>
            </w:pPr>
          </w:p>
        </w:tc>
      </w:tr>
      <w:tr>
        <w:trPr>
          <w:cantSplit/>
        </w:trPr>
        <w:tc>
          <w:tcPr>
            <w:tcW w:type="dxa" w:w="2047"/>
          </w:tcPr>
          <w:p>
            <w:pPr>
              <w:spacing w:after="0"/>
              <w:jc w:val="left"/>
            </w:pPr>
            <w:r>
              <w:rPr>
                <w:sz w:val="16"/>
              </w:rPr>
              <w:t>Granby town</w:t>
            </w:r>
          </w:p>
        </w:tc>
        <w:tc>
          <w:tcPr>
            <w:tcW w:type="dxa" w:w="938"/>
          </w:tcPr>
          <w:p>
            <w:pPr>
              <w:spacing w:after="0"/>
              <w:jc w:val="left"/>
            </w:pPr>
            <w:r>
              <w:rPr>
                <w:sz w:val="16"/>
              </w:rPr>
              <w:t>Town</w:t>
            </w:r>
          </w:p>
        </w:tc>
        <w:tc>
          <w:tcPr>
            <w:tcW w:type="dxa" w:w="2786"/>
          </w:tcPr>
          <w:p>
            <w:pPr>
              <w:spacing w:after="0"/>
              <w:jc w:val="left"/>
            </w:pPr>
            <w:r>
              <w:rPr>
                <w:sz w:val="16"/>
              </w:rPr>
              <w:t>Expired on 2026-07-22</w:t>
            </w:r>
          </w:p>
        </w:tc>
        <w:tc>
          <w:tcPr>
            <w:tcW w:type="dxa" w:w="2909"/>
          </w:tcPr>
          <w:p>
            <w:pPr>
              <w:spacing w:after="0"/>
              <w:jc w:val="right"/>
            </w:pPr>
            <w:r>
              <w:rPr>
                <w:sz w:val="16"/>
              </w:rPr>
              <w:t>FMA RL 0, SRL 0; any 0</w:t>
            </w:r>
          </w:p>
        </w:tc>
        <w:tc>
          <w:tcPr>
            <w:tcW w:type="dxa" w:w="2047"/>
          </w:tcPr>
          <w:p>
            <w:pPr>
              <w:spacing w:after="0"/>
              <w:jc w:val="right"/>
            </w:pPr>
            <w:r>
              <w:rPr>
                <w:sz w:val="16"/>
              </w:rPr>
              <w:t>$3,182.61</w:t>
            </w:r>
          </w:p>
        </w:tc>
        <w:tc>
          <w:tcPr>
            <w:tcW w:type="dxa" w:w="2490"/>
          </w:tcPr>
          <w:p>
            <w:pPr>
              <w:spacing w:after="0"/>
              <w:jc w:val="right"/>
            </w:pPr>
            <w:r>
              <w:rPr>
                <w:sz w:val="16"/>
              </w:rPr>
              <w:t>8; 3</w:t>
            </w:r>
          </w:p>
        </w:tc>
        <w:tc>
          <w:tcPr>
            <w:tcW w:type="dxa" w:w="894"/>
          </w:tcPr>
          <w:p>
            <w:pPr>
              <w:spacing w:after="0"/>
              <w:jc w:val="left"/>
            </w:pPr>
          </w:p>
        </w:tc>
      </w:tr>
      <w:tr>
        <w:trPr>
          <w:cantSplit/>
        </w:trPr>
        <w:tc>
          <w:tcPr>
            <w:tcW w:type="dxa" w:w="2047"/>
          </w:tcPr>
          <w:p>
            <w:pPr>
              <w:spacing w:after="0"/>
              <w:jc w:val="left"/>
            </w:pPr>
            <w:r>
              <w:rPr>
                <w:sz w:val="16"/>
              </w:rPr>
              <w:t>Grand Lake town</w:t>
            </w:r>
          </w:p>
        </w:tc>
        <w:tc>
          <w:tcPr>
            <w:tcW w:type="dxa" w:w="938"/>
          </w:tcPr>
          <w:p>
            <w:pPr>
              <w:spacing w:after="0"/>
              <w:jc w:val="left"/>
            </w:pPr>
            <w:r>
              <w:rPr>
                <w:sz w:val="16"/>
              </w:rPr>
              <w:t>Town</w:t>
            </w:r>
          </w:p>
        </w:tc>
        <w:tc>
          <w:tcPr>
            <w:tcW w:type="dxa" w:w="2786"/>
          </w:tcPr>
          <w:p>
            <w:pPr>
              <w:spacing w:after="0"/>
              <w:jc w:val="left"/>
            </w:pPr>
            <w:r>
              <w:rPr>
                <w:sz w:val="16"/>
              </w:rPr>
              <w:t>Expired on 2026-07-22</w:t>
            </w:r>
          </w:p>
        </w:tc>
        <w:tc>
          <w:tcPr>
            <w:tcW w:type="dxa" w:w="2909"/>
          </w:tcPr>
          <w:p>
            <w:pPr>
              <w:spacing w:after="0"/>
              <w:jc w:val="right"/>
            </w:pPr>
            <w:r>
              <w:rPr>
                <w:sz w:val="16"/>
              </w:rPr>
              <w:t>FMA RL 0, SRL 0; any 0</w:t>
            </w:r>
          </w:p>
        </w:tc>
        <w:tc>
          <w:tcPr>
            <w:tcW w:type="dxa" w:w="2047"/>
          </w:tcPr>
          <w:p>
            <w:pPr>
              <w:spacing w:after="0"/>
              <w:jc w:val="right"/>
            </w:pPr>
            <w:r>
              <w:rPr>
                <w:sz w:val="16"/>
              </w:rPr>
              <w:t>$3,759.64</w:t>
            </w:r>
          </w:p>
        </w:tc>
        <w:tc>
          <w:tcPr>
            <w:tcW w:type="dxa" w:w="2490"/>
          </w:tcPr>
          <w:p>
            <w:pPr>
              <w:spacing w:after="0"/>
              <w:jc w:val="right"/>
            </w:pPr>
            <w:r>
              <w:rPr>
                <w:sz w:val="16"/>
              </w:rPr>
              <w:t>3; 2</w:t>
            </w:r>
          </w:p>
        </w:tc>
        <w:tc>
          <w:tcPr>
            <w:tcW w:type="dxa" w:w="894"/>
          </w:tcPr>
          <w:p>
            <w:pPr>
              <w:spacing w:after="0"/>
              <w:jc w:val="left"/>
            </w:pPr>
          </w:p>
        </w:tc>
      </w:tr>
      <w:tr>
        <w:trPr>
          <w:cantSplit/>
        </w:trPr>
        <w:tc>
          <w:tcPr>
            <w:tcW w:type="dxa" w:w="2047"/>
          </w:tcPr>
          <w:p>
            <w:pPr>
              <w:spacing w:after="0"/>
              <w:jc w:val="left"/>
            </w:pPr>
            <w:r>
              <w:rPr>
                <w:sz w:val="16"/>
              </w:rPr>
              <w:t>Hot Sulphur Springs town</w:t>
            </w:r>
          </w:p>
        </w:tc>
        <w:tc>
          <w:tcPr>
            <w:tcW w:type="dxa" w:w="938"/>
          </w:tcPr>
          <w:p>
            <w:pPr>
              <w:spacing w:after="0"/>
              <w:jc w:val="left"/>
            </w:pPr>
            <w:r>
              <w:rPr>
                <w:sz w:val="16"/>
              </w:rPr>
              <w:t>Town</w:t>
            </w:r>
          </w:p>
        </w:tc>
        <w:tc>
          <w:tcPr>
            <w:tcW w:type="dxa" w:w="2786"/>
          </w:tcPr>
          <w:p>
            <w:pPr>
              <w:spacing w:after="0"/>
              <w:jc w:val="left"/>
            </w:pPr>
            <w:r>
              <w:rPr>
                <w:sz w:val="16"/>
              </w:rPr>
              <w:t>Expired on 2026-07-22</w:t>
            </w:r>
          </w:p>
        </w:tc>
        <w:tc>
          <w:tcPr>
            <w:tcW w:type="dxa" w:w="2909"/>
          </w:tcPr>
          <w:p>
            <w:pPr>
              <w:spacing w:after="0"/>
              <w:jc w:val="right"/>
            </w:pPr>
            <w:r>
              <w:rPr>
                <w:sz w:val="16"/>
              </w:rPr>
              <w:t>FMA RL 0, SRL 0; any 0</w:t>
            </w:r>
          </w:p>
        </w:tc>
        <w:tc>
          <w:tcPr>
            <w:tcW w:type="dxa" w:w="2047"/>
          </w:tcPr>
          <w:p>
            <w:pPr>
              <w:spacing w:after="0"/>
              <w:jc w:val="right"/>
            </w:pPr>
            <w:r>
              <w:rPr>
                <w:sz w:val="16"/>
              </w:rPr>
              <w:t>$13,959.87</w:t>
            </w:r>
          </w:p>
        </w:tc>
        <w:tc>
          <w:tcPr>
            <w:tcW w:type="dxa" w:w="2490"/>
          </w:tcPr>
          <w:p>
            <w:pPr>
              <w:spacing w:after="0"/>
              <w:jc w:val="right"/>
            </w:pPr>
            <w:r>
              <w:rPr>
                <w:sz w:val="16"/>
              </w:rPr>
              <w:t>9; 6</w:t>
            </w:r>
          </w:p>
        </w:tc>
        <w:tc>
          <w:tcPr>
            <w:tcW w:type="dxa" w:w="894"/>
          </w:tcPr>
          <w:p>
            <w:pPr>
              <w:spacing w:after="0"/>
              <w:jc w:val="left"/>
            </w:pPr>
          </w:p>
        </w:tc>
      </w:tr>
      <w:tr>
        <w:trPr>
          <w:cantSplit/>
        </w:trPr>
        <w:tc>
          <w:tcPr>
            <w:tcW w:type="dxa" w:w="2047"/>
          </w:tcPr>
          <w:p>
            <w:pPr>
              <w:spacing w:after="0"/>
              <w:jc w:val="left"/>
            </w:pPr>
            <w:r>
              <w:rPr>
                <w:sz w:val="16"/>
              </w:rPr>
              <w:t>Kremmling town</w:t>
            </w:r>
          </w:p>
        </w:tc>
        <w:tc>
          <w:tcPr>
            <w:tcW w:type="dxa" w:w="938"/>
          </w:tcPr>
          <w:p>
            <w:pPr>
              <w:spacing w:after="0"/>
              <w:jc w:val="left"/>
            </w:pPr>
            <w:r>
              <w:rPr>
                <w:sz w:val="16"/>
              </w:rPr>
              <w:t>Town</w:t>
            </w:r>
          </w:p>
        </w:tc>
        <w:tc>
          <w:tcPr>
            <w:tcW w:type="dxa" w:w="2786"/>
          </w:tcPr>
          <w:p>
            <w:pPr>
              <w:spacing w:after="0"/>
              <w:jc w:val="left"/>
            </w:pPr>
            <w:r>
              <w:rPr>
                <w:sz w:val="16"/>
              </w:rPr>
              <w:t>Expired on 2026-07-22</w:t>
            </w:r>
          </w:p>
        </w:tc>
        <w:tc>
          <w:tcPr>
            <w:tcW w:type="dxa" w:w="2909"/>
          </w:tcPr>
          <w:p>
            <w:pPr>
              <w:spacing w:after="0"/>
              <w:jc w:val="right"/>
            </w:pPr>
            <w:r>
              <w:rPr>
                <w:sz w:val="16"/>
              </w:rPr>
              <w:t>FMA RL 0, SRL 0; any 0</w:t>
            </w:r>
          </w:p>
        </w:tc>
        <w:tc>
          <w:tcPr>
            <w:tcW w:type="dxa" w:w="2047"/>
          </w:tcPr>
          <w:p>
            <w:pPr>
              <w:spacing w:after="0"/>
              <w:jc w:val="right"/>
            </w:pPr>
            <w:r>
              <w:rPr>
                <w:sz w:val="16"/>
              </w:rPr>
              <w:t>none found</w:t>
            </w:r>
          </w:p>
        </w:tc>
        <w:tc>
          <w:tcPr>
            <w:tcW w:type="dxa" w:w="2490"/>
          </w:tcPr>
          <w:p>
            <w:pPr>
              <w:spacing w:after="0"/>
              <w:jc w:val="right"/>
            </w:pPr>
            <w:r>
              <w:rPr>
                <w:sz w:val="16"/>
              </w:rPr>
              <w:t>10; 2</w:t>
            </w:r>
          </w:p>
        </w:tc>
        <w:tc>
          <w:tcPr>
            <w:tcW w:type="dxa" w:w="894"/>
          </w:tcPr>
          <w:p>
            <w:pPr>
              <w:spacing w:after="0"/>
              <w:jc w:val="left"/>
            </w:pPr>
          </w:p>
        </w:tc>
      </w:tr>
      <w:tr>
        <w:trPr>
          <w:cantSplit/>
        </w:trPr>
        <w:tc>
          <w:tcPr>
            <w:tcW w:type="dxa" w:w="2047"/>
          </w:tcPr>
          <w:p>
            <w:pPr>
              <w:spacing w:after="0"/>
              <w:jc w:val="left"/>
            </w:pPr>
            <w:r>
              <w:rPr>
                <w:sz w:val="16"/>
              </w:rPr>
              <w:t>Winter Park town</w:t>
            </w:r>
          </w:p>
        </w:tc>
        <w:tc>
          <w:tcPr>
            <w:tcW w:type="dxa" w:w="938"/>
          </w:tcPr>
          <w:p>
            <w:pPr>
              <w:spacing w:after="0"/>
              <w:jc w:val="left"/>
            </w:pPr>
            <w:r>
              <w:rPr>
                <w:sz w:val="16"/>
              </w:rPr>
              <w:t>Town</w:t>
            </w:r>
          </w:p>
        </w:tc>
        <w:tc>
          <w:tcPr>
            <w:tcW w:type="dxa" w:w="2786"/>
          </w:tcPr>
          <w:p>
            <w:pPr>
              <w:spacing w:after="0"/>
              <w:jc w:val="left"/>
            </w:pPr>
            <w:r>
              <w:rPr>
                <w:sz w:val="16"/>
              </w:rPr>
              <w:t>Expired on 2026-07-22</w:t>
            </w:r>
          </w:p>
        </w:tc>
        <w:tc>
          <w:tcPr>
            <w:tcW w:type="dxa" w:w="2909"/>
          </w:tcPr>
          <w:p>
            <w:pPr>
              <w:spacing w:after="0"/>
              <w:jc w:val="right"/>
            </w:pPr>
            <w:r>
              <w:rPr>
                <w:sz w:val="16"/>
              </w:rPr>
              <w:t>FMA RL 0, SRL 0; any 0</w:t>
            </w:r>
          </w:p>
        </w:tc>
        <w:tc>
          <w:tcPr>
            <w:tcW w:type="dxa" w:w="2047"/>
          </w:tcPr>
          <w:p>
            <w:pPr>
              <w:spacing w:after="0"/>
              <w:jc w:val="right"/>
            </w:pPr>
            <w:r>
              <w:rPr>
                <w:sz w:val="16"/>
              </w:rPr>
              <w:t>$9,682.46</w:t>
            </w:r>
          </w:p>
        </w:tc>
        <w:tc>
          <w:tcPr>
            <w:tcW w:type="dxa" w:w="2490"/>
          </w:tcPr>
          <w:p>
            <w:pPr>
              <w:spacing w:after="0"/>
              <w:jc w:val="right"/>
            </w:pPr>
            <w:r>
              <w:rPr>
                <w:sz w:val="16"/>
              </w:rPr>
              <w:t>0; 0</w:t>
            </w:r>
          </w:p>
        </w:tc>
        <w:tc>
          <w:tcPr>
            <w:tcW w:type="dxa" w:w="894"/>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6"/>
        <w:gridCol w:w="1045"/>
        <w:gridCol w:w="1126"/>
        <w:gridCol w:w="1126"/>
        <w:gridCol w:w="1173"/>
        <w:gridCol w:w="1305"/>
        <w:gridCol w:w="1219"/>
        <w:gridCol w:w="1107"/>
        <w:gridCol w:w="1107"/>
        <w:gridCol w:w="1248"/>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6"/>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19"/>
            <w:shd w:val="clear" w:color="auto" w:fill="E8E8E8"/>
          </w:tcPr>
          <w:p>
            <w:pPr>
              <w:spacing w:after="0"/>
              <w:jc w:val="right"/>
            </w:pPr>
            <w:r>
              <w:rPr>
                <w:b/>
                <w:sz w:val="16"/>
              </w:rPr>
              <w:t>Storm Events damage since 2021-07-23</w:t>
            </w:r>
          </w:p>
          <w:p>
            <w:pPr>
              <w:spacing w:after="0"/>
              <w:jc w:val="right"/>
            </w:pPr>
            <w:r>
              <w:rPr>
                <w:i/>
                <w:color w:val="555555"/>
                <w:sz w:val="14"/>
              </w:rPr>
              <w:t>county-coded records, property plus crops, nominal dollars</w:t>
            </w:r>
          </w:p>
        </w:tc>
        <w:tc>
          <w:tcPr>
            <w:tcW w:type="dxa" w:w="110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4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$1,225,709</w:t>
            </w:r>
          </w:p>
        </w:tc>
        <w:tc>
          <w:tcPr>
            <w:tcW w:type="dxa" w:w="1136"/>
          </w:tcPr>
          <w:p>
            <w:pPr>
              <w:spacing w:after="0"/>
              <w:jc w:val="right"/>
            </w:pPr>
          </w:p>
        </w:tc>
        <w:tc>
          <w:tcPr>
            <w:tcW w:type="dxa" w:w="1045"/>
          </w:tcPr>
          <w:p>
            <w:pPr>
              <w:spacing w:after="0"/>
              <w:jc w:val="right"/>
            </w:pPr>
            <w:r>
              <w:rPr>
                <w:sz w:val="16"/>
              </w:rPr>
              <w:t>10</w:t>
            </w:r>
          </w:p>
        </w:tc>
        <w:tc>
          <w:tcPr>
            <w:tcW w:type="dxa" w:w="1126"/>
          </w:tcPr>
          <w:p>
            <w:pPr>
              <w:spacing w:after="0"/>
              <w:jc w:val="right"/>
            </w:pPr>
            <w:r>
              <w:rPr>
                <w:sz w:val="16"/>
              </w:rPr>
              <w:t>$34</w:t>
            </w:r>
          </w:p>
        </w:tc>
        <w:tc>
          <w:tcPr>
            <w:tcW w:type="dxa" w:w="1126"/>
          </w:tcPr>
          <w:p>
            <w:pPr>
              <w:spacing w:after="0"/>
              <w:jc w:val="right"/>
            </w:pPr>
          </w:p>
        </w:tc>
        <w:tc>
          <w:tcPr>
            <w:tcW w:type="dxa" w:w="1173"/>
          </w:tcPr>
          <w:p>
            <w:pPr>
              <w:spacing w:after="0"/>
              <w:jc w:val="right"/>
            </w:pPr>
            <w:r>
              <w:rPr>
                <w:sz w:val="16"/>
              </w:rPr>
              <w:t>$4,676,754</w:t>
            </w:r>
          </w:p>
        </w:tc>
        <w:tc>
          <w:tcPr>
            <w:tcW w:type="dxa" w:w="1305"/>
          </w:tcPr>
          <w:p>
            <w:pPr>
              <w:spacing w:after="0"/>
              <w:jc w:val="right"/>
            </w:pPr>
            <w:r>
              <w:rPr>
                <w:sz w:val="16"/>
              </w:rPr>
              <w:t>0.00281%</w:t>
            </w:r>
          </w:p>
        </w:tc>
        <w:tc>
          <w:tcPr>
            <w:tcW w:type="dxa" w:w="1219"/>
          </w:tcPr>
          <w:p>
            <w:pPr>
              <w:spacing w:after="0"/>
              <w:jc w:val="right"/>
            </w:pPr>
          </w:p>
        </w:tc>
        <w:tc>
          <w:tcPr>
            <w:tcW w:type="dxa" w:w="1107"/>
          </w:tcPr>
          <w:p>
            <w:pPr>
              <w:spacing w:after="0"/>
              <w:jc w:val="right"/>
            </w:pPr>
            <w:r>
              <w:rPr>
                <w:sz w:val="16"/>
              </w:rPr>
              <w:t>$0</w:t>
            </w: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6"/>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3"/>
          </w:tcPr>
          <w:p>
            <w:pPr>
              <w:spacing w:after="0"/>
              <w:jc w:val="right"/>
            </w:pP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$7,928,922,982</w:t>
            </w:r>
          </w:p>
        </w:tc>
        <w:tc>
          <w:tcPr>
            <w:tcW w:type="dxa" w:w="1136"/>
          </w:tcPr>
          <w:p>
            <w:pPr>
              <w:spacing w:after="0"/>
              <w:jc w:val="right"/>
            </w:pPr>
            <w:r>
              <w:rPr>
                <w:sz w:val="16"/>
              </w:rPr>
              <w:t>$18,588,369</w:t>
            </w:r>
          </w:p>
        </w:tc>
        <w:tc>
          <w:tcPr>
            <w:tcW w:type="dxa" w:w="1045"/>
          </w:tcPr>
          <w:p>
            <w:pPr>
              <w:spacing w:after="0"/>
              <w:jc w:val="right"/>
            </w:pPr>
            <w:r>
              <w:rPr>
                <w:sz w:val="16"/>
              </w:rPr>
              <w:t>15,695</w:t>
            </w:r>
          </w:p>
        </w:tc>
        <w:tc>
          <w:tcPr>
            <w:tcW w:type="dxa" w:w="1126"/>
          </w:tcPr>
          <w:p>
            <w:pPr>
              <w:spacing w:after="0"/>
              <w:jc w:val="right"/>
            </w:pPr>
            <w:r>
              <w:rPr>
                <w:sz w:val="16"/>
              </w:rPr>
              <w:t>$38</w:t>
            </w:r>
          </w:p>
        </w:tc>
        <w:tc>
          <w:tcPr>
            <w:tcW w:type="dxa" w:w="1126"/>
          </w:tcPr>
          <w:p>
            <w:pPr>
              <w:spacing w:after="0"/>
              <w:jc w:val="right"/>
            </w:pPr>
            <w:r>
              <w:rPr>
                <w:sz w:val="16"/>
              </w:rPr>
              <w:t>$2,230</w:t>
            </w:r>
          </w:p>
        </w:tc>
        <w:tc>
          <w:tcPr>
            <w:tcW w:type="dxa" w:w="1173"/>
          </w:tcPr>
          <w:p>
            <w:pPr>
              <w:spacing w:after="0"/>
              <w:jc w:val="right"/>
            </w:pPr>
            <w:r>
              <w:rPr>
                <w:sz w:val="16"/>
              </w:rPr>
              <w:t>$5,760</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r>
              <w:rPr>
                <w:sz w:val="16"/>
              </w:rPr>
              <w:t>$0</w:t>
            </w: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6"/>
          </w:tcPr>
          <w:p>
            <w:pPr>
              <w:spacing w:after="0"/>
              <w:jc w:val="right"/>
            </w:pPr>
            <w:r>
              <w:rPr>
                <w:sz w:val="16"/>
              </w:rPr>
              <w:t>$1,955,878</w:t>
            </w:r>
          </w:p>
        </w:tc>
        <w:tc>
          <w:tcPr>
            <w:tcW w:type="dxa" w:w="1045"/>
          </w:tcPr>
          <w:p>
            <w:pPr>
              <w:spacing w:after="0"/>
              <w:jc w:val="right"/>
            </w:pPr>
          </w:p>
        </w:tc>
        <w:tc>
          <w:tcPr>
            <w:tcW w:type="dxa" w:w="1126"/>
          </w:tcPr>
          <w:p>
            <w:pPr>
              <w:spacing w:after="0"/>
              <w:jc w:val="right"/>
            </w:pPr>
          </w:p>
        </w:tc>
        <w:tc>
          <w:tcPr>
            <w:tcW w:type="dxa" w:w="1126"/>
          </w:tcPr>
          <w:p>
            <w:pPr>
              <w:spacing w:after="0"/>
              <w:jc w:val="right"/>
            </w:pPr>
            <w:r>
              <w:rPr>
                <w:sz w:val="16"/>
              </w:rPr>
              <w:t>$19,824</w:t>
            </w:r>
          </w:p>
        </w:tc>
        <w:tc>
          <w:tcPr>
            <w:tcW w:type="dxa" w:w="1173"/>
          </w:tcPr>
          <w:p>
            <w:pPr>
              <w:spacing w:after="0"/>
              <w:jc w:val="right"/>
            </w:pPr>
          </w:p>
        </w:tc>
        <w:tc>
          <w:tcPr>
            <w:tcW w:type="dxa" w:w="1305"/>
          </w:tcPr>
          <w:p>
            <w:pPr>
              <w:spacing w:after="0"/>
              <w:jc w:val="right"/>
            </w:pPr>
            <w:r>
              <w:rPr>
                <w:sz w:val="16"/>
              </w:rPr>
              <w:t>1.01% (agriculture)</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$13,075,530,147</w:t>
            </w:r>
          </w:p>
        </w:tc>
        <w:tc>
          <w:tcPr>
            <w:tcW w:type="dxa" w:w="1136"/>
          </w:tcPr>
          <w:p>
            <w:pPr>
              <w:spacing w:after="0"/>
              <w:jc w:val="right"/>
            </w:pPr>
          </w:p>
        </w:tc>
        <w:tc>
          <w:tcPr>
            <w:tcW w:type="dxa" w:w="1045"/>
          </w:tcPr>
          <w:p>
            <w:pPr>
              <w:spacing w:after="0"/>
              <w:jc w:val="right"/>
            </w:pPr>
            <w:r>
              <w:rPr>
                <w:sz w:val="16"/>
              </w:rPr>
              <w:t>15,717</w:t>
            </w:r>
          </w:p>
        </w:tc>
        <w:tc>
          <w:tcPr>
            <w:tcW w:type="dxa" w:w="1126"/>
          </w:tcPr>
          <w:p>
            <w:pPr>
              <w:spacing w:after="0"/>
              <w:jc w:val="right"/>
            </w:pPr>
            <w:r>
              <w:rPr>
                <w:sz w:val="16"/>
              </w:rPr>
              <w:t>$263,853</w:t>
            </w:r>
          </w:p>
        </w:tc>
        <w:tc>
          <w:tcPr>
            <w:tcW w:type="dxa" w:w="1126"/>
          </w:tcPr>
          <w:p>
            <w:pPr>
              <w:spacing w:after="0"/>
              <w:jc w:val="right"/>
            </w:pPr>
          </w:p>
        </w:tc>
        <w:tc>
          <w:tcPr>
            <w:tcW w:type="dxa" w:w="1173"/>
          </w:tcPr>
          <w:p>
            <w:pPr>
              <w:spacing w:after="0"/>
              <w:jc w:val="right"/>
            </w:pPr>
            <w:r>
              <w:rPr>
                <w:sz w:val="16"/>
              </w:rPr>
              <w:t>$24,272</w:t>
            </w:r>
          </w:p>
        </w:tc>
        <w:tc>
          <w:tcPr>
            <w:tcW w:type="dxa" w:w="1305"/>
          </w:tcPr>
          <w:p>
            <w:pPr>
              <w:spacing w:after="0"/>
              <w:jc w:val="right"/>
            </w:pPr>
            <w:r>
              <w:rPr>
                <w:sz w:val="16"/>
              </w:rPr>
              <w:t>0.00202%</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$7,928,922,982</w:t>
            </w:r>
          </w:p>
        </w:tc>
        <w:tc>
          <w:tcPr>
            <w:tcW w:type="dxa" w:w="1136"/>
          </w:tcPr>
          <w:p>
            <w:pPr>
              <w:spacing w:after="0"/>
              <w:jc w:val="right"/>
            </w:pPr>
            <w:r>
              <w:rPr>
                <w:sz w:val="16"/>
              </w:rPr>
              <w:t>$18,588,369</w:t>
            </w:r>
          </w:p>
        </w:tc>
        <w:tc>
          <w:tcPr>
            <w:tcW w:type="dxa" w:w="1045"/>
          </w:tcPr>
          <w:p>
            <w:pPr>
              <w:spacing w:after="0"/>
              <w:jc w:val="right"/>
            </w:pPr>
            <w:r>
              <w:rPr>
                <w:sz w:val="16"/>
              </w:rPr>
              <w:t>15,695</w:t>
            </w:r>
          </w:p>
        </w:tc>
        <w:tc>
          <w:tcPr>
            <w:tcW w:type="dxa" w:w="1126"/>
          </w:tcPr>
          <w:p>
            <w:pPr>
              <w:spacing w:after="0"/>
              <w:jc w:val="right"/>
            </w:pPr>
            <w:r>
              <w:rPr>
                <w:sz w:val="16"/>
              </w:rPr>
              <w:t>$849,665</w:t>
            </w:r>
          </w:p>
        </w:tc>
        <w:tc>
          <w:tcPr>
            <w:tcW w:type="dxa" w:w="1126"/>
          </w:tcPr>
          <w:p>
            <w:pPr>
              <w:spacing w:after="0"/>
              <w:jc w:val="right"/>
            </w:pPr>
            <w:r>
              <w:rPr>
                <w:sz w:val="16"/>
              </w:rPr>
              <w:t>$20,585</w:t>
            </w:r>
          </w:p>
        </w:tc>
        <w:tc>
          <w:tcPr>
            <w:tcW w:type="dxa" w:w="1173"/>
          </w:tcPr>
          <w:p>
            <w:pPr>
              <w:spacing w:after="0"/>
              <w:jc w:val="right"/>
            </w:pPr>
            <w:r>
              <w:rPr>
                <w:sz w:val="16"/>
              </w:rPr>
              <w:t>$18,373</w:t>
            </w:r>
          </w:p>
        </w:tc>
        <w:tc>
          <w:tcPr>
            <w:tcW w:type="dxa" w:w="1305"/>
          </w:tcPr>
          <w:p>
            <w:pPr>
              <w:spacing w:after="0"/>
              <w:jc w:val="right"/>
            </w:pPr>
            <w:r>
              <w:rPr>
                <w:sz w:val="16"/>
              </w:rPr>
              <w:t>0.0107%</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$0</w:t>
            </w:r>
          </w:p>
        </w:tc>
        <w:tc>
          <w:tcPr>
            <w:tcW w:type="dxa" w:w="1136"/>
          </w:tcPr>
          <w:p>
            <w:pPr>
              <w:spacing w:after="0"/>
              <w:jc w:val="right"/>
            </w:pPr>
            <w:r>
              <w:rPr>
                <w:sz w:val="16"/>
              </w:rPr>
              <w:t>$0</w:t>
            </w:r>
          </w:p>
        </w:tc>
        <w:tc>
          <w:tcPr>
            <w:tcW w:type="dxa" w:w="1045"/>
          </w:tcPr>
          <w:p>
            <w:pPr>
              <w:spacing w:after="0"/>
              <w:jc w:val="right"/>
            </w:pPr>
            <w:r>
              <w:rPr>
                <w:sz w:val="16"/>
              </w:rPr>
              <w:t>0</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73"/>
          </w:tcPr>
          <w:p>
            <w:pPr>
              <w:spacing w:after="0"/>
              <w:jc w:val="right"/>
            </w:pPr>
            <w:r>
              <w:rPr>
                <w:sz w:val="16"/>
              </w:rPr>
              <w:t>$0</w:t>
            </w: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building exposure is 0 in NRI</w:t>
            </w: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136"/>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3"/>
          </w:tcPr>
          <w:p>
            <w:pPr>
              <w:spacing w:after="0"/>
              <w:jc w:val="right"/>
            </w:pP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r>
              <w:rPr>
                <w:sz w:val="16"/>
              </w:rPr>
              <w:t>$7,928,922,982</w:t>
            </w:r>
          </w:p>
        </w:tc>
        <w:tc>
          <w:tcPr>
            <w:tcW w:type="dxa" w:w="1136"/>
          </w:tcPr>
          <w:p>
            <w:pPr>
              <w:spacing w:after="0"/>
              <w:jc w:val="right"/>
            </w:pPr>
          </w:p>
        </w:tc>
        <w:tc>
          <w:tcPr>
            <w:tcW w:type="dxa" w:w="1045"/>
          </w:tcPr>
          <w:p>
            <w:pPr>
              <w:spacing w:after="0"/>
              <w:jc w:val="right"/>
            </w:pPr>
            <w:r>
              <w:rPr>
                <w:sz w:val="16"/>
              </w:rPr>
              <w:t>15,695</w:t>
            </w:r>
          </w:p>
        </w:tc>
        <w:tc>
          <w:tcPr>
            <w:tcW w:type="dxa" w:w="1126"/>
          </w:tcPr>
          <w:p>
            <w:pPr>
              <w:spacing w:after="0"/>
              <w:jc w:val="right"/>
            </w:pPr>
            <w:r>
              <w:rPr>
                <w:sz w:val="16"/>
              </w:rPr>
              <w:t>$392</w:t>
            </w:r>
          </w:p>
        </w:tc>
        <w:tc>
          <w:tcPr>
            <w:tcW w:type="dxa" w:w="1126"/>
          </w:tcPr>
          <w:p>
            <w:pPr>
              <w:spacing w:after="0"/>
              <w:jc w:val="right"/>
            </w:pPr>
          </w:p>
        </w:tc>
        <w:tc>
          <w:tcPr>
            <w:tcW w:type="dxa" w:w="1173"/>
          </w:tcPr>
          <w:p>
            <w:pPr>
              <w:spacing w:after="0"/>
              <w:jc w:val="right"/>
            </w:pPr>
            <w:r>
              <w:rPr>
                <w:sz w:val="16"/>
              </w:rPr>
              <w:t>$12,916</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$7,914,936,880</w:t>
            </w:r>
          </w:p>
        </w:tc>
        <w:tc>
          <w:tcPr>
            <w:tcW w:type="dxa" w:w="1136"/>
          </w:tcPr>
          <w:p>
            <w:pPr>
              <w:spacing w:after="0"/>
              <w:jc w:val="right"/>
            </w:pPr>
            <w:r>
              <w:rPr>
                <w:sz w:val="16"/>
              </w:rPr>
              <w:t>$92,998</w:t>
            </w:r>
          </w:p>
        </w:tc>
        <w:tc>
          <w:tcPr>
            <w:tcW w:type="dxa" w:w="1045"/>
          </w:tcPr>
          <w:p>
            <w:pPr>
              <w:spacing w:after="0"/>
              <w:jc w:val="right"/>
            </w:pPr>
            <w:r>
              <w:rPr>
                <w:sz w:val="16"/>
              </w:rPr>
              <w:t>128</w:t>
            </w:r>
          </w:p>
        </w:tc>
        <w:tc>
          <w:tcPr>
            <w:tcW w:type="dxa" w:w="1126"/>
          </w:tcPr>
          <w:p>
            <w:pPr>
              <w:spacing w:after="0"/>
              <w:jc w:val="right"/>
            </w:pPr>
            <w:r>
              <w:rPr>
                <w:sz w:val="16"/>
              </w:rPr>
              <w:t>$12,096,702</w:t>
            </w:r>
          </w:p>
        </w:tc>
        <w:tc>
          <w:tcPr>
            <w:tcW w:type="dxa" w:w="1126"/>
          </w:tcPr>
          <w:p>
            <w:pPr>
              <w:spacing w:after="0"/>
              <w:jc w:val="right"/>
            </w:pPr>
            <w:r>
              <w:rPr>
                <w:sz w:val="16"/>
              </w:rPr>
              <w:t>$799</w:t>
            </w:r>
          </w:p>
        </w:tc>
        <w:tc>
          <w:tcPr>
            <w:tcW w:type="dxa" w:w="1173"/>
          </w:tcPr>
          <w:p>
            <w:pPr>
              <w:spacing w:after="0"/>
              <w:jc w:val="right"/>
            </w:pPr>
            <w:r>
              <w:rPr>
                <w:sz w:val="16"/>
              </w:rPr>
              <w:t>$39,800</w:t>
            </w:r>
          </w:p>
        </w:tc>
        <w:tc>
          <w:tcPr>
            <w:tcW w:type="dxa" w:w="1305"/>
          </w:tcPr>
          <w:p>
            <w:pPr>
              <w:spacing w:after="0"/>
              <w:jc w:val="right"/>
            </w:pPr>
            <w:r>
              <w:rPr>
                <w:sz w:val="16"/>
              </w:rPr>
              <w:t>n/a (see note)</w:t>
            </w:r>
          </w:p>
        </w:tc>
        <w:tc>
          <w:tcPr>
            <w:tcW w:type="dxa" w:w="1219"/>
          </w:tcPr>
          <w:p>
            <w:pPr>
              <w:spacing w:after="0"/>
              <w:jc w:val="right"/>
            </w:pPr>
            <w:r>
              <w:rPr>
                <w:sz w:val="16"/>
              </w:rPr>
              <w:t>$110,000</w:t>
            </w: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$753,371,845</w:t>
            </w:r>
          </w:p>
        </w:tc>
        <w:tc>
          <w:tcPr>
            <w:tcW w:type="dxa" w:w="1136"/>
          </w:tcPr>
          <w:p>
            <w:pPr>
              <w:spacing w:after="0"/>
              <w:jc w:val="right"/>
            </w:pPr>
          </w:p>
        </w:tc>
        <w:tc>
          <w:tcPr>
            <w:tcW w:type="dxa" w:w="1045"/>
          </w:tcPr>
          <w:p>
            <w:pPr>
              <w:spacing w:after="0"/>
              <w:jc w:val="right"/>
            </w:pPr>
            <w:r>
              <w:rPr>
                <w:sz w:val="16"/>
              </w:rPr>
              <w:t>1,195</w:t>
            </w:r>
          </w:p>
        </w:tc>
        <w:tc>
          <w:tcPr>
            <w:tcW w:type="dxa" w:w="1126"/>
          </w:tcPr>
          <w:p>
            <w:pPr>
              <w:spacing w:after="0"/>
              <w:jc w:val="right"/>
            </w:pPr>
            <w:r>
              <w:rPr>
                <w:sz w:val="16"/>
              </w:rPr>
              <w:t>$29,953</w:t>
            </w:r>
          </w:p>
        </w:tc>
        <w:tc>
          <w:tcPr>
            <w:tcW w:type="dxa" w:w="1126"/>
          </w:tcPr>
          <w:p>
            <w:pPr>
              <w:spacing w:after="0"/>
              <w:jc w:val="right"/>
            </w:pPr>
          </w:p>
        </w:tc>
        <w:tc>
          <w:tcPr>
            <w:tcW w:type="dxa" w:w="1173"/>
          </w:tcPr>
          <w:p>
            <w:pPr>
              <w:spacing w:after="0"/>
              <w:jc w:val="right"/>
            </w:pPr>
            <w:r>
              <w:rPr>
                <w:sz w:val="16"/>
              </w:rPr>
              <w:t>$91,708</w:t>
            </w:r>
          </w:p>
        </w:tc>
        <w:tc>
          <w:tcPr>
            <w:tcW w:type="dxa" w:w="1305"/>
          </w:tcPr>
          <w:p>
            <w:pPr>
              <w:spacing w:after="0"/>
              <w:jc w:val="right"/>
            </w:pPr>
            <w:r>
              <w:rPr>
                <w:sz w:val="16"/>
              </w:rPr>
              <w:t>0.00398%</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$7,928,922,982</w:t>
            </w:r>
          </w:p>
        </w:tc>
        <w:tc>
          <w:tcPr>
            <w:tcW w:type="dxa" w:w="1136"/>
          </w:tcPr>
          <w:p>
            <w:pPr>
              <w:spacing w:after="0"/>
              <w:jc w:val="right"/>
            </w:pPr>
          </w:p>
        </w:tc>
        <w:tc>
          <w:tcPr>
            <w:tcW w:type="dxa" w:w="1045"/>
          </w:tcPr>
          <w:p>
            <w:pPr>
              <w:spacing w:after="0"/>
              <w:jc w:val="right"/>
            </w:pPr>
            <w:r>
              <w:rPr>
                <w:sz w:val="16"/>
              </w:rPr>
              <w:t>15,695</w:t>
            </w:r>
          </w:p>
        </w:tc>
        <w:tc>
          <w:tcPr>
            <w:tcW w:type="dxa" w:w="1126"/>
          </w:tcPr>
          <w:p>
            <w:pPr>
              <w:spacing w:after="0"/>
              <w:jc w:val="right"/>
            </w:pPr>
            <w:r>
              <w:rPr>
                <w:sz w:val="16"/>
              </w:rPr>
              <w:t>$4,724</w:t>
            </w:r>
          </w:p>
        </w:tc>
        <w:tc>
          <w:tcPr>
            <w:tcW w:type="dxa" w:w="1126"/>
          </w:tcPr>
          <w:p>
            <w:pPr>
              <w:spacing w:after="0"/>
              <w:jc w:val="right"/>
            </w:pPr>
          </w:p>
        </w:tc>
        <w:tc>
          <w:tcPr>
            <w:tcW w:type="dxa" w:w="1173"/>
          </w:tcPr>
          <w:p>
            <w:pPr>
              <w:spacing w:after="0"/>
              <w:jc w:val="right"/>
            </w:pPr>
            <w:r>
              <w:rPr>
                <w:sz w:val="16"/>
              </w:rPr>
              <w:t>$978,571</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$7,928,922,982</w:t>
            </w:r>
          </w:p>
        </w:tc>
        <w:tc>
          <w:tcPr>
            <w:tcW w:type="dxa" w:w="1136"/>
          </w:tcPr>
          <w:p>
            <w:pPr>
              <w:spacing w:after="0"/>
              <w:jc w:val="right"/>
            </w:pPr>
            <w:r>
              <w:rPr>
                <w:sz w:val="16"/>
              </w:rPr>
              <w:t>$18,588,369</w:t>
            </w:r>
          </w:p>
        </w:tc>
        <w:tc>
          <w:tcPr>
            <w:tcW w:type="dxa" w:w="1045"/>
          </w:tcPr>
          <w:p>
            <w:pPr>
              <w:spacing w:after="0"/>
              <w:jc w:val="right"/>
            </w:pPr>
            <w:r>
              <w:rPr>
                <w:sz w:val="16"/>
              </w:rPr>
              <w:t>15,695</w:t>
            </w:r>
          </w:p>
        </w:tc>
        <w:tc>
          <w:tcPr>
            <w:tcW w:type="dxa" w:w="1126"/>
          </w:tcPr>
          <w:p>
            <w:pPr>
              <w:spacing w:after="0"/>
              <w:jc w:val="right"/>
            </w:pPr>
            <w:r>
              <w:rPr>
                <w:sz w:val="16"/>
              </w:rPr>
              <w:t>$76,192</w:t>
            </w:r>
          </w:p>
        </w:tc>
        <w:tc>
          <w:tcPr>
            <w:tcW w:type="dxa" w:w="1126"/>
          </w:tcPr>
          <w:p>
            <w:pPr>
              <w:spacing w:after="0"/>
              <w:jc w:val="right"/>
            </w:pPr>
            <w:r>
              <w:rPr>
                <w:sz w:val="16"/>
              </w:rPr>
              <w:t>$209</w:t>
            </w:r>
          </w:p>
        </w:tc>
        <w:tc>
          <w:tcPr>
            <w:tcW w:type="dxa" w:w="1173"/>
          </w:tcPr>
          <w:p>
            <w:pPr>
              <w:spacing w:after="0"/>
              <w:jc w:val="right"/>
            </w:pPr>
            <w:r>
              <w:rPr>
                <w:sz w:val="16"/>
              </w:rPr>
              <w:t>$84,388</w:t>
            </w:r>
          </w:p>
        </w:tc>
        <w:tc>
          <w:tcPr>
            <w:tcW w:type="dxa" w:w="1305"/>
          </w:tcPr>
          <w:p>
            <w:pPr>
              <w:spacing w:after="0"/>
              <w:jc w:val="right"/>
            </w:pPr>
            <w:r>
              <w:rPr>
                <w:sz w:val="16"/>
              </w:rPr>
              <w:t>0.000961%</w:t>
            </w:r>
          </w:p>
        </w:tc>
        <w:tc>
          <w:tcPr>
            <w:tcW w:type="dxa" w:w="1219"/>
          </w:tcPr>
          <w:p>
            <w:pPr>
              <w:spacing w:after="0"/>
              <w:jc w:val="right"/>
            </w:pPr>
          </w:p>
        </w:tc>
        <w:tc>
          <w:tcPr>
            <w:tcW w:type="dxa" w:w="1107"/>
          </w:tcPr>
          <w:p>
            <w:pPr>
              <w:spacing w:after="0"/>
              <w:jc w:val="right"/>
            </w:pPr>
            <w:r>
              <w:rPr>
                <w:sz w:val="16"/>
              </w:rPr>
              <w:t>$0</w:t>
            </w: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$7,928,922,982</w:t>
            </w:r>
          </w:p>
        </w:tc>
        <w:tc>
          <w:tcPr>
            <w:tcW w:type="dxa" w:w="1136"/>
          </w:tcPr>
          <w:p>
            <w:pPr>
              <w:spacing w:after="0"/>
              <w:jc w:val="right"/>
            </w:pPr>
            <w:r>
              <w:rPr>
                <w:sz w:val="16"/>
              </w:rPr>
              <w:t>$18,588,369</w:t>
            </w:r>
          </w:p>
        </w:tc>
        <w:tc>
          <w:tcPr>
            <w:tcW w:type="dxa" w:w="1045"/>
          </w:tcPr>
          <w:p>
            <w:pPr>
              <w:spacing w:after="0"/>
              <w:jc w:val="right"/>
            </w:pPr>
            <w:r>
              <w:rPr>
                <w:sz w:val="16"/>
              </w:rPr>
              <w:t>15,695</w:t>
            </w:r>
          </w:p>
        </w:tc>
        <w:tc>
          <w:tcPr>
            <w:tcW w:type="dxa" w:w="1126"/>
          </w:tcPr>
          <w:p>
            <w:pPr>
              <w:spacing w:after="0"/>
              <w:jc w:val="right"/>
            </w:pPr>
            <w:r>
              <w:rPr>
                <w:sz w:val="16"/>
              </w:rPr>
              <w:t>$429,297</w:t>
            </w:r>
          </w:p>
        </w:tc>
        <w:tc>
          <w:tcPr>
            <w:tcW w:type="dxa" w:w="1126"/>
          </w:tcPr>
          <w:p>
            <w:pPr>
              <w:spacing w:after="0"/>
              <w:jc w:val="right"/>
            </w:pPr>
            <w:r>
              <w:rPr>
                <w:sz w:val="16"/>
              </w:rPr>
              <w:t>$566</w:t>
            </w:r>
          </w:p>
        </w:tc>
        <w:tc>
          <w:tcPr>
            <w:tcW w:type="dxa" w:w="1173"/>
          </w:tcPr>
          <w:p>
            <w:pPr>
              <w:spacing w:after="0"/>
              <w:jc w:val="right"/>
            </w:pPr>
            <w:r>
              <w:rPr>
                <w:sz w:val="16"/>
              </w:rPr>
              <w:t>$59,903</w:t>
            </w:r>
          </w:p>
        </w:tc>
        <w:tc>
          <w:tcPr>
            <w:tcW w:type="dxa" w:w="1305"/>
          </w:tcPr>
          <w:p>
            <w:pPr>
              <w:spacing w:after="0"/>
              <w:jc w:val="right"/>
            </w:pPr>
            <w:r>
              <w:rPr>
                <w:sz w:val="16"/>
              </w:rPr>
              <w:t>0.00541%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6"/>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3"/>
          </w:tcPr>
          <w:p>
            <w:pPr>
              <w:spacing w:after="0"/>
              <w:jc w:val="right"/>
            </w:pP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r>
              <w:rPr>
                <w:sz w:val="16"/>
              </w:rPr>
              <w:t>$7,928,922,982</w:t>
            </w:r>
          </w:p>
        </w:tc>
        <w:tc>
          <w:tcPr>
            <w:tcW w:type="dxa" w:w="1136"/>
          </w:tcPr>
          <w:p>
            <w:pPr>
              <w:spacing w:after="0"/>
              <w:jc w:val="right"/>
            </w:pPr>
          </w:p>
        </w:tc>
        <w:tc>
          <w:tcPr>
            <w:tcW w:type="dxa" w:w="1045"/>
          </w:tcPr>
          <w:p>
            <w:pPr>
              <w:spacing w:after="0"/>
              <w:jc w:val="right"/>
            </w:pPr>
            <w:r>
              <w:rPr>
                <w:sz w:val="16"/>
              </w:rPr>
              <w:t>15,695</w:t>
            </w:r>
          </w:p>
        </w:tc>
        <w:tc>
          <w:tcPr>
            <w:tcW w:type="dxa" w:w="1126"/>
          </w:tcPr>
          <w:p>
            <w:pPr>
              <w:spacing w:after="0"/>
              <w:jc w:val="right"/>
            </w:pPr>
            <w:r>
              <w:rPr>
                <w:sz w:val="16"/>
              </w:rPr>
              <w:t>under $1</w:t>
            </w:r>
          </w:p>
        </w:tc>
        <w:tc>
          <w:tcPr>
            <w:tcW w:type="dxa" w:w="1126"/>
          </w:tcPr>
          <w:p>
            <w:pPr>
              <w:spacing w:after="0"/>
              <w:jc w:val="right"/>
            </w:pPr>
          </w:p>
        </w:tc>
        <w:tc>
          <w:tcPr>
            <w:tcW w:type="dxa" w:w="1173"/>
          </w:tcPr>
          <w:p>
            <w:pPr>
              <w:spacing w:after="0"/>
              <w:jc w:val="right"/>
            </w:pPr>
            <w:r>
              <w:rPr>
                <w:sz w:val="16"/>
              </w:rPr>
              <w:t>$4</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$1,228,866,390</w:t>
            </w:r>
          </w:p>
        </w:tc>
        <w:tc>
          <w:tcPr>
            <w:tcW w:type="dxa" w:w="1136"/>
          </w:tcPr>
          <w:p>
            <w:pPr>
              <w:spacing w:after="0"/>
              <w:jc w:val="right"/>
            </w:pPr>
            <w:r>
              <w:rPr>
                <w:sz w:val="16"/>
              </w:rPr>
              <w:t>$7,393,453</w:t>
            </w:r>
          </w:p>
        </w:tc>
        <w:tc>
          <w:tcPr>
            <w:tcW w:type="dxa" w:w="1045"/>
          </w:tcPr>
          <w:p>
            <w:pPr>
              <w:spacing w:after="0"/>
              <w:jc w:val="right"/>
            </w:pPr>
            <w:r>
              <w:rPr>
                <w:sz w:val="16"/>
              </w:rPr>
              <w:t>4,044</w:t>
            </w:r>
          </w:p>
        </w:tc>
        <w:tc>
          <w:tcPr>
            <w:tcW w:type="dxa" w:w="1126"/>
          </w:tcPr>
          <w:p>
            <w:pPr>
              <w:spacing w:after="0"/>
              <w:jc w:val="right"/>
            </w:pPr>
            <w:r>
              <w:rPr>
                <w:sz w:val="16"/>
              </w:rPr>
              <w:t>$426,686</w:t>
            </w:r>
          </w:p>
        </w:tc>
        <w:tc>
          <w:tcPr>
            <w:tcW w:type="dxa" w:w="1126"/>
          </w:tcPr>
          <w:p>
            <w:pPr>
              <w:spacing w:after="0"/>
              <w:jc w:val="right"/>
            </w:pPr>
            <w:r>
              <w:rPr>
                <w:sz w:val="16"/>
              </w:rPr>
              <w:t>$17</w:t>
            </w:r>
          </w:p>
        </w:tc>
        <w:tc>
          <w:tcPr>
            <w:tcW w:type="dxa" w:w="1173"/>
          </w:tcPr>
          <w:p>
            <w:pPr>
              <w:spacing w:after="0"/>
              <w:jc w:val="right"/>
            </w:pPr>
            <w:r>
              <w:rPr>
                <w:sz w:val="16"/>
              </w:rPr>
              <w:t>$14,323</w:t>
            </w:r>
          </w:p>
        </w:tc>
        <w:tc>
          <w:tcPr>
            <w:tcW w:type="dxa" w:w="1305"/>
          </w:tcPr>
          <w:p>
            <w:pPr>
              <w:spacing w:after="0"/>
              <w:jc w:val="right"/>
            </w:pPr>
            <w:r>
              <w:rPr>
                <w:sz w:val="16"/>
              </w:rPr>
              <w:t>0.0347%</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$7,928,922,982</w:t>
            </w:r>
          </w:p>
        </w:tc>
        <w:tc>
          <w:tcPr>
            <w:tcW w:type="dxa" w:w="1136"/>
          </w:tcPr>
          <w:p>
            <w:pPr>
              <w:spacing w:after="0"/>
              <w:jc w:val="right"/>
            </w:pPr>
            <w:r>
              <w:rPr>
                <w:sz w:val="16"/>
              </w:rPr>
              <w:t>$18,588,369</w:t>
            </w:r>
          </w:p>
        </w:tc>
        <w:tc>
          <w:tcPr>
            <w:tcW w:type="dxa" w:w="1045"/>
          </w:tcPr>
          <w:p>
            <w:pPr>
              <w:spacing w:after="0"/>
              <w:jc w:val="right"/>
            </w:pPr>
            <w:r>
              <w:rPr>
                <w:sz w:val="16"/>
              </w:rPr>
              <w:t>15,695</w:t>
            </w:r>
          </w:p>
        </w:tc>
        <w:tc>
          <w:tcPr>
            <w:tcW w:type="dxa" w:w="1126"/>
          </w:tcPr>
          <w:p>
            <w:pPr>
              <w:spacing w:after="0"/>
              <w:jc w:val="right"/>
            </w:pPr>
            <w:r>
              <w:rPr>
                <w:sz w:val="16"/>
              </w:rPr>
              <w:t>$22,381</w:t>
            </w:r>
          </w:p>
        </w:tc>
        <w:tc>
          <w:tcPr>
            <w:tcW w:type="dxa" w:w="1126"/>
          </w:tcPr>
          <w:p>
            <w:pPr>
              <w:spacing w:after="0"/>
              <w:jc w:val="right"/>
            </w:pPr>
            <w:r>
              <w:rPr>
                <w:sz w:val="16"/>
              </w:rPr>
              <w:t>under $1</w:t>
            </w:r>
          </w:p>
        </w:tc>
        <w:tc>
          <w:tcPr>
            <w:tcW w:type="dxa" w:w="1173"/>
          </w:tcPr>
          <w:p>
            <w:pPr>
              <w:spacing w:after="0"/>
              <w:jc w:val="right"/>
            </w:pPr>
            <w:r>
              <w:rPr>
                <w:sz w:val="16"/>
              </w:rPr>
              <w:t>$17,066</w:t>
            </w:r>
          </w:p>
        </w:tc>
        <w:tc>
          <w:tcPr>
            <w:tcW w:type="dxa" w:w="1305"/>
          </w:tcPr>
          <w:p>
            <w:pPr>
              <w:spacing w:after="0"/>
              <w:jc w:val="right"/>
            </w:pPr>
            <w:r>
              <w:rPr>
                <w:sz w:val="16"/>
              </w:rPr>
              <w:t>0.000282%</w:t>
            </w:r>
          </w:p>
        </w:tc>
        <w:tc>
          <w:tcPr>
            <w:tcW w:type="dxa" w:w="1219"/>
          </w:tcPr>
          <w:p>
            <w:pPr>
              <w:spacing w:after="0"/>
              <w:jc w:val="right"/>
            </w:pPr>
          </w:p>
        </w:tc>
        <w:tc>
          <w:tcPr>
            <w:tcW w:type="dxa" w:w="1107"/>
          </w:tcPr>
          <w:p>
            <w:pPr>
              <w:spacing w:after="0"/>
              <w:jc w:val="right"/>
            </w:pPr>
            <w:r>
              <w:rPr>
                <w:sz w:val="16"/>
              </w:rPr>
              <w:t>$0</w:t>
            </w:r>
          </w:p>
        </w:tc>
        <w:tc>
          <w:tcPr>
            <w:tcW w:type="dxa" w:w="1107"/>
          </w:tcPr>
          <w:p>
            <w:pPr>
              <w:spacing w:after="0"/>
              <w:jc w:val="right"/>
            </w:pPr>
          </w:p>
        </w:tc>
        <w:tc>
          <w:tcPr>
            <w:tcW w:type="dxa" w:w="1248"/>
          </w:tcPr>
          <w:p>
            <w:pPr>
              <w:spacing w:after="0"/>
              <w:jc w:val="left"/>
            </w:pPr>
          </w:p>
        </w:tc>
      </w:tr>
    </w:tbl>
    <w:p>
      <w:pPr>
        <w:spacing w:after="40" w:before="60"/>
      </w:pPr>
      <w:r>
        <w:rPr>
          <w:sz w:val="15"/>
        </w:rPr>
        <w:t>Totals since 2021-07-23 (Storm Events through 2026-06-30): 13 county-coded records, 8 with a damage value recorded (including $0), $110,000; 141 zone-level records, 75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15,695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$7,928,922,982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$18,588,369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$14,244,149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$6,023,838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8</w:t>
            </w:r>
          </w:p>
        </w:tc>
        <w:tc>
          <w:tcPr>
            <w:tcW w:type="dxa" w:w="1572"/>
          </w:tcPr>
          <w:p>
            <w:pPr>
              <w:spacing w:after="0"/>
              <w:jc w:val="right"/>
            </w:pPr>
            <w:r>
              <w:rPr>
                <w:sz w:val="16"/>
              </w:rPr>
              <w:t>0</w:t>
            </w:r>
          </w:p>
        </w:tc>
        <w:tc>
          <w:tcPr>
            <w:tcW w:type="dxa" w:w="1572"/>
          </w:tcPr>
          <w:p>
            <w:pPr>
              <w:spacing w:after="0"/>
              <w:jc w:val="right"/>
            </w:pPr>
            <w:r>
              <w:rPr>
                <w:sz w:val="16"/>
              </w:rPr>
              <w:t>8</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Grand County</w:t>
            </w:r>
          </w:p>
        </w:tc>
        <w:tc>
          <w:tcPr>
            <w:tcW w:type="dxa" w:w="1499"/>
          </w:tcPr>
          <w:p>
            <w:pPr>
              <w:spacing w:after="0"/>
              <w:jc w:val="left"/>
            </w:pPr>
            <w:r>
              <w:rPr>
                <w:sz w:val="16"/>
              </w:rPr>
              <w:t>080280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Fraser town</w:t>
            </w:r>
          </w:p>
        </w:tc>
        <w:tc>
          <w:tcPr>
            <w:tcW w:type="dxa" w:w="1499"/>
          </w:tcPr>
          <w:p>
            <w:pPr>
              <w:spacing w:after="0"/>
              <w:jc w:val="left"/>
            </w:pPr>
            <w:r>
              <w:rPr>
                <w:sz w:val="16"/>
              </w:rPr>
              <w:t>080073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Granby town</w:t>
            </w:r>
          </w:p>
        </w:tc>
        <w:tc>
          <w:tcPr>
            <w:tcW w:type="dxa" w:w="1499"/>
          </w:tcPr>
          <w:p>
            <w:pPr>
              <w:spacing w:after="0"/>
              <w:jc w:val="left"/>
            </w:pPr>
            <w:r>
              <w:rPr>
                <w:sz w:val="16"/>
              </w:rPr>
              <w:t>080248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Grand Lake town</w:t>
            </w:r>
          </w:p>
        </w:tc>
        <w:tc>
          <w:tcPr>
            <w:tcW w:type="dxa" w:w="1499"/>
          </w:tcPr>
          <w:p>
            <w:pPr>
              <w:spacing w:after="0"/>
              <w:jc w:val="left"/>
            </w:pPr>
            <w:r>
              <w:rPr>
                <w:sz w:val="16"/>
              </w:rPr>
              <w:t>080214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Hot Sulphur Springs town</w:t>
            </w:r>
          </w:p>
        </w:tc>
        <w:tc>
          <w:tcPr>
            <w:tcW w:type="dxa" w:w="1499"/>
          </w:tcPr>
          <w:p>
            <w:pPr>
              <w:spacing w:after="0"/>
              <w:jc w:val="left"/>
            </w:pPr>
            <w:r>
              <w:rPr>
                <w:sz w:val="16"/>
              </w:rPr>
              <w:t>080074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Kremmling town</w:t>
            </w:r>
          </w:p>
        </w:tc>
        <w:tc>
          <w:tcPr>
            <w:tcW w:type="dxa" w:w="1499"/>
          </w:tcPr>
          <w:p>
            <w:pPr>
              <w:spacing w:after="0"/>
              <w:jc w:val="left"/>
            </w:pPr>
            <w:r>
              <w:rPr>
                <w:sz w:val="16"/>
              </w:rPr>
              <w:t>080252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Winter Park town</w:t>
            </w:r>
          </w:p>
        </w:tc>
        <w:tc>
          <w:tcPr>
            <w:tcW w:type="dxa" w:w="1499"/>
          </w:tcPr>
          <w:p>
            <w:pPr>
              <w:spacing w:after="0"/>
              <w:jc w:val="left"/>
            </w:pPr>
            <w:r>
              <w:rPr>
                <w:sz w:val="16"/>
              </w:rPr>
              <w:t>080305</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Grand County, CO: risk-assessment baseline packet, release 2026-10 (data as of 2026-09-28; County area 08049).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hazard-plain_2026-10_CO_08049.docx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Grand County, CO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Grand County, CO: Risk-assessment baseline packet</dc:title>
  <dc:subject>Hazard Plain release 2026-10, as of 2026-09-28. Preview: automated baseline</dc:subject>
  <dc:creator>Hazard Plain</dc:creator>
  <cp:keywords>Hazard Plain; hazard mitigation; risk assessment; 08049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