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Conejos County, CO</w:t>
      </w:r>
    </w:p>
    <w:p>
      <w:pPr>
        <w:spacing w:after="120" w:before="0"/>
      </w:pPr>
      <w:r>
        <w:rPr>
          <w:color w:val="555555"/>
          <w:sz w:val="24"/>
        </w:rPr>
        <w:t>Risk-assessment baseline packet</w:t>
      </w:r>
    </w:p>
    <w:p>
      <w:pPr>
        <w:spacing w:after="120" w:before="0"/>
      </w:pPr>
      <w:r>
        <w:rPr>
          <w:b/>
          <w:sz w:val="18"/>
        </w:rPr>
        <w:t xml:space="preserve">Unit: </w:t>
      </w:r>
      <w:r>
        <w:rPr>
          <w:sz w:val="18"/>
        </w:rPr>
        <w:t>County area 08021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2028-04-13</w:t>
      </w:r>
    </w:p>
    <w:p>
      <w:pPr>
        <w:keepNext/>
        <w:spacing w:after="40" w:before="0"/>
      </w:pPr>
      <w:r>
        <w:rPr>
          <w:b/>
        </w:rPr>
        <w:t xml:space="preserve">Plan: </w:t>
      </w:r>
      <w:r>
        <w:rPr/>
        <w:t>San Luis Valley Regional Hazard Mitigation Plan 2023 (FEMA plan 108904)</w:t>
      </w:r>
    </w:p>
    <w:p>
      <w:pPr>
        <w:keepNext/>
        <w:spacing w:after="40" w:before="0"/>
      </w:pPr>
      <w:r>
        <w:rPr>
          <w:b/>
        </w:rPr>
        <w:t xml:space="preserve">Approved: </w:t>
      </w:r>
      <w:r>
        <w:rPr/>
        <w:t>2023-04-14</w:t>
      </w:r>
    </w:p>
    <w:p>
      <w:pPr>
        <w:keepNext/>
        <w:spacing w:after="40" w:before="0"/>
      </w:pPr>
      <w:r>
        <w:rPr>
          <w:b/>
        </w:rPr>
        <w:t xml:space="preserve">Expires: </w:t>
      </w:r>
      <w:r>
        <w:rPr/>
        <w:t>2028-04-13</w:t>
      </w:r>
    </w:p>
    <w:p>
      <w:pPr>
        <w:keepNext/>
        <w:spacing w:after="40" w:before="0"/>
      </w:pPr>
      <w:r>
        <w:rPr>
          <w:b/>
        </w:rPr>
        <w:t xml:space="preserve">As of: </w:t>
      </w:r>
      <w:r>
        <w:rPr/>
        <w:t>2026-09-28</w:t>
      </w:r>
    </w:p>
    <w:p>
      <w:pPr>
        <w:keepNext/>
        <w:spacing w:after="40" w:before="0"/>
      </w:pPr>
      <w:r>
        <w:rPr>
          <w:b/>
        </w:rPr>
        <w:t xml:space="preserve">Days: </w:t>
      </w:r>
      <w:r>
        <w:rPr/>
        <w:t>563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10"/>
        <w:gridCol w:w="844"/>
        <w:gridCol w:w="3285"/>
        <w:gridCol w:w="2804"/>
        <w:gridCol w:w="1288"/>
        <w:gridCol w:w="1288"/>
        <w:gridCol w:w="1111"/>
        <w:gridCol w:w="1177"/>
        <w:gridCol w:w="805"/>
      </w:tblGrid>
      <w:tr>
        <w:trPr>
          <w:cantSplit/>
          <w:tblHeader/>
        </w:trPr>
        <w:tc>
          <w:tcPr>
            <w:tcW w:type="dxa" w:w="1510"/>
            <w:shd w:val="clear" w:color="auto" w:fill="E8E8E8"/>
          </w:tcPr>
          <w:p>
            <w:pPr>
              <w:spacing w:after="0"/>
              <w:jc w:val="left"/>
            </w:pPr>
            <w:r>
              <w:rPr>
                <w:b/>
                <w:sz w:val="16"/>
              </w:rPr>
              <w:t>Jurisdiction</w:t>
            </w:r>
          </w:p>
        </w:tc>
        <w:tc>
          <w:tcPr>
            <w:tcW w:type="dxa" w:w="844"/>
            <w:shd w:val="clear" w:color="auto" w:fill="E8E8E8"/>
          </w:tcPr>
          <w:p>
            <w:pPr>
              <w:spacing w:after="0"/>
              <w:jc w:val="left"/>
            </w:pPr>
            <w:r>
              <w:rPr>
                <w:b/>
                <w:sz w:val="16"/>
              </w:rPr>
              <w:t>Type</w:t>
            </w:r>
          </w:p>
        </w:tc>
        <w:tc>
          <w:tcPr>
            <w:tcW w:type="dxa" w:w="3285"/>
            <w:shd w:val="clear" w:color="auto" w:fill="E8E8E8"/>
          </w:tcPr>
          <w:p>
            <w:pPr>
              <w:spacing w:after="0"/>
              <w:jc w:val="left"/>
            </w:pPr>
            <w:r>
              <w:rPr>
                <w:b/>
                <w:sz w:val="16"/>
              </w:rPr>
              <w:t>Status</w:t>
            </w:r>
          </w:p>
        </w:tc>
        <w:tc>
          <w:tcPr>
            <w:tcW w:type="dxa" w:w="2804"/>
            <w:shd w:val="clear" w:color="auto" w:fill="E8E8E8"/>
          </w:tcPr>
          <w:p>
            <w:pPr>
              <w:spacing w:after="0"/>
              <w:jc w:val="left"/>
            </w:pPr>
            <w:r>
              <w:rPr>
                <w:b/>
                <w:sz w:val="16"/>
              </w:rPr>
              <w:t>Plan</w:t>
            </w:r>
          </w:p>
        </w:tc>
        <w:tc>
          <w:tcPr>
            <w:tcW w:type="dxa" w:w="1288"/>
            <w:shd w:val="clear" w:color="auto" w:fill="E8E8E8"/>
          </w:tcPr>
          <w:p>
            <w:pPr>
              <w:spacing w:after="0"/>
              <w:jc w:val="left"/>
            </w:pPr>
            <w:r>
              <w:rPr>
                <w:b/>
                <w:sz w:val="16"/>
              </w:rPr>
              <w:t>Approved</w:t>
            </w:r>
          </w:p>
        </w:tc>
        <w:tc>
          <w:tcPr>
            <w:tcW w:type="dxa" w:w="1288"/>
            <w:shd w:val="clear" w:color="auto" w:fill="E8E8E8"/>
          </w:tcPr>
          <w:p>
            <w:pPr>
              <w:spacing w:after="0"/>
              <w:jc w:val="left"/>
            </w:pPr>
            <w:r>
              <w:rPr>
                <w:b/>
                <w:sz w:val="16"/>
              </w:rPr>
              <w:t>Expires</w:t>
            </w:r>
          </w:p>
        </w:tc>
        <w:tc>
          <w:tcPr>
            <w:tcW w:type="dxa" w:w="111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77"/>
            <w:shd w:val="clear" w:color="auto" w:fill="E8E8E8"/>
          </w:tcPr>
          <w:p>
            <w:pPr>
              <w:spacing w:after="0"/>
              <w:jc w:val="left"/>
            </w:pPr>
            <w:r>
              <w:rPr>
                <w:b/>
                <w:sz w:val="16"/>
              </w:rPr>
              <w:t>Update underway</w:t>
            </w:r>
          </w:p>
        </w:tc>
        <w:tc>
          <w:tcPr>
            <w:tcW w:type="dxa" w:w="805"/>
            <w:shd w:val="clear" w:color="auto" w:fill="E8E8E8"/>
          </w:tcPr>
          <w:p>
            <w:pPr>
              <w:spacing w:after="0"/>
              <w:jc w:val="left"/>
            </w:pPr>
            <w:r>
              <w:rPr>
                <w:b/>
                <w:sz w:val="16"/>
              </w:rPr>
              <w:t>Notes</w:t>
            </w:r>
          </w:p>
        </w:tc>
      </w:tr>
      <w:tr>
        <w:trPr>
          <w:cantSplit/>
        </w:trPr>
        <w:tc>
          <w:tcPr>
            <w:tcW w:type="dxa" w:w="1510"/>
          </w:tcPr>
          <w:p>
            <w:pPr>
              <w:spacing w:after="0"/>
              <w:jc w:val="left"/>
            </w:pPr>
            <w:r>
              <w:rPr>
                <w:sz w:val="16"/>
              </w:rPr>
              <w:t>Conejos County</w:t>
            </w:r>
          </w:p>
        </w:tc>
        <w:tc>
          <w:tcPr>
            <w:tcW w:type="dxa" w:w="844"/>
          </w:tcPr>
          <w:p>
            <w:pPr>
              <w:spacing w:after="0"/>
              <w:jc w:val="left"/>
            </w:pPr>
            <w:r>
              <w:rPr>
                <w:sz w:val="16"/>
              </w:rPr>
              <w:t>County</w:t>
            </w:r>
          </w:p>
        </w:tc>
        <w:tc>
          <w:tcPr>
            <w:tcW w:type="dxa" w:w="3285"/>
          </w:tcPr>
          <w:p>
            <w:pPr>
              <w:spacing w:after="0"/>
              <w:jc w:val="left"/>
            </w:pPr>
            <w:r>
              <w:rPr>
                <w:sz w:val="16"/>
              </w:rPr>
              <w:t>Approved, expires 2028-04-13</w:t>
            </w:r>
          </w:p>
        </w:tc>
        <w:tc>
          <w:tcPr>
            <w:tcW w:type="dxa" w:w="2804"/>
          </w:tcPr>
          <w:p>
            <w:pPr>
              <w:spacing w:after="0"/>
              <w:jc w:val="left"/>
            </w:pPr>
            <w:r>
              <w:rPr>
                <w:sz w:val="16"/>
              </w:rPr>
              <w:t>San Luis Valley Regional Hazard Mitigation Plan 2023 (FEMA plan 108904)</w:t>
            </w:r>
          </w:p>
        </w:tc>
        <w:tc>
          <w:tcPr>
            <w:tcW w:type="dxa" w:w="1288"/>
          </w:tcPr>
          <w:p>
            <w:pPr>
              <w:spacing w:after="0"/>
              <w:jc w:val="left"/>
            </w:pPr>
            <w:r>
              <w:rPr>
                <w:sz w:val="16"/>
              </w:rPr>
              <w:t>2023-04-14</w:t>
            </w:r>
          </w:p>
        </w:tc>
        <w:tc>
          <w:tcPr>
            <w:tcW w:type="dxa" w:w="1288"/>
          </w:tcPr>
          <w:p>
            <w:pPr>
              <w:spacing w:after="0"/>
              <w:jc w:val="left"/>
            </w:pPr>
            <w:r>
              <w:rPr>
                <w:sz w:val="16"/>
              </w:rPr>
              <w:t>2028-04-13</w:t>
            </w:r>
          </w:p>
        </w:tc>
        <w:tc>
          <w:tcPr>
            <w:tcW w:type="dxa" w:w="1111"/>
          </w:tcPr>
          <w:p>
            <w:pPr>
              <w:spacing w:after="0"/>
              <w:jc w:val="right"/>
            </w:pPr>
            <w:r>
              <w:rPr>
                <w:sz w:val="16"/>
              </w:rPr>
              <w:t>563</w:t>
            </w:r>
          </w:p>
        </w:tc>
        <w:tc>
          <w:tcPr>
            <w:tcW w:type="dxa" w:w="1177"/>
          </w:tcPr>
          <w:p>
            <w:pPr>
              <w:spacing w:after="0"/>
              <w:jc w:val="left"/>
            </w:pPr>
          </w:p>
        </w:tc>
        <w:tc>
          <w:tcPr>
            <w:tcW w:type="dxa" w:w="805"/>
          </w:tcPr>
          <w:p>
            <w:pPr>
              <w:spacing w:after="0"/>
              <w:jc w:val="left"/>
            </w:pPr>
          </w:p>
        </w:tc>
      </w:tr>
      <w:tr>
        <w:trPr>
          <w:cantSplit/>
        </w:trPr>
        <w:tc>
          <w:tcPr>
            <w:tcW w:type="dxa" w:w="1510"/>
          </w:tcPr>
          <w:p>
            <w:pPr>
              <w:spacing w:after="0"/>
              <w:jc w:val="left"/>
            </w:pPr>
            <w:r>
              <w:rPr>
                <w:sz w:val="16"/>
              </w:rPr>
              <w:t>Antonito town</w:t>
            </w:r>
          </w:p>
        </w:tc>
        <w:tc>
          <w:tcPr>
            <w:tcW w:type="dxa" w:w="844"/>
          </w:tcPr>
          <w:p>
            <w:pPr>
              <w:spacing w:after="0"/>
              <w:jc w:val="left"/>
            </w:pPr>
            <w:r>
              <w:rPr>
                <w:sz w:val="16"/>
              </w:rPr>
              <w:t>Town</w:t>
            </w:r>
          </w:p>
        </w:tc>
        <w:tc>
          <w:tcPr>
            <w:tcW w:type="dxa" w:w="3285"/>
          </w:tcPr>
          <w:p>
            <w:pPr>
              <w:spacing w:after="0"/>
              <w:jc w:val="left"/>
            </w:pPr>
            <w:r>
              <w:rPr>
                <w:sz w:val="16"/>
              </w:rPr>
              <w:t>Approved, expires 2028-04-13</w:t>
            </w:r>
          </w:p>
        </w:tc>
        <w:tc>
          <w:tcPr>
            <w:tcW w:type="dxa" w:w="2804"/>
          </w:tcPr>
          <w:p>
            <w:pPr>
              <w:spacing w:after="0"/>
              <w:jc w:val="left"/>
            </w:pPr>
            <w:r>
              <w:rPr>
                <w:sz w:val="16"/>
              </w:rPr>
              <w:t>San Luis Valley Regional Hazard Mitigation Plan 2023 (FEMA plan 108904)</w:t>
            </w:r>
          </w:p>
        </w:tc>
        <w:tc>
          <w:tcPr>
            <w:tcW w:type="dxa" w:w="1288"/>
          </w:tcPr>
          <w:p>
            <w:pPr>
              <w:spacing w:after="0"/>
              <w:jc w:val="left"/>
            </w:pPr>
            <w:r>
              <w:rPr>
                <w:sz w:val="16"/>
              </w:rPr>
              <w:t>2023-04-14</w:t>
            </w:r>
          </w:p>
        </w:tc>
        <w:tc>
          <w:tcPr>
            <w:tcW w:type="dxa" w:w="1288"/>
          </w:tcPr>
          <w:p>
            <w:pPr>
              <w:spacing w:after="0"/>
              <w:jc w:val="left"/>
            </w:pPr>
            <w:r>
              <w:rPr>
                <w:sz w:val="16"/>
              </w:rPr>
              <w:t>2028-04-13</w:t>
            </w:r>
          </w:p>
        </w:tc>
        <w:tc>
          <w:tcPr>
            <w:tcW w:type="dxa" w:w="1111"/>
          </w:tcPr>
          <w:p>
            <w:pPr>
              <w:spacing w:after="0"/>
              <w:jc w:val="right"/>
            </w:pPr>
            <w:r>
              <w:rPr>
                <w:sz w:val="16"/>
              </w:rPr>
              <w:t>563</w:t>
            </w:r>
          </w:p>
        </w:tc>
        <w:tc>
          <w:tcPr>
            <w:tcW w:type="dxa" w:w="1177"/>
          </w:tcPr>
          <w:p>
            <w:pPr>
              <w:spacing w:after="0"/>
              <w:jc w:val="left"/>
            </w:pPr>
          </w:p>
        </w:tc>
        <w:tc>
          <w:tcPr>
            <w:tcW w:type="dxa" w:w="805"/>
          </w:tcPr>
          <w:p>
            <w:pPr>
              <w:spacing w:after="0"/>
              <w:jc w:val="left"/>
            </w:pPr>
          </w:p>
        </w:tc>
      </w:tr>
      <w:tr>
        <w:trPr>
          <w:cantSplit/>
        </w:trPr>
        <w:tc>
          <w:tcPr>
            <w:tcW w:type="dxa" w:w="1510"/>
          </w:tcPr>
          <w:p>
            <w:pPr>
              <w:spacing w:after="0"/>
              <w:jc w:val="left"/>
            </w:pPr>
            <w:r>
              <w:rPr>
                <w:sz w:val="16"/>
              </w:rPr>
              <w:t>La Jara town</w:t>
            </w:r>
          </w:p>
        </w:tc>
        <w:tc>
          <w:tcPr>
            <w:tcW w:type="dxa" w:w="844"/>
          </w:tcPr>
          <w:p>
            <w:pPr>
              <w:spacing w:after="0"/>
              <w:jc w:val="left"/>
            </w:pPr>
            <w:r>
              <w:rPr>
                <w:sz w:val="16"/>
              </w:rPr>
              <w:t>Town</w:t>
            </w:r>
          </w:p>
        </w:tc>
        <w:tc>
          <w:tcPr>
            <w:tcW w:type="dxa" w:w="3285"/>
          </w:tcPr>
          <w:p>
            <w:pPr>
              <w:spacing w:after="0"/>
              <w:jc w:val="left"/>
            </w:pPr>
            <w:r>
              <w:rPr>
                <w:sz w:val="16"/>
              </w:rPr>
              <w:t>Approved, expires 2028-04-13</w:t>
            </w:r>
          </w:p>
        </w:tc>
        <w:tc>
          <w:tcPr>
            <w:tcW w:type="dxa" w:w="2804"/>
          </w:tcPr>
          <w:p>
            <w:pPr>
              <w:spacing w:after="0"/>
              <w:jc w:val="left"/>
            </w:pPr>
            <w:r>
              <w:rPr>
                <w:sz w:val="16"/>
              </w:rPr>
              <w:t>San Luis Valley Regional Hazard Mitigation Plan 2023 (FEMA plan 108904)</w:t>
            </w:r>
          </w:p>
        </w:tc>
        <w:tc>
          <w:tcPr>
            <w:tcW w:type="dxa" w:w="1288"/>
          </w:tcPr>
          <w:p>
            <w:pPr>
              <w:spacing w:after="0"/>
              <w:jc w:val="left"/>
            </w:pPr>
            <w:r>
              <w:rPr>
                <w:sz w:val="16"/>
              </w:rPr>
              <w:t>2023-04-14</w:t>
            </w:r>
          </w:p>
        </w:tc>
        <w:tc>
          <w:tcPr>
            <w:tcW w:type="dxa" w:w="1288"/>
          </w:tcPr>
          <w:p>
            <w:pPr>
              <w:spacing w:after="0"/>
              <w:jc w:val="left"/>
            </w:pPr>
            <w:r>
              <w:rPr>
                <w:sz w:val="16"/>
              </w:rPr>
              <w:t>2028-04-13</w:t>
            </w:r>
          </w:p>
        </w:tc>
        <w:tc>
          <w:tcPr>
            <w:tcW w:type="dxa" w:w="1111"/>
          </w:tcPr>
          <w:p>
            <w:pPr>
              <w:spacing w:after="0"/>
              <w:jc w:val="right"/>
            </w:pPr>
            <w:r>
              <w:rPr>
                <w:sz w:val="16"/>
              </w:rPr>
              <w:t>563</w:t>
            </w:r>
          </w:p>
        </w:tc>
        <w:tc>
          <w:tcPr>
            <w:tcW w:type="dxa" w:w="1177"/>
          </w:tcPr>
          <w:p>
            <w:pPr>
              <w:spacing w:after="0"/>
              <w:jc w:val="left"/>
            </w:pPr>
          </w:p>
        </w:tc>
        <w:tc>
          <w:tcPr>
            <w:tcW w:type="dxa" w:w="805"/>
          </w:tcPr>
          <w:p>
            <w:pPr>
              <w:spacing w:after="0"/>
              <w:jc w:val="left"/>
            </w:pPr>
          </w:p>
        </w:tc>
      </w:tr>
      <w:tr>
        <w:trPr>
          <w:cantSplit/>
        </w:trPr>
        <w:tc>
          <w:tcPr>
            <w:tcW w:type="dxa" w:w="1510"/>
          </w:tcPr>
          <w:p>
            <w:pPr>
              <w:spacing w:after="0"/>
              <w:jc w:val="left"/>
            </w:pPr>
            <w:r>
              <w:rPr>
                <w:sz w:val="16"/>
              </w:rPr>
              <w:t>Manassa town</w:t>
            </w:r>
          </w:p>
        </w:tc>
        <w:tc>
          <w:tcPr>
            <w:tcW w:type="dxa" w:w="844"/>
          </w:tcPr>
          <w:p>
            <w:pPr>
              <w:spacing w:after="0"/>
              <w:jc w:val="left"/>
            </w:pPr>
            <w:r>
              <w:rPr>
                <w:sz w:val="16"/>
              </w:rPr>
              <w:t>Town</w:t>
            </w:r>
          </w:p>
        </w:tc>
        <w:tc>
          <w:tcPr>
            <w:tcW w:type="dxa" w:w="3285"/>
          </w:tcPr>
          <w:p>
            <w:pPr>
              <w:spacing w:after="0"/>
              <w:jc w:val="left"/>
            </w:pPr>
            <w:r>
              <w:rPr>
                <w:sz w:val="16"/>
              </w:rPr>
              <w:t>Approved, expires 2028-04-13</w:t>
            </w:r>
          </w:p>
        </w:tc>
        <w:tc>
          <w:tcPr>
            <w:tcW w:type="dxa" w:w="2804"/>
          </w:tcPr>
          <w:p>
            <w:pPr>
              <w:spacing w:after="0"/>
              <w:jc w:val="left"/>
            </w:pPr>
            <w:r>
              <w:rPr>
                <w:sz w:val="16"/>
              </w:rPr>
              <w:t>San Luis Valley Regional Hazard Mitigation Plan 2023 (FEMA plan 108904)</w:t>
            </w:r>
          </w:p>
        </w:tc>
        <w:tc>
          <w:tcPr>
            <w:tcW w:type="dxa" w:w="1288"/>
          </w:tcPr>
          <w:p>
            <w:pPr>
              <w:spacing w:after="0"/>
              <w:jc w:val="left"/>
            </w:pPr>
            <w:r>
              <w:rPr>
                <w:sz w:val="16"/>
              </w:rPr>
              <w:t>2023-04-14</w:t>
            </w:r>
          </w:p>
        </w:tc>
        <w:tc>
          <w:tcPr>
            <w:tcW w:type="dxa" w:w="1288"/>
          </w:tcPr>
          <w:p>
            <w:pPr>
              <w:spacing w:after="0"/>
              <w:jc w:val="left"/>
            </w:pPr>
            <w:r>
              <w:rPr>
                <w:sz w:val="16"/>
              </w:rPr>
              <w:t>2028-04-13</w:t>
            </w:r>
          </w:p>
        </w:tc>
        <w:tc>
          <w:tcPr>
            <w:tcW w:type="dxa" w:w="1111"/>
          </w:tcPr>
          <w:p>
            <w:pPr>
              <w:spacing w:after="0"/>
              <w:jc w:val="right"/>
            </w:pPr>
            <w:r>
              <w:rPr>
                <w:sz w:val="16"/>
              </w:rPr>
              <w:t>563</w:t>
            </w:r>
          </w:p>
        </w:tc>
        <w:tc>
          <w:tcPr>
            <w:tcW w:type="dxa" w:w="1177"/>
          </w:tcPr>
          <w:p>
            <w:pPr>
              <w:spacing w:after="0"/>
              <w:jc w:val="left"/>
            </w:pPr>
          </w:p>
        </w:tc>
        <w:tc>
          <w:tcPr>
            <w:tcW w:type="dxa" w:w="805"/>
          </w:tcPr>
          <w:p>
            <w:pPr>
              <w:spacing w:after="0"/>
              <w:jc w:val="left"/>
            </w:pPr>
          </w:p>
        </w:tc>
      </w:tr>
      <w:tr>
        <w:trPr>
          <w:cantSplit/>
        </w:trPr>
        <w:tc>
          <w:tcPr>
            <w:tcW w:type="dxa" w:w="1510"/>
          </w:tcPr>
          <w:p>
            <w:pPr>
              <w:spacing w:after="0"/>
              <w:jc w:val="left"/>
            </w:pPr>
            <w:r>
              <w:rPr>
                <w:sz w:val="16"/>
              </w:rPr>
              <w:t>Romeo town</w:t>
            </w:r>
          </w:p>
        </w:tc>
        <w:tc>
          <w:tcPr>
            <w:tcW w:type="dxa" w:w="844"/>
          </w:tcPr>
          <w:p>
            <w:pPr>
              <w:spacing w:after="0"/>
              <w:jc w:val="left"/>
            </w:pPr>
            <w:r>
              <w:rPr>
                <w:sz w:val="16"/>
              </w:rPr>
              <w:t>Town</w:t>
            </w:r>
          </w:p>
        </w:tc>
        <w:tc>
          <w:tcPr>
            <w:tcW w:type="dxa" w:w="3285"/>
          </w:tcPr>
          <w:p>
            <w:pPr>
              <w:spacing w:after="0"/>
              <w:jc w:val="left"/>
            </w:pPr>
            <w:r>
              <w:rPr>
                <w:sz w:val="16"/>
              </w:rPr>
              <w:t>Approved, expires 2028-04-13</w:t>
            </w:r>
          </w:p>
        </w:tc>
        <w:tc>
          <w:tcPr>
            <w:tcW w:type="dxa" w:w="2804"/>
          </w:tcPr>
          <w:p>
            <w:pPr>
              <w:spacing w:after="0"/>
              <w:jc w:val="left"/>
            </w:pPr>
            <w:r>
              <w:rPr>
                <w:sz w:val="16"/>
              </w:rPr>
              <w:t>San Luis Valley Regional Hazard Mitigation Plan 2023 (FEMA plan 108904)</w:t>
            </w:r>
          </w:p>
        </w:tc>
        <w:tc>
          <w:tcPr>
            <w:tcW w:type="dxa" w:w="1288"/>
          </w:tcPr>
          <w:p>
            <w:pPr>
              <w:spacing w:after="0"/>
              <w:jc w:val="left"/>
            </w:pPr>
            <w:r>
              <w:rPr>
                <w:sz w:val="16"/>
              </w:rPr>
              <w:t>2023-04-14</w:t>
            </w:r>
          </w:p>
        </w:tc>
        <w:tc>
          <w:tcPr>
            <w:tcW w:type="dxa" w:w="1288"/>
          </w:tcPr>
          <w:p>
            <w:pPr>
              <w:spacing w:after="0"/>
              <w:jc w:val="left"/>
            </w:pPr>
            <w:r>
              <w:rPr>
                <w:sz w:val="16"/>
              </w:rPr>
              <w:t>2028-04-13</w:t>
            </w:r>
          </w:p>
        </w:tc>
        <w:tc>
          <w:tcPr>
            <w:tcW w:type="dxa" w:w="1111"/>
          </w:tcPr>
          <w:p>
            <w:pPr>
              <w:spacing w:after="0"/>
              <w:jc w:val="right"/>
            </w:pPr>
            <w:r>
              <w:rPr>
                <w:sz w:val="16"/>
              </w:rPr>
              <w:t>563</w:t>
            </w:r>
          </w:p>
        </w:tc>
        <w:tc>
          <w:tcPr>
            <w:tcW w:type="dxa" w:w="1177"/>
          </w:tcPr>
          <w:p>
            <w:pPr>
              <w:spacing w:after="0"/>
              <w:jc w:val="left"/>
            </w:pPr>
          </w:p>
        </w:tc>
        <w:tc>
          <w:tcPr>
            <w:tcW w:type="dxa" w:w="805"/>
          </w:tcPr>
          <w:p>
            <w:pPr>
              <w:spacing w:after="0"/>
              <w:jc w:val="left"/>
            </w:pPr>
          </w:p>
        </w:tc>
      </w:tr>
      <w:tr>
        <w:trPr>
          <w:cantSplit/>
        </w:trPr>
        <w:tc>
          <w:tcPr>
            <w:tcW w:type="dxa" w:w="1510"/>
          </w:tcPr>
          <w:p>
            <w:pPr>
              <w:spacing w:after="0"/>
              <w:jc w:val="left"/>
            </w:pPr>
            <w:r>
              <w:rPr>
                <w:sz w:val="16"/>
              </w:rPr>
              <w:t>Sanford town</w:t>
            </w:r>
          </w:p>
        </w:tc>
        <w:tc>
          <w:tcPr>
            <w:tcW w:type="dxa" w:w="844"/>
          </w:tcPr>
          <w:p>
            <w:pPr>
              <w:spacing w:after="0"/>
              <w:jc w:val="left"/>
            </w:pPr>
            <w:r>
              <w:rPr>
                <w:sz w:val="16"/>
              </w:rPr>
              <w:t>Town</w:t>
            </w:r>
          </w:p>
        </w:tc>
        <w:tc>
          <w:tcPr>
            <w:tcW w:type="dxa" w:w="3285"/>
          </w:tcPr>
          <w:p>
            <w:pPr>
              <w:spacing w:after="0"/>
              <w:jc w:val="left"/>
            </w:pPr>
            <w:r>
              <w:rPr>
                <w:sz w:val="16"/>
              </w:rPr>
              <w:t>Approved, expires 2028-04-13</w:t>
            </w:r>
          </w:p>
        </w:tc>
        <w:tc>
          <w:tcPr>
            <w:tcW w:type="dxa" w:w="2804"/>
          </w:tcPr>
          <w:p>
            <w:pPr>
              <w:spacing w:after="0"/>
              <w:jc w:val="left"/>
            </w:pPr>
            <w:r>
              <w:rPr>
                <w:sz w:val="16"/>
              </w:rPr>
              <w:t>San Luis Valley Regional Hazard Mitigation Plan 2023 (FEMA plan 108904)</w:t>
            </w:r>
          </w:p>
        </w:tc>
        <w:tc>
          <w:tcPr>
            <w:tcW w:type="dxa" w:w="1288"/>
          </w:tcPr>
          <w:p>
            <w:pPr>
              <w:spacing w:after="0"/>
              <w:jc w:val="left"/>
            </w:pPr>
            <w:r>
              <w:rPr>
                <w:sz w:val="16"/>
              </w:rPr>
              <w:t>2023-04-14</w:t>
            </w:r>
          </w:p>
        </w:tc>
        <w:tc>
          <w:tcPr>
            <w:tcW w:type="dxa" w:w="1288"/>
          </w:tcPr>
          <w:p>
            <w:pPr>
              <w:spacing w:after="0"/>
              <w:jc w:val="left"/>
            </w:pPr>
            <w:r>
              <w:rPr>
                <w:sz w:val="16"/>
              </w:rPr>
              <w:t>2028-04-13</w:t>
            </w:r>
          </w:p>
        </w:tc>
        <w:tc>
          <w:tcPr>
            <w:tcW w:type="dxa" w:w="1111"/>
          </w:tcPr>
          <w:p>
            <w:pPr>
              <w:spacing w:after="0"/>
              <w:jc w:val="right"/>
            </w:pPr>
            <w:r>
              <w:rPr>
                <w:sz w:val="16"/>
              </w:rPr>
              <w:t>563</w:t>
            </w:r>
          </w:p>
        </w:tc>
        <w:tc>
          <w:tcPr>
            <w:tcW w:type="dxa" w:w="1177"/>
          </w:tcPr>
          <w:p>
            <w:pPr>
              <w:spacing w:after="0"/>
              <w:jc w:val="left"/>
            </w:pPr>
          </w:p>
        </w:tc>
        <w:tc>
          <w:tcPr>
            <w:tcW w:type="dxa" w:w="805"/>
          </w:tcPr>
          <w:p>
            <w:pPr>
              <w:spacing w:after="0"/>
              <w:jc w:val="left"/>
            </w:pPr>
          </w:p>
        </w:tc>
      </w:tr>
    </w:tbl>
    <w:p>
      <w:pPr>
        <w:spacing w:after="40" w:before="60"/>
      </w:pPr>
      <w:r>
        <w:rPr>
          <w:sz w:val="15"/>
        </w:rPr>
        <w:t>Plan 108904 also covers 15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$2,569,218</w:t>
            </w:r>
          </w:p>
        </w:tc>
        <w:tc>
          <w:tcPr>
            <w:tcW w:type="dxa" w:w="1126"/>
          </w:tcPr>
          <w:p>
            <w:pPr>
              <w:spacing w:after="0"/>
              <w:jc w:val="right"/>
            </w:pPr>
            <w:r>
              <w:rPr>
                <w:sz w:val="16"/>
              </w:rPr>
              <w:t>under $1</w:t>
            </w:r>
          </w:p>
        </w:tc>
        <w:tc>
          <w:tcPr>
            <w:tcW w:type="dxa" w:w="1396"/>
          </w:tcPr>
          <w:p>
            <w:pPr>
              <w:spacing w:after="0"/>
              <w:jc w:val="right"/>
            </w:pPr>
            <w:r>
              <w:rPr>
                <w:sz w:val="16"/>
              </w:rPr>
              <w:t>$330</w:t>
            </w:r>
          </w:p>
        </w:tc>
        <w:tc>
          <w:tcPr>
            <w:tcW w:type="dxa" w:w="1154"/>
          </w:tcPr>
          <w:p>
            <w:pPr>
              <w:spacing w:after="0"/>
              <w:jc w:val="right"/>
            </w:pPr>
            <w:r>
              <w:rPr>
                <w:sz w:val="16"/>
              </w:rPr>
              <w:t>$2,569,548</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Declared 2 times; no Storm Events record of this type.</w:t>
            </w:r>
          </w:p>
        </w:tc>
      </w:tr>
      <w:tr>
        <w:trPr>
          <w:cantSplit/>
        </w:trPr>
        <w:tc>
          <w:tcPr>
            <w:tcW w:type="dxa" w:w="704"/>
          </w:tcPr>
          <w:p>
            <w:pPr>
              <w:spacing w:after="0"/>
              <w:jc w:val="right"/>
            </w:pPr>
            <w:r>
              <w:rPr>
                <w:sz w:val="16"/>
              </w:rPr>
              <w:t>2</w:t>
            </w:r>
          </w:p>
        </w:tc>
        <w:tc>
          <w:tcPr>
            <w:tcW w:type="dxa" w:w="1037"/>
          </w:tcPr>
          <w:p>
            <w:pPr>
              <w:spacing w:after="0"/>
              <w:jc w:val="left"/>
            </w:pPr>
            <w:r>
              <w:rPr>
                <w:sz w:val="16"/>
              </w:rPr>
              <w:t>Avalanche</w:t>
            </w:r>
          </w:p>
        </w:tc>
        <w:tc>
          <w:tcPr>
            <w:tcW w:type="dxa" w:w="1271"/>
          </w:tcPr>
          <w:p>
            <w:pPr>
              <w:spacing w:after="0"/>
              <w:jc w:val="left"/>
            </w:pPr>
            <w:r>
              <w:rPr>
                <w:sz w:val="16"/>
              </w:rPr>
              <w:t>Relatively High</w:t>
            </w:r>
          </w:p>
        </w:tc>
        <w:tc>
          <w:tcPr>
            <w:tcW w:type="dxa" w:w="1271"/>
          </w:tcPr>
          <w:p>
            <w:pPr>
              <w:spacing w:after="0"/>
              <w:jc w:val="left"/>
            </w:pPr>
            <w:r>
              <w:rPr>
                <w:sz w:val="16"/>
              </w:rPr>
              <w:t>Relatively Moderate</w:t>
            </w:r>
          </w:p>
        </w:tc>
        <w:tc>
          <w:tcPr>
            <w:tcW w:type="dxa" w:w="1037"/>
          </w:tcPr>
          <w:p>
            <w:pPr>
              <w:spacing w:after="0"/>
              <w:jc w:val="right"/>
            </w:pPr>
            <w:r>
              <w:rPr>
                <w:sz w:val="16"/>
              </w:rPr>
              <w:t>$1</w:t>
            </w:r>
          </w:p>
        </w:tc>
        <w:tc>
          <w:tcPr>
            <w:tcW w:type="dxa" w:w="1126"/>
          </w:tcPr>
          <w:p>
            <w:pPr>
              <w:spacing w:after="0"/>
              <w:jc w:val="right"/>
            </w:pPr>
          </w:p>
        </w:tc>
        <w:tc>
          <w:tcPr>
            <w:tcW w:type="dxa" w:w="1396"/>
          </w:tcPr>
          <w:p>
            <w:pPr>
              <w:spacing w:after="0"/>
              <w:jc w:val="right"/>
            </w:pPr>
            <w:r>
              <w:rPr>
                <w:sz w:val="16"/>
              </w:rPr>
              <w:t>$1,048,148</w:t>
            </w:r>
          </w:p>
        </w:tc>
        <w:tc>
          <w:tcPr>
            <w:tcW w:type="dxa" w:w="1154"/>
          </w:tcPr>
          <w:p>
            <w:pPr>
              <w:spacing w:after="0"/>
              <w:jc w:val="right"/>
            </w:pPr>
            <w:r>
              <w:rPr>
                <w:sz w:val="16"/>
              </w:rPr>
              <w:t>$1,048,149</w:t>
            </w:r>
          </w:p>
        </w:tc>
        <w:tc>
          <w:tcPr>
            <w:tcW w:type="dxa" w:w="1449"/>
          </w:tcPr>
          <w:p>
            <w:pPr>
              <w:spacing w:after="0"/>
              <w:jc w:val="right"/>
            </w:pPr>
            <w:r>
              <w:rPr>
                <w:sz w:val="16"/>
              </w:rPr>
              <w:t>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Cold Wave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$243</w:t>
            </w:r>
          </w:p>
        </w:tc>
        <w:tc>
          <w:tcPr>
            <w:tcW w:type="dxa" w:w="1126"/>
          </w:tcPr>
          <w:p>
            <w:pPr>
              <w:spacing w:after="0"/>
              <w:jc w:val="right"/>
            </w:pPr>
            <w:r>
              <w:rPr>
                <w:sz w:val="16"/>
              </w:rPr>
              <w:t>$75,455</w:t>
            </w:r>
          </w:p>
        </w:tc>
        <w:tc>
          <w:tcPr>
            <w:tcW w:type="dxa" w:w="1396"/>
          </w:tcPr>
          <w:p>
            <w:pPr>
              <w:spacing w:after="0"/>
              <w:jc w:val="right"/>
            </w:pPr>
            <w:r>
              <w:rPr>
                <w:sz w:val="16"/>
              </w:rPr>
              <w:t>$668,601</w:t>
            </w:r>
          </w:p>
        </w:tc>
        <w:tc>
          <w:tcPr>
            <w:tcW w:type="dxa" w:w="1154"/>
          </w:tcPr>
          <w:p>
            <w:pPr>
              <w:spacing w:after="0"/>
              <w:jc w:val="right"/>
            </w:pPr>
            <w:r>
              <w:rPr>
                <w:sz w:val="16"/>
              </w:rPr>
              <w:t>$744,299</w:t>
            </w:r>
          </w:p>
        </w:tc>
        <w:tc>
          <w:tcPr>
            <w:tcW w:type="dxa" w:w="1449"/>
          </w:tcPr>
          <w:p>
            <w:pPr>
              <w:spacing w:after="0"/>
              <w:jc w:val="right"/>
            </w:pPr>
            <w:r>
              <w:rPr>
                <w:sz w:val="16"/>
              </w:rPr>
              <w:t>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Drought</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$470,525</w:t>
            </w:r>
          </w:p>
        </w:tc>
        <w:tc>
          <w:tcPr>
            <w:tcW w:type="dxa" w:w="1396"/>
          </w:tcPr>
          <w:p>
            <w:pPr>
              <w:spacing w:after="0"/>
              <w:jc w:val="right"/>
            </w:pPr>
          </w:p>
        </w:tc>
        <w:tc>
          <w:tcPr>
            <w:tcW w:type="dxa" w:w="1154"/>
          </w:tcPr>
          <w:p>
            <w:pPr>
              <w:spacing w:after="0"/>
              <w:jc w:val="right"/>
            </w:pPr>
            <w:r>
              <w:rPr>
                <w:sz w:val="16"/>
              </w:rPr>
              <w:t>$470,525</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$113,606</w:t>
            </w:r>
          </w:p>
        </w:tc>
        <w:tc>
          <w:tcPr>
            <w:tcW w:type="dxa" w:w="1126"/>
          </w:tcPr>
          <w:p>
            <w:pPr>
              <w:spacing w:after="0"/>
              <w:jc w:val="right"/>
            </w:pPr>
          </w:p>
        </w:tc>
        <w:tc>
          <w:tcPr>
            <w:tcW w:type="dxa" w:w="1396"/>
          </w:tcPr>
          <w:p>
            <w:pPr>
              <w:spacing w:after="0"/>
              <w:jc w:val="right"/>
            </w:pPr>
            <w:r>
              <w:rPr>
                <w:sz w:val="16"/>
              </w:rPr>
              <w:t>$37,567</w:t>
            </w:r>
          </w:p>
        </w:tc>
        <w:tc>
          <w:tcPr>
            <w:tcW w:type="dxa" w:w="1154"/>
          </w:tcPr>
          <w:p>
            <w:pPr>
              <w:spacing w:after="0"/>
              <w:jc w:val="right"/>
            </w:pPr>
            <w:r>
              <w:rPr>
                <w:sz w:val="16"/>
              </w:rPr>
              <w:t>$151,173</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6</w:t>
            </w:r>
          </w:p>
        </w:tc>
        <w:tc>
          <w:tcPr>
            <w:tcW w:type="dxa" w:w="1037"/>
          </w:tcPr>
          <w:p>
            <w:pPr>
              <w:spacing w:after="0"/>
              <w:jc w:val="left"/>
            </w:pPr>
            <w:r>
              <w:rPr>
                <w:sz w:val="16"/>
              </w:rPr>
              <w:t>Lightning</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$1,079</w:t>
            </w:r>
          </w:p>
        </w:tc>
        <w:tc>
          <w:tcPr>
            <w:tcW w:type="dxa" w:w="1126"/>
          </w:tcPr>
          <w:p>
            <w:pPr>
              <w:spacing w:after="0"/>
              <w:jc w:val="right"/>
            </w:pPr>
          </w:p>
        </w:tc>
        <w:tc>
          <w:tcPr>
            <w:tcW w:type="dxa" w:w="1396"/>
          </w:tcPr>
          <w:p>
            <w:pPr>
              <w:spacing w:after="0"/>
              <w:jc w:val="right"/>
            </w:pPr>
            <w:r>
              <w:rPr>
                <w:sz w:val="16"/>
              </w:rPr>
              <w:t>$103,289</w:t>
            </w:r>
          </w:p>
        </w:tc>
        <w:tc>
          <w:tcPr>
            <w:tcW w:type="dxa" w:w="1154"/>
          </w:tcPr>
          <w:p>
            <w:pPr>
              <w:spacing w:after="0"/>
              <w:jc w:val="right"/>
            </w:pPr>
            <w:r>
              <w:rPr>
                <w:sz w:val="16"/>
              </w:rPr>
              <w:t>$104,368</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r>
              <w:rPr>
                <w:sz w:val="16"/>
              </w:rPr>
              <w:t>7</w:t>
            </w:r>
          </w:p>
        </w:tc>
        <w:tc>
          <w:tcPr>
            <w:tcW w:type="dxa" w:w="1037"/>
          </w:tcPr>
          <w:p>
            <w:pPr>
              <w:spacing w:after="0"/>
              <w:jc w:val="left"/>
            </w:pPr>
            <w:r>
              <w:rPr>
                <w:sz w:val="16"/>
              </w:rPr>
              <w:t>Wildfire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$48,801</w:t>
            </w:r>
          </w:p>
        </w:tc>
        <w:tc>
          <w:tcPr>
            <w:tcW w:type="dxa" w:w="1126"/>
          </w:tcPr>
          <w:p>
            <w:pPr>
              <w:spacing w:after="0"/>
              <w:jc w:val="right"/>
            </w:pPr>
            <w:r>
              <w:rPr>
                <w:sz w:val="16"/>
              </w:rPr>
              <w:t>$16</w:t>
            </w:r>
          </w:p>
        </w:tc>
        <w:tc>
          <w:tcPr>
            <w:tcW w:type="dxa" w:w="1396"/>
          </w:tcPr>
          <w:p>
            <w:pPr>
              <w:spacing w:after="0"/>
              <w:jc w:val="right"/>
            </w:pPr>
            <w:r>
              <w:rPr>
                <w:sz w:val="16"/>
              </w:rPr>
              <w:t>$1,094</w:t>
            </w:r>
          </w:p>
        </w:tc>
        <w:tc>
          <w:tcPr>
            <w:tcW w:type="dxa" w:w="1154"/>
          </w:tcPr>
          <w:p>
            <w:pPr>
              <w:spacing w:after="0"/>
              <w:jc w:val="right"/>
            </w:pPr>
            <w:r>
              <w:rPr>
                <w:sz w:val="16"/>
              </w:rPr>
              <w:t>$49,910</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8</w:t>
            </w:r>
          </w:p>
        </w:tc>
        <w:tc>
          <w:tcPr>
            <w:tcW w:type="dxa" w:w="1037"/>
          </w:tcPr>
          <w:p>
            <w:pPr>
              <w:spacing w:after="0"/>
              <w:jc w:val="left"/>
            </w:pPr>
            <w:r>
              <w:rPr>
                <w:sz w:val="16"/>
              </w:rPr>
              <w:t>Tornado</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$18,439</w:t>
            </w:r>
          </w:p>
        </w:tc>
        <w:tc>
          <w:tcPr>
            <w:tcW w:type="dxa" w:w="1126"/>
          </w:tcPr>
          <w:p>
            <w:pPr>
              <w:spacing w:after="0"/>
              <w:jc w:val="right"/>
            </w:pPr>
            <w:r>
              <w:rPr>
                <w:sz w:val="16"/>
              </w:rPr>
              <w:t>$111</w:t>
            </w:r>
          </w:p>
        </w:tc>
        <w:tc>
          <w:tcPr>
            <w:tcW w:type="dxa" w:w="1396"/>
          </w:tcPr>
          <w:p>
            <w:pPr>
              <w:spacing w:after="0"/>
              <w:jc w:val="right"/>
            </w:pPr>
            <w:r>
              <w:rPr>
                <w:sz w:val="16"/>
              </w:rPr>
              <w:t>$19,086</w:t>
            </w:r>
          </w:p>
        </w:tc>
        <w:tc>
          <w:tcPr>
            <w:tcW w:type="dxa" w:w="1154"/>
          </w:tcPr>
          <w:p>
            <w:pPr>
              <w:spacing w:after="0"/>
              <w:jc w:val="right"/>
            </w:pPr>
            <w:r>
              <w:rPr>
                <w:sz w:val="16"/>
              </w:rPr>
              <w:t>$37,637</w:t>
            </w:r>
          </w:p>
        </w:tc>
        <w:tc>
          <w:tcPr>
            <w:tcW w:type="dxa" w:w="1449"/>
          </w:tcPr>
          <w:p>
            <w:pPr>
              <w:spacing w:after="0"/>
              <w:jc w:val="right"/>
            </w:pPr>
            <w:r>
              <w:rPr>
                <w:sz w:val="16"/>
              </w:rPr>
              <w:t>3</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Hail</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$14,151</w:t>
            </w:r>
          </w:p>
        </w:tc>
        <w:tc>
          <w:tcPr>
            <w:tcW w:type="dxa" w:w="1126"/>
          </w:tcPr>
          <w:p>
            <w:pPr>
              <w:spacing w:after="0"/>
              <w:jc w:val="right"/>
            </w:pPr>
            <w:r>
              <w:rPr>
                <w:sz w:val="16"/>
              </w:rPr>
              <w:t>$8,452</w:t>
            </w:r>
          </w:p>
        </w:tc>
        <w:tc>
          <w:tcPr>
            <w:tcW w:type="dxa" w:w="1396"/>
          </w:tcPr>
          <w:p>
            <w:pPr>
              <w:spacing w:after="0"/>
              <w:jc w:val="right"/>
            </w:pPr>
            <w:r>
              <w:rPr>
                <w:sz w:val="16"/>
              </w:rPr>
              <w:t>$1,239</w:t>
            </w:r>
          </w:p>
        </w:tc>
        <w:tc>
          <w:tcPr>
            <w:tcW w:type="dxa" w:w="1154"/>
          </w:tcPr>
          <w:p>
            <w:pPr>
              <w:spacing w:after="0"/>
              <w:jc w:val="right"/>
            </w:pPr>
            <w:r>
              <w:rPr>
                <w:sz w:val="16"/>
              </w:rPr>
              <w:t>$23,841</w:t>
            </w:r>
          </w:p>
        </w:tc>
        <w:tc>
          <w:tcPr>
            <w:tcW w:type="dxa" w:w="1449"/>
          </w:tcPr>
          <w:p>
            <w:pPr>
              <w:spacing w:after="0"/>
              <w:jc w:val="right"/>
            </w:pPr>
            <w:r>
              <w:rPr>
                <w:sz w:val="16"/>
              </w:rPr>
              <w:t>7</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Winter Weather</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$1,184</w:t>
            </w:r>
          </w:p>
        </w:tc>
        <w:tc>
          <w:tcPr>
            <w:tcW w:type="dxa" w:w="1126"/>
          </w:tcPr>
          <w:p>
            <w:pPr>
              <w:spacing w:after="0"/>
              <w:jc w:val="right"/>
            </w:pPr>
            <w:r>
              <w:rPr>
                <w:sz w:val="16"/>
              </w:rPr>
              <w:t>$24</w:t>
            </w:r>
          </w:p>
        </w:tc>
        <w:tc>
          <w:tcPr>
            <w:tcW w:type="dxa" w:w="1396"/>
          </w:tcPr>
          <w:p>
            <w:pPr>
              <w:spacing w:after="0"/>
              <w:jc w:val="right"/>
            </w:pPr>
            <w:r>
              <w:rPr>
                <w:sz w:val="16"/>
              </w:rPr>
              <w:t>$16,294</w:t>
            </w:r>
          </w:p>
        </w:tc>
        <w:tc>
          <w:tcPr>
            <w:tcW w:type="dxa" w:w="1154"/>
          </w:tcPr>
          <w:p>
            <w:pPr>
              <w:spacing w:after="0"/>
              <w:jc w:val="right"/>
            </w:pPr>
            <w:r>
              <w:rPr>
                <w:sz w:val="16"/>
              </w:rPr>
              <w:t>$17,502</w:t>
            </w:r>
          </w:p>
        </w:tc>
        <w:tc>
          <w:tcPr>
            <w:tcW w:type="dxa" w:w="1449"/>
          </w:tcPr>
          <w:p>
            <w:pPr>
              <w:spacing w:after="0"/>
              <w:jc w:val="right"/>
            </w:pPr>
            <w:r>
              <w:rPr>
                <w:sz w:val="16"/>
              </w:rPr>
              <w:t>362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11</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$732</w:t>
            </w:r>
          </w:p>
        </w:tc>
        <w:tc>
          <w:tcPr>
            <w:tcW w:type="dxa" w:w="1396"/>
          </w:tcPr>
          <w:p>
            <w:pPr>
              <w:spacing w:after="0"/>
              <w:jc w:val="right"/>
            </w:pPr>
            <w:r>
              <w:rPr>
                <w:sz w:val="16"/>
              </w:rPr>
              <w:t>$9,195</w:t>
            </w:r>
          </w:p>
        </w:tc>
        <w:tc>
          <w:tcPr>
            <w:tcW w:type="dxa" w:w="1154"/>
          </w:tcPr>
          <w:p>
            <w:pPr>
              <w:spacing w:after="0"/>
              <w:jc w:val="right"/>
            </w:pPr>
            <w:r>
              <w:rPr>
                <w:sz w:val="16"/>
              </w:rPr>
              <w:t>$9,930</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12</w:t>
            </w:r>
          </w:p>
        </w:tc>
        <w:tc>
          <w:tcPr>
            <w:tcW w:type="dxa" w:w="1037"/>
          </w:tcPr>
          <w:p>
            <w:pPr>
              <w:spacing w:after="0"/>
              <w:jc w:val="left"/>
            </w:pPr>
            <w:r>
              <w:rPr>
                <w:sz w:val="16"/>
              </w:rPr>
              <w:t>Strong Wind</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$1,259</w:t>
            </w:r>
          </w:p>
        </w:tc>
        <w:tc>
          <w:tcPr>
            <w:tcW w:type="dxa" w:w="1126"/>
          </w:tcPr>
          <w:p>
            <w:pPr>
              <w:spacing w:after="0"/>
              <w:jc w:val="right"/>
            </w:pPr>
            <w:r>
              <w:rPr>
                <w:sz w:val="16"/>
              </w:rPr>
              <w:t>$5</w:t>
            </w:r>
          </w:p>
        </w:tc>
        <w:tc>
          <w:tcPr>
            <w:tcW w:type="dxa" w:w="1396"/>
          </w:tcPr>
          <w:p>
            <w:pPr>
              <w:spacing w:after="0"/>
              <w:jc w:val="right"/>
            </w:pPr>
            <w:r>
              <w:rPr>
                <w:sz w:val="16"/>
              </w:rPr>
              <w:t>$3,442</w:t>
            </w:r>
          </w:p>
        </w:tc>
        <w:tc>
          <w:tcPr>
            <w:tcW w:type="dxa" w:w="1154"/>
          </w:tcPr>
          <w:p>
            <w:pPr>
              <w:spacing w:after="0"/>
              <w:jc w:val="right"/>
            </w:pPr>
            <w:r>
              <w:rPr>
                <w:sz w:val="16"/>
              </w:rPr>
              <w:t>$4,706</w:t>
            </w:r>
          </w:p>
        </w:tc>
        <w:tc>
          <w:tcPr>
            <w:tcW w:type="dxa" w:w="1449"/>
          </w:tcPr>
          <w:p>
            <w:pPr>
              <w:spacing w:after="0"/>
              <w:jc w:val="right"/>
            </w:pPr>
            <w:r>
              <w:rPr>
                <w:sz w:val="16"/>
              </w:rPr>
              <w:t>46</w:t>
            </w:r>
          </w:p>
        </w:tc>
        <w:tc>
          <w:tcPr>
            <w:tcW w:type="dxa" w:w="1747"/>
          </w:tcPr>
          <w:p>
            <w:pPr>
              <w:spacing w:after="0"/>
              <w:jc w:val="left"/>
            </w:pPr>
          </w:p>
        </w:tc>
        <w:tc>
          <w:tcPr>
            <w:tcW w:type="dxa" w:w="1919"/>
          </w:tcPr>
          <w:p>
            <w:pPr>
              <w:spacing w:after="0"/>
              <w:jc w:val="left"/>
            </w:pPr>
            <w:r>
              <w:rPr>
                <w:sz w:val="16"/>
              </w:rPr>
              <w:t>Includes 46 High Wind records, event types the NRI definition of this hazard leaves out.</w:t>
            </w:r>
          </w:p>
        </w:tc>
      </w:tr>
      <w:tr>
        <w:trPr>
          <w:cantSplit/>
        </w:trPr>
        <w:tc>
          <w:tcPr>
            <w:tcW w:type="dxa" w:w="704"/>
          </w:tcPr>
          <w:p>
            <w:pPr>
              <w:spacing w:after="0"/>
              <w:jc w:val="right"/>
            </w:pPr>
            <w:r>
              <w:rPr>
                <w:sz w:val="16"/>
              </w:rPr>
              <w:t>13</w:t>
            </w:r>
          </w:p>
        </w:tc>
        <w:tc>
          <w:tcPr>
            <w:tcW w:type="dxa" w:w="1037"/>
          </w:tcPr>
          <w:p>
            <w:pPr>
              <w:spacing w:after="0"/>
              <w:jc w:val="left"/>
            </w:pPr>
            <w:r>
              <w:rPr>
                <w:sz w:val="16"/>
              </w:rPr>
              <w:t>Landslide</w:t>
            </w:r>
          </w:p>
        </w:tc>
        <w:tc>
          <w:tcPr>
            <w:tcW w:type="dxa" w:w="1271"/>
          </w:tcPr>
          <w:p>
            <w:pPr>
              <w:spacing w:after="0"/>
              <w:jc w:val="left"/>
            </w:pPr>
            <w:r>
              <w:rPr>
                <w:sz w:val="16"/>
              </w:rPr>
              <w:t>Relatively Low</w:t>
            </w:r>
          </w:p>
        </w:tc>
        <w:tc>
          <w:tcPr>
            <w:tcW w:type="dxa" w:w="1271"/>
          </w:tcPr>
          <w:p>
            <w:pPr>
              <w:spacing w:after="0"/>
              <w:jc w:val="left"/>
            </w:pPr>
            <w:r>
              <w:rPr>
                <w:sz w:val="16"/>
              </w:rPr>
              <w:t>Very Low</w:t>
            </w:r>
          </w:p>
        </w:tc>
        <w:tc>
          <w:tcPr>
            <w:tcW w:type="dxa" w:w="1037"/>
          </w:tcPr>
          <w:p>
            <w:pPr>
              <w:spacing w:after="0"/>
              <w:jc w:val="right"/>
            </w:pPr>
            <w:r>
              <w:rPr>
                <w:sz w:val="16"/>
              </w:rPr>
              <w:t>$288</w:t>
            </w:r>
          </w:p>
        </w:tc>
        <w:tc>
          <w:tcPr>
            <w:tcW w:type="dxa" w:w="1126"/>
          </w:tcPr>
          <w:p>
            <w:pPr>
              <w:spacing w:after="0"/>
              <w:jc w:val="right"/>
            </w:pPr>
          </w:p>
        </w:tc>
        <w:tc>
          <w:tcPr>
            <w:tcW w:type="dxa" w:w="1396"/>
          </w:tcPr>
          <w:p>
            <w:pPr>
              <w:spacing w:after="0"/>
              <w:jc w:val="right"/>
            </w:pPr>
            <w:r>
              <w:rPr>
                <w:sz w:val="16"/>
              </w:rPr>
              <w:t>$2,923</w:t>
            </w:r>
          </w:p>
        </w:tc>
        <w:tc>
          <w:tcPr>
            <w:tcW w:type="dxa" w:w="1154"/>
          </w:tcPr>
          <w:p>
            <w:pPr>
              <w:spacing w:after="0"/>
              <w:jc w:val="right"/>
            </w:pPr>
            <w:r>
              <w:rPr>
                <w:sz w:val="16"/>
              </w:rPr>
              <w:t>$3,211</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14</w:t>
            </w:r>
          </w:p>
        </w:tc>
        <w:tc>
          <w:tcPr>
            <w:tcW w:type="dxa" w:w="1037"/>
          </w:tcPr>
          <w:p>
            <w:pPr>
              <w:spacing w:after="0"/>
              <w:jc w:val="left"/>
            </w:pPr>
            <w:r>
              <w:rPr>
                <w:sz w:val="16"/>
              </w:rPr>
              <w:t>Ice Storm</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$1,861</w:t>
            </w:r>
          </w:p>
        </w:tc>
        <w:tc>
          <w:tcPr>
            <w:tcW w:type="dxa" w:w="1126"/>
          </w:tcPr>
          <w:p>
            <w:pPr>
              <w:spacing w:after="0"/>
              <w:jc w:val="right"/>
            </w:pPr>
          </w:p>
        </w:tc>
        <w:tc>
          <w:tcPr>
            <w:tcW w:type="dxa" w:w="1396"/>
          </w:tcPr>
          <w:p>
            <w:pPr>
              <w:spacing w:after="0"/>
              <w:jc w:val="right"/>
            </w:pPr>
            <w:r>
              <w:rPr>
                <w:sz w:val="16"/>
              </w:rPr>
              <w:t>$508</w:t>
            </w:r>
          </w:p>
        </w:tc>
        <w:tc>
          <w:tcPr>
            <w:tcW w:type="dxa" w:w="1154"/>
          </w:tcPr>
          <w:p>
            <w:pPr>
              <w:spacing w:after="0"/>
              <w:jc w:val="right"/>
            </w:pPr>
            <w:r>
              <w:rPr>
                <w:sz w:val="16"/>
              </w:rPr>
              <w:t>$2,369</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15</w:t>
            </w:r>
          </w:p>
        </w:tc>
        <w:tc>
          <w:tcPr>
            <w:tcW w:type="dxa" w:w="1037"/>
          </w:tcPr>
          <w:p>
            <w:pPr>
              <w:spacing w:after="0"/>
              <w:jc w:val="left"/>
            </w:pPr>
            <w:r>
              <w:rPr>
                <w:sz w:val="16"/>
              </w:rPr>
              <w:t>Volcanic Activity</w:t>
            </w:r>
          </w:p>
        </w:tc>
        <w:tc>
          <w:tcPr>
            <w:tcW w:type="dxa" w:w="1271"/>
          </w:tcPr>
          <w:p>
            <w:pPr>
              <w:spacing w:after="0"/>
              <w:jc w:val="left"/>
            </w:pPr>
            <w:r>
              <w:rPr>
                <w:sz w:val="16"/>
              </w:rPr>
              <w:t>No Rating</w:t>
            </w:r>
          </w:p>
        </w:tc>
        <w:tc>
          <w:tcPr>
            <w:tcW w:type="dxa" w:w="1271"/>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p>
        </w:tc>
        <w:tc>
          <w:tcPr>
            <w:tcW w:type="dxa" w:w="1396"/>
          </w:tcPr>
          <w:p>
            <w:pPr>
              <w:spacing w:after="0"/>
              <w:jc w:val="right"/>
            </w:pPr>
            <w:r>
              <w:rPr>
                <w:sz w:val="16"/>
              </w:rPr>
              <w:t>$0</w:t>
            </w:r>
          </w:p>
        </w:tc>
        <w:tc>
          <w:tcPr>
            <w:tcW w:type="dxa" w:w="1154"/>
          </w:tcPr>
          <w:p>
            <w:pPr>
              <w:spacing w:after="0"/>
              <w:jc w:val="right"/>
            </w:pPr>
            <w:r>
              <w:rPr>
                <w:sz w:val="16"/>
              </w:rPr>
              <w:t>$0</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1"/>
        <w:gridCol w:w="1802"/>
        <w:gridCol w:w="1643"/>
        <w:gridCol w:w="1431"/>
        <w:gridCol w:w="1522"/>
        <w:gridCol w:w="1760"/>
        <w:gridCol w:w="1725"/>
        <w:gridCol w:w="2386"/>
      </w:tblGrid>
      <w:tr>
        <w:trPr>
          <w:cantSplit/>
          <w:tblHeader/>
        </w:trPr>
        <w:tc>
          <w:tcPr>
            <w:tcW w:type="dxa" w:w="1841"/>
            <w:shd w:val="clear" w:color="auto" w:fill="E8E8E8"/>
          </w:tcPr>
          <w:p>
            <w:pPr>
              <w:spacing w:after="0"/>
              <w:jc w:val="left"/>
            </w:pPr>
            <w:r>
              <w:rPr>
                <w:b/>
                <w:sz w:val="16"/>
              </w:rPr>
              <w:t>Hazard</w:t>
            </w:r>
          </w:p>
        </w:tc>
        <w:tc>
          <w:tcPr>
            <w:tcW w:type="dxa" w:w="1802"/>
            <w:shd w:val="clear" w:color="auto" w:fill="E8E8E8"/>
          </w:tcPr>
          <w:p>
            <w:pPr>
              <w:spacing w:after="0"/>
              <w:jc w:val="left"/>
            </w:pPr>
            <w:r>
              <w:rPr>
                <w:b/>
                <w:sz w:val="16"/>
              </w:rPr>
              <w:t>Scale</w:t>
            </w:r>
          </w:p>
        </w:tc>
        <w:tc>
          <w:tcPr>
            <w:tcW w:type="dxa" w:w="1643"/>
            <w:shd w:val="clear" w:color="auto" w:fill="E8E8E8"/>
          </w:tcPr>
          <w:p>
            <w:pPr>
              <w:spacing w:after="0"/>
              <w:jc w:val="right"/>
            </w:pPr>
            <w:r>
              <w:rPr>
                <w:b/>
                <w:sz w:val="16"/>
              </w:rPr>
              <w:t>Records</w:t>
            </w:r>
          </w:p>
          <w:p>
            <w:pPr>
              <w:spacing w:after="0"/>
              <w:jc w:val="right"/>
            </w:pPr>
            <w:r>
              <w:rPr>
                <w:i/>
                <w:color w:val="555555"/>
                <w:sz w:val="14"/>
              </w:rPr>
              <w:t>count, years</w:t>
            </w:r>
          </w:p>
        </w:tc>
        <w:tc>
          <w:tcPr>
            <w:tcW w:type="dxa" w:w="1431"/>
            <w:shd w:val="clear" w:color="auto" w:fill="E8E8E8"/>
          </w:tcPr>
          <w:p>
            <w:pPr>
              <w:spacing w:after="0"/>
              <w:jc w:val="left"/>
            </w:pPr>
            <w:r>
              <w:rPr>
                <w:b/>
                <w:sz w:val="16"/>
              </w:rPr>
              <w:t>Observed range</w:t>
            </w:r>
          </w:p>
        </w:tc>
        <w:tc>
          <w:tcPr>
            <w:tcW w:type="dxa" w:w="1522"/>
            <w:shd w:val="clear" w:color="auto" w:fill="E8E8E8"/>
          </w:tcPr>
          <w:p>
            <w:pPr>
              <w:spacing w:after="0"/>
              <w:jc w:val="left"/>
            </w:pPr>
            <w:r>
              <w:rPr>
                <w:b/>
                <w:sz w:val="16"/>
              </w:rPr>
              <w:t>Worst recorded event</w:t>
            </w:r>
          </w:p>
        </w:tc>
        <w:tc>
          <w:tcPr>
            <w:tcW w:type="dxa" w:w="1760"/>
            <w:shd w:val="clear" w:color="auto" w:fill="E8E8E8"/>
          </w:tcPr>
          <w:p>
            <w:pPr>
              <w:spacing w:after="0"/>
              <w:jc w:val="left"/>
            </w:pPr>
            <w:r>
              <w:rPr>
                <w:b/>
                <w:sz w:val="16"/>
              </w:rPr>
              <w:t>Most damaging (when different)</w:t>
            </w:r>
          </w:p>
        </w:tc>
        <w:tc>
          <w:tcPr>
            <w:tcW w:type="dxa" w:w="1725"/>
            <w:shd w:val="clear" w:color="auto" w:fill="E8E8E8"/>
          </w:tcPr>
          <w:p>
            <w:pPr>
              <w:spacing w:after="0"/>
              <w:jc w:val="left"/>
            </w:pPr>
            <w:r>
              <w:rPr>
                <w:b/>
                <w:sz w:val="16"/>
              </w:rPr>
              <w:t>How it applies to members</w:t>
            </w:r>
          </w:p>
        </w:tc>
        <w:tc>
          <w:tcPr>
            <w:tcW w:type="dxa" w:w="2386"/>
            <w:shd w:val="clear" w:color="auto" w:fill="E8E8E8"/>
          </w:tcPr>
          <w:p>
            <w:pPr>
              <w:spacing w:after="0"/>
              <w:jc w:val="left"/>
            </w:pPr>
            <w:r>
              <w:rPr>
                <w:b/>
                <w:sz w:val="16"/>
              </w:rPr>
              <w:t>Note</w:t>
            </w:r>
          </w:p>
        </w:tc>
      </w:tr>
      <w:tr>
        <w:trPr>
          <w:cantSplit/>
        </w:trPr>
        <w:tc>
          <w:tcPr>
            <w:tcW w:type="dxa" w:w="1841"/>
          </w:tcPr>
          <w:p>
            <w:pPr>
              <w:spacing w:after="0"/>
              <w:jc w:val="left"/>
            </w:pPr>
            <w:r>
              <w:rPr>
                <w:sz w:val="16"/>
              </w:rPr>
              <w:t>Avalanche</w:t>
            </w:r>
          </w:p>
        </w:tc>
        <w:tc>
          <w:tcPr>
            <w:tcW w:type="dxa" w:w="1802"/>
          </w:tcPr>
          <w:p>
            <w:pPr>
              <w:spacing w:after="0"/>
              <w:jc w:val="left"/>
            </w:pPr>
            <w:r>
              <w:rPr>
                <w:sz w:val="16"/>
              </w:rPr>
              <w:t>none (count and damage)</w:t>
            </w:r>
          </w:p>
        </w:tc>
        <w:tc>
          <w:tcPr>
            <w:tcW w:type="dxa" w:w="1643"/>
          </w:tcPr>
          <w:p>
            <w:pPr>
              <w:spacing w:after="0"/>
              <w:jc w:val="right"/>
            </w:pPr>
            <w:r>
              <w:rPr>
                <w:sz w:val="16"/>
              </w:rPr>
              <w:t>4, 2010 to 2016 (4 zone-level)</w:t>
            </w:r>
          </w:p>
        </w:tc>
        <w:tc>
          <w:tcPr>
            <w:tcW w:type="dxa" w:w="1431"/>
          </w:tcPr>
          <w:p>
            <w:pPr>
              <w:spacing w:after="0"/>
              <w:jc w:val="left"/>
            </w:pPr>
          </w:p>
        </w:tc>
        <w:tc>
          <w:tcPr>
            <w:tcW w:type="dxa" w:w="1522"/>
          </w:tcPr>
          <w:p>
            <w:pPr>
              <w:spacing w:after="0"/>
              <w:jc w:val="left"/>
            </w:pPr>
            <w:r>
              <w:rPr>
                <w:sz w:val="16"/>
              </w:rPr>
              <w:t>No damage reported in 4 records.</w:t>
            </w:r>
          </w:p>
        </w:tc>
        <w:tc>
          <w:tcPr>
            <w:tcW w:type="dxa" w:w="1760"/>
          </w:tcPr>
          <w:p>
            <w:pPr>
              <w:spacing w:after="0"/>
              <w:jc w:val="left"/>
            </w:pPr>
          </w:p>
        </w:tc>
        <w:tc>
          <w:tcPr>
            <w:tcW w:type="dxa" w:w="1725"/>
          </w:tcPr>
          <w:p>
            <w:pPr>
              <w:spacing w:after="0"/>
              <w:jc w:val="left"/>
            </w:pPr>
            <w:r>
              <w:rPr>
                <w:sz w:val="16"/>
              </w:rPr>
              <w:t>Zone-level records: applies countywide; national data do not locate these events within the county.</w:t>
            </w:r>
          </w:p>
        </w:tc>
        <w:tc>
          <w:tcPr>
            <w:tcW w:type="dxa" w:w="2386"/>
          </w:tcPr>
          <w:p>
            <w:pPr>
              <w:spacing w:after="0"/>
              <w:jc w:val="left"/>
            </w:pPr>
            <w:r>
              <w:rPr>
                <w:sz w:val="16"/>
              </w:rPr>
              <w:t>Physical measure: in event narratives only; local data required.</w:t>
            </w:r>
          </w:p>
        </w:tc>
      </w:tr>
      <w:tr>
        <w:trPr>
          <w:cantSplit/>
        </w:trPr>
        <w:tc>
          <w:tcPr>
            <w:tcW w:type="dxa" w:w="1841"/>
          </w:tcPr>
          <w:p>
            <w:pPr>
              <w:spacing w:after="0"/>
              <w:jc w:val="left"/>
            </w:pPr>
            <w:r>
              <w:rPr>
                <w:sz w:val="16"/>
              </w:rPr>
              <w:t>Coastal Flood, Storm Surge/Tide</w:t>
            </w:r>
          </w:p>
        </w:tc>
        <w:tc>
          <w:tcPr>
            <w:tcW w:type="dxa" w:w="1802"/>
          </w:tcPr>
          <w:p>
            <w:pPr>
              <w:spacing w:after="0"/>
              <w:jc w:val="left"/>
            </w:pPr>
            <w:r>
              <w:rPr>
                <w:sz w:val="16"/>
              </w:rPr>
              <w:t>none in data (FIRM for depth)</w:t>
            </w:r>
          </w:p>
        </w:tc>
        <w:tc>
          <w:tcPr>
            <w:tcW w:type="dxa" w:w="1643"/>
          </w:tcPr>
          <w:p>
            <w:pPr>
              <w:spacing w:after="0"/>
              <w:jc w:val="right"/>
            </w:pPr>
            <w:r>
              <w:rPr>
                <w:sz w:val="16"/>
              </w:rPr>
              <w:t>0</w:t>
            </w:r>
          </w:p>
        </w:tc>
        <w:tc>
          <w:tcPr>
            <w:tcW w:type="dxa" w:w="1431"/>
          </w:tcPr>
          <w:p>
            <w:pPr>
              <w:spacing w:after="0"/>
              <w:jc w:val="left"/>
            </w:pPr>
          </w:p>
        </w:tc>
        <w:tc>
          <w:tcPr>
            <w:tcW w:type="dxa" w:w="1522"/>
          </w:tcPr>
          <w:p>
            <w:pPr>
              <w:spacing w:after="0"/>
              <w:jc w:val="left"/>
            </w:pPr>
          </w:p>
        </w:tc>
        <w:tc>
          <w:tcPr>
            <w:tcW w:type="dxa" w:w="1760"/>
          </w:tcPr>
          <w:p>
            <w:pPr>
              <w:spacing w:after="0"/>
              <w:jc w:val="left"/>
            </w:pPr>
          </w:p>
        </w:tc>
        <w:tc>
          <w:tcPr>
            <w:tcW w:type="dxa" w:w="1725"/>
          </w:tcPr>
          <w:p>
            <w:pPr>
              <w:spacing w:after="0"/>
              <w:jc w:val="left"/>
            </w:pPr>
          </w:p>
        </w:tc>
        <w:tc>
          <w:tcPr>
            <w:tcW w:type="dxa" w:w="2386"/>
          </w:tcPr>
          <w:p>
            <w:pPr>
              <w:spacing w:after="0"/>
              <w:jc w:val="left"/>
            </w:pPr>
            <w:r>
              <w:rPr>
                <w:sz w:val="16"/>
              </w:rPr>
              <w:t>Flood depth: see the FEMA Flood Insurance Rate Map.</w:t>
            </w:r>
          </w:p>
        </w:tc>
      </w:tr>
      <w:tr>
        <w:trPr>
          <w:cantSplit/>
        </w:trPr>
        <w:tc>
          <w:tcPr>
            <w:tcW w:type="dxa" w:w="1841"/>
          </w:tcPr>
          <w:p>
            <w:pPr>
              <w:spacing w:after="0"/>
              <w:jc w:val="left"/>
            </w:pPr>
            <w:r>
              <w:rPr>
                <w:sz w:val="16"/>
              </w:rPr>
              <w:t>Cold/Wind Chill, Extreme Cold/Wind Chill</w:t>
            </w:r>
          </w:p>
        </w:tc>
        <w:tc>
          <w:tcPr>
            <w:tcW w:type="dxa" w:w="1802"/>
          </w:tcPr>
          <w:p>
            <w:pPr>
              <w:spacing w:after="0"/>
              <w:jc w:val="left"/>
            </w:pPr>
            <w:r>
              <w:rPr>
                <w:sz w:val="16"/>
              </w:rPr>
              <w:t>wind chill</w:t>
            </w:r>
          </w:p>
        </w:tc>
        <w:tc>
          <w:tcPr>
            <w:tcW w:type="dxa" w:w="1643"/>
          </w:tcPr>
          <w:p>
            <w:pPr>
              <w:spacing w:after="0"/>
              <w:jc w:val="right"/>
            </w:pPr>
            <w:r>
              <w:rPr>
                <w:sz w:val="16"/>
              </w:rPr>
              <w:t>6, 1996 to 1997 (6 zone-level)</w:t>
            </w:r>
          </w:p>
        </w:tc>
        <w:tc>
          <w:tcPr>
            <w:tcW w:type="dxa" w:w="1431"/>
          </w:tcPr>
          <w:p>
            <w:pPr>
              <w:spacing w:after="0"/>
              <w:jc w:val="left"/>
            </w:pPr>
            <w:r>
              <w:rPr>
                <w:sz w:val="16"/>
              </w:rPr>
              <w:t>2 days to 4 days (median 2 days); 5 with a recorded value</w:t>
            </w:r>
          </w:p>
        </w:tc>
        <w:tc>
          <w:tcPr>
            <w:tcW w:type="dxa" w:w="1522"/>
          </w:tcPr>
          <w:p>
            <w:pPr>
              <w:spacing w:after="0"/>
              <w:jc w:val="left"/>
            </w:pPr>
            <w:r>
              <w:rPr>
                <w:sz w:val="16"/>
              </w:rPr>
              <w:t>4 consecutive days, 1996-02-01 to 1996-02-04, zone-level</w:t>
            </w:r>
          </w:p>
        </w:tc>
        <w:tc>
          <w:tcPr>
            <w:tcW w:type="dxa" w:w="1760"/>
          </w:tcPr>
          <w:p>
            <w:pPr>
              <w:spacing w:after="0"/>
              <w:jc w:val="left"/>
            </w:pPr>
          </w:p>
        </w:tc>
        <w:tc>
          <w:tcPr>
            <w:tcW w:type="dxa" w:w="1725"/>
          </w:tcPr>
          <w:p>
            <w:pPr>
              <w:spacing w:after="0"/>
              <w:jc w:val="left"/>
            </w:pPr>
            <w:r>
              <w:rPr>
                <w:sz w:val="16"/>
              </w:rPr>
              <w:t>Zone-level records: applies countywide; national data do not locate these events within the county.</w:t>
            </w:r>
          </w:p>
        </w:tc>
        <w:tc>
          <w:tcPr>
            <w:tcW w:type="dxa" w:w="2386"/>
          </w:tcPr>
          <w:p>
            <w:pPr>
              <w:spacing w:after="0"/>
              <w:jc w:val="left"/>
            </w:pPr>
            <w:r>
              <w:rPr>
                <w:sz w:val="16"/>
              </w:rPr>
              <w:t>Wind chill: in event narratives only; local data required.</w:t>
            </w:r>
          </w:p>
        </w:tc>
      </w:tr>
      <w:tr>
        <w:trPr>
          <w:cantSplit/>
        </w:trPr>
        <w:tc>
          <w:tcPr>
            <w:tcW w:type="dxa" w:w="1841"/>
          </w:tcPr>
          <w:p>
            <w:pPr>
              <w:spacing w:after="0"/>
              <w:jc w:val="left"/>
            </w:pPr>
            <w:r>
              <w:rPr>
                <w:sz w:val="16"/>
              </w:rPr>
              <w:t>Frost/Freeze (outside NRI Cold Wave definition)</w:t>
            </w:r>
          </w:p>
        </w:tc>
        <w:tc>
          <w:tcPr>
            <w:tcW w:type="dxa" w:w="1802"/>
          </w:tcPr>
          <w:p>
            <w:pPr>
              <w:spacing w:after="0"/>
              <w:jc w:val="left"/>
            </w:pPr>
            <w:r>
              <w:rPr>
                <w:sz w:val="16"/>
              </w:rPr>
              <w:t>crop damage</w:t>
            </w:r>
          </w:p>
        </w:tc>
        <w:tc>
          <w:tcPr>
            <w:tcW w:type="dxa" w:w="1643"/>
          </w:tcPr>
          <w:p>
            <w:pPr>
              <w:spacing w:after="0"/>
              <w:jc w:val="right"/>
            </w:pPr>
            <w:r>
              <w:rPr>
                <w:sz w:val="16"/>
              </w:rPr>
              <w:t>0</w:t>
            </w:r>
          </w:p>
        </w:tc>
        <w:tc>
          <w:tcPr>
            <w:tcW w:type="dxa" w:w="1431"/>
          </w:tcPr>
          <w:p>
            <w:pPr>
              <w:spacing w:after="0"/>
              <w:jc w:val="left"/>
            </w:pPr>
          </w:p>
        </w:tc>
        <w:tc>
          <w:tcPr>
            <w:tcW w:type="dxa" w:w="1522"/>
          </w:tcPr>
          <w:p>
            <w:pPr>
              <w:spacing w:after="0"/>
              <w:jc w:val="left"/>
            </w:pPr>
          </w:p>
        </w:tc>
        <w:tc>
          <w:tcPr>
            <w:tcW w:type="dxa" w:w="1760"/>
          </w:tcPr>
          <w:p>
            <w:pPr>
              <w:spacing w:after="0"/>
              <w:jc w:val="left"/>
            </w:pPr>
          </w:p>
        </w:tc>
        <w:tc>
          <w:tcPr>
            <w:tcW w:type="dxa" w:w="1725"/>
          </w:tcPr>
          <w:p>
            <w:pPr>
              <w:spacing w:after="0"/>
              <w:jc w:val="left"/>
            </w:pPr>
          </w:p>
        </w:tc>
        <w:tc>
          <w:tcPr>
            <w:tcW w:type="dxa" w:w="2386"/>
          </w:tcPr>
          <w:p>
            <w:pPr>
              <w:spacing w:after="0"/>
              <w:jc w:val="left"/>
            </w:pPr>
            <w:r>
              <w:rPr>
                <w:sz w:val="16"/>
              </w:rPr>
              <w:t>Temperature: in event narratives only; local data required.</w:t>
            </w:r>
          </w:p>
        </w:tc>
      </w:tr>
      <w:tr>
        <w:trPr>
          <w:cantSplit/>
        </w:trPr>
        <w:tc>
          <w:tcPr>
            <w:tcW w:type="dxa" w:w="1841"/>
          </w:tcPr>
          <w:p>
            <w:pPr>
              <w:spacing w:after="0"/>
              <w:jc w:val="left"/>
            </w:pPr>
            <w:r>
              <w:rPr>
                <w:sz w:val="16"/>
              </w:rPr>
              <w:t>Drought</w:t>
            </w:r>
          </w:p>
        </w:tc>
        <w:tc>
          <w:tcPr>
            <w:tcW w:type="dxa" w:w="1802"/>
          </w:tcPr>
          <w:p>
            <w:pPr>
              <w:spacing w:after="0"/>
              <w:jc w:val="left"/>
            </w:pPr>
            <w:r>
              <w:rPr>
                <w:sz w:val="16"/>
              </w:rPr>
              <w:t>US Drought Monitor D-scale</w:t>
            </w:r>
          </w:p>
        </w:tc>
        <w:tc>
          <w:tcPr>
            <w:tcW w:type="dxa" w:w="1643"/>
          </w:tcPr>
          <w:p>
            <w:pPr>
              <w:spacing w:after="0"/>
              <w:jc w:val="right"/>
            </w:pPr>
            <w:r>
              <w:rPr>
                <w:sz w:val="16"/>
              </w:rPr>
              <w:t>1, 2002 to 2002 (1 zone-level)</w:t>
            </w:r>
          </w:p>
        </w:tc>
        <w:tc>
          <w:tcPr>
            <w:tcW w:type="dxa" w:w="1431"/>
          </w:tcPr>
          <w:p>
            <w:pPr>
              <w:spacing w:after="0"/>
              <w:jc w:val="left"/>
            </w:pPr>
            <w:r>
              <w:rPr>
                <w:sz w:val="16"/>
              </w:rPr>
              <w:t>31 days; 1 with a recorded value</w:t>
            </w:r>
          </w:p>
        </w:tc>
        <w:tc>
          <w:tcPr>
            <w:tcW w:type="dxa" w:w="1522"/>
          </w:tcPr>
          <w:p>
            <w:pPr>
              <w:spacing w:after="0"/>
              <w:jc w:val="left"/>
            </w:pPr>
            <w:r>
              <w:rPr>
                <w:sz w:val="16"/>
              </w:rPr>
              <w:t>31 days (1 month), 2002-07-01 to 2002-07-31, zone-level</w:t>
            </w:r>
          </w:p>
        </w:tc>
        <w:tc>
          <w:tcPr>
            <w:tcW w:type="dxa" w:w="1760"/>
          </w:tcPr>
          <w:p>
            <w:pPr>
              <w:spacing w:after="0"/>
              <w:jc w:val="left"/>
            </w:pPr>
          </w:p>
        </w:tc>
        <w:tc>
          <w:tcPr>
            <w:tcW w:type="dxa" w:w="1725"/>
          </w:tcPr>
          <w:p>
            <w:pPr>
              <w:spacing w:after="0"/>
              <w:jc w:val="left"/>
            </w:pPr>
            <w:r>
              <w:rPr>
                <w:sz w:val="16"/>
              </w:rPr>
              <w:t>Zone-level records: applies countywide; national data do not locate these events within the county.</w:t>
            </w:r>
          </w:p>
        </w:tc>
        <w:tc>
          <w:tcPr>
            <w:tcW w:type="dxa" w:w="23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1"/>
          </w:tcPr>
          <w:p>
            <w:pPr>
              <w:spacing w:after="0"/>
              <w:jc w:val="left"/>
            </w:pPr>
            <w:r>
              <w:rPr>
                <w:sz w:val="16"/>
              </w:rPr>
              <w:t>Earthquake</w:t>
            </w:r>
          </w:p>
        </w:tc>
        <w:tc>
          <w:tcPr>
            <w:tcW w:type="dxa" w:w="1802"/>
          </w:tcPr>
          <w:p>
            <w:pPr>
              <w:spacing w:after="0"/>
              <w:jc w:val="left"/>
            </w:pPr>
            <w:r>
              <w:rPr>
                <w:sz w:val="16"/>
              </w:rPr>
              <w:t>Modified Mercalli (local data)</w:t>
            </w:r>
          </w:p>
        </w:tc>
        <w:tc>
          <w:tcPr>
            <w:tcW w:type="dxa" w:w="1643"/>
          </w:tcPr>
          <w:p>
            <w:pPr>
              <w:spacing w:after="0"/>
              <w:jc w:val="right"/>
            </w:pPr>
            <w:r>
              <w:rPr>
                <w:sz w:val="16"/>
              </w:rPr>
              <w:t>0</w:t>
            </w:r>
          </w:p>
        </w:tc>
        <w:tc>
          <w:tcPr>
            <w:tcW w:type="dxa" w:w="1431"/>
          </w:tcPr>
          <w:p>
            <w:pPr>
              <w:spacing w:after="0"/>
              <w:jc w:val="left"/>
            </w:pPr>
          </w:p>
        </w:tc>
        <w:tc>
          <w:tcPr>
            <w:tcW w:type="dxa" w:w="1522"/>
          </w:tcPr>
          <w:p>
            <w:pPr>
              <w:spacing w:after="0"/>
              <w:jc w:val="left"/>
            </w:pPr>
          </w:p>
        </w:tc>
        <w:tc>
          <w:tcPr>
            <w:tcW w:type="dxa" w:w="1760"/>
          </w:tcPr>
          <w:p>
            <w:pPr>
              <w:spacing w:after="0"/>
              <w:jc w:val="left"/>
            </w:pPr>
          </w:p>
        </w:tc>
        <w:tc>
          <w:tcPr>
            <w:tcW w:type="dxa" w:w="1725"/>
          </w:tcPr>
          <w:p>
            <w:pPr>
              <w:spacing w:after="0"/>
              <w:jc w:val="left"/>
            </w:pPr>
          </w:p>
        </w:tc>
        <w:tc>
          <w:tcPr>
            <w:tcW w:type="dxa" w:w="2386"/>
          </w:tcPr>
          <w:p>
            <w:pPr>
              <w:spacing w:after="0"/>
              <w:jc w:val="left"/>
            </w:pPr>
            <w:r>
              <w:rPr>
                <w:sz w:val="16"/>
              </w:rPr>
              <w:t>No Storm Events record; local data required (e.g., USGS).</w:t>
            </w:r>
          </w:p>
        </w:tc>
      </w:tr>
      <w:tr>
        <w:trPr>
          <w:cantSplit/>
        </w:trPr>
        <w:tc>
          <w:tcPr>
            <w:tcW w:type="dxa" w:w="1841"/>
          </w:tcPr>
          <w:p>
            <w:pPr>
              <w:spacing w:after="0"/>
              <w:jc w:val="left"/>
            </w:pPr>
            <w:r>
              <w:rPr>
                <w:sz w:val="16"/>
              </w:rPr>
              <w:t>Hail</w:t>
            </w:r>
          </w:p>
        </w:tc>
        <w:tc>
          <w:tcPr>
            <w:tcW w:type="dxa" w:w="1802"/>
          </w:tcPr>
          <w:p>
            <w:pPr>
              <w:spacing w:after="0"/>
              <w:jc w:val="left"/>
            </w:pPr>
            <w:r>
              <w:rPr>
                <w:sz w:val="16"/>
              </w:rPr>
              <w:t>hail size (inches)</w:t>
            </w:r>
          </w:p>
        </w:tc>
        <w:tc>
          <w:tcPr>
            <w:tcW w:type="dxa" w:w="1643"/>
          </w:tcPr>
          <w:p>
            <w:pPr>
              <w:spacing w:after="0"/>
              <w:jc w:val="right"/>
            </w:pPr>
            <w:r>
              <w:rPr>
                <w:sz w:val="16"/>
              </w:rPr>
              <w:t>8, 1961 to 2014</w:t>
            </w:r>
          </w:p>
        </w:tc>
        <w:tc>
          <w:tcPr>
            <w:tcW w:type="dxa" w:w="1431"/>
          </w:tcPr>
          <w:p>
            <w:pPr>
              <w:spacing w:after="0"/>
              <w:jc w:val="left"/>
            </w:pPr>
            <w:r>
              <w:rPr>
                <w:sz w:val="16"/>
              </w:rPr>
              <w:t>0.75 in to 1.75 in (median 1 in); 8 with a recorded value</w:t>
            </w:r>
          </w:p>
        </w:tc>
        <w:tc>
          <w:tcPr>
            <w:tcW w:type="dxa" w:w="1522"/>
          </w:tcPr>
          <w:p>
            <w:pPr>
              <w:spacing w:after="0"/>
              <w:jc w:val="left"/>
            </w:pPr>
            <w:r>
              <w:rPr>
                <w:sz w:val="16"/>
              </w:rPr>
              <w:t>1.75 in hail, 1961-07-08</w:t>
            </w:r>
          </w:p>
        </w:tc>
        <w:tc>
          <w:tcPr>
            <w:tcW w:type="dxa" w:w="1760"/>
          </w:tcPr>
          <w:p>
            <w:pPr>
              <w:spacing w:after="0"/>
              <w:jc w:val="left"/>
            </w:pPr>
          </w:p>
        </w:tc>
        <w:tc>
          <w:tcPr>
            <w:tcW w:type="dxa" w:w="1725"/>
          </w:tcPr>
          <w:p>
            <w:pPr>
              <w:spacing w:after="0"/>
              <w:jc w:val="left"/>
            </w:pPr>
            <w:r>
              <w:rPr>
                <w:sz w:val="16"/>
              </w:rPr>
              <w:t>Event records naming member places: Antonito town (3 records), La Jara town (2 records), Sanford town (1 record).</w:t>
            </w:r>
          </w:p>
        </w:tc>
        <w:tc>
          <w:tcPr>
            <w:tcW w:type="dxa" w:w="2386"/>
          </w:tcPr>
          <w:p>
            <w:pPr>
              <w:spacing w:after="0"/>
              <w:jc w:val="left"/>
            </w:pPr>
          </w:p>
        </w:tc>
      </w:tr>
      <w:tr>
        <w:trPr>
          <w:cantSplit/>
        </w:trPr>
        <w:tc>
          <w:tcPr>
            <w:tcW w:type="dxa" w:w="1841"/>
          </w:tcPr>
          <w:p>
            <w:pPr>
              <w:spacing w:after="0"/>
              <w:jc w:val="left"/>
            </w:pPr>
            <w:r>
              <w:rPr>
                <w:sz w:val="16"/>
              </w:rPr>
              <w:t>Excessive Heat, Heat</w:t>
            </w:r>
          </w:p>
        </w:tc>
        <w:tc>
          <w:tcPr>
            <w:tcW w:type="dxa" w:w="1802"/>
          </w:tcPr>
          <w:p>
            <w:pPr>
              <w:spacing w:after="0"/>
              <w:jc w:val="left"/>
            </w:pPr>
            <w:r>
              <w:rPr>
                <w:sz w:val="16"/>
              </w:rPr>
              <w:t>heat index (narratives)</w:t>
            </w:r>
          </w:p>
        </w:tc>
        <w:tc>
          <w:tcPr>
            <w:tcW w:type="dxa" w:w="1643"/>
          </w:tcPr>
          <w:p>
            <w:pPr>
              <w:spacing w:after="0"/>
              <w:jc w:val="right"/>
            </w:pPr>
            <w:r>
              <w:rPr>
                <w:sz w:val="16"/>
              </w:rPr>
              <w:t>0</w:t>
            </w:r>
          </w:p>
        </w:tc>
        <w:tc>
          <w:tcPr>
            <w:tcW w:type="dxa" w:w="1431"/>
          </w:tcPr>
          <w:p>
            <w:pPr>
              <w:spacing w:after="0"/>
              <w:jc w:val="left"/>
            </w:pPr>
          </w:p>
        </w:tc>
        <w:tc>
          <w:tcPr>
            <w:tcW w:type="dxa" w:w="1522"/>
          </w:tcPr>
          <w:p>
            <w:pPr>
              <w:spacing w:after="0"/>
              <w:jc w:val="left"/>
            </w:pPr>
          </w:p>
        </w:tc>
        <w:tc>
          <w:tcPr>
            <w:tcW w:type="dxa" w:w="1760"/>
          </w:tcPr>
          <w:p>
            <w:pPr>
              <w:spacing w:after="0"/>
              <w:jc w:val="left"/>
            </w:pPr>
          </w:p>
        </w:tc>
        <w:tc>
          <w:tcPr>
            <w:tcW w:type="dxa" w:w="1725"/>
          </w:tcPr>
          <w:p>
            <w:pPr>
              <w:spacing w:after="0"/>
              <w:jc w:val="left"/>
            </w:pPr>
          </w:p>
        </w:tc>
        <w:tc>
          <w:tcPr>
            <w:tcW w:type="dxa" w:w="2386"/>
          </w:tcPr>
          <w:p>
            <w:pPr>
              <w:spacing w:after="0"/>
              <w:jc w:val="left"/>
            </w:pPr>
            <w:r>
              <w:rPr>
                <w:sz w:val="16"/>
              </w:rPr>
              <w:t>Heat index: in event narratives only; local data required.</w:t>
            </w:r>
          </w:p>
        </w:tc>
      </w:tr>
      <w:tr>
        <w:trPr>
          <w:cantSplit/>
        </w:trPr>
        <w:tc>
          <w:tcPr>
            <w:tcW w:type="dxa" w:w="1841"/>
          </w:tcPr>
          <w:p>
            <w:pPr>
              <w:spacing w:after="0"/>
              <w:jc w:val="left"/>
            </w:pPr>
            <w:r>
              <w:rPr>
                <w:sz w:val="16"/>
              </w:rPr>
              <w:t>Hurricane, Tropical Storm, Tropical Depression</w:t>
            </w:r>
          </w:p>
        </w:tc>
        <w:tc>
          <w:tcPr>
            <w:tcW w:type="dxa" w:w="1802"/>
          </w:tcPr>
          <w:p>
            <w:pPr>
              <w:spacing w:after="0"/>
              <w:jc w:val="left"/>
            </w:pPr>
            <w:r>
              <w:rPr>
                <w:sz w:val="16"/>
              </w:rPr>
              <w:t>Saffir-Simpson</w:t>
            </w:r>
          </w:p>
        </w:tc>
        <w:tc>
          <w:tcPr>
            <w:tcW w:type="dxa" w:w="1643"/>
          </w:tcPr>
          <w:p>
            <w:pPr>
              <w:spacing w:after="0"/>
              <w:jc w:val="right"/>
            </w:pPr>
            <w:r>
              <w:rPr>
                <w:sz w:val="16"/>
              </w:rPr>
              <w:t>0</w:t>
            </w:r>
          </w:p>
        </w:tc>
        <w:tc>
          <w:tcPr>
            <w:tcW w:type="dxa" w:w="1431"/>
          </w:tcPr>
          <w:p>
            <w:pPr>
              <w:spacing w:after="0"/>
              <w:jc w:val="left"/>
            </w:pPr>
          </w:p>
        </w:tc>
        <w:tc>
          <w:tcPr>
            <w:tcW w:type="dxa" w:w="1522"/>
          </w:tcPr>
          <w:p>
            <w:pPr>
              <w:spacing w:after="0"/>
              <w:jc w:val="left"/>
            </w:pPr>
          </w:p>
        </w:tc>
        <w:tc>
          <w:tcPr>
            <w:tcW w:type="dxa" w:w="1760"/>
          </w:tcPr>
          <w:p>
            <w:pPr>
              <w:spacing w:after="0"/>
              <w:jc w:val="left"/>
            </w:pPr>
          </w:p>
        </w:tc>
        <w:tc>
          <w:tcPr>
            <w:tcW w:type="dxa" w:w="1725"/>
          </w:tcPr>
          <w:p>
            <w:pPr>
              <w:spacing w:after="0"/>
              <w:jc w:val="left"/>
            </w:pPr>
          </w:p>
        </w:tc>
        <w:tc>
          <w:tcPr>
            <w:tcW w:type="dxa" w:w="238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41"/>
          </w:tcPr>
          <w:p>
            <w:pPr>
              <w:spacing w:after="0"/>
              <w:jc w:val="left"/>
            </w:pPr>
            <w:r>
              <w:rPr>
                <w:sz w:val="16"/>
              </w:rPr>
              <w:t>Ice Storm</w:t>
            </w:r>
          </w:p>
        </w:tc>
        <w:tc>
          <w:tcPr>
            <w:tcW w:type="dxa" w:w="1802"/>
          </w:tcPr>
          <w:p>
            <w:pPr>
              <w:spacing w:after="0"/>
              <w:jc w:val="left"/>
            </w:pPr>
            <w:r>
              <w:rPr>
                <w:sz w:val="16"/>
              </w:rPr>
              <w:t>Sperry-Piltz (local data)</w:t>
            </w:r>
          </w:p>
        </w:tc>
        <w:tc>
          <w:tcPr>
            <w:tcW w:type="dxa" w:w="1643"/>
          </w:tcPr>
          <w:p>
            <w:pPr>
              <w:spacing w:after="0"/>
              <w:jc w:val="right"/>
            </w:pPr>
            <w:r>
              <w:rPr>
                <w:sz w:val="16"/>
              </w:rPr>
              <w:t>0</w:t>
            </w:r>
          </w:p>
        </w:tc>
        <w:tc>
          <w:tcPr>
            <w:tcW w:type="dxa" w:w="1431"/>
          </w:tcPr>
          <w:p>
            <w:pPr>
              <w:spacing w:after="0"/>
              <w:jc w:val="left"/>
            </w:pPr>
          </w:p>
        </w:tc>
        <w:tc>
          <w:tcPr>
            <w:tcW w:type="dxa" w:w="1522"/>
          </w:tcPr>
          <w:p>
            <w:pPr>
              <w:spacing w:after="0"/>
              <w:jc w:val="left"/>
            </w:pPr>
          </w:p>
        </w:tc>
        <w:tc>
          <w:tcPr>
            <w:tcW w:type="dxa" w:w="1760"/>
          </w:tcPr>
          <w:p>
            <w:pPr>
              <w:spacing w:after="0"/>
              <w:jc w:val="left"/>
            </w:pPr>
          </w:p>
        </w:tc>
        <w:tc>
          <w:tcPr>
            <w:tcW w:type="dxa" w:w="1725"/>
          </w:tcPr>
          <w:p>
            <w:pPr>
              <w:spacing w:after="0"/>
              <w:jc w:val="left"/>
            </w:pPr>
          </w:p>
        </w:tc>
        <w:tc>
          <w:tcPr>
            <w:tcW w:type="dxa" w:w="2386"/>
          </w:tcPr>
          <w:p>
            <w:pPr>
              <w:spacing w:after="0"/>
              <w:jc w:val="left"/>
            </w:pPr>
            <w:r>
              <w:rPr>
                <w:sz w:val="16"/>
              </w:rPr>
              <w:t>Ice thickness: in event narratives only; local data required.</w:t>
            </w:r>
          </w:p>
        </w:tc>
      </w:tr>
      <w:tr>
        <w:trPr>
          <w:cantSplit/>
        </w:trPr>
        <w:tc>
          <w:tcPr>
            <w:tcW w:type="dxa" w:w="1841"/>
          </w:tcPr>
          <w:p>
            <w:pPr>
              <w:spacing w:after="0"/>
              <w:jc w:val="left"/>
            </w:pPr>
            <w:r>
              <w:rPr>
                <w:sz w:val="16"/>
              </w:rPr>
              <w:t>Flash Flood, Flood, Lakeshore Flood</w:t>
            </w:r>
          </w:p>
        </w:tc>
        <w:tc>
          <w:tcPr>
            <w:tcW w:type="dxa" w:w="1802"/>
          </w:tcPr>
          <w:p>
            <w:pPr>
              <w:spacing w:after="0"/>
              <w:jc w:val="left"/>
            </w:pPr>
            <w:r>
              <w:rPr>
                <w:sz w:val="16"/>
              </w:rPr>
              <w:t>damage and flood days (FIRM for depth)</w:t>
            </w:r>
          </w:p>
        </w:tc>
        <w:tc>
          <w:tcPr>
            <w:tcW w:type="dxa" w:w="1643"/>
          </w:tcPr>
          <w:p>
            <w:pPr>
              <w:spacing w:after="0"/>
              <w:jc w:val="right"/>
            </w:pPr>
            <w:r>
              <w:rPr>
                <w:sz w:val="16"/>
              </w:rPr>
              <w:t>0</w:t>
            </w:r>
          </w:p>
        </w:tc>
        <w:tc>
          <w:tcPr>
            <w:tcW w:type="dxa" w:w="1431"/>
          </w:tcPr>
          <w:p>
            <w:pPr>
              <w:spacing w:after="0"/>
              <w:jc w:val="left"/>
            </w:pPr>
          </w:p>
        </w:tc>
        <w:tc>
          <w:tcPr>
            <w:tcW w:type="dxa" w:w="1522"/>
          </w:tcPr>
          <w:p>
            <w:pPr>
              <w:spacing w:after="0"/>
              <w:jc w:val="left"/>
            </w:pPr>
          </w:p>
        </w:tc>
        <w:tc>
          <w:tcPr>
            <w:tcW w:type="dxa" w:w="1760"/>
          </w:tcPr>
          <w:p>
            <w:pPr>
              <w:spacing w:after="0"/>
              <w:jc w:val="left"/>
            </w:pPr>
          </w:p>
        </w:tc>
        <w:tc>
          <w:tcPr>
            <w:tcW w:type="dxa" w:w="1725"/>
          </w:tcPr>
          <w:p>
            <w:pPr>
              <w:spacing w:after="0"/>
              <w:jc w:val="left"/>
            </w:pPr>
          </w:p>
        </w:tc>
        <w:tc>
          <w:tcPr>
            <w:tcW w:type="dxa" w:w="238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41"/>
          </w:tcPr>
          <w:p>
            <w:pPr>
              <w:spacing w:after="0"/>
              <w:jc w:val="left"/>
            </w:pPr>
            <w:r>
              <w:rPr>
                <w:sz w:val="16"/>
              </w:rPr>
              <w:t>Debris Flow</w:t>
            </w:r>
          </w:p>
        </w:tc>
        <w:tc>
          <w:tcPr>
            <w:tcW w:type="dxa" w:w="1802"/>
          </w:tcPr>
          <w:p>
            <w:pPr>
              <w:spacing w:after="0"/>
              <w:jc w:val="left"/>
            </w:pPr>
            <w:r>
              <w:rPr>
                <w:sz w:val="16"/>
              </w:rPr>
              <w:t>none (count and damage)</w:t>
            </w:r>
          </w:p>
        </w:tc>
        <w:tc>
          <w:tcPr>
            <w:tcW w:type="dxa" w:w="1643"/>
          </w:tcPr>
          <w:p>
            <w:pPr>
              <w:spacing w:after="0"/>
              <w:jc w:val="right"/>
            </w:pPr>
            <w:r>
              <w:rPr>
                <w:sz w:val="16"/>
              </w:rPr>
              <w:t>2, 2006 to 2022 (1 zone-level)</w:t>
            </w:r>
          </w:p>
        </w:tc>
        <w:tc>
          <w:tcPr>
            <w:tcW w:type="dxa" w:w="1431"/>
          </w:tcPr>
          <w:p>
            <w:pPr>
              <w:spacing w:after="0"/>
              <w:jc w:val="left"/>
            </w:pPr>
          </w:p>
        </w:tc>
        <w:tc>
          <w:tcPr>
            <w:tcW w:type="dxa" w:w="1522"/>
          </w:tcPr>
          <w:p>
            <w:pPr>
              <w:spacing w:after="0"/>
              <w:jc w:val="left"/>
            </w:pPr>
            <w:r>
              <w:rPr>
                <w:sz w:val="16"/>
              </w:rPr>
              <w:t>No damage reported in 2 records.</w:t>
            </w:r>
          </w:p>
        </w:tc>
        <w:tc>
          <w:tcPr>
            <w:tcW w:type="dxa" w:w="1760"/>
          </w:tcPr>
          <w:p>
            <w:pPr>
              <w:spacing w:after="0"/>
              <w:jc w:val="left"/>
            </w:pPr>
          </w:p>
        </w:tc>
        <w:tc>
          <w:tcPr>
            <w:tcW w:type="dxa" w:w="1725"/>
          </w:tcPr>
          <w:p>
            <w:pPr>
              <w:spacing w:after="0"/>
              <w:jc w:val="left"/>
            </w:pPr>
            <w:r>
              <w:rPr>
                <w:sz w:val="16"/>
              </w:rPr>
              <w:t>No event record names a member place. Zone-level records (1) apply countywide.</w:t>
            </w:r>
          </w:p>
        </w:tc>
        <w:tc>
          <w:tcPr>
            <w:tcW w:type="dxa" w:w="2386"/>
          </w:tcPr>
          <w:p>
            <w:pPr>
              <w:spacing w:after="0"/>
              <w:jc w:val="left"/>
            </w:pPr>
            <w:r>
              <w:rPr>
                <w:sz w:val="16"/>
              </w:rPr>
              <w:t>Physical measure: in event narratives only; local data required.</w:t>
            </w:r>
          </w:p>
        </w:tc>
      </w:tr>
      <w:tr>
        <w:trPr>
          <w:cantSplit/>
        </w:trPr>
        <w:tc>
          <w:tcPr>
            <w:tcW w:type="dxa" w:w="1841"/>
          </w:tcPr>
          <w:p>
            <w:pPr>
              <w:spacing w:after="0"/>
              <w:jc w:val="left"/>
            </w:pPr>
            <w:r>
              <w:rPr>
                <w:sz w:val="16"/>
              </w:rPr>
              <w:t>Lightning</w:t>
            </w:r>
          </w:p>
        </w:tc>
        <w:tc>
          <w:tcPr>
            <w:tcW w:type="dxa" w:w="1802"/>
          </w:tcPr>
          <w:p>
            <w:pPr>
              <w:spacing w:after="0"/>
              <w:jc w:val="left"/>
            </w:pPr>
            <w:r>
              <w:rPr>
                <w:sz w:val="16"/>
              </w:rPr>
              <w:t>annualized frequency (the measure FEMA's Local Mitigation Planning Handbook names)</w:t>
            </w:r>
          </w:p>
        </w:tc>
        <w:tc>
          <w:tcPr>
            <w:tcW w:type="dxa" w:w="1643"/>
          </w:tcPr>
          <w:p>
            <w:pPr>
              <w:spacing w:after="0"/>
              <w:jc w:val="right"/>
            </w:pPr>
            <w:r>
              <w:rPr>
                <w:sz w:val="16"/>
              </w:rPr>
              <w:t>0</w:t>
            </w:r>
          </w:p>
        </w:tc>
        <w:tc>
          <w:tcPr>
            <w:tcW w:type="dxa" w:w="1431"/>
          </w:tcPr>
          <w:p>
            <w:pPr>
              <w:spacing w:after="0"/>
              <w:jc w:val="left"/>
            </w:pPr>
          </w:p>
        </w:tc>
        <w:tc>
          <w:tcPr>
            <w:tcW w:type="dxa" w:w="1522"/>
          </w:tcPr>
          <w:p>
            <w:pPr>
              <w:spacing w:after="0"/>
              <w:jc w:val="left"/>
            </w:pPr>
          </w:p>
        </w:tc>
        <w:tc>
          <w:tcPr>
            <w:tcW w:type="dxa" w:w="1760"/>
          </w:tcPr>
          <w:p>
            <w:pPr>
              <w:spacing w:after="0"/>
              <w:jc w:val="left"/>
            </w:pPr>
          </w:p>
        </w:tc>
        <w:tc>
          <w:tcPr>
            <w:tcW w:type="dxa" w:w="1725"/>
          </w:tcPr>
          <w:p>
            <w:pPr>
              <w:spacing w:after="0"/>
              <w:jc w:val="left"/>
            </w:pPr>
          </w:p>
        </w:tc>
        <w:tc>
          <w:tcPr>
            <w:tcW w:type="dxa" w:w="2386"/>
          </w:tcPr>
          <w:p>
            <w:pPr>
              <w:spacing w:after="0"/>
              <w:jc w:val="left"/>
            </w:pPr>
            <w:r>
              <w:rPr>
                <w:sz w:val="16"/>
              </w:rPr>
              <w:t>Storm Events lists lightning with damage or casualties; physical measure in event narratives only; local data required.</w:t>
            </w:r>
          </w:p>
        </w:tc>
      </w:tr>
      <w:tr>
        <w:trPr>
          <w:cantSplit/>
        </w:trPr>
        <w:tc>
          <w:tcPr>
            <w:tcW w:type="dxa" w:w="1841"/>
          </w:tcPr>
          <w:p>
            <w:pPr>
              <w:spacing w:after="0"/>
              <w:jc w:val="left"/>
            </w:pPr>
            <w:r>
              <w:rPr>
                <w:sz w:val="16"/>
              </w:rPr>
              <w:t>High Wind and Strong Wind (outside NRI Strong Wind definition)</w:t>
            </w:r>
          </w:p>
        </w:tc>
        <w:tc>
          <w:tcPr>
            <w:tcW w:type="dxa" w:w="1802"/>
          </w:tcPr>
          <w:p>
            <w:pPr>
              <w:spacing w:after="0"/>
              <w:jc w:val="left"/>
            </w:pPr>
            <w:r>
              <w:rPr>
                <w:sz w:val="16"/>
              </w:rPr>
              <w:t>wind speed (kt and mph)</w:t>
            </w:r>
          </w:p>
        </w:tc>
        <w:tc>
          <w:tcPr>
            <w:tcW w:type="dxa" w:w="1643"/>
          </w:tcPr>
          <w:p>
            <w:pPr>
              <w:spacing w:after="0"/>
              <w:jc w:val="right"/>
            </w:pPr>
            <w:r>
              <w:rPr>
                <w:sz w:val="16"/>
              </w:rPr>
              <w:t>46, 1996 to 2025 (46 zone-level)</w:t>
            </w:r>
          </w:p>
        </w:tc>
        <w:tc>
          <w:tcPr>
            <w:tcW w:type="dxa" w:w="1431"/>
          </w:tcPr>
          <w:p>
            <w:pPr>
              <w:spacing w:after="0"/>
              <w:jc w:val="left"/>
            </w:pPr>
            <w:r>
              <w:rPr>
                <w:sz w:val="16"/>
              </w:rPr>
              <w:t>42 kt (48 mph) to 87 kt (100 mph) (median 60 kt (69 mph)); 46 with a recorded value</w:t>
            </w:r>
          </w:p>
        </w:tc>
        <w:tc>
          <w:tcPr>
            <w:tcW w:type="dxa" w:w="1522"/>
          </w:tcPr>
          <w:p>
            <w:pPr>
              <w:spacing w:after="0"/>
              <w:jc w:val="left"/>
            </w:pPr>
            <w:r>
              <w:rPr>
                <w:sz w:val="16"/>
              </w:rPr>
              <w:t>87 kt (100 mph), measurement type not recorded, High Wind, 1996-12-05; NWS zone COZ068 (EASTERN SAN JUAN MOUNTAINS ABOVE 10000 FT), zone-level: may include parts of neighboring counties</w:t>
            </w:r>
          </w:p>
        </w:tc>
        <w:tc>
          <w:tcPr>
            <w:tcW w:type="dxa" w:w="1760"/>
          </w:tcPr>
          <w:p>
            <w:pPr>
              <w:spacing w:after="0"/>
              <w:jc w:val="left"/>
            </w:pPr>
            <w:r>
              <w:rPr>
                <w:sz w:val="16"/>
              </w:rPr>
              <w:t>High Wind, 1996-04-19, $300,000 property; crops not reported, reported for the zone (1996 dollars)</w:t>
            </w:r>
          </w:p>
        </w:tc>
        <w:tc>
          <w:tcPr>
            <w:tcW w:type="dxa" w:w="1725"/>
          </w:tcPr>
          <w:p>
            <w:pPr>
              <w:spacing w:after="0"/>
              <w:jc w:val="left"/>
            </w:pPr>
            <w:r>
              <w:rPr>
                <w:sz w:val="16"/>
              </w:rPr>
              <w:t>Zone-level records: applies countywide; national data do not locate these events within the county.</w:t>
            </w:r>
          </w:p>
        </w:tc>
        <w:tc>
          <w:tcPr>
            <w:tcW w:type="dxa" w:w="2386"/>
          </w:tcPr>
          <w:p>
            <w:pPr>
              <w:spacing w:after="0"/>
              <w:jc w:val="left"/>
            </w:pPr>
          </w:p>
        </w:tc>
      </w:tr>
      <w:tr>
        <w:trPr>
          <w:cantSplit/>
        </w:trPr>
        <w:tc>
          <w:tcPr>
            <w:tcW w:type="dxa" w:w="1841"/>
          </w:tcPr>
          <w:p>
            <w:pPr>
              <w:spacing w:after="0"/>
              <w:jc w:val="left"/>
            </w:pPr>
            <w:r>
              <w:rPr>
                <w:sz w:val="16"/>
              </w:rPr>
              <w:t>Thunderstorm Wind</w:t>
            </w:r>
          </w:p>
        </w:tc>
        <w:tc>
          <w:tcPr>
            <w:tcW w:type="dxa" w:w="1802"/>
          </w:tcPr>
          <w:p>
            <w:pPr>
              <w:spacing w:after="0"/>
              <w:jc w:val="left"/>
            </w:pPr>
            <w:r>
              <w:rPr>
                <w:sz w:val="16"/>
              </w:rPr>
              <w:t>wind speed (kt and mph)</w:t>
            </w:r>
          </w:p>
        </w:tc>
        <w:tc>
          <w:tcPr>
            <w:tcW w:type="dxa" w:w="1643"/>
          </w:tcPr>
          <w:p>
            <w:pPr>
              <w:spacing w:after="0"/>
              <w:jc w:val="right"/>
            </w:pPr>
            <w:r>
              <w:rPr>
                <w:sz w:val="16"/>
              </w:rPr>
              <w:t>0</w:t>
            </w:r>
          </w:p>
        </w:tc>
        <w:tc>
          <w:tcPr>
            <w:tcW w:type="dxa" w:w="1431"/>
          </w:tcPr>
          <w:p>
            <w:pPr>
              <w:spacing w:after="0"/>
              <w:jc w:val="left"/>
            </w:pPr>
          </w:p>
        </w:tc>
        <w:tc>
          <w:tcPr>
            <w:tcW w:type="dxa" w:w="1522"/>
          </w:tcPr>
          <w:p>
            <w:pPr>
              <w:spacing w:after="0"/>
              <w:jc w:val="left"/>
            </w:pPr>
          </w:p>
        </w:tc>
        <w:tc>
          <w:tcPr>
            <w:tcW w:type="dxa" w:w="1760"/>
          </w:tcPr>
          <w:p>
            <w:pPr>
              <w:spacing w:after="0"/>
              <w:jc w:val="left"/>
            </w:pPr>
          </w:p>
        </w:tc>
        <w:tc>
          <w:tcPr>
            <w:tcW w:type="dxa" w:w="1725"/>
          </w:tcPr>
          <w:p>
            <w:pPr>
              <w:spacing w:after="0"/>
              <w:jc w:val="left"/>
            </w:pPr>
          </w:p>
        </w:tc>
        <w:tc>
          <w:tcPr>
            <w:tcW w:type="dxa" w:w="2386"/>
          </w:tcPr>
          <w:p>
            <w:pPr>
              <w:spacing w:after="0"/>
              <w:jc w:val="left"/>
            </w:pPr>
          </w:p>
        </w:tc>
      </w:tr>
      <w:tr>
        <w:trPr>
          <w:cantSplit/>
        </w:trPr>
        <w:tc>
          <w:tcPr>
            <w:tcW w:type="dxa" w:w="1841"/>
          </w:tcPr>
          <w:p>
            <w:pPr>
              <w:spacing w:after="0"/>
              <w:jc w:val="left"/>
            </w:pPr>
            <w:r>
              <w:rPr>
                <w:sz w:val="16"/>
              </w:rPr>
              <w:t>Tornado</w:t>
            </w:r>
          </w:p>
        </w:tc>
        <w:tc>
          <w:tcPr>
            <w:tcW w:type="dxa" w:w="1802"/>
          </w:tcPr>
          <w:p>
            <w:pPr>
              <w:spacing w:after="0"/>
              <w:jc w:val="left"/>
            </w:pPr>
            <w:r>
              <w:rPr>
                <w:sz w:val="16"/>
              </w:rPr>
              <w:t>Enhanced Fujita (F before Feb 2007)</w:t>
            </w:r>
          </w:p>
        </w:tc>
        <w:tc>
          <w:tcPr>
            <w:tcW w:type="dxa" w:w="1643"/>
          </w:tcPr>
          <w:p>
            <w:pPr>
              <w:spacing w:after="0"/>
              <w:jc w:val="right"/>
            </w:pPr>
            <w:r>
              <w:rPr>
                <w:sz w:val="16"/>
              </w:rPr>
              <w:t>5, 1953 to 2021</w:t>
            </w:r>
          </w:p>
        </w:tc>
        <w:tc>
          <w:tcPr>
            <w:tcW w:type="dxa" w:w="1431"/>
          </w:tcPr>
          <w:p>
            <w:pPr>
              <w:spacing w:after="0"/>
              <w:jc w:val="left"/>
            </w:pPr>
            <w:r>
              <w:rPr>
                <w:sz w:val="16"/>
              </w:rPr>
              <w:t>F/EF0 to F/EF2 (median F/EF0); 5 with a recorded value</w:t>
            </w:r>
          </w:p>
        </w:tc>
        <w:tc>
          <w:tcPr>
            <w:tcW w:type="dxa" w:w="1522"/>
          </w:tcPr>
          <w:p>
            <w:pPr>
              <w:spacing w:after="0"/>
              <w:jc w:val="left"/>
            </w:pPr>
            <w:r>
              <w:rPr>
                <w:sz w:val="16"/>
              </w:rPr>
              <w:t>F2 tornado, 1953-06-17, 1 mi path length (records before 1996 may include the whole path; rating and listing come from the county where the tornado began), 1,417 yd wide, $250 property; crops not recorded (1953 dollars)</w:t>
            </w:r>
          </w:p>
        </w:tc>
        <w:tc>
          <w:tcPr>
            <w:tcW w:type="dxa" w:w="1760"/>
          </w:tcPr>
          <w:p>
            <w:pPr>
              <w:spacing w:after="0"/>
              <w:jc w:val="left"/>
            </w:pPr>
            <w:r>
              <w:rPr>
                <w:sz w:val="16"/>
              </w:rPr>
              <w:t>Tornado, 1990-07-20, $25,000 property; crops not recorded (1990 dollars)</w:t>
            </w:r>
          </w:p>
        </w:tc>
        <w:tc>
          <w:tcPr>
            <w:tcW w:type="dxa" w:w="1725"/>
          </w:tcPr>
          <w:p>
            <w:pPr>
              <w:spacing w:after="0"/>
              <w:jc w:val="left"/>
            </w:pPr>
            <w:r>
              <w:rPr>
                <w:sz w:val="16"/>
              </w:rPr>
              <w:t>Event records naming member places: Manassa town (2 records), La Jara town (1 record).</w:t>
            </w:r>
          </w:p>
        </w:tc>
        <w:tc>
          <w:tcPr>
            <w:tcW w:type="dxa" w:w="238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41"/>
          </w:tcPr>
          <w:p>
            <w:pPr>
              <w:spacing w:after="0"/>
              <w:jc w:val="left"/>
            </w:pPr>
            <w:r>
              <w:rPr>
                <w:sz w:val="16"/>
              </w:rPr>
              <w:t>Tsunami</w:t>
            </w:r>
          </w:p>
        </w:tc>
        <w:tc>
          <w:tcPr>
            <w:tcW w:type="dxa" w:w="1802"/>
          </w:tcPr>
          <w:p>
            <w:pPr>
              <w:spacing w:after="0"/>
              <w:jc w:val="left"/>
            </w:pPr>
            <w:r>
              <w:rPr>
                <w:sz w:val="16"/>
              </w:rPr>
              <w:t>none (count and damage)</w:t>
            </w:r>
          </w:p>
        </w:tc>
        <w:tc>
          <w:tcPr>
            <w:tcW w:type="dxa" w:w="1643"/>
          </w:tcPr>
          <w:p>
            <w:pPr>
              <w:spacing w:after="0"/>
              <w:jc w:val="right"/>
            </w:pPr>
            <w:r>
              <w:rPr>
                <w:sz w:val="16"/>
              </w:rPr>
              <w:t>0</w:t>
            </w:r>
          </w:p>
        </w:tc>
        <w:tc>
          <w:tcPr>
            <w:tcW w:type="dxa" w:w="1431"/>
          </w:tcPr>
          <w:p>
            <w:pPr>
              <w:spacing w:after="0"/>
              <w:jc w:val="left"/>
            </w:pPr>
          </w:p>
        </w:tc>
        <w:tc>
          <w:tcPr>
            <w:tcW w:type="dxa" w:w="1522"/>
          </w:tcPr>
          <w:p>
            <w:pPr>
              <w:spacing w:after="0"/>
              <w:jc w:val="left"/>
            </w:pPr>
          </w:p>
        </w:tc>
        <w:tc>
          <w:tcPr>
            <w:tcW w:type="dxa" w:w="1760"/>
          </w:tcPr>
          <w:p>
            <w:pPr>
              <w:spacing w:after="0"/>
              <w:jc w:val="left"/>
            </w:pPr>
          </w:p>
        </w:tc>
        <w:tc>
          <w:tcPr>
            <w:tcW w:type="dxa" w:w="1725"/>
          </w:tcPr>
          <w:p>
            <w:pPr>
              <w:spacing w:after="0"/>
              <w:jc w:val="left"/>
            </w:pPr>
          </w:p>
        </w:tc>
        <w:tc>
          <w:tcPr>
            <w:tcW w:type="dxa" w:w="2386"/>
          </w:tcPr>
          <w:p>
            <w:pPr>
              <w:spacing w:after="0"/>
              <w:jc w:val="left"/>
            </w:pPr>
            <w:r>
              <w:rPr>
                <w:sz w:val="16"/>
              </w:rPr>
              <w:t>Physical measure: in event narratives only; local data required.</w:t>
            </w:r>
          </w:p>
        </w:tc>
      </w:tr>
      <w:tr>
        <w:trPr>
          <w:cantSplit/>
        </w:trPr>
        <w:tc>
          <w:tcPr>
            <w:tcW w:type="dxa" w:w="1841"/>
          </w:tcPr>
          <w:p>
            <w:pPr>
              <w:spacing w:after="0"/>
              <w:jc w:val="left"/>
            </w:pPr>
            <w:r>
              <w:rPr>
                <w:sz w:val="16"/>
              </w:rPr>
              <w:t>Volcanic Ash, Volcanic Ashfall</w:t>
            </w:r>
          </w:p>
        </w:tc>
        <w:tc>
          <w:tcPr>
            <w:tcW w:type="dxa" w:w="1802"/>
          </w:tcPr>
          <w:p>
            <w:pPr>
              <w:spacing w:after="0"/>
              <w:jc w:val="left"/>
            </w:pPr>
            <w:r>
              <w:rPr>
                <w:sz w:val="16"/>
              </w:rPr>
              <w:t>Volcanic Explosivity Index (local data)</w:t>
            </w:r>
          </w:p>
        </w:tc>
        <w:tc>
          <w:tcPr>
            <w:tcW w:type="dxa" w:w="1643"/>
          </w:tcPr>
          <w:p>
            <w:pPr>
              <w:spacing w:after="0"/>
              <w:jc w:val="right"/>
            </w:pPr>
            <w:r>
              <w:rPr>
                <w:sz w:val="16"/>
              </w:rPr>
              <w:t>0</w:t>
            </w:r>
          </w:p>
        </w:tc>
        <w:tc>
          <w:tcPr>
            <w:tcW w:type="dxa" w:w="1431"/>
          </w:tcPr>
          <w:p>
            <w:pPr>
              <w:spacing w:after="0"/>
              <w:jc w:val="left"/>
            </w:pPr>
          </w:p>
        </w:tc>
        <w:tc>
          <w:tcPr>
            <w:tcW w:type="dxa" w:w="1522"/>
          </w:tcPr>
          <w:p>
            <w:pPr>
              <w:spacing w:after="0"/>
              <w:jc w:val="left"/>
            </w:pPr>
          </w:p>
        </w:tc>
        <w:tc>
          <w:tcPr>
            <w:tcW w:type="dxa" w:w="1760"/>
          </w:tcPr>
          <w:p>
            <w:pPr>
              <w:spacing w:after="0"/>
              <w:jc w:val="left"/>
            </w:pPr>
          </w:p>
        </w:tc>
        <w:tc>
          <w:tcPr>
            <w:tcW w:type="dxa" w:w="1725"/>
          </w:tcPr>
          <w:p>
            <w:pPr>
              <w:spacing w:after="0"/>
              <w:jc w:val="left"/>
            </w:pPr>
          </w:p>
        </w:tc>
        <w:tc>
          <w:tcPr>
            <w:tcW w:type="dxa" w:w="2386"/>
          </w:tcPr>
          <w:p>
            <w:pPr>
              <w:spacing w:after="0"/>
              <w:jc w:val="left"/>
            </w:pPr>
            <w:r>
              <w:rPr>
                <w:sz w:val="16"/>
              </w:rPr>
              <w:t>Physical measure: in event narratives only; local data required.</w:t>
            </w:r>
          </w:p>
        </w:tc>
      </w:tr>
      <w:tr>
        <w:trPr>
          <w:cantSplit/>
        </w:trPr>
        <w:tc>
          <w:tcPr>
            <w:tcW w:type="dxa" w:w="1841"/>
          </w:tcPr>
          <w:p>
            <w:pPr>
              <w:spacing w:after="0"/>
              <w:jc w:val="left"/>
            </w:pPr>
            <w:r>
              <w:rPr>
                <w:sz w:val="16"/>
              </w:rPr>
              <w:t>Wildfire</w:t>
            </w:r>
          </w:p>
        </w:tc>
        <w:tc>
          <w:tcPr>
            <w:tcW w:type="dxa" w:w="1802"/>
          </w:tcPr>
          <w:p>
            <w:pPr>
              <w:spacing w:after="0"/>
              <w:jc w:val="left"/>
            </w:pPr>
            <w:r>
              <w:rPr>
                <w:sz w:val="16"/>
              </w:rPr>
              <w:t>acres burned (local data)</w:t>
            </w:r>
          </w:p>
        </w:tc>
        <w:tc>
          <w:tcPr>
            <w:tcW w:type="dxa" w:w="1643"/>
          </w:tcPr>
          <w:p>
            <w:pPr>
              <w:spacing w:after="0"/>
              <w:jc w:val="right"/>
            </w:pPr>
            <w:r>
              <w:rPr>
                <w:sz w:val="16"/>
              </w:rPr>
              <w:t>2, 2013 to 2013 (2 zone-level)</w:t>
            </w:r>
          </w:p>
        </w:tc>
        <w:tc>
          <w:tcPr>
            <w:tcW w:type="dxa" w:w="1431"/>
          </w:tcPr>
          <w:p>
            <w:pPr>
              <w:spacing w:after="0"/>
              <w:jc w:val="left"/>
            </w:pPr>
          </w:p>
        </w:tc>
        <w:tc>
          <w:tcPr>
            <w:tcW w:type="dxa" w:w="1522"/>
          </w:tcPr>
          <w:p>
            <w:pPr>
              <w:spacing w:after="0"/>
              <w:jc w:val="left"/>
            </w:pPr>
            <w:r>
              <w:rPr>
                <w:sz w:val="16"/>
              </w:rPr>
              <w:t>No damage reported in 2 records.</w:t>
            </w:r>
          </w:p>
        </w:tc>
        <w:tc>
          <w:tcPr>
            <w:tcW w:type="dxa" w:w="1760"/>
          </w:tcPr>
          <w:p>
            <w:pPr>
              <w:spacing w:after="0"/>
              <w:jc w:val="left"/>
            </w:pPr>
          </w:p>
        </w:tc>
        <w:tc>
          <w:tcPr>
            <w:tcW w:type="dxa" w:w="1725"/>
          </w:tcPr>
          <w:p>
            <w:pPr>
              <w:spacing w:after="0"/>
              <w:jc w:val="left"/>
            </w:pPr>
            <w:r>
              <w:rPr>
                <w:sz w:val="16"/>
              </w:rPr>
              <w:t>Zone-level records: applies countywide; national data do not locate these events within the county.</w:t>
            </w:r>
          </w:p>
        </w:tc>
        <w:tc>
          <w:tcPr>
            <w:tcW w:type="dxa" w:w="2386"/>
          </w:tcPr>
          <w:p>
            <w:pPr>
              <w:spacing w:after="0"/>
              <w:jc w:val="left"/>
            </w:pPr>
            <w:r>
              <w:rPr>
                <w:sz w:val="16"/>
              </w:rPr>
              <w:t>Acres burned: in event narratives only; local data required.</w:t>
            </w:r>
          </w:p>
        </w:tc>
      </w:tr>
      <w:tr>
        <w:trPr>
          <w:cantSplit/>
        </w:trPr>
        <w:tc>
          <w:tcPr>
            <w:tcW w:type="dxa" w:w="1841"/>
          </w:tcPr>
          <w:p>
            <w:pPr>
              <w:spacing w:after="0"/>
              <w:jc w:val="left"/>
            </w:pPr>
            <w:r>
              <w:rPr>
                <w:sz w:val="16"/>
              </w:rPr>
              <w:t>Winter Storm, Heavy Snow, Blizzard, Lake-Effect Snow, Winter Weather, Sleet</w:t>
            </w:r>
          </w:p>
        </w:tc>
        <w:tc>
          <w:tcPr>
            <w:tcW w:type="dxa" w:w="1802"/>
          </w:tcPr>
          <w:p>
            <w:pPr>
              <w:spacing w:after="0"/>
              <w:jc w:val="left"/>
            </w:pPr>
            <w:r>
              <w:rPr>
                <w:sz w:val="16"/>
              </w:rPr>
              <w:t>none in data (snowfall local)</w:t>
            </w:r>
          </w:p>
        </w:tc>
        <w:tc>
          <w:tcPr>
            <w:tcW w:type="dxa" w:w="1643"/>
          </w:tcPr>
          <w:p>
            <w:pPr>
              <w:spacing w:after="0"/>
              <w:jc w:val="right"/>
            </w:pPr>
            <w:r>
              <w:rPr>
                <w:sz w:val="16"/>
              </w:rPr>
              <w:t>362, 1996 to 2026 (362 zone-level)</w:t>
            </w:r>
          </w:p>
        </w:tc>
        <w:tc>
          <w:tcPr>
            <w:tcW w:type="dxa" w:w="1431"/>
          </w:tcPr>
          <w:p>
            <w:pPr>
              <w:spacing w:after="0"/>
              <w:jc w:val="left"/>
            </w:pPr>
          </w:p>
        </w:tc>
        <w:tc>
          <w:tcPr>
            <w:tcW w:type="dxa" w:w="1522"/>
          </w:tcPr>
          <w:p>
            <w:pPr>
              <w:spacing w:after="0"/>
              <w:jc w:val="left"/>
            </w:pPr>
            <w:r>
              <w:rPr>
                <w:sz w:val="16"/>
              </w:rPr>
              <w:t>No damage reported in 362 records.</w:t>
            </w:r>
          </w:p>
        </w:tc>
        <w:tc>
          <w:tcPr>
            <w:tcW w:type="dxa" w:w="1760"/>
          </w:tcPr>
          <w:p>
            <w:pPr>
              <w:spacing w:after="0"/>
              <w:jc w:val="left"/>
            </w:pPr>
          </w:p>
        </w:tc>
        <w:tc>
          <w:tcPr>
            <w:tcW w:type="dxa" w:w="1725"/>
          </w:tcPr>
          <w:p>
            <w:pPr>
              <w:spacing w:after="0"/>
              <w:jc w:val="left"/>
            </w:pPr>
            <w:r>
              <w:rPr>
                <w:sz w:val="16"/>
              </w:rPr>
              <w:t>Zone-level records: applies countywide; national data do not locate these events within the county.</w:t>
            </w:r>
          </w:p>
        </w:tc>
        <w:tc>
          <w:tcPr>
            <w:tcW w:type="dxa" w:w="238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7</w:t>
      </w:r>
    </w:p>
    <w:p>
      <w:pPr>
        <w:keepNext/>
        <w:spacing w:after="40" w:before="0"/>
      </w:pPr>
      <w:r>
        <w:rPr>
          <w:b/>
        </w:rPr>
        <w:t xml:space="preserve">Counted incidents: </w:t>
      </w:r>
      <w:r>
        <w:rPr/>
        <w:t>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42"/>
        <w:gridCol w:w="1242"/>
        <w:gridCol w:w="1242"/>
        <w:gridCol w:w="1670"/>
        <w:gridCol w:w="2418"/>
        <w:gridCol w:w="2739"/>
        <w:gridCol w:w="1712"/>
        <w:gridCol w:w="776"/>
        <w:gridCol w:w="1071"/>
      </w:tblGrid>
      <w:tr>
        <w:trPr>
          <w:cantSplit/>
          <w:tblHeader/>
        </w:trPr>
        <w:tc>
          <w:tcPr>
            <w:tcW w:type="dxa" w:w="1242"/>
            <w:shd w:val="clear" w:color="auto" w:fill="E8E8E8"/>
          </w:tcPr>
          <w:p>
            <w:pPr>
              <w:spacing w:after="0"/>
              <w:jc w:val="left"/>
            </w:pPr>
            <w:r>
              <w:rPr>
                <w:b/>
                <w:sz w:val="16"/>
              </w:rPr>
              <w:t>Declared</w:t>
            </w:r>
          </w:p>
        </w:tc>
        <w:tc>
          <w:tcPr>
            <w:tcW w:type="dxa" w:w="1242"/>
            <w:shd w:val="clear" w:color="auto" w:fill="E8E8E8"/>
          </w:tcPr>
          <w:p>
            <w:pPr>
              <w:spacing w:after="0"/>
              <w:jc w:val="left"/>
            </w:pPr>
            <w:r>
              <w:rPr>
                <w:b/>
                <w:sz w:val="16"/>
              </w:rPr>
              <w:t>Incident began</w:t>
            </w:r>
          </w:p>
        </w:tc>
        <w:tc>
          <w:tcPr>
            <w:tcW w:type="dxa" w:w="1242"/>
            <w:shd w:val="clear" w:color="auto" w:fill="E8E8E8"/>
          </w:tcPr>
          <w:p>
            <w:pPr>
              <w:spacing w:after="0"/>
              <w:jc w:val="left"/>
            </w:pPr>
            <w:r>
              <w:rPr>
                <w:b/>
                <w:sz w:val="16"/>
              </w:rPr>
              <w:t>FEMA number</w:t>
            </w:r>
          </w:p>
        </w:tc>
        <w:tc>
          <w:tcPr>
            <w:tcW w:type="dxa" w:w="1670"/>
            <w:shd w:val="clear" w:color="auto" w:fill="E8E8E8"/>
          </w:tcPr>
          <w:p>
            <w:pPr>
              <w:spacing w:after="0"/>
              <w:jc w:val="left"/>
            </w:pPr>
            <w:r>
              <w:rPr>
                <w:b/>
                <w:sz w:val="16"/>
              </w:rPr>
              <w:t>Type</w:t>
            </w:r>
          </w:p>
        </w:tc>
        <w:tc>
          <w:tcPr>
            <w:tcW w:type="dxa" w:w="2418"/>
            <w:shd w:val="clear" w:color="auto" w:fill="E8E8E8"/>
          </w:tcPr>
          <w:p>
            <w:pPr>
              <w:spacing w:after="0"/>
              <w:jc w:val="left"/>
            </w:pPr>
            <w:r>
              <w:rPr>
                <w:b/>
                <w:sz w:val="16"/>
              </w:rPr>
              <w:t>Title</w:t>
            </w:r>
          </w:p>
        </w:tc>
        <w:tc>
          <w:tcPr>
            <w:tcW w:type="dxa" w:w="2739"/>
            <w:shd w:val="clear" w:color="auto" w:fill="E8E8E8"/>
          </w:tcPr>
          <w:p>
            <w:pPr>
              <w:spacing w:after="0"/>
              <w:jc w:val="left"/>
            </w:pPr>
            <w:r>
              <w:rPr>
                <w:b/>
                <w:sz w:val="16"/>
              </w:rPr>
              <w:t>Mapped hazard</w:t>
            </w:r>
          </w:p>
        </w:tc>
        <w:tc>
          <w:tcPr>
            <w:tcW w:type="dxa" w:w="171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76"/>
            <w:shd w:val="clear" w:color="auto" w:fill="E8E8E8"/>
          </w:tcPr>
          <w:p>
            <w:pPr>
              <w:spacing w:after="0"/>
              <w:jc w:val="left"/>
            </w:pPr>
            <w:r>
              <w:rPr>
                <w:b/>
                <w:sz w:val="16"/>
              </w:rPr>
              <w:t>Flags</w:t>
            </w:r>
          </w:p>
        </w:tc>
        <w:tc>
          <w:tcPr>
            <w:tcW w:type="dxa" w:w="1071"/>
            <w:shd w:val="clear" w:color="auto" w:fill="E8E8E8"/>
          </w:tcPr>
          <w:p>
            <w:pPr>
              <w:spacing w:after="0"/>
              <w:jc w:val="left"/>
            </w:pPr>
            <w:r>
              <w:rPr>
                <w:b/>
                <w:sz w:val="16"/>
              </w:rPr>
              <w:t>Notes</w:t>
            </w:r>
          </w:p>
        </w:tc>
      </w:tr>
      <w:tr>
        <w:trPr>
          <w:cantSplit/>
        </w:trPr>
        <w:tc>
          <w:tcPr>
            <w:tcW w:type="dxa" w:w="1242"/>
          </w:tcPr>
          <w:p>
            <w:pPr>
              <w:spacing w:after="0"/>
              <w:jc w:val="left"/>
            </w:pPr>
            <w:r>
              <w:rPr>
                <w:sz w:val="16"/>
              </w:rPr>
              <w:t>2020-03-28</w:t>
            </w:r>
          </w:p>
        </w:tc>
        <w:tc>
          <w:tcPr>
            <w:tcW w:type="dxa" w:w="1242"/>
          </w:tcPr>
          <w:p>
            <w:pPr>
              <w:spacing w:after="0"/>
              <w:jc w:val="left"/>
            </w:pPr>
            <w:r>
              <w:rPr>
                <w:sz w:val="16"/>
              </w:rPr>
              <w:t>2020-01-20</w:t>
            </w:r>
          </w:p>
        </w:tc>
        <w:tc>
          <w:tcPr>
            <w:tcW w:type="dxa" w:w="1242"/>
          </w:tcPr>
          <w:p>
            <w:pPr>
              <w:spacing w:after="0"/>
              <w:jc w:val="left"/>
            </w:pPr>
            <w:r>
              <w:rPr>
                <w:sz w:val="16"/>
              </w:rPr>
              <w:t>DR-4498-CO</w:t>
            </w:r>
          </w:p>
        </w:tc>
        <w:tc>
          <w:tcPr>
            <w:tcW w:type="dxa" w:w="1670"/>
          </w:tcPr>
          <w:p>
            <w:pPr>
              <w:spacing w:after="0"/>
              <w:jc w:val="left"/>
            </w:pPr>
            <w:r>
              <w:rPr>
                <w:sz w:val="16"/>
              </w:rPr>
              <w:t>Major disaster</w:t>
            </w:r>
          </w:p>
        </w:tc>
        <w:tc>
          <w:tcPr>
            <w:tcW w:type="dxa" w:w="2418"/>
          </w:tcPr>
          <w:p>
            <w:pPr>
              <w:spacing w:after="0"/>
              <w:jc w:val="left"/>
            </w:pPr>
            <w:r>
              <w:rPr>
                <w:sz w:val="16"/>
              </w:rPr>
              <w:t>COVID-19 PANDEMIC</w:t>
            </w:r>
          </w:p>
        </w:tc>
        <w:tc>
          <w:tcPr>
            <w:tcW w:type="dxa" w:w="2739"/>
          </w:tcPr>
          <w:p>
            <w:pPr>
              <w:spacing w:after="0"/>
              <w:jc w:val="left"/>
            </w:pPr>
            <w:r>
              <w:rPr>
                <w:sz w:val="16"/>
              </w:rPr>
              <w:t>Non-natural, not counted</w:t>
            </w:r>
          </w:p>
        </w:tc>
        <w:tc>
          <w:tcPr>
            <w:tcW w:type="dxa" w:w="1712"/>
          </w:tcPr>
          <w:p>
            <w:pPr>
              <w:spacing w:after="0"/>
              <w:jc w:val="right"/>
            </w:pPr>
            <w:r>
              <w:rPr>
                <w:sz w:val="16"/>
              </w:rPr>
              <w:t>none found</w:t>
            </w:r>
          </w:p>
        </w:tc>
        <w:tc>
          <w:tcPr>
            <w:tcW w:type="dxa" w:w="776"/>
          </w:tcPr>
          <w:p>
            <w:pPr>
              <w:spacing w:after="0"/>
              <w:jc w:val="left"/>
            </w:pPr>
          </w:p>
        </w:tc>
        <w:tc>
          <w:tcPr>
            <w:tcW w:type="dxa" w:w="1071"/>
          </w:tcPr>
          <w:p>
            <w:pPr>
              <w:spacing w:after="0"/>
              <w:jc w:val="left"/>
            </w:pPr>
          </w:p>
        </w:tc>
      </w:tr>
      <w:tr>
        <w:trPr>
          <w:cantSplit/>
        </w:trPr>
        <w:tc>
          <w:tcPr>
            <w:tcW w:type="dxa" w:w="1242"/>
          </w:tcPr>
          <w:p>
            <w:pPr>
              <w:spacing w:after="0"/>
              <w:jc w:val="left"/>
            </w:pPr>
            <w:r>
              <w:rPr>
                <w:sz w:val="16"/>
              </w:rPr>
              <w:t>2020-03-13</w:t>
            </w:r>
          </w:p>
        </w:tc>
        <w:tc>
          <w:tcPr>
            <w:tcW w:type="dxa" w:w="1242"/>
          </w:tcPr>
          <w:p>
            <w:pPr>
              <w:spacing w:after="0"/>
              <w:jc w:val="left"/>
            </w:pPr>
            <w:r>
              <w:rPr>
                <w:sz w:val="16"/>
              </w:rPr>
              <w:t>2020-01-20</w:t>
            </w:r>
          </w:p>
        </w:tc>
        <w:tc>
          <w:tcPr>
            <w:tcW w:type="dxa" w:w="1242"/>
          </w:tcPr>
          <w:p>
            <w:pPr>
              <w:spacing w:after="0"/>
              <w:jc w:val="left"/>
            </w:pPr>
            <w:r>
              <w:rPr>
                <w:sz w:val="16"/>
              </w:rPr>
              <w:t>EM-3436-CO</w:t>
            </w:r>
          </w:p>
        </w:tc>
        <w:tc>
          <w:tcPr>
            <w:tcW w:type="dxa" w:w="1670"/>
          </w:tcPr>
          <w:p>
            <w:pPr>
              <w:spacing w:after="0"/>
              <w:jc w:val="left"/>
            </w:pPr>
            <w:r>
              <w:rPr>
                <w:sz w:val="16"/>
              </w:rPr>
              <w:t>Emergency</w:t>
            </w:r>
          </w:p>
        </w:tc>
        <w:tc>
          <w:tcPr>
            <w:tcW w:type="dxa" w:w="2418"/>
          </w:tcPr>
          <w:p>
            <w:pPr>
              <w:spacing w:after="0"/>
              <w:jc w:val="left"/>
            </w:pPr>
            <w:r>
              <w:rPr>
                <w:sz w:val="16"/>
              </w:rPr>
              <w:t>COVID-19</w:t>
            </w:r>
          </w:p>
        </w:tc>
        <w:tc>
          <w:tcPr>
            <w:tcW w:type="dxa" w:w="2739"/>
          </w:tcPr>
          <w:p>
            <w:pPr>
              <w:spacing w:after="0"/>
              <w:jc w:val="left"/>
            </w:pPr>
            <w:r>
              <w:rPr>
                <w:sz w:val="16"/>
              </w:rPr>
              <w:t>Non-natural, not counted</w:t>
            </w:r>
          </w:p>
        </w:tc>
        <w:tc>
          <w:tcPr>
            <w:tcW w:type="dxa" w:w="1712"/>
          </w:tcPr>
          <w:p>
            <w:pPr>
              <w:spacing w:after="0"/>
              <w:jc w:val="right"/>
            </w:pPr>
            <w:r>
              <w:rPr>
                <w:sz w:val="16"/>
              </w:rPr>
              <w:t>none found</w:t>
            </w:r>
          </w:p>
        </w:tc>
        <w:tc>
          <w:tcPr>
            <w:tcW w:type="dxa" w:w="776"/>
          </w:tcPr>
          <w:p>
            <w:pPr>
              <w:spacing w:after="0"/>
              <w:jc w:val="left"/>
            </w:pPr>
          </w:p>
        </w:tc>
        <w:tc>
          <w:tcPr>
            <w:tcW w:type="dxa" w:w="1071"/>
          </w:tcPr>
          <w:p>
            <w:pPr>
              <w:spacing w:after="0"/>
              <w:jc w:val="left"/>
            </w:pPr>
            <w:r>
              <w:rPr>
                <w:sz w:val="16"/>
              </w:rPr>
              <w:t>same incident as DR-4498</w:t>
            </w:r>
          </w:p>
        </w:tc>
      </w:tr>
      <w:tr>
        <w:trPr>
          <w:cantSplit/>
        </w:trPr>
        <w:tc>
          <w:tcPr>
            <w:tcW w:type="dxa" w:w="1242"/>
          </w:tcPr>
          <w:p>
            <w:pPr>
              <w:spacing w:after="0"/>
              <w:jc w:val="left"/>
            </w:pPr>
            <w:r>
              <w:rPr>
                <w:sz w:val="16"/>
              </w:rPr>
              <w:t>2005-09-05</w:t>
            </w:r>
          </w:p>
        </w:tc>
        <w:tc>
          <w:tcPr>
            <w:tcW w:type="dxa" w:w="1242"/>
          </w:tcPr>
          <w:p>
            <w:pPr>
              <w:spacing w:after="0"/>
              <w:jc w:val="left"/>
            </w:pPr>
            <w:r>
              <w:rPr>
                <w:sz w:val="16"/>
              </w:rPr>
              <w:t>2005-08-29</w:t>
            </w:r>
          </w:p>
        </w:tc>
        <w:tc>
          <w:tcPr>
            <w:tcW w:type="dxa" w:w="1242"/>
          </w:tcPr>
          <w:p>
            <w:pPr>
              <w:spacing w:after="0"/>
              <w:jc w:val="left"/>
            </w:pPr>
            <w:r>
              <w:rPr>
                <w:sz w:val="16"/>
              </w:rPr>
              <w:t>EM-3224-CO</w:t>
            </w:r>
          </w:p>
        </w:tc>
        <w:tc>
          <w:tcPr>
            <w:tcW w:type="dxa" w:w="1670"/>
          </w:tcPr>
          <w:p>
            <w:pPr>
              <w:spacing w:after="0"/>
              <w:jc w:val="left"/>
            </w:pPr>
            <w:r>
              <w:rPr>
                <w:sz w:val="16"/>
              </w:rPr>
              <w:t>Emergency</w:t>
            </w:r>
          </w:p>
        </w:tc>
        <w:tc>
          <w:tcPr>
            <w:tcW w:type="dxa" w:w="2418"/>
          </w:tcPr>
          <w:p>
            <w:pPr>
              <w:spacing w:after="0"/>
              <w:jc w:val="left"/>
            </w:pPr>
            <w:r>
              <w:rPr>
                <w:sz w:val="16"/>
              </w:rPr>
              <w:t>HURRICANE KATRINA EVACUATION</w:t>
            </w:r>
          </w:p>
        </w:tc>
        <w:tc>
          <w:tcPr>
            <w:tcW w:type="dxa" w:w="2739"/>
          </w:tcPr>
          <w:p>
            <w:pPr>
              <w:spacing w:after="0"/>
              <w:jc w:val="left"/>
            </w:pPr>
            <w:r>
              <w:rPr>
                <w:sz w:val="16"/>
              </w:rPr>
              <w:t>Hurricane: evacuation support, not a local hazard event; not counted</w:t>
            </w:r>
          </w:p>
        </w:tc>
        <w:tc>
          <w:tcPr>
            <w:tcW w:type="dxa" w:w="1712"/>
          </w:tcPr>
          <w:p>
            <w:pPr>
              <w:spacing w:after="0"/>
              <w:jc w:val="right"/>
            </w:pPr>
            <w:r>
              <w:rPr>
                <w:sz w:val="16"/>
              </w:rPr>
              <w:t>none found</w:t>
            </w:r>
          </w:p>
        </w:tc>
        <w:tc>
          <w:tcPr>
            <w:tcW w:type="dxa" w:w="776"/>
          </w:tcPr>
          <w:p>
            <w:pPr>
              <w:spacing w:after="0"/>
              <w:jc w:val="left"/>
            </w:pPr>
          </w:p>
        </w:tc>
        <w:tc>
          <w:tcPr>
            <w:tcW w:type="dxa" w:w="1071"/>
          </w:tcPr>
          <w:p>
            <w:pPr>
              <w:spacing w:after="0"/>
              <w:jc w:val="left"/>
            </w:pPr>
          </w:p>
        </w:tc>
      </w:tr>
      <w:tr>
        <w:trPr>
          <w:cantSplit/>
        </w:trPr>
        <w:tc>
          <w:tcPr>
            <w:tcW w:type="dxa" w:w="1242"/>
          </w:tcPr>
          <w:p>
            <w:pPr>
              <w:spacing w:after="0"/>
              <w:jc w:val="left"/>
            </w:pPr>
            <w:r>
              <w:rPr>
                <w:sz w:val="16"/>
              </w:rPr>
              <w:t>2002-06-19</w:t>
            </w:r>
          </w:p>
        </w:tc>
        <w:tc>
          <w:tcPr>
            <w:tcW w:type="dxa" w:w="1242"/>
          </w:tcPr>
          <w:p>
            <w:pPr>
              <w:spacing w:after="0"/>
              <w:jc w:val="left"/>
            </w:pPr>
            <w:r>
              <w:rPr>
                <w:sz w:val="16"/>
              </w:rPr>
              <w:t>2002-04-23</w:t>
            </w:r>
          </w:p>
        </w:tc>
        <w:tc>
          <w:tcPr>
            <w:tcW w:type="dxa" w:w="1242"/>
          </w:tcPr>
          <w:p>
            <w:pPr>
              <w:spacing w:after="0"/>
              <w:jc w:val="left"/>
            </w:pPr>
            <w:r>
              <w:rPr>
                <w:sz w:val="16"/>
              </w:rPr>
              <w:t>DR-1421-CO</w:t>
            </w:r>
          </w:p>
        </w:tc>
        <w:tc>
          <w:tcPr>
            <w:tcW w:type="dxa" w:w="1670"/>
          </w:tcPr>
          <w:p>
            <w:pPr>
              <w:spacing w:after="0"/>
              <w:jc w:val="left"/>
            </w:pPr>
            <w:r>
              <w:rPr>
                <w:sz w:val="16"/>
              </w:rPr>
              <w:t>Major disaster</w:t>
            </w:r>
          </w:p>
        </w:tc>
        <w:tc>
          <w:tcPr>
            <w:tcW w:type="dxa" w:w="2418"/>
          </w:tcPr>
          <w:p>
            <w:pPr>
              <w:spacing w:after="0"/>
              <w:jc w:val="left"/>
            </w:pPr>
            <w:r>
              <w:rPr>
                <w:sz w:val="16"/>
              </w:rPr>
              <w:t>WILDFIRES</w:t>
            </w:r>
          </w:p>
        </w:tc>
        <w:tc>
          <w:tcPr>
            <w:tcW w:type="dxa" w:w="2739"/>
          </w:tcPr>
          <w:p>
            <w:pPr>
              <w:spacing w:after="0"/>
              <w:jc w:val="left"/>
            </w:pPr>
            <w:r>
              <w:rPr>
                <w:sz w:val="16"/>
              </w:rPr>
              <w:t>Wildfire</w:t>
            </w:r>
          </w:p>
        </w:tc>
        <w:tc>
          <w:tcPr>
            <w:tcW w:type="dxa" w:w="1712"/>
          </w:tcPr>
          <w:p>
            <w:pPr>
              <w:spacing w:after="0"/>
              <w:jc w:val="right"/>
            </w:pPr>
            <w:r>
              <w:rPr>
                <w:sz w:val="16"/>
              </w:rPr>
              <w:t>PA not declared for this county</w:t>
            </w:r>
          </w:p>
        </w:tc>
        <w:tc>
          <w:tcPr>
            <w:tcW w:type="dxa" w:w="776"/>
          </w:tcPr>
          <w:p>
            <w:pPr>
              <w:spacing w:after="0"/>
              <w:jc w:val="left"/>
            </w:pPr>
          </w:p>
        </w:tc>
        <w:tc>
          <w:tcPr>
            <w:tcW w:type="dxa" w:w="1071"/>
          </w:tcPr>
          <w:p>
            <w:pPr>
              <w:spacing w:after="0"/>
              <w:jc w:val="left"/>
            </w:pPr>
          </w:p>
        </w:tc>
      </w:tr>
      <w:tr>
        <w:trPr>
          <w:cantSplit/>
        </w:trPr>
        <w:tc>
          <w:tcPr>
            <w:tcW w:type="dxa" w:w="1242"/>
          </w:tcPr>
          <w:p>
            <w:pPr>
              <w:spacing w:after="0"/>
              <w:jc w:val="left"/>
            </w:pPr>
            <w:r>
              <w:rPr>
                <w:sz w:val="16"/>
              </w:rPr>
              <w:t>1977-01-29</w:t>
            </w:r>
          </w:p>
        </w:tc>
        <w:tc>
          <w:tcPr>
            <w:tcW w:type="dxa" w:w="1242"/>
          </w:tcPr>
          <w:p>
            <w:pPr>
              <w:spacing w:after="0"/>
              <w:jc w:val="left"/>
            </w:pPr>
            <w:r>
              <w:rPr>
                <w:sz w:val="16"/>
              </w:rPr>
              <w:t>1977-01-29</w:t>
            </w:r>
          </w:p>
        </w:tc>
        <w:tc>
          <w:tcPr>
            <w:tcW w:type="dxa" w:w="1242"/>
          </w:tcPr>
          <w:p>
            <w:pPr>
              <w:spacing w:after="0"/>
              <w:jc w:val="left"/>
            </w:pPr>
            <w:r>
              <w:rPr>
                <w:sz w:val="16"/>
              </w:rPr>
              <w:t>EM-3025-CO</w:t>
            </w:r>
          </w:p>
        </w:tc>
        <w:tc>
          <w:tcPr>
            <w:tcW w:type="dxa" w:w="1670"/>
          </w:tcPr>
          <w:p>
            <w:pPr>
              <w:spacing w:after="0"/>
              <w:jc w:val="left"/>
            </w:pPr>
            <w:r>
              <w:rPr>
                <w:sz w:val="16"/>
              </w:rPr>
              <w:t>Emergency</w:t>
            </w:r>
          </w:p>
        </w:tc>
        <w:tc>
          <w:tcPr>
            <w:tcW w:type="dxa" w:w="2418"/>
          </w:tcPr>
          <w:p>
            <w:pPr>
              <w:spacing w:after="0"/>
              <w:jc w:val="left"/>
            </w:pPr>
            <w:r>
              <w:rPr>
                <w:sz w:val="16"/>
              </w:rPr>
              <w:t>DROUGHT</w:t>
            </w:r>
          </w:p>
        </w:tc>
        <w:tc>
          <w:tcPr>
            <w:tcW w:type="dxa" w:w="2739"/>
          </w:tcPr>
          <w:p>
            <w:pPr>
              <w:spacing w:after="0"/>
              <w:jc w:val="left"/>
            </w:pPr>
            <w:r>
              <w:rPr>
                <w:sz w:val="16"/>
              </w:rPr>
              <w:t>Drought</w:t>
            </w:r>
          </w:p>
        </w:tc>
        <w:tc>
          <w:tcPr>
            <w:tcW w:type="dxa" w:w="1712"/>
          </w:tcPr>
          <w:p>
            <w:pPr>
              <w:spacing w:after="0"/>
              <w:jc w:val="right"/>
            </w:pPr>
            <w:r>
              <w:rPr>
                <w:sz w:val="16"/>
              </w:rPr>
              <w:t>none found</w:t>
            </w:r>
          </w:p>
        </w:tc>
        <w:tc>
          <w:tcPr>
            <w:tcW w:type="dxa" w:w="776"/>
          </w:tcPr>
          <w:p>
            <w:pPr>
              <w:spacing w:after="0"/>
              <w:jc w:val="left"/>
            </w:pPr>
          </w:p>
        </w:tc>
        <w:tc>
          <w:tcPr>
            <w:tcW w:type="dxa" w:w="1071"/>
          </w:tcPr>
          <w:p>
            <w:pPr>
              <w:spacing w:after="0"/>
              <w:jc w:val="left"/>
            </w:pPr>
          </w:p>
        </w:tc>
      </w:tr>
      <w:tr>
        <w:trPr>
          <w:cantSplit/>
        </w:trPr>
        <w:tc>
          <w:tcPr>
            <w:tcW w:type="dxa" w:w="1242"/>
          </w:tcPr>
          <w:p>
            <w:pPr>
              <w:spacing w:after="0"/>
              <w:jc w:val="left"/>
            </w:pPr>
            <w:r>
              <w:rPr>
                <w:sz w:val="16"/>
              </w:rPr>
              <w:t>1973-07-06</w:t>
            </w:r>
          </w:p>
        </w:tc>
        <w:tc>
          <w:tcPr>
            <w:tcW w:type="dxa" w:w="1242"/>
          </w:tcPr>
          <w:p>
            <w:pPr>
              <w:spacing w:after="0"/>
              <w:jc w:val="left"/>
            </w:pPr>
            <w:r>
              <w:rPr>
                <w:sz w:val="16"/>
              </w:rPr>
              <w:t>1973-07-06</w:t>
            </w:r>
          </w:p>
        </w:tc>
        <w:tc>
          <w:tcPr>
            <w:tcW w:type="dxa" w:w="1242"/>
          </w:tcPr>
          <w:p>
            <w:pPr>
              <w:spacing w:after="0"/>
              <w:jc w:val="left"/>
            </w:pPr>
            <w:r>
              <w:rPr>
                <w:sz w:val="16"/>
              </w:rPr>
              <w:t>DR-396-CO</w:t>
            </w:r>
          </w:p>
        </w:tc>
        <w:tc>
          <w:tcPr>
            <w:tcW w:type="dxa" w:w="1670"/>
          </w:tcPr>
          <w:p>
            <w:pPr>
              <w:spacing w:after="0"/>
              <w:jc w:val="left"/>
            </w:pPr>
            <w:r>
              <w:rPr>
                <w:sz w:val="16"/>
              </w:rPr>
              <w:t>Major disaster</w:t>
            </w:r>
          </w:p>
        </w:tc>
        <w:tc>
          <w:tcPr>
            <w:tcW w:type="dxa" w:w="2418"/>
          </w:tcPr>
          <w:p>
            <w:pPr>
              <w:spacing w:after="0"/>
              <w:jc w:val="left"/>
            </w:pPr>
            <w:r>
              <w:rPr>
                <w:sz w:val="16"/>
              </w:rPr>
              <w:t>FLOODING &amp; LANDSLIDES</w:t>
            </w:r>
          </w:p>
        </w:tc>
        <w:tc>
          <w:tcPr>
            <w:tcW w:type="dxa" w:w="2739"/>
          </w:tcPr>
          <w:p>
            <w:pPr>
              <w:spacing w:after="0"/>
              <w:jc w:val="left"/>
            </w:pPr>
            <w:r>
              <w:rPr>
                <w:sz w:val="16"/>
              </w:rPr>
              <w:t>Inland Flooding (primary); also designated: Landslide</w:t>
            </w:r>
          </w:p>
        </w:tc>
        <w:tc>
          <w:tcPr>
            <w:tcW w:type="dxa" w:w="1712"/>
          </w:tcPr>
          <w:p>
            <w:pPr>
              <w:spacing w:after="0"/>
              <w:jc w:val="right"/>
            </w:pPr>
            <w:r>
              <w:rPr>
                <w:sz w:val="16"/>
              </w:rPr>
              <w:t>none found</w:t>
            </w:r>
          </w:p>
        </w:tc>
        <w:tc>
          <w:tcPr>
            <w:tcW w:type="dxa" w:w="776"/>
          </w:tcPr>
          <w:p>
            <w:pPr>
              <w:spacing w:after="0"/>
              <w:jc w:val="left"/>
            </w:pPr>
          </w:p>
        </w:tc>
        <w:tc>
          <w:tcPr>
            <w:tcW w:type="dxa" w:w="1071"/>
          </w:tcPr>
          <w:p>
            <w:pPr>
              <w:spacing w:after="0"/>
              <w:jc w:val="left"/>
            </w:pPr>
          </w:p>
        </w:tc>
      </w:tr>
      <w:tr>
        <w:trPr>
          <w:cantSplit/>
        </w:trPr>
        <w:tc>
          <w:tcPr>
            <w:tcW w:type="dxa" w:w="1242"/>
          </w:tcPr>
          <w:p>
            <w:pPr>
              <w:spacing w:after="0"/>
              <w:jc w:val="left"/>
            </w:pPr>
            <w:r>
              <w:rPr>
                <w:sz w:val="16"/>
              </w:rPr>
              <w:t>1970-09-22</w:t>
            </w:r>
          </w:p>
        </w:tc>
        <w:tc>
          <w:tcPr>
            <w:tcW w:type="dxa" w:w="1242"/>
          </w:tcPr>
          <w:p>
            <w:pPr>
              <w:spacing w:after="0"/>
              <w:jc w:val="left"/>
            </w:pPr>
            <w:r>
              <w:rPr>
                <w:sz w:val="16"/>
              </w:rPr>
              <w:t>1970-09-22</w:t>
            </w:r>
          </w:p>
        </w:tc>
        <w:tc>
          <w:tcPr>
            <w:tcW w:type="dxa" w:w="1242"/>
          </w:tcPr>
          <w:p>
            <w:pPr>
              <w:spacing w:after="0"/>
              <w:jc w:val="left"/>
            </w:pPr>
            <w:r>
              <w:rPr>
                <w:sz w:val="16"/>
              </w:rPr>
              <w:t>DR-293-CO</w:t>
            </w:r>
          </w:p>
        </w:tc>
        <w:tc>
          <w:tcPr>
            <w:tcW w:type="dxa" w:w="1670"/>
          </w:tcPr>
          <w:p>
            <w:pPr>
              <w:spacing w:after="0"/>
              <w:jc w:val="left"/>
            </w:pPr>
            <w:r>
              <w:rPr>
                <w:sz w:val="16"/>
              </w:rPr>
              <w:t>Major disaster</w:t>
            </w:r>
          </w:p>
        </w:tc>
        <w:tc>
          <w:tcPr>
            <w:tcW w:type="dxa" w:w="2418"/>
          </w:tcPr>
          <w:p>
            <w:pPr>
              <w:spacing w:after="0"/>
              <w:jc w:val="left"/>
            </w:pPr>
            <w:r>
              <w:rPr>
                <w:sz w:val="16"/>
              </w:rPr>
              <w:t>HEAVY RAINS &amp; FLOODING</w:t>
            </w:r>
          </w:p>
        </w:tc>
        <w:tc>
          <w:tcPr>
            <w:tcW w:type="dxa" w:w="2739"/>
          </w:tcPr>
          <w:p>
            <w:pPr>
              <w:spacing w:after="0"/>
              <w:jc w:val="left"/>
            </w:pPr>
            <w:r>
              <w:rPr>
                <w:sz w:val="16"/>
              </w:rPr>
              <w:t>Inland Flooding</w:t>
            </w:r>
          </w:p>
        </w:tc>
        <w:tc>
          <w:tcPr>
            <w:tcW w:type="dxa" w:w="1712"/>
          </w:tcPr>
          <w:p>
            <w:pPr>
              <w:spacing w:after="0"/>
              <w:jc w:val="right"/>
            </w:pPr>
            <w:r>
              <w:rPr>
                <w:sz w:val="16"/>
              </w:rPr>
              <w:t>none found</w:t>
            </w:r>
          </w:p>
        </w:tc>
        <w:tc>
          <w:tcPr>
            <w:tcW w:type="dxa" w:w="776"/>
          </w:tcPr>
          <w:p>
            <w:pPr>
              <w:spacing w:after="0"/>
              <w:jc w:val="left"/>
            </w:pPr>
          </w:p>
        </w:tc>
        <w:tc>
          <w:tcPr>
            <w:tcW w:type="dxa" w:w="107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7"/>
        <w:gridCol w:w="1887"/>
        <w:gridCol w:w="1562"/>
        <w:gridCol w:w="2537"/>
        <w:gridCol w:w="1180"/>
        <w:gridCol w:w="2700"/>
        <w:gridCol w:w="1180"/>
        <w:gridCol w:w="1180"/>
      </w:tblGrid>
      <w:tr>
        <w:trPr>
          <w:cantSplit/>
          <w:tblHeader/>
        </w:trPr>
        <w:tc>
          <w:tcPr>
            <w:tcW w:type="dxa" w:w="1887"/>
            <w:shd w:val="clear" w:color="auto" w:fill="E8E8E8"/>
          </w:tcPr>
          <w:p>
            <w:pPr>
              <w:spacing w:after="0"/>
              <w:jc w:val="left"/>
            </w:pPr>
            <w:r>
              <w:rPr>
                <w:b/>
                <w:sz w:val="16"/>
              </w:rPr>
              <w:t>Declared</w:t>
            </w:r>
          </w:p>
        </w:tc>
        <w:tc>
          <w:tcPr>
            <w:tcW w:type="dxa" w:w="1887"/>
            <w:shd w:val="clear" w:color="auto" w:fill="E8E8E8"/>
          </w:tcPr>
          <w:p>
            <w:pPr>
              <w:spacing w:after="0"/>
              <w:jc w:val="left"/>
            </w:pPr>
            <w:r>
              <w:rPr>
                <w:b/>
                <w:sz w:val="16"/>
              </w:rPr>
              <w:t>Incident began</w:t>
            </w:r>
          </w:p>
        </w:tc>
        <w:tc>
          <w:tcPr>
            <w:tcW w:type="dxa" w:w="1562"/>
            <w:shd w:val="clear" w:color="auto" w:fill="E8E8E8"/>
          </w:tcPr>
          <w:p>
            <w:pPr>
              <w:spacing w:after="0"/>
              <w:jc w:val="left"/>
            </w:pPr>
            <w:r>
              <w:rPr>
                <w:b/>
                <w:sz w:val="16"/>
              </w:rPr>
              <w:t>FEMA number</w:t>
            </w:r>
          </w:p>
        </w:tc>
        <w:tc>
          <w:tcPr>
            <w:tcW w:type="dxa" w:w="2537"/>
            <w:shd w:val="clear" w:color="auto" w:fill="E8E8E8"/>
          </w:tcPr>
          <w:p>
            <w:pPr>
              <w:spacing w:after="0"/>
              <w:jc w:val="left"/>
            </w:pPr>
            <w:r>
              <w:rPr>
                <w:b/>
                <w:sz w:val="16"/>
              </w:rPr>
              <w:t>Type</w:t>
            </w:r>
          </w:p>
        </w:tc>
        <w:tc>
          <w:tcPr>
            <w:tcW w:type="dxa" w:w="1180"/>
            <w:shd w:val="clear" w:color="auto" w:fill="E8E8E8"/>
          </w:tcPr>
          <w:p>
            <w:pPr>
              <w:spacing w:after="0"/>
              <w:jc w:val="left"/>
            </w:pPr>
            <w:r>
              <w:rPr>
                <w:b/>
                <w:sz w:val="16"/>
              </w:rPr>
              <w:t>Title</w:t>
            </w:r>
          </w:p>
        </w:tc>
        <w:tc>
          <w:tcPr>
            <w:tcW w:type="dxa" w:w="2700"/>
            <w:shd w:val="clear" w:color="auto" w:fill="E8E8E8"/>
          </w:tcPr>
          <w:p>
            <w:pPr>
              <w:spacing w:after="0"/>
              <w:jc w:val="left"/>
            </w:pPr>
            <w:r>
              <w:rPr>
                <w:b/>
                <w:sz w:val="16"/>
              </w:rPr>
              <w:t>Mapped hazard</w:t>
            </w:r>
          </w:p>
        </w:tc>
        <w:tc>
          <w:tcPr>
            <w:tcW w:type="dxa" w:w="1180"/>
            <w:shd w:val="clear" w:color="auto" w:fill="E8E8E8"/>
          </w:tcPr>
          <w:p>
            <w:pPr>
              <w:spacing w:after="0"/>
              <w:jc w:val="left"/>
            </w:pPr>
            <w:r>
              <w:rPr>
                <w:b/>
                <w:sz w:val="16"/>
              </w:rPr>
              <w:t>Flags</w:t>
            </w:r>
          </w:p>
        </w:tc>
        <w:tc>
          <w:tcPr>
            <w:tcW w:type="dxa" w:w="1180"/>
            <w:shd w:val="clear" w:color="auto" w:fill="E8E8E8"/>
          </w:tcPr>
          <w:p>
            <w:pPr>
              <w:spacing w:after="0"/>
              <w:jc w:val="left"/>
            </w:pPr>
            <w:r>
              <w:rPr>
                <w:b/>
                <w:sz w:val="16"/>
              </w:rPr>
              <w:t>Notes</w:t>
            </w:r>
          </w:p>
        </w:tc>
      </w:tr>
      <w:tr>
        <w:trPr>
          <w:cantSplit/>
        </w:trPr>
        <w:tc>
          <w:tcPr>
            <w:tcW w:type="dxa" w:w="1887"/>
          </w:tcPr>
          <w:p>
            <w:pPr>
              <w:spacing w:after="0"/>
              <w:jc w:val="left"/>
            </w:pPr>
            <w:r>
              <w:rPr>
                <w:sz w:val="16"/>
              </w:rPr>
              <w:t>1956-06-12</w:t>
            </w:r>
          </w:p>
        </w:tc>
        <w:tc>
          <w:tcPr>
            <w:tcW w:type="dxa" w:w="1887"/>
          </w:tcPr>
          <w:p>
            <w:pPr>
              <w:spacing w:after="0"/>
              <w:jc w:val="left"/>
            </w:pPr>
            <w:r>
              <w:rPr>
                <w:sz w:val="16"/>
              </w:rPr>
              <w:t>1956-06-12</w:t>
            </w:r>
          </w:p>
        </w:tc>
        <w:tc>
          <w:tcPr>
            <w:tcW w:type="dxa" w:w="1562"/>
          </w:tcPr>
          <w:p>
            <w:pPr>
              <w:spacing w:after="0"/>
              <w:jc w:val="left"/>
            </w:pPr>
            <w:r>
              <w:rPr>
                <w:sz w:val="16"/>
              </w:rPr>
              <w:t>DR-59-CO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r>
        <w:trPr>
          <w:cantSplit/>
        </w:trPr>
        <w:tc>
          <w:tcPr>
            <w:tcW w:type="dxa" w:w="1887"/>
          </w:tcPr>
          <w:p>
            <w:pPr>
              <w:spacing w:after="0"/>
              <w:jc w:val="left"/>
            </w:pPr>
            <w:r>
              <w:rPr>
                <w:sz w:val="16"/>
              </w:rPr>
              <w:t>1955-05-25</w:t>
            </w:r>
          </w:p>
        </w:tc>
        <w:tc>
          <w:tcPr>
            <w:tcW w:type="dxa" w:w="1887"/>
          </w:tcPr>
          <w:p>
            <w:pPr>
              <w:spacing w:after="0"/>
              <w:jc w:val="left"/>
            </w:pPr>
            <w:r>
              <w:rPr>
                <w:sz w:val="16"/>
              </w:rPr>
              <w:t>1955-05-25</w:t>
            </w:r>
          </w:p>
        </w:tc>
        <w:tc>
          <w:tcPr>
            <w:tcW w:type="dxa" w:w="1562"/>
          </w:tcPr>
          <w:p>
            <w:pPr>
              <w:spacing w:after="0"/>
              <w:jc w:val="left"/>
            </w:pPr>
            <w:r>
              <w:rPr>
                <w:sz w:val="16"/>
              </w:rPr>
              <w:t>DR-33-CO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10 Fire Management declarations (1978-09-12 to 2016-07-10)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Landslide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46</w:t>
            </w:r>
          </w:p>
        </w:tc>
        <w:tc>
          <w:tcPr>
            <w:tcW w:type="dxa" w:w="1422"/>
          </w:tcPr>
          <w:p>
            <w:pPr>
              <w:spacing w:after="0"/>
              <w:jc w:val="right"/>
            </w:pPr>
            <w:r>
              <w:rPr>
                <w:sz w:val="16"/>
              </w:rPr>
              <w:t>1</w:t>
            </w:r>
          </w:p>
        </w:tc>
        <w:tc>
          <w:tcPr>
            <w:tcW w:type="dxa" w:w="1356"/>
          </w:tcPr>
          <w:p>
            <w:pPr>
              <w:spacing w:after="0"/>
              <w:jc w:val="right"/>
            </w:pPr>
            <w:r>
              <w:rPr>
                <w:sz w:val="16"/>
              </w:rPr>
              <w:t>6</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46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362</w:t>
            </w:r>
          </w:p>
        </w:tc>
        <w:tc>
          <w:tcPr>
            <w:tcW w:type="dxa" w:w="1422"/>
          </w:tcPr>
          <w:p>
            <w:pPr>
              <w:spacing w:after="0"/>
              <w:jc w:val="right"/>
            </w:pPr>
            <w:r>
              <w:rPr>
                <w:sz w:val="16"/>
              </w:rPr>
              <w:t>38</w:t>
            </w:r>
          </w:p>
        </w:tc>
        <w:tc>
          <w:tcPr>
            <w:tcW w:type="dxa" w:w="1356"/>
          </w:tcPr>
          <w:p>
            <w:pPr>
              <w:spacing w:after="0"/>
              <w:jc w:val="right"/>
            </w:pPr>
            <w:r>
              <w:rPr>
                <w:sz w:val="16"/>
              </w:rPr>
              <w:t>7</w:t>
            </w:r>
          </w:p>
        </w:tc>
        <w:tc>
          <w:tcPr>
            <w:tcW w:type="dxa" w:w="963"/>
          </w:tcPr>
          <w:p>
            <w:pPr>
              <w:spacing w:after="0"/>
              <w:jc w:val="right"/>
            </w:pPr>
            <w:r>
              <w:rPr>
                <w:sz w:val="16"/>
              </w:rPr>
              <w:t>53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948"/>
        <w:gridCol w:w="2951"/>
        <w:gridCol w:w="3164"/>
        <w:gridCol w:w="1115"/>
        <w:gridCol w:w="2323"/>
        <w:gridCol w:w="648"/>
        <w:gridCol w:w="1926"/>
      </w:tblGrid>
      <w:tr>
        <w:trPr>
          <w:cantSplit/>
          <w:tblHeader/>
        </w:trPr>
        <w:tc>
          <w:tcPr>
            <w:tcW w:type="dxa" w:w="1037"/>
            <w:shd w:val="clear" w:color="auto" w:fill="E8E8E8"/>
          </w:tcPr>
          <w:p>
            <w:pPr>
              <w:spacing w:after="0"/>
              <w:jc w:val="left"/>
            </w:pPr>
            <w:r>
              <w:rPr>
                <w:b/>
                <w:sz w:val="16"/>
              </w:rPr>
              <w:t>Date</w:t>
            </w:r>
          </w:p>
        </w:tc>
        <w:tc>
          <w:tcPr>
            <w:tcW w:type="dxa" w:w="948"/>
            <w:shd w:val="clear" w:color="auto" w:fill="E8E8E8"/>
          </w:tcPr>
          <w:p>
            <w:pPr>
              <w:spacing w:after="0"/>
              <w:jc w:val="left"/>
            </w:pPr>
            <w:r>
              <w:rPr>
                <w:b/>
                <w:sz w:val="16"/>
              </w:rPr>
              <w:t>Event type</w:t>
            </w:r>
          </w:p>
        </w:tc>
        <w:tc>
          <w:tcPr>
            <w:tcW w:type="dxa" w:w="2951"/>
            <w:shd w:val="clear" w:color="auto" w:fill="E8E8E8"/>
          </w:tcPr>
          <w:p>
            <w:pPr>
              <w:spacing w:after="0"/>
              <w:jc w:val="left"/>
            </w:pPr>
            <w:r>
              <w:rPr>
                <w:b/>
                <w:sz w:val="16"/>
              </w:rPr>
              <w:t>Magnitude or extent</w:t>
            </w:r>
          </w:p>
        </w:tc>
        <w:tc>
          <w:tcPr>
            <w:tcW w:type="dxa" w:w="3164"/>
            <w:shd w:val="clear" w:color="auto" w:fill="E8E8E8"/>
          </w:tcPr>
          <w:p>
            <w:pPr>
              <w:spacing w:after="0"/>
              <w:jc w:val="left"/>
            </w:pPr>
            <w:r>
              <w:rPr>
                <w:b/>
                <w:sz w:val="16"/>
              </w:rPr>
              <w:t>Damage</w:t>
            </w:r>
          </w:p>
          <w:p>
            <w:pPr>
              <w:spacing w:after="0"/>
              <w:jc w:val="left"/>
            </w:pPr>
            <w:r>
              <w:rPr>
                <w:i/>
                <w:color w:val="555555"/>
                <w:sz w:val="14"/>
              </w:rPr>
              <w:t>nominal dollars</w:t>
            </w:r>
          </w:p>
        </w:tc>
        <w:tc>
          <w:tcPr>
            <w:tcW w:type="dxa" w:w="111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23"/>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192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2016-02-02</w:t>
            </w:r>
          </w:p>
        </w:tc>
        <w:tc>
          <w:tcPr>
            <w:tcW w:type="dxa" w:w="948"/>
          </w:tcPr>
          <w:p>
            <w:pPr>
              <w:spacing w:after="0"/>
              <w:jc w:val="left"/>
            </w:pPr>
            <w:r>
              <w:rPr>
                <w:sz w:val="16"/>
              </w:rPr>
              <w:t>Avalanche</w:t>
            </w:r>
          </w:p>
        </w:tc>
        <w:tc>
          <w:tcPr>
            <w:tcW w:type="dxa" w:w="2951"/>
          </w:tcPr>
          <w:p>
            <w:pPr>
              <w:spacing w:after="0"/>
              <w:jc w:val="left"/>
            </w:pPr>
          </w:p>
        </w:tc>
        <w:tc>
          <w:tcPr>
            <w:tcW w:type="dxa" w:w="3164"/>
          </w:tcPr>
          <w:p>
            <w:pPr>
              <w:spacing w:after="0"/>
              <w:jc w:val="left"/>
            </w:pPr>
            <w:r>
              <w:rPr>
                <w:sz w:val="16"/>
              </w:rPr>
              <w:t>$0 property; $0 crops, reported for the zone (2016 dollars)</w:t>
            </w:r>
          </w:p>
        </w:tc>
        <w:tc>
          <w:tcPr>
            <w:tcW w:type="dxa" w:w="1115"/>
          </w:tcPr>
          <w:p>
            <w:pPr>
              <w:spacing w:after="0"/>
              <w:jc w:val="right"/>
            </w:pPr>
            <w:r>
              <w:rPr>
                <w:sz w:val="16"/>
              </w:rPr>
              <w:t>1, 0</w:t>
            </w:r>
          </w:p>
        </w:tc>
        <w:tc>
          <w:tcPr>
            <w:tcW w:type="dxa" w:w="2323"/>
          </w:tcPr>
          <w:p>
            <w:pPr>
              <w:spacing w:after="0"/>
              <w:jc w:val="left"/>
            </w:pPr>
            <w:r>
              <w:rPr>
                <w:sz w:val="16"/>
              </w:rPr>
              <w:t>NWS zone COZ067 (UPPER RIO GRANDE VALLEY / EASTERN SAN JUAN MOUNTAINS BELOW 10000 FT), zone-level: may include parts of neighboring counties</w:t>
            </w:r>
          </w:p>
        </w:tc>
        <w:tc>
          <w:tcPr>
            <w:tcW w:type="dxa" w:w="648"/>
          </w:tcPr>
          <w:p>
            <w:pPr>
              <w:spacing w:after="0"/>
              <w:jc w:val="left"/>
            </w:pPr>
          </w:p>
        </w:tc>
        <w:tc>
          <w:tcPr>
            <w:tcW w:type="dxa" w:w="1926"/>
          </w:tcPr>
          <w:p>
            <w:pPr>
              <w:spacing w:after="0"/>
              <w:jc w:val="left"/>
            </w:pPr>
            <w:r>
              <w:rPr>
                <w:sz w:val="16"/>
              </w:rPr>
              <w:t>deaths or injuries recorded</w:t>
            </w:r>
          </w:p>
        </w:tc>
      </w:tr>
      <w:tr>
        <w:trPr>
          <w:cantSplit/>
        </w:trPr>
        <w:tc>
          <w:tcPr>
            <w:tcW w:type="dxa" w:w="1037"/>
          </w:tcPr>
          <w:p>
            <w:pPr>
              <w:spacing w:after="0"/>
              <w:jc w:val="left"/>
            </w:pPr>
            <w:r>
              <w:rPr>
                <w:sz w:val="16"/>
              </w:rPr>
              <w:t>2012-02-16</w:t>
            </w:r>
          </w:p>
        </w:tc>
        <w:tc>
          <w:tcPr>
            <w:tcW w:type="dxa" w:w="948"/>
          </w:tcPr>
          <w:p>
            <w:pPr>
              <w:spacing w:after="0"/>
              <w:jc w:val="left"/>
            </w:pPr>
            <w:r>
              <w:rPr>
                <w:sz w:val="16"/>
              </w:rPr>
              <w:t>Avalanche</w:t>
            </w:r>
          </w:p>
        </w:tc>
        <w:tc>
          <w:tcPr>
            <w:tcW w:type="dxa" w:w="2951"/>
          </w:tcPr>
          <w:p>
            <w:pPr>
              <w:spacing w:after="0"/>
              <w:jc w:val="left"/>
            </w:pPr>
          </w:p>
        </w:tc>
        <w:tc>
          <w:tcPr>
            <w:tcW w:type="dxa" w:w="3164"/>
          </w:tcPr>
          <w:p>
            <w:pPr>
              <w:spacing w:after="0"/>
              <w:jc w:val="left"/>
            </w:pPr>
            <w:r>
              <w:rPr>
                <w:sz w:val="16"/>
              </w:rPr>
              <w:t>$0 property; $0 crops, reported for the zone (2012 dollars)</w:t>
            </w:r>
          </w:p>
        </w:tc>
        <w:tc>
          <w:tcPr>
            <w:tcW w:type="dxa" w:w="1115"/>
          </w:tcPr>
          <w:p>
            <w:pPr>
              <w:spacing w:after="0"/>
              <w:jc w:val="right"/>
            </w:pPr>
            <w:r>
              <w:rPr>
                <w:sz w:val="16"/>
              </w:rPr>
              <w:t>1, 1</w:t>
            </w:r>
          </w:p>
        </w:tc>
        <w:tc>
          <w:tcPr>
            <w:tcW w:type="dxa" w:w="2323"/>
          </w:tcPr>
          <w:p>
            <w:pPr>
              <w:spacing w:after="0"/>
              <w:jc w:val="left"/>
            </w:pPr>
            <w:r>
              <w:rPr>
                <w:sz w:val="16"/>
              </w:rPr>
              <w:t>NWS zone COZ068 (EASTERN SAN JUAN MOUNTAINS ABOVE 10000 FT), zone-level: may include parts of neighboring counties</w:t>
            </w:r>
          </w:p>
        </w:tc>
        <w:tc>
          <w:tcPr>
            <w:tcW w:type="dxa" w:w="648"/>
          </w:tcPr>
          <w:p>
            <w:pPr>
              <w:spacing w:after="0"/>
              <w:jc w:val="left"/>
            </w:pPr>
          </w:p>
        </w:tc>
        <w:tc>
          <w:tcPr>
            <w:tcW w:type="dxa" w:w="1926"/>
          </w:tcPr>
          <w:p>
            <w:pPr>
              <w:spacing w:after="0"/>
              <w:jc w:val="left"/>
            </w:pPr>
            <w:r>
              <w:rPr>
                <w:sz w:val="16"/>
              </w:rPr>
              <w:t>deaths or injuries recorded</w:t>
            </w:r>
          </w:p>
        </w:tc>
      </w:tr>
      <w:tr>
        <w:trPr>
          <w:cantSplit/>
        </w:trPr>
        <w:tc>
          <w:tcPr>
            <w:tcW w:type="dxa" w:w="1037"/>
          </w:tcPr>
          <w:p>
            <w:pPr>
              <w:spacing w:after="0"/>
              <w:jc w:val="left"/>
            </w:pPr>
            <w:r>
              <w:rPr>
                <w:sz w:val="16"/>
              </w:rPr>
              <w:t>2010-11-22</w:t>
            </w:r>
          </w:p>
        </w:tc>
        <w:tc>
          <w:tcPr>
            <w:tcW w:type="dxa" w:w="948"/>
          </w:tcPr>
          <w:p>
            <w:pPr>
              <w:spacing w:after="0"/>
              <w:jc w:val="left"/>
            </w:pPr>
            <w:r>
              <w:rPr>
                <w:sz w:val="16"/>
              </w:rPr>
              <w:t>Avalanche</w:t>
            </w:r>
          </w:p>
        </w:tc>
        <w:tc>
          <w:tcPr>
            <w:tcW w:type="dxa" w:w="2951"/>
          </w:tcPr>
          <w:p>
            <w:pPr>
              <w:spacing w:after="0"/>
              <w:jc w:val="left"/>
            </w:pPr>
          </w:p>
        </w:tc>
        <w:tc>
          <w:tcPr>
            <w:tcW w:type="dxa" w:w="3164"/>
          </w:tcPr>
          <w:p>
            <w:pPr>
              <w:spacing w:after="0"/>
              <w:jc w:val="left"/>
            </w:pPr>
            <w:r>
              <w:rPr>
                <w:sz w:val="16"/>
              </w:rPr>
              <w:t>$0 property; $0 crops, reported for the zone (2010 dollars)</w:t>
            </w:r>
          </w:p>
        </w:tc>
        <w:tc>
          <w:tcPr>
            <w:tcW w:type="dxa" w:w="1115"/>
          </w:tcPr>
          <w:p>
            <w:pPr>
              <w:spacing w:after="0"/>
              <w:jc w:val="right"/>
            </w:pPr>
            <w:r>
              <w:rPr>
                <w:sz w:val="16"/>
              </w:rPr>
              <w:t>1, 0</w:t>
            </w:r>
          </w:p>
        </w:tc>
        <w:tc>
          <w:tcPr>
            <w:tcW w:type="dxa" w:w="2323"/>
          </w:tcPr>
          <w:p>
            <w:pPr>
              <w:spacing w:after="0"/>
              <w:jc w:val="left"/>
            </w:pPr>
            <w:r>
              <w:rPr>
                <w:sz w:val="16"/>
              </w:rPr>
              <w:t>NWS zone COZ068 (EASTERN SAN JUAN MOUNTAINS ABOVE 10000 FT), zone-level: may include parts of neighboring counties</w:t>
            </w:r>
          </w:p>
        </w:tc>
        <w:tc>
          <w:tcPr>
            <w:tcW w:type="dxa" w:w="648"/>
          </w:tcPr>
          <w:p>
            <w:pPr>
              <w:spacing w:after="0"/>
              <w:jc w:val="left"/>
            </w:pPr>
          </w:p>
        </w:tc>
        <w:tc>
          <w:tcPr>
            <w:tcW w:type="dxa" w:w="1926"/>
          </w:tcPr>
          <w:p>
            <w:pPr>
              <w:spacing w:after="0"/>
              <w:jc w:val="left"/>
            </w:pPr>
            <w:r>
              <w:rPr>
                <w:sz w:val="16"/>
              </w:rPr>
              <w:t>deaths or injuries recorded</w:t>
            </w:r>
          </w:p>
        </w:tc>
      </w:tr>
      <w:tr>
        <w:trPr>
          <w:cantSplit/>
        </w:trPr>
        <w:tc>
          <w:tcPr>
            <w:tcW w:type="dxa" w:w="1037"/>
          </w:tcPr>
          <w:p>
            <w:pPr>
              <w:spacing w:after="0"/>
              <w:jc w:val="left"/>
            </w:pPr>
            <w:r>
              <w:rPr>
                <w:sz w:val="16"/>
              </w:rPr>
              <w:t>2010-03-19</w:t>
            </w:r>
          </w:p>
        </w:tc>
        <w:tc>
          <w:tcPr>
            <w:tcW w:type="dxa" w:w="948"/>
          </w:tcPr>
          <w:p>
            <w:pPr>
              <w:spacing w:after="0"/>
              <w:jc w:val="left"/>
            </w:pPr>
            <w:r>
              <w:rPr>
                <w:sz w:val="16"/>
              </w:rPr>
              <w:t>Avalanche</w:t>
            </w:r>
          </w:p>
        </w:tc>
        <w:tc>
          <w:tcPr>
            <w:tcW w:type="dxa" w:w="2951"/>
          </w:tcPr>
          <w:p>
            <w:pPr>
              <w:spacing w:after="0"/>
              <w:jc w:val="left"/>
            </w:pPr>
          </w:p>
        </w:tc>
        <w:tc>
          <w:tcPr>
            <w:tcW w:type="dxa" w:w="3164"/>
          </w:tcPr>
          <w:p>
            <w:pPr>
              <w:spacing w:after="0"/>
              <w:jc w:val="left"/>
            </w:pPr>
            <w:r>
              <w:rPr>
                <w:sz w:val="16"/>
              </w:rPr>
              <w:t>$0 property; $0 crops, reported for the zone (2010 dollars)</w:t>
            </w:r>
          </w:p>
        </w:tc>
        <w:tc>
          <w:tcPr>
            <w:tcW w:type="dxa" w:w="1115"/>
          </w:tcPr>
          <w:p>
            <w:pPr>
              <w:spacing w:after="0"/>
              <w:jc w:val="right"/>
            </w:pPr>
            <w:r>
              <w:rPr>
                <w:sz w:val="16"/>
              </w:rPr>
              <w:t>2, 0</w:t>
            </w:r>
          </w:p>
        </w:tc>
        <w:tc>
          <w:tcPr>
            <w:tcW w:type="dxa" w:w="2323"/>
          </w:tcPr>
          <w:p>
            <w:pPr>
              <w:spacing w:after="0"/>
              <w:jc w:val="left"/>
            </w:pPr>
            <w:r>
              <w:rPr>
                <w:sz w:val="16"/>
              </w:rPr>
              <w:t>NWS zone COZ067 (UPPER RIO GRANDE VALLEY / EASTERN SAN JUAN MOUNTAINS BELOW 10000 FT), zone-level: may include parts of neighboring counties</w:t>
            </w:r>
          </w:p>
        </w:tc>
        <w:tc>
          <w:tcPr>
            <w:tcW w:type="dxa" w:w="648"/>
          </w:tcPr>
          <w:p>
            <w:pPr>
              <w:spacing w:after="0"/>
              <w:jc w:val="left"/>
            </w:pPr>
          </w:p>
        </w:tc>
        <w:tc>
          <w:tcPr>
            <w:tcW w:type="dxa" w:w="1926"/>
          </w:tcPr>
          <w:p>
            <w:pPr>
              <w:spacing w:after="0"/>
              <w:jc w:val="left"/>
            </w:pPr>
            <w:r>
              <w:rPr>
                <w:sz w:val="16"/>
              </w:rPr>
              <w:t>deaths or injuries recorded</w:t>
            </w:r>
          </w:p>
        </w:tc>
      </w:tr>
      <w:tr>
        <w:trPr>
          <w:cantSplit/>
        </w:trPr>
        <w:tc>
          <w:tcPr>
            <w:tcW w:type="dxa" w:w="1037"/>
          </w:tcPr>
          <w:p>
            <w:pPr>
              <w:spacing w:after="0"/>
              <w:jc w:val="left"/>
            </w:pPr>
            <w:r>
              <w:rPr>
                <w:sz w:val="16"/>
              </w:rPr>
              <w:t>2002-07-01</w:t>
            </w:r>
          </w:p>
        </w:tc>
        <w:tc>
          <w:tcPr>
            <w:tcW w:type="dxa" w:w="948"/>
          </w:tcPr>
          <w:p>
            <w:pPr>
              <w:spacing w:after="0"/>
              <w:jc w:val="left"/>
            </w:pPr>
            <w:r>
              <w:rPr>
                <w:sz w:val="16"/>
              </w:rPr>
              <w:t>Drought</w:t>
            </w:r>
          </w:p>
        </w:tc>
        <w:tc>
          <w:tcPr>
            <w:tcW w:type="dxa" w:w="2951"/>
          </w:tcPr>
          <w:p>
            <w:pPr>
              <w:spacing w:after="0"/>
              <w:jc w:val="left"/>
            </w:pPr>
          </w:p>
        </w:tc>
        <w:tc>
          <w:tcPr>
            <w:tcW w:type="dxa" w:w="3164"/>
          </w:tcPr>
          <w:p>
            <w:pPr>
              <w:spacing w:after="0"/>
              <w:jc w:val="left"/>
            </w:pPr>
            <w:r>
              <w:rPr>
                <w:sz w:val="16"/>
              </w:rPr>
              <w:t>damage not reported</w:t>
            </w:r>
          </w:p>
        </w:tc>
        <w:tc>
          <w:tcPr>
            <w:tcW w:type="dxa" w:w="1115"/>
          </w:tcPr>
          <w:p>
            <w:pPr>
              <w:spacing w:after="0"/>
              <w:jc w:val="right"/>
            </w:pPr>
            <w:r>
              <w:rPr>
                <w:sz w:val="16"/>
              </w:rPr>
              <w:t>0, 0</w:t>
            </w:r>
          </w:p>
        </w:tc>
        <w:tc>
          <w:tcPr>
            <w:tcW w:type="dxa" w:w="2323"/>
          </w:tcPr>
          <w:p>
            <w:pPr>
              <w:spacing w:after="0"/>
              <w:jc w:val="left"/>
            </w:pPr>
            <w:r>
              <w:rPr>
                <w:sz w:val="16"/>
              </w:rPr>
              <w:t>Storm Events area EASTERN SAN JUAN MOUNTAINS / MINERAL / W RIO GRANDE / W CONEJOS (legacy zone code COZ061), zone-level: may include parts of neighboring counties</w:t>
            </w:r>
          </w:p>
        </w:tc>
        <w:tc>
          <w:tcPr>
            <w:tcW w:type="dxa" w:w="648"/>
          </w:tcPr>
          <w:p>
            <w:pPr>
              <w:spacing w:after="0"/>
              <w:jc w:val="left"/>
            </w:pPr>
          </w:p>
        </w:tc>
        <w:tc>
          <w:tcPr>
            <w:tcW w:type="dxa" w:w="1926"/>
          </w:tcPr>
          <w:p>
            <w:pPr>
              <w:spacing w:after="0"/>
              <w:jc w:val="left"/>
            </w:pPr>
            <w:r>
              <w:rPr>
                <w:sz w:val="16"/>
              </w:rPr>
              <w:t>B1-c worst recorded: Drought</w:t>
            </w:r>
          </w:p>
        </w:tc>
      </w:tr>
      <w:tr>
        <w:trPr>
          <w:cantSplit/>
        </w:trPr>
        <w:tc>
          <w:tcPr>
            <w:tcW w:type="dxa" w:w="1037"/>
          </w:tcPr>
          <w:p>
            <w:pPr>
              <w:spacing w:after="0"/>
              <w:jc w:val="left"/>
            </w:pPr>
            <w:r>
              <w:rPr>
                <w:sz w:val="16"/>
              </w:rPr>
              <w:t>1996-12-05</w:t>
            </w:r>
          </w:p>
        </w:tc>
        <w:tc>
          <w:tcPr>
            <w:tcW w:type="dxa" w:w="948"/>
          </w:tcPr>
          <w:p>
            <w:pPr>
              <w:spacing w:after="0"/>
              <w:jc w:val="left"/>
            </w:pPr>
            <w:r>
              <w:rPr>
                <w:sz w:val="16"/>
              </w:rPr>
              <w:t>High Wind</w:t>
            </w:r>
          </w:p>
        </w:tc>
        <w:tc>
          <w:tcPr>
            <w:tcW w:type="dxa" w:w="2951"/>
          </w:tcPr>
          <w:p>
            <w:pPr>
              <w:spacing w:after="0"/>
              <w:jc w:val="left"/>
            </w:pPr>
            <w:r>
              <w:rPr>
                <w:sz w:val="16"/>
              </w:rPr>
              <w:t>87 kt (100 mph), measurement type not recorded</w:t>
            </w:r>
          </w:p>
        </w:tc>
        <w:tc>
          <w:tcPr>
            <w:tcW w:type="dxa" w:w="3164"/>
          </w:tcPr>
          <w:p>
            <w:pPr>
              <w:spacing w:after="0"/>
              <w:jc w:val="left"/>
            </w:pPr>
            <w:r>
              <w:rPr>
                <w:sz w:val="16"/>
              </w:rPr>
              <w:t>damage not reported</w:t>
            </w:r>
          </w:p>
        </w:tc>
        <w:tc>
          <w:tcPr>
            <w:tcW w:type="dxa" w:w="1115"/>
          </w:tcPr>
          <w:p>
            <w:pPr>
              <w:spacing w:after="0"/>
              <w:jc w:val="right"/>
            </w:pPr>
            <w:r>
              <w:rPr>
                <w:sz w:val="16"/>
              </w:rPr>
              <w:t>0, 0</w:t>
            </w:r>
          </w:p>
        </w:tc>
        <w:tc>
          <w:tcPr>
            <w:tcW w:type="dxa" w:w="2323"/>
          </w:tcPr>
          <w:p>
            <w:pPr>
              <w:spacing w:after="0"/>
              <w:jc w:val="left"/>
            </w:pPr>
            <w:r>
              <w:rPr>
                <w:sz w:val="16"/>
              </w:rPr>
              <w:t>NWS zone COZ068 (EASTERN SAN JUAN MOUNTAINS ABOVE 10000 FT), zone-level: may include parts of neighboring counties</w:t>
            </w:r>
          </w:p>
        </w:tc>
        <w:tc>
          <w:tcPr>
            <w:tcW w:type="dxa" w:w="648"/>
          </w:tcPr>
          <w:p>
            <w:pPr>
              <w:spacing w:after="0"/>
              <w:jc w:val="left"/>
            </w:pPr>
          </w:p>
        </w:tc>
        <w:tc>
          <w:tcPr>
            <w:tcW w:type="dxa" w:w="192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1996-02-01</w:t>
            </w:r>
          </w:p>
        </w:tc>
        <w:tc>
          <w:tcPr>
            <w:tcW w:type="dxa" w:w="948"/>
          </w:tcPr>
          <w:p>
            <w:pPr>
              <w:spacing w:after="0"/>
              <w:jc w:val="left"/>
            </w:pPr>
            <w:r>
              <w:rPr>
                <w:sz w:val="16"/>
              </w:rPr>
              <w:t>Cold/Wind Chill</w:t>
            </w:r>
          </w:p>
        </w:tc>
        <w:tc>
          <w:tcPr>
            <w:tcW w:type="dxa" w:w="2951"/>
          </w:tcPr>
          <w:p>
            <w:pPr>
              <w:spacing w:after="0"/>
              <w:jc w:val="left"/>
            </w:pPr>
          </w:p>
        </w:tc>
        <w:tc>
          <w:tcPr>
            <w:tcW w:type="dxa" w:w="3164"/>
          </w:tcPr>
          <w:p>
            <w:pPr>
              <w:spacing w:after="0"/>
              <w:jc w:val="left"/>
            </w:pPr>
            <w:r>
              <w:rPr>
                <w:sz w:val="16"/>
              </w:rPr>
              <w:t>damage not reported</w:t>
            </w:r>
          </w:p>
        </w:tc>
        <w:tc>
          <w:tcPr>
            <w:tcW w:type="dxa" w:w="1115"/>
          </w:tcPr>
          <w:p>
            <w:pPr>
              <w:spacing w:after="0"/>
              <w:jc w:val="right"/>
            </w:pPr>
            <w:r>
              <w:rPr>
                <w:sz w:val="16"/>
              </w:rPr>
              <w:t>0, 0</w:t>
            </w:r>
          </w:p>
        </w:tc>
        <w:tc>
          <w:tcPr>
            <w:tcW w:type="dxa" w:w="2323"/>
          </w:tcPr>
          <w:p>
            <w:pPr>
              <w:spacing w:after="0"/>
              <w:jc w:val="left"/>
            </w:pPr>
            <w:r>
              <w:rPr>
                <w:sz w:val="16"/>
              </w:rPr>
              <w:t>NWS zone COZ071 (SOUTHERN SAN LUIS VALLEY), zone-level: may include parts of neighboring counties</w:t>
            </w:r>
          </w:p>
        </w:tc>
        <w:tc>
          <w:tcPr>
            <w:tcW w:type="dxa" w:w="648"/>
          </w:tcPr>
          <w:p>
            <w:pPr>
              <w:spacing w:after="0"/>
              <w:jc w:val="left"/>
            </w:pPr>
          </w:p>
        </w:tc>
        <w:tc>
          <w:tcPr>
            <w:tcW w:type="dxa" w:w="192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1990-07-20</w:t>
            </w:r>
          </w:p>
        </w:tc>
        <w:tc>
          <w:tcPr>
            <w:tcW w:type="dxa" w:w="948"/>
          </w:tcPr>
          <w:p>
            <w:pPr>
              <w:spacing w:after="0"/>
              <w:jc w:val="left"/>
            </w:pPr>
            <w:r>
              <w:rPr>
                <w:sz w:val="16"/>
              </w:rPr>
              <w:t>Tornado</w:t>
            </w:r>
          </w:p>
        </w:tc>
        <w:tc>
          <w:tcPr>
            <w:tcW w:type="dxa" w:w="2951"/>
          </w:tcPr>
          <w:p>
            <w:pPr>
              <w:spacing w:after="0"/>
              <w:jc w:val="left"/>
            </w:pPr>
            <w:r>
              <w:rPr>
                <w:sz w:val="16"/>
              </w:rPr>
              <w:t>F0, 1.5 mi path length (records before 1996 may include the whole path; rating and listing come from the county where the tornado began), 13 yd wide</w:t>
            </w:r>
          </w:p>
        </w:tc>
        <w:tc>
          <w:tcPr>
            <w:tcW w:type="dxa" w:w="3164"/>
          </w:tcPr>
          <w:p>
            <w:pPr>
              <w:spacing w:after="0"/>
              <w:jc w:val="left"/>
            </w:pPr>
            <w:r>
              <w:rPr>
                <w:sz w:val="16"/>
              </w:rPr>
              <w:t>$25,000 property; crops not recorded (1990 dollars)</w:t>
            </w:r>
          </w:p>
        </w:tc>
        <w:tc>
          <w:tcPr>
            <w:tcW w:type="dxa" w:w="1115"/>
          </w:tcPr>
          <w:p>
            <w:pPr>
              <w:spacing w:after="0"/>
              <w:jc w:val="right"/>
            </w:pPr>
            <w:r>
              <w:rPr>
                <w:sz w:val="16"/>
              </w:rPr>
              <w:t>0, 0</w:t>
            </w:r>
          </w:p>
        </w:tc>
        <w:tc>
          <w:tcPr>
            <w:tcW w:type="dxa" w:w="2323"/>
          </w:tcPr>
          <w:p>
            <w:pPr>
              <w:spacing w:after="0"/>
              <w:jc w:val="left"/>
            </w:pPr>
            <w:r>
              <w:rPr>
                <w:sz w:val="16"/>
              </w:rPr>
              <w:t>location not recorded</w:t>
            </w:r>
          </w:p>
        </w:tc>
        <w:tc>
          <w:tcPr>
            <w:tcW w:type="dxa" w:w="648"/>
          </w:tcPr>
          <w:p>
            <w:pPr>
              <w:spacing w:after="0"/>
              <w:jc w:val="left"/>
            </w:pPr>
          </w:p>
        </w:tc>
        <w:tc>
          <w:tcPr>
            <w:tcW w:type="dxa" w:w="1926"/>
          </w:tcPr>
          <w:p>
            <w:pPr>
              <w:spacing w:after="0"/>
              <w:jc w:val="left"/>
            </w:pPr>
            <w:r>
              <w:rPr>
                <w:sz w:val="16"/>
              </w:rPr>
              <w:t>B1-c most damaging: Tornado</w:t>
            </w:r>
          </w:p>
        </w:tc>
      </w:tr>
      <w:tr>
        <w:trPr>
          <w:cantSplit/>
        </w:trPr>
        <w:tc>
          <w:tcPr>
            <w:tcW w:type="dxa" w:w="1037"/>
          </w:tcPr>
          <w:p>
            <w:pPr>
              <w:spacing w:after="0"/>
              <w:jc w:val="left"/>
            </w:pPr>
            <w:r>
              <w:rPr>
                <w:sz w:val="16"/>
              </w:rPr>
              <w:t>1961-07-08</w:t>
            </w:r>
          </w:p>
        </w:tc>
        <w:tc>
          <w:tcPr>
            <w:tcW w:type="dxa" w:w="948"/>
          </w:tcPr>
          <w:p>
            <w:pPr>
              <w:spacing w:after="0"/>
              <w:jc w:val="left"/>
            </w:pPr>
            <w:r>
              <w:rPr>
                <w:sz w:val="16"/>
              </w:rPr>
              <w:t>Hail</w:t>
            </w:r>
          </w:p>
        </w:tc>
        <w:tc>
          <w:tcPr>
            <w:tcW w:type="dxa" w:w="2951"/>
          </w:tcPr>
          <w:p>
            <w:pPr>
              <w:spacing w:after="0"/>
              <w:jc w:val="left"/>
            </w:pPr>
            <w:r>
              <w:rPr>
                <w:sz w:val="16"/>
              </w:rPr>
              <w:t>1.75 in</w:t>
            </w:r>
          </w:p>
        </w:tc>
        <w:tc>
          <w:tcPr>
            <w:tcW w:type="dxa" w:w="3164"/>
          </w:tcPr>
          <w:p>
            <w:pPr>
              <w:spacing w:after="0"/>
              <w:jc w:val="left"/>
            </w:pPr>
            <w:r>
              <w:rPr>
                <w:sz w:val="16"/>
              </w:rPr>
              <w:t>damage not recorded (pre-1996 record)</w:t>
            </w:r>
          </w:p>
        </w:tc>
        <w:tc>
          <w:tcPr>
            <w:tcW w:type="dxa" w:w="1115"/>
          </w:tcPr>
          <w:p>
            <w:pPr>
              <w:spacing w:after="0"/>
              <w:jc w:val="right"/>
            </w:pPr>
            <w:r>
              <w:rPr>
                <w:sz w:val="16"/>
              </w:rPr>
              <w:t>0, 0</w:t>
            </w:r>
          </w:p>
        </w:tc>
        <w:tc>
          <w:tcPr>
            <w:tcW w:type="dxa" w:w="2323"/>
          </w:tcPr>
          <w:p>
            <w:pPr>
              <w:spacing w:after="0"/>
              <w:jc w:val="left"/>
            </w:pPr>
            <w:r>
              <w:rPr>
                <w:sz w:val="16"/>
              </w:rPr>
              <w:t>location not recorded</w:t>
            </w:r>
          </w:p>
        </w:tc>
        <w:tc>
          <w:tcPr>
            <w:tcW w:type="dxa" w:w="648"/>
          </w:tcPr>
          <w:p>
            <w:pPr>
              <w:spacing w:after="0"/>
              <w:jc w:val="left"/>
            </w:pPr>
          </w:p>
        </w:tc>
        <w:tc>
          <w:tcPr>
            <w:tcW w:type="dxa" w:w="1926"/>
          </w:tcPr>
          <w:p>
            <w:pPr>
              <w:spacing w:after="0"/>
              <w:jc w:val="left"/>
            </w:pPr>
            <w:r>
              <w:rPr>
                <w:sz w:val="16"/>
              </w:rPr>
              <w:t>B1-c worst recorded: Hail</w:t>
            </w:r>
          </w:p>
        </w:tc>
      </w:tr>
      <w:tr>
        <w:trPr>
          <w:cantSplit/>
        </w:trPr>
        <w:tc>
          <w:tcPr>
            <w:tcW w:type="dxa" w:w="1037"/>
          </w:tcPr>
          <w:p>
            <w:pPr>
              <w:spacing w:after="0"/>
              <w:jc w:val="left"/>
            </w:pPr>
            <w:r>
              <w:rPr>
                <w:sz w:val="16"/>
              </w:rPr>
              <w:t>1953-06-17</w:t>
            </w:r>
          </w:p>
        </w:tc>
        <w:tc>
          <w:tcPr>
            <w:tcW w:type="dxa" w:w="948"/>
          </w:tcPr>
          <w:p>
            <w:pPr>
              <w:spacing w:after="0"/>
              <w:jc w:val="left"/>
            </w:pPr>
            <w:r>
              <w:rPr>
                <w:sz w:val="16"/>
              </w:rPr>
              <w:t>Tornado</w:t>
            </w:r>
          </w:p>
        </w:tc>
        <w:tc>
          <w:tcPr>
            <w:tcW w:type="dxa" w:w="2951"/>
          </w:tcPr>
          <w:p>
            <w:pPr>
              <w:spacing w:after="0"/>
              <w:jc w:val="left"/>
            </w:pPr>
            <w:r>
              <w:rPr>
                <w:sz w:val="16"/>
              </w:rPr>
              <w:t>F2, 1 mi path length (records before 1996 may include the whole path; rating and listing come from the county where the tornado began), 1,417 yd wide</w:t>
            </w:r>
          </w:p>
        </w:tc>
        <w:tc>
          <w:tcPr>
            <w:tcW w:type="dxa" w:w="3164"/>
          </w:tcPr>
          <w:p>
            <w:pPr>
              <w:spacing w:after="0"/>
              <w:jc w:val="left"/>
            </w:pPr>
            <w:r>
              <w:rPr>
                <w:sz w:val="16"/>
              </w:rPr>
              <w:t>$250 property; crops not recorded (1953 dollars)</w:t>
            </w:r>
          </w:p>
        </w:tc>
        <w:tc>
          <w:tcPr>
            <w:tcW w:type="dxa" w:w="1115"/>
          </w:tcPr>
          <w:p>
            <w:pPr>
              <w:spacing w:after="0"/>
              <w:jc w:val="right"/>
            </w:pPr>
            <w:r>
              <w:rPr>
                <w:sz w:val="16"/>
              </w:rPr>
              <w:t>0, 0</w:t>
            </w:r>
          </w:p>
        </w:tc>
        <w:tc>
          <w:tcPr>
            <w:tcW w:type="dxa" w:w="2323"/>
          </w:tcPr>
          <w:p>
            <w:pPr>
              <w:spacing w:after="0"/>
              <w:jc w:val="left"/>
            </w:pPr>
            <w:r>
              <w:rPr>
                <w:sz w:val="16"/>
              </w:rPr>
              <w:t>location not recorded</w:t>
            </w:r>
          </w:p>
        </w:tc>
        <w:tc>
          <w:tcPr>
            <w:tcW w:type="dxa" w:w="648"/>
          </w:tcPr>
          <w:p>
            <w:pPr>
              <w:spacing w:after="0"/>
              <w:jc w:val="left"/>
            </w:pPr>
          </w:p>
        </w:tc>
        <w:tc>
          <w:tcPr>
            <w:tcW w:type="dxa" w:w="192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(436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9"/>
        <w:gridCol w:w="1604"/>
        <w:gridCol w:w="1037"/>
        <w:gridCol w:w="1768"/>
        <w:gridCol w:w="1532"/>
        <w:gridCol w:w="1545"/>
        <w:gridCol w:w="1037"/>
        <w:gridCol w:w="1813"/>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9"/>
            <w:shd w:val="clear" w:color="auto" w:fill="E8E8E8"/>
          </w:tcPr>
          <w:p>
            <w:pPr>
              <w:spacing w:after="0"/>
              <w:jc w:val="left"/>
            </w:pPr>
            <w:r>
              <w:rPr>
                <w:b/>
                <w:sz w:val="16"/>
              </w:rPr>
              <w:t>Unit</w:t>
            </w:r>
          </w:p>
        </w:tc>
        <w:tc>
          <w:tcPr>
            <w:tcW w:type="dxa" w:w="160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8"/>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r>
              <w:rPr>
                <w:sz w:val="16"/>
              </w:rPr>
              <w:t>0.2</w:t>
            </w:r>
          </w:p>
        </w:tc>
        <w:tc>
          <w:tcPr>
            <w:tcW w:type="dxa" w:w="1479"/>
          </w:tcPr>
          <w:p>
            <w:pPr>
              <w:spacing w:after="0"/>
              <w:jc w:val="left"/>
            </w:pPr>
            <w:r>
              <w:rPr>
                <w:sz w:val="16"/>
              </w:rPr>
              <w:t>events per year</w:t>
            </w:r>
          </w:p>
        </w:tc>
        <w:tc>
          <w:tcPr>
            <w:tcW w:type="dxa" w:w="1604"/>
          </w:tcPr>
          <w:p>
            <w:pPr>
              <w:spacing w:after="0"/>
              <w:jc w:val="left"/>
            </w:pPr>
            <w:r>
              <w:rPr>
                <w:sz w:val="16"/>
              </w:rPr>
              <w:t>about 1 in 5 years</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32"/>
          </w:tcPr>
          <w:p>
            <w:pPr>
              <w:spacing w:after="0"/>
              <w:jc w:val="right"/>
            </w:pPr>
            <w:r>
              <w:rPr>
                <w:sz w:val="16"/>
              </w:rPr>
              <w:t>6</w:t>
            </w:r>
          </w:p>
        </w:tc>
        <w:tc>
          <w:tcPr>
            <w:tcW w:type="dxa" w:w="1545"/>
          </w:tcPr>
          <w:p>
            <w:pPr>
              <w:spacing w:after="0"/>
              <w:jc w:val="left"/>
            </w:pPr>
            <w:r>
              <w:rPr>
                <w:sz w:val="16"/>
              </w:rPr>
              <w:t>1994 to 2023 (30 years)</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9"/>
          </w:tcPr>
          <w:p>
            <w:pPr>
              <w:spacing w:after="0"/>
              <w:jc w:val="left"/>
            </w:pPr>
            <w:r>
              <w:rPr>
                <w:sz w:val="16"/>
              </w:rPr>
              <w:t>events per year at a location (modeled)</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0.876</w:t>
            </w:r>
          </w:p>
        </w:tc>
        <w:tc>
          <w:tcPr>
            <w:tcW w:type="dxa" w:w="1479"/>
          </w:tcPr>
          <w:p>
            <w:pPr>
              <w:spacing w:after="0"/>
              <w:jc w:val="left"/>
            </w:pPr>
            <w:r>
              <w:rPr>
                <w:sz w:val="16"/>
              </w:rPr>
              <w:t>event-days per year</w:t>
            </w:r>
          </w:p>
        </w:tc>
        <w:tc>
          <w:tcPr>
            <w:tcW w:type="dxa" w:w="1604"/>
          </w:tcPr>
          <w:p>
            <w:pPr>
              <w:spacing w:after="0"/>
              <w:jc w:val="left"/>
            </w:pPr>
            <w:r>
              <w:rPr>
                <w:sz w:val="16"/>
              </w:rPr>
              <w:t>about 0.876 days per year</w:t>
            </w:r>
          </w:p>
        </w:tc>
        <w:tc>
          <w:tcPr>
            <w:tcW w:type="dxa" w:w="1037"/>
          </w:tcPr>
          <w:p>
            <w:pPr>
              <w:spacing w:after="0"/>
              <w:jc w:val="left"/>
            </w:pPr>
            <w:r>
              <w:rPr>
                <w:sz w:val="16"/>
              </w:rPr>
              <w:t>Possible</w:t>
            </w:r>
          </w:p>
        </w:tc>
        <w:tc>
          <w:tcPr>
            <w:tcW w:type="dxa" w:w="1768"/>
          </w:tcPr>
          <w:p>
            <w:pPr>
              <w:spacing w:after="0"/>
              <w:jc w:val="left"/>
            </w:pPr>
            <w:r>
              <w:rPr>
                <w:sz w:val="16"/>
              </w:rPr>
              <w:t>event-days in 2 of 30 years, 1996 to 2025 (6.67%)</w:t>
            </w:r>
          </w:p>
        </w:tc>
        <w:tc>
          <w:tcPr>
            <w:tcW w:type="dxa" w:w="1532"/>
          </w:tcPr>
          <w:p>
            <w:pPr>
              <w:spacing w:after="0"/>
              <w:jc w:val="right"/>
            </w:pPr>
            <w:r>
              <w:rPr>
                <w:sz w:val="16"/>
              </w:rPr>
              <w:t>16.6</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82.9</w:t>
            </w:r>
          </w:p>
        </w:tc>
        <w:tc>
          <w:tcPr>
            <w:tcW w:type="dxa" w:w="1479"/>
          </w:tcPr>
          <w:p>
            <w:pPr>
              <w:spacing w:after="0"/>
              <w:jc w:val="left"/>
            </w:pPr>
            <w:r>
              <w:rPr>
                <w:sz w:val="16"/>
              </w:rPr>
              <w:t>event-days per year</w:t>
            </w:r>
          </w:p>
        </w:tc>
        <w:tc>
          <w:tcPr>
            <w:tcW w:type="dxa" w:w="1604"/>
          </w:tcPr>
          <w:p>
            <w:pPr>
              <w:spacing w:after="0"/>
              <w:jc w:val="left"/>
            </w:pPr>
            <w:r>
              <w:rPr>
                <w:sz w:val="16"/>
              </w:rPr>
              <w:t>about 82.9 days per year</w:t>
            </w:r>
          </w:p>
        </w:tc>
        <w:tc>
          <w:tcPr>
            <w:tcW w:type="dxa" w:w="1037"/>
          </w:tcPr>
          <w:p>
            <w:pPr>
              <w:spacing w:after="0"/>
              <w:jc w:val="left"/>
            </w:pPr>
            <w:r>
              <w:rPr>
                <w:sz w:val="16"/>
              </w:rPr>
              <w:t>Possible</w:t>
            </w:r>
          </w:p>
        </w:tc>
        <w:tc>
          <w:tcPr>
            <w:tcW w:type="dxa" w:w="1768"/>
          </w:tcPr>
          <w:p>
            <w:pPr>
              <w:spacing w:after="0"/>
              <w:jc w:val="left"/>
            </w:pPr>
            <w:r>
              <w:rPr>
                <w:sz w:val="16"/>
              </w:rPr>
              <w:t>event-days in 1 of 30 years, 1996 to 2025 (3.33%)</w:t>
            </w:r>
          </w:p>
        </w:tc>
        <w:tc>
          <w:tcPr>
            <w:tcW w:type="dxa" w:w="1532"/>
          </w:tcPr>
          <w:p>
            <w:pPr>
              <w:spacing w:after="0"/>
              <w:jc w:val="right"/>
            </w:pPr>
            <w:r>
              <w:rPr>
                <w:sz w:val="16"/>
              </w:rPr>
              <w:t>2,198</w:t>
            </w:r>
          </w:p>
        </w:tc>
        <w:tc>
          <w:tcPr>
            <w:tcW w:type="dxa" w:w="154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3"/>
          </w:tcPr>
          <w:p>
            <w:pPr>
              <w:spacing w:after="0"/>
              <w:jc w:val="left"/>
            </w:pPr>
            <w:r>
              <w:rPr>
                <w:sz w:val="16"/>
              </w:rPr>
              <w:t>NRI gives about 82.9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0.00173</w:t>
            </w:r>
          </w:p>
        </w:tc>
        <w:tc>
          <w:tcPr>
            <w:tcW w:type="dxa" w:w="1479"/>
          </w:tcPr>
          <w:p>
            <w:pPr>
              <w:spacing w:after="0"/>
              <w:jc w:val="left"/>
            </w:pPr>
            <w:r>
              <w:rPr>
                <w:sz w:val="16"/>
              </w:rPr>
              <w:t>annual probability at a location</w:t>
            </w:r>
          </w:p>
        </w:tc>
        <w:tc>
          <w:tcPr>
            <w:tcW w:type="dxa" w:w="1604"/>
          </w:tcPr>
          <w:p>
            <w:pPr>
              <w:spacing w:after="0"/>
              <w:jc w:val="left"/>
            </w:pPr>
            <w:r>
              <w:rPr>
                <w:sz w:val="16"/>
              </w:rPr>
              <w:t>chance a given location in the county has at least minor-damage shaking in a year: 0.173%</w:t>
            </w: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0.294</w:t>
            </w:r>
          </w:p>
        </w:tc>
        <w:tc>
          <w:tcPr>
            <w:tcW w:type="dxa" w:w="1479"/>
          </w:tcPr>
          <w:p>
            <w:pPr>
              <w:spacing w:after="0"/>
              <w:jc w:val="left"/>
            </w:pPr>
            <w:r>
              <w:rPr>
                <w:sz w:val="16"/>
              </w:rPr>
              <w:t>events per year</w:t>
            </w:r>
          </w:p>
        </w:tc>
        <w:tc>
          <w:tcPr>
            <w:tcW w:type="dxa" w:w="1604"/>
          </w:tcPr>
          <w:p>
            <w:pPr>
              <w:spacing w:after="0"/>
              <w:jc w:val="left"/>
            </w:pPr>
            <w:r>
              <w:rPr>
                <w:sz w:val="16"/>
              </w:rPr>
              <w:t>about 1 in 3 years</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32"/>
          </w:tcPr>
          <w:p>
            <w:pPr>
              <w:spacing w:after="0"/>
              <w:jc w:val="right"/>
            </w:pPr>
            <w:r>
              <w:rPr>
                <w:sz w:val="16"/>
              </w:rPr>
              <w:t>11.2 (modeled)</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0.187</w:t>
            </w:r>
          </w:p>
        </w:tc>
        <w:tc>
          <w:tcPr>
            <w:tcW w:type="dxa" w:w="1479"/>
          </w:tcPr>
          <w:p>
            <w:pPr>
              <w:spacing w:after="0"/>
              <w:jc w:val="left"/>
            </w:pPr>
            <w:r>
              <w:rPr>
                <w:sz w:val="16"/>
              </w:rPr>
              <w:t>event-days per year</w:t>
            </w:r>
          </w:p>
        </w:tc>
        <w:tc>
          <w:tcPr>
            <w:tcW w:type="dxa" w:w="1604"/>
          </w:tcPr>
          <w:p>
            <w:pPr>
              <w:spacing w:after="0"/>
              <w:jc w:val="left"/>
            </w:pPr>
            <w:r>
              <w:rPr>
                <w:sz w:val="16"/>
              </w:rPr>
              <w:t>about 0.187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3.54</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60"/>
          </w:tcPr>
          <w:p>
            <w:pPr>
              <w:spacing w:after="0"/>
              <w:jc w:val="right"/>
            </w:pPr>
          </w:p>
        </w:tc>
        <w:tc>
          <w:tcPr>
            <w:tcW w:type="dxa" w:w="1479"/>
          </w:tcPr>
          <w:p>
            <w:pPr>
              <w:spacing w:after="0"/>
              <w:jc w:val="left"/>
            </w:pPr>
            <w:r>
              <w:rPr>
                <w:sz w:val="16"/>
              </w:rPr>
              <w:t>events per year</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p>
        </w:tc>
        <w:tc>
          <w:tcPr>
            <w:tcW w:type="dxa" w:w="1545"/>
          </w:tcPr>
          <w:p>
            <w:pPr>
              <w:spacing w:after="0"/>
              <w:jc w:val="left"/>
            </w:pPr>
            <w:r>
              <w:rPr>
                <w:sz w:val="16"/>
              </w:rPr>
              <w:t>1851 to 2024 (Atlantic)</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60"/>
          </w:tcPr>
          <w:p>
            <w:pPr>
              <w:spacing w:after="0"/>
              <w:jc w:val="right"/>
            </w:pPr>
            <w:r>
              <w:rPr>
                <w:sz w:val="16"/>
              </w:rPr>
              <w:t>0.0149</w:t>
            </w:r>
          </w:p>
        </w:tc>
        <w:tc>
          <w:tcPr>
            <w:tcW w:type="dxa" w:w="1479"/>
          </w:tcPr>
          <w:p>
            <w:pPr>
              <w:spacing w:after="0"/>
              <w:jc w:val="left"/>
            </w:pPr>
            <w:r>
              <w:rPr>
                <w:sz w:val="16"/>
              </w:rPr>
              <w:t>event-days per year</w:t>
            </w:r>
          </w:p>
        </w:tc>
        <w:tc>
          <w:tcPr>
            <w:tcW w:type="dxa" w:w="1604"/>
          </w:tcPr>
          <w:p>
            <w:pPr>
              <w:spacing w:after="0"/>
              <w:jc w:val="left"/>
            </w:pPr>
            <w:r>
              <w:rPr>
                <w:sz w:val="16"/>
              </w:rPr>
              <w:t>about 0.0149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0</w:t>
            </w:r>
          </w:p>
        </w:tc>
        <w:tc>
          <w:tcPr>
            <w:tcW w:type="dxa" w:w="1545"/>
          </w:tcPr>
          <w:p>
            <w:pPr>
              <w:spacing w:after="0"/>
              <w:jc w:val="left"/>
            </w:pPr>
            <w:r>
              <w:rPr>
                <w:sz w:val="16"/>
              </w:rPr>
              <w:t>1946-12-31 to 2014-02-12 (67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0.0714</w:t>
            </w:r>
          </w:p>
        </w:tc>
        <w:tc>
          <w:tcPr>
            <w:tcW w:type="dxa" w:w="1479"/>
          </w:tcPr>
          <w:p>
            <w:pPr>
              <w:spacing w:after="0"/>
              <w:jc w:val="left"/>
            </w:pPr>
            <w:r>
              <w:rPr>
                <w:sz w:val="16"/>
              </w:rPr>
              <w:t>event-days per year</w:t>
            </w:r>
          </w:p>
        </w:tc>
        <w:tc>
          <w:tcPr>
            <w:tcW w:type="dxa" w:w="1604"/>
          </w:tcPr>
          <w:p>
            <w:pPr>
              <w:spacing w:after="0"/>
              <w:jc w:val="left"/>
            </w:pPr>
            <w:r>
              <w:rPr>
                <w:sz w:val="16"/>
              </w:rPr>
              <w:t>about 0.0714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2</w:t>
            </w:r>
          </w:p>
        </w:tc>
        <w:tc>
          <w:tcPr>
            <w:tcW w:type="dxa" w:w="1545"/>
          </w:tcPr>
          <w:p>
            <w:pPr>
              <w:spacing w:after="0"/>
              <w:jc w:val="left"/>
            </w:pPr>
            <w:r>
              <w:rPr>
                <w:sz w:val="16"/>
              </w:rPr>
              <w:t>1996 to 2023 (28 years)</w:t>
            </w:r>
          </w:p>
        </w:tc>
        <w:tc>
          <w:tcPr>
            <w:tcW w:type="dxa" w:w="1037"/>
          </w:tcPr>
          <w:p>
            <w:pPr>
              <w:spacing w:after="0"/>
              <w:jc w:val="left"/>
            </w:pPr>
            <w:r>
              <w:rPr>
                <w:sz w:val="16"/>
              </w:rPr>
              <w:t>see B1-f</w:t>
            </w:r>
          </w:p>
        </w:tc>
        <w:tc>
          <w:tcPr>
            <w:tcW w:type="dxa" w:w="181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Landslide</w:t>
            </w:r>
          </w:p>
        </w:tc>
        <w:tc>
          <w:tcPr>
            <w:tcW w:type="dxa" w:w="1260"/>
          </w:tcPr>
          <w:p>
            <w:pPr>
              <w:spacing w:after="0"/>
              <w:jc w:val="right"/>
            </w:pPr>
            <w:r>
              <w:rPr>
                <w:sz w:val="16"/>
              </w:rPr>
              <w:t>0.377</w:t>
            </w:r>
          </w:p>
        </w:tc>
        <w:tc>
          <w:tcPr>
            <w:tcW w:type="dxa" w:w="1479"/>
          </w:tcPr>
          <w:p>
            <w:pPr>
              <w:spacing w:after="0"/>
              <w:jc w:val="left"/>
            </w:pPr>
            <w:r>
              <w:rPr>
                <w:sz w:val="16"/>
              </w:rPr>
              <w:t>events per year (modeled)</w:t>
            </w:r>
          </w:p>
        </w:tc>
        <w:tc>
          <w:tcPr>
            <w:tcW w:type="dxa" w:w="1604"/>
          </w:tcPr>
          <w:p>
            <w:pPr>
              <w:spacing w:after="0"/>
              <w:jc w:val="left"/>
            </w:pPr>
            <w:r>
              <w:rPr>
                <w:sz w:val="16"/>
              </w:rPr>
              <w:t>about 1 in 3 years</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55</w:t>
            </w:r>
          </w:p>
        </w:tc>
        <w:tc>
          <w:tcPr>
            <w:tcW w:type="dxa" w:w="1479"/>
          </w:tcPr>
          <w:p>
            <w:pPr>
              <w:spacing w:after="0"/>
              <w:jc w:val="left"/>
            </w:pPr>
            <w:r>
              <w:rPr>
                <w:sz w:val="16"/>
              </w:rPr>
              <w:t>days per year with a strike</w:t>
            </w:r>
          </w:p>
        </w:tc>
        <w:tc>
          <w:tcPr>
            <w:tcW w:type="dxa" w:w="1604"/>
          </w:tcPr>
          <w:p>
            <w:pPr>
              <w:spacing w:after="0"/>
              <w:jc w:val="left"/>
            </w:pPr>
            <w:r>
              <w:rPr>
                <w:sz w:val="16"/>
              </w:rPr>
              <w:t>about 55 days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1995 to 2023 (29 years; CONUS)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0.0459</w:t>
            </w:r>
          </w:p>
        </w:tc>
        <w:tc>
          <w:tcPr>
            <w:tcW w:type="dxa" w:w="1479"/>
          </w:tcPr>
          <w:p>
            <w:pPr>
              <w:spacing w:after="0"/>
              <w:jc w:val="left"/>
            </w:pPr>
            <w:r>
              <w:rPr>
                <w:sz w:val="16"/>
              </w:rPr>
              <w:t>events per year</w:t>
            </w:r>
          </w:p>
        </w:tc>
        <w:tc>
          <w:tcPr>
            <w:tcW w:type="dxa" w:w="1604"/>
          </w:tcPr>
          <w:p>
            <w:pPr>
              <w:spacing w:after="0"/>
              <w:jc w:val="left"/>
            </w:pPr>
            <w:r>
              <w:rPr>
                <w:sz w:val="16"/>
              </w:rPr>
              <w:t>about 1 in 22 years</w:t>
            </w:r>
          </w:p>
        </w:tc>
        <w:tc>
          <w:tcPr>
            <w:tcW w:type="dxa" w:w="1037"/>
          </w:tcPr>
          <w:p>
            <w:pPr>
              <w:spacing w:after="0"/>
              <w:jc w:val="left"/>
            </w:pPr>
            <w:r>
              <w:rPr>
                <w:sz w:val="16"/>
              </w:rPr>
              <w:t>Possible</w:t>
            </w:r>
          </w:p>
        </w:tc>
        <w:tc>
          <w:tcPr>
            <w:tcW w:type="dxa" w:w="1768"/>
          </w:tcPr>
          <w:p>
            <w:pPr>
              <w:spacing w:after="0"/>
              <w:jc w:val="left"/>
            </w:pPr>
            <w:r>
              <w:rPr>
                <w:sz w:val="16"/>
              </w:rPr>
              <w:t>FEMA annualized frequency (modeled)</w:t>
            </w:r>
          </w:p>
        </w:tc>
        <w:tc>
          <w:tcPr>
            <w:tcW w:type="dxa" w:w="1532"/>
          </w:tcPr>
          <w:p>
            <w:pPr>
              <w:spacing w:after="0"/>
              <w:jc w:val="right"/>
            </w:pPr>
            <w:r>
              <w:rPr>
                <w:sz w:val="16"/>
              </w:rPr>
              <w:t>2</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0.0722</w:t>
            </w:r>
          </w:p>
        </w:tc>
        <w:tc>
          <w:tcPr>
            <w:tcW w:type="dxa" w:w="1479"/>
          </w:tcPr>
          <w:p>
            <w:pPr>
              <w:spacing w:after="0"/>
              <w:jc w:val="left"/>
            </w:pPr>
            <w:r>
              <w:rPr>
                <w:sz w:val="16"/>
              </w:rPr>
              <w:t>events per year</w:t>
            </w:r>
          </w:p>
        </w:tc>
        <w:tc>
          <w:tcPr>
            <w:tcW w:type="dxa" w:w="1604"/>
          </w:tcPr>
          <w:p>
            <w:pPr>
              <w:spacing w:after="0"/>
              <w:jc w:val="left"/>
            </w:pPr>
            <w:r>
              <w:rPr>
                <w:sz w:val="16"/>
              </w:rPr>
              <w:t>about 1 in 14 years</w:t>
            </w:r>
          </w:p>
        </w:tc>
        <w:tc>
          <w:tcPr>
            <w:tcW w:type="dxa" w:w="1037"/>
          </w:tcPr>
          <w:p>
            <w:pPr>
              <w:spacing w:after="0"/>
              <w:jc w:val="left"/>
            </w:pPr>
            <w:r>
              <w:rPr>
                <w:sz w:val="16"/>
              </w:rPr>
              <w:t>Possible</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1950 to 2023 (EF2+); 1986 to 2023 (EF0-1)</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9"/>
          </w:tcPr>
          <w:p>
            <w:pPr>
              <w:spacing w:after="0"/>
              <w:jc w:val="left"/>
            </w:pPr>
            <w:r>
              <w:rPr>
                <w:sz w:val="16"/>
              </w:rPr>
              <w:t>annual probability at the most exposed location (used in place of a county value)</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r>
              <w:rPr>
                <w:sz w:val="16"/>
              </w:rPr>
              <w:t>0</w:t>
            </w:r>
          </w:p>
        </w:tc>
        <w:tc>
          <w:tcPr>
            <w:tcW w:type="dxa" w:w="1479"/>
          </w:tcPr>
          <w:p>
            <w:pPr>
              <w:spacing w:after="0"/>
              <w:jc w:val="left"/>
            </w:pPr>
            <w:r>
              <w:rPr>
                <w:sz w:val="16"/>
              </w:rPr>
              <w:t>annual probability</w:t>
            </w:r>
          </w:p>
        </w:tc>
        <w:tc>
          <w:tcPr>
            <w:tcW w:type="dxa" w:w="1604"/>
          </w:tcPr>
          <w:p>
            <w:pPr>
              <w:spacing w:after="0"/>
              <w:jc w:val="left"/>
            </w:pPr>
            <w:r>
              <w:rPr>
                <w:sz w:val="16"/>
              </w:rPr>
              <w:t>none modeled</w:t>
            </w:r>
          </w:p>
        </w:tc>
        <w:tc>
          <w:tcPr>
            <w:tcW w:type="dxa" w:w="1037"/>
          </w:tcPr>
          <w:p>
            <w:pPr>
              <w:spacing w:after="0"/>
              <w:jc w:val="left"/>
            </w:pPr>
            <w:r>
              <w:rPr>
                <w:sz w:val="16"/>
              </w:rPr>
              <w:t>Unlikely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Wildfire</w:t>
            </w:r>
          </w:p>
        </w:tc>
        <w:tc>
          <w:tcPr>
            <w:tcW w:type="dxa" w:w="1260"/>
          </w:tcPr>
          <w:p>
            <w:pPr>
              <w:spacing w:after="0"/>
              <w:jc w:val="right"/>
            </w:pPr>
            <w:r>
              <w:rPr>
                <w:sz w:val="16"/>
              </w:rPr>
              <w:t>0.000255</w:t>
            </w:r>
          </w:p>
        </w:tc>
        <w:tc>
          <w:tcPr>
            <w:tcW w:type="dxa" w:w="1479"/>
          </w:tcPr>
          <w:p>
            <w:pPr>
              <w:spacing w:after="0"/>
              <w:jc w:val="left"/>
            </w:pPr>
            <w:r>
              <w:rPr>
                <w:sz w:val="16"/>
              </w:rPr>
              <w:t>annual probability at a location</w:t>
            </w:r>
          </w:p>
        </w:tc>
        <w:tc>
          <w:tcPr>
            <w:tcW w:type="dxa" w:w="1604"/>
          </w:tcPr>
          <w:p>
            <w:pPr>
              <w:spacing w:after="0"/>
              <w:jc w:val="left"/>
            </w:pPr>
            <w:r>
              <w:rPr>
                <w:sz w:val="16"/>
              </w:rPr>
              <w:t>chance a given location in the county burns in a year: 0.0255%</w:t>
            </w:r>
          </w:p>
        </w:tc>
        <w:tc>
          <w:tcPr>
            <w:tcW w:type="dxa" w:w="1037"/>
          </w:tcPr>
          <w:p>
            <w:pPr>
              <w:spacing w:after="0"/>
              <w:jc w:val="left"/>
            </w:pPr>
            <w:r>
              <w:rPr>
                <w:sz w:val="16"/>
              </w:rPr>
              <w:t>Possible</w:t>
            </w:r>
          </w:p>
        </w:tc>
        <w:tc>
          <w:tcPr>
            <w:tcW w:type="dxa" w:w="1768"/>
          </w:tcPr>
          <w:p>
            <w:pPr>
              <w:spacing w:after="0"/>
              <w:jc w:val="left"/>
            </w:pPr>
            <w:r>
              <w:rPr>
                <w:sz w:val="16"/>
              </w:rPr>
              <w:t>Storm Events records in 1 of 30 years, 1996 to 2025 (3.33%)</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16.8</w:t>
            </w:r>
          </w:p>
        </w:tc>
        <w:tc>
          <w:tcPr>
            <w:tcW w:type="dxa" w:w="1479"/>
          </w:tcPr>
          <w:p>
            <w:pPr>
              <w:spacing w:after="0"/>
              <w:jc w:val="left"/>
            </w:pPr>
            <w:r>
              <w:rPr>
                <w:sz w:val="16"/>
              </w:rPr>
              <w:t>event-days per year</w:t>
            </w:r>
          </w:p>
        </w:tc>
        <w:tc>
          <w:tcPr>
            <w:tcW w:type="dxa" w:w="1604"/>
          </w:tcPr>
          <w:p>
            <w:pPr>
              <w:spacing w:after="0"/>
              <w:jc w:val="left"/>
            </w:pPr>
            <w:r>
              <w:rPr>
                <w:sz w:val="16"/>
              </w:rPr>
              <w:t>about 16.8 days per year</w:t>
            </w:r>
          </w:p>
        </w:tc>
        <w:tc>
          <w:tcPr>
            <w:tcW w:type="dxa" w:w="1037"/>
          </w:tcPr>
          <w:p>
            <w:pPr>
              <w:spacing w:after="0"/>
              <w:jc w:val="left"/>
            </w:pPr>
            <w:r>
              <w:rPr>
                <w:sz w:val="16"/>
              </w:rPr>
              <w:t>Highly likely</w:t>
            </w:r>
          </w:p>
        </w:tc>
        <w:tc>
          <w:tcPr>
            <w:tcW w:type="dxa" w:w="1768"/>
          </w:tcPr>
          <w:p>
            <w:pPr>
              <w:spacing w:after="0"/>
              <w:jc w:val="left"/>
            </w:pPr>
            <w:r>
              <w:rPr>
                <w:sz w:val="16"/>
              </w:rPr>
              <w:t>event-days in 30 of 30 years, 1996 to 2025 (100%)</w:t>
            </w:r>
          </w:p>
        </w:tc>
        <w:tc>
          <w:tcPr>
            <w:tcW w:type="dxa" w:w="1532"/>
          </w:tcPr>
          <w:p>
            <w:pPr>
              <w:spacing w:after="0"/>
              <w:jc w:val="right"/>
            </w:pPr>
            <w:r>
              <w:rPr>
                <w:sz w:val="16"/>
              </w:rPr>
              <w:t>320</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48"/>
        <w:gridCol w:w="687"/>
        <w:gridCol w:w="904"/>
        <w:gridCol w:w="687"/>
        <w:gridCol w:w="655"/>
        <w:gridCol w:w="3124"/>
        <w:gridCol w:w="7006"/>
      </w:tblGrid>
      <w:tr>
        <w:trPr>
          <w:cantSplit/>
          <w:tblHeader/>
        </w:trPr>
        <w:tc>
          <w:tcPr>
            <w:tcW w:type="dxa" w:w="1048"/>
            <w:shd w:val="clear" w:color="auto" w:fill="E8E8E8"/>
          </w:tcPr>
          <w:p>
            <w:pPr>
              <w:spacing w:after="0"/>
              <w:jc w:val="left"/>
            </w:pPr>
            <w:r>
              <w:rPr>
                <w:b/>
                <w:sz w:val="16"/>
              </w:rPr>
              <w:t>Hazard</w:t>
            </w:r>
          </w:p>
        </w:tc>
        <w:tc>
          <w:tcPr>
            <w:tcW w:type="dxa" w:w="687"/>
            <w:shd w:val="clear" w:color="auto" w:fill="E8E8E8"/>
          </w:tcPr>
          <w:p>
            <w:pPr>
              <w:spacing w:after="0"/>
              <w:jc w:val="right"/>
            </w:pPr>
            <w:r>
              <w:rPr>
                <w:b/>
                <w:sz w:val="16"/>
              </w:rPr>
              <w:t>Tracts</w:t>
            </w:r>
          </w:p>
          <w:p>
            <w:pPr>
              <w:spacing w:after="0"/>
              <w:jc w:val="right"/>
            </w:pPr>
            <w:r>
              <w:rPr>
                <w:i/>
                <w:color w:val="555555"/>
                <w:sz w:val="14"/>
              </w:rPr>
              <w:t>rated of all</w:t>
            </w:r>
          </w:p>
        </w:tc>
        <w:tc>
          <w:tcPr>
            <w:tcW w:type="dxa" w:w="90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7"/>
            <w:shd w:val="clear" w:color="auto" w:fill="E8E8E8"/>
          </w:tcPr>
          <w:p>
            <w:pPr>
              <w:spacing w:after="0"/>
              <w:jc w:val="right"/>
            </w:pPr>
            <w:r>
              <w:rPr>
                <w:b/>
                <w:sz w:val="16"/>
              </w:rPr>
              <w:t>Median</w:t>
            </w:r>
          </w:p>
        </w:tc>
        <w:tc>
          <w:tcPr>
            <w:tcW w:type="dxa" w:w="655"/>
            <w:shd w:val="clear" w:color="auto" w:fill="E8E8E8"/>
          </w:tcPr>
          <w:p>
            <w:pPr>
              <w:spacing w:after="0"/>
              <w:jc w:val="right"/>
            </w:pPr>
            <w:r>
              <w:rPr>
                <w:b/>
                <w:sz w:val="16"/>
              </w:rPr>
              <w:t>Max</w:t>
            </w:r>
          </w:p>
        </w:tc>
        <w:tc>
          <w:tcPr>
            <w:tcW w:type="dxa" w:w="3124"/>
            <w:shd w:val="clear" w:color="auto" w:fill="E8E8E8"/>
          </w:tcPr>
          <w:p>
            <w:pPr>
              <w:spacing w:after="0"/>
              <w:jc w:val="left"/>
            </w:pPr>
            <w:r>
              <w:rPr>
                <w:b/>
                <w:sz w:val="16"/>
              </w:rPr>
              <w:t>Tracts by rating</w:t>
            </w:r>
          </w:p>
        </w:tc>
        <w:tc>
          <w:tcPr>
            <w:tcW w:type="dxa" w:w="7006"/>
            <w:shd w:val="clear" w:color="auto" w:fill="E8E8E8"/>
          </w:tcPr>
          <w:p>
            <w:pPr>
              <w:spacing w:after="0"/>
              <w:jc w:val="left"/>
            </w:pPr>
            <w:r>
              <w:rPr>
                <w:b/>
                <w:sz w:val="16"/>
              </w:rPr>
              <w:t>Note</w:t>
            </w:r>
          </w:p>
        </w:tc>
      </w:tr>
      <w:tr>
        <w:trPr>
          <w:cantSplit/>
        </w:trPr>
        <w:tc>
          <w:tcPr>
            <w:tcW w:type="dxa" w:w="1048"/>
          </w:tcPr>
          <w:p>
            <w:pPr>
              <w:spacing w:after="0"/>
              <w:jc w:val="left"/>
            </w:pPr>
            <w:r>
              <w:rPr>
                <w:sz w:val="16"/>
              </w:rPr>
              <w:t>Avalanche</w:t>
            </w:r>
          </w:p>
        </w:tc>
        <w:tc>
          <w:tcPr>
            <w:tcW w:type="dxa" w:w="687"/>
          </w:tcPr>
          <w:p>
            <w:pPr>
              <w:spacing w:after="0"/>
              <w:jc w:val="right"/>
            </w:pPr>
            <w:r>
              <w:rPr>
                <w:sz w:val="16"/>
              </w:rPr>
              <w:t>2 of 2</w:t>
            </w:r>
          </w:p>
        </w:tc>
        <w:tc>
          <w:tcPr>
            <w:tcW w:type="dxa" w:w="904"/>
          </w:tcPr>
          <w:p>
            <w:pPr>
              <w:spacing w:after="0"/>
              <w:jc w:val="right"/>
            </w:pPr>
            <w:r>
              <w:rPr>
                <w:sz w:val="16"/>
              </w:rPr>
              <w:t>81.4</w:t>
            </w:r>
          </w:p>
        </w:tc>
        <w:tc>
          <w:tcPr>
            <w:tcW w:type="dxa" w:w="687"/>
          </w:tcPr>
          <w:p>
            <w:pPr>
              <w:spacing w:after="0"/>
              <w:jc w:val="right"/>
            </w:pPr>
            <w:r>
              <w:rPr>
                <w:sz w:val="16"/>
              </w:rPr>
              <w:t>83.7</w:t>
            </w:r>
          </w:p>
        </w:tc>
        <w:tc>
          <w:tcPr>
            <w:tcW w:type="dxa" w:w="655"/>
          </w:tcPr>
          <w:p>
            <w:pPr>
              <w:spacing w:after="0"/>
              <w:jc w:val="right"/>
            </w:pPr>
            <w:r>
              <w:rPr>
                <w:sz w:val="16"/>
              </w:rPr>
              <w:t>86.1</w:t>
            </w:r>
          </w:p>
        </w:tc>
        <w:tc>
          <w:tcPr>
            <w:tcW w:type="dxa" w:w="3124"/>
          </w:tcPr>
          <w:p>
            <w:pPr>
              <w:spacing w:after="0"/>
              <w:jc w:val="left"/>
            </w:pPr>
            <w:r>
              <w:rPr>
                <w:sz w:val="16"/>
              </w:rPr>
              <w:t>Relatively Moderate 2</w:t>
            </w:r>
          </w:p>
        </w:tc>
        <w:tc>
          <w:tcPr>
            <w:tcW w:type="dxa" w:w="7006"/>
          </w:tcPr>
          <w:p>
            <w:pPr>
              <w:spacing w:after="0"/>
              <w:jc w:val="left"/>
            </w:pPr>
          </w:p>
        </w:tc>
      </w:tr>
      <w:tr>
        <w:trPr>
          <w:cantSplit/>
        </w:trPr>
        <w:tc>
          <w:tcPr>
            <w:tcW w:type="dxa" w:w="1048"/>
          </w:tcPr>
          <w:p>
            <w:pPr>
              <w:spacing w:after="0"/>
              <w:jc w:val="left"/>
            </w:pPr>
            <w:r>
              <w:rPr>
                <w:sz w:val="16"/>
              </w:rPr>
              <w:t>Coastal Flooding</w:t>
            </w:r>
          </w:p>
        </w:tc>
        <w:tc>
          <w:tcPr>
            <w:tcW w:type="dxa" w:w="687"/>
          </w:tcPr>
          <w:p>
            <w:pPr>
              <w:spacing w:after="0"/>
              <w:jc w:val="right"/>
            </w:pPr>
            <w:r>
              <w:rPr>
                <w:sz w:val="16"/>
              </w:rPr>
              <w:t>0 of 2</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3124"/>
          </w:tcPr>
          <w:p>
            <w:pPr>
              <w:spacing w:after="0"/>
              <w:jc w:val="left"/>
            </w:pPr>
            <w:r>
              <w:rPr>
                <w:sz w:val="16"/>
              </w:rPr>
              <w:t>Not Applicable 2</w:t>
            </w:r>
          </w:p>
        </w:tc>
        <w:tc>
          <w:tcPr>
            <w:tcW w:type="dxa" w:w="7006"/>
          </w:tcPr>
          <w:p>
            <w:pPr>
              <w:spacing w:after="0"/>
              <w:jc w:val="left"/>
            </w:pPr>
          </w:p>
        </w:tc>
      </w:tr>
      <w:tr>
        <w:trPr>
          <w:cantSplit/>
        </w:trPr>
        <w:tc>
          <w:tcPr>
            <w:tcW w:type="dxa" w:w="1048"/>
          </w:tcPr>
          <w:p>
            <w:pPr>
              <w:spacing w:after="0"/>
              <w:jc w:val="left"/>
            </w:pPr>
            <w:r>
              <w:rPr>
                <w:sz w:val="16"/>
              </w:rPr>
              <w:t>Cold Wave</w:t>
            </w:r>
          </w:p>
        </w:tc>
        <w:tc>
          <w:tcPr>
            <w:tcW w:type="dxa" w:w="687"/>
          </w:tcPr>
          <w:p>
            <w:pPr>
              <w:spacing w:after="0"/>
              <w:jc w:val="right"/>
            </w:pPr>
            <w:r>
              <w:rPr>
                <w:sz w:val="16"/>
              </w:rPr>
              <w:t>2 of 2</w:t>
            </w:r>
          </w:p>
        </w:tc>
        <w:tc>
          <w:tcPr>
            <w:tcW w:type="dxa" w:w="904"/>
          </w:tcPr>
          <w:p>
            <w:pPr>
              <w:spacing w:after="0"/>
              <w:jc w:val="right"/>
            </w:pPr>
            <w:r>
              <w:rPr>
                <w:sz w:val="16"/>
              </w:rPr>
              <w:t>92.7</w:t>
            </w:r>
          </w:p>
        </w:tc>
        <w:tc>
          <w:tcPr>
            <w:tcW w:type="dxa" w:w="687"/>
          </w:tcPr>
          <w:p>
            <w:pPr>
              <w:spacing w:after="0"/>
              <w:jc w:val="right"/>
            </w:pPr>
            <w:r>
              <w:rPr>
                <w:sz w:val="16"/>
              </w:rPr>
              <w:t>95.1</w:t>
            </w:r>
          </w:p>
        </w:tc>
        <w:tc>
          <w:tcPr>
            <w:tcW w:type="dxa" w:w="655"/>
          </w:tcPr>
          <w:p>
            <w:pPr>
              <w:spacing w:after="0"/>
              <w:jc w:val="right"/>
            </w:pPr>
            <w:r>
              <w:rPr>
                <w:sz w:val="16"/>
              </w:rPr>
              <w:t>97.4</w:t>
            </w:r>
          </w:p>
        </w:tc>
        <w:tc>
          <w:tcPr>
            <w:tcW w:type="dxa" w:w="3124"/>
          </w:tcPr>
          <w:p>
            <w:pPr>
              <w:spacing w:after="0"/>
              <w:jc w:val="left"/>
            </w:pPr>
            <w:r>
              <w:rPr>
                <w:sz w:val="16"/>
              </w:rPr>
              <w:t>Very High 1, Relatively High 1</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Drought</w:t>
            </w:r>
          </w:p>
        </w:tc>
        <w:tc>
          <w:tcPr>
            <w:tcW w:type="dxa" w:w="687"/>
          </w:tcPr>
          <w:p>
            <w:pPr>
              <w:spacing w:after="0"/>
              <w:jc w:val="right"/>
            </w:pPr>
            <w:r>
              <w:rPr>
                <w:sz w:val="16"/>
              </w:rPr>
              <w:t>2 of 2</w:t>
            </w:r>
          </w:p>
        </w:tc>
        <w:tc>
          <w:tcPr>
            <w:tcW w:type="dxa" w:w="904"/>
          </w:tcPr>
          <w:p>
            <w:pPr>
              <w:spacing w:after="0"/>
              <w:jc w:val="right"/>
            </w:pPr>
            <w:r>
              <w:rPr>
                <w:sz w:val="16"/>
              </w:rPr>
              <w:t>97.1</w:t>
            </w:r>
          </w:p>
        </w:tc>
        <w:tc>
          <w:tcPr>
            <w:tcW w:type="dxa" w:w="687"/>
          </w:tcPr>
          <w:p>
            <w:pPr>
              <w:spacing w:after="0"/>
              <w:jc w:val="right"/>
            </w:pPr>
            <w:r>
              <w:rPr>
                <w:sz w:val="16"/>
              </w:rPr>
              <w:t>97.9</w:t>
            </w:r>
          </w:p>
        </w:tc>
        <w:tc>
          <w:tcPr>
            <w:tcW w:type="dxa" w:w="655"/>
          </w:tcPr>
          <w:p>
            <w:pPr>
              <w:spacing w:after="0"/>
              <w:jc w:val="right"/>
            </w:pPr>
            <w:r>
              <w:rPr>
                <w:sz w:val="16"/>
              </w:rPr>
              <w:t>98.7</w:t>
            </w:r>
          </w:p>
        </w:tc>
        <w:tc>
          <w:tcPr>
            <w:tcW w:type="dxa" w:w="3124"/>
          </w:tcPr>
          <w:p>
            <w:pPr>
              <w:spacing w:after="0"/>
              <w:jc w:val="left"/>
            </w:pPr>
            <w:r>
              <w:rPr>
                <w:sz w:val="16"/>
              </w:rPr>
              <w:t>Relatively High 1, Relatively Moderate 1</w:t>
            </w:r>
          </w:p>
        </w:tc>
        <w:tc>
          <w:tcPr>
            <w:tcW w:type="dxa" w:w="70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48"/>
          </w:tcPr>
          <w:p>
            <w:pPr>
              <w:spacing w:after="0"/>
              <w:jc w:val="left"/>
            </w:pPr>
            <w:r>
              <w:rPr>
                <w:sz w:val="16"/>
              </w:rPr>
              <w:t>Earthquake</w:t>
            </w:r>
          </w:p>
        </w:tc>
        <w:tc>
          <w:tcPr>
            <w:tcW w:type="dxa" w:w="687"/>
          </w:tcPr>
          <w:p>
            <w:pPr>
              <w:spacing w:after="0"/>
              <w:jc w:val="right"/>
            </w:pPr>
            <w:r>
              <w:rPr>
                <w:sz w:val="16"/>
              </w:rPr>
              <w:t>2 of 2</w:t>
            </w:r>
          </w:p>
        </w:tc>
        <w:tc>
          <w:tcPr>
            <w:tcW w:type="dxa" w:w="904"/>
          </w:tcPr>
          <w:p>
            <w:pPr>
              <w:spacing w:after="0"/>
              <w:jc w:val="right"/>
            </w:pPr>
            <w:r>
              <w:rPr>
                <w:sz w:val="16"/>
              </w:rPr>
              <w:t>73.1</w:t>
            </w:r>
          </w:p>
        </w:tc>
        <w:tc>
          <w:tcPr>
            <w:tcW w:type="dxa" w:w="687"/>
          </w:tcPr>
          <w:p>
            <w:pPr>
              <w:spacing w:after="0"/>
              <w:jc w:val="right"/>
            </w:pPr>
            <w:r>
              <w:rPr>
                <w:sz w:val="16"/>
              </w:rPr>
              <w:t>73.7</w:t>
            </w:r>
          </w:p>
        </w:tc>
        <w:tc>
          <w:tcPr>
            <w:tcW w:type="dxa" w:w="655"/>
          </w:tcPr>
          <w:p>
            <w:pPr>
              <w:spacing w:after="0"/>
              <w:jc w:val="right"/>
            </w:pPr>
            <w:r>
              <w:rPr>
                <w:sz w:val="16"/>
              </w:rPr>
              <w:t>74.3</w:t>
            </w:r>
          </w:p>
        </w:tc>
        <w:tc>
          <w:tcPr>
            <w:tcW w:type="dxa" w:w="3124"/>
          </w:tcPr>
          <w:p>
            <w:pPr>
              <w:spacing w:after="0"/>
              <w:jc w:val="left"/>
            </w:pPr>
            <w:r>
              <w:rPr>
                <w:sz w:val="16"/>
              </w:rPr>
              <w:t>Relatively Low 2</w:t>
            </w:r>
          </w:p>
        </w:tc>
        <w:tc>
          <w:tcPr>
            <w:tcW w:type="dxa" w:w="7006"/>
          </w:tcPr>
          <w:p>
            <w:pPr>
              <w:spacing w:after="0"/>
              <w:jc w:val="left"/>
            </w:pPr>
          </w:p>
        </w:tc>
      </w:tr>
      <w:tr>
        <w:trPr>
          <w:cantSplit/>
        </w:trPr>
        <w:tc>
          <w:tcPr>
            <w:tcW w:type="dxa" w:w="1048"/>
          </w:tcPr>
          <w:p>
            <w:pPr>
              <w:spacing w:after="0"/>
              <w:jc w:val="left"/>
            </w:pPr>
            <w:r>
              <w:rPr>
                <w:sz w:val="16"/>
              </w:rPr>
              <w:t>Hail</w:t>
            </w:r>
          </w:p>
        </w:tc>
        <w:tc>
          <w:tcPr>
            <w:tcW w:type="dxa" w:w="687"/>
          </w:tcPr>
          <w:p>
            <w:pPr>
              <w:spacing w:after="0"/>
              <w:jc w:val="right"/>
            </w:pPr>
            <w:r>
              <w:rPr>
                <w:sz w:val="16"/>
              </w:rPr>
              <w:t>2 of 2</w:t>
            </w:r>
          </w:p>
        </w:tc>
        <w:tc>
          <w:tcPr>
            <w:tcW w:type="dxa" w:w="904"/>
          </w:tcPr>
          <w:p>
            <w:pPr>
              <w:spacing w:after="0"/>
              <w:jc w:val="right"/>
            </w:pPr>
            <w:r>
              <w:rPr>
                <w:sz w:val="16"/>
              </w:rPr>
              <w:t>56.6</w:t>
            </w:r>
          </w:p>
        </w:tc>
        <w:tc>
          <w:tcPr>
            <w:tcW w:type="dxa" w:w="687"/>
          </w:tcPr>
          <w:p>
            <w:pPr>
              <w:spacing w:after="0"/>
              <w:jc w:val="right"/>
            </w:pPr>
            <w:r>
              <w:rPr>
                <w:sz w:val="16"/>
              </w:rPr>
              <w:t>64.6</w:t>
            </w:r>
          </w:p>
        </w:tc>
        <w:tc>
          <w:tcPr>
            <w:tcW w:type="dxa" w:w="655"/>
          </w:tcPr>
          <w:p>
            <w:pPr>
              <w:spacing w:after="0"/>
              <w:jc w:val="right"/>
            </w:pPr>
            <w:r>
              <w:rPr>
                <w:sz w:val="16"/>
              </w:rPr>
              <w:t>72.6</w:t>
            </w:r>
          </w:p>
        </w:tc>
        <w:tc>
          <w:tcPr>
            <w:tcW w:type="dxa" w:w="3124"/>
          </w:tcPr>
          <w:p>
            <w:pPr>
              <w:spacing w:after="0"/>
              <w:jc w:val="left"/>
            </w:pPr>
            <w:r>
              <w:rPr>
                <w:sz w:val="16"/>
              </w:rPr>
              <w:t>Relatively Moderate 1, Relatively Low 1</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Heat Wave</w:t>
            </w:r>
          </w:p>
        </w:tc>
        <w:tc>
          <w:tcPr>
            <w:tcW w:type="dxa" w:w="687"/>
          </w:tcPr>
          <w:p>
            <w:pPr>
              <w:spacing w:after="0"/>
              <w:jc w:val="right"/>
            </w:pPr>
            <w:r>
              <w:rPr>
                <w:sz w:val="16"/>
              </w:rPr>
              <w:t>2 of 2</w:t>
            </w:r>
          </w:p>
        </w:tc>
        <w:tc>
          <w:tcPr>
            <w:tcW w:type="dxa" w:w="904"/>
          </w:tcPr>
          <w:p>
            <w:pPr>
              <w:spacing w:after="0"/>
              <w:jc w:val="right"/>
            </w:pPr>
            <w:r>
              <w:rPr>
                <w:sz w:val="16"/>
              </w:rPr>
              <w:t>6.3</w:t>
            </w:r>
          </w:p>
        </w:tc>
        <w:tc>
          <w:tcPr>
            <w:tcW w:type="dxa" w:w="687"/>
          </w:tcPr>
          <w:p>
            <w:pPr>
              <w:spacing w:after="0"/>
              <w:jc w:val="right"/>
            </w:pPr>
            <w:r>
              <w:rPr>
                <w:sz w:val="16"/>
              </w:rPr>
              <w:t>8.9</w:t>
            </w:r>
          </w:p>
        </w:tc>
        <w:tc>
          <w:tcPr>
            <w:tcW w:type="dxa" w:w="655"/>
          </w:tcPr>
          <w:p>
            <w:pPr>
              <w:spacing w:after="0"/>
              <w:jc w:val="right"/>
            </w:pPr>
            <w:r>
              <w:rPr>
                <w:sz w:val="16"/>
              </w:rPr>
              <w:t>11.4</w:t>
            </w:r>
          </w:p>
        </w:tc>
        <w:tc>
          <w:tcPr>
            <w:tcW w:type="dxa" w:w="3124"/>
          </w:tcPr>
          <w:p>
            <w:pPr>
              <w:spacing w:after="0"/>
              <w:jc w:val="left"/>
            </w:pPr>
            <w:r>
              <w:rPr>
                <w:sz w:val="16"/>
              </w:rPr>
              <w:t>Very Low 2</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Hurricane</w:t>
            </w:r>
          </w:p>
        </w:tc>
        <w:tc>
          <w:tcPr>
            <w:tcW w:type="dxa" w:w="687"/>
          </w:tcPr>
          <w:p>
            <w:pPr>
              <w:spacing w:after="0"/>
              <w:jc w:val="right"/>
            </w:pPr>
            <w:r>
              <w:rPr>
                <w:sz w:val="16"/>
              </w:rPr>
              <w:t>0 of 2</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3124"/>
          </w:tcPr>
          <w:p>
            <w:pPr>
              <w:spacing w:after="0"/>
              <w:jc w:val="left"/>
            </w:pPr>
            <w:r>
              <w:rPr>
                <w:sz w:val="16"/>
              </w:rPr>
              <w:t>Not Applicable 2</w:t>
            </w:r>
          </w:p>
        </w:tc>
        <w:tc>
          <w:tcPr>
            <w:tcW w:type="dxa" w:w="7006"/>
          </w:tcPr>
          <w:p>
            <w:pPr>
              <w:spacing w:after="0"/>
              <w:jc w:val="left"/>
            </w:pPr>
          </w:p>
        </w:tc>
      </w:tr>
      <w:tr>
        <w:trPr>
          <w:cantSplit/>
        </w:trPr>
        <w:tc>
          <w:tcPr>
            <w:tcW w:type="dxa" w:w="1048"/>
          </w:tcPr>
          <w:p>
            <w:pPr>
              <w:spacing w:after="0"/>
              <w:jc w:val="left"/>
            </w:pPr>
            <w:r>
              <w:rPr>
                <w:sz w:val="16"/>
              </w:rPr>
              <w:t>Ice Storm</w:t>
            </w:r>
          </w:p>
        </w:tc>
        <w:tc>
          <w:tcPr>
            <w:tcW w:type="dxa" w:w="687"/>
          </w:tcPr>
          <w:p>
            <w:pPr>
              <w:spacing w:after="0"/>
              <w:jc w:val="right"/>
            </w:pPr>
            <w:r>
              <w:rPr>
                <w:sz w:val="16"/>
              </w:rPr>
              <w:t>2 of 2</w:t>
            </w:r>
          </w:p>
        </w:tc>
        <w:tc>
          <w:tcPr>
            <w:tcW w:type="dxa" w:w="904"/>
          </w:tcPr>
          <w:p>
            <w:pPr>
              <w:spacing w:after="0"/>
              <w:jc w:val="right"/>
            </w:pPr>
            <w:r>
              <w:rPr>
                <w:sz w:val="16"/>
              </w:rPr>
              <w:t>14.9</w:t>
            </w:r>
          </w:p>
        </w:tc>
        <w:tc>
          <w:tcPr>
            <w:tcW w:type="dxa" w:w="687"/>
          </w:tcPr>
          <w:p>
            <w:pPr>
              <w:spacing w:after="0"/>
              <w:jc w:val="right"/>
            </w:pPr>
            <w:r>
              <w:rPr>
                <w:sz w:val="16"/>
              </w:rPr>
              <w:t>22.6</w:t>
            </w:r>
          </w:p>
        </w:tc>
        <w:tc>
          <w:tcPr>
            <w:tcW w:type="dxa" w:w="655"/>
          </w:tcPr>
          <w:p>
            <w:pPr>
              <w:spacing w:after="0"/>
              <w:jc w:val="right"/>
            </w:pPr>
            <w:r>
              <w:rPr>
                <w:sz w:val="16"/>
              </w:rPr>
              <w:t>30.3</w:t>
            </w:r>
          </w:p>
        </w:tc>
        <w:tc>
          <w:tcPr>
            <w:tcW w:type="dxa" w:w="3124"/>
          </w:tcPr>
          <w:p>
            <w:pPr>
              <w:spacing w:after="0"/>
              <w:jc w:val="left"/>
            </w:pPr>
            <w:r>
              <w:rPr>
                <w:sz w:val="16"/>
              </w:rPr>
              <w:t>Very Low 2</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Inland Flooding</w:t>
            </w:r>
          </w:p>
        </w:tc>
        <w:tc>
          <w:tcPr>
            <w:tcW w:type="dxa" w:w="687"/>
          </w:tcPr>
          <w:p>
            <w:pPr>
              <w:spacing w:after="0"/>
              <w:jc w:val="right"/>
            </w:pPr>
            <w:r>
              <w:rPr>
                <w:sz w:val="16"/>
              </w:rPr>
              <w:t>2 of 2</w:t>
            </w:r>
          </w:p>
        </w:tc>
        <w:tc>
          <w:tcPr>
            <w:tcW w:type="dxa" w:w="904"/>
          </w:tcPr>
          <w:p>
            <w:pPr>
              <w:spacing w:after="0"/>
              <w:jc w:val="right"/>
            </w:pPr>
            <w:r>
              <w:rPr>
                <w:sz w:val="16"/>
              </w:rPr>
              <w:t>72.7</w:t>
            </w:r>
          </w:p>
        </w:tc>
        <w:tc>
          <w:tcPr>
            <w:tcW w:type="dxa" w:w="687"/>
          </w:tcPr>
          <w:p>
            <w:pPr>
              <w:spacing w:after="0"/>
              <w:jc w:val="right"/>
            </w:pPr>
            <w:r>
              <w:rPr>
                <w:sz w:val="16"/>
              </w:rPr>
              <w:t>85.3</w:t>
            </w:r>
          </w:p>
        </w:tc>
        <w:tc>
          <w:tcPr>
            <w:tcW w:type="dxa" w:w="655"/>
          </w:tcPr>
          <w:p>
            <w:pPr>
              <w:spacing w:after="0"/>
              <w:jc w:val="right"/>
            </w:pPr>
            <w:r>
              <w:rPr>
                <w:sz w:val="16"/>
              </w:rPr>
              <w:t>97.9</w:t>
            </w:r>
          </w:p>
        </w:tc>
        <w:tc>
          <w:tcPr>
            <w:tcW w:type="dxa" w:w="3124"/>
          </w:tcPr>
          <w:p>
            <w:pPr>
              <w:spacing w:after="0"/>
              <w:jc w:val="left"/>
            </w:pPr>
            <w:r>
              <w:rPr>
                <w:sz w:val="16"/>
              </w:rPr>
              <w:t>Very High 1, Relatively Moderate 1</w:t>
            </w:r>
          </w:p>
        </w:tc>
        <w:tc>
          <w:tcPr>
            <w:tcW w:type="dxa" w:w="7006"/>
          </w:tcPr>
          <w:p>
            <w:pPr>
              <w:spacing w:after="0"/>
              <w:jc w:val="left"/>
            </w:pPr>
          </w:p>
        </w:tc>
      </w:tr>
      <w:tr>
        <w:trPr>
          <w:cantSplit/>
        </w:trPr>
        <w:tc>
          <w:tcPr>
            <w:tcW w:type="dxa" w:w="1048"/>
          </w:tcPr>
          <w:p>
            <w:pPr>
              <w:spacing w:after="0"/>
              <w:jc w:val="left"/>
            </w:pPr>
            <w:r>
              <w:rPr>
                <w:sz w:val="16"/>
              </w:rPr>
              <w:t>Landslide</w:t>
            </w:r>
          </w:p>
        </w:tc>
        <w:tc>
          <w:tcPr>
            <w:tcW w:type="dxa" w:w="687"/>
          </w:tcPr>
          <w:p>
            <w:pPr>
              <w:spacing w:after="0"/>
              <w:jc w:val="right"/>
            </w:pPr>
            <w:r>
              <w:rPr>
                <w:sz w:val="16"/>
              </w:rPr>
              <w:t>2 of 2</w:t>
            </w:r>
          </w:p>
        </w:tc>
        <w:tc>
          <w:tcPr>
            <w:tcW w:type="dxa" w:w="904"/>
          </w:tcPr>
          <w:p>
            <w:pPr>
              <w:spacing w:after="0"/>
              <w:jc w:val="right"/>
            </w:pPr>
            <w:r>
              <w:rPr>
                <w:sz w:val="16"/>
              </w:rPr>
              <w:t>78.7</w:t>
            </w:r>
          </w:p>
        </w:tc>
        <w:tc>
          <w:tcPr>
            <w:tcW w:type="dxa" w:w="687"/>
          </w:tcPr>
          <w:p>
            <w:pPr>
              <w:spacing w:after="0"/>
              <w:jc w:val="right"/>
            </w:pPr>
            <w:r>
              <w:rPr>
                <w:sz w:val="16"/>
              </w:rPr>
              <w:t>87.7</w:t>
            </w:r>
          </w:p>
        </w:tc>
        <w:tc>
          <w:tcPr>
            <w:tcW w:type="dxa" w:w="655"/>
          </w:tcPr>
          <w:p>
            <w:pPr>
              <w:spacing w:after="0"/>
              <w:jc w:val="right"/>
            </w:pPr>
            <w:r>
              <w:rPr>
                <w:sz w:val="16"/>
              </w:rPr>
              <w:t>96.7</w:t>
            </w:r>
          </w:p>
        </w:tc>
        <w:tc>
          <w:tcPr>
            <w:tcW w:type="dxa" w:w="3124"/>
          </w:tcPr>
          <w:p>
            <w:pPr>
              <w:spacing w:after="0"/>
              <w:jc w:val="left"/>
            </w:pPr>
            <w:r>
              <w:rPr>
                <w:sz w:val="16"/>
              </w:rPr>
              <w:t>Relatively Moderate 1, Very Low 1</w:t>
            </w:r>
          </w:p>
        </w:tc>
        <w:tc>
          <w:tcPr>
            <w:tcW w:type="dxa" w:w="7006"/>
          </w:tcPr>
          <w:p>
            <w:pPr>
              <w:spacing w:after="0"/>
              <w:jc w:val="left"/>
            </w:pPr>
          </w:p>
        </w:tc>
      </w:tr>
      <w:tr>
        <w:trPr>
          <w:cantSplit/>
        </w:trPr>
        <w:tc>
          <w:tcPr>
            <w:tcW w:type="dxa" w:w="1048"/>
          </w:tcPr>
          <w:p>
            <w:pPr>
              <w:spacing w:after="0"/>
              <w:jc w:val="left"/>
            </w:pPr>
            <w:r>
              <w:rPr>
                <w:sz w:val="16"/>
              </w:rPr>
              <w:t>Lightning</w:t>
            </w:r>
          </w:p>
        </w:tc>
        <w:tc>
          <w:tcPr>
            <w:tcW w:type="dxa" w:w="687"/>
          </w:tcPr>
          <w:p>
            <w:pPr>
              <w:spacing w:after="0"/>
              <w:jc w:val="right"/>
            </w:pPr>
            <w:r>
              <w:rPr>
                <w:sz w:val="16"/>
              </w:rPr>
              <w:t>2 of 2</w:t>
            </w:r>
          </w:p>
        </w:tc>
        <w:tc>
          <w:tcPr>
            <w:tcW w:type="dxa" w:w="904"/>
          </w:tcPr>
          <w:p>
            <w:pPr>
              <w:spacing w:after="0"/>
              <w:jc w:val="right"/>
            </w:pPr>
            <w:r>
              <w:rPr>
                <w:sz w:val="16"/>
              </w:rPr>
              <w:t>92.7</w:t>
            </w:r>
          </w:p>
        </w:tc>
        <w:tc>
          <w:tcPr>
            <w:tcW w:type="dxa" w:w="687"/>
          </w:tcPr>
          <w:p>
            <w:pPr>
              <w:spacing w:after="0"/>
              <w:jc w:val="right"/>
            </w:pPr>
            <w:r>
              <w:rPr>
                <w:sz w:val="16"/>
              </w:rPr>
              <w:t>95.4</w:t>
            </w:r>
          </w:p>
        </w:tc>
        <w:tc>
          <w:tcPr>
            <w:tcW w:type="dxa" w:w="655"/>
          </w:tcPr>
          <w:p>
            <w:pPr>
              <w:spacing w:after="0"/>
              <w:jc w:val="right"/>
            </w:pPr>
            <w:r>
              <w:rPr>
                <w:sz w:val="16"/>
              </w:rPr>
              <w:t>98.0</w:t>
            </w:r>
          </w:p>
        </w:tc>
        <w:tc>
          <w:tcPr>
            <w:tcW w:type="dxa" w:w="3124"/>
          </w:tcPr>
          <w:p>
            <w:pPr>
              <w:spacing w:after="0"/>
              <w:jc w:val="left"/>
            </w:pPr>
            <w:r>
              <w:rPr>
                <w:sz w:val="16"/>
              </w:rPr>
              <w:t>Very High 1, Relatively High 1</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Strong Wind</w:t>
            </w:r>
          </w:p>
        </w:tc>
        <w:tc>
          <w:tcPr>
            <w:tcW w:type="dxa" w:w="687"/>
          </w:tcPr>
          <w:p>
            <w:pPr>
              <w:spacing w:after="0"/>
              <w:jc w:val="right"/>
            </w:pPr>
            <w:r>
              <w:rPr>
                <w:sz w:val="16"/>
              </w:rPr>
              <w:t>2 of 2</w:t>
            </w:r>
          </w:p>
        </w:tc>
        <w:tc>
          <w:tcPr>
            <w:tcW w:type="dxa" w:w="904"/>
          </w:tcPr>
          <w:p>
            <w:pPr>
              <w:spacing w:after="0"/>
              <w:jc w:val="right"/>
            </w:pPr>
            <w:r>
              <w:rPr>
                <w:sz w:val="16"/>
              </w:rPr>
              <w:t>15.9</w:t>
            </w:r>
          </w:p>
        </w:tc>
        <w:tc>
          <w:tcPr>
            <w:tcW w:type="dxa" w:w="687"/>
          </w:tcPr>
          <w:p>
            <w:pPr>
              <w:spacing w:after="0"/>
              <w:jc w:val="right"/>
            </w:pPr>
            <w:r>
              <w:rPr>
                <w:sz w:val="16"/>
              </w:rPr>
              <w:t>17.9</w:t>
            </w:r>
          </w:p>
        </w:tc>
        <w:tc>
          <w:tcPr>
            <w:tcW w:type="dxa" w:w="655"/>
          </w:tcPr>
          <w:p>
            <w:pPr>
              <w:spacing w:after="0"/>
              <w:jc w:val="right"/>
            </w:pPr>
            <w:r>
              <w:rPr>
                <w:sz w:val="16"/>
              </w:rPr>
              <w:t>19.9</w:t>
            </w:r>
          </w:p>
        </w:tc>
        <w:tc>
          <w:tcPr>
            <w:tcW w:type="dxa" w:w="3124"/>
          </w:tcPr>
          <w:p>
            <w:pPr>
              <w:spacing w:after="0"/>
              <w:jc w:val="left"/>
            </w:pPr>
            <w:r>
              <w:rPr>
                <w:sz w:val="16"/>
              </w:rPr>
              <w:t>Very Low 2</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Tornado</w:t>
            </w:r>
          </w:p>
        </w:tc>
        <w:tc>
          <w:tcPr>
            <w:tcW w:type="dxa" w:w="687"/>
          </w:tcPr>
          <w:p>
            <w:pPr>
              <w:spacing w:after="0"/>
              <w:jc w:val="right"/>
            </w:pPr>
            <w:r>
              <w:rPr>
                <w:sz w:val="16"/>
              </w:rPr>
              <w:t>2 of 2</w:t>
            </w:r>
          </w:p>
        </w:tc>
        <w:tc>
          <w:tcPr>
            <w:tcW w:type="dxa" w:w="904"/>
          </w:tcPr>
          <w:p>
            <w:pPr>
              <w:spacing w:after="0"/>
              <w:jc w:val="right"/>
            </w:pPr>
            <w:r>
              <w:rPr>
                <w:sz w:val="16"/>
              </w:rPr>
              <w:t>29.5</w:t>
            </w:r>
          </w:p>
        </w:tc>
        <w:tc>
          <w:tcPr>
            <w:tcW w:type="dxa" w:w="687"/>
          </w:tcPr>
          <w:p>
            <w:pPr>
              <w:spacing w:after="0"/>
              <w:jc w:val="right"/>
            </w:pPr>
            <w:r>
              <w:rPr>
                <w:sz w:val="16"/>
              </w:rPr>
              <w:t>35.0</w:t>
            </w:r>
          </w:p>
        </w:tc>
        <w:tc>
          <w:tcPr>
            <w:tcW w:type="dxa" w:w="655"/>
          </w:tcPr>
          <w:p>
            <w:pPr>
              <w:spacing w:after="0"/>
              <w:jc w:val="right"/>
            </w:pPr>
            <w:r>
              <w:rPr>
                <w:sz w:val="16"/>
              </w:rPr>
              <w:t>40.6</w:t>
            </w:r>
          </w:p>
        </w:tc>
        <w:tc>
          <w:tcPr>
            <w:tcW w:type="dxa" w:w="3124"/>
          </w:tcPr>
          <w:p>
            <w:pPr>
              <w:spacing w:after="0"/>
              <w:jc w:val="left"/>
            </w:pPr>
            <w:r>
              <w:rPr>
                <w:sz w:val="16"/>
              </w:rPr>
              <w:t>Relatively Low 1, Very Low 1</w:t>
            </w:r>
          </w:p>
        </w:tc>
        <w:tc>
          <w:tcPr>
            <w:tcW w:type="dxa" w:w="7006"/>
          </w:tcPr>
          <w:p>
            <w:pPr>
              <w:spacing w:after="0"/>
              <w:jc w:val="left"/>
            </w:pPr>
          </w:p>
        </w:tc>
      </w:tr>
      <w:tr>
        <w:trPr>
          <w:cantSplit/>
        </w:trPr>
        <w:tc>
          <w:tcPr>
            <w:tcW w:type="dxa" w:w="1048"/>
          </w:tcPr>
          <w:p>
            <w:pPr>
              <w:spacing w:after="0"/>
              <w:jc w:val="left"/>
            </w:pPr>
            <w:r>
              <w:rPr>
                <w:sz w:val="16"/>
              </w:rPr>
              <w:t>Tsunami</w:t>
            </w:r>
          </w:p>
        </w:tc>
        <w:tc>
          <w:tcPr>
            <w:tcW w:type="dxa" w:w="687"/>
          </w:tcPr>
          <w:p>
            <w:pPr>
              <w:spacing w:after="0"/>
              <w:jc w:val="right"/>
            </w:pPr>
            <w:r>
              <w:rPr>
                <w:sz w:val="16"/>
              </w:rPr>
              <w:t>0 of 2</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3124"/>
          </w:tcPr>
          <w:p>
            <w:pPr>
              <w:spacing w:after="0"/>
              <w:jc w:val="left"/>
            </w:pPr>
            <w:r>
              <w:rPr>
                <w:sz w:val="16"/>
              </w:rPr>
              <w:t>Not Applicable 2</w:t>
            </w:r>
          </w:p>
        </w:tc>
        <w:tc>
          <w:tcPr>
            <w:tcW w:type="dxa" w:w="7006"/>
          </w:tcPr>
          <w:p>
            <w:pPr>
              <w:spacing w:after="0"/>
              <w:jc w:val="left"/>
            </w:pPr>
          </w:p>
        </w:tc>
      </w:tr>
      <w:tr>
        <w:trPr>
          <w:cantSplit/>
        </w:trPr>
        <w:tc>
          <w:tcPr>
            <w:tcW w:type="dxa" w:w="1048"/>
          </w:tcPr>
          <w:p>
            <w:pPr>
              <w:spacing w:after="0"/>
              <w:jc w:val="left"/>
            </w:pPr>
            <w:r>
              <w:rPr>
                <w:sz w:val="16"/>
              </w:rPr>
              <w:t>Volcanic Activity</w:t>
            </w:r>
          </w:p>
        </w:tc>
        <w:tc>
          <w:tcPr>
            <w:tcW w:type="dxa" w:w="687"/>
          </w:tcPr>
          <w:p>
            <w:pPr>
              <w:spacing w:after="0"/>
              <w:jc w:val="right"/>
            </w:pPr>
            <w:r>
              <w:rPr>
                <w:sz w:val="16"/>
              </w:rPr>
              <w:t>0 of 2</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3124"/>
          </w:tcPr>
          <w:p>
            <w:pPr>
              <w:spacing w:after="0"/>
              <w:jc w:val="left"/>
            </w:pPr>
            <w:r>
              <w:rPr>
                <w:sz w:val="16"/>
              </w:rPr>
              <w:t>No Rating 2</w:t>
            </w:r>
          </w:p>
        </w:tc>
        <w:tc>
          <w:tcPr>
            <w:tcW w:type="dxa" w:w="7006"/>
          </w:tcPr>
          <w:p>
            <w:pPr>
              <w:spacing w:after="0"/>
              <w:jc w:val="left"/>
            </w:pPr>
          </w:p>
        </w:tc>
      </w:tr>
      <w:tr>
        <w:trPr>
          <w:cantSplit/>
        </w:trPr>
        <w:tc>
          <w:tcPr>
            <w:tcW w:type="dxa" w:w="1048"/>
          </w:tcPr>
          <w:p>
            <w:pPr>
              <w:spacing w:after="0"/>
              <w:jc w:val="left"/>
            </w:pPr>
            <w:r>
              <w:rPr>
                <w:sz w:val="16"/>
              </w:rPr>
              <w:t>Wildfire</w:t>
            </w:r>
          </w:p>
        </w:tc>
        <w:tc>
          <w:tcPr>
            <w:tcW w:type="dxa" w:w="687"/>
          </w:tcPr>
          <w:p>
            <w:pPr>
              <w:spacing w:after="0"/>
              <w:jc w:val="right"/>
            </w:pPr>
            <w:r>
              <w:rPr>
                <w:sz w:val="16"/>
              </w:rPr>
              <w:t>2 of 2</w:t>
            </w:r>
          </w:p>
        </w:tc>
        <w:tc>
          <w:tcPr>
            <w:tcW w:type="dxa" w:w="904"/>
          </w:tcPr>
          <w:p>
            <w:pPr>
              <w:spacing w:after="0"/>
              <w:jc w:val="right"/>
            </w:pPr>
            <w:r>
              <w:rPr>
                <w:sz w:val="16"/>
              </w:rPr>
              <w:t>83.0</w:t>
            </w:r>
          </w:p>
        </w:tc>
        <w:tc>
          <w:tcPr>
            <w:tcW w:type="dxa" w:w="687"/>
          </w:tcPr>
          <w:p>
            <w:pPr>
              <w:spacing w:after="0"/>
              <w:jc w:val="right"/>
            </w:pPr>
            <w:r>
              <w:rPr>
                <w:sz w:val="16"/>
              </w:rPr>
              <w:t>88.2</w:t>
            </w:r>
          </w:p>
        </w:tc>
        <w:tc>
          <w:tcPr>
            <w:tcW w:type="dxa" w:w="655"/>
          </w:tcPr>
          <w:p>
            <w:pPr>
              <w:spacing w:after="0"/>
              <w:jc w:val="right"/>
            </w:pPr>
            <w:r>
              <w:rPr>
                <w:sz w:val="16"/>
              </w:rPr>
              <w:t>93.4</w:t>
            </w:r>
          </w:p>
        </w:tc>
        <w:tc>
          <w:tcPr>
            <w:tcW w:type="dxa" w:w="3124"/>
          </w:tcPr>
          <w:p>
            <w:pPr>
              <w:spacing w:after="0"/>
              <w:jc w:val="left"/>
            </w:pPr>
            <w:r>
              <w:rPr>
                <w:sz w:val="16"/>
              </w:rPr>
              <w:t>Relatively Moderate 1, Relatively Low 1</w:t>
            </w:r>
          </w:p>
        </w:tc>
        <w:tc>
          <w:tcPr>
            <w:tcW w:type="dxa" w:w="7006"/>
          </w:tcPr>
          <w:p>
            <w:pPr>
              <w:spacing w:after="0"/>
              <w:jc w:val="left"/>
            </w:pPr>
          </w:p>
        </w:tc>
      </w:tr>
      <w:tr>
        <w:trPr>
          <w:cantSplit/>
        </w:trPr>
        <w:tc>
          <w:tcPr>
            <w:tcW w:type="dxa" w:w="1048"/>
          </w:tcPr>
          <w:p>
            <w:pPr>
              <w:spacing w:after="0"/>
              <w:jc w:val="left"/>
            </w:pPr>
            <w:r>
              <w:rPr>
                <w:sz w:val="16"/>
              </w:rPr>
              <w:t>Winter Weather</w:t>
            </w:r>
          </w:p>
        </w:tc>
        <w:tc>
          <w:tcPr>
            <w:tcW w:type="dxa" w:w="687"/>
          </w:tcPr>
          <w:p>
            <w:pPr>
              <w:spacing w:after="0"/>
              <w:jc w:val="right"/>
            </w:pPr>
            <w:r>
              <w:rPr>
                <w:sz w:val="16"/>
              </w:rPr>
              <w:t>2 of 2</w:t>
            </w:r>
          </w:p>
        </w:tc>
        <w:tc>
          <w:tcPr>
            <w:tcW w:type="dxa" w:w="904"/>
          </w:tcPr>
          <w:p>
            <w:pPr>
              <w:spacing w:after="0"/>
              <w:jc w:val="right"/>
            </w:pPr>
            <w:r>
              <w:rPr>
                <w:sz w:val="16"/>
              </w:rPr>
              <w:t>77.0</w:t>
            </w:r>
          </w:p>
        </w:tc>
        <w:tc>
          <w:tcPr>
            <w:tcW w:type="dxa" w:w="687"/>
          </w:tcPr>
          <w:p>
            <w:pPr>
              <w:spacing w:after="0"/>
              <w:jc w:val="right"/>
            </w:pPr>
            <w:r>
              <w:rPr>
                <w:sz w:val="16"/>
              </w:rPr>
              <w:t>84.0</w:t>
            </w:r>
          </w:p>
        </w:tc>
        <w:tc>
          <w:tcPr>
            <w:tcW w:type="dxa" w:w="655"/>
          </w:tcPr>
          <w:p>
            <w:pPr>
              <w:spacing w:after="0"/>
              <w:jc w:val="right"/>
            </w:pPr>
            <w:r>
              <w:rPr>
                <w:sz w:val="16"/>
              </w:rPr>
              <w:t>91.0</w:t>
            </w:r>
          </w:p>
        </w:tc>
        <w:tc>
          <w:tcPr>
            <w:tcW w:type="dxa" w:w="3124"/>
          </w:tcPr>
          <w:p>
            <w:pPr>
              <w:spacing w:after="0"/>
              <w:jc w:val="left"/>
            </w:pPr>
            <w:r>
              <w:rPr>
                <w:sz w:val="16"/>
              </w:rPr>
              <w:t>Relatively High 1, Relatively Moderate 1</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1"/>
        <w:gridCol w:w="906"/>
        <w:gridCol w:w="3525"/>
        <w:gridCol w:w="2811"/>
        <w:gridCol w:w="1978"/>
        <w:gridCol w:w="2406"/>
        <w:gridCol w:w="864"/>
      </w:tblGrid>
      <w:tr>
        <w:trPr>
          <w:cantSplit/>
          <w:tblHeader/>
        </w:trPr>
        <w:tc>
          <w:tcPr>
            <w:tcW w:type="dxa" w:w="1621"/>
            <w:shd w:val="clear" w:color="auto" w:fill="E8E8E8"/>
          </w:tcPr>
          <w:p>
            <w:pPr>
              <w:spacing w:after="0"/>
              <w:jc w:val="left"/>
            </w:pPr>
            <w:r>
              <w:rPr>
                <w:b/>
                <w:sz w:val="16"/>
              </w:rPr>
              <w:t>Member</w:t>
            </w:r>
          </w:p>
        </w:tc>
        <w:tc>
          <w:tcPr>
            <w:tcW w:type="dxa" w:w="906"/>
            <w:shd w:val="clear" w:color="auto" w:fill="E8E8E8"/>
          </w:tcPr>
          <w:p>
            <w:pPr>
              <w:spacing w:after="0"/>
              <w:jc w:val="left"/>
            </w:pPr>
            <w:r>
              <w:rPr>
                <w:b/>
                <w:sz w:val="16"/>
              </w:rPr>
              <w:t>Type</w:t>
            </w:r>
          </w:p>
        </w:tc>
        <w:tc>
          <w:tcPr>
            <w:tcW w:type="dxa" w:w="3525"/>
            <w:shd w:val="clear" w:color="auto" w:fill="E8E8E8"/>
          </w:tcPr>
          <w:p>
            <w:pPr>
              <w:spacing w:after="0"/>
              <w:jc w:val="left"/>
            </w:pPr>
            <w:r>
              <w:rPr>
                <w:b/>
                <w:sz w:val="16"/>
              </w:rPr>
              <w:t>Plan status</w:t>
            </w:r>
          </w:p>
        </w:tc>
        <w:tc>
          <w:tcPr>
            <w:tcW w:type="dxa" w:w="28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0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4"/>
            <w:shd w:val="clear" w:color="auto" w:fill="E8E8E8"/>
          </w:tcPr>
          <w:p>
            <w:pPr>
              <w:spacing w:after="0"/>
              <w:jc w:val="left"/>
            </w:pPr>
            <w:r>
              <w:rPr>
                <w:b/>
                <w:sz w:val="16"/>
              </w:rPr>
              <w:t>Notes</w:t>
            </w:r>
          </w:p>
        </w:tc>
      </w:tr>
      <w:tr>
        <w:trPr>
          <w:cantSplit/>
        </w:trPr>
        <w:tc>
          <w:tcPr>
            <w:tcW w:type="dxa" w:w="1621"/>
          </w:tcPr>
          <w:p>
            <w:pPr>
              <w:spacing w:after="0"/>
              <w:jc w:val="left"/>
            </w:pPr>
            <w:r>
              <w:rPr>
                <w:sz w:val="16"/>
              </w:rPr>
              <w:t>Conejos County</w:t>
            </w:r>
          </w:p>
        </w:tc>
        <w:tc>
          <w:tcPr>
            <w:tcW w:type="dxa" w:w="906"/>
          </w:tcPr>
          <w:p>
            <w:pPr>
              <w:spacing w:after="0"/>
              <w:jc w:val="left"/>
            </w:pPr>
            <w:r>
              <w:rPr>
                <w:sz w:val="16"/>
              </w:rPr>
              <w:t>County</w:t>
            </w:r>
          </w:p>
        </w:tc>
        <w:tc>
          <w:tcPr>
            <w:tcW w:type="dxa" w:w="3525"/>
          </w:tcPr>
          <w:p>
            <w:pPr>
              <w:spacing w:after="0"/>
              <w:jc w:val="left"/>
            </w:pPr>
            <w:r>
              <w:rPr>
                <w:sz w:val="16"/>
              </w:rPr>
              <w:t>Approved, expires 2028-04-13</w:t>
            </w:r>
          </w:p>
        </w:tc>
        <w:tc>
          <w:tcPr>
            <w:tcW w:type="dxa" w:w="2811"/>
          </w:tcPr>
          <w:p>
            <w:pPr>
              <w:spacing w:after="0"/>
              <w:jc w:val="right"/>
            </w:pPr>
            <w:r>
              <w:rPr>
                <w:sz w:val="16"/>
              </w:rPr>
              <w:t>FMA RL 0, SRL 0; any 0</w:t>
            </w:r>
          </w:p>
        </w:tc>
        <w:tc>
          <w:tcPr>
            <w:tcW w:type="dxa" w:w="1978"/>
          </w:tcPr>
          <w:p>
            <w:pPr>
              <w:spacing w:after="0"/>
              <w:jc w:val="right"/>
            </w:pPr>
            <w:r>
              <w:rPr>
                <w:sz w:val="16"/>
              </w:rPr>
              <w:t>none found</w:t>
            </w:r>
          </w:p>
        </w:tc>
        <w:tc>
          <w:tcPr>
            <w:tcW w:type="dxa" w:w="2406"/>
          </w:tcPr>
          <w:p>
            <w:pPr>
              <w:spacing w:after="0"/>
              <w:jc w:val="right"/>
            </w:pPr>
            <w:r>
              <w:rPr>
                <w:sz w:val="16"/>
              </w:rPr>
              <w:t>0; 0</w:t>
            </w:r>
          </w:p>
        </w:tc>
        <w:tc>
          <w:tcPr>
            <w:tcW w:type="dxa" w:w="864"/>
          </w:tcPr>
          <w:p>
            <w:pPr>
              <w:spacing w:after="0"/>
              <w:jc w:val="left"/>
            </w:pPr>
          </w:p>
        </w:tc>
      </w:tr>
      <w:tr>
        <w:trPr>
          <w:cantSplit/>
        </w:trPr>
        <w:tc>
          <w:tcPr>
            <w:tcW w:type="dxa" w:w="1621"/>
          </w:tcPr>
          <w:p>
            <w:pPr>
              <w:spacing w:after="0"/>
              <w:jc w:val="left"/>
            </w:pPr>
            <w:r>
              <w:rPr>
                <w:sz w:val="16"/>
              </w:rPr>
              <w:t>Antonito town</w:t>
            </w:r>
          </w:p>
        </w:tc>
        <w:tc>
          <w:tcPr>
            <w:tcW w:type="dxa" w:w="906"/>
          </w:tcPr>
          <w:p>
            <w:pPr>
              <w:spacing w:after="0"/>
              <w:jc w:val="left"/>
            </w:pPr>
            <w:r>
              <w:rPr>
                <w:sz w:val="16"/>
              </w:rPr>
              <w:t>Town</w:t>
            </w:r>
          </w:p>
        </w:tc>
        <w:tc>
          <w:tcPr>
            <w:tcW w:type="dxa" w:w="3525"/>
          </w:tcPr>
          <w:p>
            <w:pPr>
              <w:spacing w:after="0"/>
              <w:jc w:val="left"/>
            </w:pPr>
            <w:r>
              <w:rPr>
                <w:sz w:val="16"/>
              </w:rPr>
              <w:t>Approved, expires 2028-04-13</w:t>
            </w:r>
          </w:p>
        </w:tc>
        <w:tc>
          <w:tcPr>
            <w:tcW w:type="dxa" w:w="2811"/>
          </w:tcPr>
          <w:p>
            <w:pPr>
              <w:spacing w:after="0"/>
              <w:jc w:val="right"/>
            </w:pPr>
            <w:r>
              <w:rPr>
                <w:sz w:val="16"/>
              </w:rPr>
              <w:t>FMA RL 0, SRL 0; any 0</w:t>
            </w:r>
          </w:p>
        </w:tc>
        <w:tc>
          <w:tcPr>
            <w:tcW w:type="dxa" w:w="1978"/>
          </w:tcPr>
          <w:p>
            <w:pPr>
              <w:spacing w:after="0"/>
              <w:jc w:val="right"/>
            </w:pPr>
            <w:r>
              <w:rPr>
                <w:sz w:val="16"/>
              </w:rPr>
              <w:t>none found</w:t>
            </w:r>
          </w:p>
        </w:tc>
        <w:tc>
          <w:tcPr>
            <w:tcW w:type="dxa" w:w="2406"/>
          </w:tcPr>
          <w:p>
            <w:pPr>
              <w:spacing w:after="0"/>
              <w:jc w:val="right"/>
            </w:pPr>
            <w:r>
              <w:rPr>
                <w:sz w:val="16"/>
              </w:rPr>
              <w:t>3; 0</w:t>
            </w:r>
          </w:p>
        </w:tc>
        <w:tc>
          <w:tcPr>
            <w:tcW w:type="dxa" w:w="864"/>
          </w:tcPr>
          <w:p>
            <w:pPr>
              <w:spacing w:after="0"/>
              <w:jc w:val="left"/>
            </w:pPr>
          </w:p>
        </w:tc>
      </w:tr>
      <w:tr>
        <w:trPr>
          <w:cantSplit/>
        </w:trPr>
        <w:tc>
          <w:tcPr>
            <w:tcW w:type="dxa" w:w="1621"/>
          </w:tcPr>
          <w:p>
            <w:pPr>
              <w:spacing w:after="0"/>
              <w:jc w:val="left"/>
            </w:pPr>
            <w:r>
              <w:rPr>
                <w:sz w:val="16"/>
              </w:rPr>
              <w:t>La Jara town</w:t>
            </w:r>
          </w:p>
        </w:tc>
        <w:tc>
          <w:tcPr>
            <w:tcW w:type="dxa" w:w="906"/>
          </w:tcPr>
          <w:p>
            <w:pPr>
              <w:spacing w:after="0"/>
              <w:jc w:val="left"/>
            </w:pPr>
            <w:r>
              <w:rPr>
                <w:sz w:val="16"/>
              </w:rPr>
              <w:t>Town</w:t>
            </w:r>
          </w:p>
        </w:tc>
        <w:tc>
          <w:tcPr>
            <w:tcW w:type="dxa" w:w="3525"/>
          </w:tcPr>
          <w:p>
            <w:pPr>
              <w:spacing w:after="0"/>
              <w:jc w:val="left"/>
            </w:pPr>
            <w:r>
              <w:rPr>
                <w:sz w:val="16"/>
              </w:rPr>
              <w:t>Approved, expires 2028-04-13</w:t>
            </w:r>
          </w:p>
        </w:tc>
        <w:tc>
          <w:tcPr>
            <w:tcW w:type="dxa" w:w="2811"/>
          </w:tcPr>
          <w:p>
            <w:pPr>
              <w:spacing w:after="0"/>
              <w:jc w:val="right"/>
            </w:pPr>
            <w:r>
              <w:rPr>
                <w:sz w:val="16"/>
              </w:rPr>
              <w:t>FMA RL 0, SRL 0; any 0</w:t>
            </w:r>
          </w:p>
        </w:tc>
        <w:tc>
          <w:tcPr>
            <w:tcW w:type="dxa" w:w="1978"/>
          </w:tcPr>
          <w:p>
            <w:pPr>
              <w:spacing w:after="0"/>
              <w:jc w:val="right"/>
            </w:pPr>
            <w:r>
              <w:rPr>
                <w:sz w:val="16"/>
              </w:rPr>
              <w:t>none found</w:t>
            </w:r>
          </w:p>
        </w:tc>
        <w:tc>
          <w:tcPr>
            <w:tcW w:type="dxa" w:w="2406"/>
          </w:tcPr>
          <w:p>
            <w:pPr>
              <w:spacing w:after="0"/>
              <w:jc w:val="right"/>
            </w:pPr>
            <w:r>
              <w:rPr>
                <w:sz w:val="16"/>
              </w:rPr>
              <w:t>3; 0</w:t>
            </w:r>
          </w:p>
        </w:tc>
        <w:tc>
          <w:tcPr>
            <w:tcW w:type="dxa" w:w="864"/>
          </w:tcPr>
          <w:p>
            <w:pPr>
              <w:spacing w:after="0"/>
              <w:jc w:val="left"/>
            </w:pPr>
          </w:p>
        </w:tc>
      </w:tr>
      <w:tr>
        <w:trPr>
          <w:cantSplit/>
        </w:trPr>
        <w:tc>
          <w:tcPr>
            <w:tcW w:type="dxa" w:w="1621"/>
          </w:tcPr>
          <w:p>
            <w:pPr>
              <w:spacing w:after="0"/>
              <w:jc w:val="left"/>
            </w:pPr>
            <w:r>
              <w:rPr>
                <w:sz w:val="16"/>
              </w:rPr>
              <w:t>Manassa town</w:t>
            </w:r>
          </w:p>
        </w:tc>
        <w:tc>
          <w:tcPr>
            <w:tcW w:type="dxa" w:w="906"/>
          </w:tcPr>
          <w:p>
            <w:pPr>
              <w:spacing w:after="0"/>
              <w:jc w:val="left"/>
            </w:pPr>
            <w:r>
              <w:rPr>
                <w:sz w:val="16"/>
              </w:rPr>
              <w:t>Town</w:t>
            </w:r>
          </w:p>
        </w:tc>
        <w:tc>
          <w:tcPr>
            <w:tcW w:type="dxa" w:w="3525"/>
          </w:tcPr>
          <w:p>
            <w:pPr>
              <w:spacing w:after="0"/>
              <w:jc w:val="left"/>
            </w:pPr>
            <w:r>
              <w:rPr>
                <w:sz w:val="16"/>
              </w:rPr>
              <w:t>Approved, expires 2028-04-13</w:t>
            </w:r>
          </w:p>
        </w:tc>
        <w:tc>
          <w:tcPr>
            <w:tcW w:type="dxa" w:w="2811"/>
          </w:tcPr>
          <w:p>
            <w:pPr>
              <w:spacing w:after="0"/>
              <w:jc w:val="right"/>
            </w:pPr>
            <w:r>
              <w:rPr>
                <w:sz w:val="16"/>
              </w:rPr>
              <w:t>FMA RL 0, SRL 0; any 0</w:t>
            </w:r>
          </w:p>
        </w:tc>
        <w:tc>
          <w:tcPr>
            <w:tcW w:type="dxa" w:w="1978"/>
          </w:tcPr>
          <w:p>
            <w:pPr>
              <w:spacing w:after="0"/>
              <w:jc w:val="right"/>
            </w:pPr>
            <w:r>
              <w:rPr>
                <w:sz w:val="16"/>
              </w:rPr>
              <w:t>none found</w:t>
            </w:r>
          </w:p>
        </w:tc>
        <w:tc>
          <w:tcPr>
            <w:tcW w:type="dxa" w:w="2406"/>
          </w:tcPr>
          <w:p>
            <w:pPr>
              <w:spacing w:after="0"/>
              <w:jc w:val="right"/>
            </w:pPr>
            <w:r>
              <w:rPr>
                <w:sz w:val="16"/>
              </w:rPr>
              <w:t>2; 0</w:t>
            </w:r>
          </w:p>
        </w:tc>
        <w:tc>
          <w:tcPr>
            <w:tcW w:type="dxa" w:w="864"/>
          </w:tcPr>
          <w:p>
            <w:pPr>
              <w:spacing w:after="0"/>
              <w:jc w:val="left"/>
            </w:pPr>
          </w:p>
        </w:tc>
      </w:tr>
      <w:tr>
        <w:trPr>
          <w:cantSplit/>
        </w:trPr>
        <w:tc>
          <w:tcPr>
            <w:tcW w:type="dxa" w:w="1621"/>
          </w:tcPr>
          <w:p>
            <w:pPr>
              <w:spacing w:after="0"/>
              <w:jc w:val="left"/>
            </w:pPr>
            <w:r>
              <w:rPr>
                <w:sz w:val="16"/>
              </w:rPr>
              <w:t>Romeo town</w:t>
            </w:r>
          </w:p>
        </w:tc>
        <w:tc>
          <w:tcPr>
            <w:tcW w:type="dxa" w:w="906"/>
          </w:tcPr>
          <w:p>
            <w:pPr>
              <w:spacing w:after="0"/>
              <w:jc w:val="left"/>
            </w:pPr>
            <w:r>
              <w:rPr>
                <w:sz w:val="16"/>
              </w:rPr>
              <w:t>Town</w:t>
            </w:r>
          </w:p>
        </w:tc>
        <w:tc>
          <w:tcPr>
            <w:tcW w:type="dxa" w:w="3525"/>
          </w:tcPr>
          <w:p>
            <w:pPr>
              <w:spacing w:after="0"/>
              <w:jc w:val="left"/>
            </w:pPr>
            <w:r>
              <w:rPr>
                <w:sz w:val="16"/>
              </w:rPr>
              <w:t>Approved, expires 2028-04-13</w:t>
            </w:r>
          </w:p>
        </w:tc>
        <w:tc>
          <w:tcPr>
            <w:tcW w:type="dxa" w:w="2811"/>
          </w:tcPr>
          <w:p>
            <w:pPr>
              <w:spacing w:after="0"/>
              <w:jc w:val="right"/>
            </w:pPr>
            <w:r>
              <w:rPr>
                <w:sz w:val="16"/>
              </w:rPr>
              <w:t>FMA RL 0, SRL 0; any 0</w:t>
            </w:r>
          </w:p>
        </w:tc>
        <w:tc>
          <w:tcPr>
            <w:tcW w:type="dxa" w:w="1978"/>
          </w:tcPr>
          <w:p>
            <w:pPr>
              <w:spacing w:after="0"/>
              <w:jc w:val="right"/>
            </w:pPr>
            <w:r>
              <w:rPr>
                <w:sz w:val="16"/>
              </w:rPr>
              <w:t>none found</w:t>
            </w:r>
          </w:p>
        </w:tc>
        <w:tc>
          <w:tcPr>
            <w:tcW w:type="dxa" w:w="2406"/>
          </w:tcPr>
          <w:p>
            <w:pPr>
              <w:spacing w:after="0"/>
              <w:jc w:val="right"/>
            </w:pPr>
            <w:r>
              <w:rPr>
                <w:sz w:val="16"/>
              </w:rPr>
              <w:t>0; 0</w:t>
            </w:r>
          </w:p>
        </w:tc>
        <w:tc>
          <w:tcPr>
            <w:tcW w:type="dxa" w:w="864"/>
          </w:tcPr>
          <w:p>
            <w:pPr>
              <w:spacing w:after="0"/>
              <w:jc w:val="left"/>
            </w:pPr>
          </w:p>
        </w:tc>
      </w:tr>
      <w:tr>
        <w:trPr>
          <w:cantSplit/>
        </w:trPr>
        <w:tc>
          <w:tcPr>
            <w:tcW w:type="dxa" w:w="1621"/>
          </w:tcPr>
          <w:p>
            <w:pPr>
              <w:spacing w:after="0"/>
              <w:jc w:val="left"/>
            </w:pPr>
            <w:r>
              <w:rPr>
                <w:sz w:val="16"/>
              </w:rPr>
              <w:t>Sanford town</w:t>
            </w:r>
          </w:p>
        </w:tc>
        <w:tc>
          <w:tcPr>
            <w:tcW w:type="dxa" w:w="906"/>
          </w:tcPr>
          <w:p>
            <w:pPr>
              <w:spacing w:after="0"/>
              <w:jc w:val="left"/>
            </w:pPr>
            <w:r>
              <w:rPr>
                <w:sz w:val="16"/>
              </w:rPr>
              <w:t>Town</w:t>
            </w:r>
          </w:p>
        </w:tc>
        <w:tc>
          <w:tcPr>
            <w:tcW w:type="dxa" w:w="3525"/>
          </w:tcPr>
          <w:p>
            <w:pPr>
              <w:spacing w:after="0"/>
              <w:jc w:val="left"/>
            </w:pPr>
            <w:r>
              <w:rPr>
                <w:sz w:val="16"/>
              </w:rPr>
              <w:t>Approved, expires 2028-04-13</w:t>
            </w:r>
          </w:p>
        </w:tc>
        <w:tc>
          <w:tcPr>
            <w:tcW w:type="dxa" w:w="2811"/>
          </w:tcPr>
          <w:p>
            <w:pPr>
              <w:spacing w:after="0"/>
              <w:jc w:val="right"/>
            </w:pPr>
            <w:r>
              <w:rPr>
                <w:sz w:val="16"/>
              </w:rPr>
              <w:t>FMA RL 0, SRL 0; any 0</w:t>
            </w:r>
          </w:p>
        </w:tc>
        <w:tc>
          <w:tcPr>
            <w:tcW w:type="dxa" w:w="1978"/>
          </w:tcPr>
          <w:p>
            <w:pPr>
              <w:spacing w:after="0"/>
              <w:jc w:val="right"/>
            </w:pPr>
            <w:r>
              <w:rPr>
                <w:sz w:val="16"/>
              </w:rPr>
              <w:t>none found</w:t>
            </w:r>
          </w:p>
        </w:tc>
        <w:tc>
          <w:tcPr>
            <w:tcW w:type="dxa" w:w="2406"/>
          </w:tcPr>
          <w:p>
            <w:pPr>
              <w:spacing w:after="0"/>
              <w:jc w:val="right"/>
            </w:pPr>
            <w:r>
              <w:rPr>
                <w:sz w:val="16"/>
              </w:rPr>
              <w:t>1; 0</w:t>
            </w:r>
          </w:p>
        </w:tc>
        <w:tc>
          <w:tcPr>
            <w:tcW w:type="dxa" w:w="86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2023-04-14</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$113,631</w:t>
            </w:r>
          </w:p>
        </w:tc>
        <w:tc>
          <w:tcPr>
            <w:tcW w:type="dxa" w:w="1141"/>
          </w:tcPr>
          <w:p>
            <w:pPr>
              <w:spacing w:after="0"/>
              <w:jc w:val="right"/>
            </w:pPr>
          </w:p>
        </w:tc>
        <w:tc>
          <w:tcPr>
            <w:tcW w:type="dxa" w:w="1048"/>
          </w:tcPr>
          <w:p>
            <w:pPr>
              <w:spacing w:after="0"/>
              <w:jc w:val="right"/>
            </w:pPr>
            <w:r>
              <w:rPr>
                <w:sz w:val="16"/>
              </w:rPr>
              <w:t>10</w:t>
            </w:r>
          </w:p>
        </w:tc>
        <w:tc>
          <w:tcPr>
            <w:tcW w:type="dxa" w:w="1037"/>
          </w:tcPr>
          <w:p>
            <w:pPr>
              <w:spacing w:after="0"/>
              <w:jc w:val="right"/>
            </w:pPr>
            <w:r>
              <w:rPr>
                <w:sz w:val="16"/>
              </w:rPr>
              <w:t>$1</w:t>
            </w:r>
          </w:p>
        </w:tc>
        <w:tc>
          <w:tcPr>
            <w:tcW w:type="dxa" w:w="1126"/>
          </w:tcPr>
          <w:p>
            <w:pPr>
              <w:spacing w:after="0"/>
              <w:jc w:val="right"/>
            </w:pPr>
          </w:p>
        </w:tc>
        <w:tc>
          <w:tcPr>
            <w:tcW w:type="dxa" w:w="1193"/>
          </w:tcPr>
          <w:p>
            <w:pPr>
              <w:spacing w:after="0"/>
              <w:jc w:val="right"/>
            </w:pPr>
            <w:r>
              <w:rPr>
                <w:sz w:val="16"/>
              </w:rPr>
              <w:t>$1,048,148</w:t>
            </w:r>
          </w:p>
        </w:tc>
        <w:tc>
          <w:tcPr>
            <w:tcW w:type="dxa" w:w="1305"/>
          </w:tcPr>
          <w:p>
            <w:pPr>
              <w:spacing w:after="0"/>
              <w:jc w:val="right"/>
            </w:pPr>
            <w:r>
              <w:rPr>
                <w:sz w:val="16"/>
              </w:rPr>
              <w:t>0.000601%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$2,064,484,701</w:t>
            </w:r>
          </w:p>
        </w:tc>
        <w:tc>
          <w:tcPr>
            <w:tcW w:type="dxa" w:w="1141"/>
          </w:tcPr>
          <w:p>
            <w:pPr>
              <w:spacing w:after="0"/>
              <w:jc w:val="right"/>
            </w:pPr>
            <w:r>
              <w:rPr>
                <w:sz w:val="16"/>
              </w:rPr>
              <w:t>$69,432,346</w:t>
            </w:r>
          </w:p>
        </w:tc>
        <w:tc>
          <w:tcPr>
            <w:tcW w:type="dxa" w:w="1048"/>
          </w:tcPr>
          <w:p>
            <w:pPr>
              <w:spacing w:after="0"/>
              <w:jc w:val="right"/>
            </w:pPr>
            <w:r>
              <w:rPr>
                <w:sz w:val="16"/>
              </w:rPr>
              <w:t>7,453</w:t>
            </w:r>
          </w:p>
        </w:tc>
        <w:tc>
          <w:tcPr>
            <w:tcW w:type="dxa" w:w="1037"/>
          </w:tcPr>
          <w:p>
            <w:pPr>
              <w:spacing w:after="0"/>
              <w:jc w:val="right"/>
            </w:pPr>
            <w:r>
              <w:rPr>
                <w:sz w:val="16"/>
              </w:rPr>
              <w:t>$243</w:t>
            </w:r>
          </w:p>
        </w:tc>
        <w:tc>
          <w:tcPr>
            <w:tcW w:type="dxa" w:w="1126"/>
          </w:tcPr>
          <w:p>
            <w:pPr>
              <w:spacing w:after="0"/>
              <w:jc w:val="right"/>
            </w:pPr>
            <w:r>
              <w:rPr>
                <w:sz w:val="16"/>
              </w:rPr>
              <w:t>$75,455</w:t>
            </w:r>
          </w:p>
        </w:tc>
        <w:tc>
          <w:tcPr>
            <w:tcW w:type="dxa" w:w="1193"/>
          </w:tcPr>
          <w:p>
            <w:pPr>
              <w:spacing w:after="0"/>
              <w:jc w:val="right"/>
            </w:pPr>
            <w:r>
              <w:rPr>
                <w:sz w:val="16"/>
              </w:rPr>
              <w:t>$668,601</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$29,769,917</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$470,525</w:t>
            </w:r>
          </w:p>
        </w:tc>
        <w:tc>
          <w:tcPr>
            <w:tcW w:type="dxa" w:w="1193"/>
          </w:tcPr>
          <w:p>
            <w:pPr>
              <w:spacing w:after="0"/>
              <w:jc w:val="right"/>
            </w:pPr>
          </w:p>
        </w:tc>
        <w:tc>
          <w:tcPr>
            <w:tcW w:type="dxa" w:w="1305"/>
          </w:tcPr>
          <w:p>
            <w:pPr>
              <w:spacing w:after="0"/>
              <w:jc w:val="right"/>
            </w:pPr>
            <w:r>
              <w:rPr>
                <w:sz w:val="16"/>
              </w:rPr>
              <w:t>1.58%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$3,525,850,989</w:t>
            </w:r>
          </w:p>
        </w:tc>
        <w:tc>
          <w:tcPr>
            <w:tcW w:type="dxa" w:w="1141"/>
          </w:tcPr>
          <w:p>
            <w:pPr>
              <w:spacing w:after="0"/>
              <w:jc w:val="right"/>
            </w:pPr>
          </w:p>
        </w:tc>
        <w:tc>
          <w:tcPr>
            <w:tcW w:type="dxa" w:w="1048"/>
          </w:tcPr>
          <w:p>
            <w:pPr>
              <w:spacing w:after="0"/>
              <w:jc w:val="right"/>
            </w:pPr>
            <w:r>
              <w:rPr>
                <w:sz w:val="16"/>
              </w:rPr>
              <w:t>7,461</w:t>
            </w:r>
          </w:p>
        </w:tc>
        <w:tc>
          <w:tcPr>
            <w:tcW w:type="dxa" w:w="1037"/>
          </w:tcPr>
          <w:p>
            <w:pPr>
              <w:spacing w:after="0"/>
              <w:jc w:val="right"/>
            </w:pPr>
            <w:r>
              <w:rPr>
                <w:sz w:val="16"/>
              </w:rPr>
              <w:t>$113,606</w:t>
            </w:r>
          </w:p>
        </w:tc>
        <w:tc>
          <w:tcPr>
            <w:tcW w:type="dxa" w:w="1126"/>
          </w:tcPr>
          <w:p>
            <w:pPr>
              <w:spacing w:after="0"/>
              <w:jc w:val="right"/>
            </w:pPr>
          </w:p>
        </w:tc>
        <w:tc>
          <w:tcPr>
            <w:tcW w:type="dxa" w:w="1193"/>
          </w:tcPr>
          <w:p>
            <w:pPr>
              <w:spacing w:after="0"/>
              <w:jc w:val="right"/>
            </w:pPr>
            <w:r>
              <w:rPr>
                <w:sz w:val="16"/>
              </w:rPr>
              <w:t>$37,567</w:t>
            </w:r>
          </w:p>
        </w:tc>
        <w:tc>
          <w:tcPr>
            <w:tcW w:type="dxa" w:w="1305"/>
          </w:tcPr>
          <w:p>
            <w:pPr>
              <w:spacing w:after="0"/>
              <w:jc w:val="right"/>
            </w:pPr>
            <w:r>
              <w:rPr>
                <w:sz w:val="16"/>
              </w:rPr>
              <w:t>0.00322%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$2,064,484,701</w:t>
            </w:r>
          </w:p>
        </w:tc>
        <w:tc>
          <w:tcPr>
            <w:tcW w:type="dxa" w:w="1141"/>
          </w:tcPr>
          <w:p>
            <w:pPr>
              <w:spacing w:after="0"/>
              <w:jc w:val="right"/>
            </w:pPr>
            <w:r>
              <w:rPr>
                <w:sz w:val="16"/>
              </w:rPr>
              <w:t>$69,432,346</w:t>
            </w:r>
          </w:p>
        </w:tc>
        <w:tc>
          <w:tcPr>
            <w:tcW w:type="dxa" w:w="1048"/>
          </w:tcPr>
          <w:p>
            <w:pPr>
              <w:spacing w:after="0"/>
              <w:jc w:val="right"/>
            </w:pPr>
            <w:r>
              <w:rPr>
                <w:sz w:val="16"/>
              </w:rPr>
              <w:t>7,453</w:t>
            </w:r>
          </w:p>
        </w:tc>
        <w:tc>
          <w:tcPr>
            <w:tcW w:type="dxa" w:w="1037"/>
          </w:tcPr>
          <w:p>
            <w:pPr>
              <w:spacing w:after="0"/>
              <w:jc w:val="right"/>
            </w:pPr>
            <w:r>
              <w:rPr>
                <w:sz w:val="16"/>
              </w:rPr>
              <w:t>$14,151</w:t>
            </w:r>
          </w:p>
        </w:tc>
        <w:tc>
          <w:tcPr>
            <w:tcW w:type="dxa" w:w="1126"/>
          </w:tcPr>
          <w:p>
            <w:pPr>
              <w:spacing w:after="0"/>
              <w:jc w:val="right"/>
            </w:pPr>
            <w:r>
              <w:rPr>
                <w:sz w:val="16"/>
              </w:rPr>
              <w:t>$8,452</w:t>
            </w:r>
          </w:p>
        </w:tc>
        <w:tc>
          <w:tcPr>
            <w:tcW w:type="dxa" w:w="1193"/>
          </w:tcPr>
          <w:p>
            <w:pPr>
              <w:spacing w:after="0"/>
              <w:jc w:val="right"/>
            </w:pPr>
            <w:r>
              <w:rPr>
                <w:sz w:val="16"/>
              </w:rPr>
              <w:t>$1,239</w:t>
            </w:r>
          </w:p>
        </w:tc>
        <w:tc>
          <w:tcPr>
            <w:tcW w:type="dxa" w:w="1305"/>
          </w:tcPr>
          <w:p>
            <w:pPr>
              <w:spacing w:after="0"/>
              <w:jc w:val="right"/>
            </w:pPr>
            <w:r>
              <w:rPr>
                <w:sz w:val="16"/>
              </w:rPr>
              <w:t>0.000685%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$1,903,194,928</w:t>
            </w:r>
          </w:p>
        </w:tc>
        <w:tc>
          <w:tcPr>
            <w:tcW w:type="dxa" w:w="1141"/>
          </w:tcPr>
          <w:p>
            <w:pPr>
              <w:spacing w:after="0"/>
              <w:jc w:val="right"/>
            </w:pPr>
            <w:r>
              <w:rPr>
                <w:sz w:val="16"/>
              </w:rPr>
              <w:t>$69,420,603</w:t>
            </w:r>
          </w:p>
        </w:tc>
        <w:tc>
          <w:tcPr>
            <w:tcW w:type="dxa" w:w="1048"/>
          </w:tcPr>
          <w:p>
            <w:pPr>
              <w:spacing w:after="0"/>
              <w:jc w:val="right"/>
            </w:pPr>
            <w:r>
              <w:rPr>
                <w:sz w:val="16"/>
              </w:rPr>
              <w:t>7,328</w:t>
            </w:r>
          </w:p>
        </w:tc>
        <w:tc>
          <w:tcPr>
            <w:tcW w:type="dxa" w:w="1037"/>
          </w:tcPr>
          <w:p>
            <w:pPr>
              <w:spacing w:after="0"/>
              <w:jc w:val="right"/>
            </w:pPr>
            <w:r>
              <w:rPr>
                <w:sz w:val="16"/>
              </w:rPr>
              <w:t>$3</w:t>
            </w:r>
          </w:p>
        </w:tc>
        <w:tc>
          <w:tcPr>
            <w:tcW w:type="dxa" w:w="1126"/>
          </w:tcPr>
          <w:p>
            <w:pPr>
              <w:spacing w:after="0"/>
              <w:jc w:val="right"/>
            </w:pPr>
            <w:r>
              <w:rPr>
                <w:sz w:val="16"/>
              </w:rPr>
              <w:t>$732</w:t>
            </w:r>
          </w:p>
        </w:tc>
        <w:tc>
          <w:tcPr>
            <w:tcW w:type="dxa" w:w="1193"/>
          </w:tcPr>
          <w:p>
            <w:pPr>
              <w:spacing w:after="0"/>
              <w:jc w:val="right"/>
            </w:pPr>
            <w:r>
              <w:rPr>
                <w:sz w:val="16"/>
              </w:rPr>
              <w:t>$9,195</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$2,064,484,701</w:t>
            </w:r>
          </w:p>
        </w:tc>
        <w:tc>
          <w:tcPr>
            <w:tcW w:type="dxa" w:w="1141"/>
          </w:tcPr>
          <w:p>
            <w:pPr>
              <w:spacing w:after="0"/>
              <w:jc w:val="right"/>
            </w:pPr>
          </w:p>
        </w:tc>
        <w:tc>
          <w:tcPr>
            <w:tcW w:type="dxa" w:w="1048"/>
          </w:tcPr>
          <w:p>
            <w:pPr>
              <w:spacing w:after="0"/>
              <w:jc w:val="right"/>
            </w:pPr>
            <w:r>
              <w:rPr>
                <w:sz w:val="16"/>
              </w:rPr>
              <w:t>7,453</w:t>
            </w:r>
          </w:p>
        </w:tc>
        <w:tc>
          <w:tcPr>
            <w:tcW w:type="dxa" w:w="1037"/>
          </w:tcPr>
          <w:p>
            <w:pPr>
              <w:spacing w:after="0"/>
              <w:jc w:val="right"/>
            </w:pPr>
            <w:r>
              <w:rPr>
                <w:sz w:val="16"/>
              </w:rPr>
              <w:t>$1,861</w:t>
            </w:r>
          </w:p>
        </w:tc>
        <w:tc>
          <w:tcPr>
            <w:tcW w:type="dxa" w:w="1126"/>
          </w:tcPr>
          <w:p>
            <w:pPr>
              <w:spacing w:after="0"/>
              <w:jc w:val="right"/>
            </w:pPr>
          </w:p>
        </w:tc>
        <w:tc>
          <w:tcPr>
            <w:tcW w:type="dxa" w:w="1193"/>
          </w:tcPr>
          <w:p>
            <w:pPr>
              <w:spacing w:after="0"/>
              <w:jc w:val="right"/>
            </w:pPr>
            <w:r>
              <w:rPr>
                <w:sz w:val="16"/>
              </w:rPr>
              <w:t>$508</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$2,060,458,343</w:t>
            </w:r>
          </w:p>
        </w:tc>
        <w:tc>
          <w:tcPr>
            <w:tcW w:type="dxa" w:w="1141"/>
          </w:tcPr>
          <w:p>
            <w:pPr>
              <w:spacing w:after="0"/>
              <w:jc w:val="right"/>
            </w:pPr>
            <w:r>
              <w:rPr>
                <w:sz w:val="16"/>
              </w:rPr>
              <w:t>$73</w:t>
            </w:r>
          </w:p>
        </w:tc>
        <w:tc>
          <w:tcPr>
            <w:tcW w:type="dxa" w:w="1048"/>
          </w:tcPr>
          <w:p>
            <w:pPr>
              <w:spacing w:after="0"/>
              <w:jc w:val="right"/>
            </w:pPr>
            <w:r>
              <w:rPr>
                <w:sz w:val="16"/>
              </w:rPr>
              <w:t>69</w:t>
            </w:r>
          </w:p>
        </w:tc>
        <w:tc>
          <w:tcPr>
            <w:tcW w:type="dxa" w:w="1037"/>
          </w:tcPr>
          <w:p>
            <w:pPr>
              <w:spacing w:after="0"/>
              <w:jc w:val="right"/>
            </w:pPr>
            <w:r>
              <w:rPr>
                <w:sz w:val="16"/>
              </w:rPr>
              <w:t>$2,569,218</w:t>
            </w:r>
          </w:p>
        </w:tc>
        <w:tc>
          <w:tcPr>
            <w:tcW w:type="dxa" w:w="1126"/>
          </w:tcPr>
          <w:p>
            <w:pPr>
              <w:spacing w:after="0"/>
              <w:jc w:val="right"/>
            </w:pPr>
            <w:r>
              <w:rPr>
                <w:sz w:val="16"/>
              </w:rPr>
              <w:t>under $1</w:t>
            </w:r>
          </w:p>
        </w:tc>
        <w:tc>
          <w:tcPr>
            <w:tcW w:type="dxa" w:w="1193"/>
          </w:tcPr>
          <w:p>
            <w:pPr>
              <w:spacing w:after="0"/>
              <w:jc w:val="right"/>
            </w:pPr>
            <w:r>
              <w:rPr>
                <w:sz w:val="16"/>
              </w:rPr>
              <w:t>$330</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$23,454,003</w:t>
            </w:r>
          </w:p>
        </w:tc>
        <w:tc>
          <w:tcPr>
            <w:tcW w:type="dxa" w:w="1141"/>
          </w:tcPr>
          <w:p>
            <w:pPr>
              <w:spacing w:after="0"/>
              <w:jc w:val="right"/>
            </w:pPr>
          </w:p>
        </w:tc>
        <w:tc>
          <w:tcPr>
            <w:tcW w:type="dxa" w:w="1048"/>
          </w:tcPr>
          <w:p>
            <w:pPr>
              <w:spacing w:after="0"/>
              <w:jc w:val="right"/>
            </w:pPr>
            <w:r>
              <w:rPr>
                <w:sz w:val="16"/>
              </w:rPr>
              <w:t>26</w:t>
            </w:r>
          </w:p>
        </w:tc>
        <w:tc>
          <w:tcPr>
            <w:tcW w:type="dxa" w:w="1037"/>
          </w:tcPr>
          <w:p>
            <w:pPr>
              <w:spacing w:after="0"/>
              <w:jc w:val="right"/>
            </w:pPr>
            <w:r>
              <w:rPr>
                <w:sz w:val="16"/>
              </w:rPr>
              <w:t>$288</w:t>
            </w:r>
          </w:p>
        </w:tc>
        <w:tc>
          <w:tcPr>
            <w:tcW w:type="dxa" w:w="1126"/>
          </w:tcPr>
          <w:p>
            <w:pPr>
              <w:spacing w:after="0"/>
              <w:jc w:val="right"/>
            </w:pPr>
          </w:p>
        </w:tc>
        <w:tc>
          <w:tcPr>
            <w:tcW w:type="dxa" w:w="1193"/>
          </w:tcPr>
          <w:p>
            <w:pPr>
              <w:spacing w:after="0"/>
              <w:jc w:val="right"/>
            </w:pPr>
            <w:r>
              <w:rPr>
                <w:sz w:val="16"/>
              </w:rPr>
              <w:t>$2,923</w:t>
            </w:r>
          </w:p>
        </w:tc>
        <w:tc>
          <w:tcPr>
            <w:tcW w:type="dxa" w:w="1305"/>
          </w:tcPr>
          <w:p>
            <w:pPr>
              <w:spacing w:after="0"/>
              <w:jc w:val="right"/>
            </w:pPr>
            <w:r>
              <w:rPr>
                <w:sz w:val="16"/>
              </w:rPr>
              <w:t>0.00123%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$2,064,484,701</w:t>
            </w:r>
          </w:p>
        </w:tc>
        <w:tc>
          <w:tcPr>
            <w:tcW w:type="dxa" w:w="1141"/>
          </w:tcPr>
          <w:p>
            <w:pPr>
              <w:spacing w:after="0"/>
              <w:jc w:val="right"/>
            </w:pPr>
          </w:p>
        </w:tc>
        <w:tc>
          <w:tcPr>
            <w:tcW w:type="dxa" w:w="1048"/>
          </w:tcPr>
          <w:p>
            <w:pPr>
              <w:spacing w:after="0"/>
              <w:jc w:val="right"/>
            </w:pPr>
            <w:r>
              <w:rPr>
                <w:sz w:val="16"/>
              </w:rPr>
              <w:t>7,453</w:t>
            </w:r>
          </w:p>
        </w:tc>
        <w:tc>
          <w:tcPr>
            <w:tcW w:type="dxa" w:w="1037"/>
          </w:tcPr>
          <w:p>
            <w:pPr>
              <w:spacing w:after="0"/>
              <w:jc w:val="right"/>
            </w:pPr>
            <w:r>
              <w:rPr>
                <w:sz w:val="16"/>
              </w:rPr>
              <w:t>$1,079</w:t>
            </w:r>
          </w:p>
        </w:tc>
        <w:tc>
          <w:tcPr>
            <w:tcW w:type="dxa" w:w="1126"/>
          </w:tcPr>
          <w:p>
            <w:pPr>
              <w:spacing w:after="0"/>
              <w:jc w:val="right"/>
            </w:pPr>
          </w:p>
        </w:tc>
        <w:tc>
          <w:tcPr>
            <w:tcW w:type="dxa" w:w="1193"/>
          </w:tcPr>
          <w:p>
            <w:pPr>
              <w:spacing w:after="0"/>
              <w:jc w:val="right"/>
            </w:pPr>
            <w:r>
              <w:rPr>
                <w:sz w:val="16"/>
              </w:rPr>
              <w:t>$103,289</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$2,064,484,701</w:t>
            </w:r>
          </w:p>
        </w:tc>
        <w:tc>
          <w:tcPr>
            <w:tcW w:type="dxa" w:w="1141"/>
          </w:tcPr>
          <w:p>
            <w:pPr>
              <w:spacing w:after="0"/>
              <w:jc w:val="right"/>
            </w:pPr>
            <w:r>
              <w:rPr>
                <w:sz w:val="16"/>
              </w:rPr>
              <w:t>$69,432,346</w:t>
            </w:r>
          </w:p>
        </w:tc>
        <w:tc>
          <w:tcPr>
            <w:tcW w:type="dxa" w:w="1048"/>
          </w:tcPr>
          <w:p>
            <w:pPr>
              <w:spacing w:after="0"/>
              <w:jc w:val="right"/>
            </w:pPr>
            <w:r>
              <w:rPr>
                <w:sz w:val="16"/>
              </w:rPr>
              <w:t>7,453</w:t>
            </w:r>
          </w:p>
        </w:tc>
        <w:tc>
          <w:tcPr>
            <w:tcW w:type="dxa" w:w="1037"/>
          </w:tcPr>
          <w:p>
            <w:pPr>
              <w:spacing w:after="0"/>
              <w:jc w:val="right"/>
            </w:pPr>
            <w:r>
              <w:rPr>
                <w:sz w:val="16"/>
              </w:rPr>
              <w:t>$1,259</w:t>
            </w:r>
          </w:p>
        </w:tc>
        <w:tc>
          <w:tcPr>
            <w:tcW w:type="dxa" w:w="1126"/>
          </w:tcPr>
          <w:p>
            <w:pPr>
              <w:spacing w:after="0"/>
              <w:jc w:val="right"/>
            </w:pPr>
            <w:r>
              <w:rPr>
                <w:sz w:val="16"/>
              </w:rPr>
              <w:t>$5</w:t>
            </w:r>
          </w:p>
        </w:tc>
        <w:tc>
          <w:tcPr>
            <w:tcW w:type="dxa" w:w="1193"/>
          </w:tcPr>
          <w:p>
            <w:pPr>
              <w:spacing w:after="0"/>
              <w:jc w:val="right"/>
            </w:pPr>
            <w:r>
              <w:rPr>
                <w:sz w:val="16"/>
              </w:rPr>
              <w:t>$3,442</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$2,064,484,701</w:t>
            </w:r>
          </w:p>
        </w:tc>
        <w:tc>
          <w:tcPr>
            <w:tcW w:type="dxa" w:w="1141"/>
          </w:tcPr>
          <w:p>
            <w:pPr>
              <w:spacing w:after="0"/>
              <w:jc w:val="right"/>
            </w:pPr>
            <w:r>
              <w:rPr>
                <w:sz w:val="16"/>
              </w:rPr>
              <w:t>$69,432,346</w:t>
            </w:r>
          </w:p>
        </w:tc>
        <w:tc>
          <w:tcPr>
            <w:tcW w:type="dxa" w:w="1048"/>
          </w:tcPr>
          <w:p>
            <w:pPr>
              <w:spacing w:after="0"/>
              <w:jc w:val="right"/>
            </w:pPr>
            <w:r>
              <w:rPr>
                <w:sz w:val="16"/>
              </w:rPr>
              <w:t>7,453</w:t>
            </w:r>
          </w:p>
        </w:tc>
        <w:tc>
          <w:tcPr>
            <w:tcW w:type="dxa" w:w="1037"/>
          </w:tcPr>
          <w:p>
            <w:pPr>
              <w:spacing w:after="0"/>
              <w:jc w:val="right"/>
            </w:pPr>
            <w:r>
              <w:rPr>
                <w:sz w:val="16"/>
              </w:rPr>
              <w:t>$18,439</w:t>
            </w:r>
          </w:p>
        </w:tc>
        <w:tc>
          <w:tcPr>
            <w:tcW w:type="dxa" w:w="1126"/>
          </w:tcPr>
          <w:p>
            <w:pPr>
              <w:spacing w:after="0"/>
              <w:jc w:val="right"/>
            </w:pPr>
            <w:r>
              <w:rPr>
                <w:sz w:val="16"/>
              </w:rPr>
              <w:t>$111</w:t>
            </w:r>
          </w:p>
        </w:tc>
        <w:tc>
          <w:tcPr>
            <w:tcW w:type="dxa" w:w="1193"/>
          </w:tcPr>
          <w:p>
            <w:pPr>
              <w:spacing w:after="0"/>
              <w:jc w:val="right"/>
            </w:pPr>
            <w:r>
              <w:rPr>
                <w:sz w:val="16"/>
              </w:rPr>
              <w:t>$19,086</w:t>
            </w:r>
          </w:p>
        </w:tc>
        <w:tc>
          <w:tcPr>
            <w:tcW w:type="dxa" w:w="1305"/>
          </w:tcPr>
          <w:p>
            <w:pPr>
              <w:spacing w:after="0"/>
              <w:jc w:val="right"/>
            </w:pPr>
            <w:r>
              <w:rPr>
                <w:sz w:val="16"/>
              </w:rPr>
              <w:t>0.000893%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$2,064,484,701</w:t>
            </w:r>
          </w:p>
        </w:tc>
        <w:tc>
          <w:tcPr>
            <w:tcW w:type="dxa" w:w="1141"/>
          </w:tcPr>
          <w:p>
            <w:pPr>
              <w:spacing w:after="0"/>
              <w:jc w:val="right"/>
            </w:pPr>
          </w:p>
        </w:tc>
        <w:tc>
          <w:tcPr>
            <w:tcW w:type="dxa" w:w="1048"/>
          </w:tcPr>
          <w:p>
            <w:pPr>
              <w:spacing w:after="0"/>
              <w:jc w:val="right"/>
            </w:pPr>
            <w:r>
              <w:rPr>
                <w:sz w:val="16"/>
              </w:rPr>
              <w:t>7,453</w:t>
            </w:r>
          </w:p>
        </w:tc>
        <w:tc>
          <w:tcPr>
            <w:tcW w:type="dxa" w:w="1037"/>
          </w:tcPr>
          <w:p>
            <w:pPr>
              <w:spacing w:after="0"/>
              <w:jc w:val="right"/>
            </w:pPr>
            <w:r>
              <w:rPr>
                <w:sz w:val="16"/>
              </w:rPr>
              <w:t>$0</w:t>
            </w:r>
          </w:p>
        </w:tc>
        <w:tc>
          <w:tcPr>
            <w:tcW w:type="dxa" w:w="1126"/>
          </w:tcPr>
          <w:p>
            <w:pPr>
              <w:spacing w:after="0"/>
              <w:jc w:val="right"/>
            </w:pPr>
          </w:p>
        </w:tc>
        <w:tc>
          <w:tcPr>
            <w:tcW w:type="dxa" w:w="1193"/>
          </w:tcPr>
          <w:p>
            <w:pPr>
              <w:spacing w:after="0"/>
              <w:jc w:val="right"/>
            </w:pPr>
            <w:r>
              <w:rPr>
                <w:sz w:val="16"/>
              </w:rPr>
              <w:t>$0</w:t>
            </w:r>
          </w:p>
        </w:tc>
        <w:tc>
          <w:tcPr>
            <w:tcW w:type="dxa" w:w="1305"/>
          </w:tcPr>
          <w:p>
            <w:pPr>
              <w:spacing w:after="0"/>
              <w:jc w:val="right"/>
            </w:pPr>
            <w:r>
              <w:rPr>
                <w:sz w:val="16"/>
              </w:rPr>
              <w:t>0%</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$553,665,146</w:t>
            </w:r>
          </w:p>
        </w:tc>
        <w:tc>
          <w:tcPr>
            <w:tcW w:type="dxa" w:w="1141"/>
          </w:tcPr>
          <w:p>
            <w:pPr>
              <w:spacing w:after="0"/>
              <w:jc w:val="right"/>
            </w:pPr>
            <w:r>
              <w:rPr>
                <w:sz w:val="16"/>
              </w:rPr>
              <w:t>$20,330,141</w:t>
            </w:r>
          </w:p>
        </w:tc>
        <w:tc>
          <w:tcPr>
            <w:tcW w:type="dxa" w:w="1048"/>
          </w:tcPr>
          <w:p>
            <w:pPr>
              <w:spacing w:after="0"/>
              <w:jc w:val="right"/>
            </w:pPr>
            <w:r>
              <w:rPr>
                <w:sz w:val="16"/>
              </w:rPr>
              <w:t>2,299</w:t>
            </w:r>
          </w:p>
        </w:tc>
        <w:tc>
          <w:tcPr>
            <w:tcW w:type="dxa" w:w="1037"/>
          </w:tcPr>
          <w:p>
            <w:pPr>
              <w:spacing w:after="0"/>
              <w:jc w:val="right"/>
            </w:pPr>
            <w:r>
              <w:rPr>
                <w:sz w:val="16"/>
              </w:rPr>
              <w:t>$48,801</w:t>
            </w:r>
          </w:p>
        </w:tc>
        <w:tc>
          <w:tcPr>
            <w:tcW w:type="dxa" w:w="1126"/>
          </w:tcPr>
          <w:p>
            <w:pPr>
              <w:spacing w:after="0"/>
              <w:jc w:val="right"/>
            </w:pPr>
            <w:r>
              <w:rPr>
                <w:sz w:val="16"/>
              </w:rPr>
              <w:t>$16</w:t>
            </w:r>
          </w:p>
        </w:tc>
        <w:tc>
          <w:tcPr>
            <w:tcW w:type="dxa" w:w="1193"/>
          </w:tcPr>
          <w:p>
            <w:pPr>
              <w:spacing w:after="0"/>
              <w:jc w:val="right"/>
            </w:pPr>
            <w:r>
              <w:rPr>
                <w:sz w:val="16"/>
              </w:rPr>
              <w:t>$1,094</w:t>
            </w:r>
          </w:p>
        </w:tc>
        <w:tc>
          <w:tcPr>
            <w:tcW w:type="dxa" w:w="1305"/>
          </w:tcPr>
          <w:p>
            <w:pPr>
              <w:spacing w:after="0"/>
              <w:jc w:val="right"/>
            </w:pPr>
            <w:r>
              <w:rPr>
                <w:sz w:val="16"/>
              </w:rPr>
              <w:t>0.00881%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$2,064,484,701</w:t>
            </w:r>
          </w:p>
        </w:tc>
        <w:tc>
          <w:tcPr>
            <w:tcW w:type="dxa" w:w="1141"/>
          </w:tcPr>
          <w:p>
            <w:pPr>
              <w:spacing w:after="0"/>
              <w:jc w:val="right"/>
            </w:pPr>
            <w:r>
              <w:rPr>
                <w:sz w:val="16"/>
              </w:rPr>
              <w:t>$69,432,346</w:t>
            </w:r>
          </w:p>
        </w:tc>
        <w:tc>
          <w:tcPr>
            <w:tcW w:type="dxa" w:w="1048"/>
          </w:tcPr>
          <w:p>
            <w:pPr>
              <w:spacing w:after="0"/>
              <w:jc w:val="right"/>
            </w:pPr>
            <w:r>
              <w:rPr>
                <w:sz w:val="16"/>
              </w:rPr>
              <w:t>7,453</w:t>
            </w:r>
          </w:p>
        </w:tc>
        <w:tc>
          <w:tcPr>
            <w:tcW w:type="dxa" w:w="1037"/>
          </w:tcPr>
          <w:p>
            <w:pPr>
              <w:spacing w:after="0"/>
              <w:jc w:val="right"/>
            </w:pPr>
            <w:r>
              <w:rPr>
                <w:sz w:val="16"/>
              </w:rPr>
              <w:t>$1,184</w:t>
            </w:r>
          </w:p>
        </w:tc>
        <w:tc>
          <w:tcPr>
            <w:tcW w:type="dxa" w:w="1126"/>
          </w:tcPr>
          <w:p>
            <w:pPr>
              <w:spacing w:after="0"/>
              <w:jc w:val="right"/>
            </w:pPr>
            <w:r>
              <w:rPr>
                <w:sz w:val="16"/>
              </w:rPr>
              <w:t>$24</w:t>
            </w:r>
          </w:p>
        </w:tc>
        <w:tc>
          <w:tcPr>
            <w:tcW w:type="dxa" w:w="1193"/>
          </w:tcPr>
          <w:p>
            <w:pPr>
              <w:spacing w:after="0"/>
              <w:jc w:val="right"/>
            </w:pPr>
            <w:r>
              <w:rPr>
                <w:sz w:val="16"/>
              </w:rPr>
              <w:t>$16,294</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bl>
    <w:p>
      <w:pPr>
        <w:spacing w:after="40" w:before="60"/>
      </w:pPr>
      <w:r>
        <w:rPr>
          <w:sz w:val="15"/>
        </w:rPr>
        <w:t>Totals since 2023-04-14 (Storm Events through 2026-06-30): 0 county-coded records, 0 with a damage value recorded (including $0), $0; 39 zone-level records, 39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7,453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$2,064,484,701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$69,432,346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$3,325,451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$1,911,718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Conejos County</w:t>
            </w:r>
          </w:p>
        </w:tc>
        <w:tc>
          <w:tcPr>
            <w:tcW w:type="dxa" w:w="1541"/>
          </w:tcPr>
          <w:p>
            <w:pPr>
              <w:spacing w:after="0"/>
              <w:jc w:val="left"/>
            </w:pPr>
            <w:r>
              <w:rPr>
                <w:sz w:val="16"/>
              </w:rPr>
              <w:t>080037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Antonito town</w:t>
            </w:r>
          </w:p>
        </w:tc>
        <w:tc>
          <w:tcPr>
            <w:tcW w:type="dxa" w:w="1541"/>
          </w:tcPr>
          <w:p>
            <w:pPr>
              <w:spacing w:after="0"/>
              <w:jc w:val="left"/>
            </w:pPr>
            <w:r>
              <w:rPr>
                <w:sz w:val="16"/>
              </w:rPr>
              <w:t>080230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La Jara town</w:t>
            </w:r>
          </w:p>
        </w:tc>
        <w:tc>
          <w:tcPr>
            <w:tcW w:type="dxa" w:w="1541"/>
          </w:tcPr>
          <w:p>
            <w:pPr>
              <w:spacing w:after="0"/>
              <w:jc w:val="left"/>
            </w:pPr>
            <w:r>
              <w:rPr>
                <w:sz w:val="16"/>
              </w:rPr>
              <w:t>080038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Manassa town</w:t>
            </w:r>
          </w:p>
        </w:tc>
        <w:tc>
          <w:tcPr>
            <w:tcW w:type="dxa" w:w="1541"/>
          </w:tcPr>
          <w:p>
            <w:pPr>
              <w:spacing w:after="0"/>
              <w:jc w:val="left"/>
            </w:pPr>
            <w:r>
              <w:rPr>
                <w:sz w:val="16"/>
              </w:rPr>
              <w:t>080253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Romeo town</w:t>
            </w:r>
          </w:p>
        </w:tc>
        <w:tc>
          <w:tcPr>
            <w:tcW w:type="dxa" w:w="1541"/>
          </w:tcPr>
          <w:p>
            <w:pPr>
              <w:spacing w:after="0"/>
              <w:jc w:val="left"/>
            </w:pPr>
            <w:r>
              <w:rPr>
                <w:sz w:val="16"/>
              </w:rPr>
              <w:t>080222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Sanford town</w:t>
            </w:r>
          </w:p>
        </w:tc>
        <w:tc>
          <w:tcPr>
            <w:tcW w:type="dxa" w:w="1541"/>
          </w:tcPr>
          <w:p>
            <w:pPr>
              <w:spacing w:after="0"/>
              <w:jc w:val="left"/>
            </w:pPr>
            <w:r>
              <w:rPr>
                <w:sz w:val="16"/>
              </w:rPr>
              <w:t>080261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Conejos County, CO: risk-assessment baseline packet, release 2026-10 (data as of 2026-09-28; County area 08021).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Conejos County, CO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Conejos County, CO: Risk-assessment baseline packet</dc:title>
  <dc:subject>Hazard Plain release 2026-10, as of 2026-09-28. Preview: automated baseline</dc:subject>
  <dc:creator>Hazard Plain</dc:creator>
  <cp:keywords>Hazard Plain; hazard mitigation; risk assessment; 08021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